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Early Life of Prophet Muhammad November 28, 2021 Dr. Saniyasnain Khan</w:t>
      </w:r>
    </w:p>
    <w:p>
      <w:r>
        <w:t>https://www.youtube.com/watch?v=xjZAqfhmg1Y</w:t>
      </w:r>
    </w:p>
    <w:p>
      <w:r>
        <w:rPr>
          <w:b/>
        </w:rPr>
        <w:t xml:space="preserve">[00:11] </w:t>
      </w:r>
      <w:r>
        <w:t>bismillah rahman rahim. rab ishrah li sadri, wa yassir li amri, wah lul uqdatan min lisani, yafqahu qawli.</w:t>
      </w:r>
    </w:p>
    <w:p>
      <w:pPr>
        <w:jc w:val="right"/>
      </w:pPr>
      <w:r>
        <w:t>بسم اللہ الرحمن الرحیم۔ رب اشرح لی صدری، ویسر لی امری، واحل العقدۃ من لسانی، یفقہ قولی۔</w:t>
      </w:r>
    </w:p>
    <w:p>
      <w:r>
        <w:rPr>
          <w:b/>
        </w:rPr>
        <w:t xml:space="preserve">[00:26] </w:t>
      </w:r>
      <w:r>
        <w:t>assalam o alaikum. aaj hamara topic rasool Allah sallallahu alaihi wasallam ki early life, yani bachpan aur jawani ki kuch baatein aap ke samne rakhen ge.</w:t>
      </w:r>
    </w:p>
    <w:p>
      <w:pPr>
        <w:jc w:val="right"/>
      </w:pPr>
      <w:r>
        <w:t>السلام علیکم۔ آج ہمارا ٹاپک رسول اللہ صلی اللہ علیہ وسلم کی ارلی لائف، یعنی بچپن اور جوانی کی کچھ باتیں آپ کے سامنے رکھیں گے۔</w:t>
      </w:r>
    </w:p>
    <w:p>
      <w:r>
        <w:rPr>
          <w:b/>
        </w:rPr>
        <w:t xml:space="preserve">[00:45] </w:t>
      </w:r>
      <w:r>
        <w:t>jaisa ke aap ko maloom hai, prophet bachpan mein hi orphan ho gaye the, aur us ke baad prophet ke dada abdul muttalib ne un ko pala, aur phir abu talib prophet ke guardian bane.</w:t>
      </w:r>
    </w:p>
    <w:p>
      <w:pPr>
        <w:jc w:val="right"/>
      </w:pPr>
      <w:r>
        <w:t>جیسا کہ آپ کو معلوم ہے، پرافٹ بچپن میں ہی اورفن ہو گئے تھے، اور اس کے بعد پرافٹ کے دادا عبدالمطلب نے ان کو پالا، اور پھر ابو طالب پرافٹ کے گارڈین بنے۔</w:t>
      </w:r>
    </w:p>
    <w:p>
      <w:r>
        <w:rPr>
          <w:b/>
        </w:rPr>
        <w:t xml:space="preserve">[01:01] </w:t>
      </w:r>
      <w:r>
        <w:t>abu talib prophet ke uncle the, aur bohat hi naram dil insan the, aur bohat hi baray supporter rahe sari zindagi prophet ke, khas toor se jab prophet Muhammad sallallahu alaihi wasallam ko nabuwat mili, un ko prophet banaya gaya, to makkah ke log khilaf ho gaye, aur us waqt tarah tarah se prophet ko satane lagay.</w:t>
      </w:r>
    </w:p>
    <w:p>
      <w:pPr>
        <w:jc w:val="right"/>
      </w:pPr>
      <w:r>
        <w:t>ابو طالب پرافٹ کے انکل تھے، اور بہت ہی نرم دل انسان تھے، اور بہت ہی بڑے سپورٹر رہے ساری زندگی پرافٹ کے، خاص طور سے جب پرافٹ محمد صلی اللہ علیہ وسلم کو نبوت ملی، ان کو پرافٹ بنایا گیا، تو مکہ کے لوگ خلاف ہو گئے، اور اس وقت طرح طرح سے پرافٹ کو ستانے لگے۔</w:t>
      </w:r>
    </w:p>
    <w:p>
      <w:r>
        <w:rPr>
          <w:b/>
        </w:rPr>
        <w:t xml:space="preserve">[01:26] </w:t>
      </w:r>
      <w:r>
        <w:t>us waqt abu talib ne bohat hi sath diya, aur bohat hi help ki. abu talib darasal ek tajir the, aur ek baar jab prophet ki umar taqreeban 12 saal ki thi,</w:t>
      </w:r>
    </w:p>
    <w:p>
      <w:pPr>
        <w:jc w:val="right"/>
      </w:pPr>
      <w:r>
        <w:t>اس وقت ابو طالب نے بہت ہی ساتھ دیا، اور بہت ہی ہیلپ کی۔ ابو طالب دراصل ایک تاجر تھے، اور ایک بار جب پرافٹ کی عمر تقریباً 12 سال کی تھی،</w:t>
      </w:r>
    </w:p>
    <w:p>
      <w:r>
        <w:rPr>
          <w:b/>
        </w:rPr>
        <w:t xml:space="preserve">[01:41] </w:t>
      </w:r>
      <w:r>
        <w:t>us waqt unhon ne ek safar ki planning ki, syria ke ek safar ki, ek trade caravan ke zariye un ko jana tha.</w:t>
      </w:r>
    </w:p>
    <w:p>
      <w:pPr>
        <w:jc w:val="right"/>
      </w:pPr>
      <w:r>
        <w:t>اس وقت انہوں نے ایک سفر کی پلاننگ کی، سیریا کے ایک سفر کی، ایک ٹریڈ کیرواں کے ذریعے ان کو جانا تھا۔</w:t>
      </w:r>
    </w:p>
    <w:p>
      <w:r>
        <w:rPr>
          <w:b/>
        </w:rPr>
        <w:t xml:space="preserve">[01:52] </w:t>
      </w:r>
      <w:r>
        <w:t>to jab samaan waghera pack ho raha tha, to prophet Muhammad ne un se kaha ke main bhi syria aap ke sath jana chahoon ga, halankeh us waqt un ki umar das barah saal ki thi.</w:t>
      </w:r>
    </w:p>
    <w:p>
      <w:pPr>
        <w:jc w:val="right"/>
      </w:pPr>
      <w:r>
        <w:t>تو جب سامان وغیرہ پیک ہو رہا تھا، تو پرافٹ محمد نے ان سے کہا کہ میں بھی سیریا آپ کے ساتھ جانا چاہوں گا، حالانکہ اس وقت ان کی عمر دس بارہ سال کی تھی۔</w:t>
      </w:r>
    </w:p>
    <w:p>
      <w:r>
        <w:rPr>
          <w:b/>
        </w:rPr>
        <w:t xml:space="preserve">[02:07] </w:t>
      </w:r>
      <w:r>
        <w:t>to abu talib ne dekha ke un ko bohat hi shauq hai jane ka, to kaha theek hai tum chalo mere sath.</w:t>
      </w:r>
    </w:p>
    <w:p>
      <w:pPr>
        <w:jc w:val="right"/>
      </w:pPr>
      <w:r>
        <w:t>تو ابو طالب نے دیکھا کہ ان کو بہت ہی شوق ہے جانے کا، تو کہا ٹھیک ہے تم چلو میرے ساتھ۔</w:t>
      </w:r>
    </w:p>
    <w:p>
      <w:r>
        <w:rPr>
          <w:b/>
        </w:rPr>
        <w:t xml:space="preserve">[02:19] </w:t>
      </w:r>
      <w:r>
        <w:t>to prophet Muhammad ne abu talib ke sath ek caravan mein safar kiya syria ka, aur jab syria pohnche to wahan kisi jagah pe rukay.</w:t>
      </w:r>
    </w:p>
    <w:p>
      <w:pPr>
        <w:jc w:val="right"/>
      </w:pPr>
      <w:r>
        <w:t>تو پرافٹ محمد نے ابو طالب کے ساتھ ایک کیرواں میں سفر کیا سیریا کا، اور جب سیریا پہنچے تو وہاں کسی جگہ پہ رکے۔</w:t>
      </w:r>
    </w:p>
    <w:p>
      <w:r>
        <w:rPr>
          <w:b/>
        </w:rPr>
        <w:t xml:space="preserve">[02:29] </w:t>
      </w:r>
      <w:r>
        <w:t>us jagah ek christian scholar ne prophet ko dekha, un ka naam buhaira aata hai, to woh christian scholar bohat hi learned scholar tha.</w:t>
      </w:r>
    </w:p>
    <w:p>
      <w:pPr>
        <w:jc w:val="right"/>
      </w:pPr>
      <w:r>
        <w:t>اس جگہ ایک کرسچن سکالر نے پرافٹ کو دیکھا، ان کا نام بحیرہ آتا ہے، تو وہ کرسچن سکالر بہت ہی لرنڈ سکالر تھا۔</w:t>
      </w:r>
    </w:p>
    <w:p>
      <w:r>
        <w:rPr>
          <w:b/>
        </w:rPr>
        <w:t xml:space="preserve">[02:41] </w:t>
      </w:r>
      <w:r>
        <w:t>us ne prophet ko dekh ke pehchan liya ke yeh wohi bacha hai jo aage ja ke aakhri paighambar banay ga, chunke un ki religious kitabon mein kuch aisi nishaniyan aayi thin jo nishaniyan buhaira ne prophet Muhammad ke andar dekhen.</w:t>
      </w:r>
    </w:p>
    <w:p>
      <w:pPr>
        <w:jc w:val="right"/>
      </w:pPr>
      <w:r>
        <w:t>اس نے پرافٹ کو دیکھ کے پہچان لیا کہ یہ وہی بچہ ہے جو آگے جا کے آخری پیغمبر بنے گا، چونکہ ان کی ریلیجس کتابوں میں کچھ ایسی نشانیاں آئی تھیں جو نشانیاں بحیرہ نے پرافٹ محمد کے اندر دیکھیں۔</w:t>
      </w:r>
    </w:p>
    <w:p>
      <w:r>
        <w:rPr>
          <w:b/>
        </w:rPr>
        <w:t xml:space="preserve">[03:05] </w:t>
      </w:r>
      <w:r>
        <w:t>to buhaira ne abu talib ko kaha ke aap hamare ghar aaiye, dinner ke liye bulaya, aur is bache ko bhi laiye.</w:t>
      </w:r>
    </w:p>
    <w:p>
      <w:pPr>
        <w:jc w:val="right"/>
      </w:pPr>
      <w:r>
        <w:t>تو بحیرہ نے ابو طالب کو کہا کہ آپ ہمارے گھر آئیے، ڈنر کے لیے بلایا، اور اس بچے کو بھی لائیے۔</w:t>
      </w:r>
    </w:p>
    <w:p>
      <w:r>
        <w:rPr>
          <w:b/>
        </w:rPr>
        <w:t xml:space="preserve">[03:15] </w:t>
      </w:r>
      <w:r>
        <w:t>to jab abu talib gaye prophet Muhammad ko sath le ke un ke ghar, to dinner karne ke baad buhaira ne poocha ke yeh bacha kaun hai?</w:t>
      </w:r>
    </w:p>
    <w:p>
      <w:pPr>
        <w:jc w:val="right"/>
      </w:pPr>
      <w:r>
        <w:t>تو جب ابو طالب گئے پرافٹ محمد کو ساتھ لے کے ان کے گھر، تو ڈنر کرنے کے بعد بحیرہ نے پوچھا کہ یہ بچہ کون ہے؟</w:t>
      </w:r>
    </w:p>
    <w:p>
      <w:r>
        <w:rPr>
          <w:b/>
        </w:rPr>
        <w:t xml:space="preserve">[03:29] </w:t>
      </w:r>
      <w:r>
        <w:t>to abu talib ne kaha yeh mera beta hai.</w:t>
      </w:r>
    </w:p>
    <w:p>
      <w:pPr>
        <w:jc w:val="right"/>
      </w:pPr>
      <w:r>
        <w:t>تو ابو طالب نے کہا یہ میرا بیٹا ہے۔</w:t>
      </w:r>
    </w:p>
    <w:p>
      <w:r>
        <w:rPr>
          <w:b/>
        </w:rPr>
        <w:t xml:space="preserve">[03:35] </w:t>
      </w:r>
      <w:r>
        <w:t>to buhaira ne kaha ke yeh aap ka beta nahi ho sakta, is ke father to bohat pehle un ki death ho chuki hogi. to abu talib hairaan ho gaye ke kaise un ko pata hai yeh baat?</w:t>
      </w:r>
    </w:p>
    <w:p>
      <w:pPr>
        <w:jc w:val="right"/>
      </w:pPr>
      <w:r>
        <w:t>تو بحیرہ نے کہا کہ یہ آپ کا بیٹا نہیں ہو سکتا، اس کے فادر تو بہت پہلے ان کی ڈیتھ ہو چکی ہوگی۔ تو ابو طالب حیران ہو گئے کہ کیسے ان کو پتہ ہے یہ بات؟</w:t>
      </w:r>
    </w:p>
    <w:p>
      <w:r>
        <w:rPr>
          <w:b/>
        </w:rPr>
        <w:t xml:space="preserve">[03:48] </w:t>
      </w:r>
      <w:r>
        <w:t>to phir buhaira ne bataya ke main ne kuch nishaniyon se yeh pehchan pehchana hai ke yeh wohi bacha hai jo aage ja ke paighambar banega, aur logon ki hidayat ka rasta logon ko hidayat ka rasta dikhaye ga.</w:t>
      </w:r>
    </w:p>
    <w:p>
      <w:pPr>
        <w:jc w:val="right"/>
      </w:pPr>
      <w:r>
        <w:t>تو پھر بحیرہ نے بتایا کہ میں نے کچھ نشانیوں سے یہ پہچان پہچانا ہے کہ یہ وہی بچہ ہے جو آگے جا کے پیغمبر بنے گا، اور لوگوں کی ہدایت کا راستہ لوگوں کو ہدایت کا راستہ دکھائے گا۔</w:t>
      </w:r>
    </w:p>
    <w:p>
      <w:r>
        <w:rPr>
          <w:b/>
        </w:rPr>
        <w:t xml:space="preserve">[04:12] </w:t>
      </w:r>
      <w:r>
        <w:t>to jab abu talib ko yeh baat pata chali to unhon ne wapas jaane ki planning ki. buhaira ne yeh bhi kaha ke tum jaldi makkah wapas chale jao taake yeh bacha wapas pahunch jaye makkah, ho sakta hai yahan kisi aur ko pata chal jaye yeh aur koi nuqsan pahunchana chahein is ko.</w:t>
      </w:r>
    </w:p>
    <w:p>
      <w:pPr>
        <w:jc w:val="right"/>
      </w:pPr>
      <w:r>
        <w:t>تو جب ابو طالب کو یہ بات پتہ چلی تو انہوں نے واپس جانے کی پلاننگ کی۔ بحیرہ نے یہ بھی کہا کہ تم جلدی مکہ واپس چلے جاؤ تاکہ یہ بچہ واپس پہنچ جائے مکہ، ہو سکتا ہے یہاں کسی اور کو پتہ چل جائے یہ اور کوئی نقصان پہنچانا چاہیں اس کو۔</w:t>
      </w:r>
    </w:p>
    <w:p>
      <w:r>
        <w:rPr>
          <w:b/>
        </w:rPr>
        <w:t xml:space="preserve">[04:32] </w:t>
      </w:r>
      <w:r>
        <w:t>to abu talib ne foran tayari ki, wapsi ki, apna saman waghera jo laye thay woh farokht kar ke wapas makkah ki taraf rawana ho gaye.</w:t>
      </w:r>
    </w:p>
    <w:p>
      <w:pPr>
        <w:jc w:val="right"/>
      </w:pPr>
      <w:r>
        <w:t>تو ابو طالب نے فوراً تیاری کی، واپسی کی، اپنا سامان وغیرہ جو لائے تھے وہ فروخت کر کے واپس مکہ کی طرف روانہ ہو گئے۔</w:t>
      </w:r>
    </w:p>
    <w:p>
      <w:r>
        <w:rPr>
          <w:b/>
        </w:rPr>
        <w:t xml:space="preserve">[04:43] </w:t>
      </w:r>
      <w:r>
        <w:t>to is tareeqe se rasool allah salallaho alaihi wasallam abu talib ke sath rahe, aur jab prophet ki umar taqreeban 12, 13 saal ki thi, us waqt woh bakriyan charate thay.</w:t>
      </w:r>
    </w:p>
    <w:p>
      <w:pPr>
        <w:jc w:val="right"/>
      </w:pPr>
      <w:r>
        <w:t>تو اس طریقے سے رسول اللہ صلی اللہ علیہ وسلم ابو طالب کے ساتھ رہے، اور جب پرافٹ کی عمر تقریباً 12، 13 سال کی تھی، اس وقت وہ بکریاں چراتے تھے۔</w:t>
      </w:r>
    </w:p>
    <w:p>
      <w:r>
        <w:rPr>
          <w:b/>
        </w:rPr>
        <w:t xml:space="preserve">[04:59] </w:t>
      </w:r>
      <w:r>
        <w:t>bakriyan, sheep jo makkah ke logon ki hoti thi, woh bahir le ke jaya karte thay, makkah se bahir pahariyon ki taraf, janglon wa biyaban ki taraf.</w:t>
      </w:r>
    </w:p>
    <w:p>
      <w:pPr>
        <w:jc w:val="right"/>
      </w:pPr>
      <w:r>
        <w:t>بکریاں، شیپ جو مکہ کے لوگوں کی ہوتی تھی، وہ باہر لے کے جایا کرتے تھے، مکہ سے باہر پہاڑیوں کی طرف، جنگل و بیابان کی طرف۔</w:t>
      </w:r>
    </w:p>
    <w:p>
      <w:r>
        <w:rPr>
          <w:b/>
        </w:rPr>
        <w:t xml:space="preserve">[05:12] </w:t>
      </w:r>
      <w:r>
        <w:t>aur baad ke zamanay mein jab prophethood aap ko mil chuki thi aur paighambar ban gaye thay, to ek baar sahaba ke sath bethe hue thay, to sahaba se kaha rasool allah salallaho alaihi wasallam ne ke koi bhi aisa paighambar kura zameen pe nahi aaya,</w:t>
      </w:r>
    </w:p>
    <w:p>
      <w:pPr>
        <w:jc w:val="right"/>
      </w:pPr>
      <w:r>
        <w:t>اور بعد کے زمانے میں جب پرافٹ ہڈ آپ کو مل چکی تھی اور پیغمبر بن گئے تھے، تو ایک بار صحابہ کے ساتھ بیٹھے ہوئے تھے، تو صحابہ سے کہا رسول اللہ صلی اللہ علیہ وسلم نے کہ کوئی بھی ایسا پیغمبر کرہ زمین پہ نہیں آیا،</w:t>
      </w:r>
    </w:p>
    <w:p>
      <w:r>
        <w:rPr>
          <w:b/>
        </w:rPr>
        <w:t xml:space="preserve">[05:34] </w:t>
      </w:r>
      <w:r>
        <w:t>kura arz pe nahi aaya, is dunya mein nahi aaya jo jis ne bakriyan na charai hon. wa ma min nabiyyin illa ra'a al ghanam.</w:t>
      </w:r>
    </w:p>
    <w:p>
      <w:pPr>
        <w:jc w:val="right"/>
      </w:pPr>
      <w:r>
        <w:t>کرہ ارض پہ نہیں آیا، اس دنیا میں نہیں آیا جو جس نے بکریاں نہ چرائی ہوں۔ وما من نبین الا وقدر الغنم۔</w:t>
      </w:r>
    </w:p>
    <w:p>
      <w:r>
        <w:rPr>
          <w:b/>
        </w:rPr>
        <w:t xml:space="preserve">[05:46] </w:t>
      </w:r>
      <w:r>
        <w:t>to sahaba hairaan ho gaye aur poocha ke aye khuda ke rasool, kya aap ne bhi bakriyan charai hain? to rasool allah ne kaha haan, main ne bhi bakriyan charai hain.</w:t>
      </w:r>
    </w:p>
    <w:p>
      <w:pPr>
        <w:jc w:val="right"/>
      </w:pPr>
      <w:r>
        <w:t>تو صحابہ حیران ہو گئے اور پوچھا کہ اے خدا کے رسول، کیا آپ نے بھی بکریاں چرائی ہیں؟ تو رسول اللہ نے کہا ہاں، میں نے بھی بکریاں چرائی ہیں۔</w:t>
      </w:r>
    </w:p>
    <w:p>
      <w:r>
        <w:rPr>
          <w:b/>
        </w:rPr>
        <w:t xml:space="preserve">[05:59] </w:t>
      </w:r>
      <w:r>
        <w:t>to bakriyan charana bazahir ek bohat hi mamooli si cheez lagti hai, lekin allah taala rasool allah ko ek mission ke liye tayyar kar rahe thay.</w:t>
      </w:r>
    </w:p>
    <w:p>
      <w:pPr>
        <w:jc w:val="right"/>
      </w:pPr>
      <w:r>
        <w:t>تو بکریاں چرانا بظاہر ایک بہت ہی معمولی سی چیز لگتی ہے، لیکن اللہ تعالی رسول اللہ کو ایک مشن کے لیے تیار کر رہے تھے۔</w:t>
      </w:r>
    </w:p>
    <w:p>
      <w:r>
        <w:rPr>
          <w:b/>
        </w:rPr>
        <w:t xml:space="preserve">[06:16] </w:t>
      </w:r>
      <w:r>
        <w:t>to bachpan se hi woh is rastay pe chalaya jis se un ke andar gehri marifat jaag.</w:t>
      </w:r>
    </w:p>
    <w:p>
      <w:pPr>
        <w:jc w:val="right"/>
      </w:pPr>
      <w:r>
        <w:t>تو بچپن سے ہی وہ اس راستے پہ چلایا جس سے ان کے اندر گہری معرفت جاگے۔</w:t>
      </w:r>
    </w:p>
    <w:p>
      <w:r>
        <w:rPr>
          <w:b/>
        </w:rPr>
        <w:t xml:space="preserve">[06:29] </w:t>
      </w:r>
      <w:r>
        <w:t>aur yeh baat hamein aur paighambaron mein se bhi ki zindagi mein milti hai. misaal ke taur par ibrahim alaihi assalam ke baray mein aata hai quran mein ke woh bachpan mein hi seekhar ban gaye thay,</w:t>
      </w:r>
    </w:p>
    <w:p>
      <w:pPr>
        <w:jc w:val="right"/>
      </w:pPr>
      <w:r>
        <w:t>اور یہ بات ہمیں اور پیغمبروں میں سے بھی کی زندگی میں ملتی ہے۔ مثال کے طور پر ابراہیم علیہ السلام کے بارے میں آتا ہے قرآن میں کہ وہ بچپن میں ہی سیکھر بن گئے تھے،</w:t>
      </w:r>
    </w:p>
    <w:p>
      <w:r>
        <w:rPr>
          <w:b/>
        </w:rPr>
        <w:t xml:space="preserve">[06:44] </w:t>
      </w:r>
      <w:r>
        <w:t>aur khuda ki talash un ka maqsad ban gaya tha. kabhi woh sitaray ko dekhte thay chamakta hua to kehte thay ke arey lagta hai yahi mera rab hai.</w:t>
      </w:r>
    </w:p>
    <w:p>
      <w:pPr>
        <w:jc w:val="right"/>
      </w:pPr>
      <w:r>
        <w:t>اور خدا کی تلاش ان کا مقصد بن گیا تھا۔ کبھی وہ ستارے کو دیکھتے تھے چمکتا ہوا تو کہتے تھے کہ ارے لگتا ہے یہی میرا رب ہے۔</w:t>
      </w:r>
    </w:p>
    <w:p>
      <w:r>
        <w:rPr>
          <w:b/>
        </w:rPr>
        <w:t xml:space="preserve">[06:55] </w:t>
      </w:r>
      <w:r>
        <w:t>kabhi woh chand ko dekhte thay to kehte thay ke yeh to bohat chamak raha hai, yahi hoga mera rab. phir unhon ne suraj ko dekha, kaha ke yeh to bohat bara hai, yeh chamak raha hai, yahi mera rab hoga.</w:t>
      </w:r>
    </w:p>
    <w:p>
      <w:pPr>
        <w:jc w:val="right"/>
      </w:pPr>
      <w:r>
        <w:t>کبھی وہ چاند کو دیکھتے تھے تو کہتے تھے کہ یہ تو بہت چمک رہا ہے، یہی ہوگا میرا رب۔ پھر انہوں نے سورج کو دیکھا، کہا کہ یہ تو بہت بڑا ہے، یہ چمک رہا ہے، یہی میرا رب ہوگا۔</w:t>
      </w:r>
    </w:p>
    <w:p>
      <w:r>
        <w:rPr>
          <w:b/>
        </w:rPr>
        <w:t xml:space="preserve">[07:11] </w:t>
      </w:r>
      <w:r>
        <w:t>falamma ra ash shamsa bazighatan qala hatha rabbiy hatha akbar. to yeh safar jo marifat ka paighambaron ko karaya jata hai,</w:t>
      </w:r>
    </w:p>
    <w:p>
      <w:pPr>
        <w:jc w:val="right"/>
      </w:pPr>
      <w:r>
        <w:t>فلما را الشمس باذغتا قالھذا ربیھذا اکبر۔ تو یہ سفر جو معرفت کا پیغمبروں کو کرایا جاتا ہے،</w:t>
      </w:r>
    </w:p>
    <w:p>
      <w:r>
        <w:rPr>
          <w:b/>
        </w:rPr>
        <w:t xml:space="preserve">[07:24] </w:t>
      </w:r>
      <w:r>
        <w:t>aur bhi paighambaron se taqreeban saare hi paighambaron se hamein yeh cheezein milti hain. misaal ke taur pe musa alaihi assalam ko lijiyay, ya yusuf alaihi assalam ko lijiyay.</w:t>
      </w:r>
    </w:p>
    <w:p>
      <w:pPr>
        <w:jc w:val="right"/>
      </w:pPr>
      <w:r>
        <w:t>اور بھی پیغمبروں سے تقریباً سارے ہی پیغمبروں سے ہمیں یہ چیزیں ملتی ہیں۔ مثال کے طور پہ موسی علیہ السلام کو لیجئے، یا یوسف علیہ السلام کو لیجئے۔</w:t>
      </w:r>
    </w:p>
    <w:p>
      <w:r>
        <w:rPr>
          <w:b/>
        </w:rPr>
        <w:t xml:space="preserve">[07:39] </w:t>
      </w:r>
      <w:r>
        <w:t>yusuf alaihi assalam bachpan mein un ko bhaiyon ne kunwein mein daal diya, kaise kaise woh bache wahan se, aur phir slave ban gaye, phir jail mein jana pada,</w:t>
      </w:r>
    </w:p>
    <w:p>
      <w:pPr>
        <w:jc w:val="right"/>
      </w:pPr>
      <w:r>
        <w:t>یوسف علیہ السلام بچپن میں ان کو بھائیوں نے کنویں میں ڈال دیا، کیسے کیسے وہ بچے وہاں سے، اور پھر سلیو بن گئے، پھر جیل میں جانا پڑا،</w:t>
      </w:r>
    </w:p>
    <w:p>
      <w:r>
        <w:rPr>
          <w:b/>
        </w:rPr>
        <w:t xml:space="preserve">[07:56] </w:t>
      </w:r>
      <w:r>
        <w:t>aur phir woh wazir banay aakhir kar. to yeh ek lamba safar guzra pareshaniyon ka, aur to is ke zariye un ke andar gehrai se baaton ko sochne aur samajhne ka jazba paida hua.</w:t>
      </w:r>
    </w:p>
    <w:p>
      <w:pPr>
        <w:jc w:val="right"/>
      </w:pPr>
      <w:r>
        <w:t>اور پھر وہ وزیر بنے آخر کار۔ تو یہ ایک لمبا سفر گزرا پریشانیوں کا، اور تو اس کے ذریعے ان کے اندر گہرائی سے باتوں کو سوچنے اور سمجھنے کا جذبہ پیدا ہوا۔</w:t>
      </w:r>
    </w:p>
    <w:p>
      <w:r>
        <w:rPr>
          <w:b/>
        </w:rPr>
        <w:t xml:space="preserve">[08:12] </w:t>
      </w:r>
      <w:r>
        <w:t>aise hi hazrat musa alaihi assalam bachpan mein jab bilkul bache thay to un ko darya mein daal diya un ki walida ne.</w:t>
      </w:r>
    </w:p>
    <w:p>
      <w:pPr>
        <w:jc w:val="right"/>
      </w:pPr>
      <w:r>
        <w:t>ایسے ہی حضرت موسی علیہ السلام بچپن میں جب بالکل بچے تھے تو ان کو دریا میں ڈال دیا ان کی والدہ نے۔</w:t>
      </w:r>
    </w:p>
    <w:p>
      <w:r>
        <w:rPr>
          <w:b/>
        </w:rPr>
        <w:t xml:space="preserve">[08:24] </w:t>
      </w:r>
      <w:r>
        <w:t>phir woh firoun ke mahal mein rehne lage, phir firoun kisi wajah se ghussa ho gaya, phir hazrat musa alaihi assalam ko bohat hi emergency ki halat mein bhagna pada palace se, yahan tak ke un ke pair mein joote bhi nahi thay, na saman tha khane ka, na paise thay, aur woh bhagte bhagte bohat hi mushkil se</w:t>
      </w:r>
    </w:p>
    <w:p>
      <w:pPr>
        <w:jc w:val="right"/>
      </w:pPr>
      <w:r>
        <w:t>پھر وہ فرعون کے محل میں رہنے لگے، پھر فرعون کسی وجہ سے غصہ ہو گیا، پھر حضرت موسی علیہ السلام کو بہت ہی ایمرجنسی کی حالت میں بھاگنا پڑا پیلس سے، یہاں تک کہ ان کے پیر میں جوتے بھی نہیں تھے، نہ سامان تھا کھانے کا، نہ پیسے تھے، اور وہ بھاگتے بھاگتے بہت ہی مشکل سے</w:t>
      </w:r>
    </w:p>
    <w:p>
      <w:r>
        <w:rPr>
          <w:b/>
        </w:rPr>
        <w:t xml:space="preserve">[08:50] </w:t>
      </w:r>
      <w:r>
        <w:t>mount sinai se guzarte hue woh madyan pahunche, aur wahan ja ke phir woh rahe kuch arsay, aur phir wapas jab apni family ke sath aa rahe thay to mount sinai pe allah taala se baat cheet hui.</w:t>
      </w:r>
    </w:p>
    <w:p>
      <w:pPr>
        <w:jc w:val="right"/>
      </w:pPr>
      <w:r>
        <w:t>ماؤنٹ سائنائی سے گزرتے ہوئے وہ مدین پہنچے، اور وہاں جا کے پھر وہ رہے کچھ عرصے، اور پھر واپس جب اپنی فیملی کے ساتھ آ رہے تھے تو ماؤنٹ سائنائی پہ اللہ تعالی سے بات چیت ہوئی۔</w:t>
      </w:r>
    </w:p>
    <w:p>
      <w:r>
        <w:rPr>
          <w:b/>
        </w:rPr>
        <w:t xml:space="preserve">[09:08] </w:t>
      </w:r>
      <w:r>
        <w:t>to yeh yeh ek safar tha hazrat musa alaihi assalam ka, ya hazrat ibrahim alaihi assalam ka. saare paighambaron ko allah taala ek safar se guzarta hai, ek marifat ke safar se, taake jab paighambar banaye jayen unhein to woh tayyar hon is paigham ko logon tak pahunchane ke liye.</w:t>
      </w:r>
    </w:p>
    <w:p>
      <w:pPr>
        <w:jc w:val="right"/>
      </w:pPr>
      <w:r>
        <w:t>تو یہ یہ ایک سفر تھا حضرت موسی علیہ السلام کا، یا حضرت ابراہیم علیہ السلام کا۔ سارے پیغمبروں کو اللہ تعالی ایک سفر سے گزارتا ہے، ایک معرفت کے سفر سے، تاکہ جب پیغمبر بنائے جائیں انہیں تو وہ تیار ہوں اس پیغام کو لوگوں تک پہنچانے کے لیے۔</w:t>
      </w:r>
    </w:p>
    <w:p>
      <w:r>
        <w:rPr>
          <w:b/>
        </w:rPr>
        <w:t xml:space="preserve">[09:33] </w:t>
      </w:r>
      <w:r>
        <w:t>to rasool allah salallaho alaihi wasallam bhi jab bakriyan le ke jate thay janglon wa biyaban mein, paharon ke pahariyon pe, to us waqt jo wahan ka mahol hota tha, nature ka mahol, woh unhein inspire karta tha.</w:t>
      </w:r>
    </w:p>
    <w:p>
      <w:pPr>
        <w:jc w:val="right"/>
      </w:pPr>
      <w:r>
        <w:t>تو رسول اللہ صلی اللہ علیہ وسلم بھی جب بکریاں لے کے جاتے تھے جنگل و بیابان میں، پہاڑوں کے پہاڑیوں پہ، تو اس وقت جو وہاں کا ماحول ہوتا تھا، نیچر کا ماحول، وہ انہیں انسپائر کرتا تھا۔</w:t>
      </w:r>
    </w:p>
    <w:p>
      <w:r>
        <w:rPr>
          <w:b/>
        </w:rPr>
        <w:t xml:space="preserve">[09:55] </w:t>
      </w:r>
      <w:r>
        <w:t>dar asal nature hamein inspire karta hai. jab insan nature mein jata hai, paharon ke upar, daryaon, samandar ko dekhta hai, janglon wa biyaban mein jata hai to woh sochta hai ke yeh yeh kis ne banaya hai, yeh sab kaun khaliq hai, kaun malik hai,</w:t>
      </w:r>
    </w:p>
    <w:p>
      <w:pPr>
        <w:jc w:val="right"/>
      </w:pPr>
      <w:r>
        <w:t>دراصل نیچر ہمیں انسپائر کرتا ہے۔ جب انسان نیچر میں جاتا ہے، پہاڑوں کے اوپر، دریاؤں، سمندر کو دیکھتا ہے، جنگل و بیابان میں جاتا ہے تو وہ سوچتا ہے کہ یہ یہ کس نے بنایا ہے، یہ سب کون خالق ہے، کون مالک ہے،</w:t>
      </w:r>
    </w:p>
    <w:p>
      <w:r>
        <w:rPr>
          <w:b/>
        </w:rPr>
        <w:t xml:space="preserve">[10:18] </w:t>
      </w:r>
      <w:r>
        <w:t>kon yeh porey nizaam ko chala raha hai, kon hamein sab de raha hai cheezein, kon giver hai, munim kon hai, benefactor kon hai.</w:t>
      </w:r>
    </w:p>
    <w:p>
      <w:pPr>
        <w:jc w:val="right"/>
      </w:pPr>
      <w:r>
        <w:t>کون یہ پورے نظام کو چلا رہا ہے، کون ہمیں سب دے رہا ہے چیزیں، کون گیور ہے، منعم کون ہے، بینیفیکٹر کون ہے۔</w:t>
      </w:r>
    </w:p>
    <w:p>
      <w:r>
        <w:rPr>
          <w:b/>
        </w:rPr>
        <w:t xml:space="preserve">[10:30] </w:t>
      </w:r>
      <w:r>
        <w:t>toh yeh cheezein chuki aadmi wahan yaksooi mein rehta hai, bahut se log jangalon mein jaake, pahadon</w:t>
      </w:r>
    </w:p>
    <w:p>
      <w:pPr>
        <w:jc w:val="right"/>
      </w:pPr>
      <w:r>
        <w:t>تو یہ چیزیں چونکہ آدمی وہاں یکسوئی میں رہتا ہے، بہت سے لوگ جنگلوں میں جا کے، پہاڑوں</w:t>
      </w:r>
    </w:p>
    <w:p>
      <w:r>
        <w:rPr>
          <w:b/>
        </w:rPr>
        <w:t xml:space="preserve">[10:37] </w:t>
      </w:r>
      <w:r>
        <w:t>peh jaake rehne lagte hain.</w:t>
      </w:r>
    </w:p>
    <w:p>
      <w:pPr>
        <w:jc w:val="right"/>
      </w:pPr>
      <w:r>
        <w:t>پہ جا کے رہنے لگتے ہیں۔</w:t>
      </w:r>
    </w:p>
    <w:p>
      <w:r>
        <w:rPr>
          <w:b/>
        </w:rPr>
        <w:t xml:space="preserve">[10:40] </w:t>
      </w:r>
      <w:r>
        <w:t>to jab woh</w:t>
      </w:r>
    </w:p>
    <w:p>
      <w:pPr>
        <w:jc w:val="right"/>
      </w:pPr>
      <w:r>
        <w:t>تو جب وہ</w:t>
      </w:r>
    </w:p>
    <w:p>
      <w:r>
        <w:rPr>
          <w:b/>
        </w:rPr>
        <w:t xml:space="preserve">[10:42] </w:t>
      </w:r>
      <w:r>
        <w:t>yeksui mein rehta hai aur</w:t>
      </w:r>
    </w:p>
    <w:p>
      <w:pPr>
        <w:jc w:val="right"/>
      </w:pPr>
      <w:r>
        <w:t>یکسوئی میں رہتا ہے اور</w:t>
      </w:r>
    </w:p>
    <w:p>
      <w:r>
        <w:rPr>
          <w:b/>
        </w:rPr>
        <w:t xml:space="preserve">[10:46] </w:t>
      </w:r>
      <w:r>
        <w:t>har taraf nature ki beauty ke darmiyan to woh sochta hai, aur jo sawalat us ke zehn mein</w:t>
      </w:r>
    </w:p>
    <w:p>
      <w:pPr>
        <w:jc w:val="right"/>
      </w:pPr>
      <w:r>
        <w:t>ہر طرف نیچر کی بیوٹی کے درمیان تو وہ سوچتا ہے، اور جو سوالات اس کے ذہن میں</w:t>
      </w:r>
    </w:p>
    <w:p>
      <w:r>
        <w:rPr>
          <w:b/>
        </w:rPr>
        <w:t xml:space="preserve">[10:53] </w:t>
      </w:r>
      <w:r>
        <w:t>aate hain woh uska spiritual development hota hai, is se Allah taala ki taraf se inspirations aate</w:t>
      </w:r>
    </w:p>
    <w:p>
      <w:pPr>
        <w:jc w:val="right"/>
      </w:pPr>
      <w:r>
        <w:t>آتے ہیں وہ اس کا سپریچول ڈیویلپمنٹ ہوتا ہے، اس سے اللہ تعالی کی طرف سے انسپیریشنز آتے</w:t>
      </w:r>
    </w:p>
    <w:p>
      <w:r>
        <w:rPr>
          <w:b/>
        </w:rPr>
        <w:t xml:space="preserve">[11:02] </w:t>
      </w:r>
      <w:r>
        <w:t>hain.</w:t>
      </w:r>
    </w:p>
    <w:p>
      <w:pPr>
        <w:jc w:val="right"/>
      </w:pPr>
      <w:r>
        <w:t>ہیں۔</w:t>
      </w:r>
    </w:p>
    <w:p>
      <w:r>
        <w:rPr>
          <w:b/>
        </w:rPr>
        <w:t xml:space="preserve">[11:03] </w:t>
      </w:r>
      <w:r>
        <w:t>chuki Allah inspire karta hai logon ko, aur peghambaron ke maamle mein to aur zyada bara inspiration hota hai, har cheez ko inspire karta hai, yahan tak ke Quran mein shehad ki makhi ke bare mein hai ke Allah taala ne use inspire kiya, waha rabbika annahl.</w:t>
      </w:r>
    </w:p>
    <w:p>
      <w:pPr>
        <w:jc w:val="right"/>
      </w:pPr>
      <w:r>
        <w:t>چونکہ اللہ انسپائر کرتا ہے لوگوں کو، اور پیغمبروں کے معاملے میں تو اور زیادہ بڑا انسپیریشن ہوتا ہے، ہر چیز کو انسپائر کرتا ہے، یہاں تک کہ قرآن میں شہد کی مکھی کے بارے میں ہے کہ اللہ تعالی نے اسے انسپائر کیا، واوہا ربک النہل۔</w:t>
      </w:r>
    </w:p>
    <w:p>
      <w:r>
        <w:rPr>
          <w:b/>
        </w:rPr>
        <w:t xml:space="preserve">[11:21] </w:t>
      </w:r>
      <w:r>
        <w:t>to is tareeqe se jab insaan jata hai nature mein to us ke zehen mein sawalat aate hain, aur Allah taala inspiration ke zariye un ke jawabat deta hai.</w:t>
      </w:r>
    </w:p>
    <w:p>
      <w:pPr>
        <w:jc w:val="right"/>
      </w:pPr>
      <w:r>
        <w:t>تو اس طریقے سے جب انسان جاتا ہے نیچر میں تو اس کے ذہن میں سوالات آتے ہیں، اور اللہ تعالی انسپیریشن کے ذریعے ان کے جوابات دیتا ہے۔</w:t>
      </w:r>
    </w:p>
    <w:p>
      <w:r>
        <w:rPr>
          <w:b/>
        </w:rPr>
        <w:t xml:space="preserve">[11:38] </w:t>
      </w:r>
      <w:r>
        <w:t>to yeh Rasool Allah salallaho alaihi wasallam jab bakriyan charate the to ek tareeqe se un ki training ho rahi thi, tayyari ho rahi thi taake woh aage ja ke apne mission ko jab mission chalayein to us waqt woh tayyar rahein.</w:t>
      </w:r>
    </w:p>
    <w:p>
      <w:pPr>
        <w:jc w:val="right"/>
      </w:pPr>
      <w:r>
        <w:t>تو یہ رسول اللہ صلی اللہ علیہ وسلم جب بکریاں چراتے تھے تو ایک طریقے سے ان کی ٹریننگ ہو رہی تھی، تیاری ہو رہی تھی تاکہ وہ آگے جا کے اپنے مشن کو جب مشن چلائیں تو اس وقت وہ تیار رہیں۔</w:t>
      </w:r>
    </w:p>
    <w:p>
      <w:r>
        <w:rPr>
          <w:b/>
        </w:rPr>
        <w:t xml:space="preserve">[11:59] </w:t>
      </w:r>
      <w:r>
        <w:t>marifat jo topic hai woh Maulana ka bohat hi aham topic tha, sab se mehboob topic, aur Maulana ki jo kitaab hai, kitaab marifat, woh bohat hi umda kitaab hai is subject pe.</w:t>
      </w:r>
    </w:p>
    <w:p>
      <w:pPr>
        <w:jc w:val="right"/>
      </w:pPr>
      <w:r>
        <w:t>معرفت جو ٹاپک ہے وہ مولانا کا بہت ہی اہم ٹاپک تھا، سب سے محبوب ٹاپک، اور مولانا کی جو کتاب ہے، کتاب معرفت، وہ بہت ہی عمدہ کتاب ہے اس سبجیکٹ پہ۔</w:t>
      </w:r>
    </w:p>
    <w:p>
      <w:r>
        <w:rPr>
          <w:b/>
        </w:rPr>
        <w:t xml:space="preserve">[12:15] </w:t>
      </w:r>
      <w:r>
        <w:t>is mein Maulana ne teen baatein likhi hain marifat ke talluq se ke kya tareeqa hota hai marifat hasil karne ka.</w:t>
      </w:r>
    </w:p>
    <w:p>
      <w:pPr>
        <w:jc w:val="right"/>
      </w:pPr>
      <w:r>
        <w:t>اس میں مولانا نے تین باتیں لکھی ہیں معرفت کے تعلق سے کہ کیا طریقہ ہوتا ہے معرفت حاصل کرنے کا۔</w:t>
      </w:r>
    </w:p>
    <w:p>
      <w:r>
        <w:rPr>
          <w:b/>
        </w:rPr>
        <w:t xml:space="preserve">[12:24] </w:t>
      </w:r>
      <w:r>
        <w:t>pehli baat likhi hai roiyat ki satah par, roiyat yani mushahida, dekhne, dekhne ki satah par.</w:t>
      </w:r>
    </w:p>
    <w:p>
      <w:pPr>
        <w:jc w:val="right"/>
      </w:pPr>
      <w:r>
        <w:t>پہلی بات لکھی ہے رویت کی سطح پر، رویت یعنی مشاہدہ، دیکھنے، دیکھنے کی سطح پر۔</w:t>
      </w:r>
    </w:p>
    <w:p>
      <w:r>
        <w:rPr>
          <w:b/>
        </w:rPr>
        <w:t xml:space="preserve">[12:34] </w:t>
      </w:r>
      <w:r>
        <w:t>yeh jo level hai yeh bohat ooncha hai, yeh sirf peghambaron ke liye mumkin hai, yani Allah taala peghambaron ko ghayb ki cheezein dikha deta hai.</w:t>
      </w:r>
    </w:p>
    <w:p>
      <w:pPr>
        <w:jc w:val="right"/>
      </w:pPr>
      <w:r>
        <w:t>یہ جو لیول ہے یہ بہت اونچا ہے، یہ صرف پیغمبروں کے لیے ممکن ہے، یعنی اللہ تعالی پیغمبروں کو غیب کی چیزیں دکھا دیتا ہے۔</w:t>
      </w:r>
    </w:p>
    <w:p>
      <w:r>
        <w:rPr>
          <w:b/>
        </w:rPr>
        <w:t xml:space="preserve">[12:46] </w:t>
      </w:r>
      <w:r>
        <w:t>Hazrat Ibrahim alaihi assalam ke bare mein Quran mein aaya hai ke Allah taala ne unhein zameen aur aasman ki wonders ko dikhaya, aise Rasool Allah ke bare mein bhi aaya hai.</w:t>
      </w:r>
    </w:p>
    <w:p>
      <w:pPr>
        <w:jc w:val="right"/>
      </w:pPr>
      <w:r>
        <w:t>حضرت ابراہیم علیہ السلام کے بارے میں قرآن میں آیا ہے کہ اللہ تعالی نے انہیں زمین اور آسمان کی ونڈرز کو دکھایا، ایسے رسول اللہ کے بارے میں بھی آیا ہے۔</w:t>
      </w:r>
    </w:p>
    <w:p>
      <w:r>
        <w:rPr>
          <w:b/>
        </w:rPr>
        <w:t xml:space="preserve">[12:58] </w:t>
      </w:r>
      <w:r>
        <w:t>to chuki jo jo shakhs peghambar jis ko banna hai ya jo peghambar hota hai, us ko Allah taala ghayb ki cheezein, unseen world ki cheezein dikha deta hai.</w:t>
      </w:r>
    </w:p>
    <w:p>
      <w:pPr>
        <w:jc w:val="right"/>
      </w:pPr>
      <w:r>
        <w:t>تو چونکہ جو جو شخص پیغمبر جس کو بننا ہے یا جو پیغمبر ہوتا ہے، اس کو اللہ تعالی غیب کی چیزیں، ان سین ورلڈ کی چیزیں دکھا دیتا ہے۔</w:t>
      </w:r>
    </w:p>
    <w:p>
      <w:r>
        <w:rPr>
          <w:b/>
        </w:rPr>
        <w:t xml:space="preserve">[13:13] </w:t>
      </w:r>
      <w:r>
        <w:t>farishte ka aana khud hi ghayb ke parde ko phadna hai, to is liye hota hai yeh ke is ke andar yaqeen badhe, conviction badhe.</w:t>
      </w:r>
    </w:p>
    <w:p>
      <w:pPr>
        <w:jc w:val="right"/>
      </w:pPr>
      <w:r>
        <w:t>فرشتے کا آنا خود ہی غیب کے پردے کو پھاڑنا ہے، تو اس لیے ہوتا ہے یہ کہ اس کے اندر یقین بڑھے، کنوکشن بڑھے۔</w:t>
      </w:r>
    </w:p>
    <w:p>
      <w:r>
        <w:rPr>
          <w:b/>
        </w:rPr>
        <w:t xml:space="preserve">[13:24] </w:t>
      </w:r>
      <w:r>
        <w:t>chuki jo mission peghambar ka hota hai woh bohat hi mushkil mission hota hai, agar is pe woh poori tarah se us ko conviction nahi hai aur yaqeen nahi hai to woh mission nahi chala sakta.</w:t>
      </w:r>
    </w:p>
    <w:p>
      <w:pPr>
        <w:jc w:val="right"/>
      </w:pPr>
      <w:r>
        <w:t>چونکہ جو مشن پیغمبر کا ہوتا ہے وہ بہت ہی مشکل مشن ہوتا ہے، اگر اس پہ وہ پوری طرح سے اس کو کنوکشن نہیں ہے اور یقین نہیں ہے تو وہ مشن نہیں چلا سکتا۔</w:t>
      </w:r>
    </w:p>
    <w:p>
      <w:r>
        <w:rPr>
          <w:b/>
        </w:rPr>
        <w:t xml:space="preserve">[13:40] </w:t>
      </w:r>
      <w:r>
        <w:t>is liye khusoosi taur par Allah taala roiyat ki satah par peghambaron ki marifat ka tajurba karate hain.</w:t>
      </w:r>
    </w:p>
    <w:p>
      <w:pPr>
        <w:jc w:val="right"/>
      </w:pPr>
      <w:r>
        <w:t>اس لیے خصوصی طور پر اللہ تعالی رویت کی سطح پر پیغمبروں کی معرفت کا تجربہ کراتے ہیں۔</w:t>
      </w:r>
    </w:p>
    <w:p>
      <w:r>
        <w:rPr>
          <w:b/>
        </w:rPr>
        <w:t xml:space="preserve">[13:51] </w:t>
      </w:r>
      <w:r>
        <w:t>aur doosra jo level hai Maulana ne jis ko kaha hai ajz ki daryaft, ajz ajz ki daryaft yeh hai ke insaan yeh samjhe ke jo khaliq hai, jo creator hai, woh qadir mutlaq hai, all powerful hai, aur mein yani insaan all powerless hai, ajiz mutlaq.</w:t>
      </w:r>
    </w:p>
    <w:p>
      <w:pPr>
        <w:jc w:val="right"/>
      </w:pPr>
      <w:r>
        <w:t>اور دوسرا جو لیول ہے مولانا نے جس کو کہا ہے عجز کی دریافت، عجز عجز کی دریافت یہ ہے کہ انسان یہ سمجھے کہ جو خالق ہے، جو کریٹر ہے، وہ قادر مطلق ہے، ال پاور فل ہے، اور میں یعنی انسان ال پاور لیس ہے، عاجز مطلق۔</w:t>
      </w:r>
    </w:p>
    <w:p>
      <w:r>
        <w:rPr>
          <w:b/>
        </w:rPr>
        <w:t xml:space="preserve">[14:16] </w:t>
      </w:r>
      <w:r>
        <w:t>to yeh daryaft jab insaan karta hai tab woh samajhta hai ke sari sari taqat aur sara jo nizaam chal raha hai is duniya mein woh Allah taala ki taraf se ho raha hai.</w:t>
      </w:r>
    </w:p>
    <w:p>
      <w:pPr>
        <w:jc w:val="right"/>
      </w:pPr>
      <w:r>
        <w:t>تو یہ دریافت جب انسان کرتا ہے تب وہ سمجھتا ہے کہ ساری ساری طاقت اور سارا جو نظام چل رہا ہے اس دنیا میں وہ اللہ تعالی کی طرف سے ہو رہا ہے۔</w:t>
      </w:r>
    </w:p>
    <w:p>
      <w:r>
        <w:rPr>
          <w:b/>
        </w:rPr>
        <w:t xml:space="preserve">[14:31] </w:t>
      </w:r>
      <w:r>
        <w:t>to is se is ke andar gehri marifat Khuda ki paida hoti hai ke wohi dene wala hai, usi ke dene se hamein milega, aur wohi lene wala hai.</w:t>
      </w:r>
    </w:p>
    <w:p>
      <w:pPr>
        <w:jc w:val="right"/>
      </w:pPr>
      <w:r>
        <w:t>تو اس سے اس کے اندر گہری معرفت خدا کی پیدا ہوتی ہے کہ وہی دینے والا ہے، اسی کے دینے سے ہمیں ملے گا، اور وہی لینے والا ہے۔</w:t>
      </w:r>
    </w:p>
    <w:p>
      <w:r>
        <w:rPr>
          <w:b/>
        </w:rPr>
        <w:t xml:space="preserve">[14:41] </w:t>
      </w:r>
      <w:r>
        <w:t>to yeh yeh yeh bohat hi aham nuqta hai jo Maulana ne likha hai ke ajz ki daryaft ke insaan apne ajz ko daryaft kare, apni helplessness ko daryaft kare ke woh Khuda ke samne kis qadar helpless hai, aur Khuda kitna qadir hai, aur qadir mutlaq hai.</w:t>
      </w:r>
    </w:p>
    <w:p>
      <w:pPr>
        <w:jc w:val="right"/>
      </w:pPr>
      <w:r>
        <w:t>تو یہ یہ یہ بہت ہی اہم نقطہ ہے جو مولانا نے لکھا ہے کہ عجز کی دریافت کہ انسان اپنے عجز کو دریافت کرے، اپنی ہیلپ لیسنس کو دریافت کرے کہ وہ خدا کے سامنے کس قدر ہیلپ لیس ہے، اور خدا خدا کتنا قادر ہے، اور قادر مطلق ہے۔</w:t>
      </w:r>
    </w:p>
    <w:p>
      <w:r>
        <w:rPr>
          <w:b/>
        </w:rPr>
        <w:t xml:space="preserve">[15:02] </w:t>
      </w:r>
      <w:r>
        <w:t>aur jo teesra point Maulana ne likha hai jo bohat hi aham hai woh hai mushahida yani point of reference se Khuda ki yaad.</w:t>
      </w:r>
    </w:p>
    <w:p>
      <w:pPr>
        <w:jc w:val="right"/>
      </w:pPr>
      <w:r>
        <w:t>اور جو تیسرا پوائنٹ مولانا نے لکھا ہے جو بہت ہی اہم ہے وہ ہے مشاہدہ یعنی پوائنٹ آف ریفرنس سے خدا کی یاد۔</w:t>
      </w:r>
    </w:p>
    <w:p>
      <w:r>
        <w:rPr>
          <w:b/>
        </w:rPr>
        <w:t xml:space="preserve">[15:15] </w:t>
      </w:r>
      <w:r>
        <w:t>jo bhi duniya mein cheezein hain, jo bhi duniya mein hum cheezein dekhte hain, chahe hawa hai, pani hai, ya hamara apna existence hai, poori kainat is ke andar Maulana is ke liye nectar ka lafz istemal karte the ke is mein Khuda ki marifat ka nectar hai.</w:t>
      </w:r>
    </w:p>
    <w:p>
      <w:pPr>
        <w:jc w:val="right"/>
      </w:pPr>
      <w:r>
        <w:t>جو بھی دنیا میں چیزیں ہیں، جو بھی دنیا میں ہم چیزیں دیکھتے ہیں، چاہے ہوا ہے، پانی ہے، یا ہمارا اپنا ایگزسٹنس ہے، پوری کائنات اس کے اندر مولانا اس کے لیے نیکٹر کا لفظ استعمال کرتے تھے کہ اس میں خدا کی معرفت کا نیکٹر ہے۔</w:t>
      </w:r>
    </w:p>
    <w:p>
      <w:r>
        <w:rPr>
          <w:b/>
        </w:rPr>
        <w:t xml:space="preserve">[15:35] </w:t>
      </w:r>
      <w:r>
        <w:t>agar aap apni nigah ko is tarah develop karein, apne andar aisa zehn paida karein to har cheez mein aap ko Khuda ke jalwe dikhai dene lagenge.</w:t>
      </w:r>
    </w:p>
    <w:p>
      <w:pPr>
        <w:jc w:val="right"/>
      </w:pPr>
      <w:r>
        <w:t>اگر آپ اپنی نگاہ کو اس طرح ڈیویلپ کریں، اپنے اندر ایسا ذہن پیدا کریں تو ہر چیز میں آپ کو خدا کے جلوے دکھائی دینے لگیں گے۔</w:t>
      </w:r>
    </w:p>
    <w:p>
      <w:r>
        <w:rPr>
          <w:b/>
        </w:rPr>
        <w:t xml:space="preserve">[15:47] </w:t>
      </w:r>
      <w:r>
        <w:t>yani jo bhi nature ki cheez hai, chahe woh ek glass pani kyun na ho, wohi aap ko Khuda se qareeb kar dega. to yeh agar hum soch apne andar paida karein aur is tarah se apne mind ko develop karein ke hamein har waqt koi na koi aisi cheez milegi jis se hamara spiritual development hoga.</w:t>
      </w:r>
    </w:p>
    <w:p>
      <w:pPr>
        <w:jc w:val="right"/>
      </w:pPr>
      <w:r>
        <w:t>یعنی جو بھی نیچر کی چیز ہے، چاہے وہ ایک گلاس پانی کیوں نہ ہو، وہی آپ کو خدا سے قریب کر دے گا۔ تو یہ اگر ہم سوچ اپنے اندر پیدا کریں اور اس طرح سے اپنے مائنڈ کو ڈیویلپ کریں کہ ہمیں ہر وقت کوئی نہ کوئی ایسی چیز ملے گی جس سے ہمارا سپریچول ڈیویلپمنٹ ہوگا۔</w:t>
      </w:r>
    </w:p>
    <w:p>
      <w:r>
        <w:rPr>
          <w:b/>
        </w:rPr>
        <w:t xml:space="preserve">[16:14] </w:t>
      </w:r>
      <w:r>
        <w:t>yeh mere khayal se point bohat hi aham hai, Maulana ne bar bar is pe likha bhi hai aur bataya bhi hai ke apne andar woh nigah paida karein jis se ke hum seen world mein unseen world ki jhalkiyan dekh sakein.</w:t>
      </w:r>
    </w:p>
    <w:p>
      <w:pPr>
        <w:jc w:val="right"/>
      </w:pPr>
      <w:r>
        <w:t>یہ میرے خیال سے پوائنٹ بہت ہی اہم ہے، مولانا نے بار بار اس پہ لکھا بھی ہے اور بتایا بھی ہے کہ اپنے اندر وہ نگاہ پیدا کریں جس سے کہ ہم سین ورلڈ میں ان سین ورلڈ کی جھلکیاں دیکھ سکیں۔</w:t>
      </w:r>
    </w:p>
    <w:p>
      <w:r>
        <w:rPr>
          <w:b/>
        </w:rPr>
        <w:t xml:space="preserve">[16:35] </w:t>
      </w:r>
      <w:r>
        <w:t>yeh is level pe hoga yani soch ke level pe, nigah ke level pe nahi hoga balkeh ghore o fikr ke level pe.</w:t>
      </w:r>
    </w:p>
    <w:p>
      <w:pPr>
        <w:jc w:val="right"/>
      </w:pPr>
      <w:r>
        <w:t>یہ اس لیول پہ ہوگا یعنی سوچ کے لیول پہ، نگاہ کے لیول پہ نہیں ہوگا بلکہ غور و فکر کے لیول پہ۔</w:t>
      </w:r>
    </w:p>
    <w:p>
      <w:r>
        <w:rPr>
          <w:b/>
        </w:rPr>
        <w:t xml:space="preserve">[16:45] </w:t>
      </w:r>
      <w:r>
        <w:t>yani makhlooq par ghore kar ke khaliq ki daryaft, makhlooq yani creature, har cheez creature hai, hum bhi creature hain, suraj bhi creature hai, poori kainat creature hai.</w:t>
      </w:r>
    </w:p>
    <w:p>
      <w:pPr>
        <w:jc w:val="right"/>
      </w:pPr>
      <w:r>
        <w:t>یعنی مخلوق پر غور کر کے خالق کی دریافت، مخلوق یعنی کریچر، ہر چیز کریچر ہے، ہم بھی کریچر ہیں، سورج بھی کریچر ہے، پوری کائنات کریچر ہے۔</w:t>
      </w:r>
    </w:p>
    <w:p>
      <w:r>
        <w:rPr>
          <w:b/>
        </w:rPr>
        <w:t xml:space="preserve">[16:58] </w:t>
      </w:r>
      <w:r>
        <w:t>to creature par ghhor o fikr kar ke khaliq ki daryaft, chunaanche direct khuda ko insaan dekh nahin sakta, woh to sirf aakhirat mein hoga.</w:t>
      </w:r>
    </w:p>
    <w:p>
      <w:pPr>
        <w:jc w:val="right"/>
      </w:pPr>
      <w:r>
        <w:t>تو کریچر پر غور و فکر کر کے خالق کی دریافت، چونکہ ڈائریکٹ خدا کو انسان دیکھ نہیں سکتا، وہ تو صرف آخرت میں ہوگا۔</w:t>
      </w:r>
    </w:p>
    <w:p>
      <w:r>
        <w:rPr>
          <w:b/>
        </w:rPr>
        <w:t xml:space="preserve">[17:09] </w:t>
      </w:r>
      <w:r>
        <w:t>yahan hum jo jo cheezein Allah ne banai hain, chahe woh zameen o aasman ho, poora cosmos, entire</w:t>
      </w:r>
    </w:p>
    <w:p>
      <w:pPr>
        <w:jc w:val="right"/>
      </w:pPr>
      <w:r>
        <w:t>یہاں ہم جو جو چیزیں اللہ نے بنائی ہیں، چاہے وہ زمین و آسمان ہو، پورا کاسموس، انٹائر</w:t>
      </w:r>
    </w:p>
    <w:p>
      <w:r>
        <w:rPr>
          <w:b/>
        </w:rPr>
        <w:t xml:space="preserve">[17:18] </w:t>
      </w:r>
      <w:r>
        <w:t>cosmos jo hai woh Khuda ki nishani hai, aur is pe ghore o fikr kar ke, is pe</w:t>
      </w:r>
    </w:p>
    <w:p>
      <w:pPr>
        <w:jc w:val="right"/>
      </w:pPr>
      <w:r>
        <w:t>کاسموس جو ہے وہ خدا کی نشانی ہے، اور اس پہ غور و فکر کر کے، اس پہ</w:t>
      </w:r>
    </w:p>
    <w:p>
      <w:r>
        <w:rPr>
          <w:b/>
        </w:rPr>
        <w:t xml:space="preserve">[17:24] </w:t>
      </w:r>
      <w:r>
        <w:t>soch ke khud insan ka jo wajood hai woh itna azeem hai, itna ajeeb hai ke agar woh</w:t>
      </w:r>
    </w:p>
    <w:p>
      <w:pPr>
        <w:jc w:val="right"/>
      </w:pPr>
      <w:r>
        <w:t>سوچ کے خود انسان کا جو وجود ہے وہ اتنا عظیم ہے، اتنا عجیب ہے کہ اگر وہ</w:t>
      </w:r>
    </w:p>
    <w:p>
      <w:r>
        <w:rPr>
          <w:b/>
        </w:rPr>
        <w:t xml:space="preserve">[17:32] </w:t>
      </w:r>
      <w:r>
        <w:t>soche ke kaise yeh saare nizam chal rahe hain, hum khate hain aur khana hazam ho jata hai,</w:t>
      </w:r>
    </w:p>
    <w:p>
      <w:pPr>
        <w:jc w:val="right"/>
      </w:pPr>
      <w:r>
        <w:t>سوچے کہ کیسے یہ سارے نظام چل رہے ہیں، ہم کھاتے ہیں اور کھانا ہضم ہو جاتا ہے،</w:t>
      </w:r>
    </w:p>
    <w:p>
      <w:r>
        <w:rPr>
          <w:b/>
        </w:rPr>
        <w:t xml:space="preserve">[17:38] </w:t>
      </w:r>
      <w:r>
        <w:t>aur blood ka jo system hai, circulatory system, aur nervous system, aur hamara brain kaise kaam karta hai,</w:t>
      </w:r>
    </w:p>
    <w:p>
      <w:pPr>
        <w:jc w:val="right"/>
      </w:pPr>
      <w:r>
        <w:t>اور بلڈ کا جو سسٹم ہے، سرکولیٹری سسٹم، اور نروس سسٹم، اور ہمارا برین کیسے کام کرتا ہے،</w:t>
      </w:r>
    </w:p>
    <w:p>
      <w:r>
        <w:rPr>
          <w:b/>
        </w:rPr>
        <w:t xml:space="preserve">[17:45] </w:t>
      </w:r>
      <w:r>
        <w:t>aur skeletal system, yeh saari cheezein itni ajeeb hain, itni hairat angaz hain ke is mein agar insan</w:t>
      </w:r>
    </w:p>
    <w:p>
      <w:pPr>
        <w:jc w:val="right"/>
      </w:pPr>
      <w:r>
        <w:t>اور اسکیلیٹل سسٹم، یہ ساری چیزیں اتنی عجیب ہیں، اتنی حیرت انگیز ہیں کہ اس میں اگر انسان</w:t>
      </w:r>
    </w:p>
    <w:p>
      <w:r>
        <w:rPr>
          <w:b/>
        </w:rPr>
        <w:t xml:space="preserve">[17:51] </w:t>
      </w:r>
      <w:r>
        <w:t>sochega to Khuda ka hath us ko nazar aayega.</w:t>
      </w:r>
    </w:p>
    <w:p>
      <w:pPr>
        <w:jc w:val="right"/>
      </w:pPr>
      <w:r>
        <w:t>سوچے گا تو خدا کا ہاتھ اس کو نظر آئے گا۔</w:t>
      </w:r>
    </w:p>
    <w:p>
      <w:r>
        <w:rPr>
          <w:b/>
        </w:rPr>
        <w:t xml:space="preserve">[17:54] </w:t>
      </w:r>
      <w:r>
        <w:t>baghair is ke yeh namumkin hai ke is tareeqe se, is tareeqe se cheezein khud ba khud chalti hon aur itni ba maani hon.</w:t>
      </w:r>
    </w:p>
    <w:p>
      <w:pPr>
        <w:jc w:val="right"/>
      </w:pPr>
      <w:r>
        <w:t>بغیر اس کے یہ ناممکن ہے کہ اس طریقے سے، اس طریقے سے چیزیں خود بخود چلتی ہوں اور اتنی بامعنی ہوں۔</w:t>
      </w:r>
    </w:p>
    <w:p>
      <w:r>
        <w:rPr>
          <w:b/>
        </w:rPr>
        <w:t xml:space="preserve">[18:05] </w:t>
      </w:r>
      <w:r>
        <w:t>to yeh yeh cheez, yeh cheezein agar ab yeh mizaj hum apne andar paida karenge to is ko Maulana ne likha hai naseehat paziri ka mizaj, yaani naseehat hasil karne ka.</w:t>
      </w:r>
    </w:p>
    <w:p>
      <w:pPr>
        <w:jc w:val="right"/>
      </w:pPr>
      <w:r>
        <w:t>تو یہ یہ چیز، یہ چیزیں اگر اب یہ مزاج ہم اپنے اندر پیدا کریں گے تو اس کو مولانا نے لکھا ہے نصیحت پذیری کا مزاج، یعنی نصیحت حاصل کرنے کا۔</w:t>
      </w:r>
    </w:p>
    <w:p>
      <w:r>
        <w:rPr>
          <w:b/>
        </w:rPr>
        <w:t xml:space="preserve">[18:19] </w:t>
      </w:r>
      <w:r>
        <w:t>Rasool Allah salallaho alaihi wasallam ne bhi kaha tha ke jo meri khamoshi hai woh woh soch ki khamoshi ho, aur jo mera dekhna ho woh ibret ka dekhna ho.</w:t>
      </w:r>
    </w:p>
    <w:p>
      <w:pPr>
        <w:jc w:val="right"/>
      </w:pPr>
      <w:r>
        <w:t>رسول اللہ صلی اللہ علیہ وسلم نے بھی کہا تھا کہ جو میری خاموشی ہے وہ وہ سوچ کی خاموشی ہو، اور جو میرا دیکھنا ہو وہ عبرت کا دیکھنا ہو۔</w:t>
      </w:r>
    </w:p>
    <w:p>
      <w:r>
        <w:rPr>
          <w:b/>
        </w:rPr>
        <w:t xml:space="preserve">[18:30] </w:t>
      </w:r>
      <w:r>
        <w:t>yaani Rasool Allah aksar khamosh raha karte the, woh sochte the aur is se apna tazkiya karte the aur apna spiritual development karte the.</w:t>
      </w:r>
    </w:p>
    <w:p>
      <w:pPr>
        <w:jc w:val="right"/>
      </w:pPr>
      <w:r>
        <w:t>یعنی رسول اللہ اکثر خاموش رہا کرتے تھے، وہ سوچتے تھے اور اس سے اپنا تزکیہ کرتے تھے اور اپنا سپریچول ڈیویلپمنٹ کرتے تھے۔</w:t>
      </w:r>
    </w:p>
    <w:p>
      <w:r>
        <w:rPr>
          <w:b/>
        </w:rPr>
        <w:t xml:space="preserve">[18:42] </w:t>
      </w:r>
      <w:r>
        <w:t>isi ko Maulana ne imani soch ka naam diya hai, yaani sanjeedgi, sanjeedgi apne andar paida karen.</w:t>
      </w:r>
    </w:p>
    <w:p>
      <w:pPr>
        <w:jc w:val="right"/>
      </w:pPr>
      <w:r>
        <w:t>اسی کو مولانا نے ایمانی سوچ کا نام دیا ہے، یعنی سنجیدگی، سنجیدگی اپنے اندر پیدا کریں۔</w:t>
      </w:r>
    </w:p>
    <w:p>
      <w:r>
        <w:rPr>
          <w:b/>
        </w:rPr>
        <w:t xml:space="preserve">[18:51] </w:t>
      </w:r>
      <w:r>
        <w:t>isi se imaan mein imaan badhta hai. aur ek aur jo bohat hi ahem cheez Maulana ne is pe likhi hai aur aksar batai hai woh ke</w:t>
      </w:r>
    </w:p>
    <w:p>
      <w:pPr>
        <w:jc w:val="right"/>
      </w:pPr>
      <w:r>
        <w:t>اسی سے ایمان میں ایمان بڑھتا ہے۔ اور ایک اور جو بہت ہی اہم چیز مولانا نے اس پہ لکھی ہے اور اکثر بتائی ہے وہ کہ</w:t>
      </w:r>
    </w:p>
    <w:p>
      <w:r>
        <w:rPr>
          <w:b/>
        </w:rPr>
        <w:t xml:space="preserve">[19:08] </w:t>
      </w:r>
      <w:r>
        <w:t>marifat ke liye jo sab se bari shart hai woh hai apne aap ko distraction se bachana. yaani jo bhi distractions hain, bohat saare distractions hote hain aaj kal aur barh gaye hain, woh to humein woh chahiye ke hum samjhein ke hamari zindagi mein distractions kya hain.</w:t>
      </w:r>
    </w:p>
    <w:p>
      <w:pPr>
        <w:jc w:val="right"/>
      </w:pPr>
      <w:r>
        <w:t>معرفت کے لیے جو سب سے بڑی شرط ہے وہ ہے اپنے آپ کو ڈسٹریکشن سے بچانا۔ یعنی جو بھی ڈسٹریکشنز ہیں، بہت سارے ڈسٹریکشنز ہوتے ہیں آج کل اور بڑھ گئے ہیں، وہ تو ہمیں وہ چاہیے کہ ہم سمجھیں کہ ہماری زندگی میں ڈسٹریکشنز کیا ہیں۔</w:t>
      </w:r>
    </w:p>
    <w:p>
      <w:r>
        <w:rPr>
          <w:b/>
        </w:rPr>
        <w:t xml:space="preserve">[19:27] </w:t>
      </w:r>
      <w:r>
        <w:t>chunaanche yeh namumkin hai ke aap distractions mein phanse hue hon aur phir aap ke andar aala marifat ki soch bhi paida ho jaye.</w:t>
      </w:r>
    </w:p>
    <w:p>
      <w:pPr>
        <w:jc w:val="right"/>
      </w:pPr>
      <w:r>
        <w:t>چونکہ یہ ناممکن ہے کہ آپ ڈسٹریکشنز میں پھنسے ہوئے ہوں اور پھر آپ کے اندر اعلیٰ معرفت کی سوچ بھی پیدا ہو جائے۔</w:t>
      </w:r>
    </w:p>
    <w:p>
      <w:r>
        <w:rPr>
          <w:b/>
        </w:rPr>
        <w:t xml:space="preserve">[19:36] </w:t>
      </w:r>
      <w:r>
        <w:t>to yahi aur Quran, Quran ka jo parhna hai khaas taur se woh bhi bohat zaroori hai ke hum kaise Quran se marifat ki ghiza lein.</w:t>
      </w:r>
    </w:p>
    <w:p>
      <w:pPr>
        <w:jc w:val="right"/>
      </w:pPr>
      <w:r>
        <w:t>تو یہی اور قرآن، قرآن کا جو کو پڑھنا ہے خاص طور سے وہ بھی بہت ضروری ہے کہ ہم کیسے قرآن سے معرفت کی غذا لیں۔</w:t>
      </w:r>
    </w:p>
    <w:p>
      <w:r>
        <w:rPr>
          <w:b/>
        </w:rPr>
        <w:t xml:space="preserve">[19:52] </w:t>
      </w:r>
      <w:r>
        <w:t>aam taur se log Quran ko arabi mein, arabi mein padhte hain. arabi mein padhna bohat acha hai, hum sab hi padhte hain arabi mein, lekin hamari hamari mother tongue arabi nahin hai.</w:t>
      </w:r>
    </w:p>
    <w:p>
      <w:pPr>
        <w:jc w:val="right"/>
      </w:pPr>
      <w:r>
        <w:t>عام طور سے لوگ قرآن کو عربی میں، عربی میں پڑھتے ہیں۔ عربی میں پڑھنا بہت اچھا ہے، ہم سب ہی پڑھتے ہیں عربی میں، لیکن ہماری ہماری مدر ٹنگ عربی نہیں ہے۔</w:t>
      </w:r>
    </w:p>
    <w:p>
      <w:r>
        <w:rPr>
          <w:b/>
        </w:rPr>
        <w:t xml:space="preserve">[20:05] </w:t>
      </w:r>
      <w:r>
        <w:t>ya to hum bohat hi zyada arabi seekhein, woh bhi namumkin hai. to zyada behtar yeh hai ke hum Quran ko apni madari zuban mein padhein, urdu,</w:t>
      </w:r>
    </w:p>
    <w:p>
      <w:pPr>
        <w:jc w:val="right"/>
      </w:pPr>
      <w:r>
        <w:t>یا تو ہم بہت ہی زیادہ عربی سیکھیں، وہ بھی ناممکن ہے۔ تو زیادہ بہتر یہ ہے کہ ہم قرآن کو اپنی مادری زبان میں پڑھیں، اردو،</w:t>
      </w:r>
    </w:p>
    <w:p>
      <w:r>
        <w:rPr>
          <w:b/>
        </w:rPr>
        <w:t xml:space="preserve">[20:18] </w:t>
      </w:r>
      <w:r>
        <w:t>hindi, english. aaj kal zyada tar logon ki zuban english ho gayi hai, isi mein padhna hai, isi mein email ka jawab dena hai, isi mein net ko search karna hai, aur english bolna hai.</w:t>
      </w:r>
    </w:p>
    <w:p>
      <w:pPr>
        <w:jc w:val="right"/>
      </w:pPr>
      <w:r>
        <w:t>ہندی، انگلش۔ آج کل زیادہ تر لوگوں کی زبان انگلش ہو گئی ہے، اسی میں پڑھنا ہے، اسی میں ای میل کا جواب دینا ہے، اسی میں نیٹ کو سرچ کرنا ہے، اور انگلش بولنا ہے۔</w:t>
      </w:r>
    </w:p>
    <w:p>
      <w:r>
        <w:rPr>
          <w:b/>
        </w:rPr>
        <w:t xml:space="preserve">[20:31] </w:t>
      </w:r>
      <w:r>
        <w:t>to aap english mein Quran ko padhiye, aur urdu mein padhiye, ya hindi mein padhiye, jo bhi aap ki zuban hai, aur jo spiritual content hai, us ko aadmi apni madari zuban mein padhe, tabhi woh zyada us ko yaani internalize hota hai, uska unwan.</w:t>
      </w:r>
    </w:p>
    <w:p>
      <w:pPr>
        <w:jc w:val="right"/>
      </w:pPr>
      <w:r>
        <w:t>تو آپ انگلش میں قرآن کو پڑھیے، اور اردو میں پڑھیے، یا ہندی میں پڑھیے، جو بھی آپ کی زبان ہے، اور جو سپریچول کنٹینٹ ہے، اس کو آدمی اپنی مادری زبان میں پڑھے، تبھی وہ زیادہ اس کو یعنی انٹرنلائز ہوتا ہے، اس کا عنوان۔</w:t>
      </w:r>
    </w:p>
    <w:p>
      <w:r>
        <w:rPr>
          <w:b/>
        </w:rPr>
        <w:t xml:space="preserve">[20:50] </w:t>
      </w:r>
      <w:r>
        <w:t>to Quran ko is tarah padha jaye ke is pe ghhor o fikr kiya jaye. aam taur se log jaldi jaldi padh lete hain aur yeh samajhte hain ke Quran ko padhne ka matlab hai sawab kamana.</w:t>
      </w:r>
    </w:p>
    <w:p>
      <w:pPr>
        <w:jc w:val="right"/>
      </w:pPr>
      <w:r>
        <w:t>تو قرآن کو اس طرح پڑھا جائے کہ اس پہ غور و فکر کیا جائے۔ عام طور سے لوگ جلدی جلدی پڑھ لیتے ہیں اور یہ سمجھتے ہیں کہ قرآن کو پڑھنے کا مطلب ہے ثواب کمانا۔</w:t>
      </w:r>
    </w:p>
    <w:p>
      <w:r>
        <w:rPr>
          <w:b/>
        </w:rPr>
        <w:t xml:space="preserve">[21:06] </w:t>
      </w:r>
      <w:r>
        <w:t>sawab yaqeenan hai, lekin is ko samajhna, phir is pe ghhor karna, aur phir is ko apply karna, tab hai woh sawab.</w:t>
      </w:r>
    </w:p>
    <w:p>
      <w:pPr>
        <w:jc w:val="right"/>
      </w:pPr>
      <w:r>
        <w:t>ثواب یقینا ہے، لیکن اس کو سمجھنا، پھر اس پہ غور کرنا، اور پھر اس کو اپلائی کرنا، تب ہے وہ ثواب۔</w:t>
      </w:r>
    </w:p>
    <w:p>
      <w:r>
        <w:rPr>
          <w:b/>
        </w:rPr>
        <w:t xml:space="preserve">[21:15] </w:t>
      </w:r>
      <w:r>
        <w:t>sirf padhna arabi mein kafi nahin hai, chunaanche Quran ke liye hadith mein aata hai: "likulli ayat minha zahr o batin" ke har ayat mein ek zahiri hissa hai jo nazar aata hai aap ko, aur ek aisa hissa hai jo nazar nahin aata,</w:t>
      </w:r>
    </w:p>
    <w:p>
      <w:pPr>
        <w:jc w:val="right"/>
      </w:pPr>
      <w:r>
        <w:t>صرف پڑھنا عربی میں کافی نہیں ہے، چونکہ قرآن کے لیے حدیث میں آتا ہے: "لکلی آیت منہا زہر وبطن" کہ ہر آیت میں ایک ظاہری حصہ ہے جو نظر آتا ہے آپ کو، اور ایک ایسا حصہ ہے جو نظر نہیں آتا،</w:t>
      </w:r>
    </w:p>
    <w:p>
      <w:r>
        <w:rPr>
          <w:b/>
        </w:rPr>
        <w:t xml:space="preserve">[21:35] </w:t>
      </w:r>
      <w:r>
        <w:t>woh between the line hai. to wohi to asal hissa hai, woh paida hota hai jab aap sochte hain, jis ko Quran mein tadabbur kaha gaya hai, tabassum kaha gaya hai, tazakkur kaha gaya hai.</w:t>
      </w:r>
    </w:p>
    <w:p>
      <w:pPr>
        <w:jc w:val="right"/>
      </w:pPr>
      <w:r>
        <w:t>وہ بٹوین دا لائن ہے۔ تو وہی تو اصل حصہ ہے، وہ پیدا ہوتا ہے جب آپ سوچتے ہیں، جس کو قرآن میں تدبر کہا گیا ہے، تبسم کہا گیا ہے، تذکر کہا گیا ہے۔</w:t>
      </w:r>
    </w:p>
    <w:p>
      <w:r>
        <w:rPr>
          <w:b/>
        </w:rPr>
        <w:t xml:space="preserve">[21:46] </w:t>
      </w:r>
      <w:r>
        <w:t>to Quran ko padhna is tareeqe se ke is se aap ka aap ke andar gehri marifat paida ho, woh bohat zaroori hai.</w:t>
      </w:r>
    </w:p>
    <w:p>
      <w:pPr>
        <w:jc w:val="right"/>
      </w:pPr>
      <w:r>
        <w:t>تو قرآن کو پڑھنا اس طریقے سے کہ اس سے آپ کا آپ کے اندر گہری معرفت پیدا ہو، وہ بہت ضروری ہے۔</w:t>
      </w:r>
    </w:p>
    <w:p>
      <w:r>
        <w:rPr>
          <w:b/>
        </w:rPr>
        <w:t xml:space="preserve">[22:00] </w:t>
      </w:r>
      <w:r>
        <w:t>to phir main baat kar raha tha, Rasool Allah jis tareeqe se janglon o bayaban mein jate the, bakriyan charane, to woh Allah taala ek mission ke liye tayyar kar raha tha, un ke andar gehri marifat jaga raha tha.</w:t>
      </w:r>
    </w:p>
    <w:p>
      <w:pPr>
        <w:jc w:val="right"/>
      </w:pPr>
      <w:r>
        <w:t>تو پھر میں بات کر رہا تھا، رسول اللہ جس طریقے سے جنگل و بیابان میں جاتے تھے، بکریاں چرانے، تو وہ اللہ تعالی ایک مشن کے لیے تیار کر رہا تھا، ان کے اندر گہری معرفت جگا رہا تھا۔</w:t>
      </w:r>
    </w:p>
    <w:p>
      <w:r>
        <w:rPr>
          <w:b/>
        </w:rPr>
        <w:t xml:space="preserve">[22:19] </w:t>
      </w:r>
      <w:r>
        <w:t>phir jab prophet Muhammad taqreeban 15, 16 saal ke hue to wahan Makkah mein ek jang shuru ho gayi, Makkah aur Taif mein, jis ko harb al fujar kaha jata tha.</w:t>
      </w:r>
    </w:p>
    <w:p>
      <w:pPr>
        <w:jc w:val="right"/>
      </w:pPr>
      <w:r>
        <w:t>پھر جب پرافٹ محمد تقریباً 15، 16 سال کے ہوئے تو وہاں مکہ میں ایک جنگ شروع ہوگئی، مکہ اور طائف میں، جس کو حرب الفجار کہا جاتا تھا۔</w:t>
      </w:r>
    </w:p>
    <w:p>
      <w:r>
        <w:rPr>
          <w:b/>
        </w:rPr>
        <w:t xml:space="preserve">[22:34] </w:t>
      </w:r>
      <w:r>
        <w:t>aur yeh jang kaafi saalon chali, paanch chhe saal ghaleban, aur is se bohat tabahi hui, bohat distraction hua.</w:t>
      </w:r>
    </w:p>
    <w:p>
      <w:pPr>
        <w:jc w:val="right"/>
      </w:pPr>
      <w:r>
        <w:t>اور یہ جنگ کافی سالوں چلی، پانچ چھ سال غالباً، اور اس سے بہت تباہی ہوئی، بہت ڈسٹریکشن ہوا۔</w:t>
      </w:r>
    </w:p>
    <w:p>
      <w:r>
        <w:rPr>
          <w:b/>
        </w:rPr>
        <w:t xml:space="preserve">[22:43] </w:t>
      </w:r>
      <w:r>
        <w:t>to is ki wajah se jo Makkah ka culture tha, wahan trade ka culture tha, hamesha se wahan trade hota tha, log aate the, khareed o farokht hoti thi, woh culture mein culture baqi nahin raha.</w:t>
      </w:r>
    </w:p>
    <w:p>
      <w:pPr>
        <w:jc w:val="right"/>
      </w:pPr>
      <w:r>
        <w:t>تو اس کی وجہ سے جو مکہ کا کلچر تھا، وہاں ٹریڈ کا کلچر تھا، ہمیشہ سے وہاں ٹریڈ ہوتا تھا، لوگ آتے تھے، خرید و فروخت ہوتی تھی، وہ کلچر میں کلچر باقی نہیں رہا۔</w:t>
      </w:r>
    </w:p>
    <w:p>
      <w:r>
        <w:rPr>
          <w:b/>
        </w:rPr>
        <w:t xml:space="preserve">[22:59] </w:t>
      </w:r>
      <w:r>
        <w:t>log phir dishonest ho gaye, logon ko satane lage jo bahar se aate the. to isi douran ek shakhs Yaman se, aur us ne kuch apna saman becha kisi Makkah ke aadmi ko.</w:t>
      </w:r>
    </w:p>
    <w:p>
      <w:pPr>
        <w:jc w:val="right"/>
      </w:pPr>
      <w:r>
        <w:t>لوگ پھر ڈس آنسٹ ہو گئے، لوگوں کو ستانے لگے جو باہر سے آتے تھے۔ تو اسی دوران ایک شخص آیایمن سے، اور اس نے کچھ اپنا سامان بیچا کسی مکہ کے آدمی کو۔</w:t>
      </w:r>
    </w:p>
    <w:p>
      <w:r>
        <w:rPr>
          <w:b/>
        </w:rPr>
        <w:t xml:space="preserve">[23:16] </w:t>
      </w:r>
      <w:r>
        <w:t>to us ne jo makkah wale aadmi ne, us ne theek tareeqe se us ko paise diye nahi, cheating ki ek tareeqe se. to woh bohat pareshan hua.</w:t>
      </w:r>
    </w:p>
    <w:p>
      <w:pPr>
        <w:jc w:val="right"/>
      </w:pPr>
      <w:r>
        <w:t>تو اس نے جو مکہ والے آدمی نے، اس نے ٹھیک طریقے سے اس کو پیسے دیے نہیں، چیٹنگ کی ایک طریقے سے۔ تو وہ بہت پریشان ہوا۔</w:t>
      </w:r>
    </w:p>
    <w:p>
      <w:r>
        <w:rPr>
          <w:b/>
        </w:rPr>
        <w:t xml:space="preserve">[23:26] </w:t>
      </w:r>
      <w:r>
        <w:t>is ka phir is zamane ka tareeqa yeh tha ke koi bhi baat agar kisi ko kehni hoti thi to woh poem likhte the, aur us poem ko latka dete the ke.</w:t>
      </w:r>
    </w:p>
    <w:p>
      <w:pPr>
        <w:jc w:val="right"/>
      </w:pPr>
      <w:r>
        <w:t>اس کا پھر اس زمانے کا طریقہ یہ تھا کہ کوئی بھی بات اگر کسی کو کہنی ہوتی تھی تو وہ پوئم لکھتے تھے، اور اس پوئم کو لٹکا دیتے تھے کہیں۔</w:t>
      </w:r>
    </w:p>
    <w:p>
      <w:r>
        <w:rPr>
          <w:b/>
        </w:rPr>
        <w:t xml:space="preserve">[23:37] </w:t>
      </w:r>
      <w:r>
        <w:t>to us ne yaman wale aadmi ne bhi, jo jis ko sataya gaya tha wahan, us ne apni baat ko ek poem mein likha, aur ke mein kaise yaman se aaya yahan samaan farokht karne, aur yahan ke logon ne mujhe mere sath cheating ki.</w:t>
      </w:r>
    </w:p>
    <w:p>
      <w:pPr>
        <w:jc w:val="right"/>
      </w:pPr>
      <w:r>
        <w:t>تو اس نےیمن والے آدمی نے بھی، جو جس کو ستایا گیا تھا وہاں، اس نے اپنی بات کو ایک پوئم میں لکھا، اور کہ میں کیسےیمن سے آیا یہاں سامان فروخت کرنے، اور یہاں کے لوگوں نے مجھے میرے ساتھ چیٹنگ کی۔</w:t>
      </w:r>
    </w:p>
    <w:p>
      <w:r>
        <w:rPr>
          <w:b/>
        </w:rPr>
        <w:t xml:space="preserve">[23:54] </w:t>
      </w:r>
      <w:r>
        <w:t>to woh poem latka di unhon ne wahan likh ke, aur logon ne parha. jab makkah ke logon ne parha to un ko zara ehsas hua ke yeh bohat galat ho raha hai, bahar ke logon ke sath aisa rawaiyya, hamara jo culture hai yahan ka, woh mutasir ho raha hai.</w:t>
      </w:r>
    </w:p>
    <w:p>
      <w:pPr>
        <w:jc w:val="right"/>
      </w:pPr>
      <w:r>
        <w:t>تو وہ پوئم لٹکا دی انہوں نے وہاں لکھ کے، اور لوگوں نے پڑھا۔ جب مکہ کے لوگوں نے پڑھا تو ان کو ذرا احساس ہوا کہ یہ بہت غلط ہو رہا ہے، باہر کے لوگوں کے ساتھ ایسا رویہ، ہمارا جو کلچر ہے یہاں کا، وہ متاثر ہو رہا ہے۔</w:t>
      </w:r>
    </w:p>
    <w:p>
      <w:r>
        <w:rPr>
          <w:b/>
        </w:rPr>
        <w:t xml:space="preserve">[24:12] </w:t>
      </w:r>
      <w:r>
        <w:t>to is mein se kai logon log jama hue ek ghar mein, aur unhon ne yeh pledge li ke hum jo log oppressed honge yahan, un ki madad karenge.</w:t>
      </w:r>
    </w:p>
    <w:p>
      <w:pPr>
        <w:jc w:val="right"/>
      </w:pPr>
      <w:r>
        <w:t>تو اس میں سے کئی لوگوں لوگ جمع ہوئے ایک گھر میں، اور انہوں نے یہ پلیج لی کہ ہم جو لوگ اپریسڈ ہوں گے یہاں، ان کی مدد کریں گے۔</w:t>
      </w:r>
    </w:p>
    <w:p>
      <w:r>
        <w:rPr>
          <w:b/>
        </w:rPr>
        <w:t xml:space="preserve">[24:25] </w:t>
      </w:r>
      <w:r>
        <w:t>is ko tareekh mein hilf al-fuzool, hilf al-fuzool kaha jata hai. yeh hilf al-fuzool ek purana institution tha jo ke us waqt us waqt khatam ho chuka tha, isi ko revive kiya.</w:t>
      </w:r>
    </w:p>
    <w:p>
      <w:pPr>
        <w:jc w:val="right"/>
      </w:pPr>
      <w:r>
        <w:t>اس کو تاریخ میں ہلف الفضول، ہلف الفضول کہا جاتا ہے۔ یہ ہلف الفضول ایک پرانا انسٹیٹیوشن تھا جو کہ اس وقت اس وقت ختم ہو چکا تھا، اسی کو ریوائیو کیا۔</w:t>
      </w:r>
    </w:p>
    <w:p>
      <w:r>
        <w:rPr>
          <w:b/>
        </w:rPr>
        <w:t xml:space="preserve">[24:44] </w:t>
      </w:r>
      <w:r>
        <w:t>to us waqt jab log jama hue the ghar mein yeh baat kehne ke liye, yeh pledge ko lene ke liye, to Rasool Allah Salallahu Alaihi Wasallam bhi is mein shamil the, halanke un ki umar kam thi us waqt, shayad bees saal thi.</w:t>
      </w:r>
    </w:p>
    <w:p>
      <w:pPr>
        <w:jc w:val="right"/>
      </w:pPr>
      <w:r>
        <w:t>تو اس وقت جب لوگ جمع ہوئے تھے گھر میں یہ بات کہنے کے لیے، اس پلیج کو لینے کے لیے، تو رسول اللہ صلی اللہ علیہ وسلم بھی اس میں شامل تھے، حالانکہ ان کی عمر کم تھی اس وقت، شاید بیس سال تھی۔</w:t>
      </w:r>
    </w:p>
    <w:p>
      <w:r>
        <w:rPr>
          <w:b/>
        </w:rPr>
        <w:t xml:space="preserve">[24:59] </w:t>
      </w:r>
      <w:r>
        <w:t>aur baad ke zamane mein jab prophet ban gaye Rasool Allah Salallahu Alaihi Wasallam to unhon ne kaha tha ke aaj bhi agar koi mujhe is kaam ke liye bulaye hilf al-fuzool ke to mein zaroor jaunga logon ki madad karne.</w:t>
      </w:r>
    </w:p>
    <w:p>
      <w:pPr>
        <w:jc w:val="right"/>
      </w:pPr>
      <w:r>
        <w:t>اور بعد کے زمانے میں جب پرافٹ بن گئے رسول اللہ صلی اللہ علیہ وسلم تو انہوں نے کہا تھا کہ آج بھی اگر کوئی مجھے اس کام کے لیے بلائے ہلف الفضول کے تو میں ضرور جاؤں گا لوگوں کی مدد کرنے۔</w:t>
      </w:r>
    </w:p>
    <w:p>
      <w:r>
        <w:rPr>
          <w:b/>
        </w:rPr>
        <w:t xml:space="preserve">[25:18] </w:t>
      </w:r>
      <w:r>
        <w:t>to is mein ek ek ek aspect yeh hum samajh sakte hain ke Rasool Allah Salallahu Alaihi Wasallam ne tabahi dekhi,</w:t>
      </w:r>
    </w:p>
    <w:p>
      <w:pPr>
        <w:jc w:val="right"/>
      </w:pPr>
      <w:r>
        <w:t>تو اس میں ایک ایک ایک ایسپیکٹ یہ ہم سمجھ سکتے ہیں کہ رسول اللہ صلی اللہ علیہ وسلم نے تباہی دیکھی،</w:t>
      </w:r>
    </w:p>
    <w:p>
      <w:r>
        <w:rPr>
          <w:b/>
        </w:rPr>
        <w:t xml:space="preserve">[25:30] </w:t>
      </w:r>
      <w:r>
        <w:t>jang ki wajah se jo jang hui harb al-fijar, aur phir yeh hilf al-fuzool ka waqia.</w:t>
      </w:r>
    </w:p>
    <w:p>
      <w:pPr>
        <w:jc w:val="right"/>
      </w:pPr>
      <w:r>
        <w:t>جنگ کی وجہ سے جو جنگ ہوئی حرب الفجار، اور پھر یہ ہلف الفضول کا واقعہ۔</w:t>
      </w:r>
    </w:p>
    <w:p>
      <w:r>
        <w:rPr>
          <w:b/>
        </w:rPr>
        <w:t xml:space="preserve">[25:39] </w:t>
      </w:r>
      <w:r>
        <w:t>to yeh bhi ek tareeqe se Rasool Allah ke liye bohat hi un ke jo ek training ka lagta hai ke Allah taala ki taraf se ek training ka intezam tha ke jang ki jo tabahi, violence ki jo tabahi hai, us us ko dekha, aur phir peace ke liye kaam kiya, logon ki help ki.</w:t>
      </w:r>
    </w:p>
    <w:p>
      <w:pPr>
        <w:jc w:val="right"/>
      </w:pPr>
      <w:r>
        <w:t>تو یہ بھی ایک طریقے سے رسول اللہ کے لیے بہت ہی ان کے جو ایک ٹریننگ کا لگتا ہے کہ اللہ تعالی کی طرف سے ایک ٹریننگ کا انتظام تھا کہ جنگ کی جو تباہی، وائلنس کی جو تباہی ہے، اس اس کو دیکھا، اور پھر پیس کے لیے کام کیا، لوگوں کی ہیلپ کی۔</w:t>
      </w:r>
    </w:p>
    <w:p>
      <w:r>
        <w:rPr>
          <w:b/>
        </w:rPr>
        <w:t xml:space="preserve">[26:01] </w:t>
      </w:r>
      <w:r>
        <w:t>to un ka ek mizaj bana ke jang jo hai aur violence jo hai, is se hamein bachna hai, aur hamein peace ka andaz ikhtiyar karna hai.</w:t>
      </w:r>
    </w:p>
    <w:p>
      <w:pPr>
        <w:jc w:val="right"/>
      </w:pPr>
      <w:r>
        <w:t>تو ان کا ایک مزاج بنا کہ جنگ جو ہے اور وائلنس جو ہے، اس سے ہمیں بچنا ہے، اور ہمیں پیس کا انداز اختیار کرنا ہے۔</w:t>
      </w:r>
    </w:p>
    <w:p>
      <w:r>
        <w:rPr>
          <w:b/>
        </w:rPr>
        <w:t xml:space="preserve">[26:12] </w:t>
      </w:r>
      <w:r>
        <w:t>aur baad ke zamane mein Hazrat Aisha Razi Allahu Anha ne kaha tha ke Rasool Allah ko koi bhi agar do raste ikhtiyar karne padte the, choose karne padte the to asan rasta yani non-violent raste ko ikhtiyar karte the.</w:t>
      </w:r>
    </w:p>
    <w:p>
      <w:pPr>
        <w:jc w:val="right"/>
      </w:pPr>
      <w:r>
        <w:t>اور بعد کے زمانے میں حضرت عائشہ رضی اللہ عنہ نے کہا تھا کہ رسول اللہ کو کوئی بھی اگر دو راستے اختیار کرنے پڑتے تھے، چوز کرنے پڑتے تھے تو آسان راستہ یعنی نان وائلنٹ راستے کو اختیار کرتے تھے۔</w:t>
      </w:r>
    </w:p>
    <w:p>
      <w:r>
        <w:rPr>
          <w:b/>
        </w:rPr>
        <w:t xml:space="preserve">[26:30] </w:t>
      </w:r>
      <w:r>
        <w:t>to yeh jo do waqie hue makkah ke early period mein, is se Rasool Allah ki zindagi mein ek tabdeeli aayi, aur unhon ne peace ko apna mission banaya.</w:t>
      </w:r>
    </w:p>
    <w:p>
      <w:pPr>
        <w:jc w:val="right"/>
      </w:pPr>
      <w:r>
        <w:t>تو یہ جو دو واقعے ہوئے مکہ کے ارلی پیریڈ میں، اس سے رسول اللہ کی زندگی میں ایک تبدیلی آئی، اور انہوں نے پیس کو اپنا مشن بنایا۔</w:t>
      </w:r>
    </w:p>
    <w:p>
      <w:r>
        <w:rPr>
          <w:b/>
        </w:rPr>
        <w:t xml:space="preserve">[26:42] </w:t>
      </w:r>
      <w:r>
        <w:t>aur ek aur point yahan par hai jo bohat aham hai, is pe hum kuch baat kar sakte hain ke hilf al-fuzool ke waqie se log aksar yeh refer karte hain ke Rasool Allah ne community work kiya, social work kiya.</w:t>
      </w:r>
    </w:p>
    <w:p>
      <w:pPr>
        <w:jc w:val="right"/>
      </w:pPr>
      <w:r>
        <w:t>اور ایک اور پوائنٹ یہاں پر ہے جو بہت اہم ہے، اس پہ ہم کچھ بات کر سکتے ہیں کہ ہلف الفضول کے واقعے سے لوگ اکثر یہ ریفر کرتے ہیں کہ رسول اللہ نے کمیونٹی ورک کیا، سوشل ورک کیا۔</w:t>
      </w:r>
    </w:p>
    <w:p>
      <w:r>
        <w:rPr>
          <w:b/>
        </w:rPr>
        <w:t xml:space="preserve">[27:00] </w:t>
      </w:r>
      <w:r>
        <w:t>to mein yahan kehna chahunga ke Islam mein jo ek momin ka mission hai, woh dawah hai, yani inzar aur tabshir ka mission.</w:t>
      </w:r>
    </w:p>
    <w:p>
      <w:pPr>
        <w:jc w:val="right"/>
      </w:pPr>
      <w:r>
        <w:t>تو میں یہاں کہنا چاہوں گا کہ اسلام میں جو ایک مومن کا مشن ہے، وہ دعوت ہے، یعنی انظار اور تبشیر کا مشن۔</w:t>
      </w:r>
    </w:p>
    <w:p>
      <w:r>
        <w:rPr>
          <w:b/>
        </w:rPr>
        <w:t xml:space="preserve">[27:12] </w:t>
      </w:r>
      <w:r>
        <w:t>insanon ko yeh batana ke yeh duniya ek temporary duniya hai, is ke baad maut hai, is ke baad day of judgment hai, wahan hisab o kitab hoga, use inzar o tabshir kaha jata hai.</w:t>
      </w:r>
    </w:p>
    <w:p>
      <w:pPr>
        <w:jc w:val="right"/>
      </w:pPr>
      <w:r>
        <w:t>انسانوں کو یہ بتانا کہ یہ دنیا ایک ٹیمپریری دنیا ہے، اس کے بعد موت ہے، اس کے بعد ڈے آف ججمنٹ ہے، وہاں حساب و کتاب ہوگا، اسے انظار و تبشیر کہا جاتا ہے۔</w:t>
      </w:r>
    </w:p>
    <w:p>
      <w:r>
        <w:rPr>
          <w:b/>
        </w:rPr>
        <w:t xml:space="preserve">[27:26] </w:t>
      </w:r>
      <w:r>
        <w:t>to yeh asal mission hai, dawah ka jo mission hai, ek momin ka asal mission yahi hai, aur is pe hi use qaim hona hai.</w:t>
      </w:r>
    </w:p>
    <w:p>
      <w:pPr>
        <w:jc w:val="right"/>
      </w:pPr>
      <w:r>
        <w:t>تو یہ اصل مشن ہے، دعوت کا جو مشن ہے، ایک مومن کا اصل مشن یہی ہے، اور اس پہ ہی اسے قائم ہونا ہے۔</w:t>
      </w:r>
    </w:p>
    <w:p>
      <w:r>
        <w:rPr>
          <w:b/>
        </w:rPr>
        <w:t xml:space="preserve">[27:36] </w:t>
      </w:r>
      <w:r>
        <w:t>haan, agar woh yeh mission, is mission ko pe chal raha hai, poori tarah is ne humta apne ko lagaya hua hai to zahir hai doosre kaam bhi kar sakta hai.</w:t>
      </w:r>
    </w:p>
    <w:p>
      <w:pPr>
        <w:jc w:val="right"/>
      </w:pPr>
      <w:r>
        <w:t>ہاں، اگر وہ یہ مشن، اس مشن کو پہ چل رہا ہے، پوری طرح اس نے ہمتا اپنے کو لگایا ہوا ہے تو ظاہر ہے دوسرے کام بھی کر سکتا ہے۔</w:t>
      </w:r>
    </w:p>
    <w:p>
      <w:r>
        <w:rPr>
          <w:b/>
        </w:rPr>
        <w:t xml:space="preserve">[27:46] </w:t>
      </w:r>
      <w:r>
        <w:t>woh social work hai, community work hai, charity ka kaam hai, is mein koi harj nahi hai. lekin agar us ne social work ko aur community work ko apna mission bana diya hai, aur dawah ke kaam ko us ne poore tareeqe se nazar andaz kar diya hai to yeh qabil e qabool nahi hoga.</w:t>
      </w:r>
    </w:p>
    <w:p>
      <w:pPr>
        <w:jc w:val="right"/>
      </w:pPr>
      <w:r>
        <w:t>وہ سوشل ورک ہے، کمیونٹی ورک ہے، چیریٹی کا کام ہے، اس میں کوئی حرج نہیں ہے۔ لیکن اگر اس نے سوشل ورک کو اور کمیونٹی ورک کو اپنا مشن بنا دیا ہے، اور دعوت کے کام کو اس نے پورے طریقے سے نظر انداز کر دیا ہے تو یہ قابل قبول نہیں ہوگا۔</w:t>
      </w:r>
    </w:p>
    <w:p>
      <w:r>
        <w:rPr>
          <w:b/>
        </w:rPr>
        <w:t xml:space="preserve">[28:06] </w:t>
      </w:r>
      <w:r>
        <w:t>Maulana ne is point pe kai bar hum ko yeh yeh baat batai hai ke dawahti kaam ko chhod kar jo is ka asal mansab hai, ek momin ka jo asal mission hai, aur jo asal is ka kaam hai, woh chhod ke woh koi aur doosra mission nahi le sakta.</w:t>
      </w:r>
    </w:p>
    <w:p>
      <w:pPr>
        <w:jc w:val="right"/>
      </w:pPr>
      <w:r>
        <w:t>مولانا نے اس پوائنٹ پہ کئی بار ہم کو یہ یہ بات بتائی ہے کہ دعوتی کام کو چھوڑ کر جو اس کا اصل منصب ہے، ایک مومن کا جو اصل مشن ہے، اور جو اصل اس کا کام ہے، وہ چھوڑ کے وہ کوئی اور دوسرا مشن نہیں لے سکتا۔</w:t>
      </w:r>
    </w:p>
    <w:p>
      <w:r>
        <w:rPr>
          <w:b/>
        </w:rPr>
        <w:t xml:space="preserve">[28:22] </w:t>
      </w:r>
      <w:r>
        <w:t>haan, albatta agar woh yeh dawahti kaam bhi kar raha hai to yeh theek hai ke woh kuch aur bhi. zahir hai insani humdardi ki wajah se koi bhi zaroorat hogi to waqti taur par insan zaroor madad karega.</w:t>
      </w:r>
    </w:p>
    <w:p>
      <w:pPr>
        <w:jc w:val="right"/>
      </w:pPr>
      <w:r>
        <w:t>ہاں، البتہ اگر وہ یہ دعوتی کام بھی کر رہا ہے تو یہ ٹھیک ہے کہ وہ کچھ اور بھی۔ ظاہر ہے انسانی ہمدردی کی وجہ سے کوئی بھی ضرورت ہوگی تو وقتی طور پر انسان ضرور مدد کرے گا۔</w:t>
      </w:r>
    </w:p>
    <w:p>
      <w:r>
        <w:rPr>
          <w:b/>
        </w:rPr>
        <w:t xml:space="preserve">[28:39] </w:t>
      </w:r>
      <w:r>
        <w:t>sare sare insan Adam ki aulad hain. agar kisi ko bhi zaroorat hai, kisi ko bhi takleef hai to ek fitri baat hai ke woh doosra insan us ki madad pe aa jata hai.</w:t>
      </w:r>
    </w:p>
    <w:p>
      <w:pPr>
        <w:jc w:val="right"/>
      </w:pPr>
      <w:r>
        <w:t>سارے سارے انسان آدم کی اولاد ہیں۔ اگر کسی کو بھی ضرورت ہے، کسی کو بھی تکلیف ہے تو ایک فطری بات ہے کہ وہ دوسرا انسان اس کی مدد پہ آ جاتا ہے۔</w:t>
      </w:r>
    </w:p>
    <w:p>
      <w:r>
        <w:rPr>
          <w:b/>
        </w:rPr>
        <w:t xml:space="preserve">[28:48] </w:t>
      </w:r>
      <w:r>
        <w:t>to yeh ek bohat hi noble kaam hai, aur Quran mein bar bar aata hai ke logon ki madad karna, help karna, orphans ke liye, aur miskeen logon ke liye, aur ghareeb logon ke liye.</w:t>
      </w:r>
    </w:p>
    <w:p>
      <w:pPr>
        <w:jc w:val="right"/>
      </w:pPr>
      <w:r>
        <w:t>تو یہ ایک بہت ہی نوبل کام ہے، اور قرآن میں بار بار آتا ہے کہ لوگوں کی مدد کرنا، ہیلپ کرنا، اورفنز کے لیے، اور مسکین لوگوں کے لیے، اور غریب لوگوں کے لیے۔</w:t>
      </w:r>
    </w:p>
    <w:p>
      <w:r>
        <w:rPr>
          <w:b/>
        </w:rPr>
        <w:t xml:space="preserve">[29:03] </w:t>
      </w:r>
      <w:r>
        <w:t>lekin is ka matlab yeh nahi hai ke is ko mission bana lein. aur ek cheez aur hai ke yeh sab cheezein, jo bhi social work aur community work hain, yeh Allah ki raza ke liye honi chahiye.</w:t>
      </w:r>
    </w:p>
    <w:p>
      <w:pPr>
        <w:jc w:val="right"/>
      </w:pPr>
      <w:r>
        <w:t>لیکن اس کا مطلب یہ نہیں ہے کہ اس کو مشن بنا لیں۔ اور ایک چیز اور ہے کہ یہ سب چیزیں، جو بھی سوشل ورک اور کمیونٹی ورک ہیں، یہ اللہ کی رضا کے لیے ہونی چاہیے۔</w:t>
      </w:r>
    </w:p>
    <w:p>
      <w:r>
        <w:rPr>
          <w:b/>
        </w:rPr>
        <w:t xml:space="preserve">[29:15] </w:t>
      </w:r>
      <w:r>
        <w:t>bar bar quran mein aata hai: "la'ajlillah, li'hbillah, limardatillah". to is tareeqay say yeh do baatein bohat hi achhi tarah say zehn nasheen karni chahiye keh da'vati mission hamara mission hai, main,</w:t>
      </w:r>
    </w:p>
    <w:p>
      <w:pPr>
        <w:jc w:val="right"/>
      </w:pPr>
      <w:r>
        <w:t>بار بار قرآن میں آتا ہے: "لأجل اللہ، لحب اللہ، لمرضات اللہ"۔ تو اس طریقے سے یہ دو باتیں بہت ہی اچھی طرح سے ذہن نشین کرنی چاہیے کہ دعوتی مشن ہمارا مشن ہے، مین،</w:t>
      </w:r>
    </w:p>
    <w:p>
      <w:r>
        <w:rPr>
          <w:b/>
        </w:rPr>
        <w:t xml:space="preserve">[29:30] </w:t>
      </w:r>
      <w:r>
        <w:t>aur baqi jo community work hai, social work hai, woh kabhi zaroorat paray to woh bhi kar saktay hain. lekin da'vati mission ko chhor kay koi doosra, koi doosra mission agar insaan apnayega to is dunya mein to woh akhirat mein woh kamyab nahi ho sakayga.</w:t>
      </w:r>
    </w:p>
    <w:p>
      <w:pPr>
        <w:jc w:val="right"/>
      </w:pPr>
      <w:r>
        <w:t>اور باقی جو کمیونٹی ورک ہے، سوشل ورک ہے، وہ کبھی ضرورت پڑے تو وہ بھی کر سکتے ہیں۔ لیکن دعوتی مشن کو چھوڑ کے کوئی دوسرا، کوئی دوسرا مشن اگر انسان اپنائے گا تو اس دنیا میں تو وہ آخرت میں وہ کامیاب نہیں ہو سکے گا۔</w:t>
      </w:r>
    </w:p>
    <w:p>
      <w:r>
        <w:rPr>
          <w:b/>
        </w:rPr>
        <w:t xml:space="preserve">[29:46] </w:t>
      </w:r>
      <w:r>
        <w:t>to aaj itna hi, insha'Allah, aindah rasool Allah ki aagay jo zindagi hai, us kay baray mein kuch aur baatein karein gay. wa'akhir da'wana: alhamdulillah rabbil 'alameen.</w:t>
      </w:r>
    </w:p>
    <w:p>
      <w:pPr>
        <w:jc w:val="right"/>
      </w:pPr>
      <w:r>
        <w:t>تو آج اتنا ہی، انشاءاللہ، آئندہ رسول اللہ کی آگے جو زندگی ہے، اس کے بارے میں کچھ اور باتیں کریں گے۔ واخر دعوانا: الحمدللہ رب العالمین۔</w:t>
      </w:r>
    </w:p>
    <w:p>
      <w:r>
        <w:rPr>
          <w:b/>
        </w:rPr>
        <w:t xml:space="preserve">[30:09] </w:t>
      </w:r>
      <w:r>
        <w:t>jazak Allah, doctor sahib, bohat achhay say aaj aap nay marifat kay baray mein hum sab ko bataya. ji sir, aur profit ki early life aap nay bohat achhay say samjhai.</w:t>
      </w:r>
    </w:p>
    <w:p>
      <w:pPr>
        <w:jc w:val="right"/>
      </w:pPr>
      <w:r>
        <w:t>جزاک اللہ، ڈاکٹر صاحب، بہت اچھے سے آج آپ نے معرفت کے بارے میں ہم سب کو بتایا۔ جی سر، اور پرافٹ کی ارلی لائف آپ نے بہت اچھے سے سمجھائی۔</w:t>
      </w:r>
    </w:p>
    <w:p>
      <w:r>
        <w:rPr>
          <w:b/>
        </w:rPr>
        <w:t xml:space="preserve">[30:21] </w:t>
      </w:r>
      <w:r>
        <w:t>kuch comments hain aur kuch sawal hain, but in sawal aur comments ko lainay say pehlay aik aham kaam aur karna hai aap ko.</w:t>
      </w:r>
    </w:p>
    <w:p>
      <w:pPr>
        <w:jc w:val="right"/>
      </w:pPr>
      <w:r>
        <w:t>کچھ کمنٹس ہیں اور کچھ سوال ہیں، بٹ ان سوال اور کمنٹس کو لینے سے پہلے ایک اہم کام اور کرنا ہے آپ کو۔</w:t>
      </w:r>
    </w:p>
    <w:p>
      <w:r>
        <w:rPr>
          <w:b/>
        </w:rPr>
        <w:t xml:space="preserve">[30:30] </w:t>
      </w:r>
      <w:r>
        <w:t>maulana ki aik aur kitab aaj launch karnay ja rahay hain hum. so, we are very pleased to share with all of you a new book of Maulana Wahiduddin Khan sahib.</w:t>
      </w:r>
    </w:p>
    <w:p>
      <w:pPr>
        <w:jc w:val="right"/>
      </w:pPr>
      <w:r>
        <w:t>مولانا کی ایک اور کتاب آج لانچ کرنے جا رہے ہیں ہم۔ سو، وی آر ویری پلیز ٹو شیئر ود آل آف یو ا نیو بک آف مولانا وحید الدین خان صاحب۔</w:t>
      </w:r>
    </w:p>
    <w:p>
      <w:r>
        <w:rPr>
          <w:b/>
        </w:rPr>
        <w:t xml:space="preserve">[30:39] </w:t>
      </w:r>
      <w:r>
        <w:t>the title of this book is "a simple introduction to Islam" and this is being translated and edited by Professor Farida Khanam.</w:t>
      </w:r>
    </w:p>
    <w:p>
      <w:pPr>
        <w:jc w:val="right"/>
      </w:pPr>
      <w:r>
        <w:t>دی ٹائٹل آف دس بک از "ا سمپل انٹروڈکشن ٹو اسلام" اینڈ دس از بین ٹرانسلیٹڈ اینڈ ایڈیٹڈ بائے پروفیسر فریدہ خانم۔</w:t>
      </w:r>
    </w:p>
    <w:p>
      <w:r>
        <w:rPr>
          <w:b/>
        </w:rPr>
        <w:t xml:space="preserve">[30:50] </w:t>
      </w:r>
      <w:r>
        <w:t>and this is a translation of the urdu book of Maulana "Islam kya hai". this is a very, you know, handy book.</w:t>
      </w:r>
    </w:p>
    <w:p>
      <w:pPr>
        <w:jc w:val="right"/>
      </w:pPr>
      <w:r>
        <w:t>اینڈ دس از ا ٹرانسلیشن آف دی اردو بک آف مولانا "اسلام کیا ہے"۔ دس از ا ویری، یو نو، ہینڈی بک۔</w:t>
      </w:r>
    </w:p>
    <w:p>
      <w:r>
        <w:rPr>
          <w:b/>
        </w:rPr>
        <w:t xml:space="preserve">[31:00] </w:t>
      </w:r>
      <w:r>
        <w:t>and today everybody wants to know about Islam, what does Islam stand for, what is the message that it conveys, and the basics of Islam as a religion.</w:t>
      </w:r>
    </w:p>
    <w:p>
      <w:pPr>
        <w:jc w:val="right"/>
      </w:pPr>
      <w:r>
        <w:t>اینڈ ٹوڈے ایوری بڈی وانٹس ٹو نو اباؤٹ اسلام، واٹ ڈز اسلام سٹینڈ فار، واٹ از دا میسج دیٹ اٹ کنویز، اینڈ دا بیسکس آف اسلام از ا ریلیجن۔</w:t>
      </w:r>
    </w:p>
    <w:p>
      <w:r>
        <w:rPr>
          <w:b/>
        </w:rPr>
        <w:t xml:space="preserve">[31:13] </w:t>
      </w:r>
      <w:r>
        <w:t>people are very keen to understand today in the light of, you know, so much of unrest, so much of conflict, and so much of mental stress.</w:t>
      </w:r>
    </w:p>
    <w:p>
      <w:pPr>
        <w:jc w:val="right"/>
      </w:pPr>
      <w:r>
        <w:t>پیپل آر ویری کین ٹو انڈرسٹینڈ ٹوڈے ان دی لائٹ آف، یو نو، سو مچ آف ان ریسٹ، سو مچ آف کانفلکٹ، اینڈ سو مچ آف مینٹل سٹریس۔</w:t>
      </w:r>
    </w:p>
    <w:p>
      <w:r>
        <w:rPr>
          <w:b/>
        </w:rPr>
        <w:t xml:space="preserve">[31:22] </w:t>
      </w:r>
      <w:r>
        <w:t>people want to find solutions to the answers to their questions, and above all, they want to connect with their creator.</w:t>
      </w:r>
    </w:p>
    <w:p>
      <w:pPr>
        <w:jc w:val="right"/>
      </w:pPr>
      <w:r>
        <w:t>پیپل وانٹ ٹو فائنڈ سولیوشن ٹو دی انسرز ٹو دیر کوئسچنز، اینڈ اباؤ آل، دے وانٹ ٹو کنیکٹ ود دیر کریٹر۔</w:t>
      </w:r>
    </w:p>
    <w:p>
      <w:r>
        <w:rPr>
          <w:b/>
        </w:rPr>
        <w:t xml:space="preserve">[31:31] </w:t>
      </w:r>
      <w:r>
        <w:t>so, this book you can use extensively to give as a gift to many of the people who want to understand and know about Islam, and also develop a deeper connection with the creator.</w:t>
      </w:r>
    </w:p>
    <w:p>
      <w:pPr>
        <w:jc w:val="right"/>
      </w:pPr>
      <w:r>
        <w:t>سو، دس بک یو کین یوز ایکسٹینسولی ٹو گیو ایز ا گفٹ ٹو مینی آف دا پیپل ہو وانٹ ٹو انڈرسٹینڈ اینڈ نو اباؤٹ اسلام، اینڈ آل سو ڈیویلپ ا ڈیپر کنیکشن ود دا کریٹر۔</w:t>
      </w:r>
    </w:p>
    <w:p>
      <w:r>
        <w:rPr>
          <w:b/>
        </w:rPr>
        <w:t xml:space="preserve">[31:47] </w:t>
      </w:r>
      <w:r>
        <w:t>so, I would request now Dr. Santh Nian sahib to launch this new book of Maulana Wahiduddin Khan sahib: "a simple introduction to Islam".</w:t>
      </w:r>
    </w:p>
    <w:p>
      <w:pPr>
        <w:jc w:val="right"/>
      </w:pPr>
      <w:r>
        <w:t>سو، آئی وڈ ریکویسٹ ناؤ ڈاکٹر ثانث نین صاحب ٹو لانچ دس نیو بک آف مولانا وحید الدین خان صاحب: "ا سمپل انٹروڈکشن ٹو اسلام"۔</w:t>
      </w:r>
    </w:p>
    <w:p>
      <w:r>
        <w:rPr>
          <w:b/>
        </w:rPr>
        <w:t xml:space="preserve">[32:03] </w:t>
      </w:r>
      <w:r>
        <w:t>ma'sha'Allah, mujhe bohat khushi ho rahi hai is kitab ko release kartay huay: "a simple introduction to Islam: principles of living a god oriented life" by Maulana Wahiduddin Khan, translated by Professor Farida Khanam.</w:t>
      </w:r>
    </w:p>
    <w:p>
      <w:pPr>
        <w:jc w:val="right"/>
      </w:pPr>
      <w:r>
        <w:t>ماشاءاللہ، مجھے بہت خوشی ہو رہی ہے اس کتاب کو ریلیز کرتے ہوئے: "ا سمپل انٹروڈکشن ٹو اسلام: پرنسپلز آف لیونگ ا گاڈ اورینٹڈ لائف" بائے مولانا وحید الدین خان، ٹرانسلیٹڈ بائے پروفیسر فریدہ خانم۔</w:t>
      </w:r>
    </w:p>
    <w:p>
      <w:r>
        <w:rPr>
          <w:b/>
        </w:rPr>
        <w:t xml:space="preserve">[32:22] </w:t>
      </w:r>
      <w:r>
        <w:t>jaisa doctor Rajat nay abhi bataya hai, yeh kitab translation hai "Islam kya hai". yeh Maulana ki aik bohat hi purani, early, one of the earliest books ka translation hai "Islam kya hai", jis mein jo basic concepts hain Islam kay, un ko liya gaya hai.</w:t>
      </w:r>
    </w:p>
    <w:p>
      <w:pPr>
        <w:jc w:val="right"/>
      </w:pPr>
      <w:r>
        <w:t>جیسا ڈاکٹر رجت نے ابھی بتایا ہے، یہ کتاب ٹرانسلیشن ہے "اسلام کیا ہے"۔ یہ مولانا کی ایک بہت ہی پرانی، ارلی، ون آف دی ارلیسٹ بکس کا ٹرانسلیشن ہے "اسلام کیا ہے"، جس میں جو بیسک کانسیپٹس ہیں اسلام کے، ان کو لیا گیا ہے۔</w:t>
      </w:r>
    </w:p>
    <w:p>
      <w:r>
        <w:rPr>
          <w:b/>
        </w:rPr>
        <w:t xml:space="preserve">[32:42] </w:t>
      </w:r>
      <w:r>
        <w:t>aur aik aik page ka, ah, is mein article hai: "who are the angels?" ah, "who are the prophets?" ah, Prophet Muhammad sallallahu 'alayhi wa sallam ki life kay upar, aur Quran kay jo principles hain, un kay upar bohat hi short aur bohat hi جامع mazameen hain.</w:t>
      </w:r>
    </w:p>
    <w:p>
      <w:pPr>
        <w:jc w:val="right"/>
      </w:pPr>
      <w:r>
        <w:t>اور ایک ایک پیج کا، آہ، اس میں آرٹیکل ہے: "ہو آر دا اینجلز؟" آہ، "ہو آر دا پرافٹس؟" آہ، پرافٹ محمد صلی اللہ علیہ وسلم کی لائف کے اوپر، اور قرآن کے جو پرنسپلز ہیں، ان کے اوپر بہت ہی شارٹ اور بہت ہی جامع مضامین ہیں۔</w:t>
      </w:r>
    </w:p>
    <w:p>
      <w:r>
        <w:rPr>
          <w:b/>
        </w:rPr>
        <w:t xml:space="preserve">[33:01] </w:t>
      </w:r>
      <w:r>
        <w:t>bohat achhi kitab hai. hum nay isi tarah ki kitab aik banai thi English mein aur kai languages mein: "what is Islam?" phir us ko aur, ah, thora edit kar kay aur us mein add kar kay kitab banai thi: "ah, discover Islam", jo aksar hum log Quran detay hain logon ko to us kay sath detay hain.</w:t>
      </w:r>
    </w:p>
    <w:p>
      <w:pPr>
        <w:jc w:val="right"/>
      </w:pPr>
      <w:r>
        <w:t>بہت اچھی کتاب ہے۔ ہم نے اسی طرح کی کتاب ایک بنائی تھی انگلش میں اور کئی لینگویجز میں: "واٹ از اسلام؟" پھر اس کو اور، آہ، تھوڑا ایڈٹ کر کے اور اس میں ایڈ کر کے کتاب بنائی تھی: "آہ، ڈسکور اسلام"، جو اکثر ہم لوگ قرآن دیتے ہیں لوگوں کو تو اس کے ساتھ دیتے ہیں۔</w:t>
      </w:r>
    </w:p>
    <w:p>
      <w:r>
        <w:rPr>
          <w:b/>
        </w:rPr>
        <w:t xml:space="preserve">[33:23] </w:t>
      </w:r>
      <w:r>
        <w:t>to Allah taala jaza-e-khair day is kitab kay upar jin logon nay kaam kiya. wa'akhir da'wana: so, this book is uploaded on CPS website: www.cpsglobal.org.</w:t>
      </w:r>
    </w:p>
    <w:p>
      <w:pPr>
        <w:jc w:val="right"/>
      </w:pPr>
      <w:r>
        <w:t>تو اللہ تعالی جزائے خیر دے اس کتاب کے اوپر جن لوگوں نے کام کیا۔ واخر دعوانا: سو، دس بک از اپلوڈڈ ان سی پی ایس ویب سائٹ: www.cpsglobal.org۔</w:t>
      </w:r>
    </w:p>
    <w:p>
      <w:r>
        <w:rPr>
          <w:b/>
        </w:rPr>
        <w:t xml:space="preserve">[33:37] </w:t>
      </w:r>
      <w:r>
        <w:t>you may all so download and share it in your friend circle. ah, doctor sahib, pehlay kuch comments parhna chahoon ga sawal lainay say pehlay.</w:t>
      </w:r>
    </w:p>
    <w:p>
      <w:pPr>
        <w:jc w:val="right"/>
      </w:pPr>
      <w:r>
        <w:t>یو می آل سو ڈاؤن لوڈ اینڈ شیئر اٹ ان یور فرینڈ سرکل۔ آہ، ڈاکٹر صاحب، پہلے کچھ کمنٹس پڑھنا چاہوں گا سوال لینے سے پہلے۔</w:t>
      </w:r>
    </w:p>
    <w:p>
      <w:r>
        <w:rPr>
          <w:b/>
        </w:rPr>
        <w:t xml:space="preserve">[33:47] </w:t>
      </w:r>
      <w:r>
        <w:t>ah, yeh comment bheja hai Professor Farida Khanam nay Delhi say. unhonay likha hai kay: "ah, god made Maulana also grace goats when he lived in the village." ah, in childhood, he used to say that he was a child of nature, trained by nature, rather than the political conditions of those times.</w:t>
      </w:r>
    </w:p>
    <w:p>
      <w:pPr>
        <w:jc w:val="right"/>
      </w:pPr>
      <w:r>
        <w:t>آہ، یہ کمنٹ بھیجا ہے پروفیسر فریدہ خانم نے دلی سے۔ انہوں نے لکھا ہے کہ: "آہ، گاڈ میڈ مولانا آل سو گریز گوٹس وین ہی لیوڈ ان دا ولیج۔" آہ، ان چائلڈ ہڈ، ہی یوز ٹو سے دیٹ ہی واز ا چائلڈ آف نیچر، ٹرینڈ بائے نیچر، رادر دین دا پولیٹیکل کنڈیشنز آف دوز ٹائمز۔</w:t>
      </w:r>
    </w:p>
    <w:p>
      <w:r>
        <w:rPr>
          <w:b/>
        </w:rPr>
        <w:t xml:space="preserve">[34:09] </w:t>
      </w:r>
      <w:r>
        <w:t>ah, Ms. Krotlin nay Srinagar say likha hai: "beautifully explain the spiritual journey of prophets to prepare them for prophethood." Maulana is assertion that humans must acknowledge their helplessness, and all powerful god is so impressive and thought provoking.</w:t>
      </w:r>
    </w:p>
    <w:p>
      <w:pPr>
        <w:jc w:val="right"/>
      </w:pPr>
      <w:r>
        <w:t>آہ، مس کروتلین نے سری نگر سے لکھا ہے: "بیوٹیفلی ایکسپلین دا سپریچول جرنی آف پرافٹس ٹو پریپیئر دیم فار پرافٹ ہڈ۔" مولانا از اسرشن ٹو دیٹ ہیومنز مسٹ اکنالج دیر ہیلپلیسنس، اینڈ آل پاور فل گاڈ از سو امپریسو اینڈ تھاٹ پرووکنگ۔</w:t>
      </w:r>
    </w:p>
    <w:p>
      <w:r>
        <w:rPr>
          <w:b/>
        </w:rPr>
        <w:t xml:space="preserve">[34:30] </w:t>
      </w:r>
      <w:r>
        <w:t>it really helps us to be absolutely submissive to god and bow before his dictates. jazak Allah.</w:t>
      </w:r>
    </w:p>
    <w:p>
      <w:pPr>
        <w:jc w:val="right"/>
      </w:pPr>
      <w:r>
        <w:t>اٹ ریلی ہیلپس اس ٹو بی ایبسولیوٹلی سبمسیو ٹو گاڈ اینڈ باؤ بیفور ہز ڈکٹیٹس۔ جزاک اللہ۔</w:t>
      </w:r>
    </w:p>
    <w:p>
      <w:r>
        <w:rPr>
          <w:b/>
        </w:rPr>
        <w:t xml:space="preserve">[34:40] </w:t>
      </w:r>
      <w:r>
        <w:t>ah, bohat say logon nay appreciate kiya hai Dr. Santh Nian sahib. ah, aap ka aaj ka talk, Muhammad Hasnain Akhtar sahib, Faheem Omar sahib, ah, Ms. Reshma Parvez, ah, sab nay salam bhijay hain aur ah, bohat khushi zahir ki hai aaj kay lecture kay ko lay kay.</w:t>
      </w:r>
    </w:p>
    <w:p>
      <w:pPr>
        <w:jc w:val="right"/>
      </w:pPr>
      <w:r>
        <w:t>آہ، بہت سے لوگوں نے ایپریشیٹ کیا ہے ڈاکٹر ثانث نین صاحب۔ آہ، آپ کا آج کا ٹاک، محمد حسنین اختر صاحب، فہیم عمر صاحب، آہ، مس ریشما پرویز، آہ، سب نے سلام بھیجے ہیں اور آہ، بہت خوشی ظاہر کی ہے آج کے لیکچر کے کو لے کے۔</w:t>
      </w:r>
    </w:p>
    <w:p>
      <w:r>
        <w:rPr>
          <w:b/>
        </w:rPr>
        <w:t xml:space="preserve">[34:57] </w:t>
      </w:r>
      <w:r>
        <w:t>jazak Allah. ah, Professor Farida Khanam nay aik aur ah, aap kay beech mein jo baatein ho rahi theen, us kay aik aur aspect ko lay kay unhonay kaha: "very important point: we have to reflect on the signs of god scattered all around us to discover god." ah, Kamran Sahil Rajput sahib nay likha hai, unhonay location nahi likhi hai, unhonay likha hai kay: "insan kay andar basta hai woh rab to hamaray bohat qareeb hai,</w:t>
      </w:r>
    </w:p>
    <w:p>
      <w:pPr>
        <w:jc w:val="right"/>
      </w:pPr>
      <w:r>
        <w:t>جزاک اللہ۔ آہ، پروفیسر فریدہ خانم نے ایک اور آہ، آپ کے بیچ میں جو باتیں ہو رہی تھیں، اس کے ایک اور ایسپیکٹ کو لے کے انہوں نے کہا: "ویری امپورٹنٹ پوائنٹ: وی ہیو ٹو ریفلیکٹ ان دا سائنز آف گاڈ سکیٹرڈ آل اراؤنڈ اس ٹو ڈسکور گاڈ۔" آہ، کامران ساحل راجپوت صاحب نے لکھا ہے، انہوں نے لوکیشن نہیں لکھی ہے، انہوں نے لکھا ہے کہ: "انسان کے اندر بستا ہے وہ رب تو ہمارے بہت قریب ہے،</w:t>
      </w:r>
    </w:p>
    <w:p>
      <w:r>
        <w:rPr>
          <w:b/>
        </w:rPr>
        <w:t xml:space="preserve">[35:26] </w:t>
      </w:r>
      <w:r>
        <w:t>hum hi us say door hain jo us zaat ki talash nahi kartay." to yeh kuch comments thay. ah, main ab kuch sawal laina chahoon ga.</w:t>
      </w:r>
    </w:p>
    <w:p>
      <w:pPr>
        <w:jc w:val="right"/>
      </w:pPr>
      <w:r>
        <w:t>ہم ہی اس سے دور ہیں جو اس ذات کی تلاش نہیں کرتے۔" تو یہ کچھ کمنٹس تھے۔ آہ، میں اب کچھ سوال لینا چاہوں گا۔</w:t>
      </w:r>
    </w:p>
    <w:p>
      <w:r>
        <w:rPr>
          <w:b/>
        </w:rPr>
        <w:t xml:space="preserve">[35:36] </w:t>
      </w:r>
      <w:r>
        <w:t>merat se aah, zuber siddiqi sahib ne sawal bheja hai. aah, unhon ne aap se poocha hai ke: "marifat ka starting point kya hona chahiye?" what is the starting point of marifat?</w:t>
      </w:r>
    </w:p>
    <w:p>
      <w:pPr>
        <w:jc w:val="right"/>
      </w:pPr>
      <w:r>
        <w:t>میرٹ سے آہ، زبیر صدیقی صاحب نے سوال بھیجا ہے۔ آہ، انہوں نے آپ سے پوچھا ہے کہ: "معرفت کا سٹارٹنگ پوائنٹ کیا ہونا چاہیے؟" واٹ از دا سٹارٹنگ پوائنٹ آف معرفت؟</w:t>
      </w:r>
    </w:p>
    <w:p>
      <w:r>
        <w:rPr>
          <w:b/>
        </w:rPr>
        <w:t xml:space="preserve">[35:51] </w:t>
      </w:r>
      <w:r>
        <w:t>isko wazeh kar dein aap. marifat ka jo starting point hai, wohi hai distractions ko avoid karna.</w:t>
      </w:r>
    </w:p>
    <w:p>
      <w:pPr>
        <w:jc w:val="right"/>
      </w:pPr>
      <w:r>
        <w:t>اس کو واضح کر دیں آپ۔ معرفت کا جو سٹارٹنگ پوائنٹ ہے، وہ وہی ہے ڈسٹریکشنز کو اوائڈ کرنا۔</w:t>
      </w:r>
    </w:p>
    <w:p>
      <w:r>
        <w:rPr>
          <w:b/>
        </w:rPr>
        <w:t xml:space="preserve">[36:00] </w:t>
      </w:r>
      <w:r>
        <w:t>chounke jab aadmi distractions ko avoid karta hai, tabhi woh apne andar yeh salahiyat paida karta hai ke woh baaton ko gehrai se samjhe.</w:t>
      </w:r>
    </w:p>
    <w:p>
      <w:pPr>
        <w:jc w:val="right"/>
      </w:pPr>
      <w:r>
        <w:t>چونکہ جب آدمی ڈسٹریکشنز کو اوائڈ کرتا ہے، تبھی وہ اپنے اندر یہ صلاحیت پیدا کرتا ہے کہ وہ باتوں کو گہرائی سے سمجھے۔</w:t>
      </w:r>
    </w:p>
    <w:p>
      <w:r>
        <w:rPr>
          <w:b/>
        </w:rPr>
        <w:t xml:space="preserve">[36:10] </w:t>
      </w:r>
      <w:r>
        <w:t>jaise abhi aap ne kaha hai ke jo signs hain, khuda ke signs jo poore universe mein phailay hue hain, un par ghore o fikr.</w:t>
      </w:r>
    </w:p>
    <w:p>
      <w:pPr>
        <w:jc w:val="right"/>
      </w:pPr>
      <w:r>
        <w:t>جیسے ابھی آپ نے کہا ہے کہ جو سائنز ہیں، خدا کے سائنز جو پورے یونیورس میں پھیلے ہوئے ہیں، ان پر غور و فکر۔</w:t>
      </w:r>
    </w:p>
    <w:p>
      <w:r>
        <w:rPr>
          <w:b/>
        </w:rPr>
        <w:t xml:space="preserve">[36:20] </w:t>
      </w:r>
      <w:r>
        <w:t>to jab distraction se avoid karega, apne andar mizaj paida karega, aur quran ki baaton ko gehrai se samjhega, un ko contemplate karega, aah, tadabbur karega, tabhi woh aah, marifat ka safar shuru kar payega.</w:t>
      </w:r>
    </w:p>
    <w:p>
      <w:pPr>
        <w:jc w:val="right"/>
      </w:pPr>
      <w:r>
        <w:t>تو جب ڈسٹریکشن سے اوائڈ کرے گا، اپنے اندر مزاج پیدا کرے گا، اور قرآن کی باتوں کو گہرائی سے سمجھے گا، ان کو کنٹمپلیٹ کرے گا، آہ، تدبر کرے گا، تبھی وہ آہ، معرفت کا سفر شروع کر پائے گا۔</w:t>
      </w:r>
    </w:p>
    <w:p>
      <w:r>
        <w:rPr>
          <w:b/>
        </w:rPr>
        <w:t xml:space="preserve">[36:39] </w:t>
      </w:r>
      <w:r>
        <w:t>mere ko aah, doctor sahib, ek hadith bhi yaad aa rahi hai aah, marifat ke talluq se ke: "aah, prophet one said that aah, ab the person who's most superior aah, in the side of allah is the one who remembers him profusely." aah, to ek tareeqay se starting point yeh bhi hai aah, ke bohat zikr karna.</w:t>
      </w:r>
    </w:p>
    <w:p>
      <w:pPr>
        <w:jc w:val="right"/>
      </w:pPr>
      <w:r>
        <w:t>میرے کو آہ، ڈاکٹر صاحب، ایک حدیث بھی یاد آ رہی ہے آہ، معرفت کے تعلق سے کہ: "آہ، پرافٹ ون سیڈ دیٹ آہ، اب دا پرسن ہوز موسٹ سپیریئر آہ، ان دی سائیڈ آف اللہ از دا ون ہو ریممبرز ہم پروفیسلی۔" آہ، تو ایک طریقے سے سٹارٹنگ پوائنٹ یہ بھی ہے آہ، کہ بہت ذکر کرنا۔</w:t>
      </w:r>
    </w:p>
    <w:p>
      <w:r>
        <w:rPr>
          <w:b/>
        </w:rPr>
        <w:t xml:space="preserve">[37:06] </w:t>
      </w:r>
      <w:r>
        <w:t>آہ، تو معرفت آہ، از مولانا کہتے تھے کہ: "معرفت is the essence of spirituality."</w:t>
      </w:r>
    </w:p>
    <w:p>
      <w:pPr>
        <w:jc w:val="right"/>
      </w:pPr>
      <w:r>
        <w:t>آہ، تو معرفت آہ، از مولانا کہتے تھے کہ: "معرفت از دی ایسنس آف سپریچویلٹی۔"</w:t>
      </w:r>
    </w:p>
    <w:p>
      <w:r>
        <w:rPr>
          <w:b/>
        </w:rPr>
        <w:t xml:space="preserve">[37:12] </w:t>
      </w:r>
      <w:r>
        <w:t>اینڈ وہ کہتے تھے کہ: "اپنے mind کو اس طریقے سے develop کیجئے اس extent تک کہ آپ</w:t>
      </w:r>
    </w:p>
    <w:p>
      <w:pPr>
        <w:jc w:val="right"/>
      </w:pPr>
      <w:r>
        <w:t>اینڈ وہ کہتے تھے کہ: "اپنے مائنڈ کو اس طریقے سے ڈیویلپ کیجئے اس ایکسٹینٹ تک کہ آپ</w:t>
      </w:r>
    </w:p>
    <w:p>
      <w:r>
        <w:rPr>
          <w:b/>
        </w:rPr>
        <w:t xml:space="preserve">[37:17] </w:t>
      </w:r>
      <w:r>
        <w:t>har cheez ko ek point of reference bana sakein, aur us ko phir aap aah, Khuda se jorein."</w:t>
      </w:r>
    </w:p>
    <w:p>
      <w:pPr>
        <w:jc w:val="right"/>
      </w:pPr>
      <w:r>
        <w:t>ہر چیز کو ایک پوائنٹ آف ریفرنس بنا سکیں، اور اس کو پھر آپ آہ، خدا سے جوڑیں۔"</w:t>
      </w:r>
    </w:p>
    <w:p>
      <w:r>
        <w:rPr>
          <w:b/>
        </w:rPr>
        <w:t xml:space="preserve">[37:25] </w:t>
      </w:r>
      <w:r>
        <w:t>to jaise unhone ek ek bar barish ka zikr kiya ke: "jab barish hoti hai to ek</w:t>
      </w:r>
    </w:p>
    <w:p>
      <w:pPr>
        <w:jc w:val="right"/>
      </w:pPr>
      <w:r>
        <w:t>تو جیسے انہوں نے ایک ایک بار بارش کا ذکر کیا کہ: "جب بارش ہوتی ہے تو ایک</w:t>
      </w:r>
    </w:p>
    <w:p>
      <w:r>
        <w:rPr>
          <w:b/>
        </w:rPr>
        <w:t xml:space="preserve">[37:30] </w:t>
      </w:r>
      <w:r>
        <w:t>believer jab ah, us ko le ke sochta hai, observe karta hai, to phir woh ah, us ko</w:t>
      </w:r>
    </w:p>
    <w:p>
      <w:pPr>
        <w:jc w:val="right"/>
      </w:pPr>
      <w:r>
        <w:t>بیلیور جب آہ، اس کو لے کے سوچتا ہے، ابزرو کرتا ہے، تو پھر وہ آہ، اس کو</w:t>
      </w:r>
    </w:p>
    <w:p>
      <w:r>
        <w:rPr>
          <w:b/>
        </w:rPr>
        <w:t xml:space="preserve">[37:35] </w:t>
      </w:r>
      <w:r>
        <w:t>aur aage tak le ke jata hai.</w:t>
      </w:r>
    </w:p>
    <w:p>
      <w:pPr>
        <w:jc w:val="right"/>
      </w:pPr>
      <w:r>
        <w:t>اور آگے تک لے کے جاتا ہے۔</w:t>
      </w:r>
    </w:p>
    <w:p>
      <w:r>
        <w:rPr>
          <w:b/>
        </w:rPr>
        <w:t xml:space="preserve">[37:36] </w:t>
      </w:r>
      <w:r>
        <w:t>ek chain reaction form hota hai us ke mind mein ke kaise barish hui, aah, matlab kaise samandar ka aah, salty water through the process that is laid down by the creator converts that salty water into fresh water." to phir us ke andar ek aur cheez aah, us ke zehan mein aati hai ke: "aah, allah taala ne hamein aise hi nahi chhod diya is duniya mein.</w:t>
      </w:r>
    </w:p>
    <w:p>
      <w:pPr>
        <w:jc w:val="right"/>
      </w:pPr>
      <w:r>
        <w:t>ایک چین ری ایکشن فارم ہوتا ہے اس کے مائنڈ میں کہ کیسے بارش ہوئی، آہ، مطلب کیسے سمندر کا آہ، سالٹی واٹر تھرو دا پروسیس دیٹ از لیڈ ڈاؤن بائی دا کریٹر کنورٹس دیٹ سالٹی واٹر انٹو فریش واٹر۔" تو پھر اس کے اندر ایک اور چیز آہ، اس کے ذہن میں آتی ہے کہ: "آہ، اللہ تعالی نے ہمیں ایسے ہی نہیں چھوڑ دیا اس دنیا میں۔</w:t>
      </w:r>
    </w:p>
    <w:p>
      <w:r>
        <w:rPr>
          <w:b/>
        </w:rPr>
        <w:t xml:space="preserve">[38:02] </w:t>
      </w:r>
      <w:r>
        <w:t>وہ سارے آہ، provisions آہ، اللہ تعالی نے ہمارے لیے اس custom-made universe میں رکھے ہیں۔"</w:t>
      </w:r>
    </w:p>
    <w:p>
      <w:pPr>
        <w:jc w:val="right"/>
      </w:pPr>
      <w:r>
        <w:t>وہ سارے آہ، پروویژنز آہ، اللہ تعالی نے ہمارے لیے اس کسٹم میڈ یونیورس میں رکھے ہیں۔"</w:t>
      </w:r>
    </w:p>
    <w:p>
      <w:r>
        <w:rPr>
          <w:b/>
        </w:rPr>
        <w:t xml:space="preserve">[38:09] </w:t>
      </w:r>
      <w:r>
        <w:t>تو جیسے آپ نے بھی بتایا talk میں کہ: "اس کو helplessness کا آہ، آہ، ایک احساس ہوتا</w:t>
      </w:r>
    </w:p>
    <w:p>
      <w:pPr>
        <w:jc w:val="right"/>
      </w:pPr>
      <w:r>
        <w:t>تو جیسے آپ نے بھی بتایا ٹاک میں کہ: "اس کو ہیلپلیسنس کا آہ، آہ، ایک احساس ہوتا</w:t>
      </w:r>
    </w:p>
    <w:p>
      <w:r>
        <w:rPr>
          <w:b/>
        </w:rPr>
        <w:t xml:space="preserve">[38:15] </w:t>
      </w:r>
      <w:r>
        <w:t>ہے، ایک acknowledgement کا احساس ہوتا ہے۔"</w:t>
      </w:r>
    </w:p>
    <w:p>
      <w:pPr>
        <w:jc w:val="right"/>
      </w:pPr>
      <w:r>
        <w:t>ہے، ایک اکنالجمنٹ کا احساس ہوتا ہے۔"</w:t>
      </w:r>
    </w:p>
    <w:p>
      <w:r>
        <w:rPr>
          <w:b/>
        </w:rPr>
        <w:t xml:space="preserve">[38:18] </w:t>
      </w:r>
      <w:r>
        <w:t>تو جب ہم آہ، اس کو اس طریقے سے سوچتے ہیں تو then we, you know, are able</w:t>
      </w:r>
    </w:p>
    <w:p>
      <w:pPr>
        <w:jc w:val="right"/>
      </w:pPr>
      <w:r>
        <w:t>تو جب ہم آہ، اس کو اس طریقے سے سوچتے ہیں تو دین وی، یو نو، آر ایبل</w:t>
      </w:r>
    </w:p>
    <w:p>
      <w:r>
        <w:rPr>
          <w:b/>
        </w:rPr>
        <w:t xml:space="preserve">[38:23] </w:t>
      </w:r>
      <w:r>
        <w:t>to ah, connect with God, aur hum ek acknowledgment ke taur pe bahut zyada hamare andar ek ah,</w:t>
      </w:r>
    </w:p>
    <w:p>
      <w:pPr>
        <w:jc w:val="right"/>
      </w:pPr>
      <w:r>
        <w:t>ٹو آہ، کنیکٹ ود گاڈ، اور ہم ایک اکنالجمنٹ کے طور پہ بہت زیادہ ہمارے اندر ایک آہ،</w:t>
      </w:r>
    </w:p>
    <w:p>
      <w:r>
        <w:rPr>
          <w:b/>
        </w:rPr>
        <w:t xml:space="preserve">[38:30] </w:t>
      </w:r>
      <w:r>
        <w:t>toofan ki tarah ek shukr ka aah, jazba umadta hai.</w:t>
      </w:r>
    </w:p>
    <w:p>
      <w:pPr>
        <w:jc w:val="right"/>
      </w:pPr>
      <w:r>
        <w:t>طوفان کی طرح ایک شکر کا آہ، جذبہ امڑتا ہے۔</w:t>
      </w:r>
    </w:p>
    <w:p>
      <w:r>
        <w:rPr>
          <w:b/>
        </w:rPr>
        <w:t xml:space="preserve">[38:34] </w:t>
      </w:r>
      <w:r>
        <w:t>to is tareeqay se phir woh ek marifat ka process aah, insaan ke andar jaari ho jata hai. ji, aap ne jo yeh baat kahi hai ke: "zikr humm aah, ka ehsas paida hota hai us ke andar, aur khuda ka zikr aur shukr." to zikr aam taur se log aah, jo aaj kal trend hai aah, awam mein, woh zikr samajhte hain ke: "kuch alfaaz hain, un ko dohrana." humm, yaani aah,</w:t>
      </w:r>
    </w:p>
    <w:p>
      <w:pPr>
        <w:jc w:val="right"/>
      </w:pPr>
      <w:r>
        <w:t>تو اس طریقے سے پھر وہ ایک معرفت کا پروسیس آہ، انسان کے اندر جاری ہو جاتا ہے۔ جی، آپ نے جو یہ بات کہی ہے کہ: "ذکر ہمم آہ، کا احساس پیدا ہوتا ہے اس کے اندر، اور خدا کا ذکر اور شکر۔" تو ذکر عام طور سے لوگ آہ، جو آج کل ٹرینڈ ہے آہ، عوام میں، وہ ذکر سمجھتے ہیں کہ: "کچھ الفاظ ہیں، ان کو دہرانا۔" ہمم، یعنی آہ،</w:t>
      </w:r>
    </w:p>
    <w:p>
      <w:r>
        <w:rPr>
          <w:b/>
        </w:rPr>
        <w:t xml:space="preserve">[39:03] </w:t>
      </w:r>
      <w:r>
        <w:t>allah o akbar ya alhamdulillah ya subhan allah bar bar bar bar kehna to yeh hai zikr. jo Maulana ne explain kiya hai, yeh zikr nahi hai.</w:t>
      </w:r>
    </w:p>
    <w:p>
      <w:pPr>
        <w:jc w:val="right"/>
      </w:pPr>
      <w:r>
        <w:t>اللہ اکبر یا الحمدللہ یا سبحان اللہ بار بار بار بار کہنا تو یہ ہے ذکر۔ جو مولانا نے ایکسپلین کیا ہے، یہ ذکر نہیں ہے۔</w:t>
      </w:r>
    </w:p>
    <w:p>
      <w:r>
        <w:rPr>
          <w:b/>
        </w:rPr>
        <w:t xml:space="preserve">[39:13] </w:t>
      </w:r>
      <w:r>
        <w:t>repetition of words zikr nahi hai. zikr to yeh hai ke aap ne koi cheez dekhi, koi cheez sochi, aur aap ka zehn khuda ki taraf gaya ke: "kaise allah ne yeh cheez banai hai?</w:t>
      </w:r>
    </w:p>
    <w:p>
      <w:pPr>
        <w:jc w:val="right"/>
      </w:pPr>
      <w:r>
        <w:t>ریپیٹیشن آف ورڈز ذکر نہیں ہے۔ ذکر تو یہ ہے کہ آپ نے کوئی چیز دیکھی، کوئی چیز سوچی، اور آپ کا ذہن خدا کی طرف گیا کہ: "کیسے اللہ نے یہ چیز بنائی ہے؟</w:t>
      </w:r>
    </w:p>
    <w:p>
      <w:r>
        <w:rPr>
          <w:b/>
        </w:rPr>
        <w:t xml:space="preserve">[39:29] </w:t>
      </w:r>
      <w:r>
        <w:t>kaise yeh cheez mere liye kitni sahi hai, appropriate hai?" jo gravity hai, for example, aap agar us ke upar sochein jo nazar nahi aati, agar yeh gravity na ho to hum chal nahi sakte.</w:t>
      </w:r>
    </w:p>
    <w:p>
      <w:pPr>
        <w:jc w:val="right"/>
      </w:pPr>
      <w:r>
        <w:t>کیسے یہ چیز میرے لیے کتنی صحیح ہے، ایپروپریٹ ہے؟" جو گریویٹی ہے، فار ایگزامپل، آپ اگر اس کے اوپر سوچیں جو نظر نہیں آتی، اگر یہ گریویٹی نہ ہو تو ہم چل نہیں سکتے۔</w:t>
      </w:r>
    </w:p>
    <w:p>
      <w:r>
        <w:rPr>
          <w:b/>
        </w:rPr>
        <w:t xml:space="preserve">[39:42] </w:t>
      </w:r>
      <w:r>
        <w:t>humm, hum car nahi chala sakte, hum jahaz nahi uda sakte, hum ghar nahi bana sakte. sab cheezein patangon ki tarah urein gi. to yeh is tarah ki lakhon karoron cheezein hain jo har waqt hamare samne aati hain.</w:t>
      </w:r>
    </w:p>
    <w:p>
      <w:pPr>
        <w:jc w:val="right"/>
      </w:pPr>
      <w:r>
        <w:t>ہمم، ہم کار نہیں چلا سکتے، ہم جہاز نہیں اڑا سکتے، ہم گھر نہیں بنا سکتے۔ سب چیزیں پتنگوں کی طرح اڑیں گی۔ تو یہ اس طرح کی لاکھوں کروڑوں چیزیں ہیں جو ہر وقت ہمارے سامنے آتی ہیں۔</w:t>
      </w:r>
    </w:p>
    <w:p>
      <w:r>
        <w:rPr>
          <w:b/>
        </w:rPr>
        <w:t xml:space="preserve">[39:57] </w:t>
      </w:r>
      <w:r>
        <w:t>to un pe sochna aur us se gehra apne andar shukr khuda ka paida karna, aur yahi zikr hai.</w:t>
      </w:r>
    </w:p>
    <w:p>
      <w:pPr>
        <w:jc w:val="right"/>
      </w:pPr>
      <w:r>
        <w:t>تو ان پہ سوچنا اور اس سے گہرا اپنے اندر شکر خدا کا پیدا کرنا، اور یہی ذکر ہے۔</w:t>
      </w:r>
    </w:p>
    <w:p>
      <w:r>
        <w:rPr>
          <w:b/>
        </w:rPr>
        <w:t xml:space="preserve">[40:07] </w:t>
      </w:r>
      <w:r>
        <w:t>aah, lafzon ko dohrana zikr nahi hai, balkeh khuda ki jo aah, creativity hai, jo khuda ki aah, banai hui cheezein hain, un ke upar ghore o fikr kar ke khuda ko yaad karna, yeh creative zikr us ko Maulana kaha karte thay.</w:t>
      </w:r>
    </w:p>
    <w:p>
      <w:pPr>
        <w:jc w:val="right"/>
      </w:pPr>
      <w:r>
        <w:t>آہ، لفظوں کو دہرانا ذکر نہیں ہے، بلکہ خدا کی جو آہ، کریٹیوٹی ہے، جو خدا کی آہ، بنائی ہوئی چیزیں ہیں، ان کے اوپر غور و فکر کر کے خدا کو یاد کرنا، یہ کریٹیو ذکر اس کو مولانا کہا کرتے تھے۔</w:t>
      </w:r>
    </w:p>
    <w:p>
      <w:r>
        <w:rPr>
          <w:b/>
        </w:rPr>
        <w:t xml:space="preserve">[40:23] </w:t>
      </w:r>
      <w:r>
        <w:t>ji, main ek cheez is mein add karna chahunga. rasool allah salallahu alaihi wasallam ka waqia hai jo zikr ko bhi elaborate karta hai, aur khuda ke sath kya talluq hona chahiye, us ko bhi elaborate karta hai.</w:t>
      </w:r>
    </w:p>
    <w:p>
      <w:pPr>
        <w:jc w:val="right"/>
      </w:pPr>
      <w:r>
        <w:t>جی، میں ایک چیز اس میں ایڈ کرنا چاہوں گا۔ رسول اللہ صلی اللہ علیہ وسلم کا واقعہ ہے جو ذکر کو بھی الیبریٹ کرتا ہے، اور خدا کے ساتھ کیا تعلق ہونا چاہیے، اس کو بھی الیبریٹ کرتا ہے۔</w:t>
      </w:r>
    </w:p>
    <w:p>
      <w:r>
        <w:rPr>
          <w:b/>
        </w:rPr>
        <w:t xml:space="preserve">[40:38] </w:t>
      </w:r>
      <w:r>
        <w:t>aah, Ata ek tabi hain, woh kehte hain ke: "main Ubaid bin Umair ke sath Hazrat Aisha Razi</w:t>
      </w:r>
    </w:p>
    <w:p>
      <w:pPr>
        <w:jc w:val="right"/>
      </w:pPr>
      <w:r>
        <w:t>اہ، عطا ایک تابعی ہیں، وہ کہتے ہیں کہ: "میں عبید بن عمیر کے ساتھ حضرت عائشہ رضی</w:t>
      </w:r>
    </w:p>
    <w:p>
      <w:r>
        <w:rPr>
          <w:b/>
        </w:rPr>
        <w:t xml:space="preserve">[40:45] </w:t>
      </w:r>
      <w:r>
        <w:t>Allah anha ke pas gaya, aur un se kaha ke aap mujhe yeh bataiye ke Rasool Allah SAW ki kya khaas baat aap ko bohat achi lagi?"</w:t>
      </w:r>
    </w:p>
    <w:p>
      <w:pPr>
        <w:jc w:val="right"/>
      </w:pPr>
      <w:r>
        <w:t>اللہ عنہ کے پاس گیا، اور ان سے کہا کہ آپ مجھے یہ بتائیے کہ رسول اللہ صلی</w:t>
      </w:r>
    </w:p>
    <w:p>
      <w:r>
        <w:rPr>
          <w:b/>
        </w:rPr>
        <w:t xml:space="preserve">[40:49] </w:t>
      </w:r>
      <w:r>
        <w:t>Hazrat Aisha yeh sun kar rone lagin, aur unhone kaha ke: "Rasool Allah ki har baat achi</w:t>
      </w:r>
    </w:p>
    <w:p>
      <w:pPr>
        <w:jc w:val="right"/>
      </w:pPr>
      <w:r>
        <w:t>اللہ علیہ وسلم کی کیا خاص بات آپ کو بہت اچھی لگی؟"</w:t>
      </w:r>
    </w:p>
    <w:p>
      <w:r>
        <w:rPr>
          <w:b/>
        </w:rPr>
        <w:t xml:space="preserve">[40:54] </w:t>
      </w:r>
      <w:r>
        <w:t>thi, lekin ek baat main tum ko batati hoon</w:t>
      </w:r>
    </w:p>
    <w:p>
      <w:pPr>
        <w:jc w:val="right"/>
      </w:pPr>
      <w:r>
        <w:t>حضرت عائشہ یہ سن کر رونے لگیں، اور انہوں نے کہا کہ: "رسول اللہ کی ہر بات اچھی</w:t>
      </w:r>
    </w:p>
    <w:p>
      <w:r>
        <w:rPr>
          <w:b/>
        </w:rPr>
        <w:t xml:space="preserve">[41:00] </w:t>
      </w:r>
      <w:r>
        <w:t>ke ek raat Rasool Allah SAW ne kaha: 'Ae Aisha, aaj mujhe Allah ki ibadat</w:t>
      </w:r>
    </w:p>
    <w:p>
      <w:pPr>
        <w:jc w:val="right"/>
      </w:pPr>
      <w:r>
        <w:t>تھی، لیکن ایک بات میں تم کو بتاتی ہوں</w:t>
      </w:r>
    </w:p>
    <w:p>
      <w:r>
        <w:rPr>
          <w:b/>
        </w:rPr>
        <w:t xml:space="preserve">[41:04] </w:t>
      </w:r>
      <w:r>
        <w:t>karni hai, mujhe distract nahi karna kisi kaam se apne.'"</w:t>
      </w:r>
    </w:p>
    <w:p>
      <w:pPr>
        <w:jc w:val="right"/>
      </w:pPr>
      <w:r>
        <w:t>کہ ایک رات رسول اللہ صلی اللہ علیہ وسلم نے کہا: 'اے عائشہ، آج مجھے اللہ کی عبادت</w:t>
      </w:r>
    </w:p>
    <w:p>
      <w:r>
        <w:rPr>
          <w:b/>
        </w:rPr>
        <w:t xml:space="preserve">[41:09] </w:t>
      </w:r>
      <w:r>
        <w:t>Hazrat Aisha ne kaha: "theek hai, aap kijiye."</w:t>
      </w:r>
    </w:p>
    <w:p>
      <w:pPr>
        <w:jc w:val="right"/>
      </w:pPr>
      <w:r>
        <w:t>کرنی ہے، مجھے ڈسٹریکٹ نہیں کرنا کسی کام سے اپنے۔'"</w:t>
      </w:r>
    </w:p>
    <w:p>
      <w:r>
        <w:rPr>
          <w:b/>
        </w:rPr>
        <w:t xml:space="preserve">[41:14] </w:t>
      </w:r>
      <w:r>
        <w:t>Rasool Allah SAW wuzu kar ke namaz ke liye khade ho gaye, aur rote rahe,</w:t>
      </w:r>
    </w:p>
    <w:p>
      <w:pPr>
        <w:jc w:val="right"/>
      </w:pPr>
      <w:r>
        <w:t>حضرت عائشہ نے کہا: "ٹھیک ہے، آپ کیجئے۔"</w:t>
      </w:r>
    </w:p>
    <w:p>
      <w:r>
        <w:rPr>
          <w:b/>
        </w:rPr>
        <w:t xml:space="preserve">[41:16] </w:t>
      </w:r>
      <w:r>
        <w:t>rasool Allah sal Allah alaihi wasallam wazoo kar ke namaz ke liye kharay hogaye, aur rotay rahe,</w:t>
      </w:r>
    </w:p>
    <w:p>
      <w:pPr>
        <w:jc w:val="right"/>
      </w:pPr>
      <w:r>
        <w:t>رسول اللہ صلی اللہ علیہ وسلم وضو کر کے نماز کے لیے کھڑے ہوگئے، اور روتے رہے،</w:t>
      </w:r>
    </w:p>
    <w:p>
      <w:r>
        <w:rPr>
          <w:b/>
        </w:rPr>
        <w:t xml:space="preserve">[41:22] </w:t>
      </w:r>
      <w:r>
        <w:t>namaz parhte rahe, aur rote rahe, yahan tak ke bolne lage: "zameen bheeg gayi." phir us ke baad jab fajar ki namaz azan hui, aur Bilal uthane ke liye aaye, fajar se pehle rasool allah salallahu alaihi wasallam sote thay thori dair,</w:t>
      </w:r>
    </w:p>
    <w:p>
      <w:pPr>
        <w:jc w:val="right"/>
      </w:pPr>
      <w:r>
        <w:t>نماز پڑھتے رہے، اور روتے رہے، یہاں تک کہ بولنے لگے: "زمین بھیگ گئی۔" پھر اس کے بعد جب فجر کی نماز اذان ہوئی، اور بلال اٹھانے کے لیے آئے، فجر سے پہلے رسول اللہ صلی اللہ علیہ وسلم سوتے تھے تھوڑی دیر،</w:t>
      </w:r>
    </w:p>
    <w:p>
      <w:r>
        <w:rPr>
          <w:b/>
        </w:rPr>
        <w:t xml:space="preserve">[41:36] </w:t>
      </w:r>
      <w:r>
        <w:t>uthane ke liye aaye to dekha ke ro rahe hain. to kaha: "ae allah ke rasool, aap kyun itne thakte, thakate hain apne aap ko jabke allah taala ne aap ke aglay aur pichlay gunah maaf kar diye hain?" to rasool allah salallahu alaihi wasallam ne us waqt kaha: "kya main afla akun abdan shukra?</w:t>
      </w:r>
    </w:p>
    <w:p>
      <w:pPr>
        <w:jc w:val="right"/>
      </w:pPr>
      <w:r>
        <w:t>اٹھانے کے لیے آئے تو دیکھا کہ رو رہے ہیں۔ تو کہا: "اے اللہ کے رسول، آپ کیوں اتنے تھکتے، تھکاتے ہیں اپنے آپ کو جبکہ اللہ تعالی نے آپ کے اگلے اور پچھلے گناہ معاف کر دیے ہیں؟" تو رسول اللہ صلی اللہ علیہ وسلم نے اس وقت کہا: "کیا میں افلا اکن عبدا شکرا؟</w:t>
      </w:r>
    </w:p>
    <w:p>
      <w:r>
        <w:rPr>
          <w:b/>
        </w:rPr>
        <w:t xml:space="preserve">[41:55] </w:t>
      </w:r>
      <w:r>
        <w:t>kya main shukr guzar banda na banu?" phir us ke baad kaha ke: "raat mujh par ek aisi ayat utri hai." us ke aage farmaya: "waylun liman qara'ahu wa lam yatafakkar fiha" ke jo wayl hai, us ke liye allah ki rehmat se doori hai, us ke liye jo us ko parhe aur us mein tafakkur na kare.</w:t>
      </w:r>
    </w:p>
    <w:p>
      <w:pPr>
        <w:jc w:val="right"/>
      </w:pPr>
      <w:r>
        <w:t>کیا میں شکر گزار بندہ نہ بنوں؟" پھر اس کے بعد کہا کہ: "رات مجھ پر ایک ایسی آیت اتری ہے۔" اس کے آگے فرمایا: "ویل لمن قرہ ولم یتفکر فیہا" کہ جو ویل ہے، اس کے لیے اللہ کی رحمت سے دوری ہے، اس کے لیے جو اس کو پڑھے اور اس میں تفکر نہ کرے۔</w:t>
      </w:r>
    </w:p>
    <w:p>
      <w:r>
        <w:rPr>
          <w:b/>
        </w:rPr>
        <w:t xml:space="preserve">[42:16] </w:t>
      </w:r>
      <w:r>
        <w:t>woh ayat kaun si thi? "inna fi khalqi samawati wal ardi wakhtilafi al laili wan nahar" ke beshak aasman o zameen ki paidaish mein, raat o din ke aanay janay mein, aql walon ke liye nishaniyan hain.</w:t>
      </w:r>
    </w:p>
    <w:p>
      <w:pPr>
        <w:jc w:val="right"/>
      </w:pPr>
      <w:r>
        <w:t>وہ آیت کون سی تھی؟ "انا فی خلق السماوات والارض واختلاف الیل والنہار" کہ بے شک آسمان و زمین کی پیدائش میں، رات و دن کے آنے جانے میں، عقل والوں کے لیے نشانیاں ہیں۔</w:t>
      </w:r>
    </w:p>
    <w:p>
      <w:r>
        <w:rPr>
          <w:b/>
        </w:rPr>
        <w:t xml:space="preserve">[42:28] </w:t>
      </w:r>
      <w:r>
        <w:t>to rasool allah salallahu alaihi wasallam ka zikr kaisa hota tha, us se hum samajh sakte hain ke tadabbur o tafakkur, aasman o zameen ke wonders mein tadabbur o tafakkur, aur is tadabbur o tafakkur ke zariye khuda ko daryaft karna ke allah ke rasool, jis ke baray mein allah taala ne keh diya tha ke aap ke aglay aur pichlay gunah maaf hain, us ke bawajood shukr guzar banda ban kar aap rehna chahte hain.</w:t>
      </w:r>
    </w:p>
    <w:p>
      <w:pPr>
        <w:jc w:val="right"/>
      </w:pPr>
      <w:r>
        <w:t>تو رسول اللہ صلی اللہ علیہ وسلم کا ذکر کیسا ہوتا تھا، اس سے ہم سمجھ سکتے ہیں کہ تدبر و تفکر، آسمان و زمین کے ونڈرز میں تدبر و تفکر، اور اس تدبر و تفکر کے ذریعے خدا کو دریافت کرنا کہ اللہ کے رسول، جس کے بارے میں اللہ تعالی نے کہہ دیا تھا کہ آپ کے اگلے اور پچھلے گناہ معاف ہیں، اس کے باوجود شکر گزار بندہ بن کر آپ رہنا چاہتے ہیں۔</w:t>
      </w:r>
    </w:p>
    <w:p>
      <w:r>
        <w:rPr>
          <w:b/>
        </w:rPr>
        <w:t xml:space="preserve">[42:55] </w:t>
      </w:r>
      <w:r>
        <w:t>ji haan, bohat zabardast baat aap ne kahi, aur mujhe bhi ek yaad aaya hai, ah, Abu Dardah jo bohat bare sahabi thay, ah, un ki death ke baad, ah, un ki wife ke pas kuch log aaye,</w:t>
      </w:r>
    </w:p>
    <w:p>
      <w:pPr>
        <w:jc w:val="right"/>
      </w:pPr>
      <w:r>
        <w:t>جی ہاں، بہت زبردست بات آپ نے کہی، اور مجھے بھی ایک یاد آیا ہے، اہ، ابو دردہ جو بہت بڑے صحابی تھے، اہ، ان کی ڈیتھ کے بعد، اہ، ان کی وائف کے پاس کچھ لوگ آئے،</w:t>
      </w:r>
    </w:p>
    <w:p>
      <w:r>
        <w:rPr>
          <w:b/>
        </w:rPr>
        <w:t xml:space="preserve">[43:08] </w:t>
      </w:r>
      <w:r>
        <w:t>Umm Dardah ke pas, ah, aur poocha ke sab se bari ibadat kya thi Abu Dardah ki? humm, to unhon ne kaha: "al-tafakkur wal-i'tibar" yaani ghore o fikr karna aur naseehat lena.</w:t>
      </w:r>
    </w:p>
    <w:p>
      <w:pPr>
        <w:jc w:val="right"/>
      </w:pPr>
      <w:r>
        <w:t>ام دردہ کے پاس، اہ، اور پوچھا کہ سب سے بڑی عبادت کیا تھی ابو دردہ کی؟ ہمم، تو انہوں نے کہا: "التفکر والاعتبار" یعنی غور و فکر کرنا اور نصیحت لینا۔</w:t>
      </w:r>
    </w:p>
    <w:p>
      <w:r>
        <w:rPr>
          <w:b/>
        </w:rPr>
        <w:t xml:space="preserve">[43:22] </w:t>
      </w:r>
      <w:r>
        <w:t>to yahi woh cheez hai jo darasal marifat ka rasta hamein dikhati hai. ek aur cheez bhi hoti hai tadabbur o tafakkur ke liye, aadmi ko modest banna chahiye.</w:t>
      </w:r>
    </w:p>
    <w:p>
      <w:pPr>
        <w:jc w:val="right"/>
      </w:pPr>
      <w:r>
        <w:t>تو یہی وہ چیز ہے جو دراصل معرفت کا راستہ ہمیں دکھاتی ہے۔ ایک اور چیز بھی ہوتی ہے تدبر و تفکر کے لیے، آدمی کو ماڈیسٹ بننا چاہیے۔</w:t>
      </w:r>
    </w:p>
    <w:p>
      <w:r>
        <w:rPr>
          <w:b/>
        </w:rPr>
        <w:t xml:space="preserve">[43:32] </w:t>
      </w:r>
      <w:r>
        <w:t>modesty ke baghair tadabbur o tafakkur ya marifat nahi aa sakti hai.</w:t>
      </w:r>
    </w:p>
    <w:p>
      <w:pPr>
        <w:jc w:val="right"/>
      </w:pPr>
      <w:r>
        <w:t>ماڈیسٹی کے بغیر تدبر و تفکر یا معرفت نہیں آ سکتی ہے۔</w:t>
      </w:r>
    </w:p>
    <w:p>
      <w:r>
        <w:rPr>
          <w:b/>
        </w:rPr>
        <w:t xml:space="preserve">[43:36] </w:t>
      </w:r>
      <w:r>
        <w:t>humm, ek hadith hai rasool Allah sal Allah alaihi wasallam ki: "man yatawada' lillahi darajatan yarfa' Allah bihi darajatan</w:t>
      </w:r>
    </w:p>
    <w:p>
      <w:pPr>
        <w:jc w:val="right"/>
      </w:pPr>
      <w:r>
        <w:t>ہمم، ایک حدیث ہے رسول اللہ صلی اللہ علیہ وسلم کی: "من یتواضع للہ درجۃیرفع اللہ بی درجۃ</w:t>
      </w:r>
    </w:p>
    <w:p>
      <w:r>
        <w:rPr>
          <w:b/>
        </w:rPr>
        <w:t xml:space="preserve">[43:44] </w:t>
      </w:r>
      <w:r>
        <w:t>wa man yatakabbar 'alal lahi darajatan yaza' Allah bihi darajatan hatta yaj'alahu fi asfalis safilin" jo Allah ke liye</w:t>
      </w:r>
    </w:p>
    <w:p>
      <w:pPr>
        <w:jc w:val="right"/>
      </w:pPr>
      <w:r>
        <w:t>ومن یتکبر علی اللہ درجۃ یزع اللہ بہ درجۃ حتی یجعلہ فی اسفل السافلین" جو اللہ کے لیے</w:t>
      </w:r>
    </w:p>
    <w:p>
      <w:r>
        <w:rPr>
          <w:b/>
        </w:rPr>
        <w:t xml:space="preserve">[43:54] </w:t>
      </w:r>
      <w:r>
        <w:t>ek darje tawazu ikhtiyar karta hai, us ko Allah taala uthata hai apni taraf ek darja,</w:t>
      </w:r>
    </w:p>
    <w:p>
      <w:pPr>
        <w:jc w:val="right"/>
      </w:pPr>
      <w:r>
        <w:t>ایک درجے تواضع اختیار کرتا ہے، اس کو اللہ تعالی اٹھاتا ہے اپنی طرف ایک درجہ،</w:t>
      </w:r>
    </w:p>
    <w:p>
      <w:r>
        <w:rPr>
          <w:b/>
        </w:rPr>
        <w:t xml:space="preserve">[44:03] </w:t>
      </w:r>
      <w:r>
        <w:t>aur jo takabbur karta hai Allah ki taraf ek darja, Allah taala usko girata hai ek darja, yahan tak ke usko asfalis safilin mein kar deta hai. to uthane ka matlab kya hai?</w:t>
      </w:r>
    </w:p>
    <w:p>
      <w:pPr>
        <w:jc w:val="right"/>
      </w:pPr>
      <w:r>
        <w:t>اور جو تکبر کرتا ہے اللہ کی طرف ایک درجہ، اللہ تعالی اس کو گراتا ہے ایک درجہ، یہاں تک کہ اس کو اسفل سافلین میں کر دیتا ہے۔ تو اٹھانے کا مطلب کیا ہے؟</w:t>
      </w:r>
    </w:p>
    <w:p>
      <w:r>
        <w:rPr>
          <w:b/>
        </w:rPr>
        <w:t xml:space="preserve">[44:12] </w:t>
      </w:r>
      <w:r>
        <w:t>ke usko marifat ka rasta dikhata rehta hai, apni taraf qareeb karta rehta hai, jo modesty ikhtiyar karta hai. mere ko bhi ek incident yaad aa raha hai, doctor sahab, kyunke Maulana hum logon ki, meri khud ki life se, to Maulana, kyunke hum sab ki bohat training karte the, to poochte the ke experience bataiye apna.</w:t>
      </w:r>
    </w:p>
    <w:p>
      <w:pPr>
        <w:jc w:val="right"/>
      </w:pPr>
      <w:r>
        <w:t>کہ اس کو معرفت کا راستہ دکھاتا رہتا ہے، اپنی طرف قریب کرتا رہتا ہے، جو ماڈیسٹی اختیار کرتا ہے۔ میرے کو بھی ایک انسیڈنٹ یاد آ رہا ہے، ڈاکٹر صاحب، کیونکہ مولانا ہم لوگوں کی، میری خود کی لائف سے، تو مولانا، کیونکہ ہم سب کی بہت ٹریننگ کرتے تھے، تو پوچھتے تھے کہ ایکسپیرینس بتائیے اپنا۔</w:t>
      </w:r>
    </w:p>
    <w:p>
      <w:r>
        <w:rPr>
          <w:b/>
        </w:rPr>
        <w:t xml:space="preserve">[44:31] </w:t>
      </w:r>
      <w:r>
        <w:t>to kyunke main work ke silsile mein travel karta tha, to main is liye bhi share kar raha hoon ke kaise Maulana kehte the ke aap usko badhaiye, usko kijiye.</w:t>
      </w:r>
    </w:p>
    <w:p>
      <w:pPr>
        <w:jc w:val="right"/>
      </w:pPr>
      <w:r>
        <w:t>تو کیونکہ میں ورک کے سلسلے میں ٹریول کرتا تھا، تو میں اس لیے بھی شیئر کر رہا ہوں کہ کیسے مولانا کہتے تھے کہ آپ اس کو بڑھائیے، اس کو کریے۔</w:t>
      </w:r>
    </w:p>
    <w:p>
      <w:r>
        <w:rPr>
          <w:b/>
        </w:rPr>
        <w:t xml:space="preserve">[44:41] </w:t>
      </w:r>
      <w:r>
        <w:t>to ek bari mera safar ho raha tha, main plane mein tha, aur ah, jab air hostess ne aa ke khana diya, to jaise hi maine khane ki bite li, ah, plane bohat upar tha, to mere andar achanak yeh dua nikli ke Allah taala to jis tarike se ah, idhar aasman mein khana mujhe de raha hai, to akhirat mein bhi mujhe khana zaroor dena.</w:t>
      </w:r>
    </w:p>
    <w:p>
      <w:pPr>
        <w:jc w:val="right"/>
      </w:pPr>
      <w:r>
        <w:t>تو ایک باری میرا سفر ہو رہا تھا، میں پلین میں تھا، اور اہ، جب ایئر ہوسٹس نے آ کے کھانا دیا، تو جیسے ہی میں نے کھانے کی بائٹ لی، اہ، پلین بہت اوپر تھا، تو میرے اندر اچانک یہ دعا نکلی کہ اللہ تعالی تو جس طریقے سے اہ، ادھر آسمان میں کھانا مجھے دے رہا ہے، تو آخرت میں بھی مجھے کھانا ضرور دینا۔</w:t>
      </w:r>
    </w:p>
    <w:p>
      <w:r>
        <w:rPr>
          <w:b/>
        </w:rPr>
        <w:t xml:space="preserve">[45:06] </w:t>
      </w:r>
      <w:r>
        <w:t>ah, to maine aa ke jab Maulana se share ki yeh baat, to Maulana ne kaha: "haan, aap aise hi point of reference banaiye aur usko aage badhaiye, is se marifat develop hoti hai." ah, to point of reference bana ke har ek cheez ko apni zindagi mein point of reference bana ke usko Khuda se jodna, akhirat se jodna, ah, jab hum is tarah karenge to marifat zaroor develop hogi hamare andar.</w:t>
      </w:r>
    </w:p>
    <w:p>
      <w:pPr>
        <w:jc w:val="right"/>
      </w:pPr>
      <w:r>
        <w:t>اہ، تو میں نے آ کے جب مولانا سے شیئر کی یہ بات، تو مولانا نے کہا: "ہاں، آپ ایسے ہی پوائنٹ آف ریفرنس بنائیے اور اس کو آگے بڑھائیے، اس سے معرفت ڈیویلپ ہوتی ہے۔" اہ، تو پوائنٹ آف ریفرنس بنا کے ہر ایک چیز کو اپنی زندگی میں پوائنٹ آف ریفرنس بنا کے اس کو خدا سے جوڑنا، آخرت سے جوڑنا، اہ، جب ہم اس طرح کریں گے تو معرفت ضرور ڈیویلپ ہوگی ہمارے اندر۔</w:t>
      </w:r>
    </w:p>
    <w:p>
      <w:r>
        <w:rPr>
          <w:b/>
        </w:rPr>
        <w:t xml:space="preserve">[45:34] </w:t>
      </w:r>
      <w:r>
        <w:t>ji, mujhe bhi yaad aata hai jahaz ka aap ne zikr kiya, to main Maulana ke sath tha hawai jahaz mein, to shayad mera pehla safar tha ya doosra safar, to main to aise curious ho raha tha ke kya hua yeh idhar kya hai, idhar kya hai,</w:t>
      </w:r>
    </w:p>
    <w:p>
      <w:pPr>
        <w:jc w:val="right"/>
      </w:pPr>
      <w:r>
        <w:t>جی، مجھے بھی یاد آتا ہے جہاز کا آپ نے ذکر کیا، تو میں مولانا کے ساتھ تھا ہوائی جہاز میں، تو شاید میرا پہلا سفر تھا یا دوسرا سفر، تو میں تو ایسے کیوریس ہو رہا تھا کہ کیا ہوا یہ ادھر کیا ہے، ادھر کیا ہے،</w:t>
      </w:r>
    </w:p>
    <w:p>
      <w:r>
        <w:rPr>
          <w:b/>
        </w:rPr>
        <w:t xml:space="preserve">[45:54] </w:t>
      </w:r>
      <w:r>
        <w:t>sari cheezein dekh raha tha jahaz mein. Maulana bohat hi khamoshi se ek kone mein baith ke ek kagaz pe likh rahe the, is tarike se unhone kar liya tha apne, woh is tarike se baith ke seat pe likh rahe the kuch.</w:t>
      </w:r>
    </w:p>
    <w:p>
      <w:pPr>
        <w:jc w:val="right"/>
      </w:pPr>
      <w:r>
        <w:t>ساری چیزیں دیکھ رہا تھا جہاز میں۔ مولانا بہت ہی خاموشی سے ایک کونے میں بیٹھ کے ایک کاغذ پہ لکھ رہے تھے، اس طریقے سے انہوں نے کر لیا تھا اپنے، وہ اس طریقے سے بیٹھ کے سیٹ پہ لکھ رہے تھے کچھ۔</w:t>
      </w:r>
    </w:p>
    <w:p>
      <w:r>
        <w:rPr>
          <w:b/>
        </w:rPr>
        <w:t xml:space="preserve">[46:10] </w:t>
      </w:r>
      <w:r>
        <w:t>to maine dekha ke kya likh rahe hain, to unhone likha tha jo baad mein risale mein bhi shaya hua kisi safarnama mein ke jab hamara jahaz uda aasman ki taraf fiza mein uda,</w:t>
      </w:r>
    </w:p>
    <w:p>
      <w:pPr>
        <w:jc w:val="right"/>
      </w:pPr>
      <w:r>
        <w:t>تو میں نے دیکھا کہ کیا لکھ رہے ہیں، تو انہوں نے لکھا تھا جو بعد میں رسالے میں بھی شائع ہوا کسی سفرنامے میں کہ جب ہمارا جہاز اڑا آسمان کی طرف فضا میں اڑا،</w:t>
      </w:r>
    </w:p>
    <w:p>
      <w:r>
        <w:rPr>
          <w:b/>
        </w:rPr>
        <w:t xml:space="preserve">[46:28] </w:t>
      </w:r>
      <w:r>
        <w:t>to mujhe aisa mehsoos hua ke jaise ek bohat bari chidiya meri rooh ko le ke aasman mein ud gayi.</w:t>
      </w:r>
    </w:p>
    <w:p>
      <w:pPr>
        <w:jc w:val="right"/>
      </w:pPr>
      <w:r>
        <w:t>تو مجھے ایسا محسوس ہوا کہ جیسے ایک بہت بڑی چڑیا میری روح کو لے کے آسمان میں اڑ گئی۔</w:t>
      </w:r>
    </w:p>
    <w:p>
      <w:r>
        <w:rPr>
          <w:b/>
        </w:rPr>
        <w:t xml:space="preserve">[46:40] </w:t>
      </w:r>
      <w:r>
        <w:t>phir unhone wahan se akhirat ki baatein likhni shuru kar dein. to Maulana ka yeh mizaj tha ke woh observe karte the cheezon ko, woh aur is se sabak liya karte the,</w:t>
      </w:r>
    </w:p>
    <w:p>
      <w:pPr>
        <w:jc w:val="right"/>
      </w:pPr>
      <w:r>
        <w:t>پھر انہوں نے وہاں سے آخرت کی باتیں لکھنی شروع کر دیں۔ تو مولانا کا یہ مزاج تھا کہ وہ ابزرو کرتے تھے چیزوں کو، وہ اور اس سے سبق لیا کرتے تھے،</w:t>
      </w:r>
    </w:p>
    <w:p>
      <w:r>
        <w:rPr>
          <w:b/>
        </w:rPr>
        <w:t xml:space="preserve">[46:55] </w:t>
      </w:r>
      <w:r>
        <w:t>aur har cheez ah mein marifat ki ghiza talash kar lete the. to yahi woh cheez hai, yahi mizaj hai, agar hum apne andar develop kar sakein to phir marifat ka khazana hamein har taraf nazar aayega.</w:t>
      </w:r>
    </w:p>
    <w:p>
      <w:pPr>
        <w:jc w:val="right"/>
      </w:pPr>
      <w:r>
        <w:t>اور ہر چیز اہ میں معرفت کی غذا تلاش کر لیتے تھے۔ تو یہی وہ چیز ہے، یہی مزاج ہے، اگر ہم اپنے اندر ڈیویلپ کر سکیں تو پھر معرفت کا خزانہ ہمیں ہر طرف نظر آئے گا۔</w:t>
      </w:r>
    </w:p>
    <w:p>
      <w:r>
        <w:rPr>
          <w:b/>
        </w:rPr>
        <w:t xml:space="preserve">[47:08] </w:t>
      </w:r>
      <w:r>
        <w:t>ji bilkul. doctor sahab, agla sawal lene se pehle kuch comments padhna chahunga.</w:t>
      </w:r>
    </w:p>
    <w:p>
      <w:pPr>
        <w:jc w:val="right"/>
      </w:pPr>
      <w:r>
        <w:t>جی بالکل۔ ڈاکٹر صاحب، اگلا سوال لینے سے پہلے کچھ کمنٹس پڑھنا چاہوں گا۔</w:t>
      </w:r>
    </w:p>
    <w:p>
      <w:r>
        <w:rPr>
          <w:b/>
        </w:rPr>
        <w:t xml:space="preserve">[47:16] </w:t>
      </w:r>
      <w:r>
        <w:t>maulana iqbal umri sahab ne chennai se likha hai: "jazak Allah doctor sahab, das series is very important</w:t>
      </w:r>
    </w:p>
    <w:p>
      <w:pPr>
        <w:jc w:val="right"/>
      </w:pPr>
      <w:r>
        <w:t>مولانا اقبال عمری صاحب نے چنئی سے لکھا ہے: "جزاک اللہ ڈاکٹر صاحب، دس سیریز از ویری امپورٹنٹ</w:t>
      </w:r>
    </w:p>
    <w:p>
      <w:r>
        <w:rPr>
          <w:b/>
        </w:rPr>
        <w:t xml:space="preserve">[47:22] </w:t>
      </w:r>
      <w:r>
        <w:t>for getting nectar of marifat and dawah."</w:t>
      </w:r>
    </w:p>
    <w:p>
      <w:pPr>
        <w:jc w:val="right"/>
      </w:pPr>
      <w:r>
        <w:t>فار گیٹنگ نیکٹر آف معرفت اینڈ دعوت۔"</w:t>
      </w:r>
    </w:p>
    <w:p>
      <w:r>
        <w:rPr>
          <w:b/>
        </w:rPr>
        <w:t xml:space="preserve">[47:26] </w:t>
      </w:r>
      <w:r>
        <w:t>doctor safeena tabassum ne saharanpur se likha hai: "very important point, we have to save our selves</w:t>
      </w:r>
    </w:p>
    <w:p>
      <w:pPr>
        <w:jc w:val="right"/>
      </w:pPr>
      <w:r>
        <w:t>ڈاکٹر سفینہ تبسم نے سہارن پور سے لکھا ہے: "ویری امپورٹنٹ پوائنٹ، وی ہیو ٹو سیو اور سیلز</w:t>
      </w:r>
    </w:p>
    <w:p>
      <w:r>
        <w:rPr>
          <w:b/>
        </w:rPr>
        <w:t xml:space="preserve">[47:33] </w:t>
      </w:r>
      <w:r>
        <w:t>from distractions, so that we may do zikr, that is remembrance of God and contemplate</w:t>
      </w:r>
    </w:p>
    <w:p>
      <w:pPr>
        <w:jc w:val="right"/>
      </w:pPr>
      <w:r>
        <w:t>فرام ڈسٹریکشنز، سو دیٹ وی می ڈو ذکر، دیٹ از ریممبرنس آف گاڈ اینڈ کانٹیمپلیٹ</w:t>
      </w:r>
    </w:p>
    <w:p>
      <w:r>
        <w:rPr>
          <w:b/>
        </w:rPr>
        <w:t xml:space="preserve">[47:41] </w:t>
      </w:r>
      <w:r>
        <w:t>in a right manner."</w:t>
      </w:r>
    </w:p>
    <w:p>
      <w:pPr>
        <w:jc w:val="right"/>
      </w:pPr>
      <w:r>
        <w:t>ان ا رائٹ مینر۔"</w:t>
      </w:r>
    </w:p>
    <w:p>
      <w:r>
        <w:rPr>
          <w:b/>
        </w:rPr>
        <w:t xml:space="preserve">[47:43] </w:t>
      </w:r>
      <w:r>
        <w:t>miss asiya ne likha hai: "very well explain concept of zikr, jazak Allah."</w:t>
      </w:r>
    </w:p>
    <w:p>
      <w:pPr>
        <w:jc w:val="right"/>
      </w:pPr>
      <w:r>
        <w:t>مس اسیہ نے لکھا ہے: "ویری ویل ایکسپلین کانسیپٹ آف ذکر، جزاک اللہ۔"</w:t>
      </w:r>
    </w:p>
    <w:p>
      <w:r>
        <w:rPr>
          <w:b/>
        </w:rPr>
        <w:t xml:space="preserve">[47:48] </w:t>
      </w:r>
      <w:r>
        <w:t>ah Maulana Muhammad Yaqoob Umri sahab ne dilli se likha hai: "jazak Allah doctor</w:t>
      </w:r>
    </w:p>
    <w:p>
      <w:pPr>
        <w:jc w:val="right"/>
      </w:pPr>
      <w:r>
        <w:t>اہ مولانا محمد یعقوب عمری صاحب نے دلی سے لکھا ہے: "جزاک اللہ ڈاکٹر</w:t>
      </w:r>
    </w:p>
    <w:p>
      <w:r>
        <w:rPr>
          <w:b/>
        </w:rPr>
        <w:t xml:space="preserve">[47:53] </w:t>
      </w:r>
      <w:r>
        <w:t>sahab, you explained the events around the Prophet Muhammad as a training process. today I learned that God arranges events around us to to develop our personality and different abilities.</w:t>
      </w:r>
    </w:p>
    <w:p>
      <w:pPr>
        <w:jc w:val="right"/>
      </w:pPr>
      <w:r>
        <w:t>صاحب، یو ایکسپلین دا ایونٹس اراؤنڈ دی پرافٹ محمد ایز ا ٹریننگ پروسیس۔" ٹوڈے آئی لرنڈ دیٹ گاڈ ارینجز ایونٹس اراؤنڈ اس ٹو ٹو ڈیویلپ اور پرسنیلٹی اینڈ ڈفرنٹ ایبیلیٹیز۔</w:t>
      </w:r>
    </w:p>
    <w:p>
      <w:r>
        <w:rPr>
          <w:b/>
        </w:rPr>
        <w:t xml:space="preserve">[48:07] </w:t>
      </w:r>
      <w:r>
        <w:t>the events, even apparently negative events, are actually the opportunities to avail its nectar. ah doctor doctor sahab, yeh agla sawal Lucknow se hai, Feroz Khan sahab ne bheja hai.</w:t>
      </w:r>
    </w:p>
    <w:p>
      <w:pPr>
        <w:jc w:val="right"/>
      </w:pPr>
      <w:r>
        <w:t>دا ایونٹس، ایون اپیرنٹلی نیگیٹیو ایونٹس، ار ایکچولی دی اپرچونیٹیز ٹو اویل اٹس نیکٹر۔ اہ ڈاکٹر ڈاکٹر صاحب، یہ اگلا سوال لکھنو سے ہے، فیروز خان صاحب نے بھیجا ہے۔</w:t>
      </w:r>
    </w:p>
    <w:p>
      <w:r>
        <w:rPr>
          <w:b/>
        </w:rPr>
        <w:t xml:space="preserve">[48:22] </w:t>
      </w:r>
      <w:r>
        <w:t>ah aap ne zikr bhi kiya tha is ka, ah community work aur dawah work. to un ka sawal yahi hai ke ah aaj bohat sare log community work pe zyada emphasize karte hain, ah as compared to dawah work.</w:t>
      </w:r>
    </w:p>
    <w:p>
      <w:pPr>
        <w:jc w:val="right"/>
      </w:pPr>
      <w:r>
        <w:t>اہ آپ نے ذکر بھی کیا تھا اس کا، اہ کمیونٹی ورک اور دعویٰ ورک۔ تو ان کا سوال یہی ہے کہ اہ آج بہت سارے لوگ کمیونٹی ورک پہ زیادہ ایمفسائز کرتے ہیں، اہ ایز کمپیر ٹو دعویٰ ورک۔</w:t>
      </w:r>
    </w:p>
    <w:p>
      <w:r>
        <w:rPr>
          <w:b/>
        </w:rPr>
        <w:t xml:space="preserve">[48:37] </w:t>
      </w:r>
      <w:r>
        <w:t>to is ke bare mein kuch aur agar aap bata sakein. haan, yeh baat sahi hai. aaj kahin bhi aap chale jaiye, khas taur se west mein agar aap jayen, America ko agar aap misaal len to bare bare idare hain wahan,</w:t>
      </w:r>
    </w:p>
    <w:p>
      <w:pPr>
        <w:jc w:val="right"/>
      </w:pPr>
      <w:r>
        <w:t>تو اس کے بارے میں کچھ اور اگر آپ بتا سکیں۔ ہاں، یہ بات صحیح ہے۔ آج کہیں بھی آپ چلے جائیے، خاص طور سے ویسٹ میں اگر آپ جائیں، امریکہ کو اگر آپ مثال لیں تو بڑے بڑے ادارے ہیں وہاں،</w:t>
      </w:r>
    </w:p>
    <w:p>
      <w:r>
        <w:rPr>
          <w:b/>
        </w:rPr>
        <w:t xml:space="preserve">[48:56] </w:t>
      </w:r>
      <w:r>
        <w:t>bare bare Muslim institutions hain jo ke bohat hi bada community work ka kaam karte hain aur isi ko samajhte hain ke yeh Islami kaam hai.</w:t>
      </w:r>
    </w:p>
    <w:p>
      <w:pPr>
        <w:jc w:val="right"/>
      </w:pPr>
      <w:r>
        <w:t>بڑے بڑے مسلم انسٹیٹیوشنز ہیں جو کہ بہت ہی بڑا کمیونٹی ورک کا کام کرتے ہیں اور اسی کو سمجھتے ہیں کہ یہ اسلامی کام ہے۔</w:t>
      </w:r>
    </w:p>
    <w:p>
      <w:r>
        <w:rPr>
          <w:b/>
        </w:rPr>
        <w:t xml:space="preserve">[49:10] </w:t>
      </w:r>
      <w:r>
        <w:t>yeh bohat bari ghalat fehmi hai. jaise maine bataya tha ke ek momin ka pehla mission hai dawah, aur dawah ka matlab hai inzar o tabshir, yani insanon ko akhirat ke bare mein ba khabar karna.</w:t>
      </w:r>
    </w:p>
    <w:p>
      <w:pPr>
        <w:jc w:val="right"/>
      </w:pPr>
      <w:r>
        <w:t>یہ بہت بڑی غلط فہمی ہے۔ جیسے میں نے بتایا تھا کہ ایک مومن کا پہلا مشن ہے دعوت، اور دعوت کا مطلب ہے انظار و تبشیر، یعنی انسانوں کو آخرت کے بارے میں باخبر کرنا۔</w:t>
      </w:r>
    </w:p>
    <w:p>
      <w:r>
        <w:rPr>
          <w:b/>
        </w:rPr>
        <w:t xml:space="preserve">[49:33] </w:t>
      </w:r>
      <w:r>
        <w:t xml:space="preserve">lekin chunke dawah ka kaam ah aisa hota hai ke is mein koi recognition nahi hota, duniyavi recognition. </w:t>
      </w:r>
    </w:p>
    <w:p>
      <w:pPr>
        <w:jc w:val="right"/>
      </w:pPr>
      <w:r>
        <w:t>لیکن چونکہ دعوتی کام اہ ایسا ہوتا ہے کہ اس میں کوئی ریکگنیشن نہیں ہوتا، دنیاوی ریکگنیشن۔</w:t>
      </w:r>
    </w:p>
    <w:p>
      <w:r>
        <w:rPr>
          <w:b/>
        </w:rPr>
        <w:t xml:space="preserve">[49:43] </w:t>
      </w:r>
      <w:r>
        <w:t>aap agar kahein ke main dawah ka kaam karta hoon to koi mutasir nahi hoga, balkeh agar aap kahein</w:t>
      </w:r>
    </w:p>
    <w:p>
      <w:pPr>
        <w:jc w:val="right"/>
      </w:pPr>
      <w:r>
        <w:t>آپ اگر کہیں کہ میں دعوتی کام کرتا ہوں تو کوئی متاثر نہیں ہوگا، بلکہ اگر آپ کہیں</w:t>
      </w:r>
    </w:p>
    <w:p>
      <w:r>
        <w:rPr>
          <w:b/>
        </w:rPr>
        <w:t xml:space="preserve">[49:49] </w:t>
      </w:r>
      <w:r>
        <w:t>ke main ah muslim empowerment ka kaam kar raha hoon ya main orphanage chala raha hoon ya main</w:t>
      </w:r>
    </w:p>
    <w:p>
      <w:pPr>
        <w:jc w:val="right"/>
      </w:pPr>
      <w:r>
        <w:t>کہ میں اہ مسلم ایمپاورمنٹ کا کام کر رہا ہوں یا میں اورفنیج چلا رہا ہوں یا میں</w:t>
      </w:r>
    </w:p>
    <w:p>
      <w:r>
        <w:rPr>
          <w:b/>
        </w:rPr>
        <w:t xml:space="preserve">[49:58] </w:t>
      </w:r>
      <w:r>
        <w:t>ah ah ghareeb bachon ka kaam kar raha hoon, yeh sab kaam bhi bohat ahem hain aur rewardable</w:t>
      </w:r>
    </w:p>
    <w:p>
      <w:pPr>
        <w:jc w:val="right"/>
      </w:pPr>
      <w:r>
        <w:t>اہ اہ غریب بچوں کا کام کر رہا ہوں، یہ سب کام بھی بہت اہم ہیں اور ریوارڈیبل</w:t>
      </w:r>
    </w:p>
    <w:p>
      <w:r>
        <w:rPr>
          <w:b/>
        </w:rPr>
        <w:t xml:space="preserve">[50:03] </w:t>
      </w:r>
      <w:r>
        <w:t>hain, lekin yeh prime mission nahi ho sakta ek momin ka, ek ek is shakhs ka jo Quran</w:t>
      </w:r>
    </w:p>
    <w:p>
      <w:pPr>
        <w:jc w:val="right"/>
      </w:pPr>
      <w:r>
        <w:t>ہیں، لیکن یہ پرائم مشن نہیں ہو سکتا ایک مومن کا، ایک ایک اس شخص کا جو قرآن</w:t>
      </w:r>
    </w:p>
    <w:p>
      <w:r>
        <w:rPr>
          <w:b/>
        </w:rPr>
        <w:t xml:space="preserve">[50:12] </w:t>
      </w:r>
      <w:r>
        <w:t>peh aur Allah pe yaqeen rakhta ho.</w:t>
      </w:r>
    </w:p>
    <w:p>
      <w:pPr>
        <w:jc w:val="right"/>
      </w:pPr>
      <w:r>
        <w:t>پہ اور اللہ پہ یقین رکھتا ہو۔</w:t>
      </w:r>
    </w:p>
    <w:p>
      <w:r>
        <w:rPr>
          <w:b/>
        </w:rPr>
        <w:t xml:space="preserve">[50:15] </w:t>
      </w:r>
      <w:r>
        <w:t>to is liye chunke yeh ah dawah ka kaam ek bohat hi mamooli kaam nazar aata hai logon ko, aur doosri baat yeh bhi hai ke dawah ka mizaj nahi bana.</w:t>
      </w:r>
    </w:p>
    <w:p>
      <w:pPr>
        <w:jc w:val="right"/>
      </w:pPr>
      <w:r>
        <w:t>تو اس لیے چونکہ یہ اہ دعوتی کام ایک بہت ہی معمولی کام نظر آتا ہے لوگوں کو، اور دوسری بات یہ بھی ہے کہ دعوتی مزاج نہیں بنا۔</w:t>
      </w:r>
    </w:p>
    <w:p>
      <w:r>
        <w:rPr>
          <w:b/>
        </w:rPr>
        <w:t xml:space="preserve">[50:26] </w:t>
      </w:r>
      <w:r>
        <w:t>log sare kamon ko, jo bhi kaam hai, jo bhi ah social work hai aur community work hai aur charitable kaam jo karte hain, sab ko log dawah mein jod jod dete hain ke yeh bhi dawah hai, woh bhi dawah hai, halanke aisa nahi hai.</w:t>
      </w:r>
    </w:p>
    <w:p>
      <w:pPr>
        <w:jc w:val="right"/>
      </w:pPr>
      <w:r>
        <w:t>لوگ سارے کاموں کو، جو بھی کام ہے، جو بھی اہ سوشل ورک ہے اور کمیونٹی ورک ہے اور چیریٹیبل کام جو کرتے ہیں، سب کو لوگ دعوت میں جوڑ جوڑ دیتے ہیں کہ یہ بھی دعوت ہے، وہ بھی دعوت ہے، حالانکہ ایسا نہیں ہے۔</w:t>
      </w:r>
    </w:p>
    <w:p>
      <w:r>
        <w:rPr>
          <w:b/>
        </w:rPr>
        <w:t xml:space="preserve">[50:40] </w:t>
      </w:r>
      <w:r>
        <w:t>dawah to bohat hi specific kaam hai jo paighambaron ne kiya, aur woh yeh tha ke insanon ko Allah ke bare mein ba khabar kiya jaye aur Allah ke takhleeqi mansoobe ke bare mein, creation plan ke bare mein ba khabar kiya jaye.</w:t>
      </w:r>
    </w:p>
    <w:p>
      <w:pPr>
        <w:jc w:val="right"/>
      </w:pPr>
      <w:r>
        <w:t>دعوت تو بہت ہی سپیسیفک کام ہے جو پیغمبروں نے کیا، اور وہ یہ تھا کہ انسانوں کو خدا کے بارے میں باخبر کیا جائے اور خدا کے تخلیقی منصوبے کے بارے میں، کریشن پلان کے بارے میں باخبر کیا جائے۔</w:t>
      </w:r>
    </w:p>
    <w:p>
      <w:r>
        <w:rPr>
          <w:b/>
        </w:rPr>
        <w:t xml:space="preserve">[50:56] </w:t>
      </w:r>
      <w:r>
        <w:t>to yahi hai woh kaam jo hamein karna hai aur hamein karna chahiye. isi se akhirat mein inshallah nijat hogi hum logon ki. ji, ah aik do quran ki ayat aur hadith mein parhna chahunga.</w:t>
      </w:r>
    </w:p>
    <w:p>
      <w:pPr>
        <w:jc w:val="right"/>
      </w:pPr>
      <w:r>
        <w:t>تو یہی ہے وہ کام جو ہمیں کرنا ہے اور ہمیں کرنا چاہیے۔ اسی سے آخرت میں انشاءاللہ نجات ہوگی ہم لوگوں کی۔ جی، اہ ایک دو قرآن کی آیت اور حدیث میں پڑھنا چاہوں گا۔</w:t>
      </w:r>
    </w:p>
    <w:p>
      <w:r>
        <w:rPr>
          <w:b/>
        </w:rPr>
        <w:t xml:space="preserve">[51:09] </w:t>
      </w:r>
      <w:r>
        <w:t>ji, ah rasool Allah sal Allah alaihi wasallam ke bare mein quran mein do jagah aya hai: "shahid o mubashir o nadhira" ke Allah taala ko ne rasool Allah sal Allah alaihi wasallam ko bheja shahadat dene wala,</w:t>
      </w:r>
    </w:p>
    <w:p>
      <w:pPr>
        <w:jc w:val="right"/>
      </w:pPr>
      <w:r>
        <w:t>جی، اہ رسول اللہ صلی اللہ علیہ وسلم کے بارے میں قرآن میں دو جگہ آیا ہے: "شاہد و مبشر و نذیرا" کہ اللہ تعالی کو نے رسول اللہ صلی اللہ علیہ وسلم کو بھیجا شہادت دینے والا،</w:t>
      </w:r>
    </w:p>
    <w:p>
      <w:r>
        <w:rPr>
          <w:b/>
        </w:rPr>
        <w:t xml:space="preserve">[51:22] </w:t>
      </w:r>
      <w:r>
        <w:t>basharat dene wala aur aagah karne wala bana kar. yeh surah al ahzab mein bhi hai aur surah al fath mein bhi hai. surah al fath mein is ke aage hai: "li tu'minu billahi wa rasulihi" taakeh aey logon,</w:t>
      </w:r>
    </w:p>
    <w:p>
      <w:pPr>
        <w:jc w:val="right"/>
      </w:pPr>
      <w:r>
        <w:t>بشارت دینے والا اور آگاہ کرنے والا بنا کر۔ یہ سورہ الاحزاب میں بھی ہے اور سورہ الفتح میں بھی ہے۔ سورہ الفتح میں اس کے آگے ہے: "لتؤمنوا باللہ ورسولہ" تاکہ اے لوگوں،</w:t>
      </w:r>
    </w:p>
    <w:p>
      <w:r>
        <w:rPr>
          <w:b/>
        </w:rPr>
        <w:t xml:space="preserve">[51:35] </w:t>
      </w:r>
      <w:r>
        <w:t>tum Allah aur us ke rasool par iman lao. to yeh hai, isi ko aik hadith mein misaal ke andaaz mein bataya gaya tha.</w:t>
      </w:r>
    </w:p>
    <w:p>
      <w:pPr>
        <w:jc w:val="right"/>
      </w:pPr>
      <w:r>
        <w:t>تم اللہ اور اس کے رسول پر ایمان لاؤ۔ تو یہ ہے، اسی کو ایک حدیث میں مثال کے انداز میں بتایا گیا تھا۔</w:t>
      </w:r>
    </w:p>
    <w:p>
      <w:r>
        <w:rPr>
          <w:b/>
        </w:rPr>
        <w:t xml:space="preserve">[51:43] </w:t>
      </w:r>
      <w:r>
        <w:t>rasool Allah sal Allah alaihi wasallam kehte hain: "main ne khwab dekha ke farishte aaye, kayi farishte thay, is mein aik farishte ne yeh kaha ke is shakhs ki misaal bayan karo, yeh jo so raha hai, is ki misaal bayan karo." to us ne kaha ke is ki misaal aik aadmi ki hai ke kisi ne aik ghar banaya aur us mein dastar khwan bichaya khane ka,</w:t>
      </w:r>
    </w:p>
    <w:p>
      <w:pPr>
        <w:jc w:val="right"/>
      </w:pPr>
      <w:r>
        <w:t>رسول اللہ صلی اللہ علیہ وسلم کہتے ہیں: "میں نے خواب دیکھا کہ فرشتے آئے، کئی فرشتے تھے، اس میں ایک فرشتے نے یہ کہا کہ اس شخص کی مثال بیان کرو، یہ جو سو رہا ہے، اس کی مثال بیان کرو۔" تو اس نے کہا کہ اس کی مثال ایک آدمی کی ہے کہ کسی نے ایک گھر بنایا اور اس میں دسترخوان بچھایا کھانے کا،</w:t>
      </w:r>
    </w:p>
    <w:p>
      <w:r>
        <w:rPr>
          <w:b/>
        </w:rPr>
        <w:t xml:space="preserve">[52:02] </w:t>
      </w:r>
      <w:r>
        <w:t>aur aik dawat dene wale ko bheja.</w:t>
      </w:r>
    </w:p>
    <w:p>
      <w:pPr>
        <w:jc w:val="right"/>
      </w:pPr>
      <w:r>
        <w:t>اور ایک دعوت دینے والے کو بھیجا۔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