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People of Paradise October 10, 2010 Maulana Wahiduddin Khan</w:t>
      </w:r>
    </w:p>
    <w:p>
      <w:r>
        <w:t>https://www.youtube.com/watch?v=pd7R3BQmNck</w:t>
      </w:r>
    </w:p>
    <w:p>
      <w:r>
        <w:rPr>
          <w:b/>
        </w:rPr>
        <w:t xml:space="preserve">[00:12] </w:t>
      </w:r>
      <w:r>
        <w:t>bismillah hir rahman nir rahim, wa salla Allahu ala an nabiyyil karim. rab ishrah li sadri, wa yassir li amri, wah lul uqdatan min lisani, yafqahu qawli.</w:t>
      </w:r>
    </w:p>
    <w:p>
      <w:pPr>
        <w:jc w:val="right"/>
      </w:pPr>
      <w:r>
        <w:t>بسم اللہ الرحمن الرحیم، و صلی اللہ علی النبی الکریم. رب اشرح لی صدری، ویسر لی امری، واحل العقدۃ من لسانی، یفقہ قولی.</w:t>
      </w:r>
    </w:p>
    <w:p>
      <w:r>
        <w:rPr>
          <w:b/>
        </w:rPr>
        <w:t xml:space="preserve">[00:35] </w:t>
      </w:r>
      <w:r>
        <w:t>aaj ka jo mozu hai woh hai ashab al jannah.</w:t>
      </w:r>
    </w:p>
    <w:p>
      <w:pPr>
        <w:jc w:val="right"/>
      </w:pPr>
      <w:r>
        <w:t>آج کا جو موضوع ہے وہ ہے اصحاب الجنہ۔</w:t>
      </w:r>
    </w:p>
    <w:p>
      <w:r>
        <w:rPr>
          <w:b/>
        </w:rPr>
        <w:t xml:space="preserve">[00:48] </w:t>
      </w:r>
      <w:r>
        <w:t>yeh quran ka lafz hai, ashab al jannah kon log hain? ho ar ashab al jannah? jannat wale kon hain?</w:t>
      </w:r>
    </w:p>
    <w:p>
      <w:pPr>
        <w:jc w:val="right"/>
      </w:pPr>
      <w:r>
        <w:t>یہ قرآن کا لفظ ہے، اصحاب الجنہ کون لوگ ہیں؟ ہو آر اصحاب الجنہ؟ جنت والے کون ہیں؟</w:t>
      </w:r>
    </w:p>
    <w:p>
      <w:r>
        <w:rPr>
          <w:b/>
        </w:rPr>
        <w:t xml:space="preserve">[01:02] </w:t>
      </w:r>
      <w:r>
        <w:t>to</w:t>
      </w:r>
    </w:p>
    <w:p>
      <w:pPr>
        <w:jc w:val="right"/>
      </w:pPr>
      <w:r>
        <w:t>تو</w:t>
      </w:r>
    </w:p>
    <w:p>
      <w:r>
        <w:rPr>
          <w:b/>
        </w:rPr>
        <w:t xml:space="preserve">[01:05] </w:t>
      </w:r>
      <w:r>
        <w:t>is mein mujhe kuch baatein arz karna hain. is se pehle main kal ka experience aap se share karna chahta hoon. dekhein, kal main apne kuch sathiyon ko le kar gaya tha lodhi garden mein.</w:t>
      </w:r>
    </w:p>
    <w:p>
      <w:pPr>
        <w:jc w:val="right"/>
      </w:pPr>
      <w:r>
        <w:t>اس میں مجھے کچھ باتیں عرض کرنا ہیں۔ اس سے پہلے میں کل کا ایکسپیرینس آپ سے شیئر کرنا چاہتا ہوں۔ دیکھیں، کل میں اپنے کچھ ساتھیوں کو لے کر گیا تھا لودھی گارڈن میں۔</w:t>
      </w:r>
    </w:p>
    <w:p>
      <w:r>
        <w:rPr>
          <w:b/>
        </w:rPr>
        <w:t xml:space="preserve">[01:21] </w:t>
      </w:r>
      <w:r>
        <w:t>lodhi garden mein log aate hain walk karne ke liye, bohat achhe top ke log, parhe likhe log. to hamare sathiyon jo thay woh quran aur literature le kar gaye thay islami.</w:t>
      </w:r>
    </w:p>
    <w:p>
      <w:pPr>
        <w:jc w:val="right"/>
      </w:pPr>
      <w:r>
        <w:t>لودھی گارڈن میں لوگ آتے ہیں واک کرنے کے لیے، بہت اچھے ٹاپ کے لوگ، پڑھے لکھے لوگ۔ تو ہمارے ساتھی جو تھے وہ قرآن اور لٹریچر لے کر گئے تھے اسلامی۔</w:t>
      </w:r>
    </w:p>
    <w:p>
      <w:r>
        <w:rPr>
          <w:b/>
        </w:rPr>
        <w:t xml:space="preserve">[01:38] </w:t>
      </w:r>
      <w:r>
        <w:t>to wahan par zahir hai ke 99 percent non muslim hotey hain. to hamare sathiyon kisi ke paas jate, aik pamphlet ya quran ka translation le kar kehte ke sir, this for you.</w:t>
      </w:r>
    </w:p>
    <w:p>
      <w:pPr>
        <w:jc w:val="right"/>
      </w:pPr>
      <w:r>
        <w:t>تو وہاں پر ظاہر ہے کہ 99 پرسنٹ نان مسلم ہوتے ہیں۔ تو ہمارے ساتھی کسی کے پاس جاتے، ایک پمفلیٹ یا قرآن کا ٹرانسلیشن لے کر کہتے کہ سر، دس فار یو۔</w:t>
      </w:r>
    </w:p>
    <w:p>
      <w:r>
        <w:rPr>
          <w:b/>
        </w:rPr>
        <w:t xml:space="preserve">[01:58] </w:t>
      </w:r>
      <w:r>
        <w:t>aur bare shauq se leta tha woh. kisi ne bhi inkar nahi kiya.</w:t>
      </w:r>
    </w:p>
    <w:p>
      <w:pPr>
        <w:jc w:val="right"/>
      </w:pPr>
      <w:r>
        <w:t>اور بڑے شوق سے لیتا تھا وہ۔ کسی نے بھی انکار نہیں کیا۔</w:t>
      </w:r>
    </w:p>
    <w:p>
      <w:r>
        <w:rPr>
          <w:b/>
        </w:rPr>
        <w:t xml:space="preserve">[02:07] </w:t>
      </w:r>
      <w:r>
        <w:t>phir wahan par</w:t>
      </w:r>
    </w:p>
    <w:p>
      <w:pPr>
        <w:jc w:val="right"/>
      </w:pPr>
      <w:r>
        <w:t>پھر وہاں پر</w:t>
      </w:r>
    </w:p>
    <w:p>
      <w:r>
        <w:rPr>
          <w:b/>
        </w:rPr>
        <w:t xml:space="preserve">[02:12] </w:t>
      </w:r>
      <w:r>
        <w:t>aik aik lady aayi thi, woh yeh jo commonwealth games ho rahe hain, to wahan par jo aik khel gaon banaya gaya hai, wahan par kuch volunteer kar rahi hai woh.</w:t>
      </w:r>
    </w:p>
    <w:p>
      <w:pPr>
        <w:jc w:val="right"/>
      </w:pPr>
      <w:r>
        <w:t>ایک ایک لیڈی آئی تھی، وہ یہ جو کامن ویلتھ گیم ہو رہے ہیں، تو وہاں پر جو ایک کھیل گاؤں بنایا گیا ہے، وہاں پر کچھ والنٹیئر کر رہی ہے وہ۔</w:t>
      </w:r>
    </w:p>
    <w:p>
      <w:r>
        <w:rPr>
          <w:b/>
        </w:rPr>
        <w:t xml:space="preserve">[02:25] </w:t>
      </w:r>
      <w:r>
        <w:t>to us ko logon ne quran ka aik translation diya. to us ne kaha ke nahi, mujhe paanch dijiye. wahan kayi log hain jo chahte hain to main unhein dena hai mujh ko.</w:t>
      </w:r>
    </w:p>
    <w:p>
      <w:pPr>
        <w:jc w:val="right"/>
      </w:pPr>
      <w:r>
        <w:t>تو اس کو لوگوں نے قرآن کا ایک ٹرانسلیشن دیا۔ تو اس نے کہا کہ نہیں، مجھے پانچ دیجئے۔ وہاں کئی لوگ ہیں جو چاہتے ہیں تو میں انہیں دینا ہے مجھ کو۔</w:t>
      </w:r>
    </w:p>
    <w:p>
      <w:r>
        <w:rPr>
          <w:b/>
        </w:rPr>
        <w:t xml:space="preserve">[02:40] </w:t>
      </w:r>
      <w:r>
        <w:t>is se bhi zyada strange tajruba yeh tha ke khel gaon mein</w:t>
      </w:r>
    </w:p>
    <w:p>
      <w:pPr>
        <w:jc w:val="right"/>
      </w:pPr>
      <w:r>
        <w:t>اس سے بھی زیادہ سٹرینج تجربہ یہ تھا کہ کھیل گاؤں میں</w:t>
      </w:r>
    </w:p>
    <w:p>
      <w:r>
        <w:rPr>
          <w:b/>
        </w:rPr>
        <w:t xml:space="preserve">[02:50] </w:t>
      </w:r>
      <w:r>
        <w:t>kayi log wahan</w:t>
      </w:r>
    </w:p>
    <w:p>
      <w:pPr>
        <w:jc w:val="right"/>
      </w:pPr>
      <w:r>
        <w:t>کئی لوگ وہاں</w:t>
      </w:r>
    </w:p>
    <w:p>
      <w:r>
        <w:rPr>
          <w:b/>
        </w:rPr>
        <w:t xml:space="preserve">[02:54] </w:t>
      </w:r>
      <w:r>
        <w:t>kaam par lagaye gaye hain, is mein se do muslim naujawan thay. to woh hamare se kitabein le gaye thay, pamphlet aur quran ka translation.</w:t>
      </w:r>
    </w:p>
    <w:p>
      <w:pPr>
        <w:jc w:val="right"/>
      </w:pPr>
      <w:r>
        <w:t>کام پر لگائے گئے ہیں، اس میں سے دو مسلم نوجوان تھے۔ تو وہ ہمارے سے کتابیں لے گئے تھے، پمفلیٹ اور قرآن کا ٹرانسلیشن۔</w:t>
      </w:r>
    </w:p>
    <w:p>
      <w:r>
        <w:rPr>
          <w:b/>
        </w:rPr>
        <w:t xml:space="preserve">[03:07] </w:t>
      </w:r>
      <w:r>
        <w:t>to kal woh aur bhi aa kar le gaye. unhone aik anokhi baat batai ke hamare pamphlet mein aik kitab hai, choti si, does God exist?</w:t>
      </w:r>
    </w:p>
    <w:p>
      <w:pPr>
        <w:jc w:val="right"/>
      </w:pPr>
      <w:r>
        <w:t>تو کل وہ اور بھی آ کر لے گئے۔ انہوں نے ایک انوکھی بات بتائی کہ ہمارے پمفلیٹ میں ایک کتاب ہے، چھوٹی سی، ڈز گاڈ ایگزسٹ؟</w:t>
      </w:r>
    </w:p>
    <w:p>
      <w:r>
        <w:rPr>
          <w:b/>
        </w:rPr>
        <w:t xml:space="preserve">[03:19] </w:t>
      </w:r>
      <w:r>
        <w:t>kya Khuda ka wajood hai? does God exist? to unhone bataya ke jo buddhist aaye hain wahan par, woh bohat dilchaspi se is ko lete hain.</w:t>
      </w:r>
    </w:p>
    <w:p>
      <w:pPr>
        <w:jc w:val="right"/>
      </w:pPr>
      <w:r>
        <w:t>کیا خدا کا وجود ہے؟ ڈز گاڈ ایگزسٹ؟ تو انہوں نے بتایا کہ جو بدھسٹ آئے ہیں وہاں پر، وہ بہت دلچسپی سے اس کو لیتے ہیں۔</w:t>
      </w:r>
    </w:p>
    <w:p>
      <w:r>
        <w:rPr>
          <w:b/>
        </w:rPr>
        <w:t xml:space="preserve">[03:35] </w:t>
      </w:r>
      <w:r>
        <w:t>aap jante hain ke buddhism jo hai, woh to God less religion kaha jata hai,</w:t>
      </w:r>
    </w:p>
    <w:p>
      <w:pPr>
        <w:jc w:val="right"/>
      </w:pPr>
      <w:r>
        <w:t>آپ جانتے ہیں کہ بدھزم جو ہے، وہ تو گاڈ لیس ریلیجن کہا جاتا ہے،</w:t>
      </w:r>
    </w:p>
    <w:p>
      <w:r>
        <w:rPr>
          <w:b/>
        </w:rPr>
        <w:t xml:space="preserve">[03:44] </w:t>
      </w:r>
      <w:r>
        <w:t>be Khuda mazhab. aur woh log bohat interest le rahe thay is mein ke woh does God exist ka jo pamphlet hai, bare shauq se le aate thay parhne ke liye.</w:t>
      </w:r>
    </w:p>
    <w:p>
      <w:pPr>
        <w:jc w:val="right"/>
      </w:pPr>
      <w:r>
        <w:t>بے خدا مذہب۔ اور وہ لوگ بہت انٹرسٹ لے رہے تھے اس میں کہ وہ ڈز گاڈ ایگزسٹ کا جو پمفلیٹ ہے، بڑے شوق سے لے آتے تھے پڑھنے کے لیے۔</w:t>
      </w:r>
    </w:p>
    <w:p>
      <w:r>
        <w:rPr>
          <w:b/>
        </w:rPr>
        <w:t xml:space="preserve">[03:56] </w:t>
      </w:r>
      <w:r>
        <w:t>dekhein, in cheezon se is tarah ke bohat se experiences hote rehte hain aap sab ko aur hum ko bhi.</w:t>
      </w:r>
    </w:p>
    <w:p>
      <w:pPr>
        <w:jc w:val="right"/>
      </w:pPr>
      <w:r>
        <w:t>دیکھیں، ان چیزوں سے اس طرح کے بہت سے ایکسپیرینس ہوتے رہتے ہیں آپ سب کو اور ہم کو بھی۔</w:t>
      </w:r>
    </w:p>
    <w:p>
      <w:r>
        <w:rPr>
          <w:b/>
        </w:rPr>
        <w:t xml:space="preserve">[04:05] </w:t>
      </w:r>
      <w:r>
        <w:t>yeh cheezen kya batati hain? ke duniya mein jo cheezen hain, woh insaan ke nature ko address nahin kar rahi hain.</w:t>
      </w:r>
    </w:p>
    <w:p>
      <w:pPr>
        <w:jc w:val="right"/>
      </w:pPr>
      <w:r>
        <w:t>یہ چیزیں کیا بتاتی ہیں؟ کہ دنیا میں جو چیزیں ہیں، وہ انسان کے نیچر کو ایڈریس نہیں کر رہی ہیں۔</w:t>
      </w:r>
    </w:p>
    <w:p>
      <w:r>
        <w:rPr>
          <w:b/>
        </w:rPr>
        <w:t xml:space="preserve">[04:17] </w:t>
      </w:r>
      <w:r>
        <w:t>koi sports ka ek karobar kiya hua hai, lekin insaan ka andar ka rooh is se mutmaen nahin hai. kisi ne godless religion nikal rakha hai, is se bhi insaan mutmaen nahin hai.</w:t>
      </w:r>
    </w:p>
    <w:p>
      <w:pPr>
        <w:jc w:val="right"/>
      </w:pPr>
      <w:r>
        <w:t>کوئی اسپورٹس کا ایک کاروبار کیا ہوا ہے، لیکن انسان کا اندر کا روح اس سے مطمئن نہیں ہے۔ کسی نے گاڈ لیس ریلیجن نکال رکھا ہے، اس سے بھی انسان مطمئن نہیں ہے۔</w:t>
      </w:r>
    </w:p>
    <w:p>
      <w:r>
        <w:rPr>
          <w:b/>
        </w:rPr>
        <w:t xml:space="preserve">[04:36] </w:t>
      </w:r>
      <w:r>
        <w:t>koi aap ko laga ke bohat shandar ghar mein reh raha hai, wahan jaiye to wahan bhi woh mutmaen nahin hoga woh. to asal baat kya hai?</w:t>
      </w:r>
    </w:p>
    <w:p>
      <w:pPr>
        <w:jc w:val="right"/>
      </w:pPr>
      <w:r>
        <w:t>کوئی آپ کو لگا کہ بہت شاندار گھر میں رہ رہا ہے، وہاں جائیے تو وہاں بھی وہ مطمئن نہیں ہوگا وہ۔ تو اصل بات کیا ہے؟</w:t>
      </w:r>
    </w:p>
    <w:p>
      <w:r>
        <w:rPr>
          <w:b/>
        </w:rPr>
        <w:t xml:space="preserve">[04:48] </w:t>
      </w:r>
      <w:r>
        <w:t>har insaan apne creator ki talash mein hai. who made me? kaun mera creator hai?</w:t>
      </w:r>
    </w:p>
    <w:p>
      <w:pPr>
        <w:jc w:val="right"/>
      </w:pPr>
      <w:r>
        <w:t>ہر انسان اپنے کریٹر کی تلاش میں ہے۔ ہو میڈ می؟ کون میرا کریٹر ہے؟</w:t>
      </w:r>
    </w:p>
    <w:p>
      <w:r>
        <w:rPr>
          <w:b/>
        </w:rPr>
        <w:t xml:space="preserve">[04:58] </w:t>
      </w:r>
      <w:r>
        <w:t>chahe ab munh se na bole, is ka poora, is ka nature, is ki fitrat, is ka poora jo yeh hasti hai, woh is sawal ka jawab chahti hai.</w:t>
      </w:r>
    </w:p>
    <w:p>
      <w:pPr>
        <w:jc w:val="right"/>
      </w:pPr>
      <w:r>
        <w:t>چاہے اب منہ سے نہ بولے، اس کا پورا، اس کا نیچر، اس کی فطرت، اس کا پورا جو یہ ہستی ہے، وہ اس سوال کا جواب چاہتی ہے۔</w:t>
      </w:r>
    </w:p>
    <w:p>
      <w:r>
        <w:rPr>
          <w:b/>
        </w:rPr>
        <w:t xml:space="preserve">[05:17] </w:t>
      </w:r>
      <w:r>
        <w:t>phir doosra sawal jo is ko ghere rehta hai, woh yeh hai ke har aadmi apne mind mein ek ek duniya basai hui hai, ek ideal duniya, is ko paane ke liye daud raha hai, lekin kisi ko milti nahin, woh mar jata hai.</w:t>
      </w:r>
    </w:p>
    <w:p>
      <w:pPr>
        <w:jc w:val="right"/>
      </w:pPr>
      <w:r>
        <w:t>پھر دوسرا سوال جو اس کو گھیرے رہتا ہے، وہ یہ ہے کہ ہر آدمی اپنے مائنڈ میں ایک ایک دنیا بسائی ہوئی ہے، ایک آئیڈیل دنیا، اس کو پانے کے لیے دوڑ رہا ہے، لیکن کسی کو ملتی نہیں، وہ مر جاتا ہے۔</w:t>
      </w:r>
    </w:p>
    <w:p>
      <w:r>
        <w:rPr>
          <w:b/>
        </w:rPr>
        <w:t xml:space="preserve">[05:36] </w:t>
      </w:r>
      <w:r>
        <w:t>to do sawal har ek ko haunt kiye rehte hain ke mera creator kaun hai aur mera destination kya hai?</w:t>
      </w:r>
    </w:p>
    <w:p>
      <w:pPr>
        <w:jc w:val="right"/>
      </w:pPr>
      <w:r>
        <w:t>تو دو سوال ہر ایک کو ہانٹ کیے رہتے ہیں کہ میرا کریٹر کون ہے اور میرا ڈیسٹینیشن کیا ہے؟</w:t>
      </w:r>
    </w:p>
    <w:p>
      <w:r>
        <w:rPr>
          <w:b/>
        </w:rPr>
        <w:t xml:space="preserve">[05:46] </w:t>
      </w:r>
      <w:r>
        <w:t>mera goal kya hai? mujhe kahan pahunchna hai?</w:t>
      </w:r>
    </w:p>
    <w:p>
      <w:pPr>
        <w:jc w:val="right"/>
      </w:pPr>
      <w:r>
        <w:t>میرا گول کیا ہے؟ مجھے کہاں پہنچنا ہے؟</w:t>
      </w:r>
    </w:p>
    <w:p>
      <w:r>
        <w:rPr>
          <w:b/>
        </w:rPr>
        <w:t xml:space="preserve">[05:53] </w:t>
      </w:r>
      <w:r>
        <w:t>yeh cheez batati hai ke hum jo hamari team jo hai, jo daawa mission chala rahi hai, woh waqt ki awaaz hai.</w:t>
      </w:r>
    </w:p>
    <w:p>
      <w:pPr>
        <w:jc w:val="right"/>
      </w:pPr>
      <w:r>
        <w:t>یہ چیز بتاتی ہے کہ ہم جو ہماری ٹیم جو ہے، جو دعویٰ مشن چلا رہی ہے، وہ وقت کی آواز ہے۔</w:t>
      </w:r>
    </w:p>
    <w:p>
      <w:r>
        <w:rPr>
          <w:b/>
        </w:rPr>
        <w:t xml:space="preserve">[06:04] </w:t>
      </w:r>
      <w:r>
        <w:t>aaj ka insaan, is ne bohat tajrube kiye</w:t>
      </w:r>
    </w:p>
    <w:p>
      <w:pPr>
        <w:jc w:val="right"/>
      </w:pPr>
      <w:r>
        <w:t>آج کا انسان، اس نے بہت تجربے کیے</w:t>
      </w:r>
    </w:p>
    <w:p>
      <w:r>
        <w:rPr>
          <w:b/>
        </w:rPr>
        <w:t xml:space="preserve">[06:12] </w:t>
      </w:r>
      <w:r>
        <w:t>apni duniya ko banane ke liye, lekin kisi cheez se is ko taskeen nahin mili.</w:t>
      </w:r>
    </w:p>
    <w:p>
      <w:pPr>
        <w:jc w:val="right"/>
      </w:pPr>
      <w:r>
        <w:t>اپنی دنیا کو بنانے کے لیے، لیکن کسی چیز سے اس کو تسکین نہیں ملی۔</w:t>
      </w:r>
    </w:p>
    <w:p>
      <w:r>
        <w:rPr>
          <w:b/>
        </w:rPr>
        <w:t xml:space="preserve">[06:22] </w:t>
      </w:r>
      <w:r>
        <w:t>khuda ko chhod kar aaj jo idea banai gayi, is se bhi taskeen nahin mili.</w:t>
      </w:r>
    </w:p>
    <w:p>
      <w:pPr>
        <w:jc w:val="right"/>
      </w:pPr>
      <w:r>
        <w:t>خدا کو چھوڑ کر آج جو آئیڈیا بنائی گئی، اس سے بھی تسکین نہیں ملی۔</w:t>
      </w:r>
    </w:p>
    <w:p>
      <w:r>
        <w:rPr>
          <w:b/>
        </w:rPr>
        <w:t xml:space="preserve">[06:30] </w:t>
      </w:r>
      <w:r>
        <w:t>world here rafter ko bula kar ke is duniya ko sajane ki koshish ki gayi, is se bhi aadmi ko taskeen nahin mili. to aaj ka insaan jo hai, woh dissatisfaction mein jeeta hai,</w:t>
      </w:r>
    </w:p>
    <w:p>
      <w:pPr>
        <w:jc w:val="right"/>
      </w:pPr>
      <w:r>
        <w:t>ورلڈ ہیئر رافٹر کو بلا کر کے اس دنیا کو سجانے کی کوشش کی گئی، اس سے بھی آدمی کو تسکین نہیں ملی۔ تو آج کا انسان جو ہے، وہ ڈس سیٹسفیکشن میں جیتا ہے،</w:t>
      </w:r>
    </w:p>
    <w:p>
      <w:r>
        <w:rPr>
          <w:b/>
        </w:rPr>
        <w:t xml:space="preserve">[06:45] </w:t>
      </w:r>
      <w:r>
        <w:t>dissatisfaction mein.</w:t>
      </w:r>
    </w:p>
    <w:p>
      <w:pPr>
        <w:jc w:val="right"/>
      </w:pPr>
      <w:r>
        <w:t>ڈس سیٹسفیکشن میں۔</w:t>
      </w:r>
    </w:p>
    <w:p>
      <w:r>
        <w:rPr>
          <w:b/>
        </w:rPr>
        <w:t xml:space="preserve">[06:50] </w:t>
      </w:r>
      <w:r>
        <w:t>to goya sab se bara kaam aaj ke liye jo karne ka hai, woh yeh hai ke insaan ke sawal ka jawab diya jaye,</w:t>
      </w:r>
    </w:p>
    <w:p>
      <w:pPr>
        <w:jc w:val="right"/>
      </w:pPr>
      <w:r>
        <w:t>تو گویا سب سے بڑا کام آج کے لیے جو کرنے کا ہے، وہ یہ ہے کہ انسان کے سوال کا جواب دیا جائے،</w:t>
      </w:r>
    </w:p>
    <w:p>
      <w:r>
        <w:rPr>
          <w:b/>
        </w:rPr>
        <w:t xml:space="preserve">[07:05] </w:t>
      </w:r>
      <w:r>
        <w:t>yaani woh baat kahi jaye jo insaan ki rooh ko address karti ho.</w:t>
      </w:r>
    </w:p>
    <w:p>
      <w:pPr>
        <w:jc w:val="right"/>
      </w:pPr>
      <w:r>
        <w:t>یعنی وہ بات کہی جائے جو انسان کی روح کو ایڈریس کرتی ہو۔</w:t>
      </w:r>
    </w:p>
    <w:p>
      <w:r>
        <w:rPr>
          <w:b/>
        </w:rPr>
        <w:t xml:space="preserve">[07:14] </w:t>
      </w:r>
      <w:r>
        <w:t>aur yeh jo daawa mission hai hamara, woh yahi hai, woh yahi hai,</w:t>
      </w:r>
    </w:p>
    <w:p>
      <w:pPr>
        <w:jc w:val="right"/>
      </w:pPr>
      <w:r>
        <w:t>اور یہ جو دعویٰ مشن ہے ہمارا، وہ یہی ہے، وہ یہی ہے،</w:t>
      </w:r>
    </w:p>
    <w:p>
      <w:r>
        <w:rPr>
          <w:b/>
        </w:rPr>
        <w:t xml:space="preserve">[07:25] </w:t>
      </w:r>
      <w:r>
        <w:t>woh yahi hai. jab yeh mission shuru kiya gaya tha to kuch logon ne kaha ke yeh kya aap shuru kar rahe hain?</w:t>
      </w:r>
    </w:p>
    <w:p>
      <w:pPr>
        <w:jc w:val="right"/>
      </w:pPr>
      <w:r>
        <w:t>وہ یہی ہے۔ جب یہ مشن شروع کیا گیا تھا تو کچھ لوگوں نے کہا کہ یہ کیا آپ شروع کر رہے ہیں؟</w:t>
      </w:r>
    </w:p>
    <w:p>
      <w:r>
        <w:rPr>
          <w:b/>
        </w:rPr>
        <w:t xml:space="preserve">[07:34] </w:t>
      </w:r>
      <w:r>
        <w:t>kaun kis ko fursat hai in baaton ki janne ki? lekin unhon ne insaan ka, insaan ka underestimate kiya tha.</w:t>
      </w:r>
    </w:p>
    <w:p>
      <w:pPr>
        <w:jc w:val="right"/>
      </w:pPr>
      <w:r>
        <w:t>کون کس کو فرصت ہے ان باتوں کی جاننے کی؟ لیکن انہوں نے انسان کا، انسان کا انڈرسٹیمیٹ کیا تھا۔</w:t>
      </w:r>
    </w:p>
    <w:p>
      <w:r>
        <w:rPr>
          <w:b/>
        </w:rPr>
        <w:t xml:space="preserve">[07:45] </w:t>
      </w:r>
      <w:r>
        <w:t>unhon ne insaan ko underestimate kiya tha. tajrube ne bataya ke insaan ki sab se bari need jo hai, yahi hai ke woh sachai ko jaane,</w:t>
      </w:r>
    </w:p>
    <w:p>
      <w:pPr>
        <w:jc w:val="right"/>
      </w:pPr>
      <w:r>
        <w:t>انہوں نے انسان کو انڈرسٹیمیٹ کیا تھا۔ تجربے نے بتایا کہ انسان کی سب سے بڑی نیڈ جو ہے، یہی ہے کہ وہ سچائی کو جانے،</w:t>
      </w:r>
    </w:p>
    <w:p>
      <w:r>
        <w:rPr>
          <w:b/>
        </w:rPr>
        <w:t xml:space="preserve">[08:00] </w:t>
      </w:r>
      <w:r>
        <w:t>sachai ko paaye, sachai mein jeena is ko naseeb ho jaye. yeh insaan ki sab se bari zaroorat hai.</w:t>
      </w:r>
    </w:p>
    <w:p>
      <w:pPr>
        <w:jc w:val="right"/>
      </w:pPr>
      <w:r>
        <w:t>سچائی کو پائے، سچائی میں جینا اس کو نصیب ہو جائے۔ یہ انسان کی سب سے بڑی ضرورت ہے۔</w:t>
      </w:r>
    </w:p>
    <w:p>
      <w:r>
        <w:rPr>
          <w:b/>
        </w:rPr>
        <w:t xml:space="preserve">[08:12] </w:t>
      </w:r>
      <w:r>
        <w:t>dekhen, is silsile mein ek bohat hi taza, ek ek ek research bohat dinon se chal rahi thi, taqreeban sau saal se.</w:t>
      </w:r>
    </w:p>
    <w:p>
      <w:pPr>
        <w:jc w:val="right"/>
      </w:pPr>
      <w:r>
        <w:t>دیکھیں، اس سلسلے میں ایک بہت ہی تازہ، ایک ایک ایک ریسرچ بہت دنوں سے چل رہی تھی، تقریباً سو سال سے۔</w:t>
      </w:r>
    </w:p>
    <w:p>
      <w:r>
        <w:rPr>
          <w:b/>
        </w:rPr>
        <w:t xml:space="preserve">[08:27] </w:t>
      </w:r>
      <w:r>
        <w:t>ab is ki report aayi hai, is mein kai baray baray scientific mind shamil hain, Stephen Hawking bhi is mein shamil hai aur kai log.</w:t>
      </w:r>
    </w:p>
    <w:p>
      <w:pPr>
        <w:jc w:val="right"/>
      </w:pPr>
      <w:r>
        <w:t>اب اس کی رپورٹ آئی ہے، اس میں کئی بڑے بڑے سائنٹیفک مائنڈ شامل ہیں، اسٹیفنڈ ہاکنگ بھی اس میں شامل ہے اور کئی لوگ۔</w:t>
      </w:r>
    </w:p>
    <w:p>
      <w:r>
        <w:rPr>
          <w:b/>
        </w:rPr>
        <w:t xml:space="preserve">[08:40] </w:t>
      </w:r>
      <w:r>
        <w:t>yeh bohat hi anokhi discovery hai.</w:t>
      </w:r>
    </w:p>
    <w:p>
      <w:pPr>
        <w:jc w:val="right"/>
      </w:pPr>
      <w:r>
        <w:t>یہ بہت ہی انوکھی ڈسکوری ہے۔</w:t>
      </w:r>
    </w:p>
    <w:p>
      <w:r>
        <w:rPr>
          <w:b/>
        </w:rPr>
        <w:t xml:space="preserve">[08:47] </w:t>
      </w:r>
      <w:r>
        <w:t>yeh discovery jo hai, yaani in sari baaton ki tasdeeq hai jo Khuda ke paighambar batate rahe.</w:t>
      </w:r>
    </w:p>
    <w:p>
      <w:pPr>
        <w:jc w:val="right"/>
      </w:pPr>
      <w:r>
        <w:t>یہ ڈسکوری جو ہے، یعنی ان ساری باتوں کی تصدیق ہے جو خدا کے پیغمبر بتاتے رہے۔</w:t>
      </w:r>
    </w:p>
    <w:p>
      <w:r>
        <w:rPr>
          <w:b/>
        </w:rPr>
        <w:t xml:space="preserve">[08:58] </w:t>
      </w:r>
      <w:r>
        <w:t>dekhen, woh discovery yeh hai,</w:t>
      </w:r>
    </w:p>
    <w:p>
      <w:pPr>
        <w:jc w:val="right"/>
      </w:pPr>
      <w:r>
        <w:t>دیکھیں، وہ ڈسکوری یہ ہے،</w:t>
      </w:r>
    </w:p>
    <w:p>
      <w:r>
        <w:rPr>
          <w:b/>
        </w:rPr>
        <w:t xml:space="preserve">[09:03] </w:t>
      </w:r>
      <w:r>
        <w:t>yani itni bari universe hai, bohat hi bari universe hai, jo bohat hi powerful telescope banai gayi, jo space mein ja kar ke</w:t>
      </w:r>
    </w:p>
    <w:p>
      <w:pPr>
        <w:jc w:val="right"/>
      </w:pPr>
      <w:r>
        <w:t>یعنی اتنی بڑی یونیورس ہے، بہت ہی بڑی یونیورس ہے، جو بہت ہی پاور فل ٹیلیسکوپ بنائی گئی، جو اسپیس میں جا کر کے</w:t>
      </w:r>
    </w:p>
    <w:p>
      <w:r>
        <w:rPr>
          <w:b/>
        </w:rPr>
        <w:t xml:space="preserve">[09:18] </w:t>
      </w:r>
      <w:r>
        <w:t>billion billion mile tak dekh sakti hai, woh bhi abhi universe ke kitna phailao hai, is ka is ka nahi bata saki abhi tak.</w:t>
      </w:r>
    </w:p>
    <w:p>
      <w:pPr>
        <w:jc w:val="right"/>
      </w:pPr>
      <w:r>
        <w:t>بلین بلین میل تک دیکھ سکتی ہے، وہ بھی ابھی یونیورس کے کتنا پھیلاؤ ہے، اس کا اس کا نہیں بتا سکی ابھی تک۔</w:t>
      </w:r>
    </w:p>
    <w:p>
      <w:r>
        <w:rPr>
          <w:b/>
        </w:rPr>
        <w:t xml:space="preserve">[09:32] </w:t>
      </w:r>
      <w:r>
        <w:t>itni bari universe kis liye bani hai? is par sochte hue insan ko pata chala ke universe jo hai, sari ki sari insan oriented hai.</w:t>
      </w:r>
    </w:p>
    <w:p>
      <w:pPr>
        <w:jc w:val="right"/>
      </w:pPr>
      <w:r>
        <w:t>اتنی بڑی یونیورس کس لیے بنی ہے؟ اس پر سوچتے ہوئے انسان کو پتہ چلا کہ یونیورس جو ہے، ساری کی ساری انسان اورینٹڈ ہے۔</w:t>
      </w:r>
    </w:p>
    <w:p>
      <w:r>
        <w:rPr>
          <w:b/>
        </w:rPr>
        <w:t xml:space="preserve">[09:47] </w:t>
      </w:r>
      <w:r>
        <w:t>bohat ajeeb baat par daryaft hui science mein, yani har cheez jo design ki gayi hai, chahe galaxies hon, chahe solar system ho, chahe hamari zameen ho,</w:t>
      </w:r>
    </w:p>
    <w:p>
      <w:pPr>
        <w:jc w:val="right"/>
      </w:pPr>
      <w:r>
        <w:t>بہت عجیب بات پر دریافت ہوئی سائنس میں، یعنی ہر چیز جو ڈیزائن کی گئی ہے، چاہے گلیکسیز ہوں، چاہے سولر سسٹم ہو، چاہے ہماری زمین ہو،</w:t>
      </w:r>
    </w:p>
    <w:p>
      <w:r>
        <w:rPr>
          <w:b/>
        </w:rPr>
        <w:t xml:space="preserve">[10:02] </w:t>
      </w:r>
      <w:r>
        <w:t>aur chahe woh yeh poora jo nature, jis ko hum kehte hain nature, woh design kiya gaya is tareeqay se ke insan ke kaam mein aaye.</w:t>
      </w:r>
    </w:p>
    <w:p>
      <w:pPr>
        <w:jc w:val="right"/>
      </w:pPr>
      <w:r>
        <w:t>اور چاہے وہ یہ پورا جو نیچر، جس کو ہم کہتے ہیں نیچر، وہ ڈیزائن کیا گیا اس طریقے سے کہ انسان کے کام میں آئے۔</w:t>
      </w:r>
    </w:p>
    <w:p>
      <w:r>
        <w:rPr>
          <w:b/>
        </w:rPr>
        <w:t xml:space="preserve">[10:13] </w:t>
      </w:r>
      <w:r>
        <w:t>yeh bohat ajeeb cheez hai. Quran mein choda sau saal pehle yeh kaha gaya tha: "wa sakhara lakumul ma fi samawati wal ard".</w:t>
      </w:r>
    </w:p>
    <w:p>
      <w:pPr>
        <w:jc w:val="right"/>
      </w:pPr>
      <w:r>
        <w:t>یہ بہت عجیب چیز ہے۔ قرآن میں چودہ سو سال پہلے یہ کہا گیا تھا: "وسخر القباف السماوات والارض"۔</w:t>
      </w:r>
    </w:p>
    <w:p>
      <w:r>
        <w:rPr>
          <w:b/>
        </w:rPr>
        <w:t xml:space="preserve">[10:28] </w:t>
      </w:r>
      <w:r>
        <w:t>sakhara ke maani hote hain kaam mein laga dena.</w:t>
      </w:r>
    </w:p>
    <w:p>
      <w:pPr>
        <w:jc w:val="right"/>
      </w:pPr>
      <w:r>
        <w:t>سخر کے معنی ہوتے ہیں کام میں لگا دینا۔</w:t>
      </w:r>
    </w:p>
    <w:p>
      <w:r>
        <w:rPr>
          <w:b/>
        </w:rPr>
        <w:t xml:space="preserve">[10:36] </w:t>
      </w:r>
      <w:r>
        <w:t>to sakhara lakumul ma fi samawati wal ard ka matlab hai ke Allah taala ne farmaya ke zameen o aasman mein jo kuch hai, sab tumhare kaam mein laga.</w:t>
      </w:r>
    </w:p>
    <w:p>
      <w:pPr>
        <w:jc w:val="right"/>
      </w:pPr>
      <w:r>
        <w:t>تو سخر القباف السماوات والارض کا مطلب ہے کہ اللہ تعالی نے فرمایا کہ زمین و آسمان میں جو کچھ ہے، سب تمہارے کام میں لگا دیا۔</w:t>
      </w:r>
    </w:p>
    <w:p>
      <w:r>
        <w:rPr>
          <w:b/>
        </w:rPr>
        <w:t xml:space="preserve">[10:49] </w:t>
      </w:r>
      <w:r>
        <w:t>yani "everything is destined to serve man". yeh kaisi ajeeb baat hai? aur zameen o yeh Quran mein jab lafz aata hai ke zameen o aasman, to is se murad hoti hai wohi jis ko hum kehte hain kainat, universe,</w:t>
      </w:r>
    </w:p>
    <w:p>
      <w:pPr>
        <w:jc w:val="right"/>
      </w:pPr>
      <w:r>
        <w:t>یعنی "ایوری تھنگ از ڈیسٹن ٹو سرو مین"۔ یہ کیسی عجیب بات ہے؟ اور زمین و یہ قرآن میں جب لفظ آتا ہے کہ زمین و آسمان، تو اس سے مراد ہوتی ہے وہی جس کو ہم کہتے ہیں کائنات، یونیورس،</w:t>
      </w:r>
    </w:p>
    <w:p>
      <w:r>
        <w:rPr>
          <w:b/>
        </w:rPr>
        <w:t xml:space="preserve">[11:06] </w:t>
      </w:r>
      <w:r>
        <w:t>nature, cosmos. woh matlab hota hai to "sakhara lakumul ma fi samawati wal ard" yani saare zameen o aasman ko, yani sari kainat ko, saare universe ko tumhare liye musakhkhar kar diya, yani tumhare kaam mein laga diya, insan ke kaam mein.</w:t>
      </w:r>
    </w:p>
    <w:p>
      <w:pPr>
        <w:jc w:val="right"/>
      </w:pPr>
      <w:r>
        <w:t>نیچر، کاسموس۔ وہ مطلب ہوتا ہے تو "سخر القباف السماوات والارض" یعنی سارے زمین و آسمان کو، یعنی ساری کائنات کو، سارے یونیورس کو تمہارے لیے مسخر کر دیا، یعنی تمہارے کام میں لگا دیا، انسان کے کام میں۔</w:t>
      </w:r>
    </w:p>
    <w:p>
      <w:r>
        <w:rPr>
          <w:b/>
        </w:rPr>
        <w:t xml:space="preserve">[11:28] </w:t>
      </w:r>
      <w:r>
        <w:t>yani "everything is destined to serve man". to Quran mein jab yeh baat kahi gayi thi to woh simply ek statement tha, ek statement tha.</w:t>
      </w:r>
    </w:p>
    <w:p>
      <w:pPr>
        <w:jc w:val="right"/>
      </w:pPr>
      <w:r>
        <w:t>یعنی "ایوری تھنگ از ڈیسٹن ٹو سرو مین"۔ تو قرآن میں جب یہ بات کہی گئی تھی تو وہ سمپلی ایک اسٹیٹمنٹ تھا، ایک اسٹیٹمنٹ تھا۔</w:t>
      </w:r>
    </w:p>
    <w:p>
      <w:r>
        <w:rPr>
          <w:b/>
        </w:rPr>
        <w:t xml:space="preserve">[11:42] </w:t>
      </w:r>
      <w:r>
        <w:t>ab jo bohat lambi research hui hai, naye aalat ke zariye se, naye telescope ke zariye se,</w:t>
      </w:r>
    </w:p>
    <w:p>
      <w:pPr>
        <w:jc w:val="right"/>
      </w:pPr>
      <w:r>
        <w:t>اب جو بہت لمبی ریسرچ ہوئی ہے، نئے آلات کے ذریعے سے، نئے ٹیلیسکوپ کے ذریعے سے،</w:t>
      </w:r>
    </w:p>
    <w:p>
      <w:r>
        <w:rPr>
          <w:b/>
        </w:rPr>
        <w:t xml:space="preserve">[11:55] </w:t>
      </w:r>
      <w:r>
        <w:t>aur itne saare naye jo sadhan paida hui hain, un ke zariye se to scientist is nukte par pahunche hain ke itni complex yeh hai duniya, itni bari hai, itni complex hai, itni meaningful hai, lekin aisa lagta hai ke sab kuch insan ke liye design ki gayi hai.</w:t>
      </w:r>
    </w:p>
    <w:p>
      <w:pPr>
        <w:jc w:val="right"/>
      </w:pPr>
      <w:r>
        <w:t>اور اتنے سارے نئے جو سادھن پیدا ہوئی ہیں، ان کے ذریعے سے تو سائنٹسٹ اس نکتے پر پہنچے ہیں کہ اتنی کمپلیکس یہ ہے دنیا، اتنی بڑی ہے، اتنی کمپلیکس ہے، اتنی میننگ فل ہے، لیکن ایسا لگتا ہے کہ سب کچھ انسان کے لیے ڈیزائن کی گئی ہے۔</w:t>
      </w:r>
    </w:p>
    <w:p>
      <w:r>
        <w:rPr>
          <w:b/>
        </w:rPr>
        <w:t xml:space="preserve">[12:20] </w:t>
      </w:r>
      <w:r>
        <w:t>kaisi ajeeb baat hai?</w:t>
      </w:r>
    </w:p>
    <w:p>
      <w:pPr>
        <w:jc w:val="right"/>
      </w:pPr>
      <w:r>
        <w:t>کیسی عجیب بات ہے؟</w:t>
      </w:r>
    </w:p>
    <w:p>
      <w:r>
        <w:rPr>
          <w:b/>
        </w:rPr>
        <w:t xml:space="preserve">[12:29] </w:t>
      </w:r>
      <w:r>
        <w:t>yeh report abhi jo aap paper mein aayi hai, is ko aap dekhiye, is ki heading dekhiye: "custom made cosmos".</w:t>
      </w:r>
    </w:p>
    <w:p>
      <w:pPr>
        <w:jc w:val="right"/>
      </w:pPr>
      <w:r>
        <w:t>یہ رپورٹ ابھی جو آپ پیپر میں آئی ہے، اس کو آپ دیکھیے، اس کی ہیڈنگ دیکھیے: "کسٹم میڈ کاسموس"۔</w:t>
      </w:r>
    </w:p>
    <w:p>
      <w:r>
        <w:rPr>
          <w:b/>
        </w:rPr>
        <w:t xml:space="preserve">[12:43] </w:t>
      </w:r>
      <w:r>
        <w:t>cosmos ka matlab hai universe, custom made universe.</w:t>
      </w:r>
    </w:p>
    <w:p>
      <w:pPr>
        <w:jc w:val="right"/>
      </w:pPr>
      <w:r>
        <w:t>کاسموس کا مطلب ہے یونیورس، کسٹم میڈ یونیورس۔</w:t>
      </w:r>
    </w:p>
    <w:p>
      <w:r>
        <w:rPr>
          <w:b/>
        </w:rPr>
        <w:t xml:space="preserve">[12:51] </w:t>
      </w:r>
      <w:r>
        <w:t>custom made ka matlab aap jante hain, theek theek kisi ke kisi ke lehaz se banana kisi cheez ko.</w:t>
      </w:r>
    </w:p>
    <w:p>
      <w:pPr>
        <w:jc w:val="right"/>
      </w:pPr>
      <w:r>
        <w:t>کسٹم میڈ کا مطلب آپ جانتے ہیں، ٹھیک ٹھیک کسی کے کسی کے لحاظ سے بنانا کسی چیز کو۔</w:t>
      </w:r>
    </w:p>
    <w:p>
      <w:r>
        <w:rPr>
          <w:b/>
        </w:rPr>
        <w:t xml:space="preserve">[13:04] </w:t>
      </w:r>
      <w:r>
        <w:t>misalan shau hai, ek to yeh ke aap ja kar ke joota khareed lein, lekin doosra yeh ke aap ka paon ki shape kuch alag ho, balon ke paon ki shape alag hota hai,</w:t>
      </w:r>
    </w:p>
    <w:p>
      <w:pPr>
        <w:jc w:val="right"/>
      </w:pPr>
      <w:r>
        <w:t>مثلاً شو ہے، ایک تو یہ کہ آپ جا کر کے جوتا خرید لیں، لیکن دوسرا یہ کہ آپ کا پاؤں کی شیپ کچھ الگ ہو، بالوں کے پاؤں کی شیپ الگ ہوتا ہے،</w:t>
      </w:r>
    </w:p>
    <w:p>
      <w:r>
        <w:rPr>
          <w:b/>
        </w:rPr>
        <w:t xml:space="preserve">[13:18] </w:t>
      </w:r>
      <w:r>
        <w:t>to aap order dete hain aur aap ko special joota banaya jata hai jo ek hi paon ke upar suit karta hai. to is ko kehte hain "custom made shoe".</w:t>
      </w:r>
    </w:p>
    <w:p>
      <w:pPr>
        <w:jc w:val="right"/>
      </w:pPr>
      <w:r>
        <w:t>تو آپ آرڈر دیتے ہیں اور آپ کو اسپیشل جوتا بنایا جاتا ہے جو ایک ہی پاؤں کے اوپر سوٹ کرتا ہے۔ تو اس کو کہتے ہیں "کسٹم میڈ شو"۔</w:t>
      </w:r>
    </w:p>
    <w:p>
      <w:r>
        <w:rPr>
          <w:b/>
        </w:rPr>
        <w:t xml:space="preserve">[13:31] </w:t>
      </w:r>
      <w:r>
        <w:t>aisi shervani banti hai to tailor made shervani, yani woh napta hai, har cheez napayega, tailor yeh napayega, woh napayega, woh napayega, aisi shervani banayega jo bilkul fit aaye aap ki body par.</w:t>
      </w:r>
    </w:p>
    <w:p>
      <w:pPr>
        <w:jc w:val="right"/>
      </w:pPr>
      <w:r>
        <w:t>ایسی شروانی بنتی ہے تو ٹیلر میڈ شروانی، یعنی وہ ناپتا ہے، ہر چیز ناپے گا، ٹیلر یہ ناپے گا، وہ ناپے گا، وہ ناپے گا، ایسی شروانی بنائے گا جو بالکل فٹ آئے آپ کی باڈی پر۔</w:t>
      </w:r>
    </w:p>
    <w:p>
      <w:r>
        <w:rPr>
          <w:b/>
        </w:rPr>
        <w:t xml:space="preserve">[13:48] </w:t>
      </w:r>
      <w:r>
        <w:t>is ko kehte hain "tailor made" ya "custom made". to yeh insan is research par pahuncha hai ke sab kuch jo hai, sab kuch jo hai, sab kuch jo hai, custom made hai.</w:t>
      </w:r>
    </w:p>
    <w:p>
      <w:pPr>
        <w:jc w:val="right"/>
      </w:pPr>
      <w:r>
        <w:t>اس کو کہتے ہیں "ٹیلر میڈ" یا "کسٹم میڈ"۔ تو یہ انسان اس ریسرچ پر پہنچا ہے کہ سب کچھ جو ہے، سب کچھ جو ہے، سب کچھ جو ہے، کسٹم میڈ ہے۔</w:t>
      </w:r>
    </w:p>
    <w:p>
      <w:r>
        <w:rPr>
          <w:b/>
        </w:rPr>
        <w:t xml:space="preserve">[14:04] </w:t>
      </w:r>
      <w:r>
        <w:t>yani yeh ek custom made universe hai insan ko taake insan ko suit kare.</w:t>
      </w:r>
    </w:p>
    <w:p>
      <w:pPr>
        <w:jc w:val="right"/>
      </w:pPr>
      <w:r>
        <w:t>یعنی یہ ایک کسٹم میڈ یونیورس ہے انسان کو تاکہ انسان کو سوٹ کرے۔</w:t>
      </w:r>
    </w:p>
    <w:p>
      <w:r>
        <w:rPr>
          <w:b/>
        </w:rPr>
        <w:t xml:space="preserve">[14:12] </w:t>
      </w:r>
      <w:r>
        <w:t>misal ke taur par is mein ek yeh jo yeh report hai, is report mein ek misal di gayi hai ke samundaron mein aisa hota hai jahan bohat thand hoti hai ke pani jam jata hai,</w:t>
      </w:r>
    </w:p>
    <w:p>
      <w:pPr>
        <w:jc w:val="right"/>
      </w:pPr>
      <w:r>
        <w:t>مثال کے طور پر اس میں ایک یہ جو یہ رپورٹ ہے، اس رپورٹ میں ایک مثال دی گئی ہے کہ سمندروں میں ایسا ہوتا ہے جہاں بہت ٹھنڈ ہوتی ہے کہ پانی جم جاتا ہے،</w:t>
      </w:r>
    </w:p>
    <w:p>
      <w:r>
        <w:rPr>
          <w:b/>
        </w:rPr>
        <w:t xml:space="preserve">[14:28] </w:t>
      </w:r>
      <w:r>
        <w:t>jam kar ke woh iceberg ban jata hai. iceberg bohat bare pahad ki tarah se pathar ke tode hote hain. to yeh aap ghor kijiye ke iceberg ka woh pani hai,</w:t>
      </w:r>
    </w:p>
    <w:p>
      <w:pPr>
        <w:jc w:val="right"/>
      </w:pPr>
      <w:r>
        <w:t>جم کر کے وہ آئس برگ بن جاتا ہے۔ آئس برگ بہت بڑے پہاڑ کی طرح سے پتھر کے تودے ہوتے ہیں۔ تو یہ آپ غور کیجئے کہ آئس برگ کا وہ پانی ہے،</w:t>
      </w:r>
    </w:p>
    <w:p>
      <w:r>
        <w:rPr>
          <w:b/>
        </w:rPr>
        <w:t xml:space="preserve">[14:43] </w:t>
      </w:r>
      <w:r>
        <w:t>lekin ek anokha, yani science-dan is ko explain nahi kar sakte ke jab wo liquid pani hai to wo dense hai, thora bhari hai, aur jab wo jam kar ice-berg ban gaya to light ho gaya.</w:t>
      </w:r>
    </w:p>
    <w:p>
      <w:pPr>
        <w:jc w:val="right"/>
      </w:pPr>
      <w:r>
        <w:t>لیکن ایک انوکھا، یعنی سائنسدان اس کو ایکسپلین نہیں کر سکتے کہ جب وہ لیکوڈ پانی ہے تو وہ ڈینس ہے، تھوڑا بھاری ہے، اور جب وہ جم کر آئس برگ بن گیا تو لائٹ ہو گیا۔</w:t>
      </w:r>
    </w:p>
    <w:p>
      <w:r>
        <w:rPr>
          <w:b/>
        </w:rPr>
        <w:t xml:space="preserve">[14:58] </w:t>
      </w:r>
      <w:r>
        <w:t>wo kyunke wahi same pani hai, is ka kya faida hota hai? wo float karne lagta hai, yani bajaye is ke ke wo apne jagah jama rahe, ooper uth ke float karta hai.</w:t>
      </w:r>
    </w:p>
    <w:p>
      <w:pPr>
        <w:jc w:val="right"/>
      </w:pPr>
      <w:r>
        <w:t>وہ کیونکہ وہی سیم پانی ہے، اس کا کیا فائدہ ہوتا ہے؟ وہ فلوٹ کرنے لگتا ہے، یعنی بجائے اس کے کہ وہ اپنے جگہ جمع رہے، اوپر اٹھ کے فلوٹ کرتا ہے۔</w:t>
      </w:r>
    </w:p>
    <w:p>
      <w:r>
        <w:rPr>
          <w:b/>
        </w:rPr>
        <w:t xml:space="preserve">[15:16] </w:t>
      </w:r>
      <w:r>
        <w:t>is se kya faida hota hai? ke machhliyan jo hain, is mein jee sakti hain.</w:t>
      </w:r>
    </w:p>
    <w:p>
      <w:pPr>
        <w:jc w:val="right"/>
      </w:pPr>
      <w:r>
        <w:t>اس سے کیا فائدہ ہوتا ہے؟ کہ مچھلیاں جو ہیں، اس میں جی سکتی ہیں۔</w:t>
      </w:r>
    </w:p>
    <w:p>
      <w:r>
        <w:rPr>
          <w:b/>
        </w:rPr>
        <w:t xml:space="preserve">[15:25] </w:t>
      </w:r>
      <w:r>
        <w:t>agar float na kare aur teh mein baitha rahe to sari machhliyan mar jayengi.</w:t>
      </w:r>
    </w:p>
    <w:p>
      <w:pPr>
        <w:jc w:val="right"/>
      </w:pPr>
      <w:r>
        <w:t>اگر فلوٹ نہ کرے اور تہ میں بیٹھا رہے تو ساری مچھلیاں مر جائیں گی۔</w:t>
      </w:r>
    </w:p>
    <w:p>
      <w:r>
        <w:rPr>
          <w:b/>
        </w:rPr>
        <w:t xml:space="preserve">[15:34] </w:t>
      </w:r>
      <w:r>
        <w:t>yeh is ka koi explanation nahi ke kyun liquid pani jo hai, heavier hota hai, side pani lighter hota hai. to jaise kashti ke tareeqe se wo tairne lagta hai, aisi bohat sari cheezein hain, is mein misalein di gayi hain.</w:t>
      </w:r>
    </w:p>
    <w:p>
      <w:pPr>
        <w:jc w:val="right"/>
      </w:pPr>
      <w:r>
        <w:t>یہ اس کا کوئی ایکسپلینیشن نہیں کہ کیوں لیکوڈ پانی جو ہے، ہیویئر ہوتا ہے، سائیڈ پانی لائٹر ہوتا ہے۔ تو جیسے کشتی کے طریقے سے وہ تیرنے لگتا ہے، ایسی بہت ساری چیزیں ہیں، اس میں مثالیں دی گئی ہیں۔</w:t>
      </w:r>
    </w:p>
    <w:p>
      <w:r>
        <w:rPr>
          <w:b/>
        </w:rPr>
        <w:t xml:space="preserve">[15:51] </w:t>
      </w:r>
      <w:r>
        <w:t>to poori universe jo hai,</w:t>
      </w:r>
    </w:p>
    <w:p>
      <w:pPr>
        <w:jc w:val="right"/>
      </w:pPr>
      <w:r>
        <w:t>تو پوری یونیورس جو ہے،</w:t>
      </w:r>
    </w:p>
    <w:p>
      <w:r>
        <w:rPr>
          <w:b/>
        </w:rPr>
        <w:t xml:space="preserve">[15:56] </w:t>
      </w:r>
      <w:r>
        <w:t>aisi is mein bataya hai ke jo stars hain, yeh jo suraj hai waghera, ek zara sa is mein difference ho jaye, itne itne thande ho jayein ke hum is mein jam kar khatm ho jayein.</w:t>
      </w:r>
    </w:p>
    <w:p>
      <w:pPr>
        <w:jc w:val="right"/>
      </w:pPr>
      <w:r>
        <w:t>ایسی اس میں بتایا ہے کہ جو سٹارز ہیں، یہ جو سورج ہے وغیرہ، ایک ذرا سا اس میں ڈیفرنس ہو جائے، اتنے اتنے ٹھنڈے ہو جائیں کہ ہم اس میں جم کر ختم ہو جائیں۔</w:t>
      </w:r>
    </w:p>
    <w:p>
      <w:r>
        <w:rPr>
          <w:b/>
        </w:rPr>
        <w:t xml:space="preserve">[16:10] </w:t>
      </w:r>
      <w:r>
        <w:t>zara sa doosra difference ho jaye to itne garam ho jayein ke kam jal kar khatm ho jayein. to bohat hi mutanasib, bohat hi portion ke sath sab cheezein banayi gayi hain.</w:t>
      </w:r>
    </w:p>
    <w:p>
      <w:pPr>
        <w:jc w:val="right"/>
      </w:pPr>
      <w:r>
        <w:t>ذرا سا دوسرا ڈیفرنس ہو جائے تو اتنے گرم ہو جائیں کہ کم جل کر ختم ہو جائیں۔ تو بہت ہی متناسب، بہت ہی پورشن کے ساتھ سب چیزیں بنائی گئی ہیں۔</w:t>
      </w:r>
    </w:p>
    <w:p>
      <w:r>
        <w:rPr>
          <w:b/>
        </w:rPr>
        <w:t xml:space="preserve">[16:25] </w:t>
      </w:r>
      <w:r>
        <w:t>to isi ko unhone kaha ke "custom made universe".</w:t>
      </w:r>
    </w:p>
    <w:p>
      <w:pPr>
        <w:jc w:val="right"/>
      </w:pPr>
      <w:r>
        <w:t>تو اسی کو انہوں نے کہا کہ "کسٹم میڈ یونیورس"۔</w:t>
      </w:r>
    </w:p>
    <w:p>
      <w:r>
        <w:rPr>
          <w:b/>
        </w:rPr>
        <w:t xml:space="preserve">[16:36] </w:t>
      </w:r>
      <w:r>
        <w:t>is ko parh kar mujhe ek ek hadith yaad aayi. dekhiye, Quran o hadith mein jo baatein kahi gayi hain to Quran ke bare mein ke "la tanqadi ajaibuhu",</w:t>
      </w:r>
    </w:p>
    <w:p>
      <w:pPr>
        <w:jc w:val="right"/>
      </w:pPr>
      <w:r>
        <w:t>اس کو پڑھ کر مجھے ایک ایک حدیث یاد آئی۔ دیکھیے، قرآن و حدیث میں جو باتیں کہی گئی ہیں تو قرآن کے بارے میں کہ "لا تنقضی عجائبہ"،</w:t>
      </w:r>
    </w:p>
    <w:p>
      <w:r>
        <w:rPr>
          <w:b/>
        </w:rPr>
        <w:t xml:space="preserve">[16:52] </w:t>
      </w:r>
      <w:r>
        <w:t>is ke ajaib kabhi khatm nahi honge. to Quran o hadith mein aisi baatein kahi gayi hain jo pehle khul na hon, ab khulti chali ja rahi hain.</w:t>
      </w:r>
    </w:p>
    <w:p>
      <w:pPr>
        <w:jc w:val="right"/>
      </w:pPr>
      <w:r>
        <w:t>اس کے عجائب کبھی ختم نہیں ہوں گے۔ تو قرآن و حدیث میں ایسی باتیں کہی گئی ہیں جو پہلے کھلی نہ ہوں، اب کھلتی چلی جا رہی ہوں۔</w:t>
      </w:r>
    </w:p>
    <w:p>
      <w:r>
        <w:rPr>
          <w:b/>
        </w:rPr>
        <w:t xml:space="preserve">[17:03] </w:t>
      </w:r>
      <w:r>
        <w:t>to ek hadith hai ke "ma ra'aytu mithla jannatin naam talibahu". aur lambi hadith hai, main kuch thora sa bata raha hoon aap ko.</w:t>
      </w:r>
    </w:p>
    <w:p>
      <w:pPr>
        <w:jc w:val="right"/>
      </w:pPr>
      <w:r>
        <w:t>تو ایک حدیث ہے کہ "ما رائے تو مثل جنت نام طالبہ"۔ اور لمبی حدیث ہے، میں کچھ تھوڑا سا بتا رہا ہوں آپ کو۔</w:t>
      </w:r>
    </w:p>
    <w:p>
      <w:r>
        <w:rPr>
          <w:b/>
        </w:rPr>
        <w:t xml:space="preserve">[17:17] </w:t>
      </w:r>
      <w:r>
        <w:t>"ma ra'aytu mithla jannatin naam talibahu". yeh maine nahi dekha ke yeh is anokhe, yani bohat is ka transfer bohat mushkil hai.</w:t>
      </w:r>
    </w:p>
    <w:p>
      <w:pPr>
        <w:jc w:val="right"/>
      </w:pPr>
      <w:r>
        <w:t>"ما رائے تو مثل جنت نام طالبہ"۔ یہ میں نے نہیں دیکھا کہ یہ اس انوکھے، یعنی بہت اس کا ٹرانسفر بہت مشکل ہے۔</w:t>
      </w:r>
    </w:p>
    <w:p>
      <w:r>
        <w:rPr>
          <w:b/>
        </w:rPr>
        <w:t xml:space="preserve">[17:32] </w:t>
      </w:r>
      <w:r>
        <w:t>yeh bohat ek khaas usloob hai arabi zaban ka. to "ma ra'aytu mithla jannatin naam talibahu", yani insan jo hai, wo jannat ka talib is ko hona chahiye, lekin wo so raha hai.</w:t>
      </w:r>
    </w:p>
    <w:p>
      <w:pPr>
        <w:jc w:val="right"/>
      </w:pPr>
      <w:r>
        <w:t>یہ بہت ایک خاص اسلوب ہے عربی زبان کا۔ تو "ما رائے تو مثل جنت نام طالبہ"، یعنی انسان جو ہے، وہ جنت کا طالب اس کو ہونا چاہیے، لیکن وہ سو رہا ہے۔</w:t>
      </w:r>
    </w:p>
    <w:p>
      <w:r>
        <w:rPr>
          <w:b/>
        </w:rPr>
        <w:t xml:space="preserve">[17:46] </w:t>
      </w:r>
      <w:r>
        <w:t>wo "ma ra'aytu mithla jannatin naam talibahu" ke is ko talib banna chahiye tha, wo so raha hai.</w:t>
      </w:r>
    </w:p>
    <w:p>
      <w:pPr>
        <w:jc w:val="right"/>
      </w:pPr>
      <w:r>
        <w:t>وہ "ما رائے تو مثل جنت نام طالبہ" کہ اس کو طالب بننا چاہیے تھا، وہ سو رہا ہے۔</w:t>
      </w:r>
    </w:p>
    <w:p>
      <w:r>
        <w:rPr>
          <w:b/>
        </w:rPr>
        <w:t xml:space="preserve">[17:58] </w:t>
      </w:r>
      <w:r>
        <w:t>is ka matlab kya hai? yani Khuda ne banaya insan ko bilkul jannat ke hisab se banaya.</w:t>
      </w:r>
    </w:p>
    <w:p>
      <w:pPr>
        <w:jc w:val="right"/>
      </w:pPr>
      <w:r>
        <w:t>اس کا مطلب کیا ہے؟ یعنی خدا نے بنایا انسان کو بالکل جنت کے حساب سے بنایا۔</w:t>
      </w:r>
    </w:p>
    <w:p>
      <w:r>
        <w:rPr>
          <w:b/>
        </w:rPr>
        <w:t xml:space="preserve">[18:13] </w:t>
      </w:r>
      <w:r>
        <w:t>yeh jannat insan hi ke liye jannat banayi, aur isi se aadmi ghafil pada hua hai, isi se ghafil pada hua hai.</w:t>
      </w:r>
    </w:p>
    <w:p>
      <w:pPr>
        <w:jc w:val="right"/>
      </w:pPr>
      <w:r>
        <w:t>یہ جنت انسان ہی کے لیے جنت بنائی، اور اسی سے آدمی غافل پڑا ہوا ہے، اسی سے غافل پڑا ہوا ہے۔</w:t>
      </w:r>
    </w:p>
    <w:p>
      <w:r>
        <w:rPr>
          <w:b/>
        </w:rPr>
        <w:t xml:space="preserve">[18:31] </w:t>
      </w:r>
      <w:r>
        <w:t>wo kaise? aap dekhiye</w:t>
      </w:r>
    </w:p>
    <w:p>
      <w:pPr>
        <w:jc w:val="right"/>
      </w:pPr>
      <w:r>
        <w:t>وہ کیسے؟ آپ دیکھیے</w:t>
      </w:r>
    </w:p>
    <w:p>
      <w:r>
        <w:rPr>
          <w:b/>
        </w:rPr>
        <w:t xml:space="preserve">[18:38] </w:t>
      </w:r>
      <w:r>
        <w:t>ke is duniya mein, dekhiye, aap har aadmi ka ehsas hai ke meri jo need thi, wo to poori ho rahi hai. need, meri desire poori nahi ho rahi hain.</w:t>
      </w:r>
    </w:p>
    <w:p>
      <w:pPr>
        <w:jc w:val="right"/>
      </w:pPr>
      <w:r>
        <w:t>کہ اس دنیا میں، دیکھیے، آپ ہر آدمی کا احساس ہے کہ میری جو نیڈ تھی، وہ تو پوری ہو رہی ہے۔ نیڈ، میری ڈیزائر پوری نہیں ہو رہی ہیں۔</w:t>
      </w:r>
    </w:p>
    <w:p>
      <w:r>
        <w:rPr>
          <w:b/>
        </w:rPr>
        <w:t xml:space="preserve">[18:52] </w:t>
      </w:r>
      <w:r>
        <w:t>koi bare se bara koi paise wala aadmi ho, koi power wala aadmi ho, koi bhi, kisi se bhi aap miliye, har aadmi ka ehsas aap payenge ke us ki jo basic need hai, wo to nature de rahi hai us ko,</w:t>
      </w:r>
    </w:p>
    <w:p>
      <w:pPr>
        <w:jc w:val="right"/>
      </w:pPr>
      <w:r>
        <w:t>کوئی بڑے سے بڑا کوئی پیسے والا آدمی ہو، کوئی پاور والا آدمی ہو، کوئی بھی، کسی سے بھی آپ ملیے، ہر آدمی کا احساس آپ پائیں گے کہ اس کی جو بیسک نیڈ ہے، وہ تو نیچر دے رہی ہے اس کو،</w:t>
      </w:r>
    </w:p>
    <w:p>
      <w:r>
        <w:rPr>
          <w:b/>
        </w:rPr>
        <w:t xml:space="preserve">[19:09] </w:t>
      </w:r>
      <w:r>
        <w:t>lekin us ki jo desire hai, wo poori nahi ho rahi hai. desire kya hai? har cheez us ko ideal satah par chahiye.</w:t>
      </w:r>
    </w:p>
    <w:p>
      <w:pPr>
        <w:jc w:val="right"/>
      </w:pPr>
      <w:r>
        <w:t>لیکن اس کی جو ڈیزائر ہے، وہ پوری نہیں ہو رہی ہے۔ ڈیزائر کیا ہے؟ ہر چیز اس کو آئیڈیل سطح پر چاہیے۔</w:t>
      </w:r>
    </w:p>
    <w:p>
      <w:r>
        <w:rPr>
          <w:b/>
        </w:rPr>
        <w:t xml:space="preserve">[19:20] </w:t>
      </w:r>
      <w:r>
        <w:t>maslan yeh pani hai, is pani ko jab main peeta hoon to mujhe yaad aata hai wo pani jo maine ek bar piya tha Kashmir mein, ek</w:t>
      </w:r>
    </w:p>
    <w:p>
      <w:pPr>
        <w:jc w:val="right"/>
      </w:pPr>
      <w:r>
        <w:t>مثلاً یہ پانی ہے، اس پانی کو جب میں پیتا ہوں تو مجھے یاد آتا ہے وہ پانی جو میں نے ایک بار پیا تھا کشمیر میں، ایک</w:t>
      </w:r>
    </w:p>
    <w:p>
      <w:r>
        <w:rPr>
          <w:b/>
        </w:rPr>
        <w:t xml:space="preserve">[19:34] </w:t>
      </w:r>
      <w:r>
        <w:t>ek wadi mein, wo pani chala raha tha direct pahad se. wo itna acha tha, best yani drink tha, wo is pani mein is ke muqable mein kuch bhi nahi.</w:t>
      </w:r>
    </w:p>
    <w:p>
      <w:pPr>
        <w:jc w:val="right"/>
      </w:pPr>
      <w:r>
        <w:t>ایک وادی میں، وہ پانی چلا رہا تھا ڈائریکٹ پہاڑ سے۔ وہ اتنا اچھا تھا، بیسٹ یعنی ڈرنک تھا، وہ اس پانی میں اس کے مقابلے میں کچھ بھی نہیں۔</w:t>
      </w:r>
    </w:p>
    <w:p>
      <w:r>
        <w:rPr>
          <w:b/>
        </w:rPr>
        <w:t xml:space="preserve">[19:52] </w:t>
      </w:r>
      <w:r>
        <w:t>to is se bhi acha pani ho sakta hai. aise hi jo Switzerland mein ek martaba wahan jo pahad par hum gaye, wahan jo hawa thi, jo free air, is mein saans lete hue itna acha lagta tha.</w:t>
      </w:r>
    </w:p>
    <w:p>
      <w:pPr>
        <w:jc w:val="right"/>
      </w:pPr>
      <w:r>
        <w:t>تو اس سے بھی اچھا پانی ہو سکتا ہے۔ ایسے ہی جو سویٹزرلینڈ میں ایک مرتبہ وہاں جو پہاڑ پر ہم گئے، وہاں جو ہوا تھی، جو فری ایئر، اس میں سانس لیتے ہوئے اتنا اچھا لگتا تھا۔</w:t>
      </w:r>
    </w:p>
    <w:p>
      <w:r>
        <w:rPr>
          <w:b/>
        </w:rPr>
        <w:t xml:space="preserve">[20:08] </w:t>
      </w:r>
      <w:r>
        <w:t>yahan, yahan wo hawa mayassar nahi. yeh insan chahta hai har cheez ko ideal, ideal world chahta hai, perfect world chahta hai, lekin is ko rehna padta hai imperfect world mein, less than ideal mein rehna padta hai.</w:t>
      </w:r>
    </w:p>
    <w:p>
      <w:pPr>
        <w:jc w:val="right"/>
      </w:pPr>
      <w:r>
        <w:t>یہاں، یہاں وہ ہوا میسر نہیں۔ یہ انسان چاہتا ہے ہر چیز کو آئیڈیل، آئیڈیل ورلڈ چاہتا ہے، پرفیکٹ ورلڈ چاہتا ہے، لیکن اس کو رہنا پڑتا ہے امپرفیکٹ ورلڈ میں، لیس دین آئیڈیل میں رہنا پڑتا ہے۔</w:t>
      </w:r>
    </w:p>
    <w:p>
      <w:r>
        <w:rPr>
          <w:b/>
        </w:rPr>
        <w:t xml:space="preserve">[20:28] </w:t>
      </w:r>
      <w:r>
        <w:t>to need to poori ho rahi hai, nature aap ki need to supply kar rahi hai, lekin aap ki desire nahi poori kar rahi.</w:t>
      </w:r>
    </w:p>
    <w:p>
      <w:pPr>
        <w:jc w:val="right"/>
      </w:pPr>
      <w:r>
        <w:t>تو نیڈ تو پوری ہو رہی ہے، نیچر آپ کی نیڈ تو سپلائی کر رہی ہے، لیکن آپ کی ڈیزائر نہیں پوری کر رہی۔</w:t>
      </w:r>
    </w:p>
    <w:p>
      <w:r>
        <w:rPr>
          <w:b/>
        </w:rPr>
        <w:t xml:space="preserve">[20:39] </w:t>
      </w:r>
      <w:r>
        <w:t>aap chahte hain, dekhiye, sirf itni hi baat nahi hai ke pani aur hawa aur khana waghera. aap chahte hain ke</w:t>
      </w:r>
    </w:p>
    <w:p>
      <w:pPr>
        <w:jc w:val="right"/>
      </w:pPr>
      <w:r>
        <w:t>آپ چاہتے ہیں، دیکھیے، صرف اتنی ہی بات نہیں ہے کہ پانی اور ہوا اور کھانا وغیرہ۔ آپ چاہتے ہیں کہ</w:t>
      </w:r>
    </w:p>
    <w:p>
      <w:r>
        <w:rPr>
          <w:b/>
        </w:rPr>
        <w:t xml:space="preserve">[20:50] </w:t>
      </w:r>
      <w:r>
        <w:t>hamesha aap healthy rahen, tandrust rahen, magar aap nahi nahi reh paate. aap chahte hain ke aap ko koi accident na ho, ke phir bhi accident hota hai.</w:t>
      </w:r>
    </w:p>
    <w:p>
      <w:pPr>
        <w:jc w:val="right"/>
      </w:pPr>
      <w:r>
        <w:t>ہمیشہ آپ ہیلدی رہیں، تندرست رہیں، مگر آپ نہیں نہیں رہ پاتے۔ آپ چاہتے ہیں کہ آپ کو کوئی ایکسیڈنٹ نہ ہو، کہ پھر بھی ایکسیڈنٹ ہوتا ہے۔</w:t>
      </w:r>
    </w:p>
    <w:p>
      <w:r>
        <w:rPr>
          <w:b/>
        </w:rPr>
        <w:t xml:space="preserve">[21:01] </w:t>
      </w:r>
      <w:r>
        <w:t>aap chahte hain ke main boodha na hon, lekin aap phir bhi boodhe ho jaate hain. aap chahte hain ke main na maron, magar phir bhi aap mar jaate hain.</w:t>
      </w:r>
    </w:p>
    <w:p>
      <w:pPr>
        <w:jc w:val="right"/>
      </w:pPr>
      <w:r>
        <w:t>آپ چاہتے ہیں کہ میں بوڑھا نہ ہوں، لیکن آپ پھر بھی بوڑھے ہو جاتے ہیں۔ آپ چاہتے ہیں کہ میں نہ مروں، مگر پھر بھی آپ مر جاتے ہیں۔</w:t>
      </w:r>
    </w:p>
    <w:p>
      <w:r>
        <w:rPr>
          <w:b/>
        </w:rPr>
        <w:t xml:space="preserve">[21:11] </w:t>
      </w:r>
      <w:r>
        <w:t>to jis lihaaz se bhi dekhiye, insaan jo hai,</w:t>
      </w:r>
    </w:p>
    <w:p>
      <w:pPr>
        <w:jc w:val="right"/>
      </w:pPr>
      <w:r>
        <w:t>تو جس لحاظ سے بھی دیکھیے، انسان جو ہے،</w:t>
      </w:r>
    </w:p>
    <w:p>
      <w:r>
        <w:rPr>
          <w:b/>
        </w:rPr>
        <w:t xml:space="preserve">[21:18] </w:t>
      </w:r>
      <w:r>
        <w:t>jannat ka talib bana kar banaya gaya hai, lekin woh ghair jannat mein rehna padta hai is ko. to yeh dunya is liye thi ke aadmi jannat ko yaad kare, daude jannat ki taraf, yani woh dunya ke tajrube se woh jaane ke yahan meri taskeen nahi ho rahi hai.</w:t>
      </w:r>
    </w:p>
    <w:p>
      <w:pPr>
        <w:jc w:val="right"/>
      </w:pPr>
      <w:r>
        <w:t>جنت کا طالب بنا کر بنایا گیا ہے، لیکن وہ غیر جنت میں رہنا پڑتا ہے اس کو۔ تو یہ دنیا اس لیے تھی کہ آدمی جنت کو یاد کرے، دوڑے جنت کی طرف، یعنی وہ دنیا کے تجربے سے وہ جانے کہ یہاں میری تسکین نہیں ہو رہی ہے۔</w:t>
      </w:r>
    </w:p>
    <w:p>
      <w:r>
        <w:rPr>
          <w:b/>
        </w:rPr>
        <w:t xml:space="preserve">[21:41] </w:t>
      </w:r>
      <w:r>
        <w:t>to woh ek aur dunya jo hai, jo paighambaron ne batai hai, us ki taraf daudo. farrarullah!</w:t>
      </w:r>
    </w:p>
    <w:p>
      <w:pPr>
        <w:jc w:val="right"/>
      </w:pPr>
      <w:r>
        <w:t>تو وہ ایک اور دنیا جو ہے، جو پیغمبروں نے بتائی ہے، اس کی طرف دوڑو۔ ففر اللہ!</w:t>
      </w:r>
    </w:p>
    <w:p>
      <w:r>
        <w:rPr>
          <w:b/>
        </w:rPr>
        <w:t xml:space="preserve">[21:50] </w:t>
      </w:r>
      <w:r>
        <w:t>to main ek lafz mein kahunga ke hum ko jo hai dunya mein custom made physical world mila hai, woh hamari hasti ka aadha taqaza hai.</w:t>
      </w:r>
    </w:p>
    <w:p>
      <w:pPr>
        <w:jc w:val="right"/>
      </w:pPr>
      <w:r>
        <w:t>تو میں ایک لفظ میں کہوں گا کہ ہم کو جو ہے دنیا میں کسٹم میڈ فزیکل ورلڈ ملا ہے، وہ ہماری ہستی کا ادھا تقاضا ہے۔</w:t>
      </w:r>
    </w:p>
    <w:p>
      <w:r>
        <w:rPr>
          <w:b/>
        </w:rPr>
        <w:t xml:space="preserve">[22:05] </w:t>
      </w:r>
      <w:r>
        <w:t>custom made physical world, hum custom made spiritual world chahte hain. is ka aage to custom made yeh spiritual world yahan nahi milta, woh hai paradise mein, woh jannat mein.</w:t>
      </w:r>
    </w:p>
    <w:p>
      <w:pPr>
        <w:jc w:val="right"/>
      </w:pPr>
      <w:r>
        <w:t>کسٹم میڈ فزیکل ورلڈ، ہم کسٹم میڈ اسپریچول ورلڈ چاہتے ہیں۔ اس کا آگے تو کسٹم میڈ یہ سپریچول ورلڈ یہاں نہیں ملتا، وہ ہے پیراڈائز میں، وہ جنت میں۔</w:t>
      </w:r>
    </w:p>
    <w:p>
      <w:r>
        <w:rPr>
          <w:b/>
        </w:rPr>
        <w:t xml:space="preserve">[22:20] </w:t>
      </w:r>
      <w:r>
        <w:t>yani yeh Allah taala ne yahan aadha diya, aadha jannat mein rakh diya. yeh hai custom made physical world.</w:t>
      </w:r>
    </w:p>
    <w:p>
      <w:pPr>
        <w:jc w:val="right"/>
      </w:pPr>
      <w:r>
        <w:t>یعنی یہ اللہ تعالی نے یہاں ادھا دیا، ادھا جنت میں رکھ دیا۔ یہ ہے کسٹم میڈ فزیکل ورلڈ۔</w:t>
      </w:r>
    </w:p>
    <w:p>
      <w:r>
        <w:rPr>
          <w:b/>
        </w:rPr>
        <w:t xml:space="preserve">[22:30] </w:t>
      </w:r>
      <w:r>
        <w:t>to jannat jo hai, woh hai custom made spiritual world.</w:t>
      </w:r>
    </w:p>
    <w:p>
      <w:pPr>
        <w:jc w:val="right"/>
      </w:pPr>
      <w:r>
        <w:t>تو جنت جو ہے، وہ ہے کسٹم میڈ اسپریچول ورلڈ۔</w:t>
      </w:r>
    </w:p>
    <w:p>
      <w:r>
        <w:rPr>
          <w:b/>
        </w:rPr>
        <w:t xml:space="preserve">[22:38] </w:t>
      </w:r>
      <w:r>
        <w:t>quran mein do lafzon mein yeh poori baat keh di gayi hai.</w:t>
      </w:r>
    </w:p>
    <w:p>
      <w:pPr>
        <w:jc w:val="right"/>
      </w:pPr>
      <w:r>
        <w:t>قرآن میں دو لفظوں میں یہ پوری بات کہہ دی گئی ہے۔</w:t>
      </w:r>
    </w:p>
    <w:p>
      <w:r>
        <w:rPr>
          <w:b/>
        </w:rPr>
        <w:t xml:space="preserve">[22:45] </w:t>
      </w:r>
      <w:r>
        <w:t>yeh dunya ke bare mein yeh ayat hai quran majeed mein ke "wa atakum min kulli ma saaltumuh".</w:t>
      </w:r>
    </w:p>
    <w:p>
      <w:pPr>
        <w:jc w:val="right"/>
      </w:pPr>
      <w:r>
        <w:t>یہ دنیا کے بارے میں یہ آیت ہے قرآن مجید میں کہ "واتاکم من کل ما سالتمو"۔</w:t>
      </w:r>
    </w:p>
    <w:p>
      <w:r>
        <w:rPr>
          <w:b/>
        </w:rPr>
        <w:t xml:space="preserve">[22:57] </w:t>
      </w:r>
      <w:r>
        <w:t>"wa atakum min kulli ma saaltumuh" yani is dunya mein har woh cheez hum ne de di jis ka tum ne sawal kiya. yani need based hai yeh dunya, har need, har zaroorat ka saman yahan maujood hai.</w:t>
      </w:r>
    </w:p>
    <w:p>
      <w:pPr>
        <w:jc w:val="right"/>
      </w:pPr>
      <w:r>
        <w:t>"واتاکم من کل ما سالتمو" یعنی اس دنیا میں ہر وہ چیز ہم نے دے دی جس کا تم نے سوال کیا۔ یعنی نیڈ بیسڈ ہے یہ دنیا، ہر نیڈ، ہر ضرورت کا سامان یہاں موجود ہے۔</w:t>
      </w:r>
    </w:p>
    <w:p>
      <w:r>
        <w:rPr>
          <w:b/>
        </w:rPr>
        <w:t xml:space="preserve">[23:12] </w:t>
      </w:r>
      <w:r>
        <w:t>koi need aisi nahi hai jis ka saman yahan maujood na ho. aur jannat ke bare mein farmaya "wa lakum fiha ma tashtahoon"</w:t>
      </w:r>
    </w:p>
    <w:p>
      <w:pPr>
        <w:jc w:val="right"/>
      </w:pPr>
      <w:r>
        <w:t>کوئی نیڈ ایسی نہیں ہے جس کا سامان یہاں موجود نہ ہو۔ اور جنت کے بارے میں فرمایا "ولکم یا ما تشتیرفسکم"</w:t>
      </w:r>
    </w:p>
    <w:p>
      <w:r>
        <w:rPr>
          <w:b/>
        </w:rPr>
        <w:t xml:space="preserve">[23:25] </w:t>
      </w:r>
      <w:r>
        <w:t>jo tumhari khwahish hai, woh sab wahan poori hogi. jo tumhari desire hai, sab wahan poora hoga. to jannat jo hai, woh sari desire ka fulfillment hai wahan par.</w:t>
      </w:r>
    </w:p>
    <w:p>
      <w:pPr>
        <w:jc w:val="right"/>
      </w:pPr>
      <w:r>
        <w:t>جو تمہاری خواہش ہے، وہ سب وہاں پوری ہوگی۔ جو تمہاری ڈیزائر ہے، سب وہاں پورا ہوگا۔ تو جنت جو ہے، وہ ساری ڈیزائر کا فلفلمنٹ ہے وہاں پر۔</w:t>
      </w:r>
    </w:p>
    <w:p>
      <w:r>
        <w:rPr>
          <w:b/>
        </w:rPr>
        <w:t xml:space="preserve">[23:38] </w:t>
      </w:r>
      <w:r>
        <w:t>aur yeh dunya jo hai, sirf zarooraton ko de diya gaya hum jeene ke liye, jee saken hum.</w:t>
      </w:r>
    </w:p>
    <w:p>
      <w:pPr>
        <w:jc w:val="right"/>
      </w:pPr>
      <w:r>
        <w:t>اور یہ دنیا جو ہے، صرف ضرورتوں کو دے دیا گیا ہم جینے کے لیے، جی سکیں ہم۔</w:t>
      </w:r>
    </w:p>
    <w:p>
      <w:r>
        <w:rPr>
          <w:b/>
        </w:rPr>
        <w:t xml:space="preserve">[23:48] </w:t>
      </w:r>
      <w:r>
        <w:t>to goya ke yeh dunya custom made physical world hai aur jannat custom made spiritual world hai.</w:t>
      </w:r>
    </w:p>
    <w:p>
      <w:pPr>
        <w:jc w:val="right"/>
      </w:pPr>
      <w:r>
        <w:t>تو گویا کہ یہ دنیا کسٹم میڈ فزیکل ورلڈ ہے اور جنت کسٹم میڈ اسپریچول ورلڈ ہے۔</w:t>
      </w:r>
    </w:p>
    <w:p>
      <w:r>
        <w:rPr>
          <w:b/>
        </w:rPr>
        <w:t xml:space="preserve">[24:01] </w:t>
      </w:r>
      <w:r>
        <w:t>to insaan jab is dunya mein paida hota hai aur woh dunya mein daakhil hota hai, dunya mein to us ko ek tazad ka tajruba hota hai, ek contradiction ka ke main apne apne wajood ke aitbaar se, apni hasti ke aitbaar se ek idealist hon.</w:t>
      </w:r>
    </w:p>
    <w:p>
      <w:pPr>
        <w:jc w:val="right"/>
      </w:pPr>
      <w:r>
        <w:t>تو انسان جب اس دنیا میں پیدا ہوتا ہے اور وہ دنیا میں داخل ہوتا ہے، دنیا میں تو اس کو ایک تضاد کا تجربہ ہوتا ہے، ایک ایک کنٹراڈکشن کا کہ میں اپنے اپنے وجود کے اعتبار سے، اپنی ہستی کے اعتبار سے ایک آئیڈیلسٹ ہوں۔</w:t>
      </w:r>
    </w:p>
    <w:p>
      <w:r>
        <w:rPr>
          <w:b/>
        </w:rPr>
        <w:t xml:space="preserve">[24:25] </w:t>
      </w:r>
      <w:r>
        <w:t>har aadmi idealist hai, har aadmi perfect cheez chahta hai, ideal cheez chahta hai. lekin jo milti hai mujhe, woh less than ideal hoti hai, woh imperfect hoti hai.</w:t>
      </w:r>
    </w:p>
    <w:p>
      <w:pPr>
        <w:jc w:val="right"/>
      </w:pPr>
      <w:r>
        <w:t>ہر آدمی آئیڈیلسٹ ہے، ہر آدمی پرفیکٹ چیز چاہتا ہے، آئیڈیل چیز چاہتا ہے۔ لیکن جو ملتی ہے مجھے، وہ لیس دین آئیڈیل ہوتی ہے، وہ امپرفیکٹ ہوتی ہے۔</w:t>
      </w:r>
    </w:p>
    <w:p>
      <w:r>
        <w:rPr>
          <w:b/>
        </w:rPr>
        <w:t xml:space="preserve">[24:36] </w:t>
      </w:r>
      <w:r>
        <w:t>to ek perfect insaan ko daal diya hai kahan? imperfect world mein. ek idealist ko daal diya hai kahan? jahan har cheez less than ideal hai.</w:t>
      </w:r>
    </w:p>
    <w:p>
      <w:pPr>
        <w:jc w:val="right"/>
      </w:pPr>
      <w:r>
        <w:t>تو ایک پرفیکٹ انسان کو ڈال دیا ہے کہاں؟ امپرفیکٹ ورلڈ میں۔ ایک آئیڈیلسٹ کو ڈال دیا ہے کہاں؟ جہاں ہر چیز لیس دین آئیڈیل ہے۔</w:t>
      </w:r>
    </w:p>
    <w:p>
      <w:r>
        <w:rPr>
          <w:b/>
        </w:rPr>
        <w:t xml:space="preserve">[24:47] </w:t>
      </w:r>
      <w:r>
        <w:t>yeh hai contradiction. is ko jab daryaft kar le aadmi, tab woh talib jannat ban jayega. to "ma ra'aytu ka mithl jannat nam talibah" ka matlab yeh hai ke insaan ko Khuda ne dimaagh diya,</w:t>
      </w:r>
    </w:p>
    <w:p>
      <w:pPr>
        <w:jc w:val="right"/>
      </w:pPr>
      <w:r>
        <w:t>یہ ہے کنٹراڈکشن۔ اس کو جب دریافت کر لے آدمی، تب وہ طالب جنت بن جائے گا۔ تو "ما رائے تو مثل جنت نام طالبہ" کا مطلب یہ ہے کہ انسان کو خدا نے دماغ دیا،</w:t>
      </w:r>
    </w:p>
    <w:p>
      <w:r>
        <w:rPr>
          <w:b/>
        </w:rPr>
        <w:t xml:space="preserve">[25:03] </w:t>
      </w:r>
      <w:r>
        <w:t>sochne ki taqat di. soch kar woh daryaft kar sakta tha ke main</w:t>
      </w:r>
    </w:p>
    <w:p>
      <w:pPr>
        <w:jc w:val="right"/>
      </w:pPr>
      <w:r>
        <w:t>سوچنے کی طاقت دی۔ سوچ کر وہ دریافت کر سکتا تھا کہ میں</w:t>
      </w:r>
    </w:p>
    <w:p>
      <w:r>
        <w:rPr>
          <w:b/>
        </w:rPr>
        <w:t xml:space="preserve">[25:12] </w:t>
      </w:r>
      <w:r>
        <w:t>apni fitrat ke aitbaar se, apni paidaish ke aitbaar se idealist hon, perfectionist hon. lekin jo dunya mein rehna pad raha hai mujhe, woh less than ideal hai, woh imperfect hai.</w:t>
      </w:r>
    </w:p>
    <w:p>
      <w:pPr>
        <w:jc w:val="right"/>
      </w:pPr>
      <w:r>
        <w:t>اپنی فطرت کے اعتبار سے، اپنی پیدائش کے اعتبار سے آئیڈیلسٹ ہوں، پرفیکشنسٹ ہوں۔ لیکن جو دنیا میں رہنا پڑ رہا ہے مجھے، وہ لیس دین آئیڈیل ہے، وہ امپرفیکٹ ہے۔</w:t>
      </w:r>
    </w:p>
    <w:p>
      <w:r>
        <w:rPr>
          <w:b/>
        </w:rPr>
        <w:t xml:space="preserve">[25:26] </w:t>
      </w:r>
      <w:r>
        <w:t>to phir woh kahan hai? ke woh dunya kahan hai jahan mujhe fulfillment mile?</w:t>
      </w:r>
    </w:p>
    <w:p>
      <w:pPr>
        <w:jc w:val="right"/>
      </w:pPr>
      <w:r>
        <w:t>تو پھر وہ کہاں ہے؟ کہ وہ دنیا کہاں ہے جہاں مجھے فلفلمنٹ ملے؟</w:t>
      </w:r>
    </w:p>
    <w:p>
      <w:r>
        <w:rPr>
          <w:b/>
        </w:rPr>
        <w:t xml:space="preserve">[25:34] </w:t>
      </w:r>
      <w:r>
        <w:t>yeh jahan yeh tzad khatm ho jaye, jahan yeh contradiction khatm ho jaye? Yani perfect insan ko perfect world mil jaye, idealist insan ko ideal world mil jaye, woh kahan hai?</w:t>
      </w:r>
    </w:p>
    <w:p>
      <w:pPr>
        <w:jc w:val="right"/>
      </w:pPr>
      <w:r>
        <w:t>یہ جہاں یہ تضاد ختم ہو جائے، جہاں یہ کنٹراڈکشن ختم ہو جائے؟ یعنی پرفیکٹ انسان کو پرفیکٹ ورلڈ مل جائے، آئیڈیلسٹ انسان کو آئیڈیل ورلڈ مل جائے، وہ کہاں ہے؟</w:t>
      </w:r>
    </w:p>
    <w:p>
      <w:r>
        <w:rPr>
          <w:b/>
        </w:rPr>
        <w:t xml:space="preserve">[25:46] </w:t>
      </w:r>
      <w:r>
        <w:t>to woh jannat hai. To jab yeh discover karega aadmi to bilkul talib jannat ban jaye ga. Woh</w:t>
      </w:r>
    </w:p>
    <w:p>
      <w:pPr>
        <w:jc w:val="right"/>
      </w:pPr>
      <w:r>
        <w:t>تو وہ جنت ہے۔ تو جب یہ ڈسکور کرے گا آدمی تو بالکل طالب جنت بن جائے گا۔ وہ</w:t>
      </w:r>
    </w:p>
    <w:p>
      <w:r>
        <w:rPr>
          <w:b/>
        </w:rPr>
        <w:t xml:space="preserve">[26:01] </w:t>
      </w:r>
      <w:r>
        <w:t>yeh matlab hai is hadith ka aur yeh matlab hai is is research ka.</w:t>
      </w:r>
    </w:p>
    <w:p>
      <w:pPr>
        <w:jc w:val="right"/>
      </w:pPr>
      <w:r>
        <w:t>یہ مطلب ہے اس حدیث کا اور یہ مطلب ہے اس اس ریسرچ کا۔</w:t>
      </w:r>
    </w:p>
    <w:p>
      <w:r>
        <w:rPr>
          <w:b/>
        </w:rPr>
        <w:t xml:space="preserve">[26:11] </w:t>
      </w:r>
      <w:r>
        <w:t>yeh hai woh baatein jo aap soch kar jante hain. Thinking process jab chalte hain aap ke andar, tab yeh baatein aap ko daryaft hoti hain.</w:t>
      </w:r>
    </w:p>
    <w:p>
      <w:pPr>
        <w:jc w:val="right"/>
      </w:pPr>
      <w:r>
        <w:t>یہ ہے وہ باتیں جو آپ سوچ کر جانتے ہیں۔ تھنکنگ پروسیس جب چلتے ہیں آپ کے اندر، تب یہ باتیں آپ کو دریافت ہوتی ہیں۔</w:t>
      </w:r>
    </w:p>
    <w:p>
      <w:r>
        <w:rPr>
          <w:b/>
        </w:rPr>
        <w:t xml:space="preserve">[26:22] </w:t>
      </w:r>
      <w:r>
        <w:t>Yani jis ko kehte hain tazakkur, tafakkur, tabassum, tadabbur, is se sab baatein maloom hoti hain. Tab ja kar aap talib jannat bante hain, nahi to aap be khabar rehte hain,</w:t>
      </w:r>
    </w:p>
    <w:p>
      <w:pPr>
        <w:jc w:val="right"/>
      </w:pPr>
      <w:r>
        <w:t>یعنی جس کو کہتے ہیں تذکر، تفکر، تبسم، تدبر، اس سے سب باتیں معلوم ہوتی ہیں۔ تب جا کر آپ طالب جنت بنتے ہیں، نہیں تو آپ بے خبر رہتے ہیں،</w:t>
      </w:r>
    </w:p>
    <w:p>
      <w:r>
        <w:rPr>
          <w:b/>
        </w:rPr>
        <w:t xml:space="preserve">[26:36] </w:t>
      </w:r>
      <w:r>
        <w:t>nahi to aap be khabar rehte hain.</w:t>
      </w:r>
    </w:p>
    <w:p>
      <w:pPr>
        <w:jc w:val="right"/>
      </w:pPr>
      <w:r>
        <w:t>نہیں تو آپ بے خبر رہتے ہیں۔</w:t>
      </w:r>
    </w:p>
    <w:p>
      <w:r>
        <w:rPr>
          <w:b/>
        </w:rPr>
        <w:t xml:space="preserve">[26:41] </w:t>
      </w:r>
      <w:r>
        <w:t>To yeh dunya sach pooche to isi liye banai gayi ke aadmi talib jannat ban sake,</w:t>
      </w:r>
    </w:p>
    <w:p>
      <w:pPr>
        <w:jc w:val="right"/>
      </w:pPr>
      <w:r>
        <w:t>تو یہ دنیا سچ پوچھے تو اسی لیے بنائی گئی کہ آدمی طالب جنت بن سکے،</w:t>
      </w:r>
    </w:p>
    <w:p>
      <w:r>
        <w:rPr>
          <w:b/>
        </w:rPr>
        <w:t xml:space="preserve">[26:49] </w:t>
      </w:r>
      <w:r>
        <w:t>talib jannat ban sake.</w:t>
      </w:r>
    </w:p>
    <w:p>
      <w:pPr>
        <w:jc w:val="right"/>
      </w:pPr>
      <w:r>
        <w:t>طالب جنت بن سکے۔</w:t>
      </w:r>
    </w:p>
    <w:p>
      <w:r>
        <w:rPr>
          <w:b/>
        </w:rPr>
        <w:t xml:space="preserve">[26:55] </w:t>
      </w:r>
      <w:r>
        <w:t>Aaj subah mein yeh sab baatein soch raha tha. Jab yahan aana hota hai to pehle sochta hoon ke yeh sab baatein soch raha tha.</w:t>
      </w:r>
    </w:p>
    <w:p>
      <w:pPr>
        <w:jc w:val="right"/>
      </w:pPr>
      <w:r>
        <w:t>آج صبح میں یہ سب باتیں سوچ رہا تھا۔ جب یہاں آنا ہوتا ہے تو پہلے سوچتا ہوں کہ یہ سب باتیں سوچ رہا تھا۔</w:t>
      </w:r>
    </w:p>
    <w:p>
      <w:r>
        <w:rPr>
          <w:b/>
        </w:rPr>
        <w:t xml:space="preserve">[27:04] </w:t>
      </w:r>
      <w:r>
        <w:t>To sochte sochte ek ajeeb halat meri ho gayi, ajeeb halat meri ho gayi.</w:t>
      </w:r>
    </w:p>
    <w:p>
      <w:pPr>
        <w:jc w:val="right"/>
      </w:pPr>
      <w:r>
        <w:t>تو سوچتے سوچتے ایک عجیب حالت میری ہو گئی، عجیب حالت میری ہو گئی۔</w:t>
      </w:r>
    </w:p>
    <w:p>
      <w:r>
        <w:rPr>
          <w:b/>
        </w:rPr>
        <w:t xml:space="preserve">[27:13] </w:t>
      </w:r>
      <w:r>
        <w:t>Mujhe ek qissa yaad aya. Ek aadmi ne ek company banai, us ko ek manager ki zaroorat thi, manager.</w:t>
      </w:r>
    </w:p>
    <w:p>
      <w:pPr>
        <w:jc w:val="right"/>
      </w:pPr>
      <w:r>
        <w:t>مجھے ایک قصہ یاد آیا۔ ایک آدمی نے ایک کمپنی بنائی، اس کو ایک مینیجر کی ضرورت تھی، مینیجر۔</w:t>
      </w:r>
    </w:p>
    <w:p>
      <w:r>
        <w:rPr>
          <w:b/>
        </w:rPr>
        <w:t xml:space="preserve">[27:24] </w:t>
      </w:r>
      <w:r>
        <w:t>To ek aadmi jis ka tajurba tha, jo qualified tha, us kaam ko janta tha, woh us ke haan gaya. To kisi wajah se us aadmi ne us ko, us malik jo tha, malik ne us aadmi ko nahi liya.</w:t>
      </w:r>
    </w:p>
    <w:p>
      <w:pPr>
        <w:jc w:val="right"/>
      </w:pPr>
      <w:r>
        <w:t>تو ایک آدمی جس کا تجربہ تھا، جو کوالیفائیڈ تھا، اس کام کو جانتا تھا، وہ اس کے ہاں گیا۔ تو کسی وجہ سے اس آدمی نے اس کو، اس مالک جو تھا، مالک نے اس آدمی کو نہیں لیا۔</w:t>
      </w:r>
    </w:p>
    <w:p>
      <w:r>
        <w:rPr>
          <w:b/>
        </w:rPr>
        <w:t xml:space="preserve">[27:43] </w:t>
      </w:r>
      <w:r>
        <w:t>To utha, us ne kaha ke</w:t>
      </w:r>
    </w:p>
    <w:p>
      <w:pPr>
        <w:jc w:val="right"/>
      </w:pPr>
      <w:r>
        <w:t>تو اٹھا، اس نے کہا کہ</w:t>
      </w:r>
    </w:p>
    <w:p>
      <w:r>
        <w:rPr>
          <w:b/>
        </w:rPr>
        <w:t xml:space="preserve">[27:48] </w:t>
      </w:r>
      <w:r>
        <w:t>mein hi to aap ke company ka manager banne ke liye competent hoon, aap mujhe kyun nahi le rahe hain? Aap mere siwa kis ko payenge?</w:t>
      </w:r>
    </w:p>
    <w:p>
      <w:pPr>
        <w:jc w:val="right"/>
      </w:pPr>
      <w:r>
        <w:t>میں ہی تو آپ کے کمپنی کا مینیجر بننے کے لیے کمپیٹنٹ ہوں، آپ مجھے کیوں نہیں لے رہے ہیں؟ آپ میرے سوا کس کو پائیں گے؟</w:t>
      </w:r>
    </w:p>
    <w:p>
      <w:r>
        <w:rPr>
          <w:b/>
        </w:rPr>
        <w:t xml:space="preserve">[27:57] </w:t>
      </w:r>
      <w:r>
        <w:t>Aap</w:t>
      </w:r>
    </w:p>
    <w:p>
      <w:pPr>
        <w:jc w:val="right"/>
      </w:pPr>
      <w:r>
        <w:t>آپ</w:t>
      </w:r>
    </w:p>
    <w:p>
      <w:r>
        <w:rPr>
          <w:b/>
        </w:rPr>
        <w:t xml:space="preserve">[28:01] </w:t>
      </w:r>
      <w:r>
        <w:t>kis ko payenge mere siwa? To yeh sab sochte hue achanak mere dil mein aya ke khuda ya, jo jannat banai hai aap ne, us ko to ek insan darkar hai.</w:t>
      </w:r>
    </w:p>
    <w:p>
      <w:pPr>
        <w:jc w:val="right"/>
      </w:pPr>
      <w:r>
        <w:t>کس کو پائیں گے میرے سوا؟ تو یہ سب سوچتے ہوئے اچانک میرے دل میں آیا کہ خدایا، جو جنت بنائی ہے آپ نے، اس کو تو ایک انسان درکار ہے۔</w:t>
      </w:r>
    </w:p>
    <w:p>
      <w:r>
        <w:rPr>
          <w:b/>
        </w:rPr>
        <w:t xml:space="preserve">[28:15] </w:t>
      </w:r>
      <w:r>
        <w:t>Woh jannat se enjoy na pahad kar sakte, na koi sitara ya koi sayara us ko enjoy kar sakta, na sher aur aur hathi us se enjoy kar sakte.</w:t>
      </w:r>
    </w:p>
    <w:p>
      <w:pPr>
        <w:jc w:val="right"/>
      </w:pPr>
      <w:r>
        <w:t>وہ جنت سے انجوائے نہ پہاڑ کر سکتے، نہ کوئی ستارہ یا کوئی سیارہ اس کو انجوائے کر سکتا، نہ شیر اور اور ہاتھی اس سے انجوائے کر سکتے۔</w:t>
      </w:r>
    </w:p>
    <w:p>
      <w:r>
        <w:rPr>
          <w:b/>
        </w:rPr>
        <w:t xml:space="preserve">[28:27] </w:t>
      </w:r>
      <w:r>
        <w:t>Insan hi enjoy kar sakta hai is se. Is in is is manzar ko dekhne ke liye insan ki aankh chahiye. In awazon ko jannat mein jo hongi, us ko sunne ke liye insan ke kaan chahiye.</w:t>
      </w:r>
    </w:p>
    <w:p>
      <w:pPr>
        <w:jc w:val="right"/>
      </w:pPr>
      <w:r>
        <w:t>انسان ہی انجوائے کر سکتا ہے اس سے۔ اس ان اس اس منظر کو دیکھنے کے لیے انسان کی آنکھ چاہیے۔ ان آوازوں کو جنت میں جو ہوں گی، اس کو سننے کے لیے انسان کے کان چاہیے۔</w:t>
      </w:r>
    </w:p>
    <w:p>
      <w:r>
        <w:rPr>
          <w:b/>
        </w:rPr>
        <w:t xml:space="preserve">[28:44] </w:t>
      </w:r>
      <w:r>
        <w:t>In in zaiqon ko lene ke liye insan ka jo insan ke andar jo taste buds hain, woh chahiye. Yahan tak ke wahan jo ghas hogi, woh chalne ke liye insan ke paon chahiye.</w:t>
      </w:r>
    </w:p>
    <w:p>
      <w:pPr>
        <w:jc w:val="right"/>
      </w:pPr>
      <w:r>
        <w:t>ان ان ذائقوں کو لینے کے لیے انسان کا جو انسان کے اندر جو ٹیسٹ بٹس ہیں، وہ چاہیے۔ یہاں تک کہ وہاں جو گھاس ہوگی، وہ چلنے کے لیے انسان کے پاؤں چاہیے۔</w:t>
      </w:r>
    </w:p>
    <w:p>
      <w:r>
        <w:rPr>
          <w:b/>
        </w:rPr>
        <w:t xml:space="preserve">[28:58] </w:t>
      </w:r>
      <w:r>
        <w:t>Wahan jo cheezein hongi, us ko chhoone ke liye insan ke hath chahiye.</w:t>
      </w:r>
    </w:p>
    <w:p>
      <w:pPr>
        <w:jc w:val="right"/>
      </w:pPr>
      <w:r>
        <w:t>وہاں جو چیزیں ہوں گی، اس کو چھونے کے لیے انسان کے ہاتھ چاہیے۔</w:t>
      </w:r>
    </w:p>
    <w:p>
      <w:r>
        <w:rPr>
          <w:b/>
        </w:rPr>
        <w:t xml:space="preserve">[29:08] </w:t>
      </w:r>
      <w:r>
        <w:t>To baaz auqat to aisa hota hai ke aadmi jab sochta hai to us ke munh se aisi aisi baatein nikal jati hain jo bazahir theek nahi maloom hoti. Lekin insani zaban mein koi aur lafz nahi hota.</w:t>
      </w:r>
    </w:p>
    <w:p>
      <w:pPr>
        <w:jc w:val="right"/>
      </w:pPr>
      <w:r>
        <w:t>تو بعض اوقات تو ایسا ہوتا ہے کہ آدمی جب سوچتا ہے تو اس کے منہ سے ایسی ایسی باتیں نکل جاتی ہیں جو بظاہر ٹھیک نہیں معلوم ہوتی۔ لیکن انسانی زبان میں کوئی اور لفظ نہیں ہوتا۔</w:t>
      </w:r>
    </w:p>
    <w:p>
      <w:r>
        <w:rPr>
          <w:b/>
        </w:rPr>
        <w:t xml:space="preserve">[29:24] </w:t>
      </w:r>
      <w:r>
        <w:t>Insani zaban mein koi aur lafz nahi hota khane ke liye.</w:t>
      </w:r>
    </w:p>
    <w:p>
      <w:pPr>
        <w:jc w:val="right"/>
      </w:pPr>
      <w:r>
        <w:t>انسانی زبان میں کوئی اور لفظ نہیں ہوتا کھانے کے لیے۔</w:t>
      </w:r>
    </w:p>
    <w:p>
      <w:r>
        <w:rPr>
          <w:b/>
        </w:rPr>
        <w:t xml:space="preserve">[29:30] </w:t>
      </w:r>
      <w:r>
        <w:t>To maine kaha ke khuda ya, is insan ko agar aap ne dakhil na kiya jannat mein to aap ki jannat to khali reh jayegi.</w:t>
      </w:r>
    </w:p>
    <w:p>
      <w:pPr>
        <w:jc w:val="right"/>
      </w:pPr>
      <w:r>
        <w:t>تو میں نے کہا کہ خدایا، اس انسان کو اگر آپ نے داخل نہ کیا جنت میں تو آپ کی جنت تو خالی رہ جائے گی۔</w:t>
      </w:r>
    </w:p>
    <w:p>
      <w:r>
        <w:rPr>
          <w:b/>
        </w:rPr>
        <w:t xml:space="preserve">[29:40] </w:t>
      </w:r>
      <w:r>
        <w:t>Kaun jannat ke manazir ko dekh kar mahzooz hoga? Kaun jannat ki awazon ko sun kar ke enjoy karega? Yeh yeh to insan hi hai, insan ke siwa kaun hua hai jis ke andar yeh sab salahiyat aap ne banai di hai?</w:t>
      </w:r>
    </w:p>
    <w:p>
      <w:pPr>
        <w:jc w:val="right"/>
      </w:pPr>
      <w:r>
        <w:t>کون جنت کے مناظر کو دیکھ کر محظوظ ہوگا؟ کون جنت کی آوازوں کو سن کر کے انجوائے کرے گا؟ یہ یہ تو انسان ہی ہے، انسان کے سوا کون ہوا ہے جس کے اندر یہ سب صلاحیت آپ نے بنائی دی ہے؟</w:t>
      </w:r>
    </w:p>
    <w:p>
      <w:r>
        <w:rPr>
          <w:b/>
        </w:rPr>
        <w:t xml:space="preserve">[30:01] </w:t>
      </w:r>
      <w:r>
        <w:t>To kuch aisa alfaaz nikal jaate hain. Khuda ya, be zaroorat hai agar jannat to aap ki zaroorat bhi hai ke aap insan ko jannat mein dakhil karein, is ajeez insan ko.</w:t>
      </w:r>
    </w:p>
    <w:p>
      <w:pPr>
        <w:jc w:val="right"/>
      </w:pPr>
      <w:r>
        <w:t>تو کچھ ایسا الفاظ نکل جاتے ہیں۔ خدایا، بے ضرورت ہے اگر جنت تو آپ کی ضرورت بھی ہے کہ آپ انسان کو جنت میں داخل کریں، اس عاجز انسان کو۔</w:t>
      </w:r>
    </w:p>
    <w:p>
      <w:r>
        <w:rPr>
          <w:b/>
        </w:rPr>
        <w:t xml:space="preserve">[30:17] </w:t>
      </w:r>
      <w:r>
        <w:t>warna jannat khali reh jaye gi.</w:t>
      </w:r>
    </w:p>
    <w:p>
      <w:pPr>
        <w:jc w:val="right"/>
      </w:pPr>
      <w:r>
        <w:t>ورنہ جنت خالی رہ جائے گی۔</w:t>
      </w:r>
    </w:p>
    <w:p>
      <w:r>
        <w:rPr>
          <w:b/>
        </w:rPr>
        <w:t xml:space="preserve">[30:24] </w:t>
      </w:r>
      <w:r>
        <w:t>to yeh hai talib jannat. ma raye to misl jannat naam taliba keh jannat jo hai, agar insan soche, insan agar jannat ko jane, apne aap ko jane,</w:t>
      </w:r>
    </w:p>
    <w:p>
      <w:pPr>
        <w:jc w:val="right"/>
      </w:pPr>
      <w:r>
        <w:t>تو یہ ہے طالب جنت۔ ما رائے تو مثل جنت نام طالبہ کہ جنت جو ہے، اگر انسان سوچے، انسان اگر جنت کو جانے، اپنے آپ کو جانے،</w:t>
      </w:r>
    </w:p>
    <w:p>
      <w:r>
        <w:rPr>
          <w:b/>
        </w:rPr>
        <w:t xml:space="preserve">[30:42] </w:t>
      </w:r>
      <w:r>
        <w:t>log apne aap se be khabar hain, is liye woh jannat se hi be khabar hain.</w:t>
      </w:r>
    </w:p>
    <w:p>
      <w:pPr>
        <w:jc w:val="right"/>
      </w:pPr>
      <w:r>
        <w:t>لوگ اپنے آپ سے بے خبر ہیں، اس لیے وہ جنت سے ہی بے خبر ہیں۔</w:t>
      </w:r>
    </w:p>
    <w:p>
      <w:r>
        <w:rPr>
          <w:b/>
        </w:rPr>
        <w:t xml:space="preserve">[30:51] </w:t>
      </w:r>
      <w:r>
        <w:t>mein samajhta hoon keh insan ne apne ko discover nahi kiya, is liye woh jannat ko bhi discover nahi kar saka.</w:t>
      </w:r>
    </w:p>
    <w:p>
      <w:pPr>
        <w:jc w:val="right"/>
      </w:pPr>
      <w:r>
        <w:t>میں سمجھتا ہوں کہ انسان نے اپنے کو ڈسکور نہیں کیا، اس لیے وہ جنت کو بھی ڈسکور نہیں کر سکا۔</w:t>
      </w:r>
    </w:p>
    <w:p>
      <w:r>
        <w:rPr>
          <w:b/>
        </w:rPr>
        <w:t xml:space="preserve">[31:03] </w:t>
      </w:r>
      <w:r>
        <w:t>agar sach much aadmi apne ko discover kar le aur jannat ko discover kar le to sar ta pa woh talib jannat hi ban jaye ga.</w:t>
      </w:r>
    </w:p>
    <w:p>
      <w:pPr>
        <w:jc w:val="right"/>
      </w:pPr>
      <w:r>
        <w:t>اگر سچ مچ آدمی اپنے کو ڈسکور کر لے اور جنت کو ڈسکور کر لے تو سر تپا وہ طالب جنت ہی بن جائے گا۔</w:t>
      </w:r>
    </w:p>
    <w:p>
      <w:r>
        <w:rPr>
          <w:b/>
        </w:rPr>
        <w:t xml:space="preserve">[31:19] </w:t>
      </w:r>
      <w:r>
        <w:t>woh is mehsoos kare ga keh jannat ke baghair mein kuch nahi aur jannat mere baghair kuch nahi.</w:t>
      </w:r>
    </w:p>
    <w:p>
      <w:pPr>
        <w:jc w:val="right"/>
      </w:pPr>
      <w:r>
        <w:t>وہ اس محسوس کرے گا کہ جنت کے بغیر میں کچھ نہیں اور جنت میرے بغیر کچھ نہیں۔</w:t>
      </w:r>
    </w:p>
    <w:p>
      <w:r>
        <w:rPr>
          <w:b/>
        </w:rPr>
        <w:t xml:space="preserve">[31:30] </w:t>
      </w:r>
      <w:r>
        <w:t>yeh kaisi anokhi daryaft hai?</w:t>
      </w:r>
    </w:p>
    <w:p>
      <w:pPr>
        <w:jc w:val="right"/>
      </w:pPr>
      <w:r>
        <w:t>یہ کیسی انوکھی دریافت ہے؟</w:t>
      </w:r>
    </w:p>
    <w:p>
      <w:r>
        <w:rPr>
          <w:b/>
        </w:rPr>
        <w:t xml:space="preserve">[31:37] </w:t>
      </w:r>
      <w:r>
        <w:t>yani mere baghair jannat bhi adhoori</w:t>
      </w:r>
    </w:p>
    <w:p>
      <w:pPr>
        <w:jc w:val="right"/>
      </w:pPr>
      <w:r>
        <w:t>یعنی میرے بغیر جنت بھی ادھوری</w:t>
      </w:r>
    </w:p>
    <w:p>
      <w:r>
        <w:rPr>
          <w:b/>
        </w:rPr>
        <w:t xml:space="preserve">[31:42] </w:t>
      </w:r>
      <w:r>
        <w:t>aur jannat ke baghair mein adhoora.</w:t>
      </w:r>
    </w:p>
    <w:p>
      <w:pPr>
        <w:jc w:val="right"/>
      </w:pPr>
      <w:r>
        <w:t>اور جنت کے بغیر میں ادھورا۔</w:t>
      </w:r>
    </w:p>
    <w:p>
      <w:r>
        <w:rPr>
          <w:b/>
        </w:rPr>
        <w:t xml:space="preserve">[31:50] </w:t>
      </w:r>
      <w:r>
        <w:t>yeh jab daryaft karta hai aadmi, tab woh talib ban jata hai. mein samajhta hoon keh talib banna apne aap mein jannat ki qeemat hai.</w:t>
      </w:r>
    </w:p>
    <w:p>
      <w:pPr>
        <w:jc w:val="right"/>
      </w:pPr>
      <w:r>
        <w:t>یہ جب دریافت کرتا ہے آدمی، تب وہ طالب بن جاتا ہے۔ میں سمجھتا ہوں کہ طالب بننا اپنے آپ میں جنت کی قیمت ہے۔</w:t>
      </w:r>
    </w:p>
    <w:p>
      <w:r>
        <w:rPr>
          <w:b/>
        </w:rPr>
        <w:t xml:space="preserve">[32:01] </w:t>
      </w:r>
      <w:r>
        <w:t>haqeeqi ma'no mein jo talib ban jaye, haqeeqi ma'no mein to goya keh is ne Allah ki nazar mein yeh proof de diya, aik saboot de diya keh yeh aadmi deserve karta hai jannat mein dakhle ke liye.</w:t>
      </w:r>
    </w:p>
    <w:p>
      <w:pPr>
        <w:jc w:val="right"/>
      </w:pPr>
      <w:r>
        <w:t>حقیقی معنوں میں جو طالب بن جائے، حقیقی معنوں میں تو گویا کہ اس نے اللہ کی نظر میں یہ پروف دے دیا، ایک ثبوت دے دیا کہ یہ آدمی ڈیزرو کرتا ہے جنت میں داخلے کے لیے۔</w:t>
      </w:r>
    </w:p>
    <w:p>
      <w:r>
        <w:rPr>
          <w:b/>
        </w:rPr>
        <w:t xml:space="preserve">[32:30] </w:t>
      </w:r>
      <w:r>
        <w:t>lekin insan jo hai, bhoola hua hai, koi sochta nahi. log baghair soch samjhe zindagi guzar rahe hain.</w:t>
      </w:r>
    </w:p>
    <w:p>
      <w:pPr>
        <w:jc w:val="right"/>
      </w:pPr>
      <w:r>
        <w:t>لیکن انسان جو ہے، بھولا ہوا ہے، کوئی سوچتا نہیں۔ لوگ بغیر سوچ سمجھے زندگی گزار رہے ہیں۔</w:t>
      </w:r>
    </w:p>
    <w:p>
      <w:r>
        <w:rPr>
          <w:b/>
        </w:rPr>
        <w:t xml:space="preserve">[32:47] </w:t>
      </w:r>
      <w:r>
        <w:t>yeh dunya jo hai, sach poochein to isi ka, yani isi ke liye banai gayi hai keh yahan aadmi apne aap ko yeh sabit kar sake keh mein deserve karta hoon keh mujhe jannat mein basaya jaye.</w:t>
      </w:r>
    </w:p>
    <w:p>
      <w:pPr>
        <w:jc w:val="right"/>
      </w:pPr>
      <w:r>
        <w:t>یہ دنیا جو ہے، سچ پوچھیں تو اسی کا، یعنی اسی کے لیے بنائی گئی ہے کہ یہاں آدمی اپنے آپ کو یہ ثابت کر سکے کہ میں ڈیزرو کرتا ہوں کہ مجھے جنت میں بسایا جائے۔</w:t>
      </w:r>
    </w:p>
    <w:p>
      <w:r>
        <w:rPr>
          <w:b/>
        </w:rPr>
        <w:t xml:space="preserve">[33:08] </w:t>
      </w:r>
      <w:r>
        <w:t>Allah ki nazar mein, farishton ki nazar mein sabit kar sake keh mujhe, mein is qabil hoon keh mujhe jannat mein basaya jaye.</w:t>
      </w:r>
    </w:p>
    <w:p>
      <w:pPr>
        <w:jc w:val="right"/>
      </w:pPr>
      <w:r>
        <w:t>اللہ کی نظر میں، فرشتوں کی نظر میں ثابت کر سکے کہ مجھے، میں اس قابل ہوں کہ مجھے جنت میں بسایا جائے۔</w:t>
      </w:r>
    </w:p>
    <w:p>
      <w:r>
        <w:rPr>
          <w:b/>
        </w:rPr>
        <w:t xml:space="preserve">[33:21] </w:t>
      </w:r>
      <w:r>
        <w:t>aur yeh kab hoga? jab aap discover kar sakein is ko haqeeqi ma'no mein keh insan ko banaya gaya hai idealist, perfectionist.</w:t>
      </w:r>
    </w:p>
    <w:p>
      <w:pPr>
        <w:jc w:val="right"/>
      </w:pPr>
      <w:r>
        <w:t>اور یہ کب ہوگا؟ جب آپ ڈسکور کر سکیں اس کو حقیقی معنوں میں کہ انسان کو بنایا گیا ہے آئیڈیلسٹ، پرفیکشنسٹ۔</w:t>
      </w:r>
    </w:p>
    <w:p>
      <w:r>
        <w:rPr>
          <w:b/>
        </w:rPr>
        <w:t xml:space="preserve">[33:32] </w:t>
      </w:r>
      <w:r>
        <w:t>kyunkeh yeh dunya jo hai, kuch bhi mein hazir kar loon, woh imperfect rahe gi, less than ideal rahe gi. kabhi bhi mujhe apna ideal nahi mile ga yahan par.</w:t>
      </w:r>
    </w:p>
    <w:p>
      <w:pPr>
        <w:jc w:val="right"/>
      </w:pPr>
      <w:r>
        <w:t>کیونکہ یہ دنیا جو ہے، کچھ بھی میں حاضر کر لوں، وہ امپرفیکٹ رہے گی، لیس دین آئیڈیل رہے گی۔ کبھی بھی مجھے اپنا آئیڈیل نہیں ملے گا یہاں پر۔</w:t>
      </w:r>
    </w:p>
    <w:p>
      <w:r>
        <w:rPr>
          <w:b/>
        </w:rPr>
        <w:t xml:space="preserve">[33:44] </w:t>
      </w:r>
      <w:r>
        <w:t>jo ideal mere mind mein basa hua hai, jo perfection basa hua hai mere mind mein, woh kabhi milne wala nahi hai. shayad dolat pa kar, sara power pa kar, kuch bhi jo dunya mein hai, woh sab pa kar ke bhi</w:t>
      </w:r>
    </w:p>
    <w:p>
      <w:pPr>
        <w:jc w:val="right"/>
      </w:pPr>
      <w:r>
        <w:t>جو آئیڈیل میرے مائنڈ میں بسا ہوا ہے، جو پرفیکشن بسا ہوا ہے میرے مائنڈ میں، وہ کبھی ملنے والا نہیں ہے۔ شاید دولت پا کر، سارا پاور پا کر، کچھ بھی جو دنیا میں ہے، وہ سب پا کر کے بھی</w:t>
      </w:r>
    </w:p>
    <w:p>
      <w:r>
        <w:rPr>
          <w:b/>
        </w:rPr>
        <w:t xml:space="preserve">[34:04] </w:t>
      </w:r>
      <w:r>
        <w:t>mera ideal jo hai, mujhe nahi mile ga. woh perfect world mujhe nahi mile ga jo mein chahta hoon. jab yeh aadmi daryaft kar le to deewanay war woh talib jannat ban jata hai keh mein kaise jannat ke baghair kaise rahoon ga?</w:t>
      </w:r>
    </w:p>
    <w:p>
      <w:pPr>
        <w:jc w:val="right"/>
      </w:pPr>
      <w:r>
        <w:t>میرا آئیڈیل جو ہے، مجھے نہیں ملے گا۔ وہ پرفیکٹ ورلڈ مجھے نہیں ملے گا جو میں چاہتا ہوں۔ جب یہ آدمی دریافت کر لے تو دیوانہ وار وہ طالب جنت بن جاتا ہے کہ میں کیسے جنت کے بغیر کیسے رہوں گا؟</w:t>
      </w:r>
    </w:p>
    <w:p>
      <w:r>
        <w:rPr>
          <w:b/>
        </w:rPr>
        <w:t xml:space="preserve">[34:21] </w:t>
      </w:r>
      <w:r>
        <w:t>mein</w:t>
      </w:r>
    </w:p>
    <w:p>
      <w:pPr>
        <w:jc w:val="right"/>
      </w:pPr>
      <w:r>
        <w:t>میں</w:t>
      </w:r>
    </w:p>
    <w:p>
      <w:r>
        <w:rPr>
          <w:b/>
        </w:rPr>
        <w:t xml:space="preserve">[34:25] </w:t>
      </w:r>
      <w:r>
        <w:t>Allah taala ne is ki aik tamseel qaim kar di hai machhli ki shakal mein. machhli ko aap pani se bahir rakh dijiye to barabar tarpati hai, barabar tarpati hai, barabar tarpati hai.</w:t>
      </w:r>
    </w:p>
    <w:p>
      <w:pPr>
        <w:jc w:val="right"/>
      </w:pPr>
      <w:r>
        <w:t>اللہ تعالی نے اس کی ایک تمثیل قائم کر دی ہے مچھلی کی شکل میں۔ مچھلی کو آپ پانی سے باہر رکھ دیجئے تو برابر تڑپتی ہے، برابر تڑپتی ہے، برابر تڑپتی ہے۔</w:t>
      </w:r>
    </w:p>
    <w:p>
      <w:r>
        <w:rPr>
          <w:b/>
        </w:rPr>
        <w:t xml:space="preserve">[34:38] </w:t>
      </w:r>
      <w:r>
        <w:t>jab pani mein daal diya jaye to khoob wahan par dorted hai, idhar udhar hansi khushi se. to jo insan machhli se tarpne lage,</w:t>
      </w:r>
    </w:p>
    <w:p>
      <w:pPr>
        <w:jc w:val="right"/>
      </w:pPr>
      <w:r>
        <w:t>جب پانی میں ڈال دیا جائے تو خوب وہاں پر دوڑتی ہے، ادھر ادھر ہنسی خوشی سے۔ تو جو انسان مچھلی سے تڑپنے لگے،</w:t>
      </w:r>
    </w:p>
    <w:p>
      <w:r>
        <w:rPr>
          <w:b/>
        </w:rPr>
        <w:t xml:space="preserve">[34:54] </w:t>
      </w:r>
      <w:r>
        <w:t>yeh dunya mein is ne sabit kiya keh mein talib jannat hoon.</w:t>
      </w:r>
    </w:p>
    <w:p>
      <w:pPr>
        <w:jc w:val="right"/>
      </w:pPr>
      <w:r>
        <w:t>یہ دنیا میں اس نے ثابت کیا کہ میں طالب جنت ہوں۔</w:t>
      </w:r>
    </w:p>
    <w:p>
      <w:r>
        <w:rPr>
          <w:b/>
        </w:rPr>
        <w:t xml:space="preserve">[35:01] </w:t>
      </w:r>
      <w:r>
        <w:t>is liye hadees mein aata hai keh ad dunya sijill ul momin, dunya momin ke liye qaid khana hai.</w:t>
      </w:r>
    </w:p>
    <w:p>
      <w:pPr>
        <w:jc w:val="right"/>
      </w:pPr>
      <w:r>
        <w:t>اس لیے حدیث میں آتا ہے کہ الدنیا سجل المومن، دنیا مومن کے لیے قید خانہ ہے۔</w:t>
      </w:r>
    </w:p>
    <w:p>
      <w:r>
        <w:rPr>
          <w:b/>
        </w:rPr>
        <w:t xml:space="preserve">[35:10] </w:t>
      </w:r>
      <w:r>
        <w:t>yani is dunya mein momin mashriq tak tarpne lagta hai kyunkeh is ko sukoon nahi milta yahan par.</w:t>
      </w:r>
    </w:p>
    <w:p>
      <w:pPr>
        <w:jc w:val="right"/>
      </w:pPr>
      <w:r>
        <w:t>یعنی اس دنیا میں مومن مشرق تک تڑپنے لگتا ہے کیونکہ اس کو سکون نہیں ملتا یہاں پر۔</w:t>
      </w:r>
    </w:p>
    <w:p>
      <w:r>
        <w:rPr>
          <w:b/>
        </w:rPr>
        <w:t xml:space="preserve">[35:21] </w:t>
      </w:r>
      <w:r>
        <w:t>yani woh yeh yeh yeh dimagh banaya gaya hai keh jannati mahol mein soche, woh mahol hi milta nahi yahan par. yeh aankh banai gayi hai jannati manazir ko dekhe, bhai yeh manazir yahan milte nahi aap ko dekhne ke liye.</w:t>
      </w:r>
    </w:p>
    <w:p>
      <w:pPr>
        <w:jc w:val="right"/>
      </w:pPr>
      <w:r>
        <w:t>یعنی وہ یہ یہ یہ دماغ بنایا گیا ہے کہ جنتی ماحول میں سوچے، وہ ماحول ہی ملتا نہیں یہاں پر۔ یہ آنکھ بنائی گئی ہے جنتی مناظر کو دیکھے، بھئی یہ مناظر یہاں ملتے نہیں آپ کو دیکھنے کے لیے۔</w:t>
      </w:r>
    </w:p>
    <w:p>
      <w:r>
        <w:rPr>
          <w:b/>
        </w:rPr>
        <w:t xml:space="preserve">[35:34] </w:t>
      </w:r>
      <w:r>
        <w:t>aik kaan banaye gaye hain ke jinati awazon ko sunen, bhai woh awazen nahi milti aap ko yahan par. har cheez, har cheez, har cheez.</w:t>
      </w:r>
    </w:p>
    <w:p>
      <w:pPr>
        <w:jc w:val="right"/>
      </w:pPr>
      <w:r>
        <w:t>ایک کان بنائے گئے ہیں کہ جنتی آوازوں کو سنیں، بھئی وہ آوازیں نہیں ملتی آپ کو یہاں پر۔ ہر چیز، ہر چیز، ہر چیز۔</w:t>
      </w:r>
    </w:p>
    <w:p>
      <w:r>
        <w:rPr>
          <w:b/>
        </w:rPr>
        <w:t xml:space="preserve">[35:43] </w:t>
      </w:r>
      <w:r>
        <w:t>lekin chuna ke logon ko daryaft nahi hui hai, discover nahi hui hai, is liye woh falsafa bana rakha hai ke right here, right now, bas khoob enjoy karo, khoob enjoy karo.</w:t>
      </w:r>
    </w:p>
    <w:p>
      <w:pPr>
        <w:jc w:val="right"/>
      </w:pPr>
      <w:r>
        <w:t>لیکن چونکہ لوگوں کو دریافت نہیں ہوئی ہے، ڈسکور نہیں ہوئی ہے، اس لیے وہ فلسفہ بنا رکھا ہے کہ رائٹ ہیر، رائٹ ناو، بس خوب انجوائے کرو، خوب انجوائے کرو۔</w:t>
      </w:r>
    </w:p>
    <w:p>
      <w:r>
        <w:rPr>
          <w:b/>
        </w:rPr>
        <w:t xml:space="preserve">[35:55] </w:t>
      </w:r>
      <w:r>
        <w:t>yeh dunya mein hum enjoy kar hi nahi sakte.</w:t>
      </w:r>
    </w:p>
    <w:p>
      <w:pPr>
        <w:jc w:val="right"/>
      </w:pPr>
      <w:r>
        <w:t>یہ دنیا میں ہم انجوائے کر ہی نہیں سکتے۔</w:t>
      </w:r>
    </w:p>
    <w:p>
      <w:r>
        <w:rPr>
          <w:b/>
        </w:rPr>
        <w:t xml:space="preserve">[36:02] </w:t>
      </w:r>
      <w:r>
        <w:t>yeh bekhabri hai ke hum samajhte hain ke haan, mein enjoy kar sakta hoon.</w:t>
      </w:r>
    </w:p>
    <w:p>
      <w:pPr>
        <w:jc w:val="right"/>
      </w:pPr>
      <w:r>
        <w:t>یہ بے خبری ہے کہ ہم سمجھتے ہیں کہ ہاں، میں انجوائے کر سکتے ہیں۔</w:t>
      </w:r>
    </w:p>
    <w:p>
      <w:r>
        <w:rPr>
          <w:b/>
        </w:rPr>
        <w:t xml:space="preserve">[36:08] </w:t>
      </w:r>
      <w:r>
        <w:t>bekhabri hai.</w:t>
      </w:r>
    </w:p>
    <w:p>
      <w:pPr>
        <w:jc w:val="right"/>
      </w:pPr>
      <w:r>
        <w:t>بے خبری ہے۔</w:t>
      </w:r>
    </w:p>
    <w:p>
      <w:r>
        <w:rPr>
          <w:b/>
        </w:rPr>
        <w:t xml:space="preserve">[36:16] </w:t>
      </w:r>
      <w:r>
        <w:t>mujhe aik aik qissa, aik hazrat khalid ka aik waqia yaad aata hai. dekhiye, hazrat khalid jo thay, rasool Allah ke sahabi to hijrat ke baad woh Islam qabool kiya tha.</w:t>
      </w:r>
    </w:p>
    <w:p>
      <w:pPr>
        <w:jc w:val="right"/>
      </w:pPr>
      <w:r>
        <w:t>مجھے ایک ایک قصہ، ایک حضرت خالد کا ایک واقعہ یاد آتا ہے۔ دیکھیے، حضرت خالد جو تھے، رسول اللہ کے صحابی تو ہجرت کے بعد وہ اسلام قبول کیا تھا۔</w:t>
      </w:r>
    </w:p>
    <w:p>
      <w:r>
        <w:rPr>
          <w:b/>
        </w:rPr>
        <w:t xml:space="preserve">[36:33] </w:t>
      </w:r>
      <w:r>
        <w:t>unhon ne yani makkah mein reh gaye thay. woh baad ko, yani fateh makkah se kuch pehle, makkah se madina gaye.</w:t>
      </w:r>
    </w:p>
    <w:p>
      <w:pPr>
        <w:jc w:val="right"/>
      </w:pPr>
      <w:r>
        <w:t>انہوں نے یعنی مکہ میں رہ گئے تھے۔ وہ بعد کو، یعنی فتح مکہ سے کچھ پہلے، مکہ سے مدینہ گئے۔</w:t>
      </w:r>
    </w:p>
    <w:p>
      <w:r>
        <w:rPr>
          <w:b/>
        </w:rPr>
        <w:t xml:space="preserve">[36:41] </w:t>
      </w:r>
      <w:r>
        <w:t>woh Islam qabool kiya unhon ne. to jab woh nikle makkah se khamoshi ke sath</w:t>
      </w:r>
    </w:p>
    <w:p>
      <w:pPr>
        <w:jc w:val="right"/>
      </w:pPr>
      <w:r>
        <w:t>وہ اسلام قبول کیا انہوں نے۔ تو جب وہ نکلے مکہ سے خاموشی کے ساتھ</w:t>
      </w:r>
    </w:p>
    <w:p>
      <w:r>
        <w:rPr>
          <w:b/>
        </w:rPr>
        <w:t xml:space="preserve">[36:51] </w:t>
      </w:r>
      <w:r>
        <w:t>to rastay mein aik mulaqat un ki hui amr bin a'as se. woh bhi ja rahe thay, woh bhi ja rahe thay.</w:t>
      </w:r>
    </w:p>
    <w:p>
      <w:pPr>
        <w:jc w:val="right"/>
      </w:pPr>
      <w:r>
        <w:t>تو راستے میں ایک ملاقات ان کی ہوئی امر بالعاص سے۔ وہ بھی جا رہے تھے، وہ بھی جا رہے تھے۔</w:t>
      </w:r>
    </w:p>
    <w:p>
      <w:r>
        <w:rPr>
          <w:b/>
        </w:rPr>
        <w:t xml:space="preserve">[37:02] </w:t>
      </w:r>
      <w:r>
        <w:t>to amr bin a'as ne poocha khalid se, kahan ja rahe ho? to kai baaten huin, magar aik aik juz mein batana chahta hoon aap ko.</w:t>
      </w:r>
    </w:p>
    <w:p>
      <w:pPr>
        <w:jc w:val="right"/>
      </w:pPr>
      <w:r>
        <w:t>تو امر بالعاص نے پوچھا خالد سے، کہاں جا رہے ہو؟ تو کئی باتیں ہوئیں، مگر ایک ایک جز میں بتانا چاہتا ہوں آپ کو۔</w:t>
      </w:r>
    </w:p>
    <w:p>
      <w:r>
        <w:rPr>
          <w:b/>
        </w:rPr>
        <w:t xml:space="preserve">[37:14] </w:t>
      </w:r>
      <w:r>
        <w:t>to khalid bin waleed ne kaha</w:t>
      </w:r>
    </w:p>
    <w:p>
      <w:pPr>
        <w:jc w:val="right"/>
      </w:pPr>
      <w:r>
        <w:t>تو خالد بن ولید نے کہا</w:t>
      </w:r>
    </w:p>
    <w:p>
      <w:r>
        <w:rPr>
          <w:b/>
        </w:rPr>
        <w:t xml:space="preserve">[37:19] </w:t>
      </w:r>
      <w:r>
        <w:t>ke dakhalna fil Islam, wa lam yafaq ahadun bihi ta'amul.</w:t>
      </w:r>
    </w:p>
    <w:p>
      <w:pPr>
        <w:jc w:val="right"/>
      </w:pPr>
      <w:r>
        <w:t>کہ دخلنا فی الاسلام، ولم یفق احد بہی تعامل۔</w:t>
      </w:r>
    </w:p>
    <w:p>
      <w:r>
        <w:rPr>
          <w:b/>
        </w:rPr>
        <w:t xml:space="preserve">[37:27] </w:t>
      </w:r>
      <w:r>
        <w:t>kisi ajeeb baat hai yeh</w:t>
      </w:r>
    </w:p>
    <w:p>
      <w:pPr>
        <w:jc w:val="right"/>
      </w:pPr>
      <w:r>
        <w:t>کیسی عجیب بات ہے یہ</w:t>
      </w:r>
    </w:p>
    <w:p>
      <w:r>
        <w:rPr>
          <w:b/>
        </w:rPr>
        <w:t xml:space="preserve">[37:31] </w:t>
      </w:r>
      <w:r>
        <w:t>hai talib-e-jannat ka maamla. dakhalna fil Islam, wa lam yafaq ahadun bihi ta'amul.</w:t>
      </w:r>
    </w:p>
    <w:p>
      <w:pPr>
        <w:jc w:val="right"/>
      </w:pPr>
      <w:r>
        <w:t>ہے طالب جنت کا معاملہ۔ دخلنا فی الاسلام، ولم یفق احد بہی تعامل۔</w:t>
      </w:r>
    </w:p>
    <w:p>
      <w:r>
        <w:rPr>
          <w:b/>
        </w:rPr>
        <w:t xml:space="preserve">[37:40] </w:t>
      </w:r>
      <w:r>
        <w:t>yani makkah ki jo samajh tha hamara, makkah ki society hamari thi, us ke jaane saare jo men of taste thay, woh chalay gaye idhar. rajul zawutham jo thay, woh sab chalay gaye idhar.</w:t>
      </w:r>
    </w:p>
    <w:p>
      <w:pPr>
        <w:jc w:val="right"/>
      </w:pPr>
      <w:r>
        <w:t>یعنی مکہ کی جو سماج تھا ہمارا، مکہ کی سوسائٹی ہماری تھی، اس کے جانے سارے جو مین آف ٹیسٹ تھے، وہ چلے گئے ادھر۔ رجل زوتام جو تھے، وہ سب چلے گئے ادھر۔</w:t>
      </w:r>
    </w:p>
    <w:p>
      <w:r>
        <w:rPr>
          <w:b/>
        </w:rPr>
        <w:t xml:space="preserve">[37:52] </w:t>
      </w:r>
      <w:r>
        <w:t>rajul zawutham ko ma'ani hota hai men of taste. ab makkah ki society mein koi reh nahi gaya</w:t>
      </w:r>
    </w:p>
    <w:p>
      <w:pPr>
        <w:jc w:val="right"/>
      </w:pPr>
      <w:r>
        <w:t>رجل زوتام کو معنی ہوتا ہے مین آف ٹیسٹ۔ اب مکہ کی سوسائٹی میں کوئی رہ نہیں گیا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