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Darul Harb or Darul Islam (Abode of War or Abode of Islam) November 21, 2021 Prof. Farida Khanam</w:t>
      </w:r>
    </w:p>
    <w:p>
      <w:r>
        <w:t>https://www.youtube.com/watch?v=MbIzUUhP6KY</w:t>
      </w:r>
    </w:p>
    <w:p>
      <w:r>
        <w:rPr>
          <w:b/>
        </w:rPr>
        <w:t xml:space="preserve">[00:11]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assalam o alaikum wa rahmatullah.</w:t>
      </w:r>
    </w:p>
    <w:p>
      <w:pPr>
        <w:jc w:val="right"/>
      </w:pPr>
      <w:r>
        <w:t>السلام علیکم ورحمۃ اللہ۔</w:t>
      </w:r>
    </w:p>
    <w:p>
      <w:r>
        <w:rPr>
          <w:b/>
        </w:rPr>
        <w:t xml:space="preserve">[00:17] </w:t>
      </w:r>
      <w:r>
        <w:t>aaj ka hamara topic hai</w:t>
      </w:r>
    </w:p>
    <w:p>
      <w:pPr>
        <w:jc w:val="right"/>
      </w:pPr>
      <w:r>
        <w:t>آج کا ہمارا ٹاپک ہے</w:t>
      </w:r>
    </w:p>
    <w:p>
      <w:r>
        <w:rPr>
          <w:b/>
        </w:rPr>
        <w:t xml:space="preserve">[00:20] </w:t>
      </w:r>
      <w:r>
        <w:t>darul islam aur darul harb.</w:t>
      </w:r>
    </w:p>
    <w:p>
      <w:pPr>
        <w:jc w:val="right"/>
      </w:pPr>
      <w:r>
        <w:t>دارالاسلام اور دارالحرب۔</w:t>
      </w:r>
    </w:p>
    <w:p>
      <w:r>
        <w:rPr>
          <w:b/>
        </w:rPr>
        <w:t xml:space="preserve">[00:25] </w:t>
      </w:r>
      <w:r>
        <w:t>yeh dono istilahein jo hain, yeh daur e nabuwat ke</w:t>
      </w:r>
    </w:p>
    <w:p>
      <w:pPr>
        <w:jc w:val="right"/>
      </w:pPr>
      <w:r>
        <w:t>یہ دونوں اصطلاحیں جو ہیں، یہ دور نبوت کے</w:t>
      </w:r>
    </w:p>
    <w:p>
      <w:r>
        <w:rPr>
          <w:b/>
        </w:rPr>
        <w:t xml:space="preserve">[00:32] </w:t>
      </w:r>
      <w:r>
        <w:t>taqreeban dedh so saal ke baad waz' ki gayeen.</w:t>
      </w:r>
    </w:p>
    <w:p>
      <w:pPr>
        <w:jc w:val="right"/>
      </w:pPr>
      <w:r>
        <w:t>تقریباً ڈیڑھ سو سال کے بعد وضع کی گئیں۔</w:t>
      </w:r>
    </w:p>
    <w:p>
      <w:r>
        <w:rPr>
          <w:b/>
        </w:rPr>
        <w:t xml:space="preserve">[00:38] </w:t>
      </w:r>
      <w:r>
        <w:t>toh yeh istilahein quran o hadith mein nahin hain</w:t>
      </w:r>
    </w:p>
    <w:p>
      <w:pPr>
        <w:jc w:val="right"/>
      </w:pPr>
      <w:r>
        <w:t>تو یہ اصطلاحیں قرآن و حدیث میں نہیں ہیں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