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Discovering The Spirit of Ramadan March 16, 2025</w:t>
      </w:r>
    </w:p>
    <w:p>
      <w:r>
        <w:t>https://youtu.be/WrIyg6N7390</w:t>
      </w:r>
    </w:p>
    <w:p>
      <w:r>
        <w:rPr>
          <w:b/>
        </w:rPr>
        <w:t xml:space="preserve">[00:16] </w:t>
      </w:r>
      <w:r>
        <w:t>Aaj hum roze ke talluq se CPS International ki chairperson Doctor Fareeda Khanum sahiba se baat cheet karenge. Roza kya hai?</w:t>
      </w:r>
    </w:p>
    <w:p>
      <w:pPr>
        <w:jc w:val="right"/>
      </w:pPr>
      <w:r>
        <w:t>آج ہم روزے کے تعلق سے سی پی ایس انٹرنیشنل کی چیئرپرسن ڈاکٹر فریدہ خانم صاحبہ سے بات چیت کریں گے۔ روزہ کیا ہے؟</w:t>
      </w:r>
    </w:p>
    <w:p>
      <w:r>
        <w:rPr>
          <w:b/>
        </w:rPr>
        <w:t xml:space="preserve">[00:28] </w:t>
      </w:r>
      <w:r>
        <w:t>Roza is haqeeqat ka amal izhaar hai ke is kaainaat ka ek khaliq hai, aur ye khaliq sab se bada hai, is se bada aur koi nahi.</w:t>
      </w:r>
    </w:p>
    <w:p>
      <w:pPr>
        <w:jc w:val="right"/>
      </w:pPr>
      <w:r>
        <w:t>روزہ اس حقیقت کا عملی اظہار ہے کہ اس کائنات کا ایک خالق ہے، اور یہ خالق سب سے بڑا ہے، اس سے بڑا اور کوئی نہیں۔</w:t>
      </w:r>
    </w:p>
    <w:p>
      <w:r>
        <w:rPr>
          <w:b/>
        </w:rPr>
        <w:t xml:space="preserve">[00:40] </w:t>
      </w:r>
      <w:r>
        <w:t>Azan aur namaz mein baar baar Allahu Akbar kehna isi sab se badi sachai ka ailaan hai. Roza ke zariye ek rozedaar amal taur par kaainaat ki sab se badi haqeeqat ka apni istita'at ki aakhri had tak aitraaf karta hai.</w:t>
      </w:r>
    </w:p>
    <w:p>
      <w:pPr>
        <w:jc w:val="right"/>
      </w:pPr>
      <w:r>
        <w:t>اذان اور نماز میں بار بار اللہ اکبر کہنا اسی سب سے بڑی سچائی کا اعلان ہے۔ روزہ کے ذریعے ایک روزے دار عملی طور پر کائنات کی سب سے بڑی حقیقت کا اپنی استطاعت کی آخری حد تک اعتراف کرتا ہے۔</w:t>
      </w:r>
    </w:p>
    <w:p>
      <w:r>
        <w:rPr>
          <w:b/>
        </w:rPr>
        <w:t xml:space="preserve">[00:58] </w:t>
      </w:r>
      <w:r>
        <w:t>Roza ek sachche insaan ke liye ek yaad dehani hai, is baat ki yaad dehani ke tum Khuda ki duniya mein ho.</w:t>
      </w:r>
    </w:p>
    <w:p>
      <w:pPr>
        <w:jc w:val="right"/>
      </w:pPr>
      <w:r>
        <w:t>روزہ ایک سچے انسان کے لیے ایک یاد دہانی ہے، اس بات کی یاد دہانی کہ تم خدا کی دنیا میں ہو۔</w:t>
      </w:r>
    </w:p>
    <w:p>
      <w:r>
        <w:rPr>
          <w:b/>
        </w:rPr>
        <w:t xml:space="preserve">[01:07] </w:t>
      </w:r>
      <w:r>
        <w:t>Tum ek aisi duniya mein ho jis ko Khuda ne banaya hai. Is duniya ke maalik tum nahi ho, balke Khuda is ka maalik hai. Yahan tum apni marzi ke sath nahi reh sakte.</w:t>
      </w:r>
    </w:p>
    <w:p>
      <w:pPr>
        <w:jc w:val="right"/>
      </w:pPr>
      <w:r>
        <w:t>تم ایک ایسی دنیا میں ہو جس کو خدا نے بنایا ہے۔ اس دنیا کے مالک تم نہیں ہو، بلکہ خدا اس کا مالک ہے۔ یہاں تم اپنی مرضی کے ساتھ نہیں رہ سکتے۔</w:t>
      </w:r>
    </w:p>
    <w:p>
      <w:r>
        <w:rPr>
          <w:b/>
        </w:rPr>
        <w:t xml:space="preserve">[01:20] </w:t>
      </w:r>
      <w:r>
        <w:t>Yahan tum apni marzi ke sath nahi kha sakte. Yahan tum apni marzi ke sath nahi pee sakte. Yahan tum apni marzi se nahi bol sakte.</w:t>
      </w:r>
    </w:p>
    <w:p>
      <w:pPr>
        <w:jc w:val="right"/>
      </w:pPr>
      <w:r>
        <w:t>یہاں تم اپنی مرضی کے ساتھ نہیں کھا سکتے۔ یہاں تم اپنی مرضی کے ساتھ نہیں پی سکتے۔ یہاں تم اپنی مرضی سے نہیں بول سکتے۔</w:t>
      </w:r>
    </w:p>
    <w:p>
      <w:r>
        <w:rPr>
          <w:b/>
        </w:rPr>
        <w:t xml:space="preserve">[01:29] </w:t>
      </w:r>
      <w:r>
        <w:t>Yahan tum ko Khuda ki marzi ke mutabiq rehna hai, na ke khud apni marzi ke mutabiq. Roza kya</w:t>
      </w:r>
    </w:p>
    <w:p>
      <w:pPr>
        <w:jc w:val="right"/>
      </w:pPr>
      <w:r>
        <w:t>یہاں تم کو خدا کی مرضی کے مطابق رہنا ہے، نہ کہ خود اپنی مرضی کے مطابق۔ روزہ کیا</w:t>
      </w:r>
    </w:p>
    <w:p>
      <w:r>
        <w:rPr>
          <w:b/>
        </w:rPr>
        <w:t xml:space="preserve">[01:37] </w:t>
      </w:r>
      <w:r>
        <w:t>hai? Khuda ki jannat ko hasil karne ki koshish. Quran ki Surah Al-Hadid mein aaya hai: "Sabiqoo ila maghfiratin min Rabbikum wa Jannatin 'ardhuha ka'ardi as-samaa'i wal-ardhi u'iddat lil-ladheena aamanu billahi wa rusulih". Daudho apne Rab ki maghfirat ki taraf aur jannat ki taraf, jis ki chaudai aasman o zameen ke barabar hai,</w:t>
      </w:r>
    </w:p>
    <w:p>
      <w:pPr>
        <w:jc w:val="right"/>
      </w:pPr>
      <w:r>
        <w:t>ہے؟ خدا کی جنت کو حاصل کرنے کی کوشش۔ قرآن کی سورہ الحدید میں آیا ہے: سابقوا إلى مغفرة من ربكم وجنة أرضها كأرض السماء والأرض أعدت للذين آمنوا بالله ورسله دوڑو اپنے رب کی مغفرت کی طرف اور جنت کی طرف، جس کی چوڑائی آسمان و زمین کے برابر ہے،</w:t>
      </w:r>
    </w:p>
    <w:p>
      <w:r>
        <w:rPr>
          <w:b/>
        </w:rPr>
        <w:t xml:space="preserve">[02:01] </w:t>
      </w:r>
      <w:r>
        <w:t>aur yeh tayyar ki gayi in logon ke liye jo Allah aur us ke rasool par iman rakhte hain.</w:t>
      </w:r>
    </w:p>
    <w:p>
      <w:pPr>
        <w:jc w:val="right"/>
      </w:pPr>
      <w:r>
        <w:t>اور یہ تیار کی گئی ان لوگوں کے لیے جو اللہ اور اس کے رسول پر ایمان رکھتے ہیں۔</w:t>
      </w:r>
    </w:p>
    <w:p>
      <w:r>
        <w:rPr>
          <w:b/>
        </w:rPr>
        <w:t xml:space="preserve">[02:08] </w:t>
      </w:r>
      <w:r>
        <w:t>to sab se pehle main hum apne mehman se yeh sawal karenge ke roza kya hai aur is ki ahmiyat kya hai, is par aap hamein bataein.</w:t>
      </w:r>
    </w:p>
    <w:p>
      <w:pPr>
        <w:jc w:val="right"/>
      </w:pPr>
      <w:r>
        <w:t>تو سب سے پہلے میں ہم اپنے مہمان سے یہ سوال کریں گے کہ روزہ کیا ہے اور اس کی اہمیت کیا ہے، اس پر آپ ہمیں بتائیں۔</w:t>
      </w:r>
    </w:p>
    <w:p>
      <w:r>
        <w:rPr>
          <w:b/>
        </w:rPr>
        <w:t xml:space="preserve">[02:22] </w:t>
      </w:r>
      <w:r>
        <w:t>roza jo hai woh Islam ke panch bunyadi satunon mein se ek hai. bohat ziyada ahmiyat hai roze ki.</w:t>
      </w:r>
    </w:p>
    <w:p>
      <w:pPr>
        <w:jc w:val="right"/>
      </w:pPr>
      <w:r>
        <w:t>روزہ جو ہے وہ اسلام کے پانچ بنیادی ستونوں میں سے ایک ہے۔ بہت زیادہ اہمیت ہے روزے کی۔</w:t>
      </w:r>
    </w:p>
    <w:p>
      <w:r>
        <w:rPr>
          <w:b/>
        </w:rPr>
        <w:t xml:space="preserve">[02:33] </w:t>
      </w:r>
      <w:r>
        <w:t>roza jis ko Arabi mein saum kehte hain, saum ke maani rukna. isi tarah saim hai yani rukne wala.</w:t>
      </w:r>
    </w:p>
    <w:p>
      <w:pPr>
        <w:jc w:val="right"/>
      </w:pPr>
      <w:r>
        <w:t>روزہ جس کو عربی میں صوم کہتے ہیں، صوم کے معنی رکنا۔ اسی طرح صائم ہے یعنی رکنے والا۔</w:t>
      </w:r>
    </w:p>
    <w:p>
      <w:r>
        <w:rPr>
          <w:b/>
        </w:rPr>
        <w:t xml:space="preserve">[02:45] </w:t>
      </w:r>
      <w:r>
        <w:t>to rukna ka matlab log samajhte hain sirf khana peena chhod dena. aisa nahi hai. rukna ka matlab har mamnooa sargarmion se apne aap ko door rakhna.</w:t>
      </w:r>
    </w:p>
    <w:p>
      <w:pPr>
        <w:jc w:val="right"/>
      </w:pPr>
      <w:r>
        <w:t>تو رکنا کا مطلب لوگ سمجھتے ہیں صرف کھانا پینا چھوڑ دینا۔ ایسا نہیں ہے۔ رکنا کا مطلب ہر ممنوعہ سرگرمیوں سے اپنے آپ کو دور رکھنا۔</w:t>
      </w:r>
    </w:p>
    <w:p>
      <w:r>
        <w:rPr>
          <w:b/>
        </w:rPr>
        <w:t xml:space="preserve">[02:57] </w:t>
      </w:r>
      <w:r>
        <w:t>kyun ke roza ek tarbiyat hai.</w:t>
      </w:r>
    </w:p>
    <w:p>
      <w:pPr>
        <w:jc w:val="right"/>
      </w:pPr>
      <w:r>
        <w:t>کیونکہ روزہ ایک تربیت ہے۔</w:t>
      </w:r>
    </w:p>
    <w:p>
      <w:r>
        <w:rPr>
          <w:b/>
        </w:rPr>
        <w:t xml:space="preserve">[03:00] </w:t>
      </w:r>
      <w:r>
        <w:t>agar hum ek mahine tak is tarbiyat ko hasil karte hain to woh hamein saal bhar woh tarbiyat hamare kaam aayegi. to hamein pure tareeqe se is ko samajhna chahiye ke roze ka matlab kya hai.</w:t>
      </w:r>
    </w:p>
    <w:p>
      <w:pPr>
        <w:jc w:val="right"/>
      </w:pPr>
      <w:r>
        <w:t>اگر ہم ایک مہینے تک اس تربیت کو حاصل کرتے ہیں تو وہ ہمیں سال بھر وہ تربیت ہمارے کام آئے گی۔ تو ہمیں پورے طریقے سے اس کو سمجھنا چاہیے کہ روزے کا مطلب کیا ہے۔</w:t>
      </w:r>
    </w:p>
    <w:p>
      <w:r>
        <w:rPr>
          <w:b/>
        </w:rPr>
        <w:t xml:space="preserve">[03:14] </w:t>
      </w:r>
      <w:r>
        <w:t>roza kis liye hamare upar farz kiya gaya hai. asal mein is duniya mein jab insan aata hai to is ke andar bohat ziyada khwahishat hoti hain.</w:t>
      </w:r>
    </w:p>
    <w:p>
      <w:pPr>
        <w:jc w:val="right"/>
      </w:pPr>
      <w:r>
        <w:t>روزہ کس لیے ہمارے اوپر فرض کیا گیا ہے۔ اصل میں اس دنیا میں جب انسان آتا ہے تو اس کے اندر بہت زیادہ خواہشات ہوتی ہیں۔</w:t>
      </w:r>
    </w:p>
    <w:p>
      <w:r>
        <w:rPr>
          <w:b/>
        </w:rPr>
        <w:t xml:space="preserve">[03:24] </w:t>
      </w:r>
      <w:r>
        <w:t>to in khwahishat ko kaise control mein kiya jaye?</w:t>
      </w:r>
    </w:p>
    <w:p>
      <w:pPr>
        <w:jc w:val="right"/>
      </w:pPr>
      <w:r>
        <w:t>تو ان خواہشات کو کیسے کنٹرول میں کیا جائے؟</w:t>
      </w:r>
    </w:p>
    <w:p>
      <w:r>
        <w:rPr>
          <w:b/>
        </w:rPr>
        <w:t xml:space="preserve">[03:29] </w:t>
      </w:r>
      <w:r>
        <w:t>hamara khaliq hum se kya chahta hai? to yeh hum ko is ko janna hai. kyun ke agar hum aisa nahi karte hain to phir hamari bhook pyas ki Allah ko koi hajat nahi hai.</w:t>
      </w:r>
    </w:p>
    <w:p>
      <w:pPr>
        <w:jc w:val="right"/>
      </w:pPr>
      <w:r>
        <w:t>ہمارا خالق ہم سے کیا چاہتا ہے؟ تو یہ ہم کو اس کو جاننا ہے۔ کیونکہ اگر ہم ایسا نہیں کرتے ہیں تو پھر ہماری بھوک پیاس کی اللہ کو کوئی حاجت نہیں ہے۔</w:t>
      </w:r>
    </w:p>
    <w:p>
      <w:r>
        <w:rPr>
          <w:b/>
        </w:rPr>
        <w:t xml:space="preserve">[03:44] </w:t>
      </w:r>
      <w:r>
        <w:t>hum ko roza is ke pure aadab ke sath rakhna hai. roza ka matlab hai yani saum yani zindagi khud par qabu</w:t>
      </w:r>
    </w:p>
    <w:p>
      <w:pPr>
        <w:jc w:val="right"/>
      </w:pPr>
      <w:r>
        <w:t>ہم کو روزہ اس کے پورے آداب کے ساتھ رکھنا ہے۔ روزہ کا مطلب ہے یعنی صوم یعنی زندگی خود پر قاب</w:t>
      </w:r>
    </w:p>
    <w:p>
      <w:r>
        <w:rPr>
          <w:b/>
        </w:rPr>
        <w:t xml:space="preserve">[03:54] </w:t>
      </w:r>
      <w:r>
        <w:t>karna. hamein apni khwahishat par control karna hai, apni khwahishat par control karna hai, aur Khuda ki marzi ke mutabiq is duniya mein hamein zindagi guzarni hai.</w:t>
      </w:r>
    </w:p>
    <w:p>
      <w:pPr>
        <w:jc w:val="right"/>
      </w:pPr>
      <w:r>
        <w:t>و۔ ہمیں اپنی خواہشات پر کنٹرول کرنا ہے، اپنی خواہشات پر کنٹرول کرنا ہے، اور خدا کی مرضی کے مطابق اس دنیا میں ہمیں زندگی گزارنی ہے۔</w:t>
      </w:r>
    </w:p>
    <w:p>
      <w:r>
        <w:rPr>
          <w:b/>
        </w:rPr>
        <w:t xml:space="preserve">[04:06] </w:t>
      </w:r>
      <w:r>
        <w:t>to aisa nahi ke roza sirf Islam mein farz kiya gaya hai. balke Maulana ne ek jagah likha hai ke jo Hazrat Adam ko mamnooa darakht ko mana kiya gaya, woh bhi ek qism ka roza tha.</w:t>
      </w:r>
    </w:p>
    <w:p>
      <w:pPr>
        <w:jc w:val="right"/>
      </w:pPr>
      <w:r>
        <w:t>تو ایسا نہیں کہ روزہ صرف اسلام میں فرض کیا گیا ہے۔ بلکہ مولانا نے ایک جگہ لکھا ہے کہ جو حضرت آدم کو ممنوعہ درخت کو منع کیا گیا، وہ بھی ایک قسم کا روزہ تھا۔</w:t>
      </w:r>
    </w:p>
    <w:p>
      <w:r>
        <w:rPr>
          <w:b/>
        </w:rPr>
        <w:t xml:space="preserve">[04:20] </w:t>
      </w:r>
      <w:r>
        <w:t>matlab yahan har cheez tum istemal kar sakte ho siwaye is darakht ke phal ke. to yeh Allah taala ko dekhna hai ke hamare andar kitni bardasht hai, kitni hamare andar irada hai.</w:t>
      </w:r>
    </w:p>
    <w:p>
      <w:pPr>
        <w:jc w:val="right"/>
      </w:pPr>
      <w:r>
        <w:t>مطلب یہاں ہر چیز تم استعمال کر سکتے ہو سوائے اس درخت کے پھل کے۔ تو یہ اللہ تعالیٰ کو دیکھنا ہے کہ ہمارے اندر کتنی برداشت ہے، کتنی ہمارے اندر ارادہ ہے۔</w:t>
      </w:r>
    </w:p>
    <w:p>
      <w:r>
        <w:rPr>
          <w:b/>
        </w:rPr>
        <w:t xml:space="preserve">[04:33] </w:t>
      </w:r>
      <w:r>
        <w:t>to yeh is ke liye har ummat par roza farz kiya gaya. to yahan tak ke chup kar roza bhi rakha Hazrat Zakariya ne.</w:t>
      </w:r>
    </w:p>
    <w:p>
      <w:pPr>
        <w:jc w:val="right"/>
      </w:pPr>
      <w:r>
        <w:t>تو یہ اس کے لیے ہر امت پر روزہ فرض کیا گیا۔ تو یہاں تک کہ چپ کر روزہ بھی رکھا حضرت زکریا نے۔</w:t>
      </w:r>
    </w:p>
    <w:p>
      <w:r>
        <w:rPr>
          <w:b/>
        </w:rPr>
        <w:t xml:space="preserve">[04:44] </w:t>
      </w:r>
      <w:r>
        <w:t>to isi tarah se hamari jo khwahishat hain, woh mamnooa darakht ki hesiyat rakhti hain. to hamein in sab cheezon se door rehna hai aur apne aap ko Khuda ke hawale kar dena hai.</w:t>
      </w:r>
    </w:p>
    <w:p>
      <w:pPr>
        <w:jc w:val="right"/>
      </w:pPr>
      <w:r>
        <w:t>تو اسی طریقے سے ہماری جو خواہشات ہیں، وہ ممنوعہ درخت کی حیثیت رکھتی ہیں۔ تو ہمیں ان سب چیزوں سے دور رہنا ہے اور اپنے آپ کو خدا کے حوالے کر دینا ہے۔</w:t>
      </w:r>
    </w:p>
    <w:p>
      <w:r>
        <w:rPr>
          <w:b/>
        </w:rPr>
        <w:t xml:space="preserve">[04:57] </w:t>
      </w:r>
      <w:r>
        <w:t>hum ko khud markooz zindagi ke bajaye Khuda markooz zindagi jeena hai.</w:t>
      </w:r>
    </w:p>
    <w:p>
      <w:pPr>
        <w:jc w:val="right"/>
      </w:pPr>
      <w:r>
        <w:t>ہم کو خود مرکوز زندگی کے بجائے خدا مرکوز زندگی جینا ہے۔</w:t>
      </w:r>
    </w:p>
    <w:p>
      <w:r>
        <w:rPr>
          <w:b/>
        </w:rPr>
        <w:t xml:space="preserve">[05:03] </w:t>
      </w:r>
      <w:r>
        <w:t>isi ko taqwa kehte hain. Quran mein aaya hai ke roza tumhare upar farz kiya gaya ta ke tum muttaqi bano. la'allakum tattaqun yani muttaqi ka matlab hai Khuda se dar kar zindagi guzarna.</w:t>
      </w:r>
    </w:p>
    <w:p>
      <w:pPr>
        <w:jc w:val="right"/>
      </w:pPr>
      <w:r>
        <w:t>اسی کو تقویٰ کہتے ہیں۔ قرآن میں آیا ہے کہ روزہ تمہارے اوپر فرض کیا گیا تاکہ تم متقی بنو۔ لعلكم تتقون یعنی متقی کا مطلب ہے خدا سے ڈر کر زندگی گزارنا۔</w:t>
      </w:r>
    </w:p>
    <w:p>
      <w:r>
        <w:rPr>
          <w:b/>
        </w:rPr>
        <w:t xml:space="preserve">[05:20] </w:t>
      </w:r>
      <w:r>
        <w:t>aur jis ne jo Khuda se dara Allah taala ke liye, to uska roza Khuda qabool karega.</w:t>
      </w:r>
    </w:p>
    <w:p>
      <w:pPr>
        <w:jc w:val="right"/>
      </w:pPr>
      <w:r>
        <w:t>اور جس نے جو خدا سے ڈرا اللہ تعالیٰ کے لیے، تو اس کا روزہ خدا قبول کرے گا۔</w:t>
      </w:r>
    </w:p>
    <w:p>
      <w:r>
        <w:rPr>
          <w:b/>
        </w:rPr>
        <w:t xml:space="preserve">[05:29] </w:t>
      </w:r>
      <w:r>
        <w:t>aur aise roze ko jo qabool hua, to is ke badle Allah taala ne jannat likh di hai.</w:t>
      </w:r>
    </w:p>
    <w:p>
      <w:pPr>
        <w:jc w:val="right"/>
      </w:pPr>
      <w:r>
        <w:t>اور ایسے روزے کو جو قبول ہوا، تو اس کے بدلے اللہ تعالیٰ نے جنت لکھ دی ہے۔</w:t>
      </w:r>
    </w:p>
    <w:p>
      <w:r>
        <w:rPr>
          <w:b/>
        </w:rPr>
        <w:t xml:space="preserve">[05:37] </w:t>
      </w:r>
      <w:r>
        <w:t>dekhein, hum yeh ek bohat mushkil kaam nahi hai. kyun ke insan paidaishi taur par roohani hai. lekin woh is duniya mein aata hai, duniya ek madi duniya hai.</w:t>
      </w:r>
    </w:p>
    <w:p>
      <w:pPr>
        <w:jc w:val="right"/>
      </w:pPr>
      <w:r>
        <w:t>دیکھیں، ہم یہ ایک بہت مشکل کام نہیں ہے۔ کیونکہ انسان پیدائشی طور پر روحانی ہے۔ لیکن وہ اس دنیا میں آتا ہے، دنیا کا ایک مادی دنیا ہے۔</w:t>
      </w:r>
    </w:p>
    <w:p>
      <w:r>
        <w:rPr>
          <w:b/>
        </w:rPr>
        <w:t xml:space="preserve">[05:48] </w:t>
      </w:r>
      <w:r>
        <w:t>to is ki is ko shartein ho jati hain. to is ke liye is ko thodi si tarbiyat ki zaroorat hoti hai. kyun ke insan jo hai bunyadi taur par roohani hi hai.</w:t>
      </w:r>
    </w:p>
    <w:p>
      <w:pPr>
        <w:jc w:val="right"/>
      </w:pPr>
      <w:r>
        <w:t>تو اس کی اس کو شرطیں ہو جاتی ہیں۔ تو اس کے لیے اس کو تھوڑی سی تربیت کی ضرورت ہوتی ہے۔ کیونکہ انسان جو ہے بنیادی طور پر روحانی ہی ہے۔</w:t>
      </w:r>
    </w:p>
    <w:p>
      <w:r>
        <w:rPr>
          <w:b/>
        </w:rPr>
        <w:t xml:space="preserve">[05:58] </w:t>
      </w:r>
      <w:r>
        <w:t>is ko apni is roohaniyat ko bidaar karna hai.</w:t>
      </w:r>
    </w:p>
    <w:p>
      <w:pPr>
        <w:jc w:val="right"/>
      </w:pPr>
      <w:r>
        <w:t>اس کو اپنی اس روحانیت کو بیدار کرنا ہے۔</w:t>
      </w:r>
    </w:p>
    <w:p>
      <w:r>
        <w:rPr>
          <w:b/>
        </w:rPr>
        <w:t xml:space="preserve">[06:04] </w:t>
      </w:r>
      <w:r>
        <w:t>to yeh is ki is mein madad hoti hai Quran ki mutala se. ek to ibadat hain, doosre Quran ki mutala karna. Quran ko log hamesha tilawat karte rahe.</w:t>
      </w:r>
    </w:p>
    <w:p>
      <w:pPr>
        <w:jc w:val="right"/>
      </w:pPr>
      <w:r>
        <w:t>تو یہ اس کی اس میں مدد ہوتی ہے قرآن کی مطالعہ سے۔ ایک تو عبادات ہیں، دوسرے قرآن کی مطالعہ کرنا۔ قرآن کو لوگ ہمیشہ تلاوت کرتے رہے۔</w:t>
      </w:r>
    </w:p>
    <w:p>
      <w:r>
        <w:rPr>
          <w:b/>
        </w:rPr>
        <w:t xml:space="preserve">[06:16] </w:t>
      </w:r>
      <w:r>
        <w:t>to sirf tilawat kafi nahi hai, balke is ko samajh kar padhna. is ke maani ko samajhna. aur is ke agar aap padh sakein to tafsir ke sath padhein.</w:t>
      </w:r>
    </w:p>
    <w:p>
      <w:pPr>
        <w:jc w:val="right"/>
      </w:pPr>
      <w:r>
        <w:t>تو صرف تلاوت کافی نہیں ہے، بلکہ اس کو سمجھ کر پڑھنا۔ اس کے معنی کو سمجھنا۔ اور اس کے اگر آپ پڑھ سکیں تو تفسیر کے ساتھ پڑھیں۔</w:t>
      </w:r>
    </w:p>
    <w:p>
      <w:r>
        <w:rPr>
          <w:b/>
        </w:rPr>
        <w:t xml:space="preserve">[06:28] </w:t>
      </w:r>
      <w:r>
        <w:t>kyunke tabhi aap ko jab tak ke is ki poori pas manzar nahi maloom hogi, tab tak aap ko is ka poora faida nahi hoga. to quran par ghhor o fikr karna hai, jis ko tadabbur o tafakkur kaha gaya hai quran mein.</w:t>
      </w:r>
    </w:p>
    <w:p>
      <w:pPr>
        <w:jc w:val="right"/>
      </w:pPr>
      <w:r>
        <w:t>کیونکہ تبھی آپ کو جب تک کہ اس کی پوری پس منظر نہیں معلوم ہوگی، تب تک آپ کو اس کا پورا فائدہ نہیں ہوگا۔ تو قرآن پر غور و فکر کرنا ہے، جس کو تدبر و تفکر کہا گیا ہے قرآن میں۔</w:t>
      </w:r>
    </w:p>
    <w:p>
      <w:r>
        <w:rPr>
          <w:b/>
        </w:rPr>
        <w:t xml:space="preserve">[06:42] </w:t>
      </w:r>
      <w:r>
        <w:t>to is tareeqe se hum ko quran ke gehre maani hamare upar khulte chale jayenge.</w:t>
      </w:r>
    </w:p>
    <w:p>
      <w:pPr>
        <w:jc w:val="right"/>
      </w:pPr>
      <w:r>
        <w:t>تو اس طریقے سے ہم کو قرآن کے گہرے معنی ہمارے اوپر کھلتے چلے جائیں گے۔</w:t>
      </w:r>
    </w:p>
    <w:p>
      <w:r>
        <w:rPr>
          <w:b/>
        </w:rPr>
        <w:t xml:space="preserve">[06:49] </w:t>
      </w:r>
      <w:r>
        <w:t>to roza jo hai, is ka yahi yeh maqsad hai ke hum quran ko samjhein. kyunke ramzan ke mahine mein hi quran utarna shuru hua tha.</w:t>
      </w:r>
    </w:p>
    <w:p>
      <w:pPr>
        <w:jc w:val="right"/>
      </w:pPr>
      <w:r>
        <w:t>تو روزہ جو ہے، اس کا یہی یہ مقصد ہے کہ ہم قرآن کو سمجھیں۔ کیونکہ رمضان کے مہینے میں ہی قرآن اترنا شروع ہوا تھا۔</w:t>
      </w:r>
    </w:p>
    <w:p>
      <w:r>
        <w:rPr>
          <w:b/>
        </w:rPr>
        <w:t xml:space="preserve">[06:58] </w:t>
      </w:r>
      <w:r>
        <w:t>to isi wajah se ramzan mein roze farz kiye gaye. to is tareeqe se hum quran ki sanjeeda mutala kar ke apni roohaniyat ko daryaft karen.</w:t>
      </w:r>
    </w:p>
    <w:p>
      <w:pPr>
        <w:jc w:val="right"/>
      </w:pPr>
      <w:r>
        <w:t>تو اسی وجہ سے رمضان میں روزے فرض کیے گئے۔ تو اس طریقے سے ہم قرآن کی سنجیدہ مطالعہ کر کے اپنی روحانیت کو دریافت کریں۔</w:t>
      </w:r>
    </w:p>
    <w:p>
      <w:r>
        <w:rPr>
          <w:b/>
        </w:rPr>
        <w:t xml:space="preserve">[07:10] </w:t>
      </w:r>
      <w:r>
        <w:t>aur apne aap ko har tarah ke distraction se hatayen.</w:t>
      </w:r>
    </w:p>
    <w:p>
      <w:pPr>
        <w:jc w:val="right"/>
      </w:pPr>
      <w:r>
        <w:t>اور اپنے آپ کو ہر طرح کے ڈسٹرکشن سے ہٹائیں۔</w:t>
      </w:r>
    </w:p>
    <w:p>
      <w:r>
        <w:rPr>
          <w:b/>
        </w:rPr>
        <w:t xml:space="preserve">[07:14] </w:t>
      </w:r>
      <w:r>
        <w:t>kyunke yeh distraction hi hain jin ki wajah se hum hum apni roohaniyat ko daryaft nahi kar paate hain. to har tarah ke distraction se bachayen apne aap ko.</w:t>
      </w:r>
    </w:p>
    <w:p>
      <w:pPr>
        <w:jc w:val="right"/>
      </w:pPr>
      <w:r>
        <w:t>کیونکہ یہ ڈسٹرکشن ہی ہیں جن کی وجہ سے ہم ہم اپنی روحانیت کو دریافت نہیں کر پاتے ہیں۔ تو ہر طرح کے ڈسٹرکشن سے بچائیں اپنے آپ کو۔</w:t>
      </w:r>
    </w:p>
    <w:p>
      <w:r>
        <w:rPr>
          <w:b/>
        </w:rPr>
        <w:t xml:space="preserve">[07:24] </w:t>
      </w:r>
      <w:r>
        <w:t>kyunke khana peena is mein to insaan ka bohat zyada waqt jata hai, bohat zyada is mein dhyan laga rehta hai. to jab khana peena hum din bhar ke liye rokte hain, to doosri cheezon se rukna zyada mushkil nahi lagta.</w:t>
      </w:r>
    </w:p>
    <w:p>
      <w:pPr>
        <w:jc w:val="right"/>
      </w:pPr>
      <w:r>
        <w:t>کیونکہ کھانا پینا اس میں تو انسان کا بہت زیادہ وقت جاتا ہے، بہت زیادہ اس میں دھیان لگا رہتا ہے۔ تو جب کھانا پینا ہم دن بھر کے لیے روکتے ہیں، تو دوسری چیزوں سے رکنا زیادہ مشکل نہیں لگتا۔</w:t>
      </w:r>
    </w:p>
    <w:p>
      <w:r>
        <w:rPr>
          <w:b/>
        </w:rPr>
        <w:t xml:space="preserve">[07:39] </w:t>
      </w:r>
      <w:r>
        <w:t>kyunke hamari aadat ho jati hai bardasht karne ki.</w:t>
      </w:r>
    </w:p>
    <w:p>
      <w:pPr>
        <w:jc w:val="right"/>
      </w:pPr>
      <w:r>
        <w:t>کیونکہ ہماری عادت ہو جاتی ہے برداشت کرنے کی۔</w:t>
      </w:r>
    </w:p>
    <w:p>
      <w:r>
        <w:rPr>
          <w:b/>
        </w:rPr>
        <w:t xml:space="preserve">[07:42] </w:t>
      </w:r>
      <w:r>
        <w:t>to isi tareeqe se hum doosri jo hamari khwahishat hain, un ko hum khatam karen. aur zyada se zyada is is mahine ko istemal karen quran ko samajhne mein.</w:t>
      </w:r>
    </w:p>
    <w:p>
      <w:pPr>
        <w:jc w:val="right"/>
      </w:pPr>
      <w:r>
        <w:t>تو اسی طریقے سے ہم دوسری جو ہماری خواہشات ہیں، ان کو ہم ختم کریں۔ اور زیادہ سے زیادہ اس اس مہینے کو استعمال کریں قرآن کو سمجھنے میں۔</w:t>
      </w:r>
    </w:p>
    <w:p>
      <w:r>
        <w:rPr>
          <w:b/>
        </w:rPr>
        <w:t xml:space="preserve">[07:54] </w:t>
      </w:r>
      <w:r>
        <w:t>aur apni apne aap ko ek roohani, apni ek roohani shakhsiyat banane mein apna zyada se zyada dhyan den.</w:t>
      </w:r>
    </w:p>
    <w:p>
      <w:pPr>
        <w:jc w:val="right"/>
      </w:pPr>
      <w:r>
        <w:t>اور اپنی اپنے آپ کو ایک روحانی، اپنی ایک روحانی شخصیت بنانے میں اپنا زیادہ سے زیادہ دھیان دیں۔</w:t>
      </w:r>
    </w:p>
    <w:p>
      <w:r>
        <w:rPr>
          <w:b/>
        </w:rPr>
        <w:t xml:space="preserve">[08:04] </w:t>
      </w:r>
      <w:r>
        <w:t>shukriya aap aap ka. aap ne bohat achhi baat batai ke</w:t>
      </w:r>
    </w:p>
    <w:p>
      <w:pPr>
        <w:jc w:val="right"/>
      </w:pPr>
      <w:r>
        <w:t>شکریہ آپ آپا۔ آپ نے بہت اچھی بات بتائی کہ</w:t>
      </w:r>
    </w:p>
    <w:p>
      <w:r>
        <w:rPr>
          <w:b/>
        </w:rPr>
        <w:t xml:space="preserve">[08:09] </w:t>
      </w:r>
      <w:r>
        <w:t>roza kya hai insaan ki shart jo hoti hai, us ko khatam karne ka ek zariya bhi hai. to is par mujhe ek aayat yaad aa rahi hai. aayat surah alfajr ki hai.</w:t>
      </w:r>
    </w:p>
    <w:p>
      <w:pPr>
        <w:jc w:val="right"/>
      </w:pPr>
      <w:r>
        <w:t>روزہ کیا ہے انسان کی شرط جو ہوتی ہے، اس کو ختم کرنے کا ایک ذریعہ بھی ہے۔ تو اس پر مجھے ایک آیت یاد آ رہی ہے۔ آیت سورہ الفجر کی ہے۔</w:t>
      </w:r>
    </w:p>
    <w:p>
      <w:r>
        <w:rPr>
          <w:b/>
        </w:rPr>
        <w:t xml:space="preserve">[08:20] </w:t>
      </w:r>
      <w:r>
        <w:t>allah taala ne kaha: فَعَمَّلْ إِنْسَانُ إِذَا مَبْتَلَاهُ رَبُّهُ فَأَكْرَمَهُ وَنَعْمَهُ فَيَقُولُ رَبِّي أَكْرَمًا و</w:t>
      </w:r>
    </w:p>
    <w:p>
      <w:pPr>
        <w:jc w:val="right"/>
      </w:pPr>
      <w:r>
        <w:t>اللہ تعالیٰ نے کہا: فَعَمَّلْ إِنْسَانُ إِذَا مَبْتَلَاهُ رَبُّهُ فَأَكْرَمَهُ وَنَعْمَهُ فَيَقُولُ رَبِّي أَكْرَمًا و</w:t>
      </w:r>
    </w:p>
    <w:p>
      <w:r>
        <w:rPr>
          <w:b/>
        </w:rPr>
        <w:t xml:space="preserve">[08:27] </w:t>
      </w:r>
      <w:r>
        <w:t>َأَمَّا إِذَا مَبْتَلَاهُ فَقَدْرَ عَلَيْهِ رِزْقَهُ فَيَقُولُ رَبِّي أَهَانًا ke jab insaan ko is ka rab azmata hai aur us ko rozi deta hai, nematein khoob deta hai, to woh akad kar kehta hai ke allah taala ne meri izzat afzai ki.</w:t>
      </w:r>
    </w:p>
    <w:p>
      <w:pPr>
        <w:jc w:val="right"/>
      </w:pPr>
      <w:r>
        <w:t>َأَمَّا إِذَا مَبْتَلَاهُ فَقَدْرَ عَلَيْهِ رِزْقَهُ فَيَقُولُ رَبِّي أَهَانًا کہ جب انسان کو اس کا رب آزماتا ہے اور اس کو روزی دیتا ہے، نعمتیں خوب دیتا ہے، تو وہ اکڑ کر کہتا ہے کہ اللہ تعالیٰ نے میری عزت افزائی کی۔</w:t>
      </w:r>
    </w:p>
    <w:p>
      <w:r>
        <w:rPr>
          <w:b/>
        </w:rPr>
        <w:t xml:space="preserve">[08:45] </w:t>
      </w:r>
      <w:r>
        <w:t>lekin jab us ko azmata hai aur us ki rozi tang kar deta hai, to woh kehta hai: mere rab ne meri be izzati ki, meri ahant ki. to insaan jab is nafsiyat mein jeeta hai, to woh takhleeq ke mansoobe ko, khuda ko yaad nahi kar sakta.</w:t>
      </w:r>
    </w:p>
    <w:p>
      <w:pPr>
        <w:jc w:val="right"/>
      </w:pPr>
      <w:r>
        <w:t>لیکن جب اس کو آزماتا ہے اور اس کی روزی تنگ کر دیتا ہے، تو وہ کہتا ہے: میرے رب نے میری بے عزتی کی، میری اہانت کی۔ تو انسان جب اس نفسیات میں جیتا ہے، تو وہ تخلیق کے منصوبے کو، خدا کو یاد نہیں کر سکتا۔</w:t>
      </w:r>
    </w:p>
    <w:p>
      <w:r>
        <w:rPr>
          <w:b/>
        </w:rPr>
        <w:t xml:space="preserve">[09:00] </w:t>
      </w:r>
      <w:r>
        <w:t>roza goya ek tareeqe se batana hai ke aap is duniya ke andar aap jo reh rahe ho, yeh aap ki apni duniya nahi hai, khuda ne banai hai jis mein aap ko rakha hai.</w:t>
      </w:r>
    </w:p>
    <w:p>
      <w:pPr>
        <w:jc w:val="right"/>
      </w:pPr>
      <w:r>
        <w:t>روزہ گویا ایک طریقے سے بتانا ہے کہ آپ اس دنیا کے اندر آپ جو رہ رہے ہو، یہ آپ کی اپنی دنیا نہیں ہے، خدا نے بنائی ہے جس میں آپ کو رکھا ہے۔</w:t>
      </w:r>
    </w:p>
    <w:p>
      <w:r>
        <w:rPr>
          <w:b/>
        </w:rPr>
        <w:t xml:space="preserve">[09:11] </w:t>
      </w:r>
      <w:r>
        <w:t>aap ko jab chahe jo cheez le, jo chahe de sakta hai, woh us ke haath mein hai. isi liye hai woh. to main samajhta hoon bohat aham baat aap ne batai hai.</w:t>
      </w:r>
    </w:p>
    <w:p>
      <w:pPr>
        <w:jc w:val="right"/>
      </w:pPr>
      <w:r>
        <w:t>آپ کو جب چاہے جو چیز لے، جو چاہے دے سکتا ہے، وہ اس کے ہاتھ میں ہے۔ اسی لیے ہے وہ۔ تو میں سمجھتا ہوں بہت اہم بات آپ نے بتائی ہے۔</w:t>
      </w:r>
    </w:p>
    <w:p>
      <w:r>
        <w:rPr>
          <w:b/>
        </w:rPr>
        <w:t xml:space="preserve">[09:21] </w:t>
      </w:r>
      <w:r>
        <w:t>agle sawal mein aap se karunga ke roza ka taqwa se kya taluq hai? kyunke quran mein aata hai surah jahan par bataya gaya hai roze ke bare mein, to bataya gaya hai taake tum muttaqi ban jao.</w:t>
      </w:r>
    </w:p>
    <w:p>
      <w:pPr>
        <w:jc w:val="right"/>
      </w:pPr>
      <w:r>
        <w:t>اگلا سوال میں آپ سے کروں گا کہ روزہ کا تقویٰ سے کیا تعلق ہے؟ کیونکہ قرآن میں آتا ہے سورہ جہاں پر بتایا گیا ہے روزے کے بارے میں، تو بتایا گیا ہے تاکہ تم متقی بن جاؤ۔</w:t>
      </w:r>
    </w:p>
    <w:p>
      <w:r>
        <w:rPr>
          <w:b/>
        </w:rPr>
        <w:t xml:space="preserve">[09:32] </w:t>
      </w:r>
      <w:r>
        <w:t>to taqwa se kya taluq hai is ka? quran mein aaya hai: aye iman walo! tum par roza farz kiya gaya hai taake tum muttaqi bano.</w:t>
      </w:r>
    </w:p>
    <w:p>
      <w:pPr>
        <w:jc w:val="right"/>
      </w:pPr>
      <w:r>
        <w:t>تو تقویٰ سے کیا تعلق ہے اس کا؟ قرآن میں آیا ہے: اے ایمان والو! تم پر روزہ فرض کیا گیا ہے تاکہ تم متقی بنو۔</w:t>
      </w:r>
    </w:p>
    <w:p>
      <w:r>
        <w:rPr>
          <w:b/>
        </w:rPr>
        <w:t xml:space="preserve">[09:43] </w:t>
      </w:r>
      <w:r>
        <w:t>yeh</w:t>
      </w:r>
    </w:p>
    <w:p>
      <w:pPr>
        <w:jc w:val="right"/>
      </w:pPr>
      <w:r>
        <w:t>یہ</w:t>
      </w:r>
    </w:p>
    <w:p>
      <w:r>
        <w:rPr>
          <w:b/>
        </w:rPr>
        <w:t xml:space="preserve">[09:44] </w:t>
      </w:r>
      <w:r>
        <w:t>surah baqarah mein aaya hai.</w:t>
      </w:r>
    </w:p>
    <w:p>
      <w:pPr>
        <w:jc w:val="right"/>
      </w:pPr>
      <w:r>
        <w:t>سورہ البقرہ میں آیا ہے۔</w:t>
      </w:r>
    </w:p>
    <w:p>
      <w:r>
        <w:rPr>
          <w:b/>
        </w:rPr>
        <w:t xml:space="preserve">[09:50] </w:t>
      </w:r>
      <w:r>
        <w:t>matlab insaan jo hai tamam jo duniya mein us ko mili hui hain nematein, to us ko le kar rehta hai.</w:t>
      </w:r>
    </w:p>
    <w:p>
      <w:pPr>
        <w:jc w:val="right"/>
      </w:pPr>
      <w:r>
        <w:t>مطلب انسان جو ہے تمام جو دنیا میں اس کو ملی ہوئی ہیں نعمتیں، تو اس کو لے کر رہتا ہے۔</w:t>
      </w:r>
    </w:p>
    <w:p>
      <w:r>
        <w:rPr>
          <w:b/>
        </w:rPr>
        <w:t xml:space="preserve">[09:59] </w:t>
      </w:r>
      <w:r>
        <w:t>to us ko dhyan nahi rehta ke kitni bari khuda ki nemmat hai, us ka hamein shukr karna hai aur khuda se dar kar apni zindagi guzarni hai.</w:t>
      </w:r>
    </w:p>
    <w:p>
      <w:pPr>
        <w:jc w:val="right"/>
      </w:pPr>
      <w:r>
        <w:t>تو اس کو دھیان نہیں رہتا کہ کتنی بڑی خدا کی نعمت ہے، اس کا ہمیں شکر کرنا ہے اور خدا سے ڈر کر اپنی زندگی گزارنی ہے۔</w:t>
      </w:r>
    </w:p>
    <w:p>
      <w:r>
        <w:rPr>
          <w:b/>
        </w:rPr>
        <w:t xml:space="preserve">[10:08] </w:t>
      </w:r>
      <w:r>
        <w:t>taqwa ka matlab hai bohat zyada khuda se darna, ek muhtat andaaz, soch samajh kar apni zindagi guzarna. to matlab sirf bhook pyas se nahi taqwa paida ho jayega, balkeh hum ko khuda se dar kar zindagi guzaren.</w:t>
      </w:r>
    </w:p>
    <w:p>
      <w:pPr>
        <w:jc w:val="right"/>
      </w:pPr>
      <w:r>
        <w:t>تقویٰ کا مطلب ہے بہت زیادہ خدا سے ڈرنا، ایک محتاط انداز، سوچ سمجھ کر اپنی زندگی گزارنا۔ تو مطلب صرف بھوک پیاس سے نہیں تقویٰ پیدا ہو جائے گا، بلکہ ہم کو خدا سے ڈر کر زندگی گزاریں۔</w:t>
      </w:r>
    </w:p>
    <w:p>
      <w:r>
        <w:rPr>
          <w:b/>
        </w:rPr>
        <w:t xml:space="preserve">[10:25] </w:t>
      </w:r>
      <w:r>
        <w:t>koi bhi kaam hum karne jayen to hum sochen ke kya hamara khuda is se naraz to nahi hoga?</w:t>
      </w:r>
    </w:p>
    <w:p>
      <w:pPr>
        <w:jc w:val="right"/>
      </w:pPr>
      <w:r>
        <w:t>کوئی بھی کام ہم کرنے جائیں تو ہم سوچیں کہ کیا ہمارا خدا اس سے ناراض تو نہیں ہوگا؟</w:t>
      </w:r>
    </w:p>
    <w:p>
      <w:r>
        <w:rPr>
          <w:b/>
        </w:rPr>
        <w:t xml:space="preserve">[10:32] </w:t>
      </w:r>
      <w:r>
        <w:t>agar hamein lage ke yeh khuda ki marzi ke mutabiq yeh kaam nahi hai, to hum foran, hamein we should stop in our track foran hamein ruk jana chahiye.</w:t>
      </w:r>
    </w:p>
    <w:p>
      <w:pPr>
        <w:jc w:val="right"/>
      </w:pPr>
      <w:r>
        <w:t>اگر ہمیں لگے کہ یہ خدا کی مرضی کے مطابق یہ کام نہیں ہے، تو ہم فوراً، ہمیں we should stop in our track فوراً ہمیں رک جانا چاہیے۔</w:t>
      </w:r>
    </w:p>
    <w:p>
      <w:r>
        <w:rPr>
          <w:b/>
        </w:rPr>
        <w:t xml:space="preserve">[10:41] </w:t>
      </w:r>
      <w:r>
        <w:t>aur isi tarah har kaam ko sochein ke khuda kis kaam se khush hota hai, to phir hum woh kaam karein. agar hum aisa mahine bhar aisa kaam kar lenge, to hamari achi tarbiyat ho jayegi.</w:t>
      </w:r>
    </w:p>
    <w:p>
      <w:pPr>
        <w:jc w:val="right"/>
      </w:pPr>
      <w:r>
        <w:t>اور اسی طریقے سے ہر کام کو سوچیں کہ خدا کس کام سے خوش ہوتا ہے، تو پھر ہم وہ کام کریں۔ اگر ہم ایسا مہینے بھر ایسا کام کر لیں گے، تو ہماری اچھی تربیت ہو جائے گی۔</w:t>
      </w:r>
    </w:p>
    <w:p>
      <w:r>
        <w:rPr>
          <w:b/>
        </w:rPr>
        <w:t xml:space="preserve">[10:55] </w:t>
      </w:r>
      <w:r>
        <w:t>jaise refresher courses hote hain tarbiyat karne ke liye, to aise hi ho jayega tarbiyat. aur hamara yeh taqreeban saal bhar chalta rahega.</w:t>
      </w:r>
    </w:p>
    <w:p>
      <w:pPr>
        <w:jc w:val="right"/>
      </w:pPr>
      <w:r>
        <w:t>جیسے ریفریشر کورسز ہوتے ہیں تربیت کرنے کے لیے، تو ایسے ہی ہو جائے گا تربیت۔ اور ہمارا یہ تقریباً سال بھر چلتا رہے گا۔</w:t>
      </w:r>
    </w:p>
    <w:p>
      <w:r>
        <w:rPr>
          <w:b/>
        </w:rPr>
        <w:t xml:space="preserve">[11:06] </w:t>
      </w:r>
      <w:r>
        <w:t>to taqwa ka tarjuma khuda ka shaoor bhi kaha gaya hai. matlab har waqt khuda ko hazir o nazir samajhna. to khuda hamein dekh raha hai.</w:t>
      </w:r>
    </w:p>
    <w:p>
      <w:pPr>
        <w:jc w:val="right"/>
      </w:pPr>
      <w:r>
        <w:t>تو تقویٰ کا ترجمہ خدا کا شعور بھی کہا گیا ہے۔ مطلب ہر وقت خدا کو حاضر و ناظر سمجھنا۔ تو خدا ہمیں دیکھ رہا ہے۔</w:t>
      </w:r>
    </w:p>
    <w:p>
      <w:r>
        <w:rPr>
          <w:b/>
        </w:rPr>
        <w:t xml:space="preserve">[11:16] </w:t>
      </w:r>
      <w:r>
        <w:t>matlab yeh insight ke level par hum mehsoos karein</w:t>
      </w:r>
    </w:p>
    <w:p>
      <w:pPr>
        <w:jc w:val="right"/>
      </w:pPr>
      <w:r>
        <w:t>مطلب یہ انسائٹ کے لیول پر ہم محسوس کریں</w:t>
      </w:r>
    </w:p>
    <w:p>
      <w:r>
        <w:rPr>
          <w:b/>
        </w:rPr>
        <w:t xml:space="preserve">[11:21] </w:t>
      </w:r>
      <w:r>
        <w:t>ge. jab hum bohat zyada khuda ko yaad karenge, to aisa lagega ke khuda hamein dekh raha hai. ab aap sochein ke khuda jab hamein dekh raha hai, to kitna zyada hamein ehsas hoga ke hum har kaam khuda ki marzi ke mutabiq karein.</w:t>
      </w:r>
    </w:p>
    <w:p>
      <w:pPr>
        <w:jc w:val="right"/>
      </w:pPr>
      <w:r>
        <w:t>گے۔ جب ہم بہت زیادہ خدا کو یاد کریں گے، تو ایسا لگے گا کہ خدا ہمیں دیکھ رہا ہے۔ اب آپ سوچیں کہ خدا جب ہمیں دیکھ رہا ہے، تو کتنا زیادہ ہمیں احساس ہوگا کہ ہم ہر کام خدا کی مرضی کے مطابق کریں۔</w:t>
      </w:r>
    </w:p>
    <w:p>
      <w:r>
        <w:rPr>
          <w:b/>
        </w:rPr>
        <w:t xml:space="preserve">[11:36] </w:t>
      </w:r>
      <w:r>
        <w:t>ab wohi hai masla ke dunya darul imtihan hai, yahan tarah tarah ki azmaishain hain, nakhushgawar bohat sari baatein hoti rehti hain. to woh cheezein hamein distract kar deti hain.</w:t>
      </w:r>
    </w:p>
    <w:p>
      <w:pPr>
        <w:jc w:val="right"/>
      </w:pPr>
      <w:r>
        <w:t>اب وہی ہے مسئلہ کہ دنیا دارالامتحان ہے، یہاں طرح طرح کی آزمائشیں ہیں، ناخوشگوار بہت ساری باتیں ہوتی رہتی ہیں۔ تو وہ چیزیں ہمیں ڈسٹرکٹ کر دیتی ہیں۔</w:t>
      </w:r>
    </w:p>
    <w:p>
      <w:r>
        <w:rPr>
          <w:b/>
        </w:rPr>
        <w:t xml:space="preserve">[11:47] </w:t>
      </w:r>
      <w:r>
        <w:t>to hum kisi bhi cheez se distract na hon,</w:t>
      </w:r>
    </w:p>
    <w:p>
      <w:pPr>
        <w:jc w:val="right"/>
      </w:pPr>
      <w:r>
        <w:t>تو ہم کسی بھی چیز سے ڈسٹرکٹ نہ ہوں،</w:t>
      </w:r>
    </w:p>
    <w:p>
      <w:r>
        <w:rPr>
          <w:b/>
        </w:rPr>
        <w:t xml:space="preserve">[11:50] </w:t>
      </w:r>
      <w:r>
        <w:t>balke hum yeh yeh soch samajh kar zindagi guzarein ke dunya mein to aisa hoga, kyunke yahan par bohat sare log hain aur har aadmi apni apni marzi ke mutabiq zindagi guzarega.</w:t>
      </w:r>
    </w:p>
    <w:p>
      <w:pPr>
        <w:jc w:val="right"/>
      </w:pPr>
      <w:r>
        <w:t>بلکہ ہم یہ یہ سوچ سمجھ کر زندگی گزاریں کہ دنیا میں تو ایسا ہوگا، کیونکہ یہاں پر بہت سارے لوگ ہیں اور ہر آدمی اپنی اپنی مرضی کے مطابق زندگی گزارے گا۔</w:t>
      </w:r>
    </w:p>
    <w:p>
      <w:r>
        <w:rPr>
          <w:b/>
        </w:rPr>
        <w:t xml:space="preserve">[12:02] </w:t>
      </w:r>
      <w:r>
        <w:t>to iski marzi aur hamari marzi se takrao hoga. to yeh to hona hai is dunya mein. to iske mutabiq hamein apni zindagi guzarni hai.</w:t>
      </w:r>
    </w:p>
    <w:p>
      <w:pPr>
        <w:jc w:val="right"/>
      </w:pPr>
      <w:r>
        <w:t>تو اس کی مرضی اور ہماری مرضی سے ٹکراؤ ہوگا۔ تو یہ تو ہونا ہے اس دنیا میں۔ تو اس کے مطابق ہمیں اپنی زندگی گزارنی ہے۔</w:t>
      </w:r>
    </w:p>
    <w:p>
      <w:r>
        <w:rPr>
          <w:b/>
        </w:rPr>
        <w:t xml:space="preserve">[12:12] </w:t>
      </w:r>
      <w:r>
        <w:t>soch samajh kar, ghor o fikr wala andaaz hamara har mamle mein hona chahiye.</w:t>
      </w:r>
    </w:p>
    <w:p>
      <w:pPr>
        <w:jc w:val="right"/>
      </w:pPr>
      <w:r>
        <w:t>سوچ سمجھ کر، غور و فکر والا انداز ہمارا ہر معاملے میں ہونا چاہیے۔</w:t>
      </w:r>
    </w:p>
    <w:p>
      <w:r>
        <w:rPr>
          <w:b/>
        </w:rPr>
        <w:t xml:space="preserve">[12:17] </w:t>
      </w:r>
      <w:r>
        <w:t>agar hum ko laga ke koi cheez nakhushgawar hai aur hum manfi ho gaye, to iska matlab hai ke hamare paas farishtay nahi aayenge.</w:t>
      </w:r>
    </w:p>
    <w:p>
      <w:pPr>
        <w:jc w:val="right"/>
      </w:pPr>
      <w:r>
        <w:t>اگر ہم کو لگا کہ کوئی چیز ناخوشگوار ہے اور ہم منفی ہو گئے، تو اس کا مطلب ہے کہ ہمارے پاس فرشتے نہیں آئیں گے۔</w:t>
      </w:r>
    </w:p>
    <w:p>
      <w:r>
        <w:rPr>
          <w:b/>
        </w:rPr>
        <w:t xml:space="preserve">[12:25] </w:t>
      </w:r>
      <w:r>
        <w:t>kyunke manfi insan ke paas farishtay nahi aate. aur jab tak farishtay nahi aaye, tab tak hamein rohaniyat mein se hissa nahi milega.</w:t>
      </w:r>
    </w:p>
    <w:p>
      <w:pPr>
        <w:jc w:val="right"/>
      </w:pPr>
      <w:r>
        <w:t>کیونکہ منفی انسان کے پاس فرشتے نہیں آتے۔ اور جب تک فرشتے نہیں آئے، تب تک ہمیں روحانیت میں سے حصہ نہیں ملے گا۔</w:t>
      </w:r>
    </w:p>
    <w:p>
      <w:r>
        <w:rPr>
          <w:b/>
        </w:rPr>
        <w:t xml:space="preserve">[12:34] </w:t>
      </w:r>
      <w:r>
        <w:t>kyunke yeh farishtay hi hain jo mahol ko rohani karte hain.</w:t>
      </w:r>
    </w:p>
    <w:p>
      <w:pPr>
        <w:jc w:val="right"/>
      </w:pPr>
      <w:r>
        <w:t>کیونکہ یہ فرشتے ہی ہیں جو ماحول کو روحانی کرتے ہیں۔</w:t>
      </w:r>
    </w:p>
    <w:p>
      <w:r>
        <w:rPr>
          <w:b/>
        </w:rPr>
        <w:t xml:space="preserve">[12:40] </w:t>
      </w:r>
      <w:r>
        <w:t>to roze ka jo maqsad hai ke hum rohani hassasiyat apne andar paida karein, to isi maqsad se hamein shikast milegi.</w:t>
      </w:r>
    </w:p>
    <w:p>
      <w:pPr>
        <w:jc w:val="right"/>
      </w:pPr>
      <w:r>
        <w:t>تو روزے کا جو مقصد ہے کہ ہم روحانی حساسیت اپنے اندر پیدا کریں، تو اسی مقصد سے ہمیں شکست ملے گی۔</w:t>
      </w:r>
    </w:p>
    <w:p>
      <w:r>
        <w:rPr>
          <w:b/>
        </w:rPr>
        <w:t xml:space="preserve">[12:49] </w:t>
      </w:r>
      <w:r>
        <w:t>isi maqsad ko hum hasil nahi kar payenge. to yeh bohat zyada soch samajh ke kaam karna hai. jahan hamein lage ke yeh cheez jo hai khuda ko naraz karegi, to wohin hum ruk jayein.</w:t>
      </w:r>
    </w:p>
    <w:p>
      <w:pPr>
        <w:jc w:val="right"/>
      </w:pPr>
      <w:r>
        <w:t>اسی مقصد کو ہم حاصل نہیں کر پائیں گے۔ تو یہ بہت زیادہ سوچ سمجھ کے کام کرنا ہے۔ جہاں ہمیں لگے کہ یہ چیز جو ہے خدا کو ناراض کرے گی، تو وہیں ہم رک جائیں۔</w:t>
      </w:r>
    </w:p>
    <w:p>
      <w:r>
        <w:rPr>
          <w:b/>
        </w:rPr>
        <w:t xml:space="preserve">[13:03] </w:t>
      </w:r>
      <w:r>
        <w:t>aur bohat zyada soch samajh kar karenge aur bohat zyada quran p</w:t>
      </w:r>
    </w:p>
    <w:p>
      <w:pPr>
        <w:jc w:val="right"/>
      </w:pPr>
      <w:r>
        <w:t>اور بہت زیادہ سوچ سمجھ کر کریں گے اور بہت زیادہ قرآن پ</w:t>
      </w:r>
    </w:p>
    <w:p>
      <w:r>
        <w:rPr>
          <w:b/>
        </w:rPr>
        <w:t xml:space="preserve">[13:08] </w:t>
      </w:r>
      <w:r>
        <w:t>adhenge. quran ko samajh kar padhenge, ghor o fikr kar ke padhenge. to har baar aisa hota hai ke aap quran padh rahe hain, to lagta hai ke yeh baat to hamein pehle iske gehre mani samajh mein nahi aaye the.</w:t>
      </w:r>
    </w:p>
    <w:p>
      <w:pPr>
        <w:jc w:val="right"/>
      </w:pPr>
      <w:r>
        <w:t>ڑھیں گے۔ قرآن کو سمجھ کر پڑھیں گے، غور و فکر کر کے پڑھیں گے۔ تو ہر بار ایسا ہوتا ہے کہ آپ قرآن پڑھ رہے ہیں، تو لگتا ہے کہ یہ بات تو ہمیں پہلے اس کے گہرے معنی سمجھ میں نہیں آئے تھے۔</w:t>
      </w:r>
    </w:p>
    <w:p>
      <w:r>
        <w:rPr>
          <w:b/>
        </w:rPr>
        <w:t xml:space="preserve">[13:20] </w:t>
      </w:r>
      <w:r>
        <w:t>to jab tak gehre mani aap khud daryaft na karein, tab tak woh aap ki zindagi ka hissa nahi bante. jis ko kehte hain ke applied quran.</w:t>
      </w:r>
    </w:p>
    <w:p>
      <w:pPr>
        <w:jc w:val="right"/>
      </w:pPr>
      <w:r>
        <w:t>تو جب تک گہرے معنی آپ خود دریافت نہ کریں، تب تک وہ آپ کی زندگی کا حصہ نہیں بنتے۔ جس کو کہتے ہیں کہ اپلائیڈ قرآن۔</w:t>
      </w:r>
    </w:p>
    <w:p>
      <w:r>
        <w:rPr>
          <w:b/>
        </w:rPr>
        <w:t xml:space="preserve">[13:29] </w:t>
      </w:r>
      <w:r>
        <w:t>to quran ko hamein apni apni zindagi mein apply karna hai.</w:t>
      </w:r>
    </w:p>
    <w:p>
      <w:pPr>
        <w:jc w:val="right"/>
      </w:pPr>
      <w:r>
        <w:t>تو قرآن کو ہمیں اپنی اپنی زندگی میں اپلائی کرنا ہے۔</w:t>
      </w:r>
    </w:p>
    <w:p>
      <w:r>
        <w:rPr>
          <w:b/>
        </w:rPr>
        <w:t xml:space="preserve">[13:34] </w:t>
      </w:r>
      <w:r>
        <w:t>to yahi hai jo jis ko hum taqwa spirit kehte hain, yani parhezgari. taqwa ke mani hain parhezgari, parhezgarana zindagi.</w:t>
      </w:r>
    </w:p>
    <w:p>
      <w:pPr>
        <w:jc w:val="right"/>
      </w:pPr>
      <w:r>
        <w:t>تو یہی ہے جو جس کو ہم سوم سپرٹ کہتے ہیں، یعنی پرہیزگاری۔ تقویٰ کے معنی ہیں پرہیزگاری، پرہیزگارانہ زندگی۔</w:t>
      </w:r>
    </w:p>
    <w:p>
      <w:r>
        <w:rPr>
          <w:b/>
        </w:rPr>
        <w:t xml:space="preserve">[13:44] </w:t>
      </w:r>
      <w:r>
        <w:t>to hamein pure mani mein ek mahina parhezgarana zindagi ikhtiyar karni hai. kyunke agar hum ek mahina aisa kar liya hum ne, to phir hamari adat pad jayegi.</w:t>
      </w:r>
    </w:p>
    <w:p>
      <w:pPr>
        <w:jc w:val="right"/>
      </w:pPr>
      <w:r>
        <w:t>تو ہمیں پورے معنی میں ایک مہینہ پرہیزگارانہ زندگی اختیار کرنی ہے۔ کیونکہ اگر ہم ایک مہینہ ایسا کر لیا ہم نے، تو پھر ہماری عادت پڑ جائے گی۔</w:t>
      </w:r>
    </w:p>
    <w:p>
      <w:r>
        <w:rPr>
          <w:b/>
        </w:rPr>
        <w:t xml:space="preserve">[13:56] </w:t>
      </w:r>
      <w:r>
        <w:t>phir hum har kaam soch samajh kar karenge.</w:t>
      </w:r>
    </w:p>
    <w:p>
      <w:pPr>
        <w:jc w:val="right"/>
      </w:pPr>
      <w:r>
        <w:t>پھر ہم ہر کام سوچ سمجھ کر کریں گے۔</w:t>
      </w:r>
    </w:p>
    <w:p>
      <w:r>
        <w:rPr>
          <w:b/>
        </w:rPr>
        <w:t xml:space="preserve">[14:00] </w:t>
      </w:r>
      <w:r>
        <w:t>apa, mujhe yaad aata hai taqwa ke bare mein ke hazrat umar r.a. ka waqia hai. tafsir ibn kathir mein aaya hai. aur isi tarah baaz riwayat mein hazrat abu huraira ka bhi hai ke hazrat umar ne poocha tha hazrat abi bin kaab se ke taqwa kya hai?</w:t>
      </w:r>
    </w:p>
    <w:p>
      <w:pPr>
        <w:jc w:val="right"/>
      </w:pPr>
      <w:r>
        <w:t>آپا، مجھے یاد آتا ہے تقویٰ کے بارے میں کہ حضرت عمر رضی اللہ عنہ کا واقعہ ہے۔ تفسیر ابن کثیر میں آیا ہے۔ اور اسی طریقے سے بعض روایتوں میں حضرت ابوہریرہ کا بھی ہے کہ حضرت عمر نے پوچھا تھا حضرت ابی بن کعب سے کہ تقویٰ کیا ہے؟</w:t>
      </w:r>
    </w:p>
    <w:p>
      <w:r>
        <w:rPr>
          <w:b/>
        </w:rPr>
        <w:t xml:space="preserve">[14:18] </w:t>
      </w:r>
      <w:r>
        <w:t>to unhon ne kaha ke ama salakta tareeqan dhaw shoukan kya aap kisi aise rastay par chale hain jis mein kaantay daar jhariyan hon?</w:t>
      </w:r>
    </w:p>
    <w:p>
      <w:pPr>
        <w:jc w:val="right"/>
      </w:pPr>
      <w:r>
        <w:t>تو انہوں نے کہا کہ أما سلكت طريقا ذا شوكن کیا آپ کسی ایسے راستے پر چلے ہیں جس میں کانٹے دار جھاڑیاں ہوں؟</w:t>
      </w:r>
    </w:p>
    <w:p>
      <w:r>
        <w:rPr>
          <w:b/>
        </w:rPr>
        <w:t xml:space="preserve">[14:28] </w:t>
      </w:r>
      <w:r>
        <w:t>to hazrat umar ne kaha: "haan, chala hoon mein." to kaha ke aap kya karte hain wahan par? to unhon ne kaha: shamrat wajadt ke mein apne kapde ko lapet kar khoob bach bach kar chalta hoon.</w:t>
      </w:r>
    </w:p>
    <w:p>
      <w:pPr>
        <w:jc w:val="right"/>
      </w:pPr>
      <w:r>
        <w:t>تو حضرت عمر نے کہا: "ہاں، چلا ہوں میں۔" تو کہا کہ آپ کیا کرتے ہیں وہاں پر؟ تو انہوں نے کہا: شمرت وجدت کہ میں اپنے کپڑے کو لپیٹ کر خوب بچ بچ کر چلتا ہوں۔</w:t>
      </w:r>
    </w:p>
    <w:p>
      <w:r>
        <w:rPr>
          <w:b/>
        </w:rPr>
        <w:t xml:space="preserve">[14:40] </w:t>
      </w:r>
      <w:r>
        <w:t>kaha yahi taqwa hai. is ko agar taqwa, yeh to aik</w:t>
      </w:r>
    </w:p>
    <w:p>
      <w:pPr>
        <w:jc w:val="right"/>
      </w:pPr>
      <w:r>
        <w:t>کہا یہی تقویٰ ہے۔ اس کو اگر تقویٰ، یہ تو ایک</w:t>
      </w:r>
    </w:p>
    <w:p>
      <w:r>
        <w:rPr>
          <w:b/>
        </w:rPr>
        <w:t xml:space="preserve">[14:46] </w:t>
      </w:r>
      <w:r>
        <w:t>maadi misaal di gayi hai, maadi misaal di gayi hai. taqwa jo maanvi cheez hai, us ko samajhne ke liye matlab yeh hai ke dunya ke andar mukhtalif qism ke distraction hotay hain.</w:t>
      </w:r>
    </w:p>
    <w:p>
      <w:pPr>
        <w:jc w:val="right"/>
      </w:pPr>
      <w:r>
        <w:t>مادی مثال دی گئی ہے، مادی مثال دی گئی ہے۔ تقویٰ جو مانوی چیز ہے، اس کو سمجھنے کے لیے مطلب یہ ہے کہ دنیا کے اندر مختلف قسم کے ڈسٹرکشن ہوتے ہیں۔</w:t>
      </w:r>
    </w:p>
    <w:p>
      <w:r>
        <w:rPr>
          <w:b/>
        </w:rPr>
        <w:t xml:space="preserve">[14:56] </w:t>
      </w:r>
      <w:r>
        <w:t>is distraction se bach kar khuda wali zindagi guzarna, rabbani zindagi guzarna, khuda ko yaad rakhna, yahi taqwa hai.</w:t>
      </w:r>
    </w:p>
    <w:p>
      <w:pPr>
        <w:jc w:val="right"/>
      </w:pPr>
      <w:r>
        <w:t>اس ڈسٹرکشن سے بچ کر خدا والی زندگی گزارنا، ربانی زندگی گزارنا، خدا کو یاد رکھنا، یہی تقویٰ ہے۔</w:t>
      </w:r>
    </w:p>
    <w:p>
      <w:r>
        <w:rPr>
          <w:b/>
        </w:rPr>
        <w:t xml:space="preserve">[15:04] </w:t>
      </w:r>
      <w:r>
        <w:t>is ki sifat jo quran mein aayi hai, woh bohat ahem hai. allah taala baar baar taqwa ka zikr kiya hai aur yaad dilaya. is mein se aik jagah jo sifat aayi hai, woh hai: wasar'u ila maghfiratin min rabbikum wa jannatin.</w:t>
      </w:r>
    </w:p>
    <w:p>
      <w:pPr>
        <w:jc w:val="right"/>
      </w:pPr>
      <w:r>
        <w:t>اس کی صفت جو قرآن میں آئی ہے، وہ بہت اہم ہے۔ اللہ تعالیٰ بار بار تقویٰ کا ذکر کیا ہے اور یاد دلایا۔ اس میں سے ایک جگہ جو صفت آئی ہے، وہ ہے: وسارعوا إلى مغفرة من ربكم وجنة.</w:t>
      </w:r>
    </w:p>
    <w:p>
      <w:r>
        <w:rPr>
          <w:b/>
        </w:rPr>
        <w:t xml:space="preserve">[15:17] </w:t>
      </w:r>
      <w:r>
        <w:t>ardus samawati wal ardi uiddat lil muttaqin</w:t>
      </w:r>
    </w:p>
    <w:p>
      <w:pPr>
        <w:jc w:val="right"/>
      </w:pPr>
      <w:r>
        <w:t>أرض السماوات والأرض أعدت للمتقين</w:t>
      </w:r>
    </w:p>
    <w:p>
      <w:r>
        <w:rPr>
          <w:b/>
        </w:rPr>
        <w:t xml:space="preserve">[15:21] </w:t>
      </w:r>
      <w:r>
        <w:t>allazeena yunfiquna fis sarra'i wadh dhara'i wal kazimeena al ghayza wal aafina anin naasi wallahu yuhibbul muhsineen</w:t>
      </w:r>
    </w:p>
    <w:p>
      <w:pPr>
        <w:jc w:val="right"/>
      </w:pPr>
      <w:r>
        <w:t>الذين ينفقون في السراء والضراء والكاظمين الغيظ والعافين عن الناس والله يحب المحسنين</w:t>
      </w:r>
    </w:p>
    <w:p>
      <w:r>
        <w:rPr>
          <w:b/>
        </w:rPr>
        <w:t xml:space="preserve">[15:31] </w:t>
      </w:r>
      <w:r>
        <w:t>wallazeena itha fa'alu fahishatan aw zalamoo anfusahum zakarool laaha fastaghfaro li zunoobihim wa man yaghfiruz zunooba illal laahu wa lam yusirroo 'ala ma fa'aloo wa hum ya'lamoon</w:t>
      </w:r>
    </w:p>
    <w:p>
      <w:pPr>
        <w:jc w:val="right"/>
      </w:pPr>
      <w:r>
        <w:t>والذين إذا فعلوا فاحشة أو ظلموا أنفسهم ذكروا الله فاستغفروا لذنوبهم ومن يغفر الذنوب إلا الله ولم يصروا على ما فعلوا وهم يعلمون</w:t>
      </w:r>
    </w:p>
    <w:p>
      <w:r>
        <w:rPr>
          <w:b/>
        </w:rPr>
        <w:t xml:space="preserve">[15:43] </w:t>
      </w:r>
      <w:r>
        <w:t>doro apne rab ki maghfirat ki taraf aur jannat ki taraf jis ki chorai aasman o zameen ke barabar hai. woh tayyar ki gayi hai muttaqiyon ke liye jo roze mein bayan kiya gaya hai.</w:t>
      </w:r>
    </w:p>
    <w:p>
      <w:pPr>
        <w:jc w:val="right"/>
      </w:pPr>
      <w:r>
        <w:t>دوڑو اپنے رب کی مغفرت کی طرف اور جنت کی طرف جس کی چوڑائی آسمان و زمین کے برابر ہے۔ وہ تیار کی گئی ہے متقیوں کے لیے جو روزے میں بیان کیا گیا ہے۔</w:t>
      </w:r>
    </w:p>
    <w:p>
      <w:r>
        <w:rPr>
          <w:b/>
        </w:rPr>
        <w:t xml:space="preserve">[15:54] </w:t>
      </w:r>
      <w:r>
        <w:t>taqwa to kaha muttaqiyon ke liye tayyar ki gayi hai. is ke aage un ki sifat kya hogi muttaqiyon ki? woh bataya hai kuch sifatain yahan par ke jo kharch karte hain posheeda tor par aur zahiri tor par, aur ghusse ko pee jaane wale hain, logon ko maaf karne wale hain.</w:t>
      </w:r>
    </w:p>
    <w:p>
      <w:pPr>
        <w:jc w:val="right"/>
      </w:pPr>
      <w:r>
        <w:t>تقویٰ تو کہا متقیوں کے لیے تیار کی گئی ہے۔ اس کے آگے ان کی صفت کیا ہوگی متقیوں کی؟ وہ بتایا ہے کچھ صفتیں یہاں پر کہ جو خرچ کرتے ہیں پوشیدہ طور پر اور ظاہری طور پر، اور غصے کو پی جانے والے ہیں، لوگوں کو معاف کرنے والے ہیں۔</w:t>
      </w:r>
    </w:p>
    <w:p>
      <w:r>
        <w:rPr>
          <w:b/>
        </w:rPr>
        <w:t xml:space="preserve">[16:10] </w:t>
      </w:r>
      <w:r>
        <w:t>aur allah taala muhsineen ko pasand karta hai.</w:t>
      </w:r>
    </w:p>
    <w:p>
      <w:pPr>
        <w:jc w:val="right"/>
      </w:pPr>
      <w:r>
        <w:t>اور اللہ تعالیٰ محسنین کو پسند کرتا ہے۔</w:t>
      </w:r>
    </w:p>
    <w:p>
      <w:r>
        <w:rPr>
          <w:b/>
        </w:rPr>
        <w:t xml:space="preserve">[16:13] </w:t>
      </w:r>
      <w:r>
        <w:t>jab woh koi ghalat kaam kar jatay hain ya apne nafs par zulm kar jatay hain, allah ko yaad kiya unhon ne aur apne gunahon ki maafi mang li unhon ne.</w:t>
      </w:r>
    </w:p>
    <w:p>
      <w:pPr>
        <w:jc w:val="right"/>
      </w:pPr>
      <w:r>
        <w:t>جب وہ کوئی غلط کام کر جاتے ہیں یا اپنے نفس پر ظلم کر جاتے ہیں، اللہ کو یاد کیا انہوں نے اور اپنے گناہوں کی معافی مانگ لی انہوں نے۔</w:t>
      </w:r>
    </w:p>
    <w:p>
      <w:r>
        <w:rPr>
          <w:b/>
        </w:rPr>
        <w:t xml:space="preserve">[16:23] </w:t>
      </w:r>
      <w:r>
        <w:t>aur allah ke ilawa kaun hai jo maghfirat kare gunah ki? aur woh apne kaam par, ghalat kaam par jaan boojh kar israr nahi karte hain.</w:t>
      </w:r>
    </w:p>
    <w:p>
      <w:pPr>
        <w:jc w:val="right"/>
      </w:pPr>
      <w:r>
        <w:t>اور اللہ کے علاوہ کون ہے جو مغفرت کرے گناہ کی؟ اور وہ اپنے کام پر، غلط کام پر جان بوجھ کر اصرار نہیں کرتے ہیں۔</w:t>
      </w:r>
    </w:p>
    <w:p>
      <w:r>
        <w:rPr>
          <w:b/>
        </w:rPr>
        <w:t xml:space="preserve">[16:32] </w:t>
      </w:r>
      <w:r>
        <w:t>woh ghalati ho gayi, us ko woh qabool kar letay hain aur you turn le letay hain. tauba un ka, un ka yeh rawaish un ki tauba ki hai.</w:t>
      </w:r>
    </w:p>
    <w:p>
      <w:pPr>
        <w:jc w:val="right"/>
      </w:pPr>
      <w:r>
        <w:t>وہ غلطی ہو گئی، اس کو وہ قبول کر لیتے ہیں اور یو ٹرن لے لیتے ہیں۔ توبہ ان کا، ان کا یہ روش ان کی توبہ کی ہے۔</w:t>
      </w:r>
    </w:p>
    <w:p>
      <w:r>
        <w:rPr>
          <w:b/>
        </w:rPr>
        <w:t xml:space="preserve">[16:43] </w:t>
      </w:r>
      <w:r>
        <w:t>farishtay nahi aayenge is par. aik waqia mujhe yaad aata hai, apa, bohat hi ahem waqia hazrat abubakar r.a. ka hai ke aik martaba hazrat abubakar rasool allah s.a.w. ke sath kisi jagah baithe hue thay.</w:t>
      </w:r>
    </w:p>
    <w:p>
      <w:pPr>
        <w:jc w:val="right"/>
      </w:pPr>
      <w:r>
        <w:t>فرشتے نہیں آئیں گے اس پر۔ ایک واقعہ مجھے یاد آتا ہے، آپا، بہت ہی اہم واقعہ حضرت ابوبکر رضی اللہ عنہ کا ہے کہ ایک مرتبہ حضرت ابوبکر رسول اللہ صلی اللہ علیہ وسلم کے ساتھ کسی جگہ بیٹھے ہوئے تھے۔</w:t>
      </w:r>
    </w:p>
    <w:p>
      <w:r>
        <w:rPr>
          <w:b/>
        </w:rPr>
        <w:t xml:space="preserve">[16:54] </w:t>
      </w:r>
      <w:r>
        <w:t>aik sahab ne aa kar hazrat abubakar ko bura bhala kehna shuru kar diya.</w:t>
      </w:r>
    </w:p>
    <w:p>
      <w:pPr>
        <w:jc w:val="right"/>
      </w:pPr>
      <w:r>
        <w:t>ایک صاحب نے آ کر حضرت ابوبکر کو برا بھلا کہنا شروع کر دیا۔</w:t>
      </w:r>
    </w:p>
    <w:p>
      <w:r>
        <w:rPr>
          <w:b/>
        </w:rPr>
        <w:t xml:space="preserve">[16:58] </w:t>
      </w:r>
      <w:r>
        <w:t>to hazrat abubakar r.a. khamosh rahe, to rasool allah muskara rahe thay. lekin bohat lamba ho gaya un ka bura bhala kehna hazrat abubakar ko.</w:t>
      </w:r>
    </w:p>
    <w:p>
      <w:pPr>
        <w:jc w:val="right"/>
      </w:pPr>
      <w:r>
        <w:t>تو حضرت ابوبکر رضی اللہ عنہ خاموش رہے، تو رسول اللہ مسکرا رہے تھے۔ لیکن بہت لمبا ہو گیا ان کا برا بھلا کہنا حضرت ابوبکر کو۔</w:t>
      </w:r>
    </w:p>
    <w:p>
      <w:r>
        <w:rPr>
          <w:b/>
        </w:rPr>
        <w:t xml:space="preserve">[17:08] </w:t>
      </w:r>
      <w:r>
        <w:t>to hazrat abubakar ne bhi jawab diya. hazrat abubakar ka jawab dena tha ke rasool allah s.a.w. uth kar jaane lagay. ab chounke hazrat abubakar ke liye rasool allah ka uth kar jana zyada nagawar waqia tha banisbat is aadmi ke bura</w:t>
      </w:r>
    </w:p>
    <w:p>
      <w:pPr>
        <w:jc w:val="right"/>
      </w:pPr>
      <w:r>
        <w:t>تو حضرت ابوبکر نے بھی جواب دیا۔ حضرت ابوبکر کا جواب دینا تھا کہ رسول اللہ صلی اللہ علیہ وسلم اٹھ کر جانے لگے۔ اب چونکہ حضرت ابوبکر کے لیے رسول اللہ کا اٹھ کر جانا زیادہ ناگوار واقعہ تھا بنسبت اس آدمی کے برا</w:t>
      </w:r>
    </w:p>
    <w:p>
      <w:r>
        <w:rPr>
          <w:b/>
        </w:rPr>
        <w:t xml:space="preserve">[17:23] </w:t>
      </w:r>
      <w:r>
        <w:t>bhala kehne ke, to foran woh rasool allah ke peechay gaye aur poocha ke allah ke rasool! jab tak mein khamosh tha, aap baithe hue thay aur muskara rahe thay.</w:t>
      </w:r>
    </w:p>
    <w:p>
      <w:pPr>
        <w:jc w:val="right"/>
      </w:pPr>
      <w:r>
        <w:t>بھلا کہنے کے، تو فوراً وہ رسول اللہ کے پیچھے گئے اور پوچھا کہ اللہ کے رسول! جب تک میں خاموش تھا، آپ بیٹھے ہوئے تھے اور مسکرا رہے تھے۔</w:t>
      </w:r>
    </w:p>
    <w:p>
      <w:r>
        <w:rPr>
          <w:b/>
        </w:rPr>
        <w:t xml:space="preserve">[17:31] </w:t>
      </w:r>
      <w:r>
        <w:t>lekin jaise hi mein ne un ka jawab diya, us aadmi ka jawab diya, aap uth kar jaane lagay. to kaha: "ae abubakar! kya tum ko maloom nahi hai jab tum khamosh thay to tumhari taraf se farishtay is aadmi ka jawab de rahe thay?</w:t>
      </w:r>
    </w:p>
    <w:p>
      <w:pPr>
        <w:jc w:val="right"/>
      </w:pPr>
      <w:r>
        <w:t>لیکن جیسے ہی میں نے ان کا جواب دیا، اس آدمی کا جواب دیا، آپ اٹھ کر جانے لگے۔ تو کہا: "اے ابوبکر! کیا تم کو معلوم نہیں ہے جب تم خاموش تھے تو تمہاری طرف سے فرشتے اس آدمی کا جواب دے رہے تھے؟</w:t>
      </w:r>
    </w:p>
    <w:p>
      <w:r>
        <w:rPr>
          <w:b/>
        </w:rPr>
        <w:t xml:space="preserve">[17:44] </w:t>
      </w:r>
      <w:r>
        <w:t>lekin jaise hi tum ne jawab diya, farishtay chalay gaye aur shaitan wahan par aa gaya. to jahan par shaitan hai, wahan par mein nahi reh sakta hoon."</w:t>
      </w:r>
    </w:p>
    <w:p>
      <w:pPr>
        <w:jc w:val="right"/>
      </w:pPr>
      <w:r>
        <w:t>لیکن جیسے ہی تم نے جواب دیا، فرشتے چلے گئے اور شیطان وہاں پر آ گیا۔ تو جہاں پر شیطان ہے، وہاں پر میں نہیں رہ سکتا ہوں۔"</w:t>
      </w:r>
    </w:p>
    <w:p>
      <w:r>
        <w:rPr>
          <w:b/>
        </w:rPr>
        <w:t xml:space="preserve">[17:51] </w:t>
      </w:r>
      <w:r>
        <w:t>to farishtay jo manfi, aap ne baat batai, bohat ahem hai ke koi bhi manfi zehan jo hoga ya manfi waqia jahan par pesh aa raha hoga, wahan par farishtay nahi aayenge.</w:t>
      </w:r>
    </w:p>
    <w:p>
      <w:pPr>
        <w:jc w:val="right"/>
      </w:pPr>
      <w:r>
        <w:t>تو فرشتے جو منفی، آپ نے بات بتائی، بہت اہم ہے کہ کوئی بھی منفی ذہن جو ہوگا یا منفی واقعہ جہاں پر پیش آ رہا ہوگا، وہاں پر فرشتے نہیں آئیں گے۔</w:t>
      </w:r>
    </w:p>
    <w:p>
      <w:r>
        <w:rPr>
          <w:b/>
        </w:rPr>
        <w:t xml:space="preserve">[18:03] </w:t>
      </w:r>
      <w:r>
        <w:t>jo shab qadar ka bhi waqia hai ke shab qadar ka ilm diya gaya tha. lekin jab jhagda hua do aadmiyon ke darmiyan, to rasool allah s.a.w. se woh ilm utha liya gaya, bhula diya gaya.</w:t>
      </w:r>
    </w:p>
    <w:p>
      <w:pPr>
        <w:jc w:val="right"/>
      </w:pPr>
      <w:r>
        <w:t>جو شب قدر کا بھی واقعہ ہے کہ شب قدر کا علم دیا گیا تھا۔ لیکن جب جھگڑا ہوا دو آدمیوں کے درمیان، تو رسول اللہ صلی اللہ علیہ وسلم سے وہ علم اٹھا لیا گیا، بھلا دیا گیا۔</w:t>
      </w:r>
    </w:p>
    <w:p>
      <w:r>
        <w:rPr>
          <w:b/>
        </w:rPr>
        <w:t xml:space="preserve">[18:15] </w:t>
      </w:r>
      <w:r>
        <w:t>to manfi soch to bilkul bhi nahi rakhni hai. roza bhi isi</w:t>
      </w:r>
    </w:p>
    <w:p>
      <w:pPr>
        <w:jc w:val="right"/>
      </w:pPr>
      <w:r>
        <w:t>تو منفی سوچ تو بالکل بھی نہیں رکھنی ہے۔ روزہ بھی اسی</w:t>
      </w:r>
    </w:p>
    <w:p>
      <w:r>
        <w:rPr>
          <w:b/>
        </w:rPr>
        <w:t xml:space="preserve">[18:18] </w:t>
      </w:r>
      <w:r>
        <w:t>cheez ki taraf ubharta hai ke aap bilkul bhi manfi nahi rehna. ab mein aap se bohat hi ahem sawal karne ja raha hoon sabr ke talluq se ke roza kya hai?</w:t>
      </w:r>
    </w:p>
    <w:p>
      <w:pPr>
        <w:jc w:val="right"/>
      </w:pPr>
      <w:r>
        <w:t>چیز کی طرف ابھارتا ہے کہ آپ بالکل بھی منفی نہیں رہنا۔ اب میں آپ سے بہت ہی اہم سوال کرنے جا رہا ہوں صبر کے تعلق سے کہ روزہ کیا ہے؟</w:t>
      </w:r>
    </w:p>
    <w:p>
      <w:r>
        <w:rPr>
          <w:b/>
        </w:rPr>
        <w:t xml:space="preserve">[18:30] </w:t>
      </w:r>
      <w:r>
        <w:t>apne aap mein sabr ki ek bohat bari koshish hai. to sabr ki ahmiyat kya hai roze ke taalluq se?</w:t>
      </w:r>
    </w:p>
    <w:p>
      <w:pPr>
        <w:jc w:val="right"/>
      </w:pPr>
      <w:r>
        <w:t>اپنے آپ میں صبر کی ایک بہت بڑی کوشش ہے۔ تو صبر کی اہمیت کیا ہے روزہ کے تعلق سے؟</w:t>
      </w:r>
    </w:p>
    <w:p>
      <w:r>
        <w:rPr>
          <w:b/>
        </w:rPr>
        <w:t xml:space="preserve">[18:37] </w:t>
      </w:r>
      <w:r>
        <w:t>kyunke wahi jo takhleeq ke mansoobe ki waja se bar bar nakhushgawar soorat-e-haal aati hain, to hum apna apna woh jo hai tawazun kho dete hain.</w:t>
      </w:r>
    </w:p>
    <w:p>
      <w:pPr>
        <w:jc w:val="right"/>
      </w:pPr>
      <w:r>
        <w:t>کیونکہ وہی جو تخلیق کے منصوبے کی وجہ سے بار بار ناخوشگوار صورتحال آتی ہیں، تو ہم اپنا اپنا وہ جو ہے توازن کھو دیتے ہیں۔</w:t>
      </w:r>
    </w:p>
    <w:p>
      <w:r>
        <w:rPr>
          <w:b/>
        </w:rPr>
        <w:t xml:space="preserve">[18:51] </w:t>
      </w:r>
      <w:r>
        <w:t>humein ghussa aa jata hai aur hum rad-e-amal dena shuru kar dete hain.</w:t>
      </w:r>
    </w:p>
    <w:p>
      <w:pPr>
        <w:jc w:val="right"/>
      </w:pPr>
      <w:r>
        <w:t>ہمیں غصہ آ جاتا ہے اور ہم ردعمل دینا شروع کر دیتے ہیں۔</w:t>
      </w:r>
    </w:p>
    <w:p>
      <w:r>
        <w:rPr>
          <w:b/>
        </w:rPr>
        <w:t xml:space="preserve">[18:55] </w:t>
      </w:r>
      <w:r>
        <w:t>to roza jis ko ke sabr ka mahina kaha gaya hai, to yeh humein yaad dilata hai ke jab hum khana peena chhod sakte hain, to yeh to bohat choti baat hai ke kisi ne hum ko bura bhala keh diya, to hum us ko maaf kar dein.</w:t>
      </w:r>
    </w:p>
    <w:p>
      <w:pPr>
        <w:jc w:val="right"/>
      </w:pPr>
      <w:r>
        <w:t>تو روزہ جس کو کہ صبر کا مہینہ کہا گیا ہے، تو یہ ہمیں یاد دلاتا ہے کہ جب ہم کھانا پینا چھوڑ سکتے ہیں، تو یہ تو بہت چھوٹی بات ہے کہ کسی نے ہم کو برا بھلا کہہ دیا، تو ہم اس کو معاف کر دیں۔</w:t>
      </w:r>
    </w:p>
    <w:p>
      <w:r>
        <w:rPr>
          <w:b/>
        </w:rPr>
        <w:t xml:space="preserve">[19:11] </w:t>
      </w:r>
      <w:r>
        <w:t>kyunke tamam paighambaron ki jo hamare samne misalein hain, woh maafi karne</w:t>
      </w:r>
    </w:p>
    <w:p>
      <w:pPr>
        <w:jc w:val="right"/>
      </w:pPr>
      <w:r>
        <w:t>کیونکہ تمام پیغمبروں کی جو ہمارے سامنے مثالیں ہیں، وہ معافی کرنے</w:t>
      </w:r>
    </w:p>
    <w:p>
      <w:r>
        <w:rPr>
          <w:b/>
        </w:rPr>
        <w:t xml:space="preserve">[19:17] </w:t>
      </w:r>
      <w:r>
        <w:t>ki hain. to humein chahiye ke hum na quran bhi padhein aur tamam paighambaron ki baatein bhi padhein. kyunke is se bhi humein bohat zyada rehnumai milti hai.</w:t>
      </w:r>
    </w:p>
    <w:p>
      <w:pPr>
        <w:jc w:val="right"/>
      </w:pPr>
      <w:r>
        <w:t>کی ہیں۔ تو ہمیں چاہیے کہ ہم نہ قرآن بھی پڑھیں اور تمام پیغمبروں کی باتیں بھی پڑھیں۔ کیونکہ اس سے بھی ہمیں بہت زیادہ رہنمائی ملتی ہے۔</w:t>
      </w:r>
    </w:p>
    <w:p>
      <w:r>
        <w:rPr>
          <w:b/>
        </w:rPr>
        <w:t xml:space="preserve">[19:27] </w:t>
      </w:r>
      <w:r>
        <w:t>aur ek aur baat mein kehna chahungi ke kai baar aisa hota hai ke humein kuch nakhushgawar waqeat hue kisi ki taraf se, to hum us ko bar bar dohrate rehte hain.</w:t>
      </w:r>
    </w:p>
    <w:p>
      <w:pPr>
        <w:jc w:val="right"/>
      </w:pPr>
      <w:r>
        <w:t>اور ایک اور بات میں کہنا چاہوں گی کہ کئی بار ایسا ہوتا ہے کہ ہمیں کچھ ناخوشگوار واقعات ہوئے کسی کی طرف سے، تو ہم اس کو بار بار دہراتے رہتے ہیں۔</w:t>
      </w:r>
    </w:p>
    <w:p>
      <w:r>
        <w:rPr>
          <w:b/>
        </w:rPr>
        <w:t xml:space="preserve">[19:37] </w:t>
      </w:r>
      <w:r>
        <w:t>to yeh bhi isi ka hissa hai ke hum sabr kar lein aur us ko dohrayein nahin. kyunke dohrane se hamare zehn mein woh taza hota rehta</w:t>
      </w:r>
    </w:p>
    <w:p>
      <w:pPr>
        <w:jc w:val="right"/>
      </w:pPr>
      <w:r>
        <w:t>تو یہ بھی اسی کا حصہ ہے کہ ہم صبر کر لیں اور اس کو دہرائیں نہیں۔ کیونکہ دہرانے سے ہمارے ذہن میں وہ تازہ ہوتا رہتا</w:t>
      </w:r>
    </w:p>
    <w:p>
      <w:r>
        <w:rPr>
          <w:b/>
        </w:rPr>
        <w:t xml:space="preserve">[19:45] </w:t>
      </w:r>
      <w:r>
        <w:t>hai. kuch log hain, zindagi bhar dohrate rehte hain: "filane hamare sath aisa kiya hai". to us ko dohrayein nahin. nahin dohraenge to woh khud ba khud woh bhool jayega.</w:t>
      </w:r>
    </w:p>
    <w:p>
      <w:pPr>
        <w:jc w:val="right"/>
      </w:pPr>
      <w:r>
        <w:t>ہے۔ کچھ لوگ ہیں، زندگی بھر دہراتے رہتے ہیں: "فلانے ہمارے ساتھ ایسا کیا ہے"۔ تو اس کو دہرائیں نہیں۔ نہیں دہرائیں گے تو وہ خود بخود وہ بھول جائے گا۔</w:t>
      </w:r>
    </w:p>
    <w:p>
      <w:r>
        <w:rPr>
          <w:b/>
        </w:rPr>
        <w:t xml:space="preserve">[19:54] </w:t>
      </w:r>
      <w:r>
        <w:t>aur dohrate rahenge to woh hamesha yaad rahega. to is se phir hamari manfi soch jo hai, woh mazeed paida hoti hai.</w:t>
      </w:r>
    </w:p>
    <w:p>
      <w:pPr>
        <w:jc w:val="right"/>
      </w:pPr>
      <w:r>
        <w:t>اور دہراتے رہیں گے تو وہ ہمیشہ یاد رہے گا۔ تو اس سے پھر ہماری منفی سوچ جو ہے، وہ مزید پیدا ہوتی ہے۔</w:t>
      </w:r>
    </w:p>
    <w:p>
      <w:r>
        <w:rPr>
          <w:b/>
        </w:rPr>
        <w:t xml:space="preserve">[20:03] </w:t>
      </w:r>
      <w:r>
        <w:t>to yeh jo hai, jo roza jo hai, hamare andar jo sabr ki istidad paida karta hai, sabr ki salahiyat paida karta hai, to is se humein is mein madad milegi.</w:t>
      </w:r>
    </w:p>
    <w:p>
      <w:pPr>
        <w:jc w:val="right"/>
      </w:pPr>
      <w:r>
        <w:t>تو یہ جو ہے، جو روزہ جو ہے، ہمارے اندر جو صبر کی استعداد پیدا کرتا ہے، صبر کی صلاحیت پیدا کرتا ہے، تو اس سے ہمیں اس میں مدد ملے گی۔</w:t>
      </w:r>
    </w:p>
    <w:p>
      <w:r>
        <w:rPr>
          <w:b/>
        </w:rPr>
        <w:t xml:space="preserve">[20:14] </w:t>
      </w:r>
      <w:r>
        <w:t>kyunke is dunya mein dekhiye, hum akele nahin hain. hum ko ek samaj mein rehna padta hai, ek khandan mein rehna padta hai. to hum ko tarah tarah ke waqeat paish aate rehte hain.</w:t>
      </w:r>
    </w:p>
    <w:p>
      <w:pPr>
        <w:jc w:val="right"/>
      </w:pPr>
      <w:r>
        <w:t>کیونکہ اس دنیا میں دیکھیے، ہم اکیلے نہیں ہیں۔ ہم کو ایک سماج میں رہنا پڑتا ہے، ایک خاندان میں رہنا پڑتا ہے۔ تو ہم کو طرح طرح کے واقعات پیش آتے رہتے ہیں۔</w:t>
      </w:r>
    </w:p>
    <w:p>
      <w:r>
        <w:rPr>
          <w:b/>
        </w:rPr>
        <w:t xml:space="preserve">[20:24] </w:t>
      </w:r>
      <w:r>
        <w:t>to humein sabr karna chahiye. aur sabr bas shuru shuru mein mushkil lagta hai.</w:t>
      </w:r>
    </w:p>
    <w:p>
      <w:pPr>
        <w:jc w:val="right"/>
      </w:pPr>
      <w:r>
        <w:t>تو ہمیں صبر کرنا چاہیے۔ اور صبر بس شروع شروع میں مشکل لگتا ہے۔</w:t>
      </w:r>
    </w:p>
    <w:p>
      <w:r>
        <w:rPr>
          <w:b/>
        </w:rPr>
        <w:t xml:space="preserve">[20:30] </w:t>
      </w:r>
      <w:r>
        <w:t>baad mein humein bilkul be koshish ke baghair hum sabr kar sakte hain. humein mushkil jo hai, hamari khatm ho jati hai. to sabr sirf khana peena chhodne ki waja se jo humein pareshani hoti hai, isi mein sabr nahin karna hai.</w:t>
      </w:r>
    </w:p>
    <w:p>
      <w:pPr>
        <w:jc w:val="right"/>
      </w:pPr>
      <w:r>
        <w:t>بعد میں ہمیں بالکل بے کوشش کے بغیر ہم صبر کر سکتے ہیں۔ ہمیں مشکل جو ہے، ہماری ختم ہو جاتی ہے۔ تو صبر صرف کھانا پینا چھوڑنے کی وجہ سے جو ہمیں پریشانی ہوتی ہے، اسی میں صبر نہیں کرنا ہے۔</w:t>
      </w:r>
    </w:p>
    <w:p>
      <w:r>
        <w:rPr>
          <w:b/>
        </w:rPr>
        <w:t xml:space="preserve">[20:44] </w:t>
      </w:r>
      <w:r>
        <w:t>to sabr to ek aam hukum hai. har mamle mein humein sabr karna hai. aur waqti tor par jab hum sabr kar lete hain, to hamare halaat behtar ho jate hain.</w:t>
      </w:r>
    </w:p>
    <w:p>
      <w:pPr>
        <w:jc w:val="right"/>
      </w:pPr>
      <w:r>
        <w:t>تو صبر تو ایک عمومی حکم ہے۔ ہر معاملے میں ہمیں صبر کرنا ہے۔ اور وقتی طور پر جب ہم صبر کر لیتے ہیں، تو ہمارے حالات بہتر ہو جاتے ہیں۔</w:t>
      </w:r>
    </w:p>
    <w:p>
      <w:r>
        <w:rPr>
          <w:b/>
        </w:rPr>
        <w:t xml:space="preserve">[20:54] </w:t>
      </w:r>
      <w:r>
        <w:t>lekin agar hum jawab dein to baat bigadti hai.</w:t>
      </w:r>
    </w:p>
    <w:p>
      <w:pPr>
        <w:jc w:val="right"/>
      </w:pPr>
      <w:r>
        <w:t>لیکن اگر ہم جواب دیں تو بات بگڑتی ہے۔</w:t>
      </w:r>
    </w:p>
    <w:p>
      <w:r>
        <w:rPr>
          <w:b/>
        </w:rPr>
        <w:t xml:space="preserve">[20:57] </w:t>
      </w:r>
      <w:r>
        <w:t>abhi dekhiye, itna zabardast mamla hua tha jumme ko. log samajh rahe the ke bohat jhagda hoga. kyunke holi aur jumme ki namaz ka waqt takrao ho raha tha.</w:t>
      </w:r>
    </w:p>
    <w:p>
      <w:pPr>
        <w:jc w:val="right"/>
      </w:pPr>
      <w:r>
        <w:t>ابھی دیکھیے، اتنا زبردست معاملہ ہوا تھا جمعہ کو۔ لوگ سمجھ رہے تھے کہ بہت جھگڑا ہوگا۔ کیونکہ ہولی اور جمعہ کی نماز کا وقت ٹکراؤ ہو رہا تھا۔</w:t>
      </w:r>
    </w:p>
    <w:p>
      <w:r>
        <w:rPr>
          <w:b/>
        </w:rPr>
        <w:t xml:space="preserve">[21:09] </w:t>
      </w:r>
      <w:r>
        <w:t>lekin dekhiye, halaat bohat achhe rahe. aur jhagda waghera nahin hua. musalmanon ne sabr bardasht kiya. aur na doosri taraf se koi aisa mamla paish aaya.</w:t>
      </w:r>
    </w:p>
    <w:p>
      <w:pPr>
        <w:jc w:val="right"/>
      </w:pPr>
      <w:r>
        <w:t>لیکن دیکھیے، حالات بہت اچھے رہے۔ اور جھگڑا وغیرہ نہیں ہوا۔ مسلمانوں نے صبر برداشت کیا۔ اور نہ دوسری طرف سے کوئی ایسا معاملہ پیش آیا۔</w:t>
      </w:r>
    </w:p>
    <w:p>
      <w:r>
        <w:rPr>
          <w:b/>
        </w:rPr>
        <w:t xml:space="preserve">[21:20] </w:t>
      </w:r>
      <w:r>
        <w:t>sab achhe tareeqe se, sab halaat ban gaye. aur koi fasad o sud nahin</w:t>
      </w:r>
    </w:p>
    <w:p>
      <w:pPr>
        <w:jc w:val="right"/>
      </w:pPr>
      <w:r>
        <w:t>سب اچھے طریقے سے، سب حالات بن گئے۔ اور کوئی فساد و سد نہیں</w:t>
      </w:r>
    </w:p>
    <w:p>
      <w:r>
        <w:rPr>
          <w:b/>
        </w:rPr>
        <w:t xml:space="preserve">[21:25] </w:t>
      </w:r>
      <w:r>
        <w:t>hua. to sabr karne se na sirf hum apni apni zindagi ko theek karte hain, balkey samaj mein bhi aman qaim hota hai.</w:t>
      </w:r>
    </w:p>
    <w:p>
      <w:pPr>
        <w:jc w:val="right"/>
      </w:pPr>
      <w:r>
        <w:t>ہوا۔ تو صبر کرنے سے نہ صرف ہم اپنی اپنی زندگی کو ٹھیک کرتے ہیں، بلکہ سماج میں بھی امن قائم ہوتا ہے۔</w:t>
      </w:r>
    </w:p>
    <w:p>
      <w:r>
        <w:rPr>
          <w:b/>
        </w:rPr>
        <w:t xml:space="preserve">[21:33] </w:t>
      </w:r>
      <w:r>
        <w:t>to sabr jo hai, bohat zyada zaroori hai. kyunke aisa to kabhi ho nahin sakta ke hamari marzi ke mutabiq sare kaam hon.</w:t>
      </w:r>
    </w:p>
    <w:p>
      <w:pPr>
        <w:jc w:val="right"/>
      </w:pPr>
      <w:r>
        <w:t>تو صبر جو ہے، بہت زیادہ ضروری ہے۔ کیونکہ ایسا تو کبھی ہو نہیں سکتا کہ ہماری مرضی کے مطابق سارے کام ہوں۔</w:t>
      </w:r>
    </w:p>
    <w:p>
      <w:r>
        <w:rPr>
          <w:b/>
        </w:rPr>
        <w:t xml:space="preserve">[21:42] </w:t>
      </w:r>
      <w:r>
        <w:t>kyunke bohat sare log is dunya mein reh rahe hain. sab ki apni apni marzi hoti hai. to sabr se insan jo hai, woh nakhushgawar waqeat ko bardasht kar pata hai.</w:t>
      </w:r>
    </w:p>
    <w:p>
      <w:pPr>
        <w:jc w:val="right"/>
      </w:pPr>
      <w:r>
        <w:t>کیونکہ بہت سارے لوگ اس دنیا میں رہ رہے ہیں۔ سب کی اپنی اپنی مرضی ہوتی ہے۔ تو صبر سے انسان جو ہے، وہ ناخوشگوار واقعات کو برداشت کر پاتا ہے۔</w:t>
      </w:r>
    </w:p>
    <w:p>
      <w:r>
        <w:rPr>
          <w:b/>
        </w:rPr>
        <w:t xml:space="preserve">[21:55] </w:t>
      </w:r>
      <w:r>
        <w:t>aur is ke andar musbat soch paida hoti hai. kyunke agar hum bar bar manfi hote rahenge, to hamare andar manfi shakhsiyat paida hogi.</w:t>
      </w:r>
    </w:p>
    <w:p>
      <w:pPr>
        <w:jc w:val="right"/>
      </w:pPr>
      <w:r>
        <w:t>اور اس کے اندر مثبت سوچ پیدا ہوتی ہے۔ کیونکہ اگر ہم بار بار منفی ہوتے رہیں گے، تو ہمارے اندر منفی شخصیت پیدا ہوگی۔</w:t>
      </w:r>
    </w:p>
    <w:p>
      <w:r>
        <w:rPr>
          <w:b/>
        </w:rPr>
        <w:t xml:space="preserve">[22:05] </w:t>
      </w:r>
      <w:r>
        <w:t>phir hamare andar bohat jald ghussa aayega. aur tarah tarah ki pareshaniyan samne aati hain. bohat se log hain jo bohat zyada ghussa karte</w:t>
      </w:r>
    </w:p>
    <w:p>
      <w:pPr>
        <w:jc w:val="right"/>
      </w:pPr>
      <w:r>
        <w:t>پھر ہمارے اندر بہت جلد غصہ آئے گا۔ اور طرح طرح کے پریشانیاں سامنے آتی ہیں۔ بہت سے لوگ ہیں جو بہت زیادہ غصہ کرتے</w:t>
      </w:r>
    </w:p>
    <w:p>
      <w:r>
        <w:rPr>
          <w:b/>
        </w:rPr>
        <w:t xml:space="preserve">[22:14] </w:t>
      </w:r>
      <w:r>
        <w:t>hain. to yeh ghussa, ghussa sab agar hum bohat achhe tareeqe se roza rakhein, is ki rooh ke sath, to hum ko bohat zyada madad milegi ke hamare andar sabr jo hai, ki salahiyat jo hai, paida ho jaye.</w:t>
      </w:r>
    </w:p>
    <w:p>
      <w:pPr>
        <w:jc w:val="right"/>
      </w:pPr>
      <w:r>
        <w:t>ہیں۔ تو یہ غصہ، غصہ سب اگر ہم بہت اچھے طریقے سے روزہ رکھیں، اس کی روح کے ساتھ، تو ہم کو بہت زیادہ مدد ملے گی کہ ہمارے اندر صبر جو ہے، کی صلاحیت جو ہے، پیدا ہو جائے۔</w:t>
      </w:r>
    </w:p>
    <w:p>
      <w:r>
        <w:rPr>
          <w:b/>
        </w:rPr>
        <w:t xml:space="preserve">[22:29] </w:t>
      </w:r>
      <w:r>
        <w:t>aur phir is ke baad hamare liye na sirf is dunya mein apni zindagi guzarne ke liye aasaniyan paida ho jayengi, balkeh is ka jo hai, ajar milega Khuda ke h</w:t>
      </w:r>
    </w:p>
    <w:p>
      <w:pPr>
        <w:jc w:val="right"/>
      </w:pPr>
      <w:r>
        <w:t>اور پھر اس کے بعد ہمارے لیے نہ صرف اس دنیا میں اپنی زندگی گزارنے کے لیے آسانیاں پیدا ہو جائیں گی، بلکہ اس کا جو ہے، اجر ملے گا خدا کے ہ</w:t>
      </w:r>
    </w:p>
    <w:p>
      <w:r>
        <w:rPr>
          <w:b/>
        </w:rPr>
        <w:t xml:space="preserve">[22:41] </w:t>
      </w:r>
      <w:r>
        <w:t>aan. sabr ka ajar kaha gaya hai ke be hisab ajar hai. kisi bhi ibadat ke liye yeh nahi kaha gaya hai ke be hisab ajar hai.</w:t>
      </w:r>
    </w:p>
    <w:p>
      <w:pPr>
        <w:jc w:val="right"/>
      </w:pPr>
      <w:r>
        <w:t>اں۔ صبر کا اجر کہا گیا ہے کہ بے حساب اجر ہے۔ کسی بھی عبادت کے لیے یہ نہیں کہا گیا ہے کہ بے حساب اجر ہے۔</w:t>
      </w:r>
    </w:p>
    <w:p>
      <w:r>
        <w:rPr>
          <w:b/>
        </w:rPr>
        <w:t xml:space="preserve">[22:50] </w:t>
      </w:r>
      <w:r>
        <w:t>ek baar Maulana se kisi ne poocha ke kab tak sabr karen? to Maulana ne kaha: "kabhi aap ne poocha? kaha ke kab tak namaz padhen? kab tak roza rakhen?" to sabr ka to ajar is se bhi zyada hai.</w:t>
      </w:r>
    </w:p>
    <w:p>
      <w:pPr>
        <w:jc w:val="right"/>
      </w:pPr>
      <w:r>
        <w:t>ایک بار مولانا سے کسی نے پوچھا کہ کب تک صبر کریں؟ تو مولانا نے کہا: "کبھی آپ نے پوچھا؟ کہا کہ کب تک نماز پڑھیں؟ کب تک روزہ رکھیں؟" تو صبر کا تو اجر اس سے بھی زیادہ ہے۔</w:t>
      </w:r>
    </w:p>
    <w:p>
      <w:r>
        <w:rPr>
          <w:b/>
        </w:rPr>
        <w:t xml:space="preserve">[23:00] </w:t>
      </w:r>
      <w:r>
        <w:t>to aap jo hain, sabr kariye. woh to yeh soch ke kariye ke is mein hum ek ibadat ko soch ke kari</w:t>
      </w:r>
    </w:p>
    <w:p>
      <w:pPr>
        <w:jc w:val="right"/>
      </w:pPr>
      <w:r>
        <w:t>تو آپ جو ہیں، صبر کریے۔ وہ تو یہ سوچ کے کریے کہ اس میں ہم ایک عبادت کو سوچ کے کری</w:t>
      </w:r>
    </w:p>
    <w:p>
      <w:r>
        <w:rPr>
          <w:b/>
        </w:rPr>
        <w:t xml:space="preserve">[23:08] </w:t>
      </w:r>
      <w:r>
        <w:t>ye. to aap kabhi nahi yeh sawal uthayenge ke kab tak sabr karen? bilkul sahi kaha aap ne ke sabr ka be hisab ajar hai.</w:t>
      </w:r>
    </w:p>
    <w:p>
      <w:pPr>
        <w:jc w:val="right"/>
      </w:pPr>
      <w:r>
        <w:t>ے۔ تو آپ کبھی نہیں یہ سوال اٹھائیں گے کہ کب تک صبر کریں؟ بالکل صحیح کہا آپ نے کہ صبر کا بے حساب اجر ہے۔</w:t>
      </w:r>
    </w:p>
    <w:p>
      <w:r>
        <w:rPr>
          <w:b/>
        </w:rPr>
        <w:t xml:space="preserve">[23:18] </w:t>
      </w:r>
      <w:r>
        <w:t>aur roze ke bare mein bhi wahi cheez aayi hai ke roza ek aisi cheez hai jis ka aap jo mere liye rakha jata hai aur main hi is ka badla doon ga.</w:t>
      </w:r>
    </w:p>
    <w:p>
      <w:pPr>
        <w:jc w:val="right"/>
      </w:pPr>
      <w:r>
        <w:t>اور روزہ کے بارے میں بھی وہی چیز آئی ہے کہ روزہ ایک ایسی چیز ہے جس کا آپ جو میرے لیے رکھا جاتا ہے اور میں ہی اس کا بدلہ دوں گا۔</w:t>
      </w:r>
    </w:p>
    <w:p>
      <w:r>
        <w:rPr>
          <w:b/>
        </w:rPr>
        <w:t xml:space="preserve">[23:29] </w:t>
      </w:r>
      <w:r>
        <w:t>to sabr ek aisi cheez hai jis ke bare mein Allah ke Rasool sallallahu alaihi wasallam ne kaha ke sabr se behtar koi aur cheez nahi di gayi.</w:t>
      </w:r>
    </w:p>
    <w:p>
      <w:pPr>
        <w:jc w:val="right"/>
      </w:pPr>
      <w:r>
        <w:t>تو صبر ایک ایسی چیز ہے جس کے بارے میں اللہ کے رسول صلی اللہ علیہ وسلم نے کہا کہ صبر سے بہتر کوئی اور چیز نہیں دی گئی۔</w:t>
      </w:r>
    </w:p>
    <w:p>
      <w:r>
        <w:rPr>
          <w:b/>
        </w:rPr>
        <w:t xml:space="preserve">[23:36] </w:t>
      </w:r>
      <w:r>
        <w:t>ma aati ahad na'ataan khair wa ausa' min as-sabr ke koi bhi cheez jo insan ko bator atiya di gayi hai, is mein sabr sab se behtar aur sab se wasee cheez hai.</w:t>
      </w:r>
    </w:p>
    <w:p>
      <w:pPr>
        <w:jc w:val="right"/>
      </w:pPr>
      <w:r>
        <w:t>ما أعطي أحد نعطان خيرا وأوسع من الصبر کہ کوئی بھی چیز جو انسان کو بطور عطیہ دی گئی ہے، اس میں صبر سب سے بہتر اور سب سے وسیع چیز ہے۔</w:t>
      </w:r>
    </w:p>
    <w:p>
      <w:r>
        <w:rPr>
          <w:b/>
        </w:rPr>
        <w:t xml:space="preserve">[23:48] </w:t>
      </w:r>
      <w:r>
        <w:t>Hazrat Musa alaihis salam ke talluq se aata hai ke Surah Ibrahim mein hai wa laqad arsalna Musa bi aayatina nukhrij kaumaka min az-zulumaati ila an-noori wa dhakkirhum bi ayyamillah inna fi zalika la aayatil likulli sabbaarin shakoor ke hum ne Musa ko bheja apni nishaniyon ke sath ke apni qom ko tareeki, zulumaat se noor ki taraf nikalo aur un ko Allah ke ayyam ki yaad dilao.</w:t>
      </w:r>
    </w:p>
    <w:p>
      <w:pPr>
        <w:jc w:val="right"/>
      </w:pPr>
      <w:r>
        <w:t>حضرت موسیٰ علیہ السلام کے تعلق سے آتا ہے کہ سورہ ابراہیم میں ہے ولقد أرسلنا موسى بآيتنا نخرج قومك من الظلمات إلى النور وذكرهم بأيام الله إن في ذلك لآيات لكل صبار شكور کہ ہم نے موسیٰ کو بھیجا اپنی نشانیوں کے ساتھ کہ اپنی قوم کو تاریکی، ظلمات سے نور کی طرف نکالو اور ان کو اللہ کے ایام کی یاد دلاؤ۔</w:t>
      </w:r>
    </w:p>
    <w:p>
      <w:r>
        <w:rPr>
          <w:b/>
        </w:rPr>
        <w:t xml:space="preserve">[24:13] </w:t>
      </w:r>
      <w:r>
        <w:t>aur is mein nishaniyan hain sab se zyada sabr karne walon ke liye aur sab se zyada shukr karne walon ke liye. doosre alfaz mein yeh keh sakte hain is ayat mein hai ke agar kisi insan ko tareeki se noor ki taraf jana hai, tareeki ka matlab Khuda ke raste se alag rasta aur noor ka matlab Allah ka rasta, agar kisi ko jana to is ko sab bahut zyada sabr karna ho</w:t>
      </w:r>
    </w:p>
    <w:p>
      <w:pPr>
        <w:jc w:val="right"/>
      </w:pPr>
      <w:r>
        <w:t>اور اس میں نشانیاں ہیں سب سے زیادہ صبر کرنے والوں کے لیے اور سب سے زیادہ شکر کرنے والوں کے لیے۔ دوسرے الفاظ میں یہ کہہ سکتے ہیں اس آیت میں ہے کہ اگر کسی انسان کو تاریکی سے نور کی طرف جانا ہے، تاریکی کا مطلب خدا کے راستے سے الگ راستہ اور نور کا مطلب اللہ کا راستہ، اگر کسی کو جانا تو اس کو سب بہت زیادہ صبر کرنا ہو</w:t>
      </w:r>
    </w:p>
    <w:p>
      <w:r>
        <w:rPr>
          <w:b/>
        </w:rPr>
        <w:t xml:space="preserve">[24:35] </w:t>
      </w:r>
      <w:r>
        <w:t>ga aur bahut zyada shukr ka tareeqa ikhtiyar karna hoga. aur yeh bahut hi ahem baat aap ne batai ke sabr ki buniyad par insan kya hota hai, bahut sare tanazuaat aur in sab cheezon se bach jata hai.</w:t>
      </w:r>
    </w:p>
    <w:p>
      <w:pPr>
        <w:jc w:val="right"/>
      </w:pPr>
      <w:r>
        <w:t>گا اور بہت زیادہ شکر کا طریقہ اختیار کرنا ہوگا۔ اور یہ بہت ہی اہم بات آپ نے بتائی کہ صبر کی بنیاد پر انسان کیا ہوتا ہے، بہت سارے تنازعات اور ان سب چیزوں سے بچ جاتا ہے۔</w:t>
      </w:r>
    </w:p>
    <w:p>
      <w:r>
        <w:rPr>
          <w:b/>
        </w:rPr>
        <w:t xml:space="preserve">[24:48] </w:t>
      </w:r>
      <w:r>
        <w:t>ek hadith mujhe yaad aati hai, Allah ke Rasool sallallahu alaihi wasallam ki hadith hai ke</w:t>
      </w:r>
    </w:p>
    <w:p>
      <w:pPr>
        <w:jc w:val="right"/>
      </w:pPr>
      <w:r>
        <w:t>ایک حدیث مجھے یاد آتی ہے، اللہ کے رسول صلی اللہ علیہ وسلم کی حدیث ہے کہ</w:t>
      </w:r>
    </w:p>
    <w:p>
      <w:r>
        <w:rPr>
          <w:b/>
        </w:rPr>
        <w:t xml:space="preserve">[24:54] </w:t>
      </w:r>
      <w:r>
        <w:t>kullu 'amali ibn Adam yudaf' al-hasanatu bi 'ashri amthaliha ila sab'i mi'ati d'afin qala Allahu ta'ala illa as-sawma fa innahu li wa ana ajzi bihi, yad'u shahwatahu wa ta'amahu min ajli, li as-sa'imi farhatani farhatun 'inda fitrihi wa farhatun 'inda liqa'i Rabbihi</w:t>
      </w:r>
    </w:p>
    <w:p>
      <w:pPr>
        <w:jc w:val="right"/>
      </w:pPr>
      <w:r>
        <w:t>كل عمل ابن آدم يضاف الحسن بعشر أمثالها إلى سب مئة ضعف قال الله تعالى إلا الصوم فإنه لي وأنا أجزي بهۖ يدعو شهوته وطعامه من أجلي للصائم فرحتان فرحة عند فطره وفرحة عند لقاء ربه</w:t>
      </w:r>
    </w:p>
    <w:p>
      <w:r>
        <w:rPr>
          <w:b/>
        </w:rPr>
        <w:t xml:space="preserve">[25:13] </w:t>
      </w:r>
      <w:r>
        <w:t>wa la khuloofu fami as-sa'imi atyabu 'indallahi min reehil miski was-sawmu junnatun wa idha kana yawmu ahadikum fala yarfus wala yashdub wa in sabahu ahadun aw qatalahu falyqul inni imra'un sa'imun</w:t>
      </w:r>
    </w:p>
    <w:p>
      <w:pPr>
        <w:jc w:val="right"/>
      </w:pPr>
      <w:r>
        <w:t>ولا خلوف أفم الصائم أطيب عند الله من ريح المسك والصيام جنة وإذا كان يوم أحدكم فلا يرفس ولا يثقب وإن صابه أحد أو قاتله فليقل إن امرؤ صائم</w:t>
      </w:r>
    </w:p>
    <w:p>
      <w:r>
        <w:rPr>
          <w:b/>
        </w:rPr>
        <w:t xml:space="preserve">[25:30] </w:t>
      </w:r>
      <w:r>
        <w:t>Abu Huraira Razi Allahu Anhu se riwayat hai Allah ke Rasool sallallahu alaihi wasallam ne kaha ke ibn Adam ke har amal ka badla jo diya jata hai sawab ke taur par, woh das se saat sau guna tak diya jata hai.</w:t>
      </w:r>
    </w:p>
    <w:p>
      <w:pPr>
        <w:jc w:val="right"/>
      </w:pPr>
      <w:r>
        <w:t>ابوہریرہ رضی اللہ عنہ سے روایت ہے اللہ کے رسول صلی اللہ علیہ وسلم نے کہا کہ ابن آدم کے ہر عمل کا بدلہ جو دیا جاتا ہے ثواب کے طور پر، وہ دس سے سات سو گنا تک دیا جاتا ہے۔</w:t>
      </w:r>
    </w:p>
    <w:p>
      <w:r>
        <w:rPr>
          <w:b/>
        </w:rPr>
        <w:t xml:space="preserve">[25:39] </w:t>
      </w:r>
      <w:r>
        <w:t>aur Allah Ta'ala ne kaha siwaye soum ke ke woh mere liye hai aur main hi is ka badla doon ga.</w:t>
      </w:r>
    </w:p>
    <w:p>
      <w:pPr>
        <w:jc w:val="right"/>
      </w:pPr>
      <w:r>
        <w:t>اور اللہ تعالیٰ نے کہا سوائے صوم کے کہ وہ میرے لیے ہے اور میں ہی اس کا بدلہ دوں گا۔</w:t>
      </w:r>
    </w:p>
    <w:p>
      <w:r>
        <w:rPr>
          <w:b/>
        </w:rPr>
        <w:t xml:space="preserve">[25:47] </w:t>
      </w:r>
      <w:r>
        <w:t>kyun ke woh apni khwahishat ko aur apne khana ko mere liye chhod deta hai. rozedar ke liye do khushiyan hain, ek khushi is waqt hoti hai jab koi iftar karta hai aur doosri khushi is waqt hogi jab woh apne Rab se mulaqat karega.</w:t>
      </w:r>
    </w:p>
    <w:p>
      <w:pPr>
        <w:jc w:val="right"/>
      </w:pPr>
      <w:r>
        <w:t>کیونکہ وہ اپنی خواہشات کو اور اپنے کھانا کو میرے لیے چھوڑ دیتا ہے۔ روزہ دار کے لیے دو خوشیاں ہیں، ایک خوشی اس وقت ہوتی ہے جب کوئی افطار کرتا ہے اور دوسری خوشی اس وقت ہوگی جب وہ اپنے رب سے ملاقات کرے گا۔</w:t>
      </w:r>
    </w:p>
    <w:p>
      <w:r>
        <w:rPr>
          <w:b/>
        </w:rPr>
        <w:t xml:space="preserve">[26:03] </w:t>
      </w:r>
      <w:r>
        <w:t>aur rozedar ki munh ki boo Allah ke nazdeek mushk ki khushboo se bhi zyada achhi hai. roza dhal hai.</w:t>
      </w:r>
    </w:p>
    <w:p>
      <w:pPr>
        <w:jc w:val="right"/>
      </w:pPr>
      <w:r>
        <w:t>اور روزے دار کی منہ کی بو اللہ کے نزدیک مشک کی خوشبو سے بھی زیادہ اچھی ہے۔ روزہ ڈھال ہے۔</w:t>
      </w:r>
    </w:p>
    <w:p>
      <w:r>
        <w:rPr>
          <w:b/>
        </w:rPr>
        <w:t xml:space="preserve">[26:13] </w:t>
      </w:r>
      <w:r>
        <w:t>jab tum mein se kisi ke roze ka din ho to woh koi besharm baat na kare, shor sharaba na kare, aur agar koi us ko gaali de to woh, aur ya koi us se jhagda kare, qital kare, jhagda kare to kahe ke main rozedar hoon.</w:t>
      </w:r>
    </w:p>
    <w:p>
      <w:pPr>
        <w:jc w:val="right"/>
      </w:pPr>
      <w:r>
        <w:t>جب تم میں سے کسی کے روزے کا دن ہو تو وہ کوئی بے شرم بات نہ کرے، شور شرابہ نہ کرے، اور اگر کوئی اس کو گالی دے تو وہ، اور یا کوئی اس سے جھگڑا کرے، قتال کرے، جھگڑا کرے تو کہے کہ میں روزے دار ہوں۔</w:t>
      </w:r>
    </w:p>
    <w:p>
      <w:r>
        <w:rPr>
          <w:b/>
        </w:rPr>
        <w:t xml:space="preserve">[26:31] </w:t>
      </w:r>
      <w:r>
        <w:t>to is mein dekhiye kya cheez hai ke roza dhal hai. sharheen kehte hain dhal ka matlab ke us ko galat kaam se rokta hai, jhagde se rokta hai.</w:t>
      </w:r>
    </w:p>
    <w:p>
      <w:pPr>
        <w:jc w:val="right"/>
      </w:pPr>
      <w:r>
        <w:t>تو اس میں دیکھیے کیا چیز ہے کہ روزہ ڈھال ہے۔ شارحین کہتے ہیں ڈھال کا مطلب کہ اس کو غلط کام سے روکتا ہے، جھگڑے سے روکتا ہے۔</w:t>
      </w:r>
    </w:p>
    <w:p>
      <w:r>
        <w:rPr>
          <w:b/>
        </w:rPr>
        <w:t xml:space="preserve">[26:41] </w:t>
      </w:r>
      <w:r>
        <w:t>aur is ke aage kya bataya ke roze ke din ho to woh koi galat kaam na kare, aur agar koi us ko gaali de, baaz riwayat mein ke koi us ko sataye, baaz riwayat mein ke koi us se qital kare, jhagda kare, jang kare, tab bhi woh apne dil mein kahe ke main roze se hoon, main yeh sab kaam nahi kar sakta hoon.</w:t>
      </w:r>
    </w:p>
    <w:p>
      <w:pPr>
        <w:jc w:val="right"/>
      </w:pPr>
      <w:r>
        <w:t>اور اس کے آگے کیا بتایا کہ روزے کے دن ہو تو وہ کوئی غلط کام نہ کرے، اور اگر کوئی اس کو گالی دے، بعض روایتوں میں کہ کوئی اس کو ستائے، بعض روایت میں کہ کوئی اس سے قتال کرے، جھگڑا کرے، جنگ کرے، تب بھی وہ اپنے دل میں کہے کہ میں روزے سے ہوں، میں یہ سب کام نہیں کر سکتا ہوں۔</w:t>
      </w:r>
    </w:p>
    <w:p>
      <w:r>
        <w:rPr>
          <w:b/>
        </w:rPr>
        <w:t xml:space="preserve">[26:58] </w:t>
      </w:r>
      <w:r>
        <w:t>to bahut ahem cheez hai. roza jo hai aadmi ko communal harmony ya insan ke andar paida karta hai. ek insan pur sakoon ho jata hai.</w:t>
      </w:r>
    </w:p>
    <w:p>
      <w:pPr>
        <w:jc w:val="right"/>
      </w:pPr>
      <w:r>
        <w:t>تو بہت اہم چیز ہے۔ روزہ جو ہے آدمی کو کمیونل ہارمونی یا انسان کے اندر پیدا کرتا ہے۔ ایک انسان پُرسکون ہو جاتا ہے۔</w:t>
      </w:r>
    </w:p>
    <w:p>
      <w:r>
        <w:rPr>
          <w:b/>
        </w:rPr>
        <w:t xml:space="preserve">[27:07] </w:t>
      </w:r>
      <w:r>
        <w:t>is par hadith mein bhi bataya gaya, bahut hi ahem hadith hai Allah ke Rasool sallallahu alaihi wasallam ki ke jis ne jhagda ko tark kar diya, agarche woh haq par ho, to main zamanat leta hoon ke is ke liye jannat ke outskirt mein ghar hoga.</w:t>
      </w:r>
    </w:p>
    <w:p>
      <w:pPr>
        <w:jc w:val="right"/>
      </w:pPr>
      <w:r>
        <w:t>اس پر حدیث میں بھی بتایا گیا، بہت ہی اہم حدیث ہے اللہ کے رسول صلی اللہ علیہ وسلم کی کہ جس نے جھگڑا کو ترک کر دیا، اگرچہ وہ حق پر ہو، تو میں ضمانت لیتا ہوں کہ اس کے لیے جنت کے آؤٹ اسکرٹ میں گھر ہوگا۔</w:t>
      </w:r>
    </w:p>
    <w:p>
      <w:r>
        <w:rPr>
          <w:b/>
        </w:rPr>
        <w:t xml:space="preserve">[27:23] </w:t>
      </w:r>
      <w:r>
        <w:t>jannat mein to ghar milega, jannat ke outskirt mein bhi ghar milega. to roza ko kam nahi samajhna chahiye, is ki agar poori rooh ke sath rakhte hain to. farm house type ka milega us ko.</w:t>
      </w:r>
    </w:p>
    <w:p>
      <w:pPr>
        <w:jc w:val="right"/>
      </w:pPr>
      <w:r>
        <w:t>جنت میں تو گھر ملے گا، جنت کے آؤٹ اسکرٹ میں بھی گھر ملے گا۔ تو روزہ کو کم نہیں سمجھنا چاہیے، اس کی اگر پوری روح کے ساتھ رکھتے ہیں تو۔ فارم ہاؤس ٹائپ کا ملے گا اس کو۔</w:t>
      </w:r>
    </w:p>
    <w:p>
      <w:r>
        <w:rPr>
          <w:b/>
        </w:rPr>
        <w:t xml:space="preserve">[27:36] </w:t>
      </w:r>
      <w:r>
        <w:t>lekin zaroori hai ke roze ke darmiyan hum is ki poori rooh ke sath rakhen, jaisa Allah ke Rasool sallallahu alaihi wasallam ne kaha man lam yada' qawl az-zoori wal 'amal bihi wal jahli fa laysa lillahi hajatun fi an yada'a ta'amahu wa sharabahu, fa laysa lillahi hajatun fi an yada'a ta'amahu wa sharabahu.</w:t>
      </w:r>
    </w:p>
    <w:p>
      <w:pPr>
        <w:jc w:val="right"/>
      </w:pPr>
      <w:r>
        <w:t>لیکن ضروری ہے کہ روزے کے درمیان ہم اس کی پوری روح کے ساتھ رکھیں، جیسا اللہ کے رسول صلی اللہ علیہ وسلم نے کہا من لمیدع قول الزور والعمل به والجهل فلیس للہ حاجة فی أنیدع طعامه وشرابه فلیس للہ حاجة أنیدع طعامه وشرابہ۔</w:t>
      </w:r>
    </w:p>
    <w:p>
      <w:r>
        <w:rPr>
          <w:b/>
        </w:rPr>
        <w:t xml:space="preserve">[27:53] </w:t>
      </w:r>
      <w:r>
        <w:t>keh jis ne jhoot bolna, us par amal karna, jahalat ke kaam nahi chode to Allah ko koi hajat nahi ke woh apne khana aur pani ko chhod de.</w:t>
      </w:r>
    </w:p>
    <w:p>
      <w:pPr>
        <w:jc w:val="right"/>
      </w:pPr>
      <w:r>
        <w:t>کہ جس نے جھوٹ بولنا، اس پر عمل کرنا، جہالت کے کام نہیں چھوڑے تو اللہ کو کوئی حاجت نہیں کہ وہ اپنے کھانا اور پانی کو چھوڑ دے۔</w:t>
      </w:r>
    </w:p>
    <w:p>
      <w:r>
        <w:rPr>
          <w:b/>
        </w:rPr>
        <w:t xml:space="preserve">[28:02] </w:t>
      </w:r>
      <w:r>
        <w:t>agar nahi chhodte, waise hi karte rehte to goya khana pani hi hai, chhodna is ke alawa koi doosri cheez nahi hai. To ab mein aap se agla sawal yeh karunga ke Ramadan ko Quran ka mahina bhi kaha jata hai.</w:t>
      </w:r>
    </w:p>
    <w:p>
      <w:pPr>
        <w:jc w:val="right"/>
      </w:pPr>
      <w:r>
        <w:t>اگر نہیں چھوڑتے، ویسے ہی کرتے رہتے تو گویا کھانا پانی ہی ہے، چھوڑنا اس کے علاوہ کوئی دوسری چیز نہیں ہے۔ تو اب میں آپ سے اگلا سوال یہ کروں گا کہ رمضان کو قرآن کا مہینہ بھی کہا جاتا ہے۔</w:t>
      </w:r>
    </w:p>
    <w:p>
      <w:r>
        <w:rPr>
          <w:b/>
        </w:rPr>
        <w:t xml:space="preserve">[28:15] </w:t>
      </w:r>
      <w:r>
        <w:t>Quran padhte</w:t>
      </w:r>
    </w:p>
    <w:p>
      <w:pPr>
        <w:jc w:val="right"/>
      </w:pPr>
      <w:r>
        <w:t>قرآن پڑھتے</w:t>
      </w:r>
    </w:p>
    <w:p>
      <w:r>
        <w:rPr>
          <w:b/>
        </w:rPr>
        <w:t xml:space="preserve">[28:16] </w:t>
      </w:r>
      <w:r>
        <w:t>hain log, Quran nazil hui to is par aap hamein kuch bataein. Ji, Ramadan ka hi mahina woh babarkat mahina hai jis mein Quran utara gaya.</w:t>
      </w:r>
    </w:p>
    <w:p>
      <w:pPr>
        <w:jc w:val="right"/>
      </w:pPr>
      <w:r>
        <w:t>ہیں لوگ، قرآن نازل ہوئی تو اس پر آپ ہمیں کچھ بتائیں۔ جی، رمضان کا ہی مہینہ وہ بابرکت مہینہ ہے جس میں قرآن اتارا گیا۔</w:t>
      </w:r>
    </w:p>
    <w:p>
      <w:r>
        <w:rPr>
          <w:b/>
        </w:rPr>
        <w:t xml:space="preserve">[28:30] </w:t>
      </w:r>
      <w:r>
        <w:t>Quran is Quran ma shahar Ramadan alladhi unzil fihi al-Quran to phir wahan hukum diya gaya hai ke pas tum mein se jo shakhs bhi is mahine ko paye, is mein roze rakhe.</w:t>
      </w:r>
    </w:p>
    <w:p>
      <w:pPr>
        <w:jc w:val="right"/>
      </w:pPr>
      <w:r>
        <w:t>قرآن اس قرآن ما شہر رمضان الذی انزل فیہ القرآن تو پھر وہاں حکم دیا گیا ہے کہ پس تم میں سے جو شخص بھی اس مہینے کو پائے، اس میں روزے رکھے۔</w:t>
      </w:r>
    </w:p>
    <w:p>
      <w:r>
        <w:rPr>
          <w:b/>
        </w:rPr>
        <w:t xml:space="preserve">[28:44] </w:t>
      </w:r>
      <w:r>
        <w:t>to yeh Quran utarna, utarna bohat hi bari baat hai. To Quran, bohat sare paighambaron ko aasmani kitabein di gayin, lekin woh kitabein mehfooz nahi rahin.</w:t>
      </w:r>
    </w:p>
    <w:p>
      <w:pPr>
        <w:jc w:val="right"/>
      </w:pPr>
      <w:r>
        <w:t>تو یہ قرآن اتارنا، اتارنا بہت ہی بڑی بات ہے۔ تو قرآن، بہت سارے پیغمبروں کو آسمانی کتابیں دی گئیں، لیکن وہ کتابیں محفوظ نہیں رہیں۔</w:t>
      </w:r>
    </w:p>
    <w:p>
      <w:r>
        <w:rPr>
          <w:b/>
        </w:rPr>
        <w:t xml:space="preserve">[28:57] </w:t>
      </w:r>
      <w:r>
        <w:t>kyun ke paighambaron ke paas zyada followers nahi the, to bohat jald woh kitabein jo hain, log gum ho gayin, logon ne is mein tabdeeli kar di.</w:t>
      </w:r>
    </w:p>
    <w:p>
      <w:pPr>
        <w:jc w:val="right"/>
      </w:pPr>
      <w:r>
        <w:t>کیونکہ پیغمبروں کے پاس زیادہ فالوورز نہیں تھے، تو بہت جلد وہ کتابیں جو ہیں، لوگ گم ہو گئیں، لوگوں نے اس میں تبدیلی کر دیا۔</w:t>
      </w:r>
    </w:p>
    <w:p>
      <w:r>
        <w:rPr>
          <w:b/>
        </w:rPr>
        <w:t xml:space="preserve">[29:07] </w:t>
      </w:r>
      <w:r>
        <w:t>to ek mehfooz kitab ka utarna bohat bari Khuda ki nemmat hai. Kyun ke hum is duniya mein aate hain, hamein kuch nahi maloom hota ke hamara Khaliq hum se kya chahta hai.</w:t>
      </w:r>
    </w:p>
    <w:p>
      <w:pPr>
        <w:jc w:val="right"/>
      </w:pPr>
      <w:r>
        <w:t>تو ایک محفوظ کتاب کا اترنا بہت بڑی خدا کی نعمت ہے۔ کیونکہ ہم اس دنیا میں آتے ہیں، ہمیں کچھ نہیں معلوم ہوتا کہ ہمارا خالق ہم سے کیا چاہتا ہے۔</w:t>
      </w:r>
    </w:p>
    <w:p>
      <w:r>
        <w:rPr>
          <w:b/>
        </w:rPr>
        <w:t xml:space="preserve">[29:19] </w:t>
      </w:r>
      <w:r>
        <w:t>to Arab mein aap dekhte hain, Hanafi pareshan hote the ke aakhir hum is duniya mein kis liye aaye hain, hamari zindagi ka maqsad kya hai, marne ke baad hum kahan jayenge.</w:t>
      </w:r>
    </w:p>
    <w:p>
      <w:pPr>
        <w:jc w:val="right"/>
      </w:pPr>
      <w:r>
        <w:t>تو عرب میں آپ دیکھتے ہیں، حنفی پریشان ہوتے تھے کہ آخر ہم اس دنیا میں کس لیے آئے ہیں، ہماری زندگی کا مقصد کیا ہے، مرنے کے بعد ہم کہاں جائیں گے۔</w:t>
      </w:r>
    </w:p>
    <w:p>
      <w:r>
        <w:rPr>
          <w:b/>
        </w:rPr>
        <w:t xml:space="preserve">[29:30] </w:t>
      </w:r>
      <w:r>
        <w:t>to yeh sari baatein hamein Quran se maloom hoti hain. Aur Quran ek mehfooz kitab hai, is liye yeh sab se bari nemmat Khuda ki jo insaan ko di gayi hai, woh Quran hai.</w:t>
      </w:r>
    </w:p>
    <w:p>
      <w:pPr>
        <w:jc w:val="right"/>
      </w:pPr>
      <w:r>
        <w:t>تو یہ ساری باتیں ہمیں قرآن سے معلوم ہوتی ہیں۔ اور قرآن ایک محفوظ کتاب ہے، اس لیے یہ سب سے بڑی نعمت خدا کی جو انسان کو دی گئی ہے، وہ قرآن ہے۔</w:t>
      </w:r>
    </w:p>
    <w:p>
      <w:r>
        <w:rPr>
          <w:b/>
        </w:rPr>
        <w:t xml:space="preserve">[29:42] </w:t>
      </w:r>
      <w:r>
        <w:t>to yeh isi liye yeh Quran par ghaur karne ka mahina bataya gaya hai ke Quran sirf tilawat karne se samajh mein nahi aata.</w:t>
      </w:r>
    </w:p>
    <w:p>
      <w:pPr>
        <w:jc w:val="right"/>
      </w:pPr>
      <w:r>
        <w:t>تو یہ اسی لیے یہ قرآن پر غور کرنے کا مہینہ بتایا گیا ہے کہ قرآن صرف تلاوت کرنے سے سمجھ میں نہیں آتا۔</w:t>
      </w:r>
    </w:p>
    <w:p>
      <w:r>
        <w:rPr>
          <w:b/>
        </w:rPr>
        <w:t xml:space="preserve">[29:51] </w:t>
      </w:r>
      <w:r>
        <w:t>Quran ko bohat ghaur se padhna padta hai, samajh samajh kar aur ghaur o fikr karne se. Tab is ke jo darmiyan mein bohat sare maani hote hain, woh khulte hain hamare upar.</w:t>
      </w:r>
    </w:p>
    <w:p>
      <w:pPr>
        <w:jc w:val="right"/>
      </w:pPr>
      <w:r>
        <w:t>قرآن کو بہت غور سے پڑھنا پڑتا ہے، سمجھ سمجھ کر اور غور و فکر کرنے سے۔ تب اس کے جو درمیان میں بہت سارے معنی ہوتے ہیں، وہ کھلتے ہیں ہمارے اوپر۔</w:t>
      </w:r>
    </w:p>
    <w:p>
      <w:r>
        <w:rPr>
          <w:b/>
        </w:rPr>
        <w:t xml:space="preserve">[30:03] </w:t>
      </w:r>
      <w:r>
        <w:t>to bohat sari cheezein hum jante hue bhi hote hain, lekin woh aisa lagta hai ke jaise hamein abhi pata chala hai. Kyun ke har cheez ke bohat sare layers of meaning hote hain.</w:t>
      </w:r>
    </w:p>
    <w:p>
      <w:pPr>
        <w:jc w:val="right"/>
      </w:pPr>
      <w:r>
        <w:t>تو بہت ساری چیزیں ہم جانتے ہوئے بھی ہوتے ہیں، لیکن وہ ایسا لگتا ہے کہ جیسے ہمیں ابھی پتہ چلا ہے۔ کیونکہ ہر چیز کے بہت سارے لیئرز آف میننگ ہوتے ہیں۔</w:t>
      </w:r>
    </w:p>
    <w:p>
      <w:r>
        <w:rPr>
          <w:b/>
        </w:rPr>
        <w:t xml:space="preserve">[30:14] </w:t>
      </w:r>
      <w:r>
        <w:t>to hum bar bar is ko padhenge aur ruk ruk ke padhna chahiye Quran ko. Woh jo aaj kal chala hua hai, far far far far padhne ka, woh tareeqa nahi Quran padhne ka.</w:t>
      </w:r>
    </w:p>
    <w:p>
      <w:pPr>
        <w:jc w:val="right"/>
      </w:pPr>
      <w:r>
        <w:t>تو ہم بار بار اس کو پڑھیں گے اور رک رک کے پڑھنا چاہیے قرآن کو۔ وہ جو آج کل چلا ہوا ہے، فرفر فرفر پڑھنے کا، وہ طریقہ نہیں قرآن پڑھنے کا۔</w:t>
      </w:r>
    </w:p>
    <w:p>
      <w:r>
        <w:rPr>
          <w:b/>
        </w:rPr>
        <w:t xml:space="preserve">[30:26] </w:t>
      </w:r>
      <w:r>
        <w:t>to Quran ki jo hai study karni hai, aur tabhi hum Quran se poora faida utha payenge. To Quran ki study ka matlab yeh nahi ke sirf Ramadan mein hi karna hai.</w:t>
      </w:r>
    </w:p>
    <w:p>
      <w:pPr>
        <w:jc w:val="right"/>
      </w:pPr>
      <w:r>
        <w:t>تو قرآن کی جو ہے اسٹڈی کرنی ہے، اور تبھی ہم قرآن سے پورا فائدہ اٹھا پائیں گے۔ تو قرآن کی اسٹڈی کا مطلب یہ نہیں کہ صرف رمضان میں ہی کرنا ہے۔</w:t>
      </w:r>
    </w:p>
    <w:p>
      <w:r>
        <w:rPr>
          <w:b/>
        </w:rPr>
        <w:t xml:space="preserve">[30:38] </w:t>
      </w:r>
      <w:r>
        <w:t>Ramadan mein khusoosi taur par baqi dino mein jaise ki jata hai, kiya jata hai, lekin sirf yeh hai ke bohat zyada soch samajh kar Quran ko padhein.</w:t>
      </w:r>
    </w:p>
    <w:p>
      <w:pPr>
        <w:jc w:val="right"/>
      </w:pPr>
      <w:r>
        <w:t>رمضان میں خصوصی طور پر باقی دنوں میں جیسے کی جاتا ہے، کیا جاتا ہے، لیکن صرف یہ ہے کہ بہت زیادہ سوچ سمجھ کر قرآن کو پڑھیں۔</w:t>
      </w:r>
    </w:p>
    <w:p>
      <w:r>
        <w:rPr>
          <w:b/>
        </w:rPr>
        <w:t xml:space="preserve">[30:50] </w:t>
      </w:r>
      <w:r>
        <w:t>jaise study ki jati hai, tilawat nahi balkeh study karein Quran ki.</w:t>
      </w:r>
    </w:p>
    <w:p>
      <w:pPr>
        <w:jc w:val="right"/>
      </w:pPr>
      <w:r>
        <w:t>جیسے اسٹڈی کی جاتی ہے، تلاوت نہیں بلکہ اسٹڈی کریں قرآن کی۔</w:t>
      </w:r>
    </w:p>
    <w:p>
      <w:r>
        <w:rPr>
          <w:b/>
        </w:rPr>
        <w:t xml:space="preserve">[30:55] </w:t>
      </w:r>
      <w:r>
        <w:t>to Quran ki study karein aur is se poora faida uthayein. Is ke liye zaroori hai ke hum apne mind ko focus karein. Jo hamari madi sargharmiyan hoti hain, us ko hum kam se kam, haan kam se kam karein.</w:t>
      </w:r>
    </w:p>
    <w:p>
      <w:pPr>
        <w:jc w:val="right"/>
      </w:pPr>
      <w:r>
        <w:t>تو قرآن کی اسٹڈی کریں اور اس سے پورا فائدہ اٹھائیں۔ اس کے لیے ضروری ہے کہ ہم اپنے مائنڈ کو فوکس کریں۔ جو ہماری مادی سرگرمیاں ہوتی ہیں، اس کو ہم کم سے کم، ہاں کم سے کم کریں۔</w:t>
      </w:r>
    </w:p>
    <w:p>
      <w:r>
        <w:rPr>
          <w:b/>
        </w:rPr>
        <w:t xml:space="preserve">[31:09] </w:t>
      </w:r>
      <w:r>
        <w:t>jo fazool program hote hain, shopping karna, yeh sab, woh sab Ramadan mein bohat zyada apne aap ko focus karein. Agar yeh sab karenge, hamara mind distracted rahega, to hum Quran se poora faida nahi utha payenge.</w:t>
      </w:r>
    </w:p>
    <w:p>
      <w:pPr>
        <w:jc w:val="right"/>
      </w:pPr>
      <w:r>
        <w:t>جو فاضل پروگرام ہوتے ہیں، شاپنگ کرنا، یہ سب، وہ سب رمضان میں بہت زیادہ اپنے آپ کو فوکس کریں۔ اگر یہ سب کریں گے، ہمارا مائنڈ ڈسٹرکٹڈ رہے گا، تو ہم قرآن سے پورا فائدہ نہیں اٹھا پائیں گے۔</w:t>
      </w:r>
    </w:p>
    <w:p>
      <w:r>
        <w:rPr>
          <w:b/>
        </w:rPr>
        <w:t xml:space="preserve">[31:24] </w:t>
      </w:r>
      <w:r>
        <w:t>Imam Malik Ibn Anas jo hain, chaar Imamoon mein se ek, matlab bade Imam hain. To woh bhi Ramadan mein jabke itne zyada, woh zyada un ki study thi, us ke bawajood woh Ramadan mein apni tamam masroofiyat ko khatam kar ke Quran par ghaur o fikr karte the.</w:t>
      </w:r>
    </w:p>
    <w:p>
      <w:pPr>
        <w:jc w:val="right"/>
      </w:pPr>
      <w:r>
        <w:t>امام مالک ابن انس جو ہیں، چار اماموں میں سے ایک، مطلب بڑے امام ہیں۔ تو وہ بھی رمضان میں جبکہ اتنے زیادہ، وہ زیادہ ان کی اسٹڈی تھی، اس کے باوجود وہ رمضان میں اپنی تمام مصروفیات کو ختم کر کے قرآن پر غور و فکر کرتے تھے۔</w:t>
      </w:r>
    </w:p>
    <w:p>
      <w:r>
        <w:rPr>
          <w:b/>
        </w:rPr>
        <w:t xml:space="preserve">[31:42] </w:t>
      </w:r>
      <w:r>
        <w:t>to is se hamein roohani ghiza milta hai. Kyun ke jab hum ko apni shakhsiyat ko roohani banana hai, to yeh hamare liye zaroori hai ke hum apne imaan mein izafa karte rahein.</w:t>
      </w:r>
    </w:p>
    <w:p>
      <w:pPr>
        <w:jc w:val="right"/>
      </w:pPr>
      <w:r>
        <w:t>تو اس سے ہمیں روحانی غذا ملتا ہے۔ کیونکہ جب ہم کو اپنی شخصیت کو روحانی بنانا ہے، تو یہ ہمارے لیے ضروری ہے کہ ہم اپنے ایمان میں اضافہ کرتے رہیں۔</w:t>
      </w:r>
    </w:p>
    <w:p>
      <w:r>
        <w:rPr>
          <w:b/>
        </w:rPr>
        <w:t xml:space="preserve">[31:55] </w:t>
      </w:r>
      <w:r>
        <w:t>to imaan mein izafa karna zaroori hai, kyun ke warna phir woh jamood wala imaan ho jata hai. To woh isi tareeqe se hota hai ke hum ko naya naya roohani ghiza rozana hamein milta rahe.</w:t>
      </w:r>
    </w:p>
    <w:p>
      <w:pPr>
        <w:jc w:val="right"/>
      </w:pPr>
      <w:r>
        <w:t>تو ایمان میں اضافہ کرنا ضروری ہے، کیوں کہ ورنہ پھر وہ جمود والا ایمان ہو جاتا ہے۔ تو وہ اسی طریقے سے ہوتا ہے کہ ہم کو نیا نیا روحانی غذا روزانہ ہمیں ملتا رہے۔</w:t>
      </w:r>
    </w:p>
    <w:p>
      <w:r>
        <w:rPr>
          <w:b/>
        </w:rPr>
        <w:t xml:space="preserve">[32:06] </w:t>
      </w:r>
      <w:r>
        <w:t>hamari kaifiyat, tajrubaat, naye naye hum tajrube karte rahein.</w:t>
      </w:r>
    </w:p>
    <w:p>
      <w:pPr>
        <w:jc w:val="right"/>
      </w:pPr>
      <w:r>
        <w:t>ہماری کیفیات، تجربات، نئے نئے ہم تجربے کرتے رہیں۔</w:t>
      </w:r>
    </w:p>
    <w:p>
      <w:r>
        <w:rPr>
          <w:b/>
        </w:rPr>
        <w:t xml:space="preserve">[32:12] </w:t>
      </w:r>
      <w:r>
        <w:t>to kai baar aisa hota hai, Quran padhte hue lagta hai ke acha, yeh baat hum pehle hamare zehan mein nahi thi. To ab misal ke taur par Hazrat Yusuf ki aap chapter padhein to aap ko lagega ke Hazrat Yusuf ne kis tareeqe se apne bhaiyon ko maaf kar diya aur kabhi un ke bare mein kuch bol</w:t>
      </w:r>
    </w:p>
    <w:p>
      <w:pPr>
        <w:jc w:val="right"/>
      </w:pPr>
      <w:r>
        <w:t>تو کئی بار ایسا ہوتا ہے، قرآن پڑھتے ہوئے لگتا ہے کہ اچھا، یہ بات ہم پہلے ہمارے ذہن میں نہیں تھی۔ تو اب مثال کے طور پر حضرت یوسف کی آپ چیپٹر پڑھیں تو آپ کو لگے گا کہ حضرت یوسف نے کس طریقے سے اپنے بھائیوں کو معاف کر دیا اور کبھی ان کے بارے میں کچھ بول</w:t>
      </w:r>
    </w:p>
    <w:p>
      <w:r>
        <w:rPr>
          <w:b/>
        </w:rPr>
        <w:t xml:space="preserve">[32:31] </w:t>
      </w:r>
      <w:r>
        <w:t>e nahi. Jabke jab woh the, jail mein the aur un ke sab saathi the, un ko sirf Allah ki baatein batate, kabhi nahi kehte ke mere upar itna zyada zulm hua hai, mere bhaiyon ne zulm kiya hai.</w:t>
      </w:r>
    </w:p>
    <w:p>
      <w:pPr>
        <w:jc w:val="right"/>
      </w:pPr>
      <w:r>
        <w:t>ے نہیں۔ جبکہ جب وہ تھے، جیل میں تھے اور ان کے سب ساتھی تھے، ان کو صرف اللہ کی باتیں بتاتے، کبھی نہیں کہتے کہ میرے اوپر اتنا زیادہ ظلم ہوا ہے، میرے بھائیوں نے ظلم کیا ہے۔</w:t>
      </w:r>
    </w:p>
    <w:p>
      <w:r>
        <w:rPr>
          <w:b/>
        </w:rPr>
        <w:t xml:space="preserve">[32:47] </w:t>
      </w:r>
      <w:r>
        <w:t>to yeh sab nahi, balkeh woh musbat rahay. to musbat rehne ki wajah se in ko kitna taraqqi hui.</w:t>
      </w:r>
    </w:p>
    <w:p>
      <w:pPr>
        <w:jc w:val="right"/>
      </w:pPr>
      <w:r>
        <w:t>تو یہ سب نہیں، بلکہ وہ مثبت رہے۔ تو مثبت رہنے کی وجہ سے ان کو کتنا ترقی ہوئی۔</w:t>
      </w:r>
    </w:p>
    <w:p>
      <w:r>
        <w:rPr>
          <w:b/>
        </w:rPr>
        <w:t xml:space="preserve">[32:56] </w:t>
      </w:r>
      <w:r>
        <w:t>Allah taala ki madad poori aayi un ke paas. aur use jab aakhirkaar jab woh itni bari position mein aa gaye Misr mein, ke badshah ke baad inhi ki position thi, is ke baad un ke saare bhai aaye to unhon ne sab bhaiyon ko maaf kar diya aur keh diya ke tumhare upar koi ilzaam nahi hai.</w:t>
      </w:r>
    </w:p>
    <w:p>
      <w:pPr>
        <w:jc w:val="right"/>
      </w:pPr>
      <w:r>
        <w:t>اللہ تعالیٰ کی مدد پوری آئی ان کے پاس۔ اور اسے جب آخرکار جب وہ اتنی بڑی پوزیشن میں آگئے مصر میں، کہ بادشاہ کے بعد انہی کی پوزیشن تھی، اس کے بعد ان کے سارے بھائی آئے تو انہوں نے سب بھائیوں کو معاف کر دیا اور کہہ دیا کہ تمہارے اوپر کوئی الزام نہیں ہے۔</w:t>
      </w:r>
    </w:p>
    <w:p>
      <w:r>
        <w:rPr>
          <w:b/>
        </w:rPr>
        <w:t xml:space="preserve">[33:17] </w:t>
      </w:r>
      <w:r>
        <w:t>to yeh sab hum karein aur hum apni zindagi mein apply karein.</w:t>
      </w:r>
    </w:p>
    <w:p>
      <w:pPr>
        <w:jc w:val="right"/>
      </w:pPr>
      <w:r>
        <w:t>تو یہ سب ہم کریں اور ہم اپنی زندگیوں میں اپلائی کریں۔</w:t>
      </w:r>
    </w:p>
    <w:p>
      <w:r>
        <w:rPr>
          <w:b/>
        </w:rPr>
        <w:t xml:space="preserve">[33:22] </w:t>
      </w:r>
      <w:r>
        <w:t>tab hamein proper learning hogi aur hum Quran ka poora poora faida utha payein ge. to isi tareeqe se Rasool Allah Sal Allahu Alaihi Wa Sallam ko dekhein ke kis tareeqe se woh har ek ko maaf karte thay,</w:t>
      </w:r>
    </w:p>
    <w:p>
      <w:pPr>
        <w:jc w:val="right"/>
      </w:pPr>
      <w:r>
        <w:t>تب ہمیں پراپر لرننگ ہوگی اور ہم قرآن کا پورا پورا فائدہ اٹھا پائیں گے۔ تو اسی طریقے سے رسول اللہ صلی اللہ علیہ وسلم کو دیکھیں کہ کس طریقے سے وہ ہر ایک کو معاف کرتے تھے،</w:t>
      </w:r>
    </w:p>
    <w:p>
      <w:r>
        <w:rPr>
          <w:b/>
        </w:rPr>
        <w:t xml:space="preserve">[33:35] </w:t>
      </w:r>
      <w:r>
        <w:t>kabhi bad dua nahi karte thay. to yeh saari cheezein hamein seekhni hain. khaas tor par ek mahine ko is kaam ke liye aap reserve kar dijiye.</w:t>
      </w:r>
    </w:p>
    <w:p>
      <w:pPr>
        <w:jc w:val="right"/>
      </w:pPr>
      <w:r>
        <w:t>کبھی بد دعا نہیں کرتے تھے۔ تو یہ ساری چیزیں ہمیں سیکھنی ہیں۔ خاص طور پر ایک مہینے کو اس کام کے لیے آپ ریزرو کر دیجیے۔</w:t>
      </w:r>
    </w:p>
    <w:p>
      <w:r>
        <w:rPr>
          <w:b/>
        </w:rPr>
        <w:t xml:space="preserve">[33:45] </w:t>
      </w:r>
      <w:r>
        <w:t>to tabhi aap jo hai apne aap, apne andar tabdeeli la payein ge.</w:t>
      </w:r>
    </w:p>
    <w:p>
      <w:pPr>
        <w:jc w:val="right"/>
      </w:pPr>
      <w:r>
        <w:t>تو تبھی آپ جو ہے اپنے آپ، اپنے اندر تبدیلی لا پائیں گے۔</w:t>
      </w:r>
    </w:p>
    <w:p>
      <w:r>
        <w:rPr>
          <w:b/>
        </w:rPr>
        <w:t xml:space="preserve">[33:50] </w:t>
      </w:r>
      <w:r>
        <w:t>to aaj kal hum logon mein bohat zyada shikayatein hoti hain, baar baar kisi hamare saath yeh ho gaya, hamare saath woh ho gaya. to yeh sab khatam karna hai aur hamare saamne saare paighambaron ki misalein hain.</w:t>
      </w:r>
    </w:p>
    <w:p>
      <w:pPr>
        <w:jc w:val="right"/>
      </w:pPr>
      <w:r>
        <w:t>تو آج کل ہم لوگوں میں بہت زیادہ شکایتیں ہوتی ہیں، بار بار کسی ہمارے ساتھ یہ ہو گیا، ہمارے ساتھ وہ ہو گیا۔ تو یہ سب ختم کرنا ہے اور ہمارے سامنے سارے پیغمبروں کی مثالیں ہیں۔</w:t>
      </w:r>
    </w:p>
    <w:p>
      <w:r>
        <w:rPr>
          <w:b/>
        </w:rPr>
        <w:t xml:space="preserve">[34:04] </w:t>
      </w:r>
      <w:r>
        <w:t>nafrat culture ko bilkul khatam karna hai, violence ko bilkul khatam karna hai aur hamd culture mein jeena hai.</w:t>
      </w:r>
    </w:p>
    <w:p>
      <w:pPr>
        <w:jc w:val="right"/>
      </w:pPr>
      <w:r>
        <w:t>نفرت کلچر کو بالکل ختم کرنا ہے، وائیلنس کو بالکل ختم کرنا ہے اور حمد کلچر میں جینا ہے۔</w:t>
      </w:r>
    </w:p>
    <w:p>
      <w:r>
        <w:rPr>
          <w:b/>
        </w:rPr>
        <w:t xml:space="preserve">[34:11] </w:t>
      </w:r>
      <w:r>
        <w:t>hum ko sirf aur sirf Khuda mein jeena hai, Khuda ki yaad karni hai aur isi se hamari shakhsiyat develop hogi.</w:t>
      </w:r>
    </w:p>
    <w:p>
      <w:pPr>
        <w:jc w:val="right"/>
      </w:pPr>
      <w:r>
        <w:t>ہم کو صرف اور صرف خدا میں جینا ہے، خدا کی یاد کرنی ہے اور اسی سے ہماری شخصیت ڈویلپ ہوگی۔</w:t>
      </w:r>
    </w:p>
    <w:p>
      <w:r>
        <w:rPr>
          <w:b/>
        </w:rPr>
        <w:t xml:space="preserve">[34:21] </w:t>
      </w:r>
      <w:r>
        <w:t>shakhsiyat jab tak develop nahi hogi, woh is qabil nahi hai ke woh jannat mein jagah paaye. to is tareeqe se hamein sirf, hum log sirf apni jismani sehat ke bare mein sochte hain.</w:t>
      </w:r>
    </w:p>
    <w:p>
      <w:pPr>
        <w:jc w:val="right"/>
      </w:pPr>
      <w:r>
        <w:t>شخصیت جب تک ڈویلپ نہیں ہوگی، وہ اس قابل نہیں ہے کہ وہ جنت میں جگہ پائے۔ تو اس طریقے سے ہمیں صرف، ہم لوگ صرف اپنی جسمانی صحت کے بارے میں سوچتے ہیں۔</w:t>
      </w:r>
    </w:p>
    <w:p>
      <w:r>
        <w:rPr>
          <w:b/>
        </w:rPr>
        <w:t xml:space="preserve">[34:34] </w:t>
      </w:r>
      <w:r>
        <w:t>koi zara zara si baat mein doctoron ke haan jaate hain, lekin hamein apni rohani sehat ko bhi dekhna hai.</w:t>
      </w:r>
    </w:p>
    <w:p>
      <w:pPr>
        <w:jc w:val="right"/>
      </w:pPr>
      <w:r>
        <w:t>کوئی ذرا ذرا سی بات میں ڈاکٹروں کے ہاں جاتے ہیں، لیکن ہمیں اپنی روحانی صحت کو بھی دیکھنا ہے۔</w:t>
      </w:r>
    </w:p>
    <w:p>
      <w:r>
        <w:rPr>
          <w:b/>
        </w:rPr>
        <w:t xml:space="preserve">[34:40] </w:t>
      </w:r>
      <w:r>
        <w:t>kyun ke jab tak hum apni rohani sehat nahi theek karein ge, tab tak hum is dunya mein bhi pareshan hi rahein ge aur aakhirat mein bhi hamein jagah nahi mile gi.</w:t>
      </w:r>
    </w:p>
    <w:p>
      <w:pPr>
        <w:jc w:val="right"/>
      </w:pPr>
      <w:r>
        <w:t>کیونکہ جب تک ہم اپنی روحانی صحت نہیں ٹھیک کریں گے، تب تک ہم اس دنیا میں بھی پریشان ہی رہیں گے اور آخرت میں بھی ہمیں جگہ نہیں ملے گی۔</w:t>
      </w:r>
    </w:p>
    <w:p>
      <w:r>
        <w:rPr>
          <w:b/>
        </w:rPr>
        <w:t xml:space="preserve">[34:49] </w:t>
      </w:r>
      <w:r>
        <w:t>to yeh sab kuch hum Quran ki sanjeeda study se yeh saare faide hasil kar sakte hain.</w:t>
      </w:r>
    </w:p>
    <w:p>
      <w:pPr>
        <w:jc w:val="right"/>
      </w:pPr>
      <w:r>
        <w:t>تو یہ سب کچھ ہم قرآن کی سنجیدہ اسٹڈی سے یہ سارے فائدے حاصل کر سکتے ہیں۔</w:t>
      </w:r>
    </w:p>
    <w:p>
      <w:r>
        <w:rPr>
          <w:b/>
        </w:rPr>
        <w:t xml:space="preserve">[34:58] </w:t>
      </w:r>
      <w:r>
        <w:t>saheeh kaha aap ne bilkul. jab maine hadith ki kitabon ko dekha to ek mashhoor hadith ki kitab hai, Shuab al Iman.</w:t>
      </w:r>
    </w:p>
    <w:p>
      <w:pPr>
        <w:jc w:val="right"/>
      </w:pPr>
      <w:r>
        <w:t>صحیح کہا آپ نے بالکل۔ جب میں نے حدیث کی کتابوں کو دیکھا تو ایک مشہور حدیث کی کتاب ہے، شعاب الایمان۔</w:t>
      </w:r>
    </w:p>
    <w:p>
      <w:r>
        <w:rPr>
          <w:b/>
        </w:rPr>
        <w:t xml:space="preserve">[35:07] </w:t>
      </w:r>
      <w:r>
        <w:t>yeh mashhoor muhaddis Imam Baihaqi ki kitab hai. to is kitab mein unhon ne ek baab hi bandha hai, fasl fil istifsar min al qura fi shahr Ramadan wa dhalika li annahu shahr al Quran</w:t>
      </w:r>
    </w:p>
    <w:p>
      <w:pPr>
        <w:jc w:val="right"/>
      </w:pPr>
      <w:r>
        <w:t>یہ مشہور محدث امام بیہقی کی کتاب ہے۔ تو اس کتاب میں انہوں نے ایک باب ہی باندھا ہے، فصل فی الاستفسار من القراء فی شہر رمضان وذلك لانه شہر القرآن</w:t>
      </w:r>
    </w:p>
    <w:p>
      <w:r>
        <w:rPr>
          <w:b/>
        </w:rPr>
        <w:t xml:space="preserve">[35:20] </w:t>
      </w:r>
      <w:r>
        <w:t>ke is baat ka chapter ke zyada se zyada Ramadan mein Quran ki tilawat karni chahiye, kyun ke yeh Quran ka mahina hai, shahr Quran hai. aam taur se to Quran ki taleem aur ta'allum, yaani seekhna aur us ko sikhana,</w:t>
      </w:r>
    </w:p>
    <w:p>
      <w:pPr>
        <w:jc w:val="right"/>
      </w:pPr>
      <w:r>
        <w:t>کہ اس بات کا چیپٹر کہ زیادہ سے زیادہ رمضان میں قرآن کی تلاوت کرنی چاہیے، کیونکہ یہ قرآن کا مہینہ ہے، شہر قرآن ہے۔ عام طور سے تو قرآن کی تعلیم اور تعلم، یعنی سیکھنا اور اس کو سکھانا،</w:t>
      </w:r>
    </w:p>
    <w:p>
      <w:r>
        <w:rPr>
          <w:b/>
        </w:rPr>
        <w:t xml:space="preserve">[35:35] </w:t>
      </w:r>
      <w:r>
        <w:t>aise logon ke bare mein Allah ke Rasool Sal Allahu Alaihi Wa Sallam ne kaha hai, yeh sab se behtar hain, sab se afzal hain. Khairukum man ta'allam al Quran wa 'allamahu. Allah ke Rasool Sal Allahu Alaihi Wa Sallam ke bare mein hadith aati hai jo bohat hi ahem hai.</w:t>
      </w:r>
    </w:p>
    <w:p>
      <w:pPr>
        <w:jc w:val="right"/>
      </w:pPr>
      <w:r>
        <w:t>ایسے لوگوں کے بارے میں اللہ کے رسول صلی اللہ علیہ وسلم نے کہا ہے، یہ سب سے بہتر ہیں، سب سے افضل ہیں۔ خیرکم من تعلم القرآن وعلمہ اللہ کے رسول صلی اللہ علیہ وسلم کے بارے میں حدیث آتی ہے جو بہت ہی اہم ہے۔</w:t>
      </w:r>
    </w:p>
    <w:p>
      <w:r>
        <w:rPr>
          <w:b/>
        </w:rPr>
        <w:t xml:space="preserve">[35:47] </w:t>
      </w:r>
      <w:r>
        <w:t>Allah ke Rasool Sal Allahu Alaihi Wa Sallam ke bare mein aata hai ke</w:t>
      </w:r>
    </w:p>
    <w:p>
      <w:pPr>
        <w:jc w:val="right"/>
      </w:pPr>
      <w:r>
        <w:t>اللہ کے رسول صلی اللہ علیہ وسلم کے بارے میں آتا ہے کہ</w:t>
      </w:r>
    </w:p>
    <w:p>
      <w:r>
        <w:rPr>
          <w:b/>
        </w:rPr>
        <w:t xml:space="preserve">[35:51] </w:t>
      </w:r>
      <w:r>
        <w:t>Ramadan ke mahine mein Allah ke Rasool Sal Allahu Alaihi Wa Sallam ke paas Hazrat Jibrael Alaihi Salam aate thay,</w:t>
      </w:r>
    </w:p>
    <w:p>
      <w:pPr>
        <w:jc w:val="right"/>
      </w:pPr>
      <w:r>
        <w:t>رمضان کے مہینے میں اللہ کے رسول صلی اللہ علیہ وسلم کے پاس حضرت جبرائیل علیہ السلام آتے تھے،</w:t>
      </w:r>
    </w:p>
    <w:p>
      <w:r>
        <w:rPr>
          <w:b/>
        </w:rPr>
        <w:t xml:space="preserve">[35:59] </w:t>
      </w:r>
      <w:r>
        <w:t xml:space="preserve">wa kan yulqihi fi kulli laylatin min Ramadan fi darasatihi al Quran ke Jibrael Ramadan ki har raat mein Allah ke Rasool Sal Allahu Alaihi Wa Sallam ke paas aate thay aur woh Quran ka kya darasa karte thay? </w:t>
      </w:r>
    </w:p>
    <w:p>
      <w:pPr>
        <w:jc w:val="right"/>
      </w:pPr>
      <w:r>
        <w:t>وكانیلقاء فی کل لیلۃ من رمضان فی دارسہ القرآن کہ جبرائیل رمضان کی ہر رات میں اللہ کے رسول صلی اللہ علیہ وسلم کے پاس آتے تھے اور وہ قرآن کا کیا دراسہ کرتے تھے؟</w:t>
      </w:r>
    </w:p>
    <w:p>
      <w:r>
        <w:rPr>
          <w:b/>
        </w:rPr>
        <w:t xml:space="preserve">[36:16] </w:t>
      </w:r>
      <w:r>
        <w:t>Quran ka darasa karte thay. darasa kya cheez hai? yeh Bukhari mein kai jagah yeh riwayat aayi hai, aur Muslim mein bhi hai. darasa kya cheez hai?</w:t>
      </w:r>
    </w:p>
    <w:p>
      <w:pPr>
        <w:jc w:val="right"/>
      </w:pPr>
      <w:r>
        <w:t>قرآن کا دراسہ کرتے تھے۔ دراسہ کیا چیز ہے؟ یہ بخاری میں کئی جگہ یہ روایت آئی ہے، اور مسلم میں بھی ہے۔ دراسہ کیا چیز ہے؟</w:t>
      </w:r>
    </w:p>
    <w:p>
      <w:r>
        <w:rPr>
          <w:b/>
        </w:rPr>
        <w:t xml:space="preserve">[36:24] </w:t>
      </w:r>
      <w:r>
        <w:t>is ka matlab hota hai kitab ko ghaur o fikr ke sath parhna. lafzi matlab hota hai darasa ka, dars ka matlab hota hai ghaur o fikr ke sath parhna, mutala karna.</w:t>
      </w:r>
    </w:p>
    <w:p>
      <w:pPr>
        <w:jc w:val="right"/>
      </w:pPr>
      <w:r>
        <w:t>اس کا مطلب ہوتا ہے کتاب کو غور و فکر کے ساتھ پڑھنا۔ لفظی مطلب ہوتا ہے دراسہ کا، درس کا مطلب ہوتا ہے غور و فکر کے ساتھ پڑھنا، مطالعہ کرنا۔</w:t>
      </w:r>
    </w:p>
    <w:p>
      <w:r>
        <w:rPr>
          <w:b/>
        </w:rPr>
        <w:t xml:space="preserve">[36:34] </w:t>
      </w:r>
      <w:r>
        <w:t>aapas mein ek doosre ko samjhana. Hazrat Jibrael Alaihi Salam zahir si baat hai, Allah ke hukum ke baghair nahi aate thay, aur aakhir Allah ke Rasool Sal Allahu Alaihi Wa Sallam ke sath woh darasa karte thay Quran ka.</w:t>
      </w:r>
    </w:p>
    <w:p>
      <w:pPr>
        <w:jc w:val="right"/>
      </w:pPr>
      <w:r>
        <w:t>آپس میں ایک دوسرے کو سمجھانا۔ حضرت جبرائیل علیہ السلام ظاہر سی بات ہے، اللہ کے حکم کے بغیر نہیں آتے تھے، اور آخر اللہ کے رسول صلی اللہ علیہ وسلم کے ساتھ وہ دراسہ کرتے تھے قرآن کا۔</w:t>
      </w:r>
    </w:p>
    <w:p>
      <w:r>
        <w:rPr>
          <w:b/>
        </w:rPr>
        <w:t xml:space="preserve">[36:46] </w:t>
      </w:r>
      <w:r>
        <w:t>is se Ramadan ke andar Quran ko samajhne ki ahmiyat kya hai, woh hum samajh sakte hain. is se ke Allah taala khaas taur par Jibrael ko bhejte hain ke jao, Rasool ke sath darasa karo.</w:t>
      </w:r>
    </w:p>
    <w:p>
      <w:pPr>
        <w:jc w:val="right"/>
      </w:pPr>
      <w:r>
        <w:t>اس سے رمضان کے اندر قرآن کو سمجھنے کی اہمیت کیا ہے، وہ ہم سمجھ سکتے ہیں۔ اس سے کہ اللہ تعالیٰ خاص طور پر جبرائیل کو بھیجتے ہیں کہ جاؤ، رسول کے ساتھ دراسہ کرو۔</w:t>
      </w:r>
    </w:p>
    <w:p>
      <w:r>
        <w:rPr>
          <w:b/>
        </w:rPr>
        <w:t xml:space="preserve">[37:00] </w:t>
      </w:r>
      <w:r>
        <w:t>matlab yeh hai ke aapas mein jo is ke baad jo log rahein ge, aapas mein darasa karein Quran ka. ghaliban main samajhta hoon ke taraveeh isi ki ek shakal ho sakti hai, lekin woh ab کیفیت doosri hi ho gayi hai.</w:t>
      </w:r>
    </w:p>
    <w:p>
      <w:pPr>
        <w:jc w:val="right"/>
      </w:pPr>
      <w:r>
        <w:t>مطلب یہ ہے کہ آپس میں جو اس کے بعد جو لوگ رہیں گے، آپس میں دراسہ کریں قرآن کا۔ غالباً میں سمجھتا ہوں کہ تراویح اسی کی ایک شکل ہو سکتی ہے، لیکن وہ اب کیفیت دوسری ہی ہو گئی ہے۔</w:t>
      </w:r>
    </w:p>
    <w:p>
      <w:r>
        <w:rPr>
          <w:b/>
        </w:rPr>
        <w:t xml:space="preserve">[37:11] </w:t>
      </w:r>
      <w:r>
        <w:t>is ke ilawa bhi aapas mein baith</w:t>
      </w:r>
    </w:p>
    <w:p>
      <w:pPr>
        <w:jc w:val="right"/>
      </w:pPr>
      <w:r>
        <w:t>اس کے علاوہ بھی آپس میں بیٹھ</w:t>
      </w:r>
    </w:p>
    <w:p>
      <w:r>
        <w:rPr>
          <w:b/>
        </w:rPr>
        <w:t xml:space="preserve">[37:13] </w:t>
      </w:r>
      <w:r>
        <w:t>kar kar sakte hain. agar koi doosra saathi aap ko nahi milta to sab se behtareen hai ke aapas mein husband wife, agar ek vision barabar hai to baith kar bhi discussion kar sakte hain.</w:t>
      </w:r>
    </w:p>
    <w:p>
      <w:pPr>
        <w:jc w:val="right"/>
      </w:pPr>
      <w:r>
        <w:t>کر کر سکتے ہیں۔ اگر کوئی دوسرا ساتھی آپ کو نہیں ملتا تو سب سے بہترین ہے کہ آپس میں ہسبینڈ وائف، اگر ایک ویژن برابر ہے تو بیٹھ کر بھی ڈسکشن کر سکتے ہیں۔</w:t>
      </w:r>
    </w:p>
    <w:p>
      <w:r>
        <w:rPr>
          <w:b/>
        </w:rPr>
        <w:t xml:space="preserve">[37:23] </w:t>
      </w:r>
      <w:r>
        <w:t>jaise jibril ne aur rasool Allah salallahu alaihi wasallam ne kiya. to zaroori nahi ke mard mard hi ho, husband wife kar sakte hain. ghar ki auraton, bachon ko le kar kiya ja sakta hai. tadabbur ke sath parh sakte hain ke is ke andar hamare liye kya sabak hai.</w:t>
      </w:r>
    </w:p>
    <w:p>
      <w:pPr>
        <w:jc w:val="right"/>
      </w:pPr>
      <w:r>
        <w:t>جیسے جبرائیل نے اور رسول اللہ صلی اللہ علیہ وسلم نے کیا۔ تو ضروری نہیں کہ مرد مرد ہی ہو، ہسبینڈ وائف کر سکتے ہیں۔ گھر کی عورتوں، بچوں کو لے کر کیا جا سکتا ہے۔ تدبر کے ساتھ پڑھ سکتے ہیں کہ اس کے اندر ہمارے لیے کیا سبق ہے۔</w:t>
      </w:r>
    </w:p>
    <w:p>
      <w:r>
        <w:rPr>
          <w:b/>
        </w:rPr>
        <w:t xml:space="preserve">[37:36] </w:t>
      </w:r>
      <w:r>
        <w:t>musnad ahmad ki ek riwayat hai,</w:t>
      </w:r>
    </w:p>
    <w:p>
      <w:pPr>
        <w:jc w:val="right"/>
      </w:pPr>
      <w:r>
        <w:t>مسند احمد کی ایک روایت ہے،</w:t>
      </w:r>
    </w:p>
    <w:p>
      <w:r>
        <w:rPr>
          <w:b/>
        </w:rPr>
        <w:t xml:space="preserve">[37:38] </w:t>
      </w:r>
      <w:r>
        <w:t>Allah ke rasool salallahu alaihi wasallam ne kaha, as-siyamu wal-qur'anu yashfa'ani lil-'abdi yawm al-qiyamah. yaqulu as-siyamu, ya Rabbi, mana'tuhu at-ta'ama wash-shahawati bin-nahar, fa shaffa'ni fihi. wa yaqulu al-qur'anu, mana'tuhu an-nawma bil-layl, fa shaffa'ni fihi. roza aur quran qayamat ke din ek insaan ke liye safarshi bankar aayenge.</w:t>
      </w:r>
    </w:p>
    <w:p>
      <w:pPr>
        <w:jc w:val="right"/>
      </w:pPr>
      <w:r>
        <w:t>اللہ کے رسول صلی اللہ علیہ وسلم نے کہا، الصيام والقرآن يشفعان للعبد يوم القيامة يقول الصيام اے ربي منعته الطعام والشهوات بالنهار فشفعنی فیہ ويقول القرآن منعتهم النوم بالليل فشفعنی فیہ روزہ اور قرآن قیامت کے دن ایک انسان کے لیے سفارشی بن کر آئیں گے۔</w:t>
      </w:r>
    </w:p>
    <w:p>
      <w:r>
        <w:rPr>
          <w:b/>
        </w:rPr>
        <w:t xml:space="preserve">[38:03] </w:t>
      </w:r>
      <w:r>
        <w:t>roza kahega, aye rab maine is ko din ke time mein khane se aur khwahishat se rok diya tha, to meri sifarish ki is is ke haq mein qabool kar.</w:t>
      </w:r>
    </w:p>
    <w:p>
      <w:pPr>
        <w:jc w:val="right"/>
      </w:pPr>
      <w:r>
        <w:t>روزہ کہے گا، اے رب میں نے اس کو دن کے ٹائم میں کھانے سے اور خواہشات سے روک دیا تھا، تو میری سفارش کی اس اس کے حق میں قبول کر۔</w:t>
      </w:r>
    </w:p>
    <w:p>
      <w:r>
        <w:rPr>
          <w:b/>
        </w:rPr>
        <w:t xml:space="preserve">[38:15] </w:t>
      </w:r>
      <w:r>
        <w:t>amal ki sifarish hai yeh, kisi insaan ki nahi. aur quran kahega, maine is ko raat mein neend se rok diya tha ke woh mujhe parhein, mere sath mein mera ghaur o fikr karein, to meri sifarish is ke haq mein qabool kar.</w:t>
      </w:r>
    </w:p>
    <w:p>
      <w:pPr>
        <w:jc w:val="right"/>
      </w:pPr>
      <w:r>
        <w:t>عمل کی سفارش ہے یہ، کسی انسان کی نہیں۔ اور قرآن کہے گا، میں نے اس کو رات میں نیند سے روک دیا تھا کہ وہ مجھے پڑھیں، میرے ساتھ میں میرا غور و فکر کریں، تو میری سفارش اس کے حق میں قبول کر۔</w:t>
      </w:r>
    </w:p>
    <w:p>
      <w:r>
        <w:rPr>
          <w:b/>
        </w:rPr>
        <w:t xml:space="preserve">[38:28] </w:t>
      </w:r>
      <w:r>
        <w:t>to rasool Allah salallahu alaihi wasallam kehte hain, un ki sifarish qabool ki jayegi.</w:t>
      </w:r>
    </w:p>
    <w:p>
      <w:pPr>
        <w:jc w:val="right"/>
      </w:pPr>
      <w:r>
        <w:t>تو رسول اللہ صلی اللہ علیہ وسلم کہتے ہیں، ان کی سفارش قبول کی جائے گی۔</w:t>
      </w:r>
    </w:p>
    <w:p>
      <w:r>
        <w:rPr>
          <w:b/>
        </w:rPr>
        <w:t xml:space="preserve">[38:32] </w:t>
      </w:r>
      <w:r>
        <w:t>to is se hum samajh sakte hain ke kitni ahmiyat hai quran ki aur roze ki. aakhri sawal jo aap mein aap se karunga ke quran ke andar aya hai, jab roze ki ginti poori kar lo to shukr guzari karo.</w:t>
      </w:r>
    </w:p>
    <w:p>
      <w:pPr>
        <w:jc w:val="right"/>
      </w:pPr>
      <w:r>
        <w:t>تو اس سے ہم سمجھ سکتے ہیں کہ کتنی اہمیت ہے قرآن کی اور روزے کی۔ آخری سوال جو آپ میں آپ سے کروں گا کہ قرآن کے اندر آیا ہے، جب روزے کی گنتی پوری کر لو تو شکر گزاری کرو۔</w:t>
      </w:r>
    </w:p>
    <w:p>
      <w:r>
        <w:rPr>
          <w:b/>
        </w:rPr>
        <w:t xml:space="preserve">[38:43] </w:t>
      </w:r>
      <w:r>
        <w:t>yani roze ka maqsad hai taake insaan shukr guzar ho jaye. to is par aap hamein kuch bataein. quran mein aya hai, la'allakum tashkurun.</w:t>
      </w:r>
    </w:p>
    <w:p>
      <w:pPr>
        <w:jc w:val="right"/>
      </w:pPr>
      <w:r>
        <w:t>یعنی روزے کا مقصد ہے تاکہ انسان شکر گزار ہو جائے۔ تو اس پر آپ ہمیں کچھ بتائیں۔ قرآن میں آیا ہے، لعلكم تشکرون</w:t>
      </w:r>
    </w:p>
    <w:p>
      <w:r>
        <w:rPr>
          <w:b/>
        </w:rPr>
        <w:t xml:space="preserve">[38:55] </w:t>
      </w:r>
      <w:r>
        <w:t>Allah ki badai is par ke is ne tum ko rah batai taake tum is ke shukr guzar bano. al-baqarah mein.</w:t>
      </w:r>
    </w:p>
    <w:p>
      <w:pPr>
        <w:jc w:val="right"/>
      </w:pPr>
      <w:r>
        <w:t>اللہ کی بڑائی اس پر کہ اس نے تم کو راہ بتائی تاکہ تم اس کے شکر گزار بنو۔ البخارہ میں۔</w:t>
      </w:r>
    </w:p>
    <w:p>
      <w:r>
        <w:rPr>
          <w:b/>
        </w:rPr>
        <w:t xml:space="preserve">[39:04] </w:t>
      </w:r>
      <w:r>
        <w:t>to shukr ki haqeeqat hai acknowledgement. sirf alhamdulillah, alhamdulillah kehna jaise aaj kal riwaj pa gaya hai, woh nahi.</w:t>
      </w:r>
    </w:p>
    <w:p>
      <w:pPr>
        <w:jc w:val="right"/>
      </w:pPr>
      <w:r>
        <w:t>تو شکر کی حقیقت ہے ایکنالجمنٹ۔ صرف الحمدللہ، الحمدللہ کہنا جیسے آج کل رواج پا گیا ہے، وہ نہیں۔</w:t>
      </w:r>
    </w:p>
    <w:p>
      <w:r>
        <w:rPr>
          <w:b/>
        </w:rPr>
        <w:t xml:space="preserve">[39:13] </w:t>
      </w:r>
      <w:r>
        <w:t>balkeh Khuda ko haqeeqi ma'ano mein acknowledge karna.</w:t>
      </w:r>
    </w:p>
    <w:p>
      <w:pPr>
        <w:jc w:val="right"/>
      </w:pPr>
      <w:r>
        <w:t>بلکہ خدا کو حقیقی معنی میں ایکنالج کرنا۔</w:t>
      </w:r>
    </w:p>
    <w:p>
      <w:r>
        <w:rPr>
          <w:b/>
        </w:rPr>
        <w:t xml:space="preserve">[39:19] </w:t>
      </w:r>
      <w:r>
        <w:t>aur is ki chuki hum, kyunke hum ko yeh duniya mein sab kuch milta rehta hai, to hamein itna ehsas nahi hota. to is liye yeh bhook pyas ka tajurba karaya jata hai taake hamara ehsas jagane ke liye.</w:t>
      </w:r>
    </w:p>
    <w:p>
      <w:pPr>
        <w:jc w:val="right"/>
      </w:pPr>
      <w:r>
        <w:t>اور اس کی چونکہ ہم، کیونکہ ہم کو یہ دنیا میں سب کچھ ملتا رہتا ہے، تو ہمیں اتنا احساس نہیں ہوتا۔ تو اس لیے یہ بھوک پیاس کا تجربہ کرایا جاتا ہے تاکہ ہمارا احساس جگانے کے لیے۔</w:t>
      </w:r>
    </w:p>
    <w:p>
      <w:r>
        <w:rPr>
          <w:b/>
        </w:rPr>
        <w:t xml:space="preserve">[39:36] </w:t>
      </w:r>
      <w:r>
        <w:t>to jab hum, hum ko nemmat milne par hamein manim ka etiraf karna zaroori hai. kyunke yahi sab se bari ibadat hai.</w:t>
      </w:r>
    </w:p>
    <w:p>
      <w:pPr>
        <w:jc w:val="right"/>
      </w:pPr>
      <w:r>
        <w:t>تو جب ہم، ہم کو نعمت ملنے پر ہمیں منیم کا اعتراف کرنا ضروری ہے۔ کیونکہ یہی سب سے بڑی عبادت ہے۔</w:t>
      </w:r>
    </w:p>
    <w:p>
      <w:r>
        <w:rPr>
          <w:b/>
        </w:rPr>
        <w:t xml:space="preserve">[39:46] </w:t>
      </w:r>
      <w:r>
        <w:t>agar hum etiraf nahi karte to hum Khuda ko aur to kuch return mein de nahi sakte hain. yahi etiraf hai, yahi hamd hai jo hum Khuda ko wapas lautate hain.</w:t>
      </w:r>
    </w:p>
    <w:p>
      <w:pPr>
        <w:jc w:val="right"/>
      </w:pPr>
      <w:r>
        <w:t>اگر ہم اعتراف نہیں کرتے تو ہم خدا کو اور تو کچھ ریٹرن میں دے نہیں سکتے ہیں۔ یہی اعتراف ہے، یہی حمد ہے جو ہم خدا کو واپس لوٹاتے ہیں۔</w:t>
      </w:r>
    </w:p>
    <w:p>
      <w:r>
        <w:rPr>
          <w:b/>
        </w:rPr>
        <w:t xml:space="preserve">[39:57] </w:t>
      </w:r>
      <w:r>
        <w:t>to agar hum aisa nahi karte to hamari case ek user par ka case ho jayega. aur quran mein aya hai, bohat kam log hain jo sahi ma'ano mein shukr ada karte hain.</w:t>
      </w:r>
    </w:p>
    <w:p>
      <w:pPr>
        <w:jc w:val="right"/>
      </w:pPr>
      <w:r>
        <w:t>تو اگر ہم ایسا نہیں کرتے تو ہماری کیس ایک یوزر پر کا کیس ہو جائے گا۔ اور قرآن میں آیا ہے، بہت کم لوگ ہیں جو صحیح معنی میں شکر ادا کرتے ہیں۔</w:t>
      </w:r>
    </w:p>
    <w:p>
      <w:r>
        <w:rPr>
          <w:b/>
        </w:rPr>
        <w:t xml:space="preserve">[40:09] </w:t>
      </w:r>
      <w:r>
        <w:t>ab tum nikal gaye, alhamdulillah, lekin woh hai, woh to lafz service hai.</w:t>
      </w:r>
    </w:p>
    <w:p>
      <w:pPr>
        <w:jc w:val="right"/>
      </w:pPr>
      <w:r>
        <w:t>اب تم نکل گئے، الحمدللہ، لیکن وہ ہے، وہ تو لفظ سروس ہے۔</w:t>
      </w:r>
    </w:p>
    <w:p>
      <w:r>
        <w:rPr>
          <w:b/>
        </w:rPr>
        <w:t xml:space="preserve">[40:14] </w:t>
      </w:r>
      <w:r>
        <w:t>aisa shukr yeh hai jo hum Khuda ki nematon ko yaad kar kar ke, nematon ko discover kar kar ke, kyunke nematein to hum ko hairaan mil rahi hain, to hamein itna yaad bhi nahi rehta ke koi khaas cheez hai.</w:t>
      </w:r>
    </w:p>
    <w:p>
      <w:pPr>
        <w:jc w:val="right"/>
      </w:pPr>
      <w:r>
        <w:t>ایسا شکر یہ ہے جو ہم خدا کی نعمتوں کو یاد کر کر کے، نعمتوں کو ڈسکور کر کر کے، کیونکہ نعمتیں تو ہم کو حیران مل رہی ہیں، تو ہمیں اتنا یاد بھی نہیں رہتا کہ کوئی خاص چیز ہے۔</w:t>
      </w:r>
    </w:p>
    <w:p>
      <w:r>
        <w:rPr>
          <w:b/>
        </w:rPr>
        <w:t xml:space="preserve">[40:28] </w:t>
      </w:r>
      <w:r>
        <w:t>to is ko discover kar kar ke hamein Khuda ka hamd ada karein, Khuda ka shukr ada karein, Khuda ko yaad karein. to ab ek misal ke taur par hum har waqt saaf hawa mein saans le rahe hain,</w:t>
      </w:r>
    </w:p>
    <w:p>
      <w:pPr>
        <w:jc w:val="right"/>
      </w:pPr>
      <w:r>
        <w:t>تو اس کو ڈسکور کر کر کے ہمیں خدا کا حمد ادا کریں، خدا کا شکر ادا کریں، خدا کو یاد کریں۔ تو اب ایک مثال کے طور پر ہم ہر وقت صاف ہوا میں سانس لے رہے ہیں،</w:t>
      </w:r>
    </w:p>
    <w:p>
      <w:r>
        <w:rPr>
          <w:b/>
        </w:rPr>
        <w:t xml:space="preserve">[40:43] </w:t>
      </w:r>
      <w:r>
        <w:t>humein har waqt oxygen mil rahi hai. ab kahan koi bhi nahi yaad karta ke hamein Khuda oxygen supply kar raha hai, har waqt hamein pani mil raha hai, koi bhi nahi yaad karta hai.</w:t>
      </w:r>
    </w:p>
    <w:p>
      <w:pPr>
        <w:jc w:val="right"/>
      </w:pPr>
      <w:r>
        <w:t>ہمیں ہر وقت آکسیجن مل رہی ہے۔ اب کہاں کوئی بھی نہیں یاد کرتا کہ ہمیں خدا آکسیجن سپلائی کر رہا ہے، ہر وقت ہمیں پانی مل رہا ہے، کوئی بھی نہیں یاد کرتا ہے۔</w:t>
      </w:r>
    </w:p>
    <w:p>
      <w:r>
        <w:rPr>
          <w:b/>
        </w:rPr>
        <w:t xml:space="preserve">[40:53] </w:t>
      </w:r>
      <w:r>
        <w:t>to isi liye roza jo hai muqarrar kiya gaya hai taake kuch der ke liye hamein rok kar khana se, pani se, basic zarooriyat se is ko yaad dilaya jaye.</w:t>
      </w:r>
    </w:p>
    <w:p>
      <w:pPr>
        <w:jc w:val="right"/>
      </w:pPr>
      <w:r>
        <w:t>تو اسی لیے روزہ جو ہے مقرر کیا گیا ہے تاکہ کچھ دیر کے لیے ہمیں روک کر کھانا سے، پانی سے، بیسک ضروریات سے اس کو یاد دلایا جائے۔</w:t>
      </w:r>
    </w:p>
    <w:p>
      <w:r>
        <w:rPr>
          <w:b/>
        </w:rPr>
        <w:t xml:space="preserve">[41:06] </w:t>
      </w:r>
      <w:r>
        <w:t>to yeh matlab ek ek cheez, jaise Maulana ek ek cheez ko discover karte</w:t>
      </w:r>
    </w:p>
    <w:p>
      <w:pPr>
        <w:jc w:val="right"/>
      </w:pPr>
      <w:r>
        <w:t>تو یہ مطلب ایک ایک چیز، جیسے مولانا ایک ایک چیز کو ڈسکور کرتے</w:t>
      </w:r>
    </w:p>
    <w:p>
      <w:r>
        <w:rPr>
          <w:b/>
        </w:rPr>
        <w:t xml:space="preserve">[41:12] </w:t>
      </w:r>
      <w:r>
        <w:t>the, rozana un ki koi nayi discovery hoti thi. to woh hum logon ko bataya karte the, misal ke taur par insaan ke andar enjoy, lazzat ka jo ehsas hai, woh kisi janwar mein nahi hai.</w:t>
      </w:r>
    </w:p>
    <w:p>
      <w:pPr>
        <w:jc w:val="right"/>
      </w:pPr>
      <w:r>
        <w:t>تھے، روزانہ ان کی کوئی نئی ڈسکوری ہوتی تھی۔ تو وہ ہم لوگوں کو بتایا کرتے تھے، مثال کے طور پر انسان کے اندر انجوائے، لذت کا جو احساس ہے، وہ کسی جانور میں نہیں ہے۔</w:t>
      </w:r>
    </w:p>
    <w:p>
      <w:r>
        <w:rPr>
          <w:b/>
        </w:rPr>
        <w:t xml:space="preserve">[41:25] </w:t>
      </w:r>
      <w:r>
        <w:t>ab aap dekhiye chidiyon ko taza phal tod tod ke pedon mein khate hain, jabke hamein itna taza milta bhi nahi hai. to woh, lekin un ko koi is ki lazzat nahi hai, woh to sirf apna pet bharne ke liye khate hain.</w:t>
      </w:r>
    </w:p>
    <w:p>
      <w:pPr>
        <w:jc w:val="right"/>
      </w:pPr>
      <w:r>
        <w:t>اب آپ دیکھیے چڑیوں کو تازہ پھل توڑ توڑ کے پیڑوں میں کھاتی ہیں، جبکہ ہمیں اتنا تازہ ملتا بھی نہیں ہے۔ تو وہ، لیکن ان کو کوئی اس کی لذت نہیں ہے، وہ تو صرف اپنا پیٹ بھرنے کے لیے کھاتے ہیں۔</w:t>
      </w:r>
    </w:p>
    <w:p>
      <w:r>
        <w:rPr>
          <w:b/>
        </w:rPr>
        <w:t xml:space="preserve">[41:39] </w:t>
      </w:r>
      <w:r>
        <w:t>to hum log har cheez ko, insan jo hai enjoy karta hai. to yeh sab cheezein jab aisa ho to hamein Khuda, woh woh sab cheezein, un nematein jo hain, hamein Khuda ki yaad dilayein.</w:t>
      </w:r>
    </w:p>
    <w:p>
      <w:pPr>
        <w:jc w:val="right"/>
      </w:pPr>
      <w:r>
        <w:t>تو ہم لوگ ہر چیز کو، انسان جو ہے انجوائے کرتا ہے۔ تو یہ سب چیزیں جب ایسا ہو تو ہمیں خدا، وہ وہ سب چیزیں، ان نعمتیں جو ہیں، ہمیں خدا کی یاد دلائیں۔</w:t>
      </w:r>
    </w:p>
    <w:p>
      <w:r>
        <w:rPr>
          <w:b/>
        </w:rPr>
        <w:t xml:space="preserve">[41:53] </w:t>
      </w:r>
      <w:r>
        <w:t>to is ko kehte hain sahi ma'ano mein Khuda ka shukr ada karna. maine abhi do teen din pehle dekha, ek aadmi bahut lambi tasbeeh le ke ja raha tha, woh paon tak latak rahi thi tasbee</w:t>
      </w:r>
    </w:p>
    <w:p>
      <w:pPr>
        <w:jc w:val="right"/>
      </w:pPr>
      <w:r>
        <w:t>تو اس کو کہتے ہیں صحیح معنی میں خدا کا شکر ادا کرنا۔ میں نے ابھی دو تین دن پہلے دیکھا، ایک آدمی بہت لمبی تسبیح لے کے جا رہا تھا، وہ پاؤں تک لٹک رہی تھی تسبی</w:t>
      </w:r>
    </w:p>
    <w:p>
      <w:r>
        <w:rPr>
          <w:b/>
        </w:rPr>
        <w:t xml:space="preserve">[42:07] </w:t>
      </w:r>
      <w:r>
        <w:t>h. maine kaha, ab tasbeeh to parh raha hai, sarak pe chal raha hai, koi mil jayega is se baatein bhi karega. to is ka focus, focused mind is ka kahan hai?</w:t>
      </w:r>
    </w:p>
    <w:p>
      <w:pPr>
        <w:jc w:val="right"/>
      </w:pPr>
      <w:r>
        <w:t>ح۔ میں نے کہا، اب تسبیح تو پڑھ رہا ہے، سڑک پہ چل رہا ہے، کوئی مل جائے گا اس سے باتیں بھی کرے گا۔ تو اس کا فوکس، فوکسڈ مائنڈ اس کا کہاں ہے؟</w:t>
      </w:r>
    </w:p>
    <w:p>
      <w:r>
        <w:rPr>
          <w:b/>
        </w:rPr>
        <w:t xml:space="preserve">[42:17] </w:t>
      </w:r>
      <w:r>
        <w:t>woh bas daane ghuma raha hai. to yeh nahi hai, balkeh tasbeeh bhi hum parhein to Khuda ko yaad karte hue parhein, Khuda ki nematon ko yaad karte hue parhein, tab woh hamari ibadat ka hissa banegi.</w:t>
      </w:r>
    </w:p>
    <w:p>
      <w:pPr>
        <w:jc w:val="right"/>
      </w:pPr>
      <w:r>
        <w:t>وہ بس دانے گھما رہا ہے۔ تو یہ نہیں ہے، بلکہ تسبیح بھی ہم پڑھیں تو خدا کو یاد کرتے ہوئے پڑھیں، خدا کی نعمتوں کو یاد کرتے ہوئے پڑھیں، تب وہ ہماری عبادت کا حصہ بنے گی۔</w:t>
      </w:r>
    </w:p>
    <w:p>
      <w:r>
        <w:rPr>
          <w:b/>
        </w:rPr>
        <w:t xml:space="preserve">[42:30] </w:t>
      </w:r>
      <w:r>
        <w:t>woh warna to sirf woh daana ghumaana hota hai.</w:t>
      </w:r>
    </w:p>
    <w:p>
      <w:pPr>
        <w:jc w:val="right"/>
      </w:pPr>
      <w:r>
        <w:t>وہ ورنہ تو صرف وہ دانہ گھمانا ہوتا ہے۔</w:t>
      </w:r>
    </w:p>
    <w:p>
      <w:r>
        <w:rPr>
          <w:b/>
        </w:rPr>
        <w:t xml:space="preserve">[42:36] </w:t>
      </w:r>
      <w:r>
        <w:t>to jo sab se bari ibadat jo hai, woh hamare liye haqeeqi shukr hai. to yahi jaise Rasool Allah Sal Allahu Alaihi Wasallam karte the ke har mauqe par, har aan, aaya hai arabi mein, to har mauqe par Khuda ki yaad dilate the.</w:t>
      </w:r>
    </w:p>
    <w:p>
      <w:pPr>
        <w:jc w:val="right"/>
      </w:pPr>
      <w:r>
        <w:t>تو جو سب سے بڑی عبادت جو ہے، وہ ہمارے لیے حقیقی شکر ہے۔ تو یہی جیسے رسول اللہ صلی اللہ علیہ وسلم کرتے تھے کہ ہر موقع پر، ہر آن، آیا ہے عربی میں، تو ہر موقع پر خدا کی یاد دلاتے تھے۔</w:t>
      </w:r>
    </w:p>
    <w:p>
      <w:r>
        <w:rPr>
          <w:b/>
        </w:rPr>
        <w:t xml:space="preserve">[42:52] </w:t>
      </w:r>
      <w:r>
        <w:t>chidiya par bhi pharphadhati thi to woh Khuda ki koi nemmat ko yaad dilaya karte</w:t>
      </w:r>
    </w:p>
    <w:p>
      <w:pPr>
        <w:jc w:val="right"/>
      </w:pPr>
      <w:r>
        <w:t>چڑیا پر بھی پھڑپھڑاتی تھی تو وہ خدا کی کوئی نعمت کو یاد دلایا کرتے</w:t>
      </w:r>
    </w:p>
    <w:p>
      <w:r>
        <w:rPr>
          <w:b/>
        </w:rPr>
        <w:t xml:space="preserve">[42:58] </w:t>
      </w:r>
      <w:r>
        <w:t>the. to yahi tareeqa hai ke hamein jab bhi koi naya tajurba ho to hamein woh, is ko, woh, woh haqeeqi tajurba hamein Khuda ki yaad dilaye.</w:t>
      </w:r>
    </w:p>
    <w:p>
      <w:pPr>
        <w:jc w:val="right"/>
      </w:pPr>
      <w:r>
        <w:t>تھے۔ تو یہی طریقہ ہے کہ ہمیں جب بھی کوئی نیا تجربہ ہو تو ہمیں وہ، اس کو، وہ، وہ حقیقی تجربہ ہمیں خدا کی یاد دلائے۔</w:t>
      </w:r>
    </w:p>
    <w:p>
      <w:r>
        <w:rPr>
          <w:b/>
        </w:rPr>
        <w:t xml:space="preserve">[43:07] </w:t>
      </w:r>
      <w:r>
        <w:t>aur baar baar aisa hota hai, har ek ke saath aisa hota hai ke baar baar is ko kuch khaas madad aati hai, is ka kaam ruka hua hai, woh ruka ho jata hai, is ko koi sehat ki koi problem hai, woh theek ho jati hai.</w:t>
      </w:r>
    </w:p>
    <w:p>
      <w:pPr>
        <w:jc w:val="right"/>
      </w:pPr>
      <w:r>
        <w:t>اور بار بار ایسا ہوتا ہے، ہر ایک کے ساتھ ایسا ہوتا ہے کہ بار بار اس کو کچھ خاص مدد آتی ہے، اس کا کام رکا ہوا ہے، وہ رکا ہو جاتا ہے، اس کو کوئی صحت کی کوئی پرابلم ہے، وہ ٹھیک ہو جاتی ہے۔</w:t>
      </w:r>
    </w:p>
    <w:p>
      <w:r>
        <w:rPr>
          <w:b/>
        </w:rPr>
        <w:t xml:space="preserve">[43:20] </w:t>
      </w:r>
      <w:r>
        <w:t>woh accident, ek baar mein kahin ja rahi thi three wheeler mein aur idhar se tempo aa raha tha,</w:t>
      </w:r>
    </w:p>
    <w:p>
      <w:pPr>
        <w:jc w:val="right"/>
      </w:pPr>
      <w:r>
        <w:t>وہ ایکسیڈنٹ، ایک بار میں کہیں جا رہی تھی تھری ویلر میں اور ادھر سے ٹمپو آ رہا تھا،</w:t>
      </w:r>
    </w:p>
    <w:p>
      <w:r>
        <w:rPr>
          <w:b/>
        </w:rPr>
        <w:t xml:space="preserve">[43:27] </w:t>
      </w:r>
      <w:r>
        <w:t>mushkil se do teen angol ka beech mein jagah baqi thi. to kitna zabardast accident ho sakta tha. to woh baar baar is tareeqe ki cheezein yaad aayin ke Allah Ta'ala ne bacha liya.</w:t>
      </w:r>
    </w:p>
    <w:p>
      <w:pPr>
        <w:jc w:val="right"/>
      </w:pPr>
      <w:r>
        <w:t>مشکل سے دو تین انگول کا بیچ میں جگہ باقی تھی۔ تو کتنا زبردست ایکسیڈنٹ ہو سکتا تھا۔ تو وہ بار بار اس طریقے کی چیزیں یاد آئیں کہ اللہ تعالی نے بچا لیا۔</w:t>
      </w:r>
    </w:p>
    <w:p>
      <w:r>
        <w:rPr>
          <w:b/>
        </w:rPr>
        <w:t xml:space="preserve">[43:39] </w:t>
      </w:r>
      <w:r>
        <w:t>to yahi hai ke hamein past mein, present mein jo bhi hamare saath waqeaat hote hain, is ko hum Khuda se attribute karein aur Khuda ko yaad karein.</w:t>
      </w:r>
    </w:p>
    <w:p>
      <w:pPr>
        <w:jc w:val="right"/>
      </w:pPr>
      <w:r>
        <w:t>تو یہی ہے کہ ہمیں پاسٹ میں، پریزنٹ میں جو بھی ہمارے ساتھ واقعات ہوتے ہیں، اس کو ہم خدا سے ایٹریبیوٹ کریں اور خدا کو یاد کریں۔</w:t>
      </w:r>
    </w:p>
    <w:p>
      <w:r>
        <w:rPr>
          <w:b/>
        </w:rPr>
        <w:t xml:space="preserve">[43:50] </w:t>
      </w:r>
      <w:r>
        <w:t>kyunke khali tasbeeh parhne se woh hamari roohaniyat, hamari is mein nahi banti hai. hamari jo shakhsiyat hai, woh roohani nahi hoti sirf tasbeeh parhne se, balkeh hamein Khuda ki nematon ko hamein yaad karna padega.</w:t>
      </w:r>
    </w:p>
    <w:p>
      <w:pPr>
        <w:jc w:val="right"/>
      </w:pPr>
      <w:r>
        <w:t>کیونکہ خالی تسبیح پڑھنے سے وہ ہماری روحانیت، ہماری اس میں نہیں بنتی ہے۔ ہماری جو شخصیت ہے، وہ روحانی نہیں ہوتی صرف تسبیح پڑھنے سے، بلکہ ہمیں خدا کی نعمتوں کو ہمیں یاد کرنا پڑے گا۔</w:t>
      </w:r>
    </w:p>
    <w:p>
      <w:r>
        <w:rPr>
          <w:b/>
        </w:rPr>
        <w:t xml:space="preserve">[44:08] </w:t>
      </w:r>
      <w:r>
        <w:t>to isi tareeqe se jo logon ke saath hota hai ke un ko har ek ke saath Khuda ki madad aati hai, lekin woh cause and effect ke tehat is ko explain karte hain ke falan wajah se, falan wajah se yeh madad aayi, hamara kaam ban gaya.</w:t>
      </w:r>
    </w:p>
    <w:p>
      <w:pPr>
        <w:jc w:val="right"/>
      </w:pPr>
      <w:r>
        <w:t>تو اسی طریقے سے جو لوگوں کے ساتھ ہوتا ہے کہ ان کو ہر ایک کے ساتھ خدا کی مدد آتی ہے، لیکن وہ کاز اینڈ ایفیکٹ کے تحت اس کو ایکسپلین کرتے ہیں کہ فلاں وجہ سے، فلاں وجہ سے یہ مدد آئی، ہمارا کام بن گیا۔</w:t>
      </w:r>
    </w:p>
    <w:p>
      <w:r>
        <w:rPr>
          <w:b/>
        </w:rPr>
        <w:t xml:space="preserve">[44:23] </w:t>
      </w:r>
      <w:r>
        <w:t>to woh cause and effect to dekhiye, zahiri parda hota hai, asal to wohi hai ke Khuda ne is bande ko, kisi bande ko bheja ke is ke liye hamari madad ke li</w:t>
      </w:r>
    </w:p>
    <w:p>
      <w:pPr>
        <w:jc w:val="right"/>
      </w:pPr>
      <w:r>
        <w:t>تو وہ کاز اینڈ ایفیکٹ تو دیکھیے، ظاہری پردہ ہوتا ہے، اصل تو وہی ہے کہ خدا نے اس بندے کو، کسی بندے کو بھیجا کہ اس کے لیے ہماری مدد کے لی</w:t>
      </w:r>
    </w:p>
    <w:p>
      <w:r>
        <w:rPr>
          <w:b/>
        </w:rPr>
        <w:t xml:space="preserve">[44:36] </w:t>
      </w:r>
      <w:r>
        <w:t>e. to koi bhi cheez hamein take for granted nahi lena chahiye. jab Rasool Allah Sal Allahu Alaihi Wasallam, jabke wahan itni kam sahoolatein thin, khana bhi nahi time se milta tha, is ke bawajood woh log kitna zyada ibadat karte the, kitna zyada Khuda ka shukr ada karte the.</w:t>
      </w:r>
    </w:p>
    <w:p>
      <w:pPr>
        <w:jc w:val="right"/>
      </w:pPr>
      <w:r>
        <w:t>ے۔ تو کوئی بھی چیز ہمیں ٹیک فار گرانٹڈ نہیں لینا چاہیے۔ جب رسول اللہ صلی اللہ علیہ وسلم، جبکہ وہاں اتنی کم سہولتیں تھیں، کھانا بھی نہیں ٹائم سے ملتا تھا، اس کے باوجود وہ لوگ کتنا زیادہ عبادت کرتے تھے، کتنا زیادہ خدا کا شکر ادا کرتے تھے۔</w:t>
      </w:r>
    </w:p>
    <w:p>
      <w:r>
        <w:rPr>
          <w:b/>
        </w:rPr>
        <w:t xml:space="preserve">[44:55] </w:t>
      </w:r>
      <w:r>
        <w:t>yahi har cheez sochte rahe honge, soch soch ke. aur yeh zaroori nahi ke hamein woh cheez nemmat Khuda ki mil</w:t>
      </w:r>
    </w:p>
    <w:p>
      <w:pPr>
        <w:jc w:val="right"/>
      </w:pPr>
      <w:r>
        <w:t>یہی ہر چیز سوچتے رہے ہوں گے، سوچ سوچ کے۔ اور یہ ضروری نہیں کہ ہمیں وہ چیز نعمت خدا کی مل</w:t>
      </w:r>
    </w:p>
    <w:p>
      <w:r>
        <w:rPr>
          <w:b/>
        </w:rPr>
        <w:t xml:space="preserve">[45:03] </w:t>
      </w:r>
      <w:r>
        <w:t>rahi ho. kisi ko bhi nemmat mil rahi hai, tab bhi hamein Khuda ka shukr ada karna chahiye ke Khuda kitna bara benefactor hai. to Rasool Allah Sal Allahu Alaihi Wasallam jab ibadat karte the Ramzan mein, khaas taur par bahut lambe lambe time, to aap ke paon mein waram aa jata tha.</w:t>
      </w:r>
    </w:p>
    <w:p>
      <w:pPr>
        <w:jc w:val="right"/>
      </w:pPr>
      <w:r>
        <w:t>رہی ہو۔ کسی کو بھی نعمت مل رہی ہے، تب بھی ہمیں خدا کا شکر ادا کرنا چاہیے کہ خدا کتنا بڑا بینیفیکٹر ہے۔ تو رسول اللہ صلی اللہ علیہ وسلم جب عبادت کرتے تھے رمضان میں، خاص طور پر بہت لمبے لمبے ٹائم، تو آپ کے پاؤں میں ورم آ جاتا تھا۔</w:t>
      </w:r>
    </w:p>
    <w:p>
      <w:r>
        <w:rPr>
          <w:b/>
        </w:rPr>
        <w:t xml:space="preserve">[45:18] </w:t>
      </w:r>
      <w:r>
        <w:t>to kisi ne kaha ke aap itni lambi ibadat karte hain kyun? to aap ne kaha, kya main Khuda ka shukr guzar banda na banu?</w:t>
      </w:r>
    </w:p>
    <w:p>
      <w:pPr>
        <w:jc w:val="right"/>
      </w:pPr>
      <w:r>
        <w:t>تو کسی نے کہا کہ آپ اتنی لمبی عبادت کرتے ہیں کیوں؟ تو آپ نے کہا، کیا میں خدا کا شکر گزار بندہ نہ بنوں؟</w:t>
      </w:r>
    </w:p>
    <w:p>
      <w:r>
        <w:rPr>
          <w:b/>
        </w:rPr>
        <w:t xml:space="preserve">[45:28] </w:t>
      </w:r>
      <w:r>
        <w:t>to aap dekhiye ke jab Rasool Allah Sal Allahu Alaihi Wasallam jinka din raat sirf isi mein guzar raha tha, to woh itni zyada ibadat karte the ke koi din raat deen ke hi kamon mein guzarta tha.</w:t>
      </w:r>
    </w:p>
    <w:p>
      <w:pPr>
        <w:jc w:val="right"/>
      </w:pPr>
      <w:r>
        <w:t>تو آپ دیکھیے کہ جب رسول اللہ صلی اللہ علیہ وسلم جن کا دن رات صرف اسی میں گزر رہا تھا، تو وہ اتنی زیادہ عبادت کرتے تھے کہ کوئی دن رات دین کے ہی کاموں میں گزرتا تھا۔</w:t>
      </w:r>
    </w:p>
    <w:p>
      <w:r>
        <w:rPr>
          <w:b/>
        </w:rPr>
        <w:t xml:space="preserve">[45:41] </w:t>
      </w:r>
      <w:r>
        <w:t>to hum ko to bahut zyada ibadat karni hai aur bahut zyada Quran ko samajh samajh kar parhna hai. woh jab Quran ko samjhenge, tabhi hamein gehri baatein samajh mein aayengi.</w:t>
      </w:r>
    </w:p>
    <w:p>
      <w:pPr>
        <w:jc w:val="right"/>
      </w:pPr>
      <w:r>
        <w:t>تو ہم کو تو بہت زیادہ عبادت کرنی ہے اور بہت زیادہ قرآن کو سمجھ سمجھ کر پڑھنا ہے۔ وہ جب قرآن کو سمجھیں گے، تبھی ہمیں گہری باتیں سمجھ میں آئیں گی۔</w:t>
      </w:r>
    </w:p>
    <w:p>
      <w:r>
        <w:rPr>
          <w:b/>
        </w:rPr>
        <w:t xml:space="preserve">[45:55] </w:t>
      </w:r>
      <w:r>
        <w:t>bahut sahi kaha aap ne, apa ke Quran ko samajh samajh kar parhna hai, tabhi gehri baatein samajh mein aayengi. mujhe yaad aata hai Maulana se ke paas koi bhi insan milne aata tha to Maulana kehte the, "news kya hai?" to ek martaba ka waqea aise hi ek sahib aaye milne ke liye to un se bhi Maulana ne kaha, "bataiye news kya hai?" to unhone yeh kaha ke koi news nahi hai, woh jo normal news hoti hai, akhbar wal</w:t>
      </w:r>
    </w:p>
    <w:p>
      <w:pPr>
        <w:jc w:val="right"/>
      </w:pPr>
      <w:r>
        <w:t>بہت صحیح کہا آپ نے، آپا کہ قرآن کو سمجھ سمجھ کر پڑھنا ہے، تبھی گہری باتیں سمجھ میں آئیں گی۔ مجھے یاد آتا ہے مولانا سے کے پاس کوئی بھی انسان ملنے آتا تھا تو مولانا کہتے تھے، "نیوز کیا ہے؟" تو ایک مرتبہ کا واقعہ ایسے ہی ایک صاحب آئے ملنے کے لیے تو ان سے بھی مولانا نے کہا، "بتائیے نیوز کیا ہے؟" تو انہوں نے یہ کہا کہ کوئی نیوز نہیں ہے، وہ جو نارمل نیوز ہوتی ہے، اخبار وال</w:t>
      </w:r>
    </w:p>
    <w:p>
      <w:r>
        <w:rPr>
          <w:b/>
        </w:rPr>
        <w:t xml:space="preserve">[46:21] </w:t>
      </w:r>
      <w:r>
        <w:t>i, woh samjha unhone. to Maulana ne kaha, "aap aap kaise aap ko news nahi milti? yeh suraj nikal raha hai, yeh news nahi hai. yeh hawaein chal rahi hain, news nahi hai.</w:t>
      </w:r>
    </w:p>
    <w:p>
      <w:pPr>
        <w:jc w:val="right"/>
      </w:pPr>
      <w:r>
        <w:t>ی، وہ سمجھا انہوں نے۔ تو مولانا نے کہا، "آپ آپ کیسے آپ کو نیوز نہیں ملتی؟ یہ سورج نکل رہا ہے، یہ نیوز نہیں ہے۔ یہ ہوائیں چل رہی ہیں، نیوز نہیں ہے۔</w:t>
      </w:r>
    </w:p>
    <w:p>
      <w:r>
        <w:rPr>
          <w:b/>
        </w:rPr>
        <w:t xml:space="preserve">[46:29] </w:t>
      </w:r>
      <w:r>
        <w:t>aap ko oxygen mil raha hai, roshni mil rahi hai, yeh news nahi hai." to Maulana ke kehne ka matlab hai ke news woh nahi hai ek insan ke liye, ek momin, banda momin ke liye jo woh political aitbaar se news paper mein dekhta</w:t>
      </w:r>
    </w:p>
    <w:p>
      <w:pPr>
        <w:jc w:val="right"/>
      </w:pPr>
      <w:r>
        <w:t>آپ کو آکسیجن مل رہا ہے، روشنی مل رہی ہے، یہ نیوز نہیں ہے۔" تو مولانا کے کہنے کا مطلب ہے کہ نیوز وہ نہیں ہے ایک انسان کے لیے، ایک مومن، بندہ مومن کے لیے جو وہ پولیٹیکل اعتبار سے نیوز پیپر میں دیکھتا</w:t>
      </w:r>
    </w:p>
    <w:p>
      <w:r>
        <w:rPr>
          <w:b/>
        </w:rPr>
        <w:t xml:space="preserve">[46:43] </w:t>
      </w:r>
      <w:r>
        <w:t>hai, balkeh news woh hai jo ek insan, jis ke zariye se apne Khuda ko realize kare, us ki ma'rifat hasil ho, us ke iman mein izafa ho, us ki shukr guzari mein izafa ho.</w:t>
      </w:r>
    </w:p>
    <w:p>
      <w:pPr>
        <w:jc w:val="right"/>
      </w:pPr>
      <w:r>
        <w:t>ہے، بلکہ نیوز وہ ہے جو ایک انسان، جس کے ذریعے سے اپنے خدا کو ریلائز کرے، اس کی معرفت حاصل ہو، اس کے ایمان میں اضافہ ہو، اس کی شکر گزاری میں اضافہ ہو۔</w:t>
      </w:r>
    </w:p>
    <w:p>
      <w:r>
        <w:rPr>
          <w:b/>
        </w:rPr>
        <w:t xml:space="preserve">[46:55] </w:t>
      </w:r>
      <w:r>
        <w:t>rasool Allah sal Allah aleh wasalam ki ek hadith aati hai ke kisi bhi bande ko koi nemmat hasil ho aur us par woh is ka shukr ada kare, jaane is baat ko ke yeh Allah ki janib se</w:t>
      </w:r>
    </w:p>
    <w:p>
      <w:pPr>
        <w:jc w:val="right"/>
      </w:pPr>
      <w:r>
        <w:t>رسول اللہ صلی اللہ علیہ وسلم کی ایک حدیث آتی ہے کہ کسی بھی بندے کو کوئی نعمت حاصل ہو اور اس پر وہ اس کا شکر ادا کرے، جانے اس بات کو کہ یہ اللہ کی جانب سے</w:t>
      </w:r>
    </w:p>
    <w:p>
      <w:r>
        <w:rPr>
          <w:b/>
        </w:rPr>
        <w:t xml:space="preserve">[47:09] </w:t>
      </w:r>
      <w:r>
        <w:t>hai, agarchay woh zaban se shukr alhamdulillah na kahay, tab bhi is nay shukr ada kiya. matlab yeh hai ke zaban se shukr ada nahi bhi karay, lekin us kay andar is ki feeling ho ke yeh Khuda ki taraf se hai, marifat mein izafa ho, to woh shukr guzari ka is nay amal kiya.</w:t>
      </w:r>
    </w:p>
    <w:p>
      <w:pPr>
        <w:jc w:val="right"/>
      </w:pPr>
      <w:r>
        <w:t>ہے، اگرچہ وہ زبان سے شکر الحمدللہ نہ کہے، تب بھی اس نے شکر ادا کیا۔ مطلب یہ ہے کہ زبان سے شکر ادا نہیں بھی کرے، لیکن اس کے اندر اس کی فیلنگ ہو کہ یہ خدا کی طرف سے ہے، معرفت میں اضافہ ہو، تو وہ شکر گزاری کا اس نے عمل کیا۔</w:t>
      </w:r>
    </w:p>
    <w:p>
      <w:r>
        <w:rPr>
          <w:b/>
        </w:rPr>
        <w:t xml:space="preserve">[47:27] </w:t>
      </w:r>
      <w:r>
        <w:t>to yeh aakhri sawal tha. is kay baad, aakhir mein doctor Sani Hasnain Khan sahib haqeeqat e hajj kay English aur Urdu version ko release karain gay, lekin is say pehlay aakhir mein ek hadith, ek dua rasool Allah sal Allah aleh wasalam ki mein bayan karunga,</w:t>
      </w:r>
    </w:p>
    <w:p>
      <w:pPr>
        <w:jc w:val="right"/>
      </w:pPr>
      <w:r>
        <w:t>تو یہ آخری سوال تھا۔ اس کے بعد، آخر میں ڈاکٹر ثانی حسنین خان صاحب حقیقت حج کے انگلش اور اردو ورژن کو ریلیز کریں گے، لیکن اس سے پہلے آخر میں ایک حدیث، ایک دعا رسول اللہ صلی اللہ علیہ وسلم کی میں بیان کروں گا،</w:t>
      </w:r>
    </w:p>
    <w:p>
      <w:r>
        <w:rPr>
          <w:b/>
        </w:rPr>
        <w:t xml:space="preserve">[47:46] </w:t>
      </w:r>
      <w:r>
        <w:t>jo mein samajhta hoon ke Ramadan ki spirit is dua kay andar aa gayi hai. woh direct to Ramadan kay baray mein woh dua nahi aayi hai, lekin jo Ramadan mein ek insan kay andar kya spirit honi chahiye, us par woh dua</w:t>
      </w:r>
    </w:p>
    <w:p>
      <w:pPr>
        <w:jc w:val="right"/>
      </w:pPr>
      <w:r>
        <w:t>جو میں سمجھتا ہوں کہ رمضان کی سپرٹ اس دعا کے اندر آ گئی ہے۔ وہ ڈائریکٹ تو رمضان کے بارے میں وہ دعا نہیں آئی ہے، لیکن جو رمضان میں ایک انسان کے اندر کیا سپرٹ ہونی چاہیے، اس پر وہ دعا</w:t>
      </w:r>
    </w:p>
    <w:p>
      <w:r>
        <w:rPr>
          <w:b/>
        </w:rPr>
        <w:t xml:space="preserve">[47:58] </w:t>
      </w:r>
      <w:r>
        <w:t>hai. Allah kay rasool sal Allah aleh wasalam nay apnay ashaab say kaha tha ke jab log sonay aur chandi ko ikatha karain, tab tum in kalmat ko ikatha karo, is ki hifazat karo.</w:t>
      </w:r>
    </w:p>
    <w:p>
      <w:pPr>
        <w:jc w:val="right"/>
      </w:pPr>
      <w:r>
        <w:t>ہے۔ اللہ کے رسول صلی اللہ علیہ وسلم نے اپنے اصحاب سے کہا تھا کہ جب لوگ سونے اور چاندی کو اکٹھا کریں، تب تم ان کلمات کو اکٹھا کرو، اس کی حفاظت کرو۔</w:t>
      </w:r>
    </w:p>
    <w:p>
      <w:r>
        <w:rPr>
          <w:b/>
        </w:rPr>
        <w:t xml:space="preserve">[48:12] </w:t>
      </w:r>
      <w:r>
        <w:t>woh du</w:t>
      </w:r>
    </w:p>
    <w:p>
      <w:pPr>
        <w:jc w:val="right"/>
      </w:pPr>
      <w:r>
        <w:t>وہ د</w:t>
      </w:r>
    </w:p>
    <w:p>
      <w:r>
        <w:rPr>
          <w:b/>
        </w:rPr>
        <w:t xml:space="preserve">[48:13] </w:t>
      </w:r>
      <w:r>
        <w:t>a kya hai? Allahumma inni as aluk al-salata fi al-amr wa al-azeem ala al-rushd wa as aluk shukra nemmatik wa as aluk husna ibadatik wa as aluk qalb-an saleem-an wa as aluk lisana sadik-an wa as aluk min khair ma ta'lam wa a'udhu bik min shar ma ta'lam wa astaghfiruk lima la lima ta'lam innaka anta allam al-ghuyub ay Allah!</w:t>
      </w:r>
    </w:p>
    <w:p>
      <w:pPr>
        <w:jc w:val="right"/>
      </w:pPr>
      <w:r>
        <w:t>عا کیا ہے؟ اللہم انی اسلک الصلاۃ فی الامر والعظیم علی الرشد واسالک شکر نعمتک واسالک حسن عبادتک واسالک قلبا سلیما واسالک لسانا صادقا واسالک من خیر ما تعلم واعوذ بک من شر ما تعلم واستغفرک لما لا لما تعلم انک انت علام الغیوب اے اللہ!</w:t>
      </w:r>
    </w:p>
    <w:p>
      <w:r>
        <w:rPr>
          <w:b/>
        </w:rPr>
        <w:t xml:space="preserve">[48:41] </w:t>
      </w:r>
      <w:r>
        <w:t>mein tujh say sawal karta hoon ke istiqamat ada farma it'at kay muamlay mein, determination day hidat kay muamlay mein.</w:t>
      </w:r>
    </w:p>
    <w:p>
      <w:pPr>
        <w:jc w:val="right"/>
      </w:pPr>
      <w:r>
        <w:t>میں تجھ سے سوال کرتا ہوں کہ استقامت ادا فرما اطاعت کے معاملے میں، ڈیٹرمینیشن دے ہدایت کے معاملے میں۔</w:t>
      </w:r>
    </w:p>
    <w:p>
      <w:r>
        <w:rPr>
          <w:b/>
        </w:rPr>
        <w:t xml:space="preserve">[48:51] </w:t>
      </w:r>
      <w:r>
        <w:t>ay Allah! mein tujh say sawal karta hoon ke mein teri nemmaton par shukr ada karnay wala banu. ay Allah! mein tujh say sawal karta hoon ke mein teri ibadat achi tarah karnay wala ban ja'un.</w:t>
      </w:r>
    </w:p>
    <w:p>
      <w:pPr>
        <w:jc w:val="right"/>
      </w:pPr>
      <w:r>
        <w:t>اے اللہ! میں تجھ سے سوال کرتا ہوں کہ میں تیری نعمتوں پر شکر ادا کرنے والا بنوں۔ اے اللہ! میں تجھ سے سوال کرتا ہوں کہ میں تیری عبادت اچھی طرح کرنے والا بن جاؤں۔</w:t>
      </w:r>
    </w:p>
    <w:p>
      <w:r>
        <w:rPr>
          <w:b/>
        </w:rPr>
        <w:t xml:space="preserve">[49:02] </w:t>
      </w:r>
      <w:r>
        <w:t>ay Allah! mein tujh say qalb saleem ka sawal karta hoon. ay Allah! mein tujh say sawal karta hoon sachi zaban ka.</w:t>
      </w:r>
    </w:p>
    <w:p>
      <w:pPr>
        <w:jc w:val="right"/>
      </w:pPr>
      <w:r>
        <w:t>اے اللہ! میں تجھ سے قلب سلیم کا سوال کرتا ہوں۔ اے اللہ! میں تجھ سے سوال کرتا ہوں سچی زبان کا۔</w:t>
      </w:r>
    </w:p>
    <w:p>
      <w:r>
        <w:rPr>
          <w:b/>
        </w:rPr>
        <w:t xml:space="preserve">[49:09] </w:t>
      </w:r>
      <w:r>
        <w:t>ay Allah! mein tujh say mangta hoon woh khair jis ko tu janta hai aur teri panah chahta hoon us shar say jis ko tu janta hai.</w:t>
      </w:r>
    </w:p>
    <w:p>
      <w:pPr>
        <w:jc w:val="right"/>
      </w:pPr>
      <w:r>
        <w:t>اے اللہ! میں تجھ سے مانگتا ہوں وہ خیر جس کو تو جانتا ہے اور تیری پناہ چاہتا ہوں اس شر سے جس کو تو جانتا ہے۔</w:t>
      </w:r>
    </w:p>
    <w:p>
      <w:r>
        <w:rPr>
          <w:b/>
        </w:rPr>
        <w:t xml:space="preserve">[49:18] </w:t>
      </w:r>
      <w:r>
        <w:t>aur mein teri istighfar mangta hoon us cheez mein jis ko tu janta hai. beshak tu ghayb ki khabar ko jananay wala hai.</w:t>
      </w:r>
    </w:p>
    <w:p>
      <w:pPr>
        <w:jc w:val="right"/>
      </w:pPr>
      <w:r>
        <w:t>اور میں تیری استغفار مانگتا ہوں اس چیز میں جس کو تو جانتا ہے۔ بے شک تو غیب کی خبر کو جاننے والا ہے۔</w:t>
      </w:r>
    </w:p>
    <w:p>
      <w:r>
        <w:rPr>
          <w:b/>
        </w:rPr>
        <w:t xml:space="preserve">[49:27] </w:t>
      </w:r>
      <w:r>
        <w:t>to isi par hum aaj kay apnay is program ko khatam kartay hain. aakhir mein mein doctor Sani Hasnain Khan sahib say request karunga ke woh haqeeqat e hajj English aur Urdu version ko release karain.</w:t>
      </w:r>
    </w:p>
    <w:p>
      <w:pPr>
        <w:jc w:val="right"/>
      </w:pPr>
      <w:r>
        <w:t>تو اسی پر ہم آج کے اپنے اس پروگرام کو ختم کرتے ہیں۔ آخر میں میں ڈاکٹر ثانی حسنین خان صاحب سے ریکویسٹ کروں گا کہ وہ حقیقت حج انگلش اور اردو ورژن کو ریلیز کریں۔</w:t>
      </w:r>
    </w:p>
    <w:p>
      <w:r>
        <w:rPr>
          <w:b/>
        </w:rPr>
        <w:t xml:space="preserve">[49:39] </w:t>
      </w:r>
      <w:r>
        <w:t>insha Allah, jazak Allah. yeh mujhe behad khushi ho rahi hai haqeeqat e hajj ka naya edition Urdu mein aur English mein release kartay huay.</w:t>
      </w:r>
    </w:p>
    <w:p>
      <w:pPr>
        <w:jc w:val="right"/>
      </w:pPr>
      <w:r>
        <w:t>انشاءاللہ، جزاک اللہ۔ یہ مجھے بے حد خوشی ہو رہی ہے حقیقت حج کا نیا ایڈیشن اردو میں اور انگلش میں ریلیز کرتے ہوئے۔</w:t>
      </w:r>
    </w:p>
    <w:p>
      <w:r>
        <w:rPr>
          <w:b/>
        </w:rPr>
        <w:t xml:space="preserve">[50:03] </w:t>
      </w:r>
      <w:r>
        <w:t>haqeeqat e hajj Maulana ki ek aham tareen kitab hai is lihaaz say ke hajj aur umrah ki jo spirit hai, us ko Maulana nay is kitab mein wazeh kiya hai.</w:t>
      </w:r>
    </w:p>
    <w:p>
      <w:pPr>
        <w:jc w:val="right"/>
      </w:pPr>
      <w:r>
        <w:t>حقیقت حج مولانا کی ایک اہم ترین کتاب ہے اس لحاظ سے کہ حج اور عمرہ کی جو سپرٹ ہے، اس کو مولانا نے اس کتاب میں واضح کیا ہے۔</w:t>
      </w:r>
    </w:p>
    <w:p>
      <w:r>
        <w:rPr>
          <w:b/>
        </w:rPr>
        <w:t xml:space="preserve">[50:18] </w:t>
      </w:r>
      <w:r>
        <w:t>aam tor say log jatay hain hajj karnay to yeh samajhtay hain wahan ja kay hum dua karain gay. dua to zahir hai, jab aap jatay hain Ka'aba kay pas to aap ki kefiyat aisi ho jati hai ke dua khud say niklnay lagti hai.</w:t>
      </w:r>
    </w:p>
    <w:p>
      <w:pPr>
        <w:jc w:val="right"/>
      </w:pPr>
      <w:r>
        <w:t>عام طور سے لوگ جاتے ہیں حج کرنے تو یہ سمجھتے ہیں وہاں جا کے ہم دعا کریں گے۔ دعا تو ظاہر ہے، جب آپ جاتے ہیں کعبہ کے پاس تو آپ کی کیفیت ایسی ہو جاتی ہے کہ دعا خود سے نکلنے لگتی ہے۔</w:t>
      </w:r>
    </w:p>
    <w:p>
      <w:r>
        <w:rPr>
          <w:b/>
        </w:rPr>
        <w:t xml:space="preserve">[50:32] </w:t>
      </w:r>
      <w:r>
        <w:t>lekin Maulana nay is kitab mein haqeeqat e hajj mein yeh wazeh kiya hai ke hajj kya hai.</w:t>
      </w:r>
    </w:p>
    <w:p>
      <w:pPr>
        <w:jc w:val="right"/>
      </w:pPr>
      <w:r>
        <w:t>لیکن مولانا نے اس کتاب میں حقیقت حج میں یہ واضح کیا ہے کہ حج کیا ہے۔</w:t>
      </w:r>
    </w:p>
    <w:p>
      <w:r>
        <w:rPr>
          <w:b/>
        </w:rPr>
        <w:t xml:space="preserve">[50:43] </w:t>
      </w:r>
      <w:r>
        <w:t>yani hajj yeh hai ke jo log hajj karnay jayen ya umrah karnay jayen to woh hajj ki spirit ko samjhen.</w:t>
      </w:r>
    </w:p>
    <w:p>
      <w:pPr>
        <w:jc w:val="right"/>
      </w:pPr>
      <w:r>
        <w:t>یعنی حج یہ ہے کہ جو لوگ حج کرنے جائیں یا عمرہ کرنے جائیں تو وہ حج کی سپرٹ کو سمجھیں۔</w:t>
      </w:r>
    </w:p>
    <w:p>
      <w:r>
        <w:rPr>
          <w:b/>
        </w:rPr>
        <w:t xml:space="preserve">[50:53] </w:t>
      </w:r>
      <w:r>
        <w:t>aur hajj ki spirit yeh hai ke aap Ibrahim aleh salam kay naqsh qadam pe chalen.</w:t>
      </w:r>
    </w:p>
    <w:p>
      <w:pPr>
        <w:jc w:val="right"/>
      </w:pPr>
      <w:r>
        <w:t>اور حج کی سپرٹ یہ ہے کہ آپ ابراہیم علیہ السلام کے نقش قدم پہ چلیں۔</w:t>
      </w:r>
    </w:p>
    <w:p>
      <w:r>
        <w:rPr>
          <w:b/>
        </w:rPr>
        <w:t xml:space="preserve">[51:01] </w:t>
      </w:r>
      <w:r>
        <w:t>jo log haji jatay hain ya umrah karnay jatay hain, woh tawaf kartay hain, Hazrat Ibrahim aleh salam kay footsteps pe chaltay hain, sa'i kartay hain, Hazrat Ibrahim aleh salam aur Hajra kay footsteps pe chaltay hain.</w:t>
      </w:r>
    </w:p>
    <w:p>
      <w:pPr>
        <w:jc w:val="right"/>
      </w:pPr>
      <w:r>
        <w:t>جو لوگ حاجی جاتے ہیں یا عمرہ کرنے جاتے ہیں، وہ طواف کرتے ہیں، حضرت ابراہیم علیہ السلام کے فٹ سٹیپس پہ چلتے ہیں، صحیح کرتے ہیں، حضرت ابراہیم علیہ السلام اور ہاجرہ کے فٹ سٹیپ پہ چلتے ہیں۔</w:t>
      </w:r>
    </w:p>
    <w:p>
      <w:r>
        <w:rPr>
          <w:b/>
        </w:rPr>
        <w:t xml:space="preserve">[51:14] </w:t>
      </w:r>
      <w:r>
        <w:t>to yeh sirf footsteps pe chalna nahi hai ke aap nay sa'i kar liya, tawaf kar liya, aap wahan chalay gay, Arafat mein, Mina mein, Muzdalifa mein aur Ramy waghera kar li qurbani.</w:t>
      </w:r>
    </w:p>
    <w:p>
      <w:pPr>
        <w:jc w:val="right"/>
      </w:pPr>
      <w:r>
        <w:t>تو یہ صرف فٹ سٹیپس پہ چلنا نہیں ہے کہ آپ نے صحیح کر لیا، طواف کر لیا، آپ وہاں چلے گئے، عرفات میں، منی میں، مزدلفہ میں اور رمی وغیرہ کر لی قربانی۔</w:t>
      </w:r>
    </w:p>
    <w:p>
      <w:r>
        <w:rPr>
          <w:b/>
        </w:rPr>
        <w:t xml:space="preserve">[51:27] </w:t>
      </w:r>
      <w:r>
        <w:t>is waqt sab cheezain aap nay dohra leen.</w:t>
      </w:r>
    </w:p>
    <w:p>
      <w:pPr>
        <w:jc w:val="right"/>
      </w:pPr>
      <w:r>
        <w:t>اس وقت سب چیزیں آپ نے دہرا لیں۔</w:t>
      </w:r>
    </w:p>
    <w:p>
      <w:r>
        <w:rPr>
          <w:b/>
        </w:rPr>
        <w:t xml:space="preserve">[51:29] </w:t>
      </w:r>
      <w:r>
        <w:t>to yeh to ek shakal hai, ek form hai. lekin jo spirit hai, woh yeh hai ke aap Hazrat Ibrahim aleh salam kay mission ko apnayen, jo ke dawat tha, jo logon tak Quran ka paigham pohanchana hai.</w:t>
      </w:r>
    </w:p>
    <w:p>
      <w:pPr>
        <w:jc w:val="right"/>
      </w:pPr>
      <w:r>
        <w:t>تو یہ تو ایک شکل ہے، ایک فارم ہے۔ لیکن جو سپرٹ ہے، وہ یہ ہے کہ آپ حضرت ابراہیم علیہ السلام کے مشن کو اپنائیں، جو کہ دعوت تھا، جو لوگوں تک قرآن کا پیغام پہنچانا ہے۔</w:t>
      </w:r>
    </w:p>
    <w:p>
      <w:r>
        <w:rPr>
          <w:b/>
        </w:rPr>
        <w:t xml:space="preserve">[51:42] </w:t>
      </w:r>
      <w:r>
        <w:t>to agar aap wahan say loten, yeh spirit apnay andar paida kar kay ke baqi jo zindagi aap ki hai, us mein is mein aap poori tarah say da'iyana kirdaar ada karain gay, tabhi woh waqai hajj hai, warna woh sirf ek ziyarat hai.</w:t>
      </w:r>
    </w:p>
    <w:p>
      <w:pPr>
        <w:jc w:val="right"/>
      </w:pPr>
      <w:r>
        <w:t>تو اگر آپ وہاں سے لوٹیں، یہ سپرٹ اپنے اندر پیدا کر کے کہ باقی جو زندگی آپ کی ہے، اس میں اس میں آپ پوری طرح سے داعیانہ کردار ادا کریں گے، تبھی وہ واقعتا حج ہے، ورنہ وہ صرف ایک زیارت ہے۔</w:t>
      </w:r>
    </w:p>
    <w:p>
      <w:r>
        <w:rPr>
          <w:b/>
        </w:rPr>
        <w:t xml:space="preserve">[51:59] </w:t>
      </w:r>
      <w:r>
        <w:t>to mein dua karta hoon jin logon nay is kitab kay tarjumay, translation aur is ki setting aur is ki tabah to bohat mashaa Allah bohat achay andaaz mein ki hai, Allah taala ajr e azeem ata farmaye.</w:t>
      </w:r>
    </w:p>
    <w:p>
      <w:pPr>
        <w:jc w:val="right"/>
      </w:pPr>
      <w:r>
        <w:t>تو میں دعا کرتا ہوں جن لوگوں نے اس کتاب کے ترجمے، ٹرانسلیشن اور اس کی سیٹنگ اور اس کی تباہ تو بہت ماشاءاللہ بہت اچھے انداز میں کی ہے، اللہ تعالی اجر عظیم عطا فرمائے۔</w:t>
      </w:r>
    </w:p>
    <w:p>
      <w:r>
        <w:rPr>
          <w:b/>
        </w:rPr>
        <w:t xml:space="preserve">[52:11] </w:t>
      </w:r>
      <w:r>
        <w:t>wa aakhir دعوانا الحمدللہ رب العالمین isi par aaj hum apne program ka ikhtitam karte hain. milte hain inshallah agle haftay.</w:t>
      </w:r>
    </w:p>
    <w:p>
      <w:pPr>
        <w:jc w:val="right"/>
      </w:pPr>
      <w:r>
        <w:t>واخر دعوانا الحمدللہ رب العالمین اسی پر آج ہم اپنے پروگرام کا اختتام کرتے ہیں۔ ملتے ہیں انشاءاللہ اگلے ہفتے۔</w:t>
      </w:r>
    </w:p>
    <w:p>
      <w:r>
        <w:rPr>
          <w:b/>
        </w:rPr>
        <w:t xml:space="preserve">[52:20] </w:t>
      </w:r>
      <w:r>
        <w:t>assalam o alaikum wa rahmatullah.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