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Model of Activism June 20, 2009 Maulana Wahiduddin Khan</w:t>
      </w:r>
    </w:p>
    <w:p>
      <w:r>
        <w:t>https://www.youtube.com/watch?v=0XeBV6rPRk8</w:t>
      </w:r>
    </w:p>
    <w:p>
      <w:r>
        <w:rPr>
          <w:b/>
        </w:rPr>
        <w:t xml:space="preserve">[00:10] </w:t>
      </w:r>
      <w:r>
        <w:t>bismillah rahman rahim, wa salallahu ala nabiyyil kareem.</w:t>
      </w:r>
    </w:p>
    <w:p>
      <w:pPr>
        <w:jc w:val="right"/>
      </w:pPr>
      <w:r>
        <w:t>بسم اللہ الرحمن الرحیم، وصلی اللہ علی النبی الکریم۔</w:t>
      </w:r>
    </w:p>
    <w:p>
      <w:r>
        <w:rPr>
          <w:b/>
        </w:rPr>
        <w:t xml:space="preserve">[00:19] </w:t>
      </w:r>
      <w:r>
        <w:t>rab ishrah li sadri, wa yassir li amri, wah lul uqdatan min lisani,</w:t>
      </w:r>
    </w:p>
    <w:p>
      <w:pPr>
        <w:jc w:val="right"/>
      </w:pPr>
      <w:r>
        <w:t>رب اشرح لی صدری، ویسر لی امری، واحل العقدۃ من لسانی،</w:t>
      </w:r>
    </w:p>
    <w:p>
      <w:r>
        <w:rPr>
          <w:b/>
        </w:rPr>
        <w:t xml:space="preserve">[00:31] </w:t>
      </w:r>
      <w:r>
        <w:t>yafqaahu qawli.</w:t>
      </w:r>
    </w:p>
    <w:p>
      <w:pPr>
        <w:jc w:val="right"/>
      </w:pPr>
      <w:r>
        <w:t>یفقہ قولی۔</w:t>
      </w:r>
    </w:p>
    <w:p>
      <w:r>
        <w:rPr>
          <w:b/>
        </w:rPr>
        <w:t xml:space="preserve">[00:33] </w:t>
      </w:r>
      <w:r>
        <w:t>what is activism? activism is systematic effort to achieve some</w:t>
      </w:r>
    </w:p>
    <w:p>
      <w:pPr>
        <w:jc w:val="right"/>
      </w:pPr>
      <w:r>
        <w:t>واٹ از ایکٹیوزم؟ ایکٹیوزم از سسٹمیٹک ایفرٹ ٹو اچیو سم</w:t>
      </w:r>
    </w:p>
    <w:p>
      <w:r>
        <w:rPr>
          <w:b/>
        </w:rPr>
        <w:t xml:space="preserve">[00:47] </w:t>
      </w:r>
      <w:r>
        <w:t>specific goal. these activism, you know, there are many types of activism.</w:t>
      </w:r>
    </w:p>
    <w:p>
      <w:pPr>
        <w:jc w:val="right"/>
      </w:pPr>
      <w:r>
        <w:t>سپیسیفک گول۔ دیز ایکٹیوزم، یو نو، دیر آر مینی ٹائپس آف ایکٹیوزم۔</w:t>
      </w:r>
    </w:p>
    <w:p>
      <w:r>
        <w:rPr>
          <w:b/>
        </w:rPr>
        <w:t xml:space="preserve">[01:01] </w:t>
      </w:r>
      <w:r>
        <w:t>for example,</w:t>
      </w:r>
    </w:p>
    <w:p>
      <w:pPr>
        <w:jc w:val="right"/>
      </w:pPr>
      <w:r>
        <w:t>فار ایگزامپل،</w:t>
      </w:r>
    </w:p>
    <w:p>
      <w:r>
        <w:rPr>
          <w:b/>
        </w:rPr>
        <w:t xml:space="preserve">[01:04] </w:t>
      </w:r>
      <w:r>
        <w:t>media activism, judicial activism, social activism, community activism,</w:t>
      </w:r>
    </w:p>
    <w:p>
      <w:pPr>
        <w:jc w:val="right"/>
      </w:pPr>
      <w:r>
        <w:t>میڈیا ایکٹیوزم، جوڈیشل ایکٹیوزم، سوشل ایکٹیوزم، کمیونٹی ایکٹیوزم،</w:t>
      </w:r>
    </w:p>
    <w:p>
      <w:r>
        <w:rPr>
          <w:b/>
        </w:rPr>
        <w:t xml:space="preserve">[01:21] </w:t>
      </w:r>
      <w:r>
        <w:t>and so on. but</w:t>
      </w:r>
    </w:p>
    <w:p>
      <w:pPr>
        <w:jc w:val="right"/>
      </w:pPr>
      <w:r>
        <w:t>اینڈ سو آن۔ بٹ</w:t>
      </w:r>
    </w:p>
    <w:p>
      <w:r>
        <w:rPr>
          <w:b/>
        </w:rPr>
        <w:t xml:space="preserve">[01:28] </w:t>
      </w:r>
      <w:r>
        <w:t>in fact, there are only two categories of activism.</w:t>
      </w:r>
    </w:p>
    <w:p>
      <w:pPr>
        <w:jc w:val="right"/>
      </w:pPr>
      <w:r>
        <w:t>ان فیکٹ، دیر آر اونلی ٹو کیٹیگریز آف ایکٹیوزم۔</w:t>
      </w:r>
    </w:p>
    <w:p>
      <w:r>
        <w:rPr>
          <w:b/>
        </w:rPr>
        <w:t xml:space="preserve">[01:39] </w:t>
      </w:r>
      <w:r>
        <w:t>det is god oriented activism and man oriented activism.</w:t>
      </w:r>
    </w:p>
    <w:p>
      <w:pPr>
        <w:jc w:val="right"/>
      </w:pPr>
      <w:r>
        <w:t>دیٹ از گاڈ اورینٹڈ ایکٹیوزم اینڈ مین اورینٹڈ ایکٹیوزم۔</w:t>
      </w:r>
    </w:p>
    <w:p>
      <w:r>
        <w:rPr>
          <w:b/>
        </w:rPr>
        <w:t xml:space="preserve">[01:51] </w:t>
      </w:r>
      <w:r>
        <w:t>prophet activism was god oriented activism. and all other types of activism are man oriented activism.</w:t>
      </w:r>
    </w:p>
    <w:p>
      <w:pPr>
        <w:jc w:val="right"/>
      </w:pPr>
      <w:r>
        <w:t>پرافٹ ایکٹیوزم واز گاڈ اورینٹڈ ایکٹیوزم۔ اینڈ آل ادر ٹائپس آف ایکٹیوزم آر مین اورینٹڈ ایکٹیوزم۔</w:t>
      </w:r>
    </w:p>
    <w:p>
      <w:r>
        <w:rPr>
          <w:b/>
        </w:rPr>
        <w:t xml:space="preserve">[02:07] </w:t>
      </w:r>
      <w:r>
        <w:t>in other words, god oriented activism is aakhirat oriented activism. and all other types of activism are world oriented activism.</w:t>
      </w:r>
    </w:p>
    <w:p>
      <w:pPr>
        <w:jc w:val="right"/>
      </w:pPr>
      <w:r>
        <w:t>ان ادر ورڈز، گاڈ اورینٹڈ ایکٹیوزم از آخرت اورینٹڈ ایکٹیوزم۔ اینڈ آل ادر ٹائپس آف ایکٹیوزم آر ورلڈ اورینٹڈ ایکٹیوزم۔</w:t>
      </w:r>
    </w:p>
    <w:p>
      <w:r>
        <w:rPr>
          <w:b/>
        </w:rPr>
        <w:t xml:space="preserve">[02:23] </w:t>
      </w:r>
      <w:r>
        <w:t>these are basic difference. you know, man always faces different type of problems.</w:t>
      </w:r>
    </w:p>
    <w:p>
      <w:pPr>
        <w:jc w:val="right"/>
      </w:pPr>
      <w:r>
        <w:t>دیز ار بیسک ڈیفرنس۔ یو نو، مین آلویز فیسز ڈفرنٹ ٹائپ آف پرابلمز۔</w:t>
      </w:r>
    </w:p>
    <w:p>
      <w:r>
        <w:rPr>
          <w:b/>
        </w:rPr>
        <w:t xml:space="preserve">[02:34] </w:t>
      </w:r>
      <w:r>
        <w:t>man life is full of problems. problems are part of life. so, man oriented activism becomes problem oriented activism.</w:t>
      </w:r>
    </w:p>
    <w:p>
      <w:pPr>
        <w:jc w:val="right"/>
      </w:pPr>
      <w:r>
        <w:t>مین لائف از فل آف پرابلمز۔ پرابلمز آر پارٹ آف لائف۔ سو، مین اورینٹڈ ایکٹیوزم بیکمز پرابلم اورینٹڈ ایکٹیوزم۔</w:t>
      </w:r>
    </w:p>
    <w:p>
      <w:r>
        <w:rPr>
          <w:b/>
        </w:rPr>
        <w:t xml:space="preserve">[02:56] </w:t>
      </w:r>
      <w:r>
        <w:t>every time, there are some problems. so, people react these problems and they become activist, human right activist and political activist and so on.</w:t>
      </w:r>
    </w:p>
    <w:p>
      <w:pPr>
        <w:jc w:val="right"/>
      </w:pPr>
      <w:r>
        <w:t>ایوری ٹائم، دیر آر سم پرابلمز۔ سو، پیپل ری ایکٹ دیز پرابلمز اینڈ دے بیکم ایکٹیوسٹ، ہیومن رائٹ ایکٹیوسٹ اینڈ پولیٹیکل ایکٹیوسٹ اینڈ سو آن۔</w:t>
      </w:r>
    </w:p>
    <w:p>
      <w:r>
        <w:rPr>
          <w:b/>
        </w:rPr>
        <w:t xml:space="preserve">[03:15] </w:t>
      </w:r>
      <w:r>
        <w:t>so, all other activism are based on worldly affairs. perhaps there is no exception.</w:t>
      </w:r>
    </w:p>
    <w:p>
      <w:pPr>
        <w:jc w:val="right"/>
      </w:pPr>
      <w:r>
        <w:t>سو، آل ادر ایکٹیوزم آر بیسڈ آن ورلڈلی افیئرز۔ پرہیپ دیر از نو ایکسیپشن۔</w:t>
      </w:r>
    </w:p>
    <w:p>
      <w:r>
        <w:rPr>
          <w:b/>
        </w:rPr>
        <w:t xml:space="preserve">[03:26] </w:t>
      </w:r>
      <w:r>
        <w:t>but prophetic model is quite different. prophetic model is based on aakhirat.</w:t>
      </w:r>
    </w:p>
    <w:p>
      <w:pPr>
        <w:jc w:val="right"/>
      </w:pPr>
      <w:r>
        <w:t>بٹ پرافٹک ماڈل از کوائٹ ڈفرنٹ۔ پرافٹک ماڈل از بیسڈ آن آخرت۔</w:t>
      </w:r>
    </w:p>
    <w:p>
      <w:r>
        <w:rPr>
          <w:b/>
        </w:rPr>
        <w:t xml:space="preserve">[03:36] </w:t>
      </w:r>
      <w:r>
        <w:t>prophets activism was aakhirat oriented activism.</w:t>
      </w:r>
    </w:p>
    <w:p>
      <w:pPr>
        <w:jc w:val="right"/>
      </w:pPr>
      <w:r>
        <w:t>پرافٹس ایکٹیوزم واز آخرت اورینٹڈ ایکٹیوزم۔</w:t>
      </w:r>
    </w:p>
    <w:p>
      <w:r>
        <w:rPr>
          <w:b/>
        </w:rPr>
        <w:t xml:space="preserve">[03:45] </w:t>
      </w:r>
      <w:r>
        <w:t>now, let us take the examples from the prophet of Islam. you know, prophet of Islam, Muhammad sallallahu alaihi wasallam, was born in Mecca in 570 AD.</w:t>
      </w:r>
    </w:p>
    <w:p>
      <w:pPr>
        <w:jc w:val="right"/>
      </w:pPr>
      <w:r>
        <w:t>ناؤ، لیٹ اس ٹیک دا ایگزامپلز فرام دی پرافٹ آف اسلام۔ یو نو، پرافٹ آف اسلام، محمد صلی اللہ علیہ وسلم، واز بورن ان مکہ ان 570 اے ڈی۔</w:t>
      </w:r>
    </w:p>
    <w:p>
      <w:r>
        <w:rPr>
          <w:b/>
        </w:rPr>
        <w:t xml:space="preserve">[04:08] </w:t>
      </w:r>
      <w:r>
        <w:t>din,</w:t>
      </w:r>
    </w:p>
    <w:p>
      <w:pPr>
        <w:jc w:val="right"/>
      </w:pPr>
      <w:r>
        <w:t>دین،</w:t>
      </w:r>
    </w:p>
    <w:p>
      <w:r>
        <w:rPr>
          <w:b/>
        </w:rPr>
        <w:t xml:space="preserve">[04:12] </w:t>
      </w:r>
      <w:r>
        <w:t>when he was 34, 35 years old, he</w:t>
      </w:r>
    </w:p>
    <w:p>
      <w:pPr>
        <w:jc w:val="right"/>
      </w:pPr>
      <w:r>
        <w:t>وین ہی واز 34، 35 ایئرز اولڈ، ہی</w:t>
      </w:r>
    </w:p>
    <w:p>
      <w:r>
        <w:rPr>
          <w:b/>
        </w:rPr>
        <w:t xml:space="preserve">[04:23] </w:t>
      </w:r>
      <w:r>
        <w:t>became seeker, seeker of truth. these before the prophethood.</w:t>
      </w:r>
    </w:p>
    <w:p>
      <w:pPr>
        <w:jc w:val="right"/>
      </w:pPr>
      <w:r>
        <w:t>بیکم سیکر، سیکر آف ٹروتھ۔ دیز بیفور دا پرافٹ ہڈ۔</w:t>
      </w:r>
    </w:p>
    <w:p>
      <w:r>
        <w:rPr>
          <w:b/>
        </w:rPr>
        <w:t xml:space="preserve">[04:34] </w:t>
      </w:r>
      <w:r>
        <w:t>so, when he reach to 35 years age, he became seeker, seeker of truth.</w:t>
      </w:r>
    </w:p>
    <w:p>
      <w:pPr>
        <w:jc w:val="right"/>
      </w:pPr>
      <w:r>
        <w:t>سو، وین ہی ریچ ٹو 35 ایئرز ایج، ہی بیکم سیکر، سیکر آف ٹروتھ۔</w:t>
      </w:r>
    </w:p>
    <w:p>
      <w:r>
        <w:rPr>
          <w:b/>
        </w:rPr>
        <w:t xml:space="preserve">[04:45] </w:t>
      </w:r>
      <w:r>
        <w:t>he used to visit mount Hira. mount Hira was three miles away from Mecca.</w:t>
      </w:r>
    </w:p>
    <w:p>
      <w:pPr>
        <w:jc w:val="right"/>
      </w:pPr>
      <w:r>
        <w:t>ہی یوز ٹو وزٹ ماؤنٹ ہیرا۔ ماؤنٹ ہیرا واز تھری مائلز اوے فرام مکہ۔</w:t>
      </w:r>
    </w:p>
    <w:p>
      <w:r>
        <w:rPr>
          <w:b/>
        </w:rPr>
        <w:t xml:space="preserve">[05:01] </w:t>
      </w:r>
      <w:r>
        <w:t>so, he used to visit Hira frequently and stay over there in a cave for some days.</w:t>
      </w:r>
    </w:p>
    <w:p>
      <w:pPr>
        <w:jc w:val="right"/>
      </w:pPr>
      <w:r>
        <w:t>سو، ہی یوز ٹو وزٹ ہیرا فریکونٹلی اینڈ سٹے اوور دیر ان اے کیو فار سم ڈیز۔</w:t>
      </w:r>
    </w:p>
    <w:p>
      <w:r>
        <w:rPr>
          <w:b/>
        </w:rPr>
        <w:t xml:space="preserve">[05:14] </w:t>
      </w:r>
      <w:r>
        <w:t>it was called</w:t>
      </w:r>
    </w:p>
    <w:p>
      <w:pPr>
        <w:jc w:val="right"/>
      </w:pPr>
      <w:r>
        <w:t>اٹ واز کالڈ</w:t>
      </w:r>
    </w:p>
    <w:p>
      <w:r>
        <w:rPr>
          <w:b/>
        </w:rPr>
        <w:t xml:space="preserve">[05:19] </w:t>
      </w:r>
      <w:r>
        <w:t>ghaar Hira or cave of Hira. so, he stay over there there night.</w:t>
      </w:r>
    </w:p>
    <w:p>
      <w:pPr>
        <w:jc w:val="right"/>
      </w:pPr>
      <w:r>
        <w:t>غار ہیرا اور کیو آف ہیرا۔ سو، ہی سٹے اوور دیر دیر نائٹ۔</w:t>
      </w:r>
    </w:p>
    <w:p>
      <w:r>
        <w:rPr>
          <w:b/>
        </w:rPr>
        <w:t xml:space="preserve">[05:31] </w:t>
      </w:r>
      <w:r>
        <w:t>then, what was his activities at the time? it was not meditation as some people believe.</w:t>
      </w:r>
    </w:p>
    <w:p>
      <w:pPr>
        <w:jc w:val="right"/>
      </w:pPr>
      <w:r>
        <w:t>دین، واٹ واز ہز ایکٹیویٹیز ایٹ دا ٹائم؟ اٹ واز ناٹ میڈیٹیشن ایز سم پیپل بیلیو۔</w:t>
      </w:r>
    </w:p>
    <w:p>
      <w:r>
        <w:rPr>
          <w:b/>
        </w:rPr>
        <w:t xml:space="preserve">[05:42] </w:t>
      </w:r>
      <w:r>
        <w:t>no, it was contemplation. that is tafakkur, tadabbur.</w:t>
      </w:r>
    </w:p>
    <w:p>
      <w:pPr>
        <w:jc w:val="right"/>
      </w:pPr>
      <w:r>
        <w:t>نو، اٹ واز کنٹمپلیشن۔ دیٹ از تفکر، تدبر۔</w:t>
      </w:r>
    </w:p>
    <w:p>
      <w:r>
        <w:rPr>
          <w:b/>
        </w:rPr>
        <w:t xml:space="preserve">[05:55] </w:t>
      </w:r>
      <w:r>
        <w:t>he was a seeker, so he wanted to know what is the truth. this was a thinking process.</w:t>
      </w:r>
    </w:p>
    <w:p>
      <w:pPr>
        <w:jc w:val="right"/>
      </w:pPr>
      <w:r>
        <w:t>ہی واز ا سیکر، سو ہی وانٹڈ ٹو نو واٹ از دا ٹروتھ۔ دس واز ا تھنکنگ پروسیس۔</w:t>
      </w:r>
    </w:p>
    <w:p>
      <w:r>
        <w:rPr>
          <w:b/>
        </w:rPr>
        <w:t xml:space="preserve">[06:07] </w:t>
      </w:r>
      <w:r>
        <w:t>thinking process.</w:t>
      </w:r>
    </w:p>
    <w:p>
      <w:pPr>
        <w:jc w:val="right"/>
      </w:pPr>
      <w:r>
        <w:t>تھنکنگ پروسیس۔</w:t>
      </w:r>
    </w:p>
    <w:p>
      <w:r>
        <w:rPr>
          <w:b/>
        </w:rPr>
        <w:t xml:space="preserve">[06:16] </w:t>
      </w:r>
      <w:r>
        <w:t>He lived over there up to five years, not continuously</w:t>
      </w:r>
    </w:p>
    <w:p>
      <w:pPr>
        <w:jc w:val="right"/>
      </w:pPr>
      <w:r>
        <w:t>دس ہی لیوڈ اوور دیر اپ ٹو فائو ایئرز، ناٹ کنٹینیوسلی</w:t>
      </w:r>
    </w:p>
    <w:p>
      <w:r>
        <w:rPr>
          <w:b/>
        </w:rPr>
        <w:t xml:space="preserve">[06:22] </w:t>
      </w:r>
      <w:r>
        <w:t>but with gaps.</w:t>
      </w:r>
    </w:p>
    <w:p>
      <w:pPr>
        <w:jc w:val="right"/>
      </w:pPr>
      <w:r>
        <w:t>بٹ ود گیپس۔</w:t>
      </w:r>
    </w:p>
    <w:p>
      <w:r>
        <w:rPr>
          <w:b/>
        </w:rPr>
        <w:t xml:space="preserve">[06:27] </w:t>
      </w:r>
      <w:r>
        <w:t>deen, when he was</w:t>
      </w:r>
    </w:p>
    <w:p>
      <w:pPr>
        <w:jc w:val="right"/>
      </w:pPr>
      <w:r>
        <w:t>دین، وین ہی واز</w:t>
      </w:r>
    </w:p>
    <w:p>
      <w:r>
        <w:rPr>
          <w:b/>
        </w:rPr>
        <w:t xml:space="preserve">[06:30] </w:t>
      </w:r>
      <w:r>
        <w:t>40 years of age</w:t>
      </w:r>
    </w:p>
    <w:p>
      <w:pPr>
        <w:jc w:val="right"/>
      </w:pPr>
      <w:r>
        <w:t>40 ایئرز آف ایج</w:t>
      </w:r>
    </w:p>
    <w:p>
      <w:r>
        <w:rPr>
          <w:b/>
        </w:rPr>
        <w:t xml:space="preserve">[06:36] </w:t>
      </w:r>
      <w:r>
        <w:t>and he was in q of hira,</w:t>
      </w:r>
    </w:p>
    <w:p>
      <w:pPr>
        <w:jc w:val="right"/>
      </w:pPr>
      <w:r>
        <w:t>اینڈ ہی واز ان کیو آف ہیرا،</w:t>
      </w:r>
    </w:p>
    <w:p>
      <w:r>
        <w:rPr>
          <w:b/>
        </w:rPr>
        <w:t xml:space="preserve">[06:41] </w:t>
      </w:r>
      <w:r>
        <w:t>angel jibril appeared</w:t>
      </w:r>
    </w:p>
    <w:p>
      <w:pPr>
        <w:jc w:val="right"/>
      </w:pPr>
      <w:r>
        <w:t>اینجل جبرائیل اپیئرڈ</w:t>
      </w:r>
    </w:p>
    <w:p>
      <w:r>
        <w:rPr>
          <w:b/>
        </w:rPr>
        <w:t xml:space="preserve">[06:46] </w:t>
      </w:r>
      <w:r>
        <w:t>as the first revelation. so, Jibril, angel Jibril, said, "O Muhammad, Iqra." so, at this moment,</w:t>
      </w:r>
    </w:p>
    <w:p>
      <w:pPr>
        <w:jc w:val="right"/>
      </w:pPr>
      <w:r>
        <w:t>از دا فرسٹ ریولیشن۔ سو، جبرائیل، اینجل جبرائیل، سیڈ، "او محمد، اقرا۔" سو، ایٹ دس مومنٹ،</w:t>
      </w:r>
    </w:p>
    <w:p>
      <w:r>
        <w:rPr>
          <w:b/>
        </w:rPr>
        <w:t xml:space="preserve">[07:08] </w:t>
      </w:r>
      <w:r>
        <w:t>the first surah was revealed: "Iqra bismi rabbika alladhi khalaq, khalaq al-insana min alaq, Iqra wa rabbuka al-akram alladhi allama bil qalam.".</w:t>
      </w:r>
    </w:p>
    <w:p>
      <w:pPr>
        <w:jc w:val="right"/>
      </w:pPr>
      <w:r>
        <w:t>دا فرسٹ سورہ واز ریویلڈ: "اقرا بسم ربک الذی خلق، خلق الانسان من علق، اقرا وربک الاکرم الذی علم بالقلم۔"</w:t>
      </w:r>
    </w:p>
    <w:p>
      <w:r>
        <w:rPr>
          <w:b/>
        </w:rPr>
        <w:t xml:space="preserve">[07:25] </w:t>
      </w:r>
      <w:r>
        <w:t>das example of da prophet</w:t>
      </w:r>
    </w:p>
    <w:p>
      <w:pPr>
        <w:jc w:val="right"/>
      </w:pPr>
      <w:r>
        <w:t>دس ایگزیمپل اف دا پرافٹ</w:t>
      </w:r>
    </w:p>
    <w:p>
      <w:r>
        <w:rPr>
          <w:b/>
        </w:rPr>
        <w:t xml:space="preserve">[07:31] </w:t>
      </w:r>
      <w:r>
        <w:t>is very important. dis example</w:t>
      </w:r>
    </w:p>
    <w:p>
      <w:pPr>
        <w:jc w:val="right"/>
      </w:pPr>
      <w:r>
        <w:t>از ویری امپورٹنٹ۔ دس ایگزامپل</w:t>
      </w:r>
    </w:p>
    <w:p>
      <w:r>
        <w:rPr>
          <w:b/>
        </w:rPr>
        <w:t xml:space="preserve">[07:37] </w:t>
      </w:r>
      <w:r>
        <w:t>tells us what is the beginning of a believer. The beginning is seeking, contemplation, ghor o tadabbur.</w:t>
      </w:r>
    </w:p>
    <w:p>
      <w:pPr>
        <w:jc w:val="right"/>
      </w:pPr>
      <w:r>
        <w:t>ٹیلز اس واٹ از دا بگننگ اف ا بیلیور۔ دا بگننگ از سیکنگ، کنٹمپلیشن، غور و تدبر۔</w:t>
      </w:r>
    </w:p>
    <w:p>
      <w:r>
        <w:rPr>
          <w:b/>
        </w:rPr>
        <w:t xml:space="preserve">[07:53] </w:t>
      </w:r>
      <w:r>
        <w:t>dis da beginning.</w:t>
      </w:r>
    </w:p>
    <w:p>
      <w:pPr>
        <w:jc w:val="right"/>
      </w:pPr>
      <w:r>
        <w:t>دس دا بگننگ۔</w:t>
      </w:r>
    </w:p>
    <w:p>
      <w:r>
        <w:rPr>
          <w:b/>
        </w:rPr>
        <w:t xml:space="preserve">[07:58] </w:t>
      </w:r>
      <w:r>
        <w:t>the Quran says: "God found you a seeker, then he revealed you the guidance." So, first of all,</w:t>
      </w:r>
    </w:p>
    <w:p>
      <w:pPr>
        <w:jc w:val="right"/>
      </w:pPr>
      <w:r>
        <w:t>دا قرآن سیز: "گاڈ فاؤنڈ یو ا سیکر، دین ہی ریویلڈ یو دا گائیڈنس۔" سو، فرسٹ اف ال،</w:t>
      </w:r>
    </w:p>
    <w:p>
      <w:r>
        <w:rPr>
          <w:b/>
        </w:rPr>
        <w:t xml:space="preserve">[08:20] </w:t>
      </w:r>
      <w:r>
        <w:t>we have to be a seeker.</w:t>
      </w:r>
    </w:p>
    <w:p>
      <w:pPr>
        <w:jc w:val="right"/>
      </w:pPr>
      <w:r>
        <w:t>وی ہیو ٹو بی ا سیکر۔</w:t>
      </w:r>
    </w:p>
    <w:p>
      <w:r>
        <w:rPr>
          <w:b/>
        </w:rPr>
        <w:t xml:space="preserve">[08:26] </w:t>
      </w:r>
      <w:r>
        <w:t>seeker means going to contemplation. that is ghor o tafakkur.</w:t>
      </w:r>
    </w:p>
    <w:p>
      <w:pPr>
        <w:jc w:val="right"/>
      </w:pPr>
      <w:r>
        <w:t>سیکر مینز گوئنگ ٹو کنٹمپلیشن۔ دیٹ از غور و تفکر۔</w:t>
      </w:r>
    </w:p>
    <w:p>
      <w:r>
        <w:rPr>
          <w:b/>
        </w:rPr>
        <w:t xml:space="preserve">[08:35] </w:t>
      </w:r>
      <w:r>
        <w:t>after dis process, we discover da truth. to, discovery of truth was not only for prophet, it is for every believer.</w:t>
      </w:r>
    </w:p>
    <w:p>
      <w:pPr>
        <w:jc w:val="right"/>
      </w:pPr>
      <w:r>
        <w:t>افٹر دس پروسیس، وی ڈسکور دا ٹروتھ۔ تو، ڈسکوری اف ٹروتھ واز ناٹ اونلی فار پرافٹ، اٹ از فار ایوری بیلیور۔</w:t>
      </w:r>
    </w:p>
    <w:p>
      <w:r>
        <w:rPr>
          <w:b/>
        </w:rPr>
        <w:t xml:space="preserve">[08:49] </w:t>
      </w:r>
      <w:r>
        <w:t>every believer, iman begins from discovery. is very important to know dat iman does not begin from da recitation of kalma.</w:t>
      </w:r>
    </w:p>
    <w:p>
      <w:pPr>
        <w:jc w:val="right"/>
      </w:pPr>
      <w:r>
        <w:t>ایوری بیلیور، ایمان بگنز فرام ڈسکوری۔ از ویری امپورٹنٹ ٹو نو دیٹ ایمان ڈز ناٹ بگن فرام دا ریسٹیشن اف کلمہ۔</w:t>
      </w:r>
    </w:p>
    <w:p>
      <w:r>
        <w:rPr>
          <w:b/>
        </w:rPr>
        <w:t xml:space="preserve">[09:04] </w:t>
      </w:r>
      <w:r>
        <w:t>no, dat is not da beginning. beginning is</w:t>
      </w:r>
    </w:p>
    <w:p>
      <w:pPr>
        <w:jc w:val="right"/>
      </w:pPr>
      <w:r>
        <w:t>نو، دیٹ از ناٹ دا بگننگ۔ بگننگ از</w:t>
      </w:r>
    </w:p>
    <w:p>
      <w:r>
        <w:rPr>
          <w:b/>
        </w:rPr>
        <w:t xml:space="preserve">[09:13] </w:t>
      </w:r>
      <w:r>
        <w:t>going to contemplation, going to tafakkur or tadabbur.</w:t>
      </w:r>
    </w:p>
    <w:p>
      <w:pPr>
        <w:jc w:val="right"/>
      </w:pPr>
      <w:r>
        <w:t>گوئنگ ٹو کنٹمپلیشن، گوئنگ ٹو تفکر اور تدبر۔</w:t>
      </w:r>
    </w:p>
    <w:p>
      <w:r>
        <w:rPr>
          <w:b/>
        </w:rPr>
        <w:t xml:space="preserve">[09:22] </w:t>
      </w:r>
      <w:r>
        <w:t>now, i can see dat going to history, prophet used to go to cave of hira, cave of mount, mount hira.</w:t>
      </w:r>
    </w:p>
    <w:p>
      <w:pPr>
        <w:jc w:val="right"/>
      </w:pPr>
      <w:r>
        <w:t>ناو، ائی کین سی دیٹ گوئنگ ٹو ہسٹری، پرافٹ یوز ٹو گو ٹو کیو اف ہیرا، کیو اف ماؤنٹ، ماؤنٹ ہیرا۔</w:t>
      </w:r>
    </w:p>
    <w:p>
      <w:r>
        <w:rPr>
          <w:b/>
        </w:rPr>
        <w:t xml:space="preserve">[09:32] </w:t>
      </w:r>
      <w:r>
        <w:t>but now, we don't need to visit any mount, any cave. now, da cave is library.</w:t>
      </w:r>
    </w:p>
    <w:p>
      <w:pPr>
        <w:jc w:val="right"/>
      </w:pPr>
      <w:r>
        <w:t>بٹ ناو، وی ڈونٹ نیڈ ٹو وزٹ اینی ماؤنٹ، اینی کیو۔ ناو، دا کیو از لائبریری۔</w:t>
      </w:r>
    </w:p>
    <w:p>
      <w:r>
        <w:rPr>
          <w:b/>
        </w:rPr>
        <w:t xml:space="preserve">[09:44] </w:t>
      </w:r>
      <w:r>
        <w:t>at da time, there were no books. dat was pre printing press age. but now, we are living in da age of printing press, age of books, age of literature.</w:t>
      </w:r>
    </w:p>
    <w:p>
      <w:pPr>
        <w:jc w:val="right"/>
      </w:pPr>
      <w:r>
        <w:t>ایٹ دا ٹائم، دیر وار نو بکس۔ دیٹ واز پری پرنٹنگ پریس ایج۔ بٹ ناو، وی ار لیونگ ان دا ایج اف پرنٹنگ پریس، ایج اف بکس، ایج اف لٹریچرز۔</w:t>
      </w:r>
    </w:p>
    <w:p>
      <w:r>
        <w:rPr>
          <w:b/>
        </w:rPr>
        <w:t xml:space="preserve">[10:05] </w:t>
      </w:r>
      <w:r>
        <w:t>so, now, for a seeker, library is da cave of mount hira.</w:t>
      </w:r>
    </w:p>
    <w:p>
      <w:pPr>
        <w:jc w:val="right"/>
      </w:pPr>
      <w:r>
        <w:t>سو، ناو، فار ا سیکر، لائبریری از دا کیو اف ماؤنٹ ہیرا۔</w:t>
      </w:r>
    </w:p>
    <w:p>
      <w:r>
        <w:rPr>
          <w:b/>
        </w:rPr>
        <w:t xml:space="preserve">[10:16] </w:t>
      </w:r>
      <w:r>
        <w:t>we have to contemplate on da nature, on da universe. then, we have to study da books.</w:t>
      </w:r>
    </w:p>
    <w:p>
      <w:pPr>
        <w:jc w:val="right"/>
      </w:pPr>
      <w:r>
        <w:t>وی ہیو ٹو کنٹمپلیٹ ان دا نیچر، ان دا یونیورس۔ دین، وی ہیو ٹو سٹڈی دا بکس۔</w:t>
      </w:r>
    </w:p>
    <w:p>
      <w:r>
        <w:rPr>
          <w:b/>
        </w:rPr>
        <w:t xml:space="preserve">[10:29] </w:t>
      </w:r>
      <w:r>
        <w:t>we have to live a life of a seeker.</w:t>
      </w:r>
    </w:p>
    <w:p>
      <w:pPr>
        <w:jc w:val="right"/>
      </w:pPr>
      <w:r>
        <w:t>وی ہیو ٹو لیو ا لائف اف ا سیکر۔</w:t>
      </w:r>
    </w:p>
    <w:p>
      <w:r>
        <w:rPr>
          <w:b/>
        </w:rPr>
        <w:t xml:space="preserve">[10:38] </w:t>
      </w:r>
      <w:r>
        <w:t>dis is da first step in da iman, in da belief.</w:t>
      </w:r>
    </w:p>
    <w:p>
      <w:pPr>
        <w:jc w:val="right"/>
      </w:pPr>
      <w:r>
        <w:t>دس از دا فرسٹ سٹیپ ان دا ایمان، ان دا بیلیف۔</w:t>
      </w:r>
    </w:p>
    <w:p>
      <w:r>
        <w:rPr>
          <w:b/>
        </w:rPr>
        <w:t xml:space="preserve">[10:46] </w:t>
      </w:r>
      <w:r>
        <w:t>is wrong to to believe dat recitation is da beginning of iman. no, recitation is like saying,</w:t>
      </w:r>
    </w:p>
    <w:p>
      <w:pPr>
        <w:jc w:val="right"/>
      </w:pPr>
      <w:r>
        <w:t>از رونگ ٹو ٹو بیلیو دیٹ ریسٹیشن از دا بگننگ اف ایمان۔ نو، ریسٹیشن از لائک سینگ،</w:t>
      </w:r>
    </w:p>
    <w:p>
      <w:r>
        <w:rPr>
          <w:b/>
        </w:rPr>
        <w:t xml:space="preserve">[11:04] </w:t>
      </w:r>
      <w:r>
        <w:t>"i found."</w:t>
      </w:r>
    </w:p>
    <w:p>
      <w:pPr>
        <w:jc w:val="right"/>
      </w:pPr>
      <w:r>
        <w:t>"ائی فاؤنڈ۔"</w:t>
      </w:r>
    </w:p>
    <w:p>
      <w:r>
        <w:rPr>
          <w:b/>
        </w:rPr>
        <w:t xml:space="preserve">[11:09] </w:t>
      </w:r>
      <w:r>
        <w:t>and when you discover da truth, then you say, "la ilaha illallah muhammadur rasulullah." dat is kalma of discovery.</w:t>
      </w:r>
    </w:p>
    <w:p>
      <w:pPr>
        <w:jc w:val="right"/>
      </w:pPr>
      <w:r>
        <w:t>اینڈ وین یو ڈسکور دا ٹروتھ، دین یو سے، "لا الہ الا اللہ محمد رسول اللہ۔" دیٹ از کلمہ اف ڈسکوری۔</w:t>
      </w:r>
    </w:p>
    <w:p>
      <w:r>
        <w:rPr>
          <w:b/>
        </w:rPr>
        <w:t xml:space="preserve">[11:23] </w:t>
      </w:r>
      <w:r>
        <w:t>kalma of discovery.</w:t>
      </w:r>
    </w:p>
    <w:p>
      <w:pPr>
        <w:jc w:val="right"/>
      </w:pPr>
      <w:r>
        <w:t>کلمہ اف ڈسکوری۔</w:t>
      </w:r>
    </w:p>
    <w:p>
      <w:r>
        <w:rPr>
          <w:b/>
        </w:rPr>
        <w:t xml:space="preserve">[11:29] </w:t>
      </w:r>
      <w:r>
        <w:t>so, it is very important to understand dat da life of da prophet tells us</w:t>
      </w:r>
    </w:p>
    <w:p>
      <w:pPr>
        <w:jc w:val="right"/>
      </w:pPr>
      <w:r>
        <w:t>سو، اٹ از ویری امپورٹنٹ ٹو انڈرسٹینڈ دیٹ دا لائف اف دا پرافٹ ٹیل اس</w:t>
      </w:r>
    </w:p>
    <w:p>
      <w:r>
        <w:rPr>
          <w:b/>
        </w:rPr>
        <w:t xml:space="preserve">[11:39] </w:t>
      </w:r>
      <w:r>
        <w:t>what is da beginning of belief. beginning of belief is seeking spirit, history,</w:t>
      </w:r>
    </w:p>
    <w:p>
      <w:pPr>
        <w:jc w:val="right"/>
      </w:pPr>
      <w:r>
        <w:t>واٹ از دا بگننگ اف بیلیف۔ بگننگ اف بیلیف از سیکنگ اسپرٹ، ہسٹری،</w:t>
      </w:r>
    </w:p>
    <w:p>
      <w:r>
        <w:rPr>
          <w:b/>
        </w:rPr>
        <w:t xml:space="preserve">[11:49] </w:t>
      </w:r>
      <w:r>
        <w:t>contemplation, tafakkur or tadabbur. then, what happen when prophet received da first revelation and he received da guidance from god?</w:t>
      </w:r>
    </w:p>
    <w:p>
      <w:pPr>
        <w:jc w:val="right"/>
      </w:pPr>
      <w:r>
        <w:t>کنٹمپلیشن، تفکر اور تدبر۔ دین، واٹ ہیپن وین پرافٹ ریسیوڈ دا فرسٹ ریولیشن اینڈ ہی ریسیوڈ دا گائیڈنس فرام گاڈ؟</w:t>
      </w:r>
    </w:p>
    <w:p>
      <w:r>
        <w:rPr>
          <w:b/>
        </w:rPr>
        <w:t xml:space="preserve">[12:07] </w:t>
      </w:r>
      <w:r>
        <w:t>deen, what happen? he started his</w:t>
      </w:r>
    </w:p>
    <w:p>
      <w:pPr>
        <w:jc w:val="right"/>
      </w:pPr>
      <w:r>
        <w:t>دین، واٹ ہیپن؟ ہی سٹارٹڈ ہز</w:t>
      </w:r>
    </w:p>
    <w:p>
      <w:r>
        <w:rPr>
          <w:b/>
        </w:rPr>
        <w:t xml:space="preserve">[12:14] </w:t>
      </w:r>
      <w:r>
        <w:t>mission. so, his mission was not an outcome of reaction but outcome of discovery.</w:t>
      </w:r>
    </w:p>
    <w:p>
      <w:pPr>
        <w:jc w:val="right"/>
      </w:pPr>
      <w:r>
        <w:t>مشن۔ سو، ہز مشن واز ناٹ این اؤٹ کم اف ری ایکشن بٹ اؤٹ کم اف ڈسکوری۔</w:t>
      </w:r>
    </w:p>
    <w:p>
      <w:r>
        <w:rPr>
          <w:b/>
        </w:rPr>
        <w:t xml:space="preserve">[12:26] </w:t>
      </w:r>
      <w:r>
        <w:t>now, you know, all the leaders, perhaps without any exception, are production of reaction. in every situation, there are some political problem, some economic problem, social problem.</w:t>
      </w:r>
    </w:p>
    <w:p>
      <w:pPr>
        <w:jc w:val="right"/>
      </w:pPr>
      <w:r>
        <w:t>ناو، یو نو، ال دا لیڈرز، پرہیپس ودا اؤٹ اینی ایکسیپشن، ار پروڈکشن اف ری ایکشن۔ ان ایوری سچویشن، دیر ار سم پولیٹیکل پرابلم، سم اکانومک پرابلم، سوشل پرابلم۔</w:t>
      </w:r>
    </w:p>
    <w:p>
      <w:r>
        <w:rPr>
          <w:b/>
        </w:rPr>
        <w:t xml:space="preserve">[12:44] </w:t>
      </w:r>
      <w:r>
        <w:t>so, those who react to these problems, they become leader. so, all the leaders of our present age are reactionary leaders.</w:t>
      </w:r>
    </w:p>
    <w:p>
      <w:pPr>
        <w:jc w:val="right"/>
      </w:pPr>
      <w:r>
        <w:t>سو، دوز ہو ری ایکٹ ٹو دیز پرابلمز، دے بیکم لیڈر۔ سو، ال دا لیڈرز اف اور پریزنٹ ایج ار ری ایکشنری لیڈرز۔</w:t>
      </w:r>
    </w:p>
    <w:p>
      <w:r>
        <w:rPr>
          <w:b/>
        </w:rPr>
        <w:t xml:space="preserve">[12:58] </w:t>
      </w:r>
      <w:r>
        <w:t>they are not positive leaders.</w:t>
      </w:r>
    </w:p>
    <w:p>
      <w:pPr>
        <w:jc w:val="right"/>
      </w:pPr>
      <w:r>
        <w:t>دے ار ناٹ پازیٹیو لیڈرز۔</w:t>
      </w:r>
    </w:p>
    <w:p>
      <w:r>
        <w:rPr>
          <w:b/>
        </w:rPr>
        <w:t xml:space="preserve">[13:06] </w:t>
      </w:r>
      <w:r>
        <w:t>when this say that, "i have assumed the role of leadership," it means that</w:t>
      </w:r>
    </w:p>
    <w:p>
      <w:pPr>
        <w:jc w:val="right"/>
      </w:pPr>
      <w:r>
        <w:t>وین دس سے دیٹ، "ائی ہیو اسیومڈ دا رول اف لیڈرشپ،" اٹ مینز دیٹ</w:t>
      </w:r>
    </w:p>
    <w:p>
      <w:r>
        <w:rPr>
          <w:b/>
        </w:rPr>
        <w:t xml:space="preserve">[13:15] </w:t>
      </w:r>
      <w:r>
        <w:t>i have assumed the leadership of reaction.</w:t>
      </w:r>
    </w:p>
    <w:p>
      <w:pPr>
        <w:jc w:val="right"/>
      </w:pPr>
      <w:r>
        <w:t>ائی ہیو اسیومڈ دا لیڈرشپ اف ری ایکشن۔</w:t>
      </w:r>
    </w:p>
    <w:p>
      <w:r>
        <w:rPr>
          <w:b/>
        </w:rPr>
        <w:t xml:space="preserve">[13:22] </w:t>
      </w:r>
      <w:r>
        <w:t>but this was the, this was not the case of the prophet. prophet, prophet case was not a case of reaction.</w:t>
      </w:r>
    </w:p>
    <w:p>
      <w:pPr>
        <w:jc w:val="right"/>
      </w:pPr>
      <w:r>
        <w:t>بٹ دس واز دا، دس واز ناٹ دا کیس اف دا پرافٹ۔ پرافٹ، پرافٹ کیس واز ناٹ ا کیس اف ری ایکشن۔</w:t>
      </w:r>
    </w:p>
    <w:p>
      <w:r>
        <w:rPr>
          <w:b/>
        </w:rPr>
        <w:t xml:space="preserve">[13:32] </w:t>
      </w:r>
      <w:r>
        <w:t>it was a case of discovery, a case of marifat, a case of iktishaf, a case of realization.</w:t>
      </w:r>
    </w:p>
    <w:p>
      <w:pPr>
        <w:jc w:val="right"/>
      </w:pPr>
      <w:r>
        <w:t>اٹ واز ا کیس اف ڈسکوری، ا کیس اف معرفت، ا کیس اف اکتشاف، ا کیس اف ریلائزیشن۔</w:t>
      </w:r>
    </w:p>
    <w:p>
      <w:r>
        <w:rPr>
          <w:b/>
        </w:rPr>
        <w:t xml:space="preserve">[13:43] </w:t>
      </w:r>
      <w:r>
        <w:t>so, when he realized the truth, when he discovered the truth, he became a believer. then, he became a prophet.</w:t>
      </w:r>
    </w:p>
    <w:p>
      <w:pPr>
        <w:jc w:val="right"/>
      </w:pPr>
      <w:r>
        <w:t>سو، وین ہی ریلائز دا ٹروتھ، وین ہی ڈسکور دا ٹروتھ، ہی بیکم ا بیلیور۔ دین، ہی بیکم ا پرافٹ۔</w:t>
      </w:r>
    </w:p>
    <w:p>
      <w:r>
        <w:rPr>
          <w:b/>
        </w:rPr>
        <w:t xml:space="preserve">[13:54] </w:t>
      </w:r>
      <w:r>
        <w:t>then, he started his his mission.</w:t>
      </w:r>
    </w:p>
    <w:p>
      <w:pPr>
        <w:jc w:val="right"/>
      </w:pPr>
      <w:r>
        <w:t>دین، ہی سٹارٹڈ ہز ہز مشن۔</w:t>
      </w:r>
    </w:p>
    <w:p>
      <w:r>
        <w:rPr>
          <w:b/>
        </w:rPr>
        <w:t xml:space="preserve">[14:04] </w:t>
      </w:r>
      <w:r>
        <w:t>at the time, there was a rock outside of makkah. it was called safa.</w:t>
      </w:r>
    </w:p>
    <w:p>
      <w:pPr>
        <w:jc w:val="right"/>
      </w:pPr>
      <w:r>
        <w:t>ایٹ دا ٹائم، دیر واز ا راک اؤٹ سائیڈ اف مکہ۔ اٹ واز کالڈ صفا۔</w:t>
      </w:r>
    </w:p>
    <w:p>
      <w:r>
        <w:rPr>
          <w:b/>
        </w:rPr>
        <w:t xml:space="preserve">[14:14] </w:t>
      </w:r>
      <w:r>
        <w:t>so, so, this rock that is safa. quraish people used a platform when they wanted to deliver some message.</w:t>
      </w:r>
    </w:p>
    <w:p>
      <w:pPr>
        <w:jc w:val="right"/>
      </w:pPr>
      <w:r>
        <w:t>سو، سو، دس راک دیٹ از صفا۔ قریش پیپل یوزڈ ا پلیٹ فارم وین دے وانٹڈ ٹو ڈیلیور سم میسج۔</w:t>
      </w:r>
    </w:p>
    <w:p>
      <w:r>
        <w:rPr>
          <w:b/>
        </w:rPr>
        <w:t xml:space="preserve">[14:28] </w:t>
      </w:r>
      <w:r>
        <w:t>they stood up that rock and people gathered over there. then, they delivered their speech. so, prophet of islam stood up on safa.</w:t>
      </w:r>
    </w:p>
    <w:p>
      <w:pPr>
        <w:jc w:val="right"/>
      </w:pPr>
      <w:r>
        <w:t>دے اسٹوڈ اپ دیٹ راک اینڈ پیپل گیدر اوور دیر۔ دین، دے ڈیلیور دیر سپیچ۔ سو، پرافٹ اف اسلام اسٹوڈ اپ ان صفا۔</w:t>
      </w:r>
    </w:p>
    <w:p>
      <w:r>
        <w:rPr>
          <w:b/>
        </w:rPr>
        <w:t xml:space="preserve">[14:43] </w:t>
      </w:r>
      <w:r>
        <w:t>he call people and they gathered over there. then, he said, "god has appointed me a prophet for what purpose?</w:t>
      </w:r>
    </w:p>
    <w:p>
      <w:pPr>
        <w:jc w:val="right"/>
      </w:pPr>
      <w:r>
        <w:t>ہی کال پیپل اینڈ دے گیدر اوور دیر۔ دین، ہی سیڈ، "گاڈ ہیز اپوائنٹڈ می ا پرافٹ فار واٹ پرپس؟</w:t>
      </w:r>
    </w:p>
    <w:p>
      <w:r>
        <w:rPr>
          <w:b/>
        </w:rPr>
        <w:t xml:space="preserve">[14:56] </w:t>
      </w:r>
      <w:r>
        <w:t>to give a message that</w:t>
      </w:r>
    </w:p>
    <w:p>
      <w:pPr>
        <w:jc w:val="right"/>
      </w:pPr>
      <w:r>
        <w:t>ٹو گیو ا میسج دیٹ</w:t>
      </w:r>
    </w:p>
    <w:p>
      <w:r>
        <w:rPr>
          <w:b/>
        </w:rPr>
        <w:t xml:space="preserve">[15:03] </w:t>
      </w:r>
      <w:r>
        <w:t>that death is not the end. death is only beginning of the second of the life, second part of the life." this was the message that death is not the end of life.</w:t>
      </w:r>
    </w:p>
    <w:p>
      <w:pPr>
        <w:jc w:val="right"/>
      </w:pPr>
      <w:r>
        <w:t>دیٹ ڈیتھ از ناٹ دا اینڈ۔ ڈیتھ از اونلی بگننگ اف دی سیکنڈ اف دا لائف، سیکنڈ پارٹ اف دا لائف۔" دس واز دا میسج دیٹ ڈیتھ از ناٹ دا اینڈ اف لائف۔</w:t>
      </w:r>
    </w:p>
    <w:p>
      <w:r>
        <w:rPr>
          <w:b/>
        </w:rPr>
        <w:t xml:space="preserve">[15:21] </w:t>
      </w:r>
      <w:r>
        <w:t>death is only a new beginning, only beginning of the other life.</w:t>
      </w:r>
    </w:p>
    <w:p>
      <w:pPr>
        <w:jc w:val="right"/>
      </w:pPr>
      <w:r>
        <w:t>ڈیتھ از اونلی ا نیو بگننگ، اونلی بگننگ اف دی ادر لائف۔</w:t>
      </w:r>
    </w:p>
    <w:p>
      <w:r>
        <w:rPr>
          <w:b/>
        </w:rPr>
        <w:t xml:space="preserve">[15:31] </w:t>
      </w:r>
      <w:r>
        <w:t>he said, "awalan abadan." so, after death, you will enter into new world and in that world,</w:t>
      </w:r>
    </w:p>
    <w:p>
      <w:pPr>
        <w:jc w:val="right"/>
      </w:pPr>
      <w:r>
        <w:t>ہی سیڈ، "اولنار ابدا۔" سو، افٹر ڈیتھ، یو ویل انٹر انٹو نیو ورلڈ اینڈ ان دیٹ ورلڈ،</w:t>
      </w:r>
    </w:p>
    <w:p>
      <w:r>
        <w:rPr>
          <w:b/>
        </w:rPr>
        <w:t xml:space="preserve">[15:47] </w:t>
      </w:r>
      <w:r>
        <w:t>you will be,</w:t>
      </w:r>
    </w:p>
    <w:p>
      <w:pPr>
        <w:jc w:val="right"/>
      </w:pPr>
      <w:r>
        <w:t>یو ویل بی،</w:t>
      </w:r>
    </w:p>
    <w:p>
      <w:r>
        <w:rPr>
          <w:b/>
        </w:rPr>
        <w:t xml:space="preserve">[15:51] </w:t>
      </w:r>
      <w:r>
        <w:t>you will be rewarded paradise or you will be punished with hell.</w:t>
      </w:r>
    </w:p>
    <w:p>
      <w:pPr>
        <w:jc w:val="right"/>
      </w:pPr>
      <w:r>
        <w:t>یو ویل بی ریوارڈڈ پیراڈائز اور یو ویل بی پنشڈ ود ہیل۔</w:t>
      </w:r>
    </w:p>
    <w:p>
      <w:r>
        <w:rPr>
          <w:b/>
        </w:rPr>
        <w:t xml:space="preserve">[16:00] </w:t>
      </w:r>
      <w:r>
        <w:t>so, in that world, there are, there is either, there is the hell or the paradise. so, you have to be very, very cautious in your life.</w:t>
      </w:r>
    </w:p>
    <w:p>
      <w:pPr>
        <w:jc w:val="right"/>
      </w:pPr>
      <w:r>
        <w:t>سو، ان دیٹ ورلڈ، دیر ار، دیر از ایدر، دیر از دا ہیل اور دا پیراڈائز۔ سو، یو ہیو ٹو بی ویری، ویری کاشیس ان یور لائف۔</w:t>
      </w:r>
    </w:p>
    <w:p>
      <w:r>
        <w:rPr>
          <w:b/>
        </w:rPr>
        <w:t xml:space="preserve">[16:15] </w:t>
      </w:r>
      <w:r>
        <w:t>this life is a testing period. so, one who</w:t>
      </w:r>
    </w:p>
    <w:p>
      <w:pPr>
        <w:jc w:val="right"/>
      </w:pPr>
      <w:r>
        <w:t>دس لائف از ا ٹیسٹنگ پیریڈ۔ سو، ون ہو</w:t>
      </w:r>
    </w:p>
    <w:p>
      <w:r>
        <w:rPr>
          <w:b/>
        </w:rPr>
        <w:t xml:space="preserve">[16:24] </w:t>
      </w:r>
      <w:r>
        <w:t>stands in test, he will be rewarded. one who fail in this test, he will be punished.</w:t>
      </w:r>
    </w:p>
    <w:p>
      <w:pPr>
        <w:jc w:val="right"/>
      </w:pPr>
      <w:r>
        <w:t>اسٹینڈز ان ٹیسٹ، ہی ویل بی ریوارڈڈ۔ ون ہو فیل ان دس ٹیسٹ، ہی ویل بی پنشڈ۔</w:t>
      </w:r>
    </w:p>
    <w:p>
      <w:r>
        <w:rPr>
          <w:b/>
        </w:rPr>
        <w:t xml:space="preserve">[16:33] </w:t>
      </w:r>
      <w:r>
        <w:t>this was the message. then, what happen in the audience? there was abu lahab.</w:t>
      </w:r>
    </w:p>
    <w:p>
      <w:pPr>
        <w:jc w:val="right"/>
      </w:pPr>
      <w:r>
        <w:t>دس واز دا میسج۔ دین، واٹ ہیپن ان دا اڈینس؟ دیر واز ابو لہب۔</w:t>
      </w:r>
    </w:p>
    <w:p>
      <w:r>
        <w:rPr>
          <w:b/>
        </w:rPr>
        <w:t xml:space="preserve">[16:43] </w:t>
      </w:r>
      <w:r>
        <w:t>he was prophet uncle. so, when prophet ended his speech, it was a very short speech.</w:t>
      </w:r>
    </w:p>
    <w:p>
      <w:pPr>
        <w:jc w:val="right"/>
      </w:pPr>
      <w:r>
        <w:t>ہی واز پرافٹ انکل۔ سو، وین پرافٹ اینڈڈ ہز سپیچ، اٹ واز ا ویری شارٹ سپیچ۔</w:t>
      </w:r>
    </w:p>
    <w:p>
      <w:r>
        <w:rPr>
          <w:b/>
        </w:rPr>
        <w:t xml:space="preserve">[16:57] </w:t>
      </w:r>
      <w:r>
        <w:t>it was not a long speech. abulhabb said, "curse on you.</w:t>
      </w:r>
    </w:p>
    <w:p>
      <w:pPr>
        <w:jc w:val="right"/>
      </w:pPr>
      <w:r>
        <w:t>اٹ واز ناٹ ا لانگ سپیچ۔ ابو لہب سیڈ، "کرس ان یو۔</w:t>
      </w:r>
    </w:p>
    <w:p>
      <w:r>
        <w:rPr>
          <w:b/>
        </w:rPr>
        <w:t xml:space="preserve">[17:15] </w:t>
      </w:r>
      <w:r>
        <w:t>have you invited us just for this travel message?" this was the reaction of abulhabb, because abulhabb was a man who thinking was worldly oriented thinking.</w:t>
      </w:r>
    </w:p>
    <w:p>
      <w:pPr>
        <w:jc w:val="right"/>
      </w:pPr>
      <w:r>
        <w:t>ہیو یو انوائٹڈ اس جسٹ فار دس ٹریول میسج؟" دس واز دا ری ایکشن اف ابو لہب، بیکاز ابو لہب واز ا مین ہو تھنکنگ واز ورلڈلی اورینٹڈ تھنکنگ۔</w:t>
      </w:r>
    </w:p>
    <w:p>
      <w:r>
        <w:rPr>
          <w:b/>
        </w:rPr>
        <w:t xml:space="preserve">[17:38] </w:t>
      </w:r>
      <w:r>
        <w:t>abulhabb was a, was a trader of that time. so, his thinking was world oriented thinking or dunya oriented thinking.</w:t>
      </w:r>
    </w:p>
    <w:p>
      <w:pPr>
        <w:jc w:val="right"/>
      </w:pPr>
      <w:r>
        <w:t>ابو لہب واز ا، واز ا ٹریڈر اف دیٹ ٹائم۔ سو، ہز تھنکنگ واز ورلڈ اورینٹڈ تھنکنگ اور دنیا اورینٹڈ تھنکنگ۔</w:t>
      </w:r>
    </w:p>
    <w:p>
      <w:r>
        <w:rPr>
          <w:b/>
        </w:rPr>
        <w:t xml:space="preserve">[17:51] </w:t>
      </w:r>
      <w:r>
        <w:t>and prophet message was akhirat oriented message. so, he failed to understand the importance of this kind of message.</w:t>
      </w:r>
    </w:p>
    <w:p>
      <w:pPr>
        <w:jc w:val="right"/>
      </w:pPr>
      <w:r>
        <w:t>اینڈ پرافٹ میسج واز اخرت اورینٹڈ میسج۔ سو، ہی فیل ٹو انڈرسٹینڈ دا امپورٹنس اف دس کائنڈ اف میسج۔</w:t>
      </w:r>
    </w:p>
    <w:p>
      <w:r>
        <w:rPr>
          <w:b/>
        </w:rPr>
        <w:t xml:space="preserve">[18:02] </w:t>
      </w:r>
      <w:r>
        <w:t>he was aware only worldly values, worldly interest, worldly things. but in the prophet message, there was no such,</w:t>
      </w:r>
    </w:p>
    <w:p>
      <w:pPr>
        <w:jc w:val="right"/>
      </w:pPr>
      <w:r>
        <w:t>ہی واز اویئر اونلی ورلڈلی ویلیوز، ورلڈلی انٹرسٹ، ورلڈلی تھنگز۔ بٹ ان دا پرافٹ میسج، دیر واز نو سچ،</w:t>
      </w:r>
    </w:p>
    <w:p>
      <w:r>
        <w:rPr>
          <w:b/>
        </w:rPr>
        <w:t xml:space="preserve">[18:18] </w:t>
      </w:r>
      <w:r>
        <w:t>such things. it was a completely a message that was akhirat oriented message. so, abulhabb failed to understand the importance of this message.</w:t>
      </w:r>
    </w:p>
    <w:p>
      <w:pPr>
        <w:jc w:val="right"/>
      </w:pPr>
      <w:r>
        <w:t>سچ تھنگز۔ اٹ واز ا کمپلیٹلی ا میسج دیٹ واز اخرت اورینٹڈ میسج۔ سو، ابو لہب فیل ٹو انڈرسٹینڈ دا امپورٹنس اف دس میسج۔</w:t>
      </w:r>
    </w:p>
    <w:p>
      <w:r>
        <w:rPr>
          <w:b/>
        </w:rPr>
        <w:t xml:space="preserve">[18:31] </w:t>
      </w:r>
      <w:r>
        <w:t>but prophet never changed his stand.</w:t>
      </w:r>
    </w:p>
    <w:p>
      <w:pPr>
        <w:jc w:val="right"/>
      </w:pPr>
      <w:r>
        <w:t>بٹ پرافٹ نیور چینج ہز سٹینڈ۔</w:t>
      </w:r>
    </w:p>
    <w:p>
      <w:r>
        <w:rPr>
          <w:b/>
        </w:rPr>
        <w:t xml:space="preserve">[18:40] </w:t>
      </w:r>
      <w:r>
        <w:t>he continued his message, continued his mission. here, while giving an example that prophet message was not worldly, not dunya oriented message, not world oriented message.</w:t>
      </w:r>
    </w:p>
    <w:p>
      <w:pPr>
        <w:jc w:val="right"/>
      </w:pPr>
      <w:r>
        <w:t>ہی کنٹینیو ہز میسج، کنٹینیو ہز مشن۔ ہیر، وائل گیو این ایگزامپل دیٹ پرافٹ میسج واز ناٹ ورلڈلی، ناٹ دنیا اورینٹڈ میسج، ناٹ ورلڈ اورینٹڈ میسج۔</w:t>
      </w:r>
    </w:p>
    <w:p>
      <w:r>
        <w:rPr>
          <w:b/>
        </w:rPr>
        <w:t xml:space="preserve">[18:58] </w:t>
      </w:r>
      <w:r>
        <w:t>it was completely and akhirat oriented message. so, you know, makkah was situated, situated in the desert.</w:t>
      </w:r>
    </w:p>
    <w:p>
      <w:pPr>
        <w:jc w:val="right"/>
      </w:pPr>
      <w:r>
        <w:t>اٹ واز کمپلیٹلی اینڈ اخرت اورینٹڈ میسج۔ سو، یو نو، مکہ واز سچویٹڈ، سچویٹڈ ان دا ڈیزرٹ۔</w:t>
      </w:r>
    </w:p>
    <w:p>
      <w:r>
        <w:rPr>
          <w:b/>
        </w:rPr>
        <w:t xml:space="preserve">[19:10] </w:t>
      </w:r>
      <w:r>
        <w:t>there was a great desert and makkah was situated in the desert. so, there was no water, there was no irrigation.</w:t>
      </w:r>
    </w:p>
    <w:p>
      <w:pPr>
        <w:jc w:val="right"/>
      </w:pPr>
      <w:r>
        <w:t>دیر واز ا گریٹ ڈیزرٹ اینڈ مکہ واز سچویٹڈ ان دا ڈیزرٹ۔ سو، دیر واز نو واٹر، دیر واز نو ایریگیشن۔</w:t>
      </w:r>
    </w:p>
    <w:p>
      <w:r>
        <w:rPr>
          <w:b/>
        </w:rPr>
        <w:t xml:space="preserve">[19:22] </w:t>
      </w:r>
      <w:r>
        <w:t>and when there was no irrigation, there was no agriculture, no horticulture, no greenery.</w:t>
      </w:r>
    </w:p>
    <w:p>
      <w:pPr>
        <w:jc w:val="right"/>
      </w:pPr>
      <w:r>
        <w:t>اینڈ وین دیر واز نو ایریگیشن، دیر واز نو ایگریکلچر، نو ہارٹیکلچر، نو گرینری۔</w:t>
      </w:r>
    </w:p>
    <w:p>
      <w:r>
        <w:rPr>
          <w:b/>
        </w:rPr>
        <w:t xml:space="preserve">[19:32] </w:t>
      </w:r>
      <w:r>
        <w:t>so, makkah people said to the prophet, "let us, let us find some way to irrigate our land.</w:t>
      </w:r>
    </w:p>
    <w:p>
      <w:pPr>
        <w:jc w:val="right"/>
      </w:pPr>
      <w:r>
        <w:t>سو، مک پیپل سیڈ ٹو دا پرافٹ، "لیٹ اس، لیٹ اس فائنڈ سم وے ٹو ایریگیٹ اور لینڈ۔</w:t>
      </w:r>
    </w:p>
    <w:p>
      <w:r>
        <w:rPr>
          <w:b/>
        </w:rPr>
        <w:t xml:space="preserve">[19:47] </w:t>
      </w:r>
      <w:r>
        <w:t>let us find out some way to irrigate our land so that we can grow here agriculture and horticulture."</w:t>
      </w:r>
    </w:p>
    <w:p>
      <w:pPr>
        <w:jc w:val="right"/>
      </w:pPr>
      <w:r>
        <w:t>لیٹ اس فائنڈ اؤٹ سم وے ٹو ایریگیٹ اور لینڈ سو دیٹ وی کین گرو ہیر ایگریکلچر اینڈ ہارٹیکلچر۔"</w:t>
      </w:r>
    </w:p>
    <w:p>
      <w:r>
        <w:rPr>
          <w:b/>
        </w:rPr>
        <w:t xml:space="preserve">[20:02] </w:t>
      </w:r>
      <w:r>
        <w:t>apparently, it was a genuine</w:t>
      </w:r>
    </w:p>
    <w:p>
      <w:pPr>
        <w:jc w:val="right"/>
      </w:pPr>
      <w:r>
        <w:t>اپریٹلی، اٹ واز ا جینون</w:t>
      </w:r>
    </w:p>
    <w:p>
      <w:r>
        <w:rPr>
          <w:b/>
        </w:rPr>
        <w:t xml:space="preserve">[20:07] </w:t>
      </w:r>
      <w:r>
        <w:t>demand. but prophet said, "ma behaza bo'is alaikum? i was not sent to you for this purpose.</w:t>
      </w:r>
    </w:p>
    <w:p>
      <w:pPr>
        <w:jc w:val="right"/>
      </w:pPr>
      <w:r>
        <w:t>ڈیمانڈ۔ بٹ پرافٹ سیڈ، "ما بہذا بوس الیکم؟ ائی واز ناٹ سینڈ ٹو یو فار دس پرپس۔</w:t>
      </w:r>
    </w:p>
    <w:p>
      <w:r>
        <w:rPr>
          <w:b/>
        </w:rPr>
        <w:t xml:space="preserve">[20:21] </w:t>
      </w:r>
      <w:r>
        <w:t>i was not sent to you for this purpose.</w:t>
      </w:r>
    </w:p>
    <w:p>
      <w:pPr>
        <w:jc w:val="right"/>
      </w:pPr>
      <w:r>
        <w:t>ائی واز ناٹ سینڈ ٹو یو فار دس پرپس۔</w:t>
      </w:r>
    </w:p>
    <w:p>
      <w:r>
        <w:rPr>
          <w:b/>
        </w:rPr>
        <w:t xml:space="preserve">[20:26] </w:t>
      </w:r>
      <w:r>
        <w:t>the purpose of my prophethood is to show you the way of. of, of success of the akhirat.</w:t>
      </w:r>
    </w:p>
    <w:p>
      <w:pPr>
        <w:jc w:val="right"/>
      </w:pPr>
      <w:r>
        <w:t>دا پرپس اف مائی پرافٹ از ٹو شو یو دا وے اف۔ اف، اف سکسیس اف دی اخرت۔</w:t>
      </w:r>
    </w:p>
    <w:p>
      <w:r>
        <w:rPr>
          <w:b/>
        </w:rPr>
        <w:t xml:space="preserve">[20:38] </w:t>
      </w:r>
      <w:r>
        <w:t>success is akhirat success." he said, "alam ta'lam, ala akhirah, success is akhirat success." so, he said that, "i was not sent for this kind of task,</w:t>
      </w:r>
    </w:p>
    <w:p>
      <w:pPr>
        <w:jc w:val="right"/>
      </w:pPr>
      <w:r>
        <w:t>سکسیس از اخرت سکسیس۔" ہی سیڈ، "علامہ عائشہ، الا عائشہ الاخرہ، سکسیس از اخرت سکسیس۔" سو، ہی سیڈ دیٹ، "ائی واز ناٹ سینڈ فار دس کائنڈ اف ٹاسک،</w:t>
      </w:r>
    </w:p>
    <w:p>
      <w:r>
        <w:rPr>
          <w:b/>
        </w:rPr>
        <w:t xml:space="preserve">[20:58] </w:t>
      </w:r>
      <w:r>
        <w:t>although it was genuine. there was no wrong, but this was not the prophet mission.</w:t>
      </w:r>
    </w:p>
    <w:p>
      <w:pPr>
        <w:jc w:val="right"/>
      </w:pPr>
      <w:r>
        <w:t>الدو اٹ واز جینون۔ دیر واز نو رونگ، بٹ دس واز ناٹ دا پرافٹ میشن۔</w:t>
      </w:r>
    </w:p>
    <w:p>
      <w:r>
        <w:rPr>
          <w:b/>
        </w:rPr>
        <w:t xml:space="preserve">[21:08] </w:t>
      </w:r>
      <w:r>
        <w:t>this was not the prophet duty. prophet duty was to to make people aware of the creation plan of god.</w:t>
      </w:r>
    </w:p>
    <w:p>
      <w:pPr>
        <w:jc w:val="right"/>
      </w:pPr>
      <w:r>
        <w:t>دس واز ناٹ دا پرافٹ ڈیوٹی۔ پرافٹ ڈیوٹی واز ٹو ٹو میک پیپل اویئر اف دا کریشن پلان اف گاڈ۔</w:t>
      </w:r>
    </w:p>
    <w:p>
      <w:r>
        <w:rPr>
          <w:b/>
        </w:rPr>
        <w:t xml:space="preserve">[21:23] </w:t>
      </w:r>
      <w:r>
        <w:t>people were unaware what, what is the creation, who is the creator, what the creation mission, what the, what is the plan of creator, why we are here, what the purpose of our life,</w:t>
      </w:r>
    </w:p>
    <w:p>
      <w:pPr>
        <w:jc w:val="right"/>
      </w:pPr>
      <w:r>
        <w:t>پیپل وار ان اویئر واٹ، واٹ از دا کریشن، ہو از دا کریٹر، واٹ دا کریشن مشن، واٹ دا، واٹ از دا پلان اف کریٹر، وائی وی ار ہیر، واٹ دا پرپس اف اور لائف،</w:t>
      </w:r>
    </w:p>
    <w:p>
      <w:r>
        <w:rPr>
          <w:b/>
        </w:rPr>
        <w:t xml:space="preserve">[21:44] </w:t>
      </w:r>
      <w:r>
        <w:t>what is before death and what is after death. all these questions were akhirat oriented questions.</w:t>
      </w:r>
    </w:p>
    <w:p>
      <w:pPr>
        <w:jc w:val="right"/>
      </w:pPr>
      <w:r>
        <w:t>واٹ از بیفور ڈیتھ اینڈ واٹ از افٹر ڈیتھ۔ ال دس کوئسچنز ویر اخرت اورینٹڈ کوئسچنز۔</w:t>
      </w:r>
    </w:p>
    <w:p>
      <w:r>
        <w:rPr>
          <w:b/>
        </w:rPr>
        <w:t xml:space="preserve">[21:54] </w:t>
      </w:r>
      <w:r>
        <w:t>and prophet was sent for this purpose to make people aware of these questions. so, he strictly followed this path.</w:t>
      </w:r>
    </w:p>
    <w:p>
      <w:pPr>
        <w:jc w:val="right"/>
      </w:pPr>
      <w:r>
        <w:t>اینڈ پرافٹ واز سینڈ فار دس پرپس ٹو میک پیپل اویئر اف دیز کوئسچنز۔ سو، ہی سٹرکٹلی فالوڈ دس پاتھ۔</w:t>
      </w:r>
    </w:p>
    <w:p>
      <w:r>
        <w:rPr>
          <w:b/>
        </w:rPr>
        <w:t xml:space="preserve">[22:08] </w:t>
      </w:r>
      <w:r>
        <w:t>he never deviated from this path.</w:t>
      </w:r>
    </w:p>
    <w:p>
      <w:pPr>
        <w:jc w:val="right"/>
      </w:pPr>
      <w:r>
        <w:t>ہی نیور ڈیویٹڈ فرام دس پاتھ۔</w:t>
      </w:r>
    </w:p>
    <w:p>
      <w:r>
        <w:rPr>
          <w:b/>
        </w:rPr>
        <w:t xml:space="preserve">[22:13] </w:t>
      </w:r>
      <w:r>
        <w:t>so, that was the prophet model. his life started from seeking, from contemplation.</w:t>
      </w:r>
    </w:p>
    <w:p>
      <w:pPr>
        <w:jc w:val="right"/>
      </w:pPr>
      <w:r>
        <w:t>سو، دس واز دا پرافٹ ماڈل۔ ہز لائف اسٹارٹڈ فرام سیکنگ، فرام کنٹمپلیشن۔</w:t>
      </w:r>
    </w:p>
    <w:p>
      <w:r>
        <w:rPr>
          <w:b/>
        </w:rPr>
        <w:t xml:space="preserve">[22:24] </w:t>
      </w:r>
      <w:r>
        <w:t>deen, after discovery, when he realized the truth, he devoted his life in what I can say akhirat oriented mission,</w:t>
      </w:r>
    </w:p>
    <w:p>
      <w:pPr>
        <w:jc w:val="right"/>
      </w:pPr>
      <w:r>
        <w:t>دین، افٹر ڈسکوری، وین ہی ریلائز دا ٹروتھ، ہی ڈیوٹیڈ ہز لائف ان واٹ ائی کین سے اخرت اورینٹڈ مشن،</w:t>
      </w:r>
    </w:p>
    <w:p>
      <w:r>
        <w:rPr>
          <w:b/>
        </w:rPr>
        <w:t xml:space="preserve">[22:42] </w:t>
      </w:r>
      <w:r>
        <w:t>not dunya oriented mission. He devoted his life completely in akhirat oriented mission.</w:t>
      </w:r>
    </w:p>
    <w:p>
      <w:pPr>
        <w:jc w:val="right"/>
      </w:pPr>
      <w:r>
        <w:t>ناٹ دنیا اورینٹڈ مشن۔ ہی ڈیوٹیڈ ہز لائف کمپلیٹلی ان اخرت اورینٹڈ مشن۔</w:t>
      </w:r>
    </w:p>
    <w:p>
      <w:r>
        <w:rPr>
          <w:b/>
        </w:rPr>
        <w:t xml:space="preserve">[22:55] </w:t>
      </w:r>
      <w:r>
        <w:t>deen, prophet lived in Makkah up to thirteen years. All these thirty years, or these thirteen years,</w:t>
      </w:r>
    </w:p>
    <w:p>
      <w:pPr>
        <w:jc w:val="right"/>
      </w:pPr>
      <w:r>
        <w:t>دین، پرافٹ لیوڈ ان مکہ اپ ٹو تھرٹین ایئرز۔ ال دیز تھرٹی ایئرز، اور دی تھرٹین ایئرز،</w:t>
      </w:r>
    </w:p>
    <w:p>
      <w:r>
        <w:rPr>
          <w:b/>
        </w:rPr>
        <w:t xml:space="preserve">[23:08] </w:t>
      </w:r>
      <w:r>
        <w:t>he was busy in his mission. there are some other problems, not only in terms of economy, but so in terms of religion.</w:t>
      </w:r>
    </w:p>
    <w:p>
      <w:pPr>
        <w:jc w:val="right"/>
      </w:pPr>
      <w:r>
        <w:t>ہی واز بزی ان ہز مشن۔ دیر سم ادر پرابلمز، ناٹ اونلی ان ٹرم اف اکانومی، بلٹ سو ان ٹرم اف اف ریلیجن۔</w:t>
      </w:r>
    </w:p>
    <w:p>
      <w:r>
        <w:rPr>
          <w:b/>
        </w:rPr>
        <w:t xml:space="preserve">[23:21] </w:t>
      </w:r>
      <w:r>
        <w:t>also, for example, there was, you know, makkah was in makkah, there was kaaba.</w:t>
      </w:r>
    </w:p>
    <w:p>
      <w:pPr>
        <w:jc w:val="right"/>
      </w:pPr>
      <w:r>
        <w:t>السو، فار ایگزامپل، دیر واز، یو نو، مکہ واز ان مکہ، دیر واز کعبہ۔</w:t>
      </w:r>
    </w:p>
    <w:p>
      <w:r>
        <w:rPr>
          <w:b/>
        </w:rPr>
        <w:t xml:space="preserve">[23:31] </w:t>
      </w:r>
      <w:r>
        <w:t>kaaba was built by prophet ibrahim. so, kaaba was a house of tauheed, built by prophet ibrahim.</w:t>
      </w:r>
    </w:p>
    <w:p>
      <w:pPr>
        <w:jc w:val="right"/>
      </w:pPr>
      <w:r>
        <w:t>کعبہ واز بلٹ بائی پرافٹ ابراہیم۔ سو، کعبہ واز ا ہاؤس اف توحید، بلٹ بائی پرافٹ ابراہیم۔</w:t>
      </w:r>
    </w:p>
    <w:p>
      <w:r>
        <w:rPr>
          <w:b/>
        </w:rPr>
        <w:t xml:space="preserve">[23:46] </w:t>
      </w:r>
      <w:r>
        <w:t>but at that time, when prophet was born over there, quraish people were custodian of kaaba.</w:t>
      </w:r>
    </w:p>
    <w:p>
      <w:pPr>
        <w:jc w:val="right"/>
      </w:pPr>
      <w:r>
        <w:t>بٹ ایٹ دیٹ ٹائم، وین پرافٹ واز born اوور دیر، قریش پیپل ویر کسٹوڈین اف کعبہ۔</w:t>
      </w:r>
    </w:p>
    <w:p>
      <w:r>
        <w:rPr>
          <w:b/>
        </w:rPr>
        <w:t xml:space="preserve">[24:02] </w:t>
      </w:r>
      <w:r>
        <w:t>so, and they were mushrik at that time, idol worshippers. so, they placed 370 idols in the kaaba.</w:t>
      </w:r>
    </w:p>
    <w:p>
      <w:pPr>
        <w:jc w:val="right"/>
      </w:pPr>
      <w:r>
        <w:t>سو، اینڈ دے ویر مشرک ایٹ دیٹ ٹائم، ائیڈل ورشپرز۔ سو، دے پلیسڈ 370 ائیڈلز ان دا کعبہ۔</w:t>
      </w:r>
    </w:p>
    <w:p>
      <w:r>
        <w:rPr>
          <w:b/>
        </w:rPr>
        <w:t xml:space="preserve">[24:19] </w:t>
      </w:r>
      <w:r>
        <w:t>these idols were idols of the tribes. so, to attract all the tribes of arabia, they placed</w:t>
      </w:r>
    </w:p>
    <w:p>
      <w:pPr>
        <w:jc w:val="right"/>
      </w:pPr>
      <w:r>
        <w:t>دیز ائیڈلز ویر ائیڈلز اف دا ٹرائبس۔ سو، ٹو اٹریکٹ ال دا ٹرائبس اف عربیا، دے پلیسڈ</w:t>
      </w:r>
    </w:p>
    <w:p>
      <w:r>
        <w:rPr>
          <w:b/>
        </w:rPr>
        <w:t xml:space="preserve">[24:35] </w:t>
      </w:r>
      <w:r>
        <w:t>these idols.</w:t>
      </w:r>
    </w:p>
    <w:p>
      <w:pPr>
        <w:jc w:val="right"/>
      </w:pPr>
      <w:r>
        <w:t>دیز ائیڈلز۔</w:t>
      </w:r>
    </w:p>
    <w:p>
      <w:r>
        <w:rPr>
          <w:b/>
        </w:rPr>
        <w:t xml:space="preserve">[24:43] </w:t>
      </w:r>
      <w:r>
        <w:t>so, it was quite against the mission of the prophet of islam, because prophet of islam mission was to revive the, revive the deen of ibrahim,</w:t>
      </w:r>
    </w:p>
    <w:p>
      <w:pPr>
        <w:jc w:val="right"/>
      </w:pPr>
      <w:r>
        <w:t>سو، اٹ واز کوائٹ اگینسٹ دا مشن اف دا پرافٹ اف اسلام، بیکاز پرافٹ اف اسلام مشن واز ٹو ریوائیو دا، ریوائیو دا دین اف ابراہیم،</w:t>
      </w:r>
    </w:p>
    <w:p>
      <w:r>
        <w:rPr>
          <w:b/>
        </w:rPr>
        <w:t xml:space="preserve">[24:57] </w:t>
      </w:r>
      <w:r>
        <w:t>to</w:t>
      </w:r>
    </w:p>
    <w:p>
      <w:pPr>
        <w:jc w:val="right"/>
      </w:pPr>
      <w:r>
        <w:t>ٹو</w:t>
      </w:r>
    </w:p>
    <w:p>
      <w:r>
        <w:rPr>
          <w:b/>
        </w:rPr>
        <w:t xml:space="preserve">[25:01] </w:t>
      </w:r>
      <w:r>
        <w:t>discipline the message of tauheed. and that house, or that center, kaaba was center of tauheed.</w:t>
      </w:r>
    </w:p>
    <w:p>
      <w:pPr>
        <w:jc w:val="right"/>
      </w:pPr>
      <w:r>
        <w:t>ڈسپلینیٹ دا میسج اف توحید۔ اینڈ دیٹ ہاؤس، اور دیٹ سینٹر، کعبہ واز سینٹر اف توحید۔</w:t>
      </w:r>
    </w:p>
    <w:p>
      <w:r>
        <w:rPr>
          <w:b/>
        </w:rPr>
        <w:t xml:space="preserve">[25:15] </w:t>
      </w:r>
      <w:r>
        <w:t>in modern language, we can say that kaaba was center of tauheed.</w:t>
      </w:r>
    </w:p>
    <w:p>
      <w:pPr>
        <w:jc w:val="right"/>
      </w:pPr>
      <w:r>
        <w:t>ان ماڈرن لینگویج، وی کین سی دیٹ کعبہ واز سینٹر اف توحید۔</w:t>
      </w:r>
    </w:p>
    <w:p>
      <w:r>
        <w:rPr>
          <w:b/>
        </w:rPr>
        <w:t xml:space="preserve">[25:25] </w:t>
      </w:r>
      <w:r>
        <w:t>but prophet never tried to destroy these idols. why?</w:t>
      </w:r>
    </w:p>
    <w:p>
      <w:pPr>
        <w:jc w:val="right"/>
      </w:pPr>
      <w:r>
        <w:t>بٹ پرافٹ نیور ٹرائی ٹو ڈسٹرائے دیز ائیڈلز۔ وائی؟</w:t>
      </w:r>
    </w:p>
    <w:p>
      <w:r>
        <w:rPr>
          <w:b/>
        </w:rPr>
        <w:t xml:space="preserve">[25:34] </w:t>
      </w:r>
      <w:r>
        <w:t>because this, there was a risk, risk of, risk of fighting, risk of conflict, risk of war.</w:t>
      </w:r>
    </w:p>
    <w:p>
      <w:pPr>
        <w:jc w:val="right"/>
      </w:pPr>
      <w:r>
        <w:t>بیکاز دس، دیر واز ا رسک، رسک اف، رسک اف فائٹنگ، رسک اف کانفلکٹ، رسک اف وار۔</w:t>
      </w:r>
    </w:p>
    <w:p>
      <w:r>
        <w:rPr>
          <w:b/>
        </w:rPr>
        <w:t xml:space="preserve">[25:48] </w:t>
      </w:r>
      <w:r>
        <w:t>so, he avoided. he tolerated those idols. he wanted to to run his mission smoothly, without any problem,</w:t>
      </w:r>
    </w:p>
    <w:p>
      <w:pPr>
        <w:jc w:val="right"/>
      </w:pPr>
      <w:r>
        <w:t>سو، ہی اوائیڈڈ۔ ہی ٹولریٹڈ دوز ائیڈلز۔ ہی وانٹڈ ٹو ٹو رن ہز مشن سموتھلی، وداؤٹ اینی پرابلم،</w:t>
      </w:r>
    </w:p>
    <w:p>
      <w:r>
        <w:rPr>
          <w:b/>
        </w:rPr>
        <w:t xml:space="preserve">[26:06] </w:t>
      </w:r>
      <w:r>
        <w:t>peacefully. so, he accepted internal adjustment.</w:t>
      </w:r>
    </w:p>
    <w:p>
      <w:pPr>
        <w:jc w:val="right"/>
      </w:pPr>
      <w:r>
        <w:t>پیس فلی۔ سو، ہی ایکسیپٹڈ انریٹرل ایڈجسٹمنٹ۔</w:t>
      </w:r>
    </w:p>
    <w:p>
      <w:r>
        <w:rPr>
          <w:b/>
        </w:rPr>
        <w:t xml:space="preserve">[26:14] </w:t>
      </w:r>
      <w:r>
        <w:t>it was a kind of internal adjustment, and it worked.</w:t>
      </w:r>
    </w:p>
    <w:p>
      <w:pPr>
        <w:jc w:val="right"/>
      </w:pPr>
      <w:r>
        <w:t>اٹ واز ا کائنڈ اف انریٹرل ایڈجسٹمنٹ، اینڈ اٹ ورکڈ۔</w:t>
      </w:r>
    </w:p>
    <w:p>
      <w:r>
        <w:rPr>
          <w:b/>
        </w:rPr>
        <w:t xml:space="preserve">[26:24] </w:t>
      </w:r>
      <w:r>
        <w:t>due to this internal adjustment, he was able to discipline the message of tauheed in makkah.</w:t>
      </w:r>
    </w:p>
    <w:p>
      <w:pPr>
        <w:jc w:val="right"/>
      </w:pPr>
      <w:r>
        <w:t>ڈیو ٹو دس انریٹرل ایڈجسٹمنٹ، ہی واز ایبل ٹو ڈسپلینیٹ دا میسج اف توحید ان مکہ۔</w:t>
      </w:r>
    </w:p>
    <w:p>
      <w:r>
        <w:rPr>
          <w:b/>
        </w:rPr>
        <w:t xml:space="preserve">[26:37] </w:t>
      </w:r>
      <w:r>
        <w:t>instead going to to any kind of conflict, he make dua. for example, he said in a dua, "allahumma izzil islam bi ahad il umrain." there were two persons,</w:t>
      </w:r>
    </w:p>
    <w:p>
      <w:pPr>
        <w:jc w:val="right"/>
      </w:pPr>
      <w:r>
        <w:t>انسٹیڈ گوئنگ ٹو ٹو اینی کائنڈ اف کانفلکٹ، ہی میک دعا۔ فار ایگزامپل، ہی سیڈ ان ا دعا، "اللہم اذل اسلام باحد العمرین۔" دیر وار ٹو پرسنز،</w:t>
      </w:r>
    </w:p>
    <w:p>
      <w:r>
        <w:rPr>
          <w:b/>
        </w:rPr>
        <w:t xml:space="preserve">[26:56] </w:t>
      </w:r>
      <w:r>
        <w:t>both were umar, abd ibn hisham and umar ibn khattab.</w:t>
      </w:r>
    </w:p>
    <w:p>
      <w:pPr>
        <w:jc w:val="right"/>
      </w:pPr>
      <w:r>
        <w:t>بوتھ وار عمر، عبد ابن ہشام اینڈ عمر ابن خطاب۔</w:t>
      </w:r>
    </w:p>
    <w:p>
      <w:r>
        <w:rPr>
          <w:b/>
        </w:rPr>
        <w:t xml:space="preserve">[27:04] </w:t>
      </w:r>
      <w:r>
        <w:t>these two persons were, were,</w:t>
      </w:r>
    </w:p>
    <w:p>
      <w:pPr>
        <w:jc w:val="right"/>
      </w:pPr>
      <w:r>
        <w:t>دیز ٹو پرسنز ویر، ویر،</w:t>
      </w:r>
    </w:p>
    <w:p>
      <w:r>
        <w:rPr>
          <w:b/>
        </w:rPr>
        <w:t xml:space="preserve">[27:11] </w:t>
      </w:r>
      <w:r>
        <w:t>were very, very intelligent persons. both were leader of the, leader of that time.</w:t>
      </w:r>
    </w:p>
    <w:p>
      <w:pPr>
        <w:jc w:val="right"/>
      </w:pPr>
      <w:r>
        <w:t>ویر ویری، ویری انٹیلیجنٹ پرسنز۔ بوتھ ویر لیڈر اف دی، لیڈر اف دیٹ ٹائم۔</w:t>
      </w:r>
    </w:p>
    <w:p>
      <w:r>
        <w:rPr>
          <w:b/>
        </w:rPr>
        <w:t xml:space="preserve">[27:20] </w:t>
      </w:r>
      <w:r>
        <w:t>so, prophet make dua, "o god,</w:t>
      </w:r>
    </w:p>
    <w:p>
      <w:pPr>
        <w:jc w:val="right"/>
      </w:pPr>
      <w:r>
        <w:t>سو، پرافٹ میک دعا، "او گاڈ،</w:t>
      </w:r>
    </w:p>
    <w:p>
      <w:r>
        <w:rPr>
          <w:b/>
        </w:rPr>
        <w:t xml:space="preserve">[27:29] </w:t>
      </w:r>
      <w:r>
        <w:t>give them tofeeq that they may accept my mission." so, his dua was fulfilled for umar bin khattab.</w:t>
      </w:r>
    </w:p>
    <w:p>
      <w:pPr>
        <w:jc w:val="right"/>
      </w:pPr>
      <w:r>
        <w:t>گیو دیم توفیق دیٹ دے می ایکسیپٹ مائی مشن۔" سو، ہز دعا واز فلفل فار عمر بن خطاب۔</w:t>
      </w:r>
    </w:p>
    <w:p>
      <w:r>
        <w:rPr>
          <w:b/>
        </w:rPr>
        <w:t xml:space="preserve">[27:43] </w:t>
      </w:r>
      <w:r>
        <w:t>he accepted islam. so, this was his method in makkah. he was engaged in in his mission</w:t>
      </w:r>
    </w:p>
    <w:p>
      <w:pPr>
        <w:jc w:val="right"/>
      </w:pPr>
      <w:r>
        <w:t>ہی ایکسیپٹڈ اسلام۔ سو، دس واز ہز میتھڈ ان مکہ۔ ہی واز انگیجڈ ان ان ہز مشن</w:t>
      </w:r>
    </w:p>
    <w:p>
      <w:r>
        <w:rPr>
          <w:b/>
        </w:rPr>
        <w:t xml:space="preserve">[27:59] </w:t>
      </w:r>
      <w:r>
        <w:t>with observing peace completely. he adopted peaceful method in complete sense of the word.</w:t>
      </w:r>
    </w:p>
    <w:p>
      <w:pPr>
        <w:jc w:val="right"/>
      </w:pPr>
      <w:r>
        <w:t>ود ابزروونگ پیس کمپلیٹلی۔ ہی اڈاپٹڈ پیس فل میتھڈ ان کمپلیٹ سینس اف دا ورڈ۔</w:t>
      </w:r>
    </w:p>
    <w:p>
      <w:r>
        <w:rPr>
          <w:b/>
        </w:rPr>
        <w:t xml:space="preserve">[28:12] </w:t>
      </w:r>
      <w:r>
        <w:t>and where there were problems, he tried to make dua. so, peaceful method and dua, this was two point formula for him at that time.</w:t>
      </w:r>
    </w:p>
    <w:p>
      <w:pPr>
        <w:jc w:val="right"/>
      </w:pPr>
      <w:r>
        <w:t>اینڈ ویر دیر وار پرابلمز، ہی ٹرائی ٹو میک دعا۔ سو، پیس فل میتھڈ اینڈ دعا، دس واز ٹو پوائنٹ فارمولا فار ہم ایٹ دیٹ ٹائم۔</w:t>
      </w:r>
    </w:p>
    <w:p>
      <w:r>
        <w:rPr>
          <w:b/>
        </w:rPr>
        <w:t xml:space="preserve">[28:25] </w:t>
      </w:r>
      <w:r>
        <w:t>his whole mission was based on these two things, dua and peaceful preaching of his, of his mission.</w:t>
      </w:r>
    </w:p>
    <w:p>
      <w:pPr>
        <w:jc w:val="right"/>
      </w:pPr>
      <w:r>
        <w:t>ہز ہول مشن واز بیسڈ ان دیز ٹو تھنگز، دعا اینڈ پیس فل پریچنگ اف ہز، اف ہز مشن۔</w:t>
      </w:r>
    </w:p>
    <w:p>
      <w:r>
        <w:rPr>
          <w:b/>
        </w:rPr>
        <w:t xml:space="preserve">[28:40] </w:t>
      </w:r>
      <w:r>
        <w:t>so, this was the prophetic model. he never engaged in politics. even at that time, at some juncture, they offer him</w:t>
      </w:r>
    </w:p>
    <w:p>
      <w:pPr>
        <w:jc w:val="right"/>
      </w:pPr>
      <w:r>
        <w:t>سو، دس واز دا پرافیٹک ماڈل۔ ہی نیور انگیجڈ ان پولیٹکس۔ ایون ایٹ دیٹ ٹائم، ایٹ سم جنکچر، دے افر ہم</w:t>
      </w:r>
    </w:p>
    <w:p>
      <w:r>
        <w:rPr>
          <w:b/>
        </w:rPr>
        <w:t xml:space="preserve">[28:56] </w:t>
      </w:r>
      <w:r>
        <w:t>political leadership. they said that, "honor malikna, if you want leadership, we will give leadership, political leadership.</w:t>
      </w:r>
    </w:p>
    <w:p>
      <w:pPr>
        <w:jc w:val="right"/>
      </w:pPr>
      <w:r>
        <w:t>پولیٹیکل لیڈرشپ۔ دے سیڈ دیٹ، "انری ملکنا، اف یو وانٹ لیڈرشپ، وی ویل گیو لیڈرشپ، پولیٹیکل لیڈرشپ۔</w:t>
      </w:r>
    </w:p>
    <w:p>
      <w:r>
        <w:rPr>
          <w:b/>
        </w:rPr>
        <w:t xml:space="preserve">[29:10] </w:t>
      </w:r>
      <w:r>
        <w:t>if you want political leadership, we will give leadership." but he said, "no, ma atrab al mulk alaikum.</w:t>
      </w:r>
    </w:p>
    <w:p>
      <w:pPr>
        <w:jc w:val="right"/>
      </w:pPr>
      <w:r>
        <w:t>اف یو وانٹ پولیٹیکل لیڈرشپ، وی ویل گیو لیڈرشپ۔" بٹ ہی سیڈ، "نو، ما عطرب الملک علیکم۔</w:t>
      </w:r>
    </w:p>
    <w:p>
      <w:r>
        <w:rPr>
          <w:b/>
        </w:rPr>
        <w:t xml:space="preserve">[29:23] </w:t>
      </w:r>
      <w:r>
        <w:t>it is not by aim, it is my, it is not by ambition to become a ruler, to become a political leader.</w:t>
      </w:r>
    </w:p>
    <w:p>
      <w:pPr>
        <w:jc w:val="right"/>
      </w:pPr>
      <w:r>
        <w:t>اٹ از ناٹ بائی ایم، اٹ از مائی، اٹ از ناٹ بائی ایمبیشن ٹو بیکم ا رولر، ٹو بیکم ا پولیٹیکل لیڈر۔</w:t>
      </w:r>
    </w:p>
    <w:p>
      <w:r>
        <w:rPr>
          <w:b/>
        </w:rPr>
        <w:t xml:space="preserve">[29:33] </w:t>
      </w:r>
      <w:r>
        <w:t>it is not by goal, is not by target, is not by ambitions." so, prophet of islam was a kind of quran, "laqad kana rasool fi rasool allah hasanah." prophet of islam was a good example.</w:t>
      </w:r>
    </w:p>
    <w:p>
      <w:pPr>
        <w:jc w:val="right"/>
      </w:pPr>
      <w:r>
        <w:t>اٹ از ناٹ بائی گول، از ناٹ بائی ٹارگٹ، از ناٹ بائی ایمبیشنز۔" سو، پرافٹ اف اسلام واز ا کائنڈ اف قرآن، "لقد کان رسول فی رسول اللہ حسنہ۔" پرافٹ اف اسلام واز ا گڈ ایگزیمپل۔</w:t>
      </w:r>
    </w:p>
    <w:p>
      <w:r>
        <w:rPr>
          <w:b/>
        </w:rPr>
        <w:t xml:space="preserve">[29:52] </w:t>
      </w:r>
      <w:r>
        <w:t>he was best model for all the believers. and what was his model?</w:t>
      </w:r>
    </w:p>
    <w:p>
      <w:pPr>
        <w:jc w:val="right"/>
      </w:pPr>
      <w:r>
        <w:t>ہی واز بیسٹ ماڈل فار ال دا بیلیورز۔ اینڈ واٹ واز ہز ماڈل؟</w:t>
      </w:r>
    </w:p>
    <w:p>
      <w:r>
        <w:rPr>
          <w:b/>
        </w:rPr>
        <w:t xml:space="preserve">[30:01] </w:t>
      </w:r>
      <w:r>
        <w:t>he started his life from contemplation. and when he discovered the truth, he started his mission</w:t>
      </w:r>
    </w:p>
    <w:p>
      <w:pPr>
        <w:jc w:val="right"/>
      </w:pPr>
      <w:r>
        <w:t>ہی سٹارٹڈ ہز لائف فرام کنٹمپلیشن۔ اینڈ وین ہی ڈسکورڈ دا ٹروتھ، ہی سٹارٹڈ ہز مشن</w:t>
      </w:r>
    </w:p>
    <w:p>
      <w:r>
        <w:rPr>
          <w:b/>
        </w:rPr>
        <w:t xml:space="preserve">[30:16] </w:t>
      </w:r>
      <w:r>
        <w:t>by following peaceful method. he tolerated all those evils that were wide spread in makkah.</w:t>
      </w:r>
    </w:p>
    <w:p>
      <w:pPr>
        <w:jc w:val="right"/>
      </w:pPr>
      <w:r>
        <w:t>بائے فالونگ پیس فل میتھڈ۔ ہی ٹولریٹڈ ال دوز ایولز دیٹ ویر وائیڈ سپریڈ ان مکہ۔</w:t>
      </w:r>
    </w:p>
    <w:p>
      <w:r>
        <w:rPr>
          <w:b/>
        </w:rPr>
        <w:t xml:space="preserve">[30:27] </w:t>
      </w:r>
      <w:r>
        <w:t>he never tried to go to conflict. he never tried to go to to war.</w:t>
      </w:r>
    </w:p>
    <w:p>
      <w:pPr>
        <w:jc w:val="right"/>
      </w:pPr>
      <w:r>
        <w:t>ہی نیور ٹرائیڈ ٹو گو ٹو کانفلکٹ۔ ہی نیور ٹرائیڈ ٹو گو ٹو ٹو وار۔</w:t>
      </w:r>
    </w:p>
    <w:p>
      <w:r>
        <w:rPr>
          <w:b/>
        </w:rPr>
        <w:t xml:space="preserve">[30:35] </w:t>
      </w:r>
      <w:r>
        <w:t>so, this he,</w:t>
      </w:r>
    </w:p>
    <w:p>
      <w:pPr>
        <w:jc w:val="right"/>
      </w:pPr>
      <w:r>
        <w:t>سو، دس ہی،</w:t>
      </w:r>
    </w:p>
    <w:p>
      <w:r>
        <w:rPr>
          <w:b/>
        </w:rPr>
        <w:t xml:space="preserve">[30:39] </w:t>
      </w:r>
      <w:r>
        <w:t>this he preached his mission in madinah. and it, it worked.</w:t>
      </w:r>
    </w:p>
    <w:p>
      <w:pPr>
        <w:jc w:val="right"/>
      </w:pPr>
      <w:r>
        <w:t>دس ہی پریڈ ہز مشن ان مدینہ۔ اینڈ اٹ، اٹ ورکڈ۔</w:t>
      </w:r>
    </w:p>
    <w:p>
      <w:r>
        <w:rPr>
          <w:b/>
        </w:rPr>
        <w:t xml:space="preserve">[30:48] </w:t>
      </w:r>
      <w:r>
        <w:t>he was able to to,</w:t>
      </w:r>
    </w:p>
    <w:p>
      <w:pPr>
        <w:jc w:val="right"/>
      </w:pPr>
      <w:r>
        <w:t>ہی واز ایبل ٹو ٹو،</w:t>
      </w:r>
    </w:p>
    <w:p>
      <w:r>
        <w:rPr>
          <w:b/>
        </w:rPr>
        <w:t xml:space="preserve">[30:54] </w:t>
      </w:r>
      <w:r>
        <w:t>he was able to to find all those people, all those people who were, who were,</w:t>
      </w:r>
    </w:p>
    <w:p>
      <w:pPr>
        <w:jc w:val="right"/>
      </w:pPr>
      <w:r>
        <w:t>ہی واز ایبل ٹو ٹو فائنڈ ال دوز پیپل، ال دوز پیپل ہو ویر، ہو ویر،</w:t>
      </w:r>
    </w:p>
    <w:p>
      <w:r>
        <w:rPr>
          <w:b/>
        </w:rPr>
        <w:t xml:space="preserve">[31:10] </w:t>
      </w:r>
      <w:r>
        <w:t>who were pious, who were seeker, who were honest. they came to his fold. they accepted islam. all those people who we call</w:t>
      </w:r>
    </w:p>
    <w:p>
      <w:pPr>
        <w:jc w:val="right"/>
      </w:pPr>
      <w:r>
        <w:t>ہو ویر پائس، ہو ویر سیکر، ہو ویر اونسٹ۔ دے کیم ٹو ہز فولڈ۔ دے ایکسیپٹڈ اسلام۔ ال دوز پیپل ہو وی کال</w:t>
      </w:r>
    </w:p>
    <w:p>
      <w:r>
        <w:rPr>
          <w:b/>
        </w:rPr>
        <w:t xml:space="preserve">[31:26] </w:t>
      </w:r>
      <w:r>
        <w:t>ajil sahaba, big sahaba, great companions. they accepted islam in this period, enduring makkah period.</w:t>
      </w:r>
    </w:p>
    <w:p>
      <w:pPr>
        <w:jc w:val="right"/>
      </w:pPr>
      <w:r>
        <w:t>اجل صحابہ، بگ صحابہ، گریٹ کمپینینز۔ دے ایکسیپٹڈ اسلام ان دس پیریڈ، انڈیورنگ مکہ پیریڈ۔</w:t>
      </w:r>
    </w:p>
    <w:p>
      <w:r>
        <w:rPr>
          <w:b/>
        </w:rPr>
        <w:t xml:space="preserve">[31:38] </w:t>
      </w:r>
      <w:r>
        <w:t>like hazrat abu bakr, like hazrat umar, like hazrat usman, like hazrat ali, like hazrat abu ubaidah ibn al jarrah, and so many other people.</w:t>
      </w:r>
    </w:p>
    <w:p>
      <w:pPr>
        <w:jc w:val="right"/>
      </w:pPr>
      <w:r>
        <w:t>لائک حضرت ابوبکر، لائک حضرت عمر، لائک حضرت عثمان، لائک حضرت علی، لائک حضرت ابو عبیدہ ابن جراح، اینڈ سو مینی ادر پیپل۔</w:t>
      </w:r>
    </w:p>
    <w:p>
      <w:r>
        <w:rPr>
          <w:b/>
        </w:rPr>
        <w:t xml:space="preserve">[31:53] </w:t>
      </w:r>
      <w:r>
        <w:t>so, this was the outcome of peaceful method. this was outcome of following complete avoidance.</w:t>
      </w:r>
    </w:p>
    <w:p>
      <w:pPr>
        <w:jc w:val="right"/>
      </w:pPr>
      <w:r>
        <w:t>سو، دس واز دا اؤٹ کم اف پیس فل میتھڈ۔ دس واز اؤٹ کم اف فالونگ کمپلیٹ اوائیڈنس۔</w:t>
      </w:r>
    </w:p>
    <w:p>
      <w:r>
        <w:rPr>
          <w:b/>
        </w:rPr>
        <w:t xml:space="preserve">[32:07] </w:t>
      </w:r>
      <w:r>
        <w:t>deen</w:t>
      </w:r>
    </w:p>
    <w:p>
      <w:pPr>
        <w:jc w:val="right"/>
      </w:pPr>
      <w:r>
        <w:t>دین</w:t>
      </w:r>
    </w:p>
    <w:p>
      <w:r>
        <w:rPr>
          <w:b/>
        </w:rPr>
        <w:t xml:space="preserve">[32:11] </w:t>
      </w:r>
      <w:r>
        <w:t>prophet, deen, deen when quraish saw that people are accepting muhammad religion and it is, it is best of our people are going to his fold.</w:t>
      </w:r>
    </w:p>
    <w:p>
      <w:pPr>
        <w:jc w:val="right"/>
      </w:pPr>
      <w:r>
        <w:t>پرافٹ، دین، دین وین قریش سا دیٹ پیپل ار ایکسیپٹنگ محمد ریلیجن اینڈ اٹ از، اٹ از بیسٹ اف اور پیپل ار گوئنگ ٹو ہز فولڈ۔</w:t>
      </w:r>
    </w:p>
    <w:p>
      <w:r>
        <w:rPr>
          <w:b/>
        </w:rPr>
        <w:t xml:space="preserve">[32:31] </w:t>
      </w:r>
      <w:r>
        <w:t>so, they turn hostile. they wanted to wage a war againt Muhammad and his companions.</w:t>
      </w:r>
    </w:p>
    <w:p>
      <w:pPr>
        <w:jc w:val="right"/>
      </w:pPr>
      <w:r>
        <w:t>سو، دے ٹرن ہوسٹائل۔ دے وانٹڈ ٹو ویج ا وار اگینسٹ محمد اینڈ ہز کمپینینز۔</w:t>
      </w:r>
    </w:p>
    <w:p>
      <w:r>
        <w:rPr>
          <w:b/>
        </w:rPr>
        <w:t xml:space="preserve">[32:43] </w:t>
      </w:r>
      <w:r>
        <w:t>deen Muhammad sal-lal-lahu alaihi wasallam</w:t>
      </w:r>
    </w:p>
    <w:p>
      <w:pPr>
        <w:jc w:val="right"/>
      </w:pPr>
      <w:r>
        <w:t>دین محمد صلی اللہ علیہ وسلم</w:t>
      </w:r>
    </w:p>
    <w:p>
      <w:r>
        <w:rPr>
          <w:b/>
        </w:rPr>
        <w:t xml:space="preserve">[32:48] </w:t>
      </w:r>
      <w:r>
        <w:t>decided to migrate Mecca.</w:t>
      </w:r>
    </w:p>
    <w:p>
      <w:pPr>
        <w:jc w:val="right"/>
      </w:pPr>
      <w:r>
        <w:t>ڈیسائیڈڈ ٹو مائیگریٹ مکہ۔</w:t>
      </w:r>
    </w:p>
    <w:p>
      <w:r>
        <w:rPr>
          <w:b/>
        </w:rPr>
        <w:t xml:space="preserve">[32:54] </w:t>
      </w:r>
      <w:r>
        <w:t>then at that time, there were more than hundred sahaba with him, and all these sahaba were very, very loyal to him.</w:t>
      </w:r>
    </w:p>
    <w:p>
      <w:pPr>
        <w:jc w:val="right"/>
      </w:pPr>
      <w:r>
        <w:t>الدو ایٹ دیٹ ٹائم، دیر وار مور دین ہنڈرڈ صحابہ ود ہم، اینڈ ال دیز صحابہ ویر ویری، ویری لائل ٹو ہم۔</w:t>
      </w:r>
    </w:p>
    <w:p>
      <w:r>
        <w:rPr>
          <w:b/>
        </w:rPr>
        <w:t xml:space="preserve">[33:05] </w:t>
      </w:r>
      <w:r>
        <w:t>but he never tried to go to war.</w:t>
      </w:r>
    </w:p>
    <w:p>
      <w:pPr>
        <w:jc w:val="right"/>
      </w:pPr>
      <w:r>
        <w:t>بٹ ہی نیور ٹرائیڈ ٹو گو ٹو وار۔</w:t>
      </w:r>
    </w:p>
    <w:p>
      <w:r>
        <w:rPr>
          <w:b/>
        </w:rPr>
        <w:t xml:space="preserve">[33:11] </w:t>
      </w:r>
      <w:r>
        <w:t>he decided to leave Mecca. so, he migrated from Mecca and he settle to, settle in Medina.</w:t>
      </w:r>
    </w:p>
    <w:p>
      <w:pPr>
        <w:jc w:val="right"/>
      </w:pPr>
      <w:r>
        <w:t>ہی ڈیسائیڈڈ ٹو لیو مکہ۔ سو، ہی مائیگریٹڈ فرام مکہ اینڈ ہی سیٹل ٹو، سیٹل ان مدینہ۔</w:t>
      </w:r>
    </w:p>
    <w:p>
      <w:r>
        <w:rPr>
          <w:b/>
        </w:rPr>
        <w:t xml:space="preserve">[33:26] </w:t>
      </w:r>
      <w:r>
        <w:t>this is called, this event is called Hijrah in Islamic history.</w:t>
      </w:r>
    </w:p>
    <w:p>
      <w:pPr>
        <w:jc w:val="right"/>
      </w:pPr>
      <w:r>
        <w:t>دس از کالڈ، دس ایونٹ از کالڈ ہجرہ ان اسلامک ہسٹری۔</w:t>
      </w:r>
    </w:p>
    <w:p>
      <w:r>
        <w:rPr>
          <w:b/>
        </w:rPr>
        <w:t xml:space="preserve">[33:34] </w:t>
      </w:r>
      <w:r>
        <w:t>then when he reached</w:t>
      </w:r>
    </w:p>
    <w:p>
      <w:pPr>
        <w:jc w:val="right"/>
      </w:pPr>
      <w:r>
        <w:t>دین وین ہی ریچڈ</w:t>
      </w:r>
    </w:p>
    <w:p>
      <w:r>
        <w:rPr>
          <w:b/>
        </w:rPr>
        <w:t xml:space="preserve">[33:41] </w:t>
      </w:r>
      <w:r>
        <w:t>Medina, what he, what message he gave to them? in the first, in the, in the first sermon he delivered in Medina, he said,</w:t>
      </w:r>
    </w:p>
    <w:p>
      <w:pPr>
        <w:jc w:val="right"/>
      </w:pPr>
      <w:r>
        <w:t>مدینہ، واٹ ہی، واٹ میسج ہی گیو ٹو دیم؟ ان دا فرسٹ، ان دا، ان دا فرسٹ سرمن ہی ڈیلیورڈ ان مدینہ، ہی سیڈ،</w:t>
      </w:r>
    </w:p>
    <w:p>
      <w:r>
        <w:rPr>
          <w:b/>
        </w:rPr>
        <w:t xml:space="preserve">[33:57] </w:t>
      </w:r>
      <w:r>
        <w:t>"Ae naas, ittaq-un-naar</w:t>
      </w:r>
    </w:p>
    <w:p>
      <w:pPr>
        <w:jc w:val="right"/>
      </w:pPr>
      <w:r>
        <w:t>"ایہ الناس، اتق النار</w:t>
      </w:r>
    </w:p>
    <w:p>
      <w:r>
        <w:rPr>
          <w:b/>
        </w:rPr>
        <w:t xml:space="preserve">[34:01] </w:t>
      </w:r>
      <w:r>
        <w:t>, bolo beshak!" this was the first message he gave to Medina people.</w:t>
      </w:r>
    </w:p>
    <w:p>
      <w:pPr>
        <w:jc w:val="right"/>
      </w:pPr>
      <w:r>
        <w:t>، بولو بے شک!" دس واز دا فرسٹ میسج ہی گیو ٹو مدینہ پیپل۔</w:t>
      </w:r>
    </w:p>
    <w:p>
      <w:r>
        <w:rPr>
          <w:b/>
        </w:rPr>
        <w:t xml:space="preserve">[34:15] </w:t>
      </w:r>
      <w:r>
        <w:t>it means that, "O people, O people of Medina, save yourself from hell fire at any cost!" ittaq-un-naar,</w:t>
      </w:r>
    </w:p>
    <w:p>
      <w:pPr>
        <w:jc w:val="right"/>
      </w:pPr>
      <w:r>
        <w:t>اٹ مینز دیٹ، "او پیپل، او پیپل اف مدینہ، سیو یور سیلف فرام ہیل فائر ایٹ اینی کاسٹ!" اتق النار،</w:t>
      </w:r>
    </w:p>
    <w:p>
      <w:r>
        <w:rPr>
          <w:b/>
        </w:rPr>
        <w:t xml:space="preserve">[34:31] </w:t>
      </w:r>
      <w:r>
        <w:t>"bolo beshak!" "O people of Medina, save yourself from hell fire at any cost!"</w:t>
      </w:r>
    </w:p>
    <w:p>
      <w:pPr>
        <w:jc w:val="right"/>
      </w:pPr>
      <w:r>
        <w:t>بولو بے شک! "او پیپل اف مدینہ، سیو یور سیلف فرام ہیل فائر ایٹ اینی کاسٹ!"</w:t>
      </w:r>
    </w:p>
    <w:p>
      <w:r>
        <w:rPr>
          <w:b/>
        </w:rPr>
        <w:t xml:space="preserve">[34:45] </w:t>
      </w:r>
      <w:r>
        <w:t>again, you can see that prophets, what was the prophets concern? his concern was not anything.</w:t>
      </w:r>
    </w:p>
    <w:p>
      <w:pPr>
        <w:jc w:val="right"/>
      </w:pPr>
      <w:r>
        <w:t>اگین، یو کین سی دیٹ پرافٹس، واٹ واز دا پرافٹس کنسرن؟ ہز کنسرن واز ناٹ اینی تھنگ۔</w:t>
      </w:r>
    </w:p>
    <w:p>
      <w:r>
        <w:rPr>
          <w:b/>
        </w:rPr>
        <w:t xml:space="preserve">[35:00] </w:t>
      </w:r>
      <w:r>
        <w:t>his concern was not to gain political power, to gain some worldly interest. no, his concern was to make people aware of the creation plan of God.</w:t>
      </w:r>
    </w:p>
    <w:p>
      <w:pPr>
        <w:jc w:val="right"/>
      </w:pPr>
      <w:r>
        <w:t>ہز کنسرن واز ناٹ ٹو گین پولیٹیکل پاور، ٹو گین سم ورلڈلی انٹرسٹ۔ نو، ہز کنسرن واز ٹو میک پیپل اویئر اف دا کرسچن پلان اف گاڈ۔</w:t>
      </w:r>
    </w:p>
    <w:p>
      <w:r>
        <w:rPr>
          <w:b/>
        </w:rPr>
        <w:t xml:space="preserve">[35:14] </w:t>
      </w:r>
      <w:r>
        <w:t>he</w:t>
      </w:r>
    </w:p>
    <w:p>
      <w:pPr>
        <w:jc w:val="right"/>
      </w:pPr>
      <w:r>
        <w:t>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