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November 14, 2021 Prof. Farida Khanam.</w:t>
      </w:r>
    </w:p>
    <w:p>
      <w:r>
        <w:t>https://www.youtube.com/watch?v=Jzd4BVEj8Lc</w:t>
      </w:r>
    </w:p>
    <w:p>
      <w:r>
        <w:rPr>
          <w:b/>
        </w:rPr>
        <w:t xml:space="preserve">[00:13] </w:t>
      </w:r>
      <w:r>
        <w:t>bismillah-hir-rahman-nir-rahim. assalam-o-alaikum-wa-rahmatullah. aaj hamara topic hai "creation plan of God".</w:t>
      </w:r>
    </w:p>
    <w:p>
      <w:pPr>
        <w:jc w:val="right"/>
      </w:pPr>
      <w:r>
        <w:t>بسم اللہ الرحمن الرحیم۔ السلام علیکم ورحمۃ اللہ۔ آج ہمارا ٹاپک ہے "کریشن پلان آف گاڈ"۔</w:t>
      </w:r>
    </w:p>
    <w:p>
      <w:r>
        <w:rPr>
          <w:b/>
        </w:rPr>
        <w:t xml:space="preserve">[00:26] </w:t>
      </w:r>
      <w:r>
        <w:t>is par Maulana sahib ne to bohat likha hai, lekin ek kitaab hai jis ka naam hai "Maqsad-e-Hayat", aur English mein is ka naam hai "Purpose of Creation".</w:t>
      </w:r>
    </w:p>
    <w:p>
      <w:pPr>
        <w:jc w:val="right"/>
      </w:pPr>
      <w:r>
        <w:t>اس پر مولانا صاحب نے تو بہت لکھا ہے، لیکن ایک کتاب ہے جس کا نام ہے "مقصد حیات"، اور انگلش میں اس کا نام ہے "Purpose of Creation"۔</w:t>
      </w:r>
    </w:p>
    <w:p>
      <w:r>
        <w:rPr>
          <w:b/>
        </w:rPr>
        <w:t xml:space="preserve">[00:40] </w:t>
      </w:r>
      <w:r>
        <w:t>to is mein kafi detail mein sab baatein hain.</w:t>
      </w:r>
    </w:p>
    <w:p>
      <w:pPr>
        <w:jc w:val="right"/>
      </w:pPr>
      <w:r>
        <w:t>تو اس میں کافی ڈیٹیل میں سب باتیں ہیں۔</w:t>
      </w:r>
    </w:p>
    <w:p>
      <w:r>
        <w:rPr>
          <w:b/>
        </w:rPr>
        <w:t xml:space="preserve">[00:47] </w:t>
      </w:r>
      <w:r>
        <w:t>to Maulana sahib likhte hain ke ek insaan jis ne, uh, sayarah zameen ko na dekha ho, aur woh ek tez raftaar khalaai jahaz se poori kainaat ka safar kare,</w:t>
      </w:r>
    </w:p>
    <w:p>
      <w:pPr>
        <w:jc w:val="right"/>
      </w:pPr>
      <w:r>
        <w:t>تو مولانا صاحب لکھتے ہیں کہ ایک انسان جس نے، اہ، سیارہ زمین کو نہ دیکھا ہو، اور وہ ایک تیز رفتار خلائی جہاز سے پوری کائنات کا سفر کرے،</w:t>
      </w:r>
    </w:p>
    <w:p>
      <w:r>
        <w:rPr>
          <w:b/>
        </w:rPr>
        <w:t xml:space="preserve">[01:03] </w:t>
      </w:r>
      <w:r>
        <w:t>aur us ke baad woh pehli baar is planet Earth par utre, to woh bilkul achaanak ek mabhut ho jayega, hairaan ho jayega, kyunke yahan par woh jo cheezein dekhega, ek dam anokhi noiyat ki, yahan par hayat bakhsh cheezein,</w:t>
      </w:r>
    </w:p>
    <w:p>
      <w:pPr>
        <w:jc w:val="right"/>
      </w:pPr>
      <w:r>
        <w:t>اور اس کے بعد وہ پہلی بار اس پلینٹ ارتھ پر اترے، تو وہ بالکل اچانک ایک مبہوت ہو جائے گا، حیران ہو جائے گا، کیونکہ یہاں پر وہ جو چیزیں دیکھے گا، ایک دم انوکھی نوعیت کی، یہاں پر حیات بخش چیزیں،</w:t>
      </w:r>
    </w:p>
    <w:p>
      <w:r>
        <w:rPr>
          <w:b/>
        </w:rPr>
        <w:t xml:space="preserve">[01:26] </w:t>
      </w:r>
      <w:r>
        <w:t>zindagi ko support karne ka poora system, jabke woh poori kainaat mein us ne jo dekha, woh yeh hai ke sitare hain jo bhadakti hui aag hain, aur sayare hain jo khushk chattan ki manind hain.</w:t>
      </w:r>
    </w:p>
    <w:p>
      <w:pPr>
        <w:jc w:val="right"/>
      </w:pPr>
      <w:r>
        <w:t>زندگی کو سپورٹ کرنے کا پورا سسٹم، جبکہ وہ پوری کائنات میں اس نے جو دیکھا، وہ یہ ہے کہ ستارے ہیں جو بھڑکتی ہوئی آگ ہیں، اور سیارے ہیں جو خشک چٹان کی مانند ہیں۔</w:t>
      </w:r>
    </w:p>
    <w:p>
      <w:r>
        <w:rPr>
          <w:b/>
        </w:rPr>
        <w:t xml:space="preserve">[01:42] </w:t>
      </w:r>
      <w:r>
        <w:t>wahan koi aisi cheez nahi hai jo life ko support kare. to yeh cheez jo hai, zindagi bakhsh anasir jo hai, yahan par jis ko hum, jis ke majmooay ko life support system kehte hain,</w:t>
      </w:r>
    </w:p>
    <w:p>
      <w:pPr>
        <w:jc w:val="right"/>
      </w:pPr>
      <w:r>
        <w:t>وہاں کوئی ایسی چیز نہیں ہے جو لائف کو سپورٹ کرے۔ تو یہ چیز جو ہے، زندگی بخش عنصر جو ہے، یہاں پر جس کو ہم، جس کے مجموعے کو لائف سپورٹ سسٹم کہتے ہیں،</w:t>
      </w:r>
    </w:p>
    <w:p>
      <w:r>
        <w:rPr>
          <w:b/>
        </w:rPr>
        <w:t xml:space="preserve">[02:00] </w:t>
      </w:r>
      <w:r>
        <w:t>to har insaan isi planet par paida hota hai, saari zindagi yahin guzarta hai, lekin us ko is ka anokha pan, us ko hairaan nahi karta,</w:t>
      </w:r>
    </w:p>
    <w:p>
      <w:pPr>
        <w:jc w:val="right"/>
      </w:pPr>
      <w:r>
        <w:t>تو ہر انسان اسی پلینٹ پر پیدا ہوتا ہے، ساری زندگی یہیں گزارتا ہے، لیکن اس کو اس کا انوکھا پن، اس کو حیران نہیں کرتا،</w:t>
      </w:r>
    </w:p>
    <w:p>
      <w:r>
        <w:rPr>
          <w:b/>
        </w:rPr>
        <w:t xml:space="preserve">[02:15] </w:t>
      </w:r>
      <w:r>
        <w:t>kyunke woh bachpan se woh aadi ho chuka hota hai. to is wajah se us ko kuch naya pan nahi mehsoos hota.</w:t>
      </w:r>
    </w:p>
    <w:p>
      <w:pPr>
        <w:jc w:val="right"/>
      </w:pPr>
      <w:r>
        <w:t>کیونکہ وہ بچپن سے وہ عادی ہو چکا ہوتا ہے۔ تو اس وجہ سے اس کو کچھ نیا پن نہیں محسوس ہوتا۔</w:t>
      </w:r>
    </w:p>
    <w:p>
      <w:r>
        <w:rPr>
          <w:b/>
        </w:rPr>
        <w:t xml:space="preserve">[02:25] </w:t>
      </w:r>
      <w:r>
        <w:t>to agar is ko naya pan mehsoos ho to woh rozana jab subah ko uthe ga to aik dam pukaar uthe ga: "what a beautiful earth</w:t>
      </w:r>
    </w:p>
    <w:p>
      <w:pPr>
        <w:jc w:val="right"/>
      </w:pPr>
      <w:r>
        <w:t>تو اگر اس کو نیا پن محسوس ہو تو وہ روزانہ جب صبح کو اٹھے گا تو ایک دم پکار اٹھے گا: "واٹ ا بیوٹی فل ارتھ</w:t>
      </w:r>
    </w:p>
    <w:p>
      <w:r>
        <w:rPr>
          <w:b/>
        </w:rPr>
        <w:t xml:space="preserve">[02:36] </w:t>
      </w:r>
      <w:r>
        <w:t>! what a perfect world!" aur aur aaj ke zamane mein jab ke science ki daryafton ne bohat baatein hamein batai hain jo pehle insan ko pata nahi theen, to ab yeh jo anokhi noiyat hai is seyaray ki,</w:t>
      </w:r>
    </w:p>
    <w:p>
      <w:pPr>
        <w:jc w:val="right"/>
      </w:pPr>
      <w:r>
        <w:t>! واٹ ا پرفیکٹ ورلڈ!" اور اور آج کے زمانے میں جب کہ سائنس کی دریافتوں نے بہت باتیں ہمیں بتائی ہیں جو پہلے انسان کو پتہ نہیں تھیں، تو اب یہ جو انوکھی نوعیت ہے اس سیارے کی،</w:t>
      </w:r>
    </w:p>
    <w:p>
      <w:r>
        <w:rPr>
          <w:b/>
        </w:rPr>
        <w:t xml:space="preserve">[02:58] </w:t>
      </w:r>
      <w:r>
        <w:t>woh aik maloom waqea ho gaya hai. to sirf aik misaal mein aap ko doon gi, yeh to rozana nai nai discovery</w:t>
      </w:r>
    </w:p>
    <w:p>
      <w:pPr>
        <w:jc w:val="right"/>
      </w:pPr>
      <w:r>
        <w:t>وہ ایک معلوم واقعہ ہو گیا ہے۔ تو صرف ایک مثال میں آپ کو دوں گی، یہ تو روزانہ نئی نئی ڈسکوری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