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 Quran December 5, 2006 Maulana Wahiduddin Khan</w:t>
      </w:r>
    </w:p>
    <w:p>
      <w:r>
        <w:t>https://www.youtube.com/watch?v=09Bs9GKXrL0</w:t>
      </w:r>
    </w:p>
    <w:p>
      <w:r>
        <w:rPr>
          <w:b/>
        </w:rPr>
        <w:t xml:space="preserve">[00:12] </w:t>
      </w:r>
      <w:r>
        <w:t>bismillah rahman rahim, wa sali allah ala nabiy al-karim.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yeh quran ka dars hai.</w:t>
      </w:r>
    </w:p>
    <w:p>
      <w:pPr>
        <w:jc w:val="right"/>
      </w:pPr>
      <w:r>
        <w:t>یہ قرآن کا درس ہے۔</w:t>
      </w:r>
    </w:p>
    <w:p>
      <w:r>
        <w:rPr>
          <w:b/>
        </w:rPr>
        <w:t xml:space="preserve">[00:42] </w:t>
      </w:r>
      <w:r>
        <w:t>quran</w:t>
      </w:r>
    </w:p>
    <w:p>
      <w:pPr>
        <w:jc w:val="right"/>
      </w:pPr>
      <w:r>
        <w:t>قرآن</w:t>
      </w:r>
    </w:p>
    <w:p>
      <w:r>
        <w:rPr>
          <w:b/>
        </w:rPr>
        <w:t xml:space="preserve">[00:47] </w:t>
      </w:r>
      <w:r>
        <w:t>khuda ki aakhri ilhami kitab hai.</w:t>
      </w:r>
    </w:p>
    <w:p>
      <w:pPr>
        <w:jc w:val="right"/>
      </w:pPr>
      <w:r>
        <w:t>خدا کی آخری الہامی کتاب ہے۔</w:t>
      </w:r>
    </w:p>
    <w:p>
      <w:r>
        <w:rPr>
          <w:b/>
        </w:rPr>
        <w:t xml:space="preserve">[00:52] </w:t>
      </w:r>
      <w:r>
        <w:t>khuda ne is se pehle bhi kai kitabein apne peghambaron ke wastay se bhejeen, lekin woh kitabein</w:t>
      </w:r>
    </w:p>
    <w:p>
      <w:pPr>
        <w:jc w:val="right"/>
      </w:pPr>
      <w:r>
        <w:t>خدا نے اس سے پہلے بھی کئی کتابیں اپنے پیغمبروں کے واسطے سے بھیجیں، لیکن وہ کتابیں</w:t>
      </w:r>
    </w:p>
    <w:p>
      <w:r>
        <w:rPr>
          <w:b/>
        </w:rPr>
        <w:t xml:space="preserve">[01:09] </w:t>
      </w:r>
      <w:r>
        <w:t>mehfooz na reh sakeen.</w:t>
      </w:r>
    </w:p>
    <w:p>
      <w:pPr>
        <w:jc w:val="right"/>
      </w:pPr>
      <w:r>
        <w:t>محفوظ نہ رہ سکیں۔</w:t>
      </w:r>
    </w:p>
    <w:p>
      <w:r>
        <w:rPr>
          <w:b/>
        </w:rPr>
        <w:t xml:space="preserve">[01:12] </w:t>
      </w:r>
      <w:r>
        <w:t>yeh kitabein ya to ab maujood nahi hain, ya agar maujood hain to in mein to woh badli hui shakal mein hain. original shakal mein koi kitab pehle wali aaj pai nahi jati.</w:t>
      </w:r>
    </w:p>
    <w:p>
      <w:pPr>
        <w:jc w:val="right"/>
      </w:pPr>
      <w:r>
        <w:t>یہ کتابیں یا تو اب موجود نہیں ہیں، یا اگر موجود ہیں تو ان میں تو وہ بدلی ہوئی شکل میں ہیں۔ اوریجنل شکل میں کوئی کتاب پہلے والی آج پائی نہیں جاتی۔</w:t>
      </w:r>
    </w:p>
    <w:p>
      <w:r>
        <w:rPr>
          <w:b/>
        </w:rPr>
        <w:t xml:space="preserve">[01:28] </w:t>
      </w:r>
      <w:r>
        <w:t>quran in sab kitabon mein aik hi aisi kitab hai, ilhami kitab, jo apni original shakal mein aaj bhi preserve hai, preserve form mein maujood hai.</w:t>
      </w:r>
    </w:p>
    <w:p>
      <w:pPr>
        <w:jc w:val="right"/>
      </w:pPr>
      <w:r>
        <w:t>قرآن ان سب کتابوں میں ایک ہی ایسی کتاب ہے، الہامی کتاب، جو اپنی اوریجنل شکل میں آج بھی پریزرو ہے، پریزرو فارم میں موجود ہے۔</w:t>
      </w:r>
    </w:p>
    <w:p>
      <w:r>
        <w:rPr>
          <w:b/>
        </w:rPr>
        <w:t xml:space="preserve">[01:44] </w:t>
      </w:r>
      <w:r>
        <w:t>quran</w:t>
      </w:r>
    </w:p>
    <w:p>
      <w:pPr>
        <w:jc w:val="right"/>
      </w:pPr>
      <w:r>
        <w:t>قرآن</w:t>
      </w:r>
    </w:p>
    <w:p>
      <w:r>
        <w:rPr>
          <w:b/>
        </w:rPr>
        <w:t xml:space="preserve">[01:48] </w:t>
      </w:r>
      <w:r>
        <w:t>610 isvi mein utarna shuru hua. is ke woh quran aik aik kitab ki surat mein nahi utra, balkeh jis ko kaha jata hai ke najman najman, yani fragmentary way mein utra,</w:t>
      </w:r>
    </w:p>
    <w:p>
      <w:pPr>
        <w:jc w:val="right"/>
      </w:pPr>
      <w:r>
        <w:t>610 عیسوی میں اترنا شروع ہوا۔ اس کے وہ قرآن ایک ایک کتاب کی صورت میں نہیں اترا، بلکہ جس کو کہا جاتا ہے کہ نجماً نجماً، یعنی فریگمنٹری وے میں اترا،</w:t>
      </w:r>
    </w:p>
    <w:p>
      <w:r>
        <w:rPr>
          <w:b/>
        </w:rPr>
        <w:t xml:space="preserve">[02:09] </w:t>
      </w:r>
      <w:r>
        <w:t>situation ke mutabiq. to 610 isvi mein utarna shuru hua aur 623 isvi mein khatam hua.</w:t>
      </w:r>
    </w:p>
    <w:p>
      <w:pPr>
        <w:jc w:val="right"/>
      </w:pPr>
      <w:r>
        <w:t>سچویشن کے مطابق۔ تو 610 عیسوی میں اترنا شروع ہوا اور 623 عیسوی میں ختم ہوا۔</w:t>
      </w:r>
    </w:p>
    <w:p>
      <w:r>
        <w:rPr>
          <w:b/>
        </w:rPr>
        <w:t xml:space="preserve">[02:23] </w:t>
      </w:r>
      <w:r>
        <w:t>to 23 saal mein yeh wahi mukammal hui</w:t>
      </w:r>
    </w:p>
    <w:p>
      <w:pPr>
        <w:jc w:val="right"/>
      </w:pPr>
      <w:r>
        <w:t>تو 23 سال میں یہ وحی مکمل ہوئی</w:t>
      </w:r>
    </w:p>
    <w:p>
      <w:r>
        <w:rPr>
          <w:b/>
        </w:rPr>
        <w:t xml:space="preserve">[02:30] </w:t>
      </w:r>
      <w:r>
        <w:t>. quran mein kul</w:t>
      </w:r>
    </w:p>
    <w:p>
      <w:pPr>
        <w:jc w:val="right"/>
      </w:pPr>
      <w:r>
        <w:t>۔ قرآن میں کل</w:t>
      </w:r>
    </w:p>
    <w:p>
      <w:r>
        <w:rPr>
          <w:b/>
        </w:rPr>
        <w:t xml:space="preserve">[02:35] </w:t>
      </w:r>
      <w:r>
        <w:t>114, yani 114 suratein hain, ya chapters keh sakte hain aap in ko. aur quran mein jo verses hain, yani ayat, un ki tadad taqreeban saade chhe hazar hai.</w:t>
      </w:r>
    </w:p>
    <w:p>
      <w:pPr>
        <w:jc w:val="right"/>
      </w:pPr>
      <w:r>
        <w:t>114، یعنی 114 سورتیں ہیں، یا چیپٹرز کہہ سکتے ہیں آپ ان کو۔ اور قرآن میں جو ورسز ہیں، یعنی آیات، ان کی تعداد تقریباً ساڑھے چھ ہزار ہے۔</w:t>
      </w:r>
    </w:p>
    <w:p>
      <w:r>
        <w:rPr>
          <w:b/>
        </w:rPr>
        <w:t xml:space="preserve">[02:53] </w:t>
      </w:r>
      <w:r>
        <w:t>to quran ka jo subject hai, is ko agar batana ho to shayad yeh kehna sahih ho ke quran aadmi ko yeh batata hai ke what is the creation plan of god.</w:t>
      </w:r>
    </w:p>
    <w:p>
      <w:pPr>
        <w:jc w:val="right"/>
      </w:pPr>
      <w:r>
        <w:t>تو قرآن کا جو سبجیکٹ ہے، اس کو اگر بتانا ہو تو شاید یہ کہنا صحیح ہو کہ قرآن آدمی کو یہ بتاتا ہے کہ واٹ از دا کریشن پلان آف گاڈ۔</w:t>
      </w:r>
    </w:p>
    <w:p>
      <w:r>
        <w:rPr>
          <w:b/>
        </w:rPr>
        <w:t xml:space="preserve">[03:19] </w:t>
      </w:r>
      <w:r>
        <w:t>khuda ka creation plan kya hai?</w:t>
      </w:r>
    </w:p>
    <w:p>
      <w:pPr>
        <w:jc w:val="right"/>
      </w:pPr>
      <w:r>
        <w:t>خدا کا کریشن پلان کیا ہے؟</w:t>
      </w:r>
    </w:p>
    <w:p>
      <w:r>
        <w:rPr>
          <w:b/>
        </w:rPr>
        <w:t xml:space="preserve">[03:24] </w:t>
      </w:r>
      <w:r>
        <w:t>yeh is liye bataya gaya taake insan is dunya mein apni zindagi ko is plan ke mutabiq banaye.</w:t>
      </w:r>
    </w:p>
    <w:p>
      <w:pPr>
        <w:jc w:val="right"/>
      </w:pPr>
      <w:r>
        <w:t>یہ اس لیے بتایا گیا تاکہ انسان اس دنیا میں اپنی زندگی کو اس پلان کے مطابق بنائے۔</w:t>
      </w:r>
    </w:p>
    <w:p>
      <w:r>
        <w:rPr>
          <w:b/>
        </w:rPr>
        <w:t xml:space="preserve">[03:34] </w:t>
      </w:r>
      <w:r>
        <w:t>aisa na ho ke insan apni zindagi kisi aur dhang se banaye, aur jab woh mare to akhirat mein jab is ka samna khuda se ho to wahan is se yeh keh diya jaye ke tumhara case</w:t>
      </w:r>
    </w:p>
    <w:p>
      <w:pPr>
        <w:jc w:val="right"/>
      </w:pPr>
      <w:r>
        <w:t>ایسا نہ ہو کہ انسان اپنی زندگی کسی اور ڈھنگ سے بنائے، اور جب وہ مرے تو آخرت میں جب اس کا سامنا خدا سے ہو تو وہاں اس سے یہ کہہ دیا جائے کہ تمہارا کیس</w:t>
      </w:r>
    </w:p>
    <w:p>
      <w:r>
        <w:rPr>
          <w:b/>
        </w:rPr>
        <w:t xml:space="preserve">[03:57] </w:t>
      </w:r>
      <w:r>
        <w:t>sirat-e-mustaqeem se hatne ka case hai.</w:t>
      </w:r>
    </w:p>
    <w:p>
      <w:pPr>
        <w:jc w:val="right"/>
      </w:pPr>
      <w:r>
        <w:t>صراط مستقیم سے ہٹنے کا کیس ہے۔</w:t>
      </w:r>
    </w:p>
    <w:p>
      <w:r>
        <w:rPr>
          <w:b/>
        </w:rPr>
        <w:t xml:space="preserve">[04:01] </w:t>
      </w:r>
      <w:r>
        <w:t>jo sirat-e-mustaqeem hum ne batai thi peghambaron ke zariye, is ko tum ne follow nahi kiya, balkeh khud se apna rasta banaya.</w:t>
      </w:r>
    </w:p>
    <w:p>
      <w:pPr>
        <w:jc w:val="right"/>
      </w:pPr>
      <w:r>
        <w:t>جو صراط مستقیم ہم نے بتائی تھی پیغمبروں کے ذریعے، اس کو تم نے فالو نہیں کیا، بلکہ خود سے اپنا راستہ بنایا۔</w:t>
      </w:r>
    </w:p>
    <w:p>
      <w:r>
        <w:rPr>
          <w:b/>
        </w:rPr>
        <w:t xml:space="preserve">[04:11] </w:t>
      </w:r>
      <w:r>
        <w:t>to isi ke liye quran mein sari woh baatein batai gayi hain jo is ke liye zaroori hain ke aadmi dunya mein kis tarah zindagi guzare, kis tarah apna naqsha banaye taake akhirat mein woh kamyab ho.</w:t>
      </w:r>
    </w:p>
    <w:p>
      <w:pPr>
        <w:jc w:val="right"/>
      </w:pPr>
      <w:r>
        <w:t>تو اسی کے لیے قرآن میں ساری وہ باتیں بتائی گئی ہیں جو اس کے لیے ضروری ہیں کہ آدمی دنیا میں کس طرح زندگی گزارے، کس طرح اپنا نقشہ بنائے تاکہ آخرت میں وہ کامیاب ہو۔</w:t>
      </w:r>
    </w:p>
    <w:p>
      <w:r>
        <w:rPr>
          <w:b/>
        </w:rPr>
        <w:t xml:space="preserve">[04:32] </w:t>
      </w:r>
      <w:r>
        <w:t>quran ki</w:t>
      </w:r>
    </w:p>
    <w:p>
      <w:pPr>
        <w:jc w:val="right"/>
      </w:pPr>
      <w:r>
        <w:t>قرآن کی</w:t>
      </w:r>
    </w:p>
    <w:p>
      <w:r>
        <w:rPr>
          <w:b/>
        </w:rPr>
        <w:t xml:space="preserve">[04:36] </w:t>
      </w:r>
      <w:r>
        <w:t>sab se pehli surah woh hai jis ka aam taur par naam alfateha hota hai.</w:t>
      </w:r>
    </w:p>
    <w:p>
      <w:pPr>
        <w:jc w:val="right"/>
      </w:pPr>
      <w:r>
        <w:t>سب سے پہلی سورہ وہ ہے جس کا عام طور پر نام الفاتحہ ہوتا ہے۔</w:t>
      </w:r>
    </w:p>
    <w:p>
      <w:r>
        <w:rPr>
          <w:b/>
        </w:rPr>
        <w:t xml:space="preserve">[04:46] </w:t>
      </w:r>
      <w:r>
        <w:t>taham is surah ke taqreeban 13 naam kitabon mein bataye gaye hain, 13 naam.</w:t>
      </w:r>
    </w:p>
    <w:p>
      <w:pPr>
        <w:jc w:val="right"/>
      </w:pPr>
      <w:r>
        <w:t>تاہم اس سورہ کے تقریباً 13 نام کتابوں میں بتائے گئے ہیں، 13 نام۔</w:t>
      </w:r>
    </w:p>
    <w:p>
      <w:r>
        <w:rPr>
          <w:b/>
        </w:rPr>
        <w:t xml:space="preserve">[04:57] </w:t>
      </w:r>
      <w:r>
        <w:t>jo kitab quran mein jo chapti hai, yeh surah to us waqt uska naam yahi likha jata hai, alfateha. lekin aur bhi naam iske aaye hain kyunke iska subject bohat zyada comprehensive hai.</w:t>
      </w:r>
    </w:p>
    <w:p>
      <w:pPr>
        <w:jc w:val="right"/>
      </w:pPr>
      <w:r>
        <w:t>جو کتاب قرآن میں جو چھپتی ہے، یہ سورہ تو اس وقت اس کا نام یہی لکھا جاتا ہے، الفاتحہ۔ لیکن اور بھی نام اس کے آئے ہیں کیونکہ اس کا سبجیکٹ بہت زیادہ کمپرینسو ہے۔</w:t>
      </w:r>
    </w:p>
    <w:p>
      <w:r>
        <w:rPr>
          <w:b/>
        </w:rPr>
        <w:t xml:space="preserve">[05:13] </w:t>
      </w:r>
      <w:r>
        <w:t>to subject ke aitbar se logon ne iske 13 naam ginaye hain.</w:t>
      </w:r>
    </w:p>
    <w:p>
      <w:pPr>
        <w:jc w:val="right"/>
      </w:pPr>
      <w:r>
        <w:t>تو سبجیکٹ کے اعتبار سے لوگوں نے اس کے 13 نام گنائے ہیں۔</w:t>
      </w:r>
    </w:p>
    <w:p>
      <w:r>
        <w:rPr>
          <w:b/>
        </w:rPr>
        <w:t xml:space="preserve">[05:21] </w:t>
      </w:r>
      <w:r>
        <w:t>yeh surah relatively bohat choti surah hai, aur woh is tarah hai ke bismillah rahman rahim.</w:t>
      </w:r>
    </w:p>
    <w:p>
      <w:pPr>
        <w:jc w:val="right"/>
      </w:pPr>
      <w:r>
        <w:t>یہ سورہ ریلیٹولی بہت چھوٹی سورہ ہے، اور وہ اس طرح ہے کہ بسم اللہ الرحمن الرحیم۔</w:t>
      </w:r>
    </w:p>
    <w:p>
      <w:r>
        <w:rPr>
          <w:b/>
        </w:rPr>
        <w:t xml:space="preserve">[05:35] </w:t>
      </w:r>
      <w:r>
        <w:t>woh is tarah hai: aoozu billahi minash shaitanir rajeem, bismillah rahman rahim, alhamdu lillahi rabbil alameen, ar rahmanir rahim, maliki yaomid deen,</w:t>
      </w:r>
    </w:p>
    <w:p>
      <w:pPr>
        <w:jc w:val="right"/>
      </w:pPr>
      <w:r>
        <w:t>وہ اس طرح ہے: اعوذ باللہ من الشیطان الرجیم، بسم اللہ الرحمن الرحیم، الحمدللہ رب العالمین، الرحمن الرحیم، مالک یوم الدین،</w:t>
      </w:r>
    </w:p>
    <w:p>
      <w:r>
        <w:rPr>
          <w:b/>
        </w:rPr>
        <w:t xml:space="preserve">[05:53] </w:t>
      </w:r>
      <w:r>
        <w:t>iyaka na'budu wa iyaka nasta'een, ihdinas siratal mustaqeem, siratal lazeena an'amta alaihim, ghairil maghdubi alaihim walad dallin,</w:t>
      </w:r>
    </w:p>
    <w:p>
      <w:pPr>
        <w:jc w:val="right"/>
      </w:pPr>
      <w:r>
        <w:t>ایاک نعبد وایاک نستعین، اهدنا الصراط المستقیم، صراط الذین انعمت علیہم، غیر المغضوب علیہم ولا الضالین،</w:t>
      </w:r>
    </w:p>
    <w:p>
      <w:r>
        <w:rPr>
          <w:b/>
        </w:rPr>
        <w:t xml:space="preserve">[06:09] </w:t>
      </w:r>
      <w:r>
        <w:t>ameen.</w:t>
      </w:r>
    </w:p>
    <w:p>
      <w:pPr>
        <w:jc w:val="right"/>
      </w:pPr>
      <w:r>
        <w:t>آمین۔</w:t>
      </w:r>
    </w:p>
    <w:p>
      <w:r>
        <w:rPr>
          <w:b/>
        </w:rPr>
        <w:t xml:space="preserve">[06:11] </w:t>
      </w:r>
      <w:r>
        <w:t>yeh hai poori surah. iska translation yeh hai ke Allah ke naam se shuru, Allah ke naam se jo bohat meherban,</w:t>
      </w:r>
    </w:p>
    <w:p>
      <w:pPr>
        <w:jc w:val="right"/>
      </w:pPr>
      <w:r>
        <w:t>یہ ہے پوری سورہ۔ اس کا ٹرانسلیشن یہ ہے کہ اللہ کے نام سے شروع، اللہ کے نام سے جو بہت مہربان،</w:t>
      </w:r>
    </w:p>
    <w:p>
      <w:r>
        <w:rPr>
          <w:b/>
        </w:rPr>
        <w:t xml:space="preserve">[06:29] </w:t>
      </w:r>
      <w:r>
        <w:t>nihayat reham wala hai.</w:t>
      </w:r>
    </w:p>
    <w:p>
      <w:pPr>
        <w:jc w:val="right"/>
      </w:pPr>
      <w:r>
        <w:t>نہایت رحم والا ہے۔</w:t>
      </w:r>
    </w:p>
    <w:p>
      <w:r>
        <w:rPr>
          <w:b/>
        </w:rPr>
        <w:t xml:space="preserve">[06:33] </w:t>
      </w:r>
      <w:r>
        <w:t>saari hamd sirf Allah rabbul alameen ke liye hai. woh roz, woh woh jaza ke din ka malik hai.</w:t>
      </w:r>
    </w:p>
    <w:p>
      <w:pPr>
        <w:jc w:val="right"/>
      </w:pPr>
      <w:r>
        <w:t>ساری حمد صرف اللہ رب العالمین کے لیے ہے۔ وہ روز، وہ وہ جزا کے دن کا مالک ہے۔</w:t>
      </w:r>
    </w:p>
    <w:p>
      <w:r>
        <w:rPr>
          <w:b/>
        </w:rPr>
        <w:t xml:space="preserve">[06:50] </w:t>
      </w:r>
      <w:r>
        <w:t>hum teri hi ibadat karte hain, aur tujh hi se madad, madad, aur tujh hi se madad mangte hain.</w:t>
      </w:r>
    </w:p>
    <w:p>
      <w:pPr>
        <w:jc w:val="right"/>
      </w:pPr>
      <w:r>
        <w:t>ہم تیری ہی عبادت کرتے ہیں، اور تجھ ہی سے مدد، مدد، اور تجھ ہی سے مدد مانگتے ہیں۔</w:t>
      </w:r>
    </w:p>
    <w:p>
      <w:r>
        <w:rPr>
          <w:b/>
        </w:rPr>
        <w:t xml:space="preserve">[07:03] </w:t>
      </w:r>
      <w:r>
        <w:t>ae ae rab! to hum ko</w:t>
      </w:r>
    </w:p>
    <w:p>
      <w:pPr>
        <w:jc w:val="right"/>
      </w:pPr>
      <w:r>
        <w:t>اے اے رب! تو ہم کو</w:t>
      </w:r>
    </w:p>
    <w:p>
      <w:r>
        <w:rPr>
          <w:b/>
        </w:rPr>
        <w:t xml:space="preserve">[07:08] </w:t>
      </w:r>
      <w:r>
        <w:t>seedhe raaste ki tofeeq ata farma. woh rasta, un logon ka rasta jin par tera inaam hua, unka rasta nahi</w:t>
      </w:r>
    </w:p>
    <w:p>
      <w:pPr>
        <w:jc w:val="right"/>
      </w:pPr>
      <w:r>
        <w:t>سیدھے راستے کی توفیق عطا فرما۔ وہ راستہ، ان لوگوں کا راستہ جن پر تیرا انعام ہوا، ان کا راستہ نہیں</w:t>
      </w:r>
    </w:p>
    <w:p>
      <w:r>
        <w:rPr>
          <w:b/>
        </w:rPr>
        <w:t xml:space="preserve">[07:25] </w:t>
      </w:r>
      <w:r>
        <w:t>jin par tera ghazab nazil hua, aur jo raaste se bhatak gaye.</w:t>
      </w:r>
    </w:p>
    <w:p>
      <w:pPr>
        <w:jc w:val="right"/>
      </w:pPr>
      <w:r>
        <w:t>جن پر تیرا غضب نازل ہوا، اور جو راستے سے بھٹک گئے۔</w:t>
      </w:r>
    </w:p>
    <w:p>
      <w:r>
        <w:rPr>
          <w:b/>
        </w:rPr>
        <w:t xml:space="preserve">[07:32] </w:t>
      </w:r>
      <w:r>
        <w:t>to yeh surah padh kar kaha jata hai: ameen. yeh quran mein chupa hua nahi hota hai, lekin padh kar ke yeh kaha jata hai: ameen.</w:t>
      </w:r>
    </w:p>
    <w:p>
      <w:pPr>
        <w:jc w:val="right"/>
      </w:pPr>
      <w:r>
        <w:t>تو یہ سورہ پڑھ کر کہا جاتا ہے: آمین۔ یہ قرآن میں چھپا ہوا نہیں ہوتا ہے، لیکن پڑھ کر کے یہ کہا جاتا ہے: آمین۔</w:t>
      </w:r>
    </w:p>
    <w:p>
      <w:r>
        <w:rPr>
          <w:b/>
        </w:rPr>
        <w:t xml:space="preserve">[07:43] </w:t>
      </w:r>
      <w:r>
        <w:t>kyunke yeh surah haqeeqat mein ek dua hai. yeh poora surah ek dua hai. dua hone ki wajah se jab isko padha jata hai to kaha jata hai ke ameen, yani ae Khuda!</w:t>
      </w:r>
    </w:p>
    <w:p>
      <w:pPr>
        <w:jc w:val="right"/>
      </w:pPr>
      <w:r>
        <w:t>کیونکہ یہ سورہ حقیقت میں ایک دعا ہے۔ یہ پورا سورہ ایک دعا ہے۔ دعا ہونے کی وجہ سے جب اس کو پڑھا جاتا ہے تو کہا جاتا ہے کہ آمین، یعنی اے خدا!</w:t>
      </w:r>
    </w:p>
    <w:p>
      <w:r>
        <w:rPr>
          <w:b/>
        </w:rPr>
        <w:t xml:space="preserve">[07:55] </w:t>
      </w:r>
      <w:r>
        <w:t>meri dua ko qabool farma.</w:t>
      </w:r>
    </w:p>
    <w:p>
      <w:pPr>
        <w:jc w:val="right"/>
      </w:pPr>
      <w:r>
        <w:t>میری دعا کو قبول فرما۔</w:t>
      </w:r>
    </w:p>
    <w:p>
      <w:r>
        <w:rPr>
          <w:b/>
        </w:rPr>
        <w:t xml:space="preserve">[08:01] </w:t>
      </w:r>
      <w:r>
        <w:t>main ne is surah par kafi ghaur kiya to meri samajh mein aaya ke yeh surah</w:t>
      </w:r>
    </w:p>
    <w:p>
      <w:pPr>
        <w:jc w:val="right"/>
      </w:pPr>
      <w:r>
        <w:t>میں نے اس سورہ پر کافی غور کیا تو میری سمجھ میں آیا کہ یہ سورہ</w:t>
      </w:r>
    </w:p>
    <w:p>
      <w:r>
        <w:rPr>
          <w:b/>
        </w:rPr>
        <w:t xml:space="preserve">[08:10] </w:t>
      </w:r>
      <w:r>
        <w:t>ka jo, is surah ka jo naam, is surah ke jo naam bataye gaye hain, un mein shayad alhamd, surah alhamd, bohat zyada relevant hai, bohat zyada mozu hai.</w:t>
      </w:r>
    </w:p>
    <w:p>
      <w:pPr>
        <w:jc w:val="right"/>
      </w:pPr>
      <w:r>
        <w:t>کا جو، اس سورہ کا جو نام، اس سورہ کے جو نام بتائے گئے ہیں، ان میں شاید الحمد، سورہ الحمد، بہت زیادہ ریلیونٹ ہے، بہت زیادہ موضوع ہے۔</w:t>
      </w:r>
    </w:p>
    <w:p>
      <w:r>
        <w:rPr>
          <w:b/>
        </w:rPr>
        <w:t xml:space="preserve">[08:25] </w:t>
      </w:r>
      <w:r>
        <w:t>hamd kya hai?</w:t>
      </w:r>
    </w:p>
    <w:p>
      <w:pPr>
        <w:jc w:val="right"/>
      </w:pPr>
      <w:r>
        <w:t>حمد کیا ہے؟</w:t>
      </w:r>
    </w:p>
    <w:p>
      <w:r>
        <w:rPr>
          <w:b/>
        </w:rPr>
        <w:t xml:space="preserve">[08:26] </w:t>
      </w:r>
      <w:r>
        <w:t>dekhiye, hamd ke andar kaha jata hai ke ba waqt do mafhoom shamil hain, yani tareef aur shukr.</w:t>
      </w:r>
    </w:p>
    <w:p>
      <w:pPr>
        <w:jc w:val="right"/>
      </w:pPr>
      <w:r>
        <w:t>دیکھیے، حمد کے اندر کہا جاتا ہے کہ بیک وقت دو مفہوم شامل ہیں، یعنی تعریف اور شکر۔</w:t>
      </w:r>
    </w:p>
    <w:p>
      <w:r>
        <w:rPr>
          <w:b/>
        </w:rPr>
        <w:t xml:space="preserve">[08:38] </w:t>
      </w:r>
      <w:r>
        <w:t>yani saari tareef Allah ke liye hai, ya sara shukr Allah ke liye hai. yeh iska mafhoom hai. main samajhta hoon ke yeh do mafhoom koi do alag alag nahi hain, woh sab ek hi hain.</w:t>
      </w:r>
    </w:p>
    <w:p>
      <w:pPr>
        <w:jc w:val="right"/>
      </w:pPr>
      <w:r>
        <w:t>یعنی ساری تعریف اللہ کے لیے ہے، یا سارا شکر اللہ کے لیے ہے۔ یہ اس کا مفہوم ہے۔ میں سمجھتا ہوں کہ یہ دو مفہوم کوئی دو الگ الگ نہیں ہیں، وہ سب ایک ہی ہیں۔</w:t>
      </w:r>
    </w:p>
    <w:p>
      <w:r>
        <w:rPr>
          <w:b/>
        </w:rPr>
        <w:t xml:space="preserve">[08:53] </w:t>
      </w:r>
      <w:r>
        <w:t>yani jab aap Khuda ko yaad karein, Khuda ko discover karein, Khuda e glory aap ko realize ho jaye to zahir hai ke jo jo jo sentiment nikalenge ek bande ki zuban se,</w:t>
      </w:r>
    </w:p>
    <w:p>
      <w:pPr>
        <w:jc w:val="right"/>
      </w:pPr>
      <w:r>
        <w:t>یعنی جب آپ خدا کو یاد کریں، خدا کو ڈسکور کریں، خدائے گلوری آپ کو ریلائز ہو جائے تو ظاہر ہے کہ جو جو جو سینٹیمنٹ نکلیں گے ایک بندی کی زبان سے،</w:t>
      </w:r>
    </w:p>
    <w:p>
      <w:r>
        <w:rPr>
          <w:b/>
        </w:rPr>
        <w:t xml:space="preserve">[09:10] </w:t>
      </w:r>
      <w:r>
        <w:t>woh yahi honge ke is mein tareef bhi hogi aur shukr bhi hoga.</w:t>
      </w:r>
    </w:p>
    <w:p>
      <w:pPr>
        <w:jc w:val="right"/>
      </w:pPr>
      <w:r>
        <w:t>وہ یہی ہوں گے کہ اس میں تعریف بھی ہوگی اور شکر بھی ہوگا۔</w:t>
      </w:r>
    </w:p>
    <w:p>
      <w:r>
        <w:rPr>
          <w:b/>
        </w:rPr>
        <w:t xml:space="preserve">[09:15] </w:t>
      </w:r>
      <w:r>
        <w:t>yani aik taraf aap Khuda ko acknowledge karenge ke tu kitna bara hai, uski barhai ko, uski glory ko acknowledge karenge kyunke aap tareef hui, aur sath ساتھ آپ خدا ka shukr karenge kyunke Khuda ne aap ko paida kiya, behtareen saakht par paida kiya,</w:t>
      </w:r>
    </w:p>
    <w:p>
      <w:pPr>
        <w:jc w:val="right"/>
      </w:pPr>
      <w:r>
        <w:t>یعنی ایک طرف آپ خدا کو اکنالج کریں گے کہ تو کتنا بڑا ہے، اس کی بڑائی کو، اس کی گلوری کو اکنالج کریں گے کیونکہ آپ تعریف ہوئی، اور ساتھ ساتھ آپ خدا کا شکر کریں گے کیونکہ خدا نے آپ کو پیدا کیا، بہترین ساخت پر پیدا کیا،</w:t>
      </w:r>
    </w:p>
    <w:p>
      <w:r>
        <w:rPr>
          <w:b/>
        </w:rPr>
        <w:t xml:space="preserve">[09:38] </w:t>
      </w:r>
      <w:r>
        <w:t>aur dunya ko bohat ziyada muwafiq bana diya hai insaan ke liye</w:t>
      </w:r>
    </w:p>
    <w:p>
      <w:pPr>
        <w:jc w:val="right"/>
      </w:pPr>
      <w:r>
        <w:t>اور دنیا کو بہت زیادہ موافق بنا دیا ہے انسان کے لی</w:t>
      </w:r>
    </w:p>
    <w:p>
      <w:r>
        <w:rPr>
          <w:b/>
        </w:rPr>
        <w:t xml:space="preserve">[09:42] </w:t>
      </w:r>
      <w:r>
        <w:t>e. Dunya mein woh cheez rakhi jis ko kehte hain life support system. To yeh sari cheezein jab aap ko yaad aati hain to aap shukr karte hain Khuda ka.</w:t>
      </w:r>
    </w:p>
    <w:p>
      <w:pPr>
        <w:jc w:val="right"/>
      </w:pPr>
      <w:r>
        <w:t>ے۔ دنیا میں وہ چیز رکھی جس کو کہتے ہیں لائف سپورٹ سسٹم۔ تو یہ ساری چیزیں جب آپ کو یاد آتی ہیں تو آپ شکر کرتے ہیں خدا کا۔</w:t>
      </w:r>
    </w:p>
    <w:p>
      <w:r>
        <w:rPr>
          <w:b/>
        </w:rPr>
        <w:t xml:space="preserve">[09:58] </w:t>
      </w:r>
      <w:r>
        <w:t>To Khuda ki barhai bayan karna yeh bhi hota hai momin ki taraf se response ke taur par, aur Khuda ke ehsanat ka, Khuda ki blessing ka shukr bhi uski zuban se nikalta hai.</w:t>
      </w:r>
    </w:p>
    <w:p>
      <w:pPr>
        <w:jc w:val="right"/>
      </w:pPr>
      <w:r>
        <w:t>تو خدا کی بڑائی بیان کرنا یہ بھی ہوتا ہے مومن کی طرف سے رسپانس کے طور پر، اور خدا کے احسانات کا، خدا کی بلیسنگ کا شکر بھی اس کی زبان سے نکلتا ہے۔</w:t>
      </w:r>
    </w:p>
    <w:p>
      <w:r>
        <w:rPr>
          <w:b/>
        </w:rPr>
        <w:t xml:space="preserve">[10:16] </w:t>
      </w:r>
      <w:r>
        <w:t>To yeh hai hamd. Main samajhta hoon ke hamd jo hai, hamd kya hai? Yeh surah is ko batati hai.</w:t>
      </w:r>
    </w:p>
    <w:p>
      <w:pPr>
        <w:jc w:val="right"/>
      </w:pPr>
      <w:r>
        <w:t>تو یہ ہے حمد۔ میں سمجھتا ہوں کہ حمد جو ہے، حمد کیا ہے؟ یہ سورہ اس کو بتاتی ہے۔</w:t>
      </w:r>
    </w:p>
    <w:p>
      <w:r>
        <w:rPr>
          <w:b/>
        </w:rPr>
        <w:t xml:space="preserve">[10:27] </w:t>
      </w:r>
      <w:r>
        <w:t>Hamd poore maanon mein kya hai? Is ke kya different aspects hain? Hamd jab aati hai insaan ke andar to kis qism ke jazbat aur feeling uske andar aati hai?</w:t>
      </w:r>
    </w:p>
    <w:p>
      <w:pPr>
        <w:jc w:val="right"/>
      </w:pPr>
      <w:r>
        <w:t>حمد پورے معنوں میں کیا ہے؟ اس کے کیا ڈفرنٹ اسپیکٹ ہیں؟ حمد جب آتی ہے انسان کے اندر تو کس قسم کے جذبات اور فیلنگ اس کے اندر آتی ہے؟</w:t>
      </w:r>
    </w:p>
    <w:p>
      <w:r>
        <w:rPr>
          <w:b/>
        </w:rPr>
        <w:t xml:space="preserve">[10:43] </w:t>
      </w:r>
      <w:r>
        <w:t>Is ka poora bayan is choti si surah mein maujood hai. To sab se pehle dekhiye, Bismillah-hir-Rahman-nir-Rahim.</w:t>
      </w:r>
    </w:p>
    <w:p>
      <w:pPr>
        <w:jc w:val="right"/>
      </w:pPr>
      <w:r>
        <w:t>اس کا پورا بیان اس چھوٹی سی سورت میں موجود ہے۔ تو سب سے پہلے دیکھیے، بسم اللہ الرحمن الرحیم۔</w:t>
      </w:r>
    </w:p>
    <w:p>
      <w:r>
        <w:rPr>
          <w:b/>
        </w:rPr>
        <w:t xml:space="preserve">[10:54] </w:t>
      </w:r>
      <w:r>
        <w:t>Yeh yeh jo yeh jo sentence hai ya jo kalma hai, woh surah ka part to nahi hai.</w:t>
      </w:r>
    </w:p>
    <w:p>
      <w:pPr>
        <w:jc w:val="right"/>
      </w:pPr>
      <w:r>
        <w:t>یہ یہ جو یہ جو سینٹنس ہے یا جو کلمہ ہے، وہ سورہ کا پارٹ تو نہیں ہے۔</w:t>
      </w:r>
    </w:p>
    <w:p>
      <w:r>
        <w:rPr>
          <w:b/>
        </w:rPr>
        <w:t xml:space="preserve">[11:04] </w:t>
      </w:r>
      <w:r>
        <w:t>Yani yeh jo Quran ka chapter hai, is ka part to nahi hai, lekin hamesha is ke sath likha jata hai. Yani Bismillah-hir-Rahman parha jata hai, phir Alhamdulillah-hi-Rabbil-'alamin parha jata hai.</w:t>
      </w:r>
    </w:p>
    <w:p>
      <w:pPr>
        <w:jc w:val="right"/>
      </w:pPr>
      <w:r>
        <w:t>یعنی یہ جو قرآن کا چیپٹر ہے، اس کا پارٹ تو نہیں ہے، لیکن ہمیشہ اس کے ساتھ لکھا جاتا ہے۔ یعنی بسم اللہ الرحمن پڑھا جاتا ہے، پھر الحمدللہ رب العالمین پڑھا جاتا ہے۔</w:t>
      </w:r>
    </w:p>
    <w:p>
      <w:r>
        <w:rPr>
          <w:b/>
        </w:rPr>
        <w:t xml:space="preserve">[11:19] </w:t>
      </w:r>
      <w:r>
        <w:t>To sab se pehle aap Bismillah-hir-Rahman-nir-Rahim parhiye.</w:t>
      </w:r>
    </w:p>
    <w:p>
      <w:pPr>
        <w:jc w:val="right"/>
      </w:pPr>
      <w:r>
        <w:t>تو سب سے پہلے آپ بسم اللہ الرحمن الرحیم پڑھیجئے۔</w:t>
      </w:r>
    </w:p>
    <w:p>
      <w:r>
        <w:rPr>
          <w:b/>
        </w:rPr>
        <w:t xml:space="preserve">[11:24] </w:t>
      </w:r>
      <w:r>
        <w:t>Shuru Allah ke naam se, jo bara meherban, nihayat reham wala hai. Yeh jab jab insaan Khuda ko, Khuda ki barhai ko daryaft karta hai,</w:t>
      </w:r>
    </w:p>
    <w:p>
      <w:pPr>
        <w:jc w:val="right"/>
      </w:pPr>
      <w:r>
        <w:t>شروع اللہ کے نام سے، جو بڑا مہربان، نہایت رحم والا ہے۔ یہ جب جب انسان خدا کو، خدا کی بڑائی کو دریافت کرتا ہے،</w:t>
      </w:r>
    </w:p>
    <w:p>
      <w:r>
        <w:rPr>
          <w:b/>
        </w:rPr>
        <w:t xml:space="preserve">[11:40] </w:t>
      </w:r>
      <w:r>
        <w:t>us ko Khuda ki marifat hoti hai. Lekin Khuda ko manane ka aaghaz marifat se hota hai, sirf kuch kalma bolne se nahi.</w:t>
      </w:r>
    </w:p>
    <w:p>
      <w:pPr>
        <w:jc w:val="right"/>
      </w:pPr>
      <w:r>
        <w:t>اس کو خدا کی معرفت ہوتی ہے۔ لیکن خدا کو ماننے کا آغاز معرفت سے ہوتا ہے، صرف کچھ کلمہ بولنے سے نہیں۔</w:t>
      </w:r>
    </w:p>
    <w:p>
      <w:r>
        <w:rPr>
          <w:b/>
        </w:rPr>
        <w:t xml:space="preserve">[11:52] </w:t>
      </w:r>
      <w:r>
        <w:t>Yani agar aap zuban se bol dein kalma ke La ilaha illallah Muhammadur Rasulullah, to that is not beginning. Beginning jo hai, woh realization hai.</w:t>
      </w:r>
    </w:p>
    <w:p>
      <w:pPr>
        <w:jc w:val="right"/>
      </w:pPr>
      <w:r>
        <w:t>یعنی اگر آپ زبان سے بول دیں کلمہ کہ لا الہ الا اللہ محمد رسول اللہ، تو دیٹ از ناٹ بگننگ۔ بگننگ جو ہے، وہ ریلائزیشن ہے۔</w:t>
      </w:r>
    </w:p>
    <w:p>
      <w:r>
        <w:rPr>
          <w:b/>
        </w:rPr>
        <w:t xml:space="preserve">[12:03] </w:t>
      </w:r>
      <w:r>
        <w:t>Yani Khuda mein sochna aur universe mein sochna. To sochne aur ghaur karne se jab aap pohnchte hain Khuda tak,</w:t>
      </w:r>
    </w:p>
    <w:p>
      <w:pPr>
        <w:jc w:val="right"/>
      </w:pPr>
      <w:r>
        <w:t>یعنی خدا میں سوچنا اور یونیورس میں سوچنا۔ تو سوچنے اور غور کرنے سے جب آپ پہنچتے ہیں خدا تک،</w:t>
      </w:r>
    </w:p>
    <w:p>
      <w:r>
        <w:rPr>
          <w:b/>
        </w:rPr>
        <w:t xml:space="preserve">[12:18] </w:t>
      </w:r>
      <w:r>
        <w:t>jis ko kaha jata hai Arabic mein marifat aur English mein realization, to Khuda ko jab marifat ya realization ke darje mein aap paate hain to sara aur haal hota hai aap ke mind ka,</w:t>
      </w:r>
    </w:p>
    <w:p>
      <w:pPr>
        <w:jc w:val="right"/>
      </w:pPr>
      <w:r>
        <w:t>جس کو کہا جاتا ہے عربک میں معرفت اور انگلش میں ریلائزیشن، تو خدا کو جب معرفت یا ریلائزیشن کے درجے میں آپ پاتے ہیں تو سارا اور حال ہوتا ہے آپ کے مائنڈ کا،</w:t>
      </w:r>
    </w:p>
    <w:p>
      <w:r>
        <w:rPr>
          <w:b/>
        </w:rPr>
        <w:t xml:space="preserve">[12:36] </w:t>
      </w:r>
      <w:r>
        <w:t>aap ki feeling, aap ki sentiment, aap ki soch, har cheez par chha jata hai Khuda ka, Khuda ka iman, Khuda ka aqeedah.</w:t>
      </w:r>
    </w:p>
    <w:p>
      <w:pPr>
        <w:jc w:val="right"/>
      </w:pPr>
      <w:r>
        <w:t>آپ کی فیلنگ، آپ کی سینٹیمنٹ، آپ کی سوچ، ہر چیز پر چھا جاتا ہے خدا کا، خدا کا ایمان، خدا کا عقیدہ۔</w:t>
      </w:r>
    </w:p>
    <w:p>
      <w:r>
        <w:rPr>
          <w:b/>
        </w:rPr>
        <w:t xml:space="preserve">[12:52] </w:t>
      </w:r>
      <w:r>
        <w:t>To jab yeh sab hota hai to us waqt bilkul it is but natural ke har kaam mein nikle aap ki zuban se Bismillah-hir-Rabbil-'alamin, Bismillah-hir-Rahman-nir-Rahim</w:t>
      </w:r>
    </w:p>
    <w:p>
      <w:pPr>
        <w:jc w:val="right"/>
      </w:pPr>
      <w:r>
        <w:t>تو جب یہ سب ہوتا ہے تو اس وقت بالکل اٹ از بٹ نیچرل کہ ہر کام میں نکلے آپ کی زبان سے بسم اللہ رب العالمین، بسم اللہ الرحمن الرحیم</w:t>
      </w:r>
    </w:p>
    <w:p>
      <w:r>
        <w:rPr>
          <w:b/>
        </w:rPr>
        <w:t xml:space="preserve">[13:07] </w:t>
      </w:r>
      <w:r>
        <w:t>. Kyun? Kyunke aadmi jab Khuda ko daryaft karta hai, jab us ko Khuda ki discovery hoti hai to sath sath us ko apne helplessness ka bhi discovery hoti hai.</w:t>
      </w:r>
    </w:p>
    <w:p>
      <w:pPr>
        <w:jc w:val="right"/>
      </w:pPr>
      <w:r>
        <w:t>۔ کیوں؟ کیونکہ آدمی جب خدا کو دریافت کرتا ہے، جب اس کو خدا کی ڈسکوری ہوتی ہے تو ساتھ ساتھ اس کو اپنے ہیلپ لیسنس کا بھی ڈسکوری ہوتی ہے۔</w:t>
      </w:r>
    </w:p>
    <w:p>
      <w:r>
        <w:rPr>
          <w:b/>
        </w:rPr>
        <w:t xml:space="preserve">[13:23] </w:t>
      </w:r>
      <w:r>
        <w:t>Yani Khuda'i qudrat aur apne ajz</w:t>
      </w:r>
    </w:p>
    <w:p>
      <w:pPr>
        <w:jc w:val="right"/>
      </w:pPr>
      <w:r>
        <w:t>یعنی خدائی قدرت اور اپنے عجز</w:t>
      </w:r>
    </w:p>
    <w:p>
      <w:r>
        <w:rPr>
          <w:b/>
        </w:rPr>
        <w:t xml:space="preserve">[13:27] </w:t>
      </w:r>
      <w:r>
        <w:t>sath sath. Yani aik taraf aadmi is baat ko discover karta hai ke Khuda jo hai, almighty hai, Khuda sari glory aur sari taqat ka malik hai.</w:t>
      </w:r>
    </w:p>
    <w:p>
      <w:pPr>
        <w:jc w:val="right"/>
      </w:pPr>
      <w:r>
        <w:t>ساتھ ساتھ۔ یعنی ایک طرف آدمی اس بات کو ڈسکور کرتا ہے کہ خدا جو ہے، المائٹی ہے، خدا ساری گلوری اور ساری طاقت کا مالک ہے۔</w:t>
      </w:r>
    </w:p>
    <w:p>
      <w:r>
        <w:rPr>
          <w:b/>
        </w:rPr>
        <w:t xml:space="preserve">[13:43] </w:t>
      </w:r>
      <w:r>
        <w:t>Dusri taraf yeh bhi aap discovery hoti hai aadmi ko ke main ajiz hoon.</w:t>
      </w:r>
    </w:p>
    <w:p>
      <w:pPr>
        <w:jc w:val="right"/>
      </w:pPr>
      <w:r>
        <w:t>دوسری طرف یہ بھی آپ ڈسکوری ہوتی ہے آدمی کو کہ میں عاجز ہوں۔</w:t>
      </w:r>
    </w:p>
    <w:p>
      <w:r>
        <w:rPr>
          <w:b/>
        </w:rPr>
        <w:t xml:space="preserve">[13:52] </w:t>
      </w:r>
      <w:r>
        <w:t>To Khuda all powerful hai, aur us ke muqable mein main meri koi taqat nahi. Yeh bilkul lazim hai aik doosre ke sath.</w:t>
      </w:r>
    </w:p>
    <w:p>
      <w:pPr>
        <w:jc w:val="right"/>
      </w:pPr>
      <w:r>
        <w:t>تو خدا ال پاور فل ہے، اور اس کے مقابلے میں میں میری کوئی طاقت نہیں۔ یہ بالکل لازم ہے ایک دوسرے کے ساتھ۔</w:t>
      </w:r>
    </w:p>
    <w:p>
      <w:r>
        <w:rPr>
          <w:b/>
        </w:rPr>
        <w:t xml:space="preserve">[14:06] </w:t>
      </w:r>
      <w:r>
        <w:t>Kyunke kya koi aadmi jab aap sochte hain ke kya maine khud apne aap ko paida kiya hai, jawab aata hai ke nahi.</w:t>
      </w:r>
    </w:p>
    <w:p>
      <w:pPr>
        <w:jc w:val="right"/>
      </w:pPr>
      <w:r>
        <w:t>کیونکہ کیا کوئی آدمی جب آپ سوچتا ہے کہ کیا میں نے خود اپنے آپ کو پیدا کیا ہے، جواب آتا ہے کہ نہیں۔</w:t>
      </w:r>
    </w:p>
    <w:p>
      <w:r>
        <w:rPr>
          <w:b/>
        </w:rPr>
        <w:t xml:space="preserve">[14:16] </w:t>
      </w:r>
      <w:r>
        <w:t>Kya life support system maine khud banaya hai, jis ke bal par main jee raha hoon, jawab aata hai ke nahi.</w:t>
      </w:r>
    </w:p>
    <w:p>
      <w:pPr>
        <w:jc w:val="right"/>
      </w:pPr>
      <w:r>
        <w:t>کیا لائف سپورٹ سسٹم میں نے خود بنایا ہے، جس کے بل پر میں جی رہا ہوں، جواب آتا ہے کہ نہیں۔</w:t>
      </w:r>
    </w:p>
    <w:p>
      <w:r>
        <w:rPr>
          <w:b/>
        </w:rPr>
        <w:t xml:space="preserve">[14:26] </w:t>
      </w:r>
      <w:r>
        <w:t>kya main ne suraj ko chamkaya hai ke main ne oxygen ka nizam banaya hai? kya main ne pani ka zakhira dunya mein rakh diya hai?</w:t>
      </w:r>
    </w:p>
    <w:p>
      <w:pPr>
        <w:jc w:val="right"/>
      </w:pPr>
      <w:r>
        <w:t>کیا میں نے سورج کو چمکایا ہے کہ میں نے اکسیجن کا نظام بنایا ہے؟ کیا میں نے پانی کا ذخیرہ دنیا میں رکھ دیا ہے؟</w:t>
      </w:r>
    </w:p>
    <w:p>
      <w:r>
        <w:rPr>
          <w:b/>
        </w:rPr>
        <w:t xml:space="preserve">[14:36] </w:t>
      </w:r>
      <w:r>
        <w:t>waghaira waghaira. to jawab aata hai ke nahin.</w:t>
      </w:r>
    </w:p>
    <w:p>
      <w:pPr>
        <w:jc w:val="right"/>
      </w:pPr>
      <w:r>
        <w:t>وغیرہ وغیرہ۔ تو جواب آتا ہے کہ نہیں۔</w:t>
      </w:r>
    </w:p>
    <w:p>
      <w:r>
        <w:rPr>
          <w:b/>
        </w:rPr>
        <w:t xml:space="preserve">[14:41] </w:t>
      </w:r>
      <w:r>
        <w:t>to kya is nikalta hai is se ke meri apni to koi taqat nahin hai, taqat to Khuda ki hai. to har mauqa par bilkul natural hai ke aadmi Khuda ko yaad kare.</w:t>
      </w:r>
    </w:p>
    <w:p>
      <w:pPr>
        <w:jc w:val="right"/>
      </w:pPr>
      <w:r>
        <w:t>تو کیا اس نکلتا ہے اس سے کہ میری اپنی تو کوئی طاقت نہیں ہے، طاقت تو خدا کی ہے۔ تو ہر موقع پر بالکل نیچرل ہے کہ آدمی خدا کو یاد کرے۔</w:t>
      </w:r>
    </w:p>
    <w:p>
      <w:r>
        <w:rPr>
          <w:b/>
        </w:rPr>
        <w:t xml:space="preserve">[14:57] </w:t>
      </w:r>
      <w:r>
        <w:t>Khuda ko yaad karna ya bismillah rahman rahim kehna is baat ko apne zehn mein taza karna hai ke mera koi bhi kaam is waqt banega,</w:t>
      </w:r>
    </w:p>
    <w:p>
      <w:pPr>
        <w:jc w:val="right"/>
      </w:pPr>
      <w:r>
        <w:t>خدا کو یاد کرنا یا بسم اللہ الرحمن الرحیم کہنا اس بات کو اپنے ذہن میں تازہ کرنا ہے کہ میرا کوئی بھی کام اس وقت بنے گا،</w:t>
      </w:r>
    </w:p>
    <w:p>
      <w:r>
        <w:rPr>
          <w:b/>
        </w:rPr>
        <w:t xml:space="preserve">[15:12] </w:t>
      </w:r>
      <w:r>
        <w:t>mera koi bhi kaam is waqt banega jab ke is mein Khuda ki help shamil ho jaye.</w:t>
      </w:r>
    </w:p>
    <w:p>
      <w:pPr>
        <w:jc w:val="right"/>
      </w:pPr>
      <w:r>
        <w:t>میرا کوئی بھی کام اس وقت بنے گا جب کہ اس میں خدا کی ہیلپ شامل ہو جائے۔</w:t>
      </w:r>
    </w:p>
    <w:p>
      <w:r>
        <w:rPr>
          <w:b/>
        </w:rPr>
        <w:t xml:space="preserve">[15:20] </w:t>
      </w:r>
      <w:r>
        <w:t>jaise main saans lena chahta hoon to saans lena jab possible hoga jab ke Khuda ki taraf se oxygen aa raha ho.</w:t>
      </w:r>
    </w:p>
    <w:p>
      <w:pPr>
        <w:jc w:val="right"/>
      </w:pPr>
      <w:r>
        <w:t>جیسے میں سانس لینا چاہتا ہوں تو سانس لینا جب پاسیبل ہوگا جب کہ خدا کی طرف سے اکسیجن آ رہا ہو۔</w:t>
      </w:r>
    </w:p>
    <w:p>
      <w:r>
        <w:rPr>
          <w:b/>
        </w:rPr>
        <w:t xml:space="preserve">[15:30] </w:t>
      </w:r>
      <w:r>
        <w:t>agar oxygen ruk jaye to main saans nahin le sakta. aise hi main dekhna chahta hoon, woh bhi tab possible hoga jab Khuda ki taraf se roshni aa rahi ho.</w:t>
      </w:r>
    </w:p>
    <w:p>
      <w:pPr>
        <w:jc w:val="right"/>
      </w:pPr>
      <w:r>
        <w:t>اگر اکسیجن رک جائے تو میں سانس نہیں لے سکتا۔ ایسے ہی میں دیکھنا چاہتا ہوں، وہ بھی تب پاسیبل ہوگا جب خدا کی طرف سے روشنی آ رہی ہو۔</w:t>
      </w:r>
    </w:p>
    <w:p>
      <w:r>
        <w:rPr>
          <w:b/>
        </w:rPr>
        <w:t xml:space="preserve">[15:42] </w:t>
      </w:r>
      <w:r>
        <w:t>sirf aankh se main nahin dekh sakta, roshni bhi chahiye.</w:t>
      </w:r>
    </w:p>
    <w:p>
      <w:pPr>
        <w:jc w:val="right"/>
      </w:pPr>
      <w:r>
        <w:t>صرف آنکھ سے میں نہیں دیکھ سکتا، روشنی بھی چاہیے۔</w:t>
      </w:r>
    </w:p>
    <w:p>
      <w:r>
        <w:rPr>
          <w:b/>
        </w:rPr>
        <w:t xml:space="preserve">[15:46] </w:t>
      </w:r>
      <w:r>
        <w:t>to Khuda ki taraf se roshni jab aa jayegi mere paas, tabhi main apni aankh rakhte hue bhi dekh paunga. zameen par main chalta phirna chahta hoon, yeh bhi kam mumkin hoga jab ke zameen mein gravity ho.</w:t>
      </w:r>
    </w:p>
    <w:p>
      <w:pPr>
        <w:jc w:val="right"/>
      </w:pPr>
      <w:r>
        <w:t>تو خدا کی طرف سے روشنی جب آ جائے گی میرے پاس، تبھی میں اپنی آنکھ رکھتے ہوئے بھی دیکھ پاؤں گا۔ زمین پر میں چلتا پھرنا چاہتا ہوں، یہ بھی کم ممکن ہوگا جب کہ زمین میں گریویٹی ہو۔</w:t>
      </w:r>
    </w:p>
    <w:p>
      <w:r>
        <w:rPr>
          <w:b/>
        </w:rPr>
        <w:t xml:space="preserve">[15:59] </w:t>
      </w:r>
      <w:r>
        <w:t>zameen ki jo gravity hai, woh se kashish, woh agar khatam ho jaye to hum zameen par nahin chal sakte. sokhe patte ki tarah hum urrne lagenge zameen par.</w:t>
      </w:r>
    </w:p>
    <w:p>
      <w:pPr>
        <w:jc w:val="right"/>
      </w:pPr>
      <w:r>
        <w:t>زمین کی جو گریویٹی ہے، وہ سے کشش، وہ اگر ختم ہو جائے تو ہم زمین پر نہیں چل سکتے۔ سوکھے پتے کی طرح ہم اڑنے لگیں گے زمین پر۔</w:t>
      </w:r>
    </w:p>
    <w:p>
      <w:r>
        <w:rPr>
          <w:b/>
        </w:rPr>
        <w:t xml:space="preserve">[16:09] </w:t>
      </w:r>
      <w:r>
        <w:t>hum bilkul idhar udhar urenge.</w:t>
      </w:r>
    </w:p>
    <w:p>
      <w:pPr>
        <w:jc w:val="right"/>
      </w:pPr>
      <w:r>
        <w:t>ہم بالکل ادھر ادھر اڑیں گے۔</w:t>
      </w:r>
    </w:p>
    <w:p>
      <w:r>
        <w:rPr>
          <w:b/>
        </w:rPr>
        <w:t xml:space="preserve">[16:14] </w:t>
      </w:r>
      <w:r>
        <w:t>zameen ki jo kashish hai, wahi hum ko zameen mein jamati hai aur hum zameen par chal pate hain. aise hi main khana khata hoon to khud khana jo hai, wahi Khuda ki taraf se aa raha hai.</w:t>
      </w:r>
    </w:p>
    <w:p>
      <w:pPr>
        <w:jc w:val="right"/>
      </w:pPr>
      <w:r>
        <w:t>زمین کی جو کشش ہے، وہی ہم کو زمین میں جماتی ہے اور ہم زمین پر چل پاتے ہیں۔ ایسے ہی میں کھانا کھاتا ہوں تو خود کھانا جو ہے، وہی خدا کی طرف سے آ رہا ہے۔</w:t>
      </w:r>
    </w:p>
    <w:p>
      <w:r>
        <w:rPr>
          <w:b/>
        </w:rPr>
        <w:t xml:space="preserve">[16:27] </w:t>
      </w:r>
      <w:r>
        <w:t>aur jab main ne is ko pait mein dala, tab bhi jo metabolism hai, jo digestive system hai, woh bhi Khuda ki taraf se banaya hua hai.</w:t>
      </w:r>
    </w:p>
    <w:p>
      <w:pPr>
        <w:jc w:val="right"/>
      </w:pPr>
      <w:r>
        <w:t>اور جب میں نے اس کو پیٹ میں ڈالا، تب بھی جو میٹابولزم ہے، جو ڈائجسٹو سسٹم ہے، وہ بھی خدا کی طرف سے بنایا ہوا ہے۔</w:t>
      </w:r>
    </w:p>
    <w:p>
      <w:r>
        <w:rPr>
          <w:b/>
        </w:rPr>
        <w:t xml:space="preserve">[16:36] </w:t>
      </w:r>
      <w:r>
        <w:t>agar woh na ho to khana kha kar bhi kuch nahin milega mujhe.</w:t>
      </w:r>
    </w:p>
    <w:p>
      <w:pPr>
        <w:jc w:val="right"/>
      </w:pPr>
      <w:r>
        <w:t>اگر وہ نہ ہو تو کھانا کھا کر بھی کچھ نہیں ملے گا مجھے۔</w:t>
      </w:r>
    </w:p>
    <w:p>
      <w:r>
        <w:rPr>
          <w:b/>
        </w:rPr>
        <w:t xml:space="preserve">[16:43] </w:t>
      </w:r>
      <w:r>
        <w:t>to Hazrat Umar ne farmaya ke agar tum ek glass pani pite ho aur pi kar tumhare pait mein woh ja kar hazam ho jata hai to is par bhi shukr karna chahiye.</w:t>
      </w:r>
    </w:p>
    <w:p>
      <w:pPr>
        <w:jc w:val="right"/>
      </w:pPr>
      <w:r>
        <w:t>تو حضرت عمر نے فرمایا کہ اگر تم ایک گلاس پانی پیتے ہو اور پی کر تمہارے پیٹ میں وہ جا کر ہضم ہو جاتا ہے تو اس پر بھی شکر کرنا چاہیے۔</w:t>
      </w:r>
    </w:p>
    <w:p>
      <w:r>
        <w:rPr>
          <w:b/>
        </w:rPr>
        <w:t xml:space="preserve">[16:56] </w:t>
      </w:r>
      <w:r>
        <w:t>kyun ke yeh bhi Khuda ki madad se possible hua. to bismillah rahman rahim jo hai, woh kalma goya ke ajz ka kalma hai, Khuda ko acknowledge karne ka kalma hai.</w:t>
      </w:r>
    </w:p>
    <w:p>
      <w:pPr>
        <w:jc w:val="right"/>
      </w:pPr>
      <w:r>
        <w:t>کیونکہ یہ بھی خدا کی مدد سے پاسیبل ہوا۔ تو بسم اللہ الرحمن الرحیم جو ہے، وہ کلمہ گویا کہ عجز کا کلمہ ہے، خدا کو اکنالج کرنے کا کلمہ ہے۔</w:t>
      </w:r>
    </w:p>
    <w:p>
      <w:r>
        <w:rPr>
          <w:b/>
        </w:rPr>
        <w:t xml:space="preserve">[17:11] </w:t>
      </w:r>
      <w:r>
        <w:t>yani is ehsas ko jagane ka kalma hai ke main shuru to kar sakta hoon, lekin is ki takmeel Khudai ke hath mein hai. jo kaha jata hai ke shuru shuru mere bas mein hai, lekin lekin lekin ihtimam is ka woh Khuda ke bas mein hai.</w:t>
      </w:r>
    </w:p>
    <w:p>
      <w:pPr>
        <w:jc w:val="right"/>
      </w:pPr>
      <w:r>
        <w:t>یعنی اس احساس کو جگانے کا کلمہ ہے کہ میں شروع تو کر سکتا ہوں، لیکن اس کی تکمیل خدائی کے ہاتھ میں ہے۔ جو کہا جاتا ہے کہ شروع شروع میرے بس میں ہے، لیکن لیکن لیکن اہتمام اس کا وہ خدا کے بس میں ہے۔</w:t>
      </w:r>
    </w:p>
    <w:p>
      <w:r>
        <w:rPr>
          <w:b/>
        </w:rPr>
        <w:t xml:space="preserve">[17:32] </w:t>
      </w:r>
      <w:r>
        <w:t>to yeh ehsas ke main shuru karne ke siwa aur koi cheez mere ikhtiyar mein nahin hai, baqi jo hai sab Khuda ke ikhtiyar mein hai.</w:t>
      </w:r>
    </w:p>
    <w:p>
      <w:pPr>
        <w:jc w:val="right"/>
      </w:pPr>
      <w:r>
        <w:t>تو یہ احساس کہ میں شروع کرنے کے سوا اور کوئی چیز میرے اختیار میں نہیں ہے، باقی جو ہے سب خدا کے اختیار میں ہے۔</w:t>
      </w:r>
    </w:p>
    <w:p>
      <w:r>
        <w:rPr>
          <w:b/>
        </w:rPr>
        <w:t xml:space="preserve">[17:41] </w:t>
      </w:r>
      <w:r>
        <w:t>to jab yeh ehsas hota hai to fitri baat hai ke aadmi bismillah rahman rahim keh kar apna kaam shuru kare.</w:t>
      </w:r>
    </w:p>
    <w:p>
      <w:pPr>
        <w:jc w:val="right"/>
      </w:pPr>
      <w:r>
        <w:t>تو جب یہ احساس ہوتا ہے تو فطری بات ہے کہ آدمی بسم اللہ الرحمن الرحیم کہہ کر اپنا کام شروع کرے۔</w:t>
      </w:r>
    </w:p>
    <w:p>
      <w:r>
        <w:rPr>
          <w:b/>
        </w:rPr>
        <w:t xml:space="preserve">[17:53] </w:t>
      </w:r>
      <w:r>
        <w:t>koi bhi kaam aap sochiye, is mein aap sirf shuru karne ki position mein hain. kahin jana hai to aap ghar se nikalne ki position mein hain, lekin manzil par pahunchana ek Khuda ka kaam hai.</w:t>
      </w:r>
    </w:p>
    <w:p>
      <w:pPr>
        <w:jc w:val="right"/>
      </w:pPr>
      <w:r>
        <w:t>کوئی بھی کام آپ سوچیے، اس میں آپ صرف شروع کرنے کی پوزیشن میں ہیں۔ کہیں جانا ہے تو آپ گھر سے نکلنے کی پوزیشن میں ہیں، لیکن منزل پر پہنچانا ایک خدا کا کام ہے۔</w:t>
      </w:r>
    </w:p>
    <w:p>
      <w:r>
        <w:rPr>
          <w:b/>
        </w:rPr>
        <w:t xml:space="preserve">[18:05] </w:t>
      </w:r>
      <w:r>
        <w:t>bahut sare factors</w:t>
      </w:r>
    </w:p>
    <w:p>
      <w:pPr>
        <w:jc w:val="right"/>
      </w:pPr>
      <w:r>
        <w:t>بہت سارے فیکٹرز</w:t>
      </w:r>
    </w:p>
    <w:p>
      <w:r>
        <w:rPr>
          <w:b/>
        </w:rPr>
        <w:t xml:space="preserve">[18:07] </w:t>
      </w:r>
      <w:r>
        <w:t>hain, agar woh sath na dein aap ka to aap manzil par to aap apni manzil par nahin pahunch sakte. to har mamle mein aadmi ko jaise hi woh is kisi kaam ko karna chahta hai,</w:t>
      </w:r>
    </w:p>
    <w:p>
      <w:pPr>
        <w:jc w:val="right"/>
      </w:pPr>
      <w:r>
        <w:t>ہیں، اگر وہ ساتھ نہ دیں آپ کا تو آپ منزل پر تو آپ اپنی منزل پر نہیں پہنچ سکتے۔ تو ہر معاملے میں آدمی کو جیسے ہی وہ اس کسی کام کو کرنا چاہتا ہے،</w:t>
      </w:r>
    </w:p>
    <w:p>
      <w:r>
        <w:rPr>
          <w:b/>
        </w:rPr>
        <w:t xml:space="preserve">[18:22] </w:t>
      </w:r>
      <w:r>
        <w:t>fauran yaad aata hai ke aage sab mera Khuda ka ikhtiyar hai. aage wahi hoga jo Khuda chahega. to yeh ehsas aadmi se kelvata hai bismillah rahman rahim.</w:t>
      </w:r>
    </w:p>
    <w:p>
      <w:pPr>
        <w:jc w:val="right"/>
      </w:pPr>
      <w:r>
        <w:t>فوراً یاد آتا ہے کہ آگے سب میرا خدا کا اختیار ہے۔ آگے وہی ہوگا جو خدا چاہے گا۔ تو یہ احساس آدمی سے کہلواتا ہے بسم اللہ الرحمن الرحیم۔</w:t>
      </w:r>
    </w:p>
    <w:p>
      <w:r>
        <w:rPr>
          <w:b/>
        </w:rPr>
        <w:t xml:space="preserve">[18:37] </w:t>
      </w:r>
      <w:r>
        <w:t>dekhiye, yeh jo kalma hai, yeh koi koi yeh riwayat ki kalma nahin hai, yeh koi rasmi baat nahin hai aur koi kartab bhi nahin hai.</w:t>
      </w:r>
    </w:p>
    <w:p>
      <w:pPr>
        <w:jc w:val="right"/>
      </w:pPr>
      <w:r>
        <w:t>دیکھیے، یہ جو کلمہ ہے، یہ کوئی کوئی یہ روایت کی کلمہ نہیں ہے، یہ کوئی رسمی بات نہیں ہے اور کوئی کرتب بھی نہیں ہے۔</w:t>
      </w:r>
    </w:p>
    <w:p>
      <w:r>
        <w:rPr>
          <w:b/>
        </w:rPr>
        <w:t xml:space="preserve">[18:50] </w:t>
      </w:r>
      <w:r>
        <w:t>aisa nahin ke koi koi mantra hai, aisa bhi nahin hai. yeh ek spirit hai jo insaan ke andar jagti hai, wahi spirit munh se bolti hai.</w:t>
      </w:r>
    </w:p>
    <w:p>
      <w:pPr>
        <w:jc w:val="right"/>
      </w:pPr>
      <w:r>
        <w:t>ایسا نہیں کہ کوئی کوئی منتر ہے، ایسا بھی نہیں ہے۔ یہ ایک سپرٹ ہے جو انسان کے اندر جاگتی ہے، وہی سپرٹ منہ سے بولتی ہے۔</w:t>
      </w:r>
    </w:p>
    <w:p>
      <w:r>
        <w:rPr>
          <w:b/>
        </w:rPr>
        <w:t xml:space="preserve">[19:04] </w:t>
      </w:r>
      <w:r>
        <w:t>jab bhi aap koi kaam shuru karne jaen to aap ke andar ek feeling, ek spirit aani chaie. agar Khuda ki daryaft aap ko ho chuki hai ke al-sahib mini wal-tammam min Allah ke shuru to main kar sakta hoon, lekin is ki takmeel to Khuda hi karega.</w:t>
      </w:r>
    </w:p>
    <w:p>
      <w:pPr>
        <w:jc w:val="right"/>
      </w:pPr>
      <w:r>
        <w:t>جب بھی آپ کوئی کام شروع کرنے جائیں تو آپ کے اندر ایک فیلنگ، ایک سپرٹ آنی چاہیے۔ اگر خدا کی دریافت آپ کو ہو چکی ہے کہ الصاحب منی والتمام من اللہ کہ شروع تو میں کر سکتا ہوں، لیکن اس کی تکمیل تو خدا ہی کرے گا۔</w:t>
      </w:r>
    </w:p>
    <w:p>
      <w:r>
        <w:rPr>
          <w:b/>
        </w:rPr>
        <w:t xml:space="preserve">[19:23] </w:t>
      </w:r>
      <w:r>
        <w:t>to jitna zyada aadmi ko realization hoga, jitna zyada wo Khuda ko jaan chuka hoga,</w:t>
      </w:r>
    </w:p>
    <w:p>
      <w:pPr>
        <w:jc w:val="right"/>
      </w:pPr>
      <w:r>
        <w:t>تو جتنا زیادہ آدمی کو ریلائزیشن ہوگا، جتنا زیادہ وہ خدا کو جان چکا ہوگا،</w:t>
      </w:r>
    </w:p>
    <w:p>
      <w:r>
        <w:rPr>
          <w:b/>
        </w:rPr>
        <w:t xml:space="preserve">[19:34] </w:t>
      </w:r>
      <w:r>
        <w:t>jitna zyada wo use is haqeeqat se ba-khabar hoga ke main aajiz hoon, qudrat to sirf Khuda ke paas hai, main helpless hoon, sari taqat Khuda ke paas hai.</w:t>
      </w:r>
    </w:p>
    <w:p>
      <w:pPr>
        <w:jc w:val="right"/>
      </w:pPr>
      <w:r>
        <w:t>جتنا زیادہ وہ اسے اس حقیقت سے باخبر ہوگا کہ میں عاجز ہوں، قدرت تو صرف خدا کے پاس ہے، میں ہیلپ لیس ہوں، ساری طاقت خدا کے پاس ہے۔</w:t>
      </w:r>
    </w:p>
    <w:p>
      <w:r>
        <w:rPr>
          <w:b/>
        </w:rPr>
        <w:t xml:space="preserve">[19:47] </w:t>
      </w:r>
      <w:r>
        <w:t>to is haqeeqat ka yeh ek haqeeqat hai. is haqeeqat ka jitna zyada shaoor hoga, utna hi zyada is kalma ki ahmiyat is ke zehen mein aegi.</w:t>
      </w:r>
    </w:p>
    <w:p>
      <w:pPr>
        <w:jc w:val="right"/>
      </w:pPr>
      <w:r>
        <w:t>تو اس حقیقت کا یہ ایک حقیقت ہے۔ اس حقیقت کا جتنا زیادہ شعور ہوگا، اتنا ہی زیادہ اس کلمہ کی اہمیت اس کے ذہن میں آئے گی۔</w:t>
      </w:r>
    </w:p>
    <w:p>
      <w:r>
        <w:rPr>
          <w:b/>
        </w:rPr>
        <w:t xml:space="preserve">[20:04] </w:t>
      </w:r>
      <w:r>
        <w:t>yun samajh lijiye ke intellectual intellectual awakening sab se pehle chahiye.</w:t>
      </w:r>
    </w:p>
    <w:p>
      <w:pPr>
        <w:jc w:val="right"/>
      </w:pPr>
      <w:r>
        <w:t>یوں سمجھ لیجئے کہ انٹلیکچول انٹلیکچول اویکننگ سب سے پہلے چاہیے۔</w:t>
      </w:r>
    </w:p>
    <w:p>
      <w:r>
        <w:rPr>
          <w:b/>
        </w:rPr>
        <w:t xml:space="preserve">[20:13] </w:t>
      </w:r>
      <w:r>
        <w:t>yani Khuda ka Khuda ka shaoor ya God consciousness yeh sab se pehle chahiye.</w:t>
      </w:r>
    </w:p>
    <w:p>
      <w:pPr>
        <w:jc w:val="right"/>
      </w:pPr>
      <w:r>
        <w:t>یعنی خدا کا خدا کا شعور یا گاڈ کانشیسنس یہ سب سے پہلے چاہیے۔</w:t>
      </w:r>
    </w:p>
    <w:p>
      <w:r>
        <w:rPr>
          <w:b/>
        </w:rPr>
        <w:t xml:space="preserve">[20:24] </w:t>
      </w:r>
      <w:r>
        <w:t>tab sahi taur par aadmi Bismillah al-Rahman al-Rahim keh sakta hai.</w:t>
      </w:r>
    </w:p>
    <w:p>
      <w:pPr>
        <w:jc w:val="right"/>
      </w:pPr>
      <w:r>
        <w:t>تب صحیح طور پر آدمی بسم اللہ الرحمن الرحیم کہہ سکتا ہے۔</w:t>
      </w:r>
    </w:p>
    <w:p>
      <w:r>
        <w:rPr>
          <w:b/>
        </w:rPr>
        <w:t xml:space="preserve">[20:29] </w:t>
      </w:r>
      <w:r>
        <w:t>agar agar yeh na ho, yani Khuda ka shaoor agar aadmi ke andar jaaga hua na ho to wo Bismillah al-Rahman al-Rahim uska sirf lip service hoga.</w:t>
      </w:r>
    </w:p>
    <w:p>
      <w:pPr>
        <w:jc w:val="right"/>
      </w:pPr>
      <w:r>
        <w:t>اگر اگر یہ نہ ہو، یعنی خدا کا شعور اگر آدمی کے اندر جاگا ہوا نہ ہو تو وہ بسم اللہ الرحمن الرحیم اس کا صرف لپ سروس ہوگا۔</w:t>
      </w:r>
    </w:p>
    <w:p>
      <w:r>
        <w:rPr>
          <w:b/>
        </w:rPr>
        <w:t xml:space="preserve">[20:39] </w:t>
      </w:r>
      <w:r>
        <w:t>bas aise hi hoga jaise record mein bhar dein aap aur record chala dein to wo bolega, yahi lafz bolega.</w:t>
      </w:r>
    </w:p>
    <w:p>
      <w:pPr>
        <w:jc w:val="right"/>
      </w:pPr>
      <w:r>
        <w:t>بس ایسے ہی ہوگا جیسے ریکارڈ میں بھر دیں آپ اور ریکارڈ چلا دیں تو وہ بولے گا، یہی لفظ بولے گا۔</w:t>
      </w:r>
    </w:p>
    <w:p>
      <w:r>
        <w:rPr>
          <w:b/>
        </w:rPr>
        <w:t xml:space="preserve">[20:50] </w:t>
      </w:r>
      <w:r>
        <w:t>to ek sache insaan ka, ek believer, ek true believer ka Bismillah al-Rahman al-Rahim kehna ek bahut bada waqia hota hai.</w:t>
      </w:r>
    </w:p>
    <w:p>
      <w:pPr>
        <w:jc w:val="right"/>
      </w:pPr>
      <w:r>
        <w:t>تو ایک سچے انسان کا، ایک بیلیور، ایک ٹرو بیلیور کا بسم اللہ الرحمن الرحیم کہنا ایک بہت بڑا واقعہ ہوتا ہے۔</w:t>
      </w:r>
    </w:p>
    <w:p>
      <w:r>
        <w:rPr>
          <w:b/>
        </w:rPr>
        <w:t xml:space="preserve">[21:02] </w:t>
      </w:r>
      <w:r>
        <w:t>wo ek realized soul ka ka kalma hota hai.</w:t>
      </w:r>
    </w:p>
    <w:p>
      <w:pPr>
        <w:jc w:val="right"/>
      </w:pPr>
      <w:r>
        <w:t>وہ ایک ریلائز سول کا کا کلمہ ہوتا ہے۔</w:t>
      </w:r>
    </w:p>
    <w:p>
      <w:r>
        <w:rPr>
          <w:b/>
        </w:rPr>
        <w:t xml:space="preserve">[21:09] </w:t>
      </w:r>
      <w:r>
        <w:t>ek soul jis ne zindagi ki sachai ko jaan liya hai, zindagi ki haqeeqat ko jaan liya hai to andar is ke aabalta hai wo ehsaas.</w:t>
      </w:r>
    </w:p>
    <w:p>
      <w:pPr>
        <w:jc w:val="right"/>
      </w:pPr>
      <w:r>
        <w:t>ایک سول جس نے زندگی کی سچائی کو جان لیا ہے، زندگی کی حقیقت کو جان لیا ہے تو اندر اس کے ابلتا ہے وہ احساس۔</w:t>
      </w:r>
    </w:p>
    <w:p>
      <w:r>
        <w:rPr>
          <w:b/>
        </w:rPr>
        <w:t xml:space="preserve">[21:24] </w:t>
      </w:r>
      <w:r>
        <w:t>yani Khuda ka, Khuda ki marifat, Khuda ka realization is ke andar ek storm aata hai. storm</w:t>
      </w:r>
    </w:p>
    <w:p>
      <w:pPr>
        <w:jc w:val="right"/>
      </w:pPr>
      <w:r>
        <w:t>یعنی خدا کا، خدا کی معرفت، خدا کا ریلائزیشن اس کے اندر ایک سٹارم آتا ہے۔ سٹارم</w:t>
      </w:r>
    </w:p>
    <w:p>
      <w:r>
        <w:rPr>
          <w:b/>
        </w:rPr>
        <w:t xml:space="preserve">[21:33] </w:t>
      </w:r>
      <w:r>
        <w:t>to isi storm ka ek manifestation hai ke is ki zuban par aa jata hai Bismillah al-Rahman al-Rahim. yani aye Khuda, main ek kaam karne ja raha hoon to kaam to main sirf shuru kar sakta hoon,</w:t>
      </w:r>
    </w:p>
    <w:p>
      <w:pPr>
        <w:jc w:val="right"/>
      </w:pPr>
      <w:r>
        <w:t>تو اسی سٹارم کا ایک مینیفیسٹیشن ہے کہ اس کی زبان پر آ جاتا ہے بسم اللہ الرحمن الرحیم۔ یعنی اے خدا، میں ایک کام کرنے جا رہا ہوں تو کام تو میں صرف شروع کر سکتا ہوں،</w:t>
      </w:r>
    </w:p>
    <w:p>
      <w:r>
        <w:rPr>
          <w:b/>
        </w:rPr>
        <w:t xml:space="preserve">[21:49] </w:t>
      </w:r>
      <w:r>
        <w:t>sirf soch sakta hoon, baqi tere ikhtiyar mein hai. kyunke Bismillah al-Rahman al-Rahim ek dua hai, ek dua</w:t>
      </w:r>
    </w:p>
    <w:p>
      <w:pPr>
        <w:jc w:val="right"/>
      </w:pPr>
      <w:r>
        <w:t>صرف سوچ سکتا ہوں، باقی تیرے اختیار میں ہے۔ کیونکہ بسم اللہ الرحمن الرحیم ایک دعا ہے، ایک دعا</w:t>
      </w:r>
    </w:p>
    <w:p>
      <w:r>
        <w:rPr>
          <w:b/>
        </w:rPr>
        <w:t xml:space="preserve">[22:00] </w:t>
      </w:r>
      <w:r>
        <w:t>hai is baat ki ke Khuda ya, main ne ek kaam shuru kiya hai to</w:t>
      </w:r>
    </w:p>
    <w:p>
      <w:pPr>
        <w:jc w:val="right"/>
      </w:pPr>
      <w:r>
        <w:t>ہے اس بات کی کہ خدایا، میں نے ایک کام شروع کیا ہے تو</w:t>
      </w:r>
    </w:p>
    <w:p>
      <w:r>
        <w:rPr>
          <w:b/>
        </w:rPr>
        <w:t xml:space="preserve">[22:10] </w:t>
      </w:r>
      <w:r>
        <w:t>tu har tu meri madad farma taake yeh kaam mukammal ho jae. main is se pehle purane Delhi mein hota tha to wahan par ek cheez mujhe bahut mutasir karti thi.</w:t>
      </w:r>
    </w:p>
    <w:p>
      <w:pPr>
        <w:jc w:val="right"/>
      </w:pPr>
      <w:r>
        <w:t>تو ہر تو میری مدد فرما تاکہ یہ کام مکمل ہو جائے۔ میں اس سے پہلے پرانے دلی میں ہوتا تھا تو وہاں پر ایک چیز مجھے بہت متاثر کرتی تھی۔</w:t>
      </w:r>
    </w:p>
    <w:p>
      <w:r>
        <w:rPr>
          <w:b/>
        </w:rPr>
        <w:t xml:space="preserve">[22:26] </w:t>
      </w:r>
      <w:r>
        <w:t>wahan ki masjid mein main namaz parta tha, Qasim Jan street ki masjid mein. to sham ko maghrib ke waqt ek aadmi aata tha jo andha hota tha, boorha aur andha.</w:t>
      </w:r>
    </w:p>
    <w:p>
      <w:pPr>
        <w:jc w:val="right"/>
      </w:pPr>
      <w:r>
        <w:t>وہاں کی مسجد میں میں نماز پڑھتا تھا، قاسم جانی سٹریٹ کی مسجد میں۔ تو شام کو مغرب کے وقت ایک آدمی آتا تھا جو اندھا ہوتا تھا، بوڑھا اور اندھا۔</w:t>
      </w:r>
    </w:p>
    <w:p>
      <w:r>
        <w:rPr>
          <w:b/>
        </w:rPr>
        <w:t xml:space="preserve">[22:40] </w:t>
      </w:r>
      <w:r>
        <w:t>to choti bachi is ki us ko pakar kar lati thi, pakar kar le ati thi. wo to wo bilkul ghurbat ki aur ajz ki tasweer tha.</w:t>
      </w:r>
    </w:p>
    <w:p>
      <w:pPr>
        <w:jc w:val="right"/>
      </w:pPr>
      <w:r>
        <w:t>تو چھوٹی بچی اس کی اس کو پکڑ کر لاتی تھی، پکڑ کر لے آتی تھی۔ وہ تو وہ بالکل غربت کی اور عجز کی تصویر تھا۔</w:t>
      </w:r>
    </w:p>
    <w:p>
      <w:r>
        <w:rPr>
          <w:b/>
        </w:rPr>
        <w:t xml:space="preserve">[22:50] </w:t>
      </w:r>
      <w:r>
        <w:t>wo to maghrib ki namaz ke baad wo khara hota tha</w:t>
      </w:r>
    </w:p>
    <w:p>
      <w:pPr>
        <w:jc w:val="right"/>
      </w:pPr>
      <w:r>
        <w:t>وہ تو مغرب کی نماز کے بعد وہ کھڑا ہوتا تھا</w:t>
      </w:r>
    </w:p>
    <w:p>
      <w:r>
        <w:rPr>
          <w:b/>
        </w:rPr>
        <w:t xml:space="preserve">[22:54] </w:t>
      </w:r>
      <w:r>
        <w:t>to kehta tha ke har surat se, har pehlu se madad ka mohtaj hoon.</w:t>
      </w:r>
    </w:p>
    <w:p>
      <w:pPr>
        <w:jc w:val="right"/>
      </w:pPr>
      <w:r>
        <w:t>تو کہتا تھا کہ ہر صورت سے، ہر پہلو سے مدد کا محتاج ہوں۔</w:t>
      </w:r>
    </w:p>
    <w:p>
      <w:r>
        <w:rPr>
          <w:b/>
        </w:rPr>
        <w:t xml:space="preserve">[23:06] </w:t>
      </w:r>
      <w:r>
        <w:t>har surat se, har pehlu se madad ka mohtaj hoon. main samajhta hoon ke yahi yahi spirit honi chahiye Bismillah al-Rahman al-Rahim.</w:t>
      </w:r>
    </w:p>
    <w:p>
      <w:pPr>
        <w:jc w:val="right"/>
      </w:pPr>
      <w:r>
        <w:t>ہر صورت سے، ہر پہلو سے مدد کا محتاج ہوں۔ میں سمجھتا ہوں کہ یہی یہی سپرٹ ہونی چاہیے بسم اللہ الرحمن الرحیم۔</w:t>
      </w:r>
    </w:p>
    <w:p>
      <w:r>
        <w:rPr>
          <w:b/>
        </w:rPr>
        <w:t xml:space="preserve">[23:18] </w:t>
      </w:r>
      <w:r>
        <w:t>jab</w:t>
      </w:r>
    </w:p>
    <w:p>
      <w:pPr>
        <w:jc w:val="right"/>
      </w:pPr>
      <w:r>
        <w:t>جب</w:t>
      </w:r>
    </w:p>
    <w:p>
      <w:r>
        <w:rPr>
          <w:b/>
        </w:rPr>
        <w:t xml:space="preserve">[23:19] </w:t>
      </w:r>
      <w:r>
        <w:t>koi aadmi yeh boley, yeh alfaaz Bismillah al-Rahman al-Rahim to sarapa wo dhal gaya ho is mein ke Khuda ya,</w:t>
      </w:r>
    </w:p>
    <w:p>
      <w:pPr>
        <w:jc w:val="right"/>
      </w:pPr>
      <w:r>
        <w:t>کوئی آدمی یہ بولے، یہ الفاظ بسم اللہ الرحمن الرحیم تو سراپہ وہ ڈھل گیا ہو اس میں کہ خدایا،</w:t>
      </w:r>
    </w:p>
    <w:p>
      <w:r>
        <w:rPr>
          <w:b/>
        </w:rPr>
        <w:t xml:space="preserve">[23:32] </w:t>
      </w:r>
      <w:r>
        <w:t>main har surat se, har pehlu se teri madad ka mohtaj hoon. Khuda ya, tu hi madad, tu meri madad farma kyunke teri madad hi se mera koi kaam banega.</w:t>
      </w:r>
    </w:p>
    <w:p>
      <w:pPr>
        <w:jc w:val="right"/>
      </w:pPr>
      <w:r>
        <w:t>میں ہر صورت سے، ہر پہلو سے تیری مدد کا محتاج ہوں۔ خدایا، تو ہی مدد، تو میری مدد فرما کیونکہ تیری مدد ہی سے میرا کوئی کام بنے گا۔</w:t>
      </w:r>
    </w:p>
    <w:p>
      <w:r>
        <w:rPr>
          <w:b/>
        </w:rPr>
        <w:t xml:space="preserve">[23:45] </w:t>
      </w:r>
      <w:r>
        <w:t>agar</w:t>
      </w:r>
    </w:p>
    <w:p>
      <w:pPr>
        <w:jc w:val="right"/>
      </w:pPr>
      <w:r>
        <w:t>اگر</w:t>
      </w:r>
    </w:p>
    <w:p>
      <w:r>
        <w:rPr>
          <w:b/>
        </w:rPr>
        <w:t xml:space="preserve">[23:46] </w:t>
      </w:r>
      <w:r>
        <w:t>teri madad hasil na hui mujhe to mera koi kaam bhi banne wala nahin. main samajhta hoon ke yeh hai spirit bismillah rahman rahim ki.</w:t>
      </w:r>
    </w:p>
    <w:p>
      <w:pPr>
        <w:jc w:val="right"/>
      </w:pPr>
      <w:r>
        <w:t>تیری مدد حاصل نہ ہوئی مجھے تو میرا کوئی کام بھی بننے والا نہیں۔ میں سمجھتا ہوں کہ یہ ہے سپرٹ بسم اللہ الرحمن الرحیم کی۔</w:t>
      </w:r>
    </w:p>
    <w:p>
      <w:r>
        <w:rPr>
          <w:b/>
        </w:rPr>
        <w:t xml:space="preserve">[23:57] </w:t>
      </w:r>
      <w:r>
        <w:t>ismail bismillah rahman rahim koi mantra nahin, koi lap service nahin. woh ek qalam-e-ajz, ajz ka kalma hai.</w:t>
      </w:r>
    </w:p>
    <w:p>
      <w:pPr>
        <w:jc w:val="right"/>
      </w:pPr>
      <w:r>
        <w:t>اسماعیل بسم اللہ الرحمن الرحیم کوئی منتر نہیں، کوئی لپ سروس نہیں۔ وہ ایک قلم عجز، عجز کا کلمہ ہے۔</w:t>
      </w:r>
    </w:p>
    <w:p>
      <w:r>
        <w:rPr>
          <w:b/>
        </w:rPr>
        <w:t xml:space="preserve">[24:08] </w:t>
      </w:r>
      <w:r>
        <w:t>ek ajiz insan qadir, qadir-e-mutlaq se keh raha hota hai ke tu mere kaam ko bana de.</w:t>
      </w:r>
    </w:p>
    <w:p>
      <w:pPr>
        <w:jc w:val="right"/>
      </w:pPr>
      <w:r>
        <w:t>ایک عاجز انسان قادر، قادر مطلق سے کہہ رہا ہوتا ہے کہ تو میرے کام کو بنا دے۔</w:t>
      </w:r>
    </w:p>
    <w:p>
      <w:r>
        <w:rPr>
          <w:b/>
        </w:rPr>
        <w:t xml:space="preserve">[24:18] </w:t>
      </w:r>
      <w:r>
        <w:t>to yeh spirit jo jaagti hai aadmi ke andar, woh spirit jab zabaan par aa jaati hai to isi ka naam hai bismillah rahman rahim. to yeh hua is ke bare mein.</w:t>
      </w:r>
    </w:p>
    <w:p>
      <w:pPr>
        <w:jc w:val="right"/>
      </w:pPr>
      <w:r>
        <w:t>تو یہ سپرٹ جو جاگتی ہے آدمی کے اندر، وہ سپرٹ جب زبان پر آ جاتی ہے تو اسی کا نام ہے بسم اللہ الرحمن الرحیم۔ تو یہ ہوا اس کے بارے میں۔</w:t>
      </w:r>
    </w:p>
    <w:p>
      <w:r>
        <w:rPr>
          <w:b/>
        </w:rPr>
        <w:t xml:space="preserve">[24:31] </w:t>
      </w:r>
      <w:r>
        <w:t>ab aap lijiye asal surah ko.</w:t>
      </w:r>
    </w:p>
    <w:p>
      <w:pPr>
        <w:jc w:val="right"/>
      </w:pPr>
      <w:r>
        <w:t>اب آپ لیجئے اصل سورہ کو۔</w:t>
      </w:r>
    </w:p>
    <w:p>
      <w:r>
        <w:rPr>
          <w:b/>
        </w:rPr>
        <w:t xml:space="preserve">[24:36] </w:t>
      </w:r>
      <w:r>
        <w:t>surah shuru hoti hai yahan se ke alhamdolillah rabbul alameen. sari hamd hai Allah rabbul alameen ke liye.</w:t>
      </w:r>
    </w:p>
    <w:p>
      <w:pPr>
        <w:jc w:val="right"/>
      </w:pPr>
      <w:r>
        <w:t>سورہ شروع ہوتی ہے یہاں سے کہ الحمدللہ رب العالمین۔ ساری حمد ہے اللہ رب العالمین کے لیے۔</w:t>
      </w:r>
    </w:p>
    <w:p>
      <w:r>
        <w:rPr>
          <w:b/>
        </w:rPr>
        <w:t xml:space="preserve">[24:47] </w:t>
      </w:r>
      <w:r>
        <w:t>sari hamd hai Allah rabbul alameen ke liye. hamd jo hai, bohat hi zyada deep meaning hai is ki arabic language mein.</w:t>
      </w:r>
    </w:p>
    <w:p>
      <w:pPr>
        <w:jc w:val="right"/>
      </w:pPr>
      <w:r>
        <w:t>ساری حمد ہے اللہ رب العالمین کے لیے۔ حمد جو ہے، بہت ہی زیادہ ڈیپ میننگ ہے اس کی عربک لینگویج میں۔</w:t>
      </w:r>
    </w:p>
    <w:p>
      <w:r>
        <w:rPr>
          <w:b/>
        </w:rPr>
        <w:t xml:space="preserve">[24:57] </w:t>
      </w:r>
      <w:r>
        <w:t>mere khayal se is ka tarjuma karna bohat hi mushkil kaam hai.</w:t>
      </w:r>
    </w:p>
    <w:p>
      <w:pPr>
        <w:jc w:val="right"/>
      </w:pPr>
      <w:r>
        <w:t>میرے خیال سے اس کا ترجمہ کرنا بہت ہی مشکل کام ہے۔</w:t>
      </w:r>
    </w:p>
    <w:p>
      <w:r>
        <w:rPr>
          <w:b/>
        </w:rPr>
        <w:t xml:space="preserve">[25:02] </w:t>
      </w:r>
      <w:r>
        <w:t>koi sahi word mujhe na urdu mein is ke liye maloom hai, na english mein. lekin is word mein yeh main keh sakta hoon ke sab se zyada jo cheez hai, woh hai shukr.</w:t>
      </w:r>
    </w:p>
    <w:p>
      <w:pPr>
        <w:jc w:val="right"/>
      </w:pPr>
      <w:r>
        <w:t>کوئی صحیح ورڈ مجھے نہ اردو میں اس کے لیے معلوم ہے، نہ انگلش میں۔ لیکن اس ورڈ میں یہ میں کہہ سکتا ہوں کہ سب سے زیادہ جو چیز ہے، وہ ہے شکر۔</w:t>
      </w:r>
    </w:p>
    <w:p>
      <w:r>
        <w:rPr>
          <w:b/>
        </w:rPr>
        <w:t xml:space="preserve">[25:14] </w:t>
      </w:r>
      <w:r>
        <w:t>shukr ka, shukr ki spirit. shukr ki spirit. to hamd ka tarjuma aam taur par kya aata hai ke sari tareef hai Allah rabbul alameen ke liye.</w:t>
      </w:r>
    </w:p>
    <w:p>
      <w:pPr>
        <w:jc w:val="right"/>
      </w:pPr>
      <w:r>
        <w:t>شکر کا، شکر کی سپرٹ۔ شکر کی سپرٹ۔ تو حمد کا ترجمہ عام طور پر کیا آتا ہے کہ ساری تعریف ہے اللہ رب العالمین کے لیے۔</w:t>
      </w:r>
    </w:p>
    <w:p>
      <w:r>
        <w:rPr>
          <w:b/>
        </w:rPr>
        <w:t xml:space="preserve">[25:27] </w:t>
      </w:r>
      <w:r>
        <w:t>lekin main samajhta hoon ke sara shukr hai Allah rabbul alameen ke liye.</w:t>
      </w:r>
    </w:p>
    <w:p>
      <w:pPr>
        <w:jc w:val="right"/>
      </w:pPr>
      <w:r>
        <w:t>لیکن میں سمجھتا ہوں کہ سارا شکر ہے اللہ رب العالمین کے لیے۔</w:t>
      </w:r>
    </w:p>
    <w:p>
      <w:r>
        <w:rPr>
          <w:b/>
        </w:rPr>
        <w:t xml:space="preserve">[25:32] </w:t>
      </w:r>
      <w:r>
        <w:t>yeh zyada qareeb tar tarjuma hai is ka. aur Maulana Hamiduddin Farahi ne yahi tarjuma pasand kiya hai ke sara shukr hai Allah rabbul alameen ke liye.</w:t>
      </w:r>
    </w:p>
    <w:p>
      <w:pPr>
        <w:jc w:val="right"/>
      </w:pPr>
      <w:r>
        <w:t>یہ زیادہ قریب تر ترجمہ ہے اس کا۔ اور مولا حمید الدین افرائی نے یہی ترجمہ پسند کیا ہے کہ سارا شکر ہے اللہ رب العالمین کے لیے۔</w:t>
      </w:r>
    </w:p>
    <w:p>
      <w:r>
        <w:rPr>
          <w:b/>
        </w:rPr>
        <w:t xml:space="preserve">[25:46] </w:t>
      </w:r>
      <w:r>
        <w:t>dekhein, shukr kya cheez hai? shukr jo hai, is ke liye bhi koi bohat acha lafz nahin hai hamari zubaan mein. ab english mein mislan kahenge aap thanks</w:t>
      </w:r>
    </w:p>
    <w:p>
      <w:pPr>
        <w:jc w:val="right"/>
      </w:pPr>
      <w:r>
        <w:t>دیکھیں، شکر کیا چیز ہے؟ شکر جو ہے، اس کے لیے بھی کوئی بہت اچھا لفظ نہیں ہے ہماری زبان میں۔ اب انگلش میں مثلاً کہیں گے آپ تھینکس</w:t>
      </w:r>
    </w:p>
    <w:p>
      <w:r>
        <w:rPr>
          <w:b/>
        </w:rPr>
        <w:t xml:space="preserve">[25:58] </w:t>
      </w:r>
      <w:r>
        <w:t>to thanks to bohat hi ek rasmi lafz hai. bohat rasmi lafz hai. yeh bohat hi gehri baat hai jo shukr mein,</w:t>
      </w:r>
    </w:p>
    <w:p>
      <w:pPr>
        <w:jc w:val="right"/>
      </w:pPr>
      <w:r>
        <w:t>تو تھینکس تو بہت ہی ایک رسمی لفظ ہے۔ بہت رسمی لفظ ہے۔ یہ بہت ہی گہری بات ہے جو شکر میں،</w:t>
      </w:r>
    </w:p>
    <w:p>
      <w:r>
        <w:rPr>
          <w:b/>
        </w:rPr>
        <w:t xml:space="preserve">[26:11] </w:t>
      </w:r>
      <w:r>
        <w:t>shukr mein maujood hai. sari yani woh sare ehsasat jo discovery se paida hote hain, woh sab is mein shamil hain.</w:t>
      </w:r>
    </w:p>
    <w:p>
      <w:pPr>
        <w:jc w:val="right"/>
      </w:pPr>
      <w:r>
        <w:t>شکر میں موجود ہے۔ ساری یعنی وہ سارے احساسات جو ڈسکوری سے پیدا ہوتے ہیں، وہ سب اس میں شامل ہیں۔</w:t>
      </w:r>
    </w:p>
    <w:p>
      <w:r>
        <w:rPr>
          <w:b/>
        </w:rPr>
        <w:t xml:space="preserve">[26:26] </w:t>
      </w:r>
      <w:r>
        <w:t>jab aap ghore karte hain is zameen-o-aasman par aur suraj aur chand par, darya aur pahad par aur apne aap par ghore karte hain to aap ko khaliq ki daryaft hoti hai.</w:t>
      </w:r>
    </w:p>
    <w:p>
      <w:pPr>
        <w:jc w:val="right"/>
      </w:pPr>
      <w:r>
        <w:t>جب آپ غور کرتے ہیں اس زمین و آسمان پر اور سورج اور چاند پر، دریا اور پہاڑ پر اور اپنے آپ پر غور کرتے ہیں تو آپ کو خالق کی دریافت ہوتی ہے۔</w:t>
      </w:r>
    </w:p>
    <w:p>
      <w:r>
        <w:rPr>
          <w:b/>
        </w:rPr>
        <w:t xml:space="preserve">[26:41] </w:t>
      </w:r>
      <w:r>
        <w:t>yani creation mein ghore karne se aadmi creator ko daryaft karta hai.</w:t>
      </w:r>
    </w:p>
    <w:p>
      <w:pPr>
        <w:jc w:val="right"/>
      </w:pPr>
      <w:r>
        <w:t>یعنی کریشن میں غور کرنے سے آدمی کریٹر کو دریافت کرتا ہے۔</w:t>
      </w:r>
    </w:p>
    <w:p>
      <w:r>
        <w:rPr>
          <w:b/>
        </w:rPr>
        <w:t xml:space="preserve">[26:47] </w:t>
      </w:r>
      <w:r>
        <w:t>aap sochiye ke itna bara creative world hai, itna bara hai ke is ko koi aaj tak, is ko koi kisi bhi دوربین khurdbeen se is ko na pa nahin aa saka.</w:t>
      </w:r>
    </w:p>
    <w:p>
      <w:pPr>
        <w:jc w:val="right"/>
      </w:pPr>
      <w:r>
        <w:t>آپ سوچیے کہ اتنا بڑا کریٹیو ورلڈ ہے، اتنا بڑا ہے کہ اس کو کوئی آج تک، اس کو کوئی کسی بھی دوربین خردبین سے اس کو نہ پا نہیں آ سکا۔</w:t>
      </w:r>
    </w:p>
    <w:p>
      <w:r>
        <w:rPr>
          <w:b/>
        </w:rPr>
        <w:t xml:space="preserve">[27:01] </w:t>
      </w:r>
      <w:r>
        <w:t>yani kitni gehrai hai, woh bhi koi khurdbeen nahin dekh paati aur kitni is mein phailao hai, woh bhi koi دوربین is ko dekh nahin paati.</w:t>
      </w:r>
    </w:p>
    <w:p>
      <w:pPr>
        <w:jc w:val="right"/>
      </w:pPr>
      <w:r>
        <w:t>یعنی کتنی گہرائی ہے، وہ بھی کوئی خردبین نہیں دیکھ پاتی اور کتنی اس میں پھیلاؤ ہے، وہ بھی کوئی دوربین اس کو دیکھ نہیں پاتی۔</w:t>
      </w:r>
    </w:p>
    <w:p>
      <w:r>
        <w:rPr>
          <w:b/>
        </w:rPr>
        <w:t xml:space="preserve">[27:11] </w:t>
      </w:r>
      <w:r>
        <w:t>to bohat hi bara hai, bohat hi bara hai, bohat hi bara hai.</w:t>
      </w:r>
    </w:p>
    <w:p>
      <w:pPr>
        <w:jc w:val="right"/>
      </w:pPr>
      <w:r>
        <w:t>تو بہت ہی بڑا ہے، بہت ہی بڑا ہے، بہت ہی بڑا ہے۔</w:t>
      </w:r>
    </w:p>
    <w:p>
      <w:r>
        <w:rPr>
          <w:b/>
        </w:rPr>
        <w:t xml:space="preserve">[27:15] </w:t>
      </w:r>
      <w:r>
        <w:t>ab sochiye ke itni bari duniya ko jab aadmi realize kare aur phir is ke andar jo meaning hai, jo hikmat hai, jo wisdom hai, jo maanoiyat hai, woh kitni zabardast hai.</w:t>
      </w:r>
    </w:p>
    <w:p>
      <w:pPr>
        <w:jc w:val="right"/>
      </w:pPr>
      <w:r>
        <w:t>اب سوچیے کہ اتنی بڑی دنیا کو جب آدمی ریلائز کرے اور پھر اس کے اندر جو میننگ ہے، جو حکمت ہے، جو وزڈم ہے، جو معنویت ہے، وہ کتنی زبردست ہے۔</w:t>
      </w:r>
    </w:p>
    <w:p>
      <w:r>
        <w:rPr>
          <w:b/>
        </w:rPr>
        <w:t xml:space="preserve">[27:30] </w:t>
      </w:r>
      <w:r>
        <w:t>to kal mein ek cheez maine parhi to is mein yeh bataya gaya tha ke ghore ke jo nostrils hain, woh bohat bare bare hote hain.</w:t>
      </w:r>
    </w:p>
    <w:p>
      <w:pPr>
        <w:jc w:val="right"/>
      </w:pPr>
      <w:r>
        <w:t>تو کل میں ایک چیز میں نے پڑھی تو اس میں یہ بتایا گیا تھا کہ گھوڑے کے جو ناسٹرل ہیں، وہ بہت بڑے بڑے ہوتے ہیں۔</w:t>
      </w:r>
    </w:p>
    <w:p>
      <w:r>
        <w:rPr>
          <w:b/>
        </w:rPr>
        <w:t xml:space="preserve">[27:42] </w:t>
      </w:r>
      <w:r>
        <w:t>nostrils jo yeh saans jisay letay hain aur insan ke nostrils bohat chote hain. to agar yeh badal diya jaye ke insan ka nostril ghore ki tarah bara ho jaye ya ya ghore ka nostril insan ki tarah chota ho jaye to dono hi mar jayen.</w:t>
      </w:r>
    </w:p>
    <w:p>
      <w:pPr>
        <w:jc w:val="right"/>
      </w:pPr>
      <w:r>
        <w:t>ناسٹرل جو یہ سانس جسے لیتے ہیں اور انسان کے ناسٹرل بہت چھوٹے ہیں۔ تو اگر یہ بدل دیا جائے کہ انسان کا ناسٹرل گھوڑے کی طرح بڑا ہو جائے یا یا گھوڑے کا ناسٹرل انسان کی طرح چھوٹا ہو جائے تو دونوں ہی مر جائیں۔</w:t>
      </w:r>
    </w:p>
    <w:p>
      <w:r>
        <w:rPr>
          <w:b/>
        </w:rPr>
        <w:t xml:space="preserve">[28:03] </w:t>
      </w:r>
      <w:r>
        <w:t>to Khuda ne kis tarah jana ke insan ko chote nostrils ki zaroorat hai aur ghore ko bare nostrils ki zaroorat hai.</w:t>
      </w:r>
    </w:p>
    <w:p>
      <w:pPr>
        <w:jc w:val="right"/>
      </w:pPr>
      <w:r>
        <w:t>تو خدا نے کس طرح جانا کہ انسان کو چھوٹے ناسٹرل کی ضرورت ہے اور گھوڑے کو بڑے ناسٹرل کی ضرورت ہے۔</w:t>
      </w:r>
    </w:p>
    <w:p>
      <w:r>
        <w:rPr>
          <w:b/>
        </w:rPr>
        <w:t xml:space="preserve">[28:11] </w:t>
      </w:r>
      <w:r>
        <w:t>insaan ko kam oxygen se kaam chal jata hai, ghoṛe ko zyada oxygen chahiye. is tarah ki billion trillion se bhi zyada hikmatein hain is is dunya mein ke creation sirf creation nahi hai balke bohat hi meaningful hai.</w:t>
      </w:r>
    </w:p>
    <w:p>
      <w:pPr>
        <w:jc w:val="right"/>
      </w:pPr>
      <w:r>
        <w:t>انسان کو کم اکسیجن سے کام چل جاتا ہے، گھوڑے کو زیادہ اکسیجن چاہیے۔ اس طرح کی بلین ٹریلین سے بھی زیادہ حکمتیں ہیں اس اس دنیا میں کہ کریشن صرف کریشن نہیں ہے بلکہ بہت ہی میننگ فل ہے۔</w:t>
      </w:r>
    </w:p>
    <w:p>
      <w:r>
        <w:rPr>
          <w:b/>
        </w:rPr>
        <w:t xml:space="preserve">[28:29] </w:t>
      </w:r>
      <w:r>
        <w:t>woh har cheez mein wisdom hai, har cheez mein hikmat hai.</w:t>
      </w:r>
    </w:p>
    <w:p>
      <w:pPr>
        <w:jc w:val="right"/>
      </w:pPr>
      <w:r>
        <w:t>وہ ہر چیز میں وزڈم ہے، ہر چیز میں حکمت ہے۔</w:t>
      </w:r>
    </w:p>
    <w:p>
      <w:r>
        <w:rPr>
          <w:b/>
        </w:rPr>
        <w:t xml:space="preserve">[28:35] </w:t>
      </w:r>
      <w:r>
        <w:t>to is ki ek taraf bepanah uska vastness aur phir dusi taraf uske andar bepanah wisdom aur phir in sab ke sath bepanah munasbat hamare wajood se.</w:t>
      </w:r>
    </w:p>
    <w:p>
      <w:pPr>
        <w:jc w:val="right"/>
      </w:pPr>
      <w:r>
        <w:t>تو اس کی ایک طرف بے پناہ اس کا واسٹنس اور پھر دوسری طرف اس کے اندر بے پناہ وزڈم اور پھر ان سب کے ساتھ بے پناہ مناسبت ہمارے وجود سے۔</w:t>
      </w:r>
    </w:p>
    <w:p>
      <w:r>
        <w:rPr>
          <w:b/>
        </w:rPr>
        <w:t xml:space="preserve">[28:51] </w:t>
      </w:r>
      <w:r>
        <w:t>yani hum is dunya mein hain to kitna zyada hum har cheez hamare muwafiq hai, kitna zyada hamare muwafiq hai. agar aisa na ho to hum dunya mein kaise zinda rahenge?</w:t>
      </w:r>
    </w:p>
    <w:p>
      <w:pPr>
        <w:jc w:val="right"/>
      </w:pPr>
      <w:r>
        <w:t>یعنی ہم اس دنیا میں ہیں تو کتنا زیادہ ہم ہر چیز ہمارے موافق ہے، کتنا زیادہ ہمارے موافق ہے۔ اگر ایسا نہ ہو تو ہم دنیا میں کیسے زندہ رہیں گے؟</w:t>
      </w:r>
    </w:p>
    <w:p>
      <w:r>
        <w:rPr>
          <w:b/>
        </w:rPr>
        <w:t xml:space="preserve">[29:04] </w:t>
      </w:r>
      <w:r>
        <w:t>ya suraj, suraj ki roshni kam ho jaye tab bhi hum mar jayen, zyada ho jaye tab bhi mar jayen. zameen ki jo kashish hai, woh bhi agar ghaṭ jaye tab bhi woh hum hum yahan par apna civilization nahi bana sakte.</w:t>
      </w:r>
    </w:p>
    <w:p>
      <w:pPr>
        <w:jc w:val="right"/>
      </w:pPr>
      <w:r>
        <w:t>یا سورج، سورج کی روشنی کم ہو جائے تب بھی ہم مر جائیں، زیادہ ہو جائے تب بھی مر جائیں۔ زمین کی جو کشش ہے، وہ بھی اگر گھٹ جائے تب بھی وہ ہم ہم یہاں پر اپنا سولائزیشن نہیں بنا سکتے۔</w:t>
      </w:r>
    </w:p>
    <w:p>
      <w:r>
        <w:rPr>
          <w:b/>
        </w:rPr>
        <w:t xml:space="preserve">[29:19] </w:t>
      </w:r>
      <w:r>
        <w:t>baṛh jaye tab bhi nahi bana sakte. to har cheez right proportion mein hai, har cheez right proportion mein hai.</w:t>
      </w:r>
    </w:p>
    <w:p>
      <w:pPr>
        <w:jc w:val="right"/>
      </w:pPr>
      <w:r>
        <w:t>بڑھ جائے تب بھی نہیں بنا سکتے۔ تو ہر چیز رائٹ پروپورشن میں ہے، ہر چیز رائٹ پروپورشن میں ہے۔</w:t>
      </w:r>
    </w:p>
    <w:p>
      <w:r>
        <w:rPr>
          <w:b/>
        </w:rPr>
        <w:t xml:space="preserve">[29:29] </w:t>
      </w:r>
      <w:r>
        <w:t>to yeh sab cheezon ko jab aadmi discover karta hai to us waqt jo ehsas aadmi ke andar ubalta hai, usi ka naam hamd hai, usi ka naam shukr hai.</w:t>
      </w:r>
    </w:p>
    <w:p>
      <w:pPr>
        <w:jc w:val="right"/>
      </w:pPr>
      <w:r>
        <w:t>تو یہ سب چیزوں کو جب آدمی ڈسکور کرتا ہے تو اس وقت جو احساس آدمی کے اندر ابلتا ہے، اسی کا نام حمد ہے، اسی کا نام شکر ہے۔</w:t>
      </w:r>
    </w:p>
    <w:p>
      <w:r>
        <w:rPr>
          <w:b/>
        </w:rPr>
        <w:t xml:space="preserve">[29:40] </w:t>
      </w:r>
      <w:r>
        <w:t>shukr mein Khuda ki baṛai ka ehsas, Khuda ki wisdom ka ehsas, Khuda ke hakim hone ka ehsas, Khuda ke greatness ka ehsas.</w:t>
      </w:r>
    </w:p>
    <w:p>
      <w:pPr>
        <w:jc w:val="right"/>
      </w:pPr>
      <w:r>
        <w:t>شکر میں خدا کی بڑائی کا احساس، خدا کی وزڈم کا احساس، خدا کے حکیم ہونے کا احساس، خدا کے گریٹنس کا احساس۔</w:t>
      </w:r>
    </w:p>
    <w:p>
      <w:r>
        <w:rPr>
          <w:b/>
        </w:rPr>
        <w:t xml:space="preserve">[29:57] </w:t>
      </w:r>
      <w:r>
        <w:t>yeh ehsas ke Khuda kis tarah se planning kar sakta hai, aisi planning jis ko phir kabhi nazar sani ki zaroorat na paṛe.</w:t>
      </w:r>
    </w:p>
    <w:p>
      <w:pPr>
        <w:jc w:val="right"/>
      </w:pPr>
      <w:r>
        <w:t>یہ احساس کہ خدا کس طرح سے پلاننگ کر سکتا ہے، ایسی پلاننگ جس کو پھر کبھی نظر ثانی کی ضرورت نہ پڑے۔</w:t>
      </w:r>
    </w:p>
    <w:p>
      <w:r>
        <w:rPr>
          <w:b/>
        </w:rPr>
        <w:t xml:space="preserve">[30:04] </w:t>
      </w:r>
      <w:r>
        <w:t>aap jante hain ke insaan industry lagata hai to us ki planning karta hai lekin bar bar us ko apni planning ko revise karna paṛta hai.</w:t>
      </w:r>
    </w:p>
    <w:p>
      <w:pPr>
        <w:jc w:val="right"/>
      </w:pPr>
      <w:r>
        <w:t>آپ جانتے ہیں کہ انسان انڈسٹری لگاتا ہے تو اس کی پلاننگ کرتا ہے لیکن بار بار اس کو اپنی پلاننگ کو ریوائز کرنا پڑتا ہے۔</w:t>
      </w:r>
    </w:p>
    <w:p>
      <w:r>
        <w:rPr>
          <w:b/>
        </w:rPr>
        <w:t xml:space="preserve">[30:15] </w:t>
      </w:r>
      <w:r>
        <w:t>bar bar, bar bar. maslan car jo banai pehle insaan ne, us ko aap len aur aaj ki jo car hai, us ko len to beech mein bohat zyada improvement hua hai.</w:t>
      </w:r>
    </w:p>
    <w:p>
      <w:pPr>
        <w:jc w:val="right"/>
      </w:pPr>
      <w:r>
        <w:t>بار بار، بار بار۔ مثلاً کار جو بنائی پہلے انسان نے، اس کو آپ لیں اور آج کی جو کار ہے، اس کو لیں تو بیچ میں بہت زیادہ امپروومنٹ ہوا ہے۔</w:t>
      </w:r>
    </w:p>
    <w:p>
      <w:r>
        <w:rPr>
          <w:b/>
        </w:rPr>
        <w:t xml:space="preserve">[30:31] </w:t>
      </w:r>
      <w:r>
        <w:t>to aisa nahi hua ke insaan ne pehle hi din perfect car bana li ho. pehle din bohat hi ordinary qism ki car hoti thi, ab dheere dheere, dheere dheere aaj ki jo car hai, modern car, woh bani hai.</w:t>
      </w:r>
    </w:p>
    <w:p>
      <w:pPr>
        <w:jc w:val="right"/>
      </w:pPr>
      <w:r>
        <w:t>تو ایسا نہیں ہوا کہ انسان نے پہلے ہی دن پرفیکٹ کار بنا لی ہو۔ پہلے دن بہت ہی آرڈنری قسم کی کار ہوتی تھی، اب دھیرے دھیرے، دھیرے دھیرے آج کی جو کار ہے، ماڈرن کار، وہ بنی ہے۔</w:t>
      </w:r>
    </w:p>
    <w:p>
      <w:r>
        <w:rPr>
          <w:b/>
        </w:rPr>
        <w:t xml:space="preserve">[30:46] </w:t>
      </w:r>
      <w:r>
        <w:t>lekin aap dekhiye ke Khuda kaisa ajeeb qudrat hai us ki ke ek bar bana diya, phir us ko us mein revision ki zaroorat paish nahi aai.</w:t>
      </w:r>
    </w:p>
    <w:p>
      <w:pPr>
        <w:jc w:val="right"/>
      </w:pPr>
      <w:r>
        <w:t>لیکن آپ دیکھیے کہ خدا کیسا عجیب قدرت ہے اس کی کہ ایک بار بنا دیا، پھر اس کو اس میں ریویژن کی ضرورت پیش نہیں آئی۔</w:t>
      </w:r>
    </w:p>
    <w:p>
      <w:r>
        <w:rPr>
          <w:b/>
        </w:rPr>
        <w:t xml:space="preserve">[30:56] </w:t>
      </w:r>
      <w:r>
        <w:t>yani sari sari cheezein jo hain, apne apne final shape par hain, apne final model par hain. ghaas bhi dekhiye, aap jo ghaas aaj se laakhon saal pehle thi, wahi ghaas aaj bhi hai aur kitna beauty hoti hai ghaas mein.</w:t>
      </w:r>
    </w:p>
    <w:p>
      <w:pPr>
        <w:jc w:val="right"/>
      </w:pPr>
      <w:r>
        <w:t>یعنی ساری ساری چیزیں جو ہیں، اپنے اپنے فائنل شیپ پر ہیں، اپنے فائنل ماڈل پر ہیں۔ گھاس بھی دیکھیے، آپ جو گھاس آج سے لاکھوں سال پہلے تھی، وہی گھاس آج بھی ہے اور کتنا بیوٹی ہوتی ہے گھاس میں۔</w:t>
      </w:r>
    </w:p>
    <w:p>
      <w:r>
        <w:rPr>
          <w:b/>
        </w:rPr>
        <w:t xml:space="preserve">[31:14] </w:t>
      </w:r>
      <w:r>
        <w:t>ghaas ka jo model hai, koi artist is se acha model nahi bana saka.</w:t>
      </w:r>
    </w:p>
    <w:p>
      <w:pPr>
        <w:jc w:val="right"/>
      </w:pPr>
      <w:r>
        <w:t>گھاس کا جو ماڈل ہے، کوئی آرٹسٹ اس سے اچھا ماڈل نہیں بنا سکا۔</w:t>
      </w:r>
    </w:p>
    <w:p>
      <w:r>
        <w:rPr>
          <w:b/>
        </w:rPr>
        <w:t xml:space="preserve">[31:20] </w:t>
      </w:r>
      <w:r>
        <w:t>yeh hi baat yeh hai pura. yani jo stardom hai, jo solar system hai, jo jo mountain aur ocean hai, yeh sara jo hai, aap dekh li jiye.</w:t>
      </w:r>
    </w:p>
    <w:p>
      <w:pPr>
        <w:jc w:val="right"/>
      </w:pPr>
      <w:r>
        <w:t>یہی بات یہ ہے پورا۔ یعنی جو سٹارڈم ہے، جو سولر سسٹم ہے، جو جو ماؤنٹین اور اوشن ہے، یہ سارا جو ہے، آپ دیکھ لیجئے۔</w:t>
      </w:r>
    </w:p>
    <w:p>
      <w:r>
        <w:rPr>
          <w:b/>
        </w:rPr>
        <w:t xml:space="preserve">[31:33] </w:t>
      </w:r>
      <w:r>
        <w:t>yani material world, animal world, plant world aur human world, kisi ko bhi lijiye, aap Khuda ne pehle din jo us ka naqsha banaya tha, wahi aaj bhi qaim hai.</w:t>
      </w:r>
    </w:p>
    <w:p>
      <w:pPr>
        <w:jc w:val="right"/>
      </w:pPr>
      <w:r>
        <w:t>یعنی مٹیریل ورلڈ، اینیمل ورلڈ، پلانٹ ورلڈ اور ہیومن ورلڈ، کسی کو بھی لیجئے، آپ خدا نے پہلے دن جو اس کا نقشہ بنایا تھا، وہی آج بھی قائم ہے۔</w:t>
      </w:r>
    </w:p>
    <w:p>
      <w:r>
        <w:rPr>
          <w:b/>
        </w:rPr>
        <w:t xml:space="preserve">[31:46] </w:t>
      </w:r>
      <w:r>
        <w:t>Khuda ko kabhi us ki revise karne ki zaroorat paish nahi aai.</w:t>
      </w:r>
    </w:p>
    <w:p>
      <w:pPr>
        <w:jc w:val="right"/>
      </w:pPr>
      <w:r>
        <w:t>خدا کو کبھی اس کی ریوائز کرنے کی ضرورت پیش نہیں آئی۔</w:t>
      </w:r>
    </w:p>
    <w:p>
      <w:r>
        <w:rPr>
          <w:b/>
        </w:rPr>
        <w:t xml:space="preserve">[31:50] </w:t>
      </w:r>
      <w:r>
        <w:t>yeh sari cheezein aap ke andar ubharti hain, yeh sari cheezein aap ke andar bhar jati hain to nikal paṛta hai ek Alhamdulillah Rabb al-Alameen.</w:t>
      </w:r>
    </w:p>
    <w:p>
      <w:pPr>
        <w:jc w:val="right"/>
      </w:pPr>
      <w:r>
        <w:t>یہ ساری چیزیں آپ کے اندر ابھرتی ہیں، یہ ساری چیزیں آپ کے اندر بھر جاتی ہیں تو نکل پڑتا ہے ایک الحمدللہ رب العالمین۔</w:t>
      </w:r>
    </w:p>
    <w:p>
      <w:r>
        <w:rPr>
          <w:b/>
        </w:rPr>
        <w:t xml:space="preserve">[32:00] </w:t>
      </w:r>
      <w:r>
        <w:t>woh hai hamd. hamd koi lip service nahi hai. hamd to darasal aadmi ke andar marifat Khudaawandi se uṭhne wale storm ka ek izhaar hai.</w:t>
      </w:r>
    </w:p>
    <w:p>
      <w:pPr>
        <w:jc w:val="right"/>
      </w:pPr>
      <w:r>
        <w:t>وہ ہے حمد۔ حمد کوئی لپ سروس نہیں ہے۔ حمد تو دراصل آدمی کے اندر معرفت خداوندی سے اٹھنے والے سٹارم کا ایک اظہار ہے۔</w:t>
      </w:r>
    </w:p>
    <w:p>
      <w:r>
        <w:rPr>
          <w:b/>
        </w:rPr>
        <w:t xml:space="preserve">[32:17] </w:t>
      </w:r>
      <w:r>
        <w:t>to yeh jo surah hai, mein arz kar doon ke yeh surah nafsiyat insani ka ki ek tasweer hai.</w:t>
      </w:r>
    </w:p>
    <w:p>
      <w:pPr>
        <w:jc w:val="right"/>
      </w:pPr>
      <w:r>
        <w:t>تو یہ جو سورہ ہے، میں عرض کر دوں کہ یہ سورہ نفسیات انسانی کا کی ایک تصویر ہے۔</w:t>
      </w:r>
    </w:p>
    <w:p>
      <w:r>
        <w:rPr>
          <w:b/>
        </w:rPr>
        <w:t xml:space="preserve">[32:27] </w:t>
      </w:r>
      <w:r>
        <w:t>yeh puri surah, surah al-Fatiha jo hai, woh nafsiyat insani ki ek jame tasweer hai</w:t>
      </w:r>
    </w:p>
    <w:p>
      <w:pPr>
        <w:jc w:val="right"/>
      </w:pPr>
      <w:r>
        <w:t>یہ پوری سورہ، سورہ الفاتحہ جو ہے، وہ نفسیات انسانی کی ایک جامع تصویر ہے</w:t>
      </w:r>
    </w:p>
    <w:p>
      <w:r>
        <w:rPr>
          <w:b/>
        </w:rPr>
        <w:t xml:space="preserve">[32:36] </w:t>
      </w:r>
      <w:r>
        <w:t>ke insaan kis tarah soche, kis tarah us ke andar jazbat paida hon, kis tarah ki nafsiyat bane us ke andar, jis soch aur apne jazbat ke aitbar se woh kaisa insaan ho.</w:t>
      </w:r>
    </w:p>
    <w:p>
      <w:pPr>
        <w:jc w:val="right"/>
      </w:pPr>
      <w:r>
        <w:t>کہ انسان کس طرح سوچے، کس طرح اس کے اندر جذبات پیدا ہوں، کس طرح کی نفسیات بنے اس کے اندر، جس سوچ اور اپنے جذبات کے اعتبار سے وہ کیسا انسان ہو۔</w:t>
      </w:r>
    </w:p>
    <w:p>
      <w:r>
        <w:rPr>
          <w:b/>
        </w:rPr>
        <w:t xml:space="preserve">[32:54] </w:t>
      </w:r>
      <w:r>
        <w:t>to yeh sari cheezon ki ek tasweer hai.</w:t>
      </w:r>
    </w:p>
    <w:p>
      <w:pPr>
        <w:jc w:val="right"/>
      </w:pPr>
      <w:r>
        <w:t>تو یہ ساری چیزوں کی ایک تصویر ہے۔</w:t>
      </w:r>
    </w:p>
    <w:p>
      <w:r>
        <w:rPr>
          <w:b/>
        </w:rPr>
        <w:t xml:space="preserve">[32:58] </w:t>
      </w:r>
      <w:r>
        <w:t>yun samajh lijiye ke pure Quran mein yeh baat pure Quran mein hai ke insaan ki tasweer batai gayi hai.</w:t>
      </w:r>
    </w:p>
    <w:p>
      <w:pPr>
        <w:jc w:val="right"/>
      </w:pPr>
      <w:r>
        <w:t>یوں سمجھ لیجئے کہ پورے قرآن میں یہ بات پورے قرآن میں ہے کہ انسان کی تصویر بتائی گئی ہے۔</w:t>
      </w:r>
    </w:p>
    <w:p>
      <w:r>
        <w:rPr>
          <w:b/>
        </w:rPr>
        <w:t xml:space="preserve">[33:08] </w:t>
      </w:r>
      <w:r>
        <w:t>to isi is ki tafseeli tasweer goya baqi Quran mein hai aur isi ki aik choti tasweer, choti tasweer Surah Fatiha hai.</w:t>
      </w:r>
    </w:p>
    <w:p>
      <w:pPr>
        <w:jc w:val="right"/>
      </w:pPr>
      <w:r>
        <w:t>تو اسی اس کی تفصیلی تصویر گویا بقیہ قرآن میں ہے اور اسی کی ایک چھوٹی تصویر، چھوٹی تصویر سورہ فاتحہ ہے۔</w:t>
      </w:r>
    </w:p>
    <w:p>
      <w:r>
        <w:rPr>
          <w:b/>
        </w:rPr>
        <w:t xml:space="preserve">[33:25] </w:t>
      </w:r>
      <w:r>
        <w:t>to is ke aik aik lafz par ghaur kijiye, is ke aik aik hissay par ghaur kijiye to maloom hoga yeh darasal hamd hi ka kya unfolding hai.</w:t>
      </w:r>
    </w:p>
    <w:p>
      <w:pPr>
        <w:jc w:val="right"/>
      </w:pPr>
      <w:r>
        <w:t>تو اس کے ایک ایک لفظ پر غور کیجئے، اس کے ایک ایک حصے پر غور کیجئے تو معلوم ہوگا یہ دراصل حمد ہی کا کیا انفولڈنگ ہے۔</w:t>
      </w:r>
    </w:p>
    <w:p>
      <w:r>
        <w:rPr>
          <w:b/>
        </w:rPr>
        <w:t xml:space="preserve">[33:35] </w:t>
      </w:r>
      <w:r>
        <w:t>yeh is Surah mein jo baatein kahi gayi hain, woh hamd ke jazbaat hi ki tafseel hain ya hamd ki unfolding hai.</w:t>
      </w:r>
    </w:p>
    <w:p>
      <w:pPr>
        <w:jc w:val="right"/>
      </w:pPr>
      <w:r>
        <w:t>یہ اس سورہ میں جو باتیں کہی گئی ہیں، وہ حمد کے جذبات ہی کی تفصیل ہیں یا حمد کی انفولڈنگ ہے۔</w:t>
      </w:r>
    </w:p>
    <w:p>
      <w:r>
        <w:rPr>
          <w:b/>
        </w:rPr>
        <w:t xml:space="preserve">[33:45] </w:t>
      </w:r>
      <w:r>
        <w:t>hamd sirf hamd sirf alhamdulillah kehne ka naam nahi hai. Hamd se poori aik shakhsiyat banti hai, poori aik personality banti hai.</w:t>
      </w:r>
    </w:p>
    <w:p>
      <w:pPr>
        <w:jc w:val="right"/>
      </w:pPr>
      <w:r>
        <w:t>حمد صرف حمد صرف الحمد کہنے کا نام نہیں ہے۔ حمد سے پوری ایک شخصیت بنتی ہے، پوری ایک پرسنیلٹی بنتی ہے۔</w:t>
      </w:r>
    </w:p>
    <w:p>
      <w:r>
        <w:rPr>
          <w:b/>
        </w:rPr>
        <w:t xml:space="preserve">[33:55] </w:t>
      </w:r>
      <w:r>
        <w:t>hamd se aik mukammal yaani insan murad hai. To farmaya ke Alhamdulillah Rabbil Alameen.</w:t>
      </w:r>
    </w:p>
    <w:p>
      <w:pPr>
        <w:jc w:val="right"/>
      </w:pPr>
      <w:r>
        <w:t>حمد سے ایک مکمل یعنی انسان مراد ہے۔ تو فرمایا کہ الحمدللہ رب العالمین۔</w:t>
      </w:r>
    </w:p>
    <w:p>
      <w:r>
        <w:rPr>
          <w:b/>
        </w:rPr>
        <w:t xml:space="preserve">[34:06] </w:t>
      </w:r>
      <w:r>
        <w:t>hamd hai Allah Rabbil Alameen ke liye.</w:t>
      </w:r>
    </w:p>
    <w:p>
      <w:pPr>
        <w:jc w:val="right"/>
      </w:pPr>
      <w:r>
        <w:t>حمد ہے اللہ رب العالمین کے لیے۔</w:t>
      </w:r>
    </w:p>
    <w:p>
      <w:r>
        <w:rPr>
          <w:b/>
        </w:rPr>
        <w:t xml:space="preserve">[34:09] </w:t>
      </w:r>
      <w:r>
        <w:t>yaani woh woh Khuda jo saare aalimon ka, sirf zameen ka nahi, saara jo space mein jo jitne bhi aalim hain, space mein jitni bhi cheezein hain,</w:t>
      </w:r>
    </w:p>
    <w:p>
      <w:pPr>
        <w:jc w:val="right"/>
      </w:pPr>
      <w:r>
        <w:t>یعنی وہ وہ خدا جو سارے عالموں کا، صرف زمین کا نہیں، سارا جو اسپیس میں جو جتنے بھی عالم ہیں، اسپیس میں جتنی بھی چیزیں ہیں،</w:t>
      </w:r>
    </w:p>
    <w:p>
      <w:r>
        <w:rPr>
          <w:b/>
        </w:rPr>
        <w:t xml:space="preserve">[34:23] </w:t>
      </w:r>
      <w:r>
        <w:t>un sab ka woh khaliq hai aur Rabb hai. Khaliq ka matlab hota hai paida karne wala. Yaani</w:t>
      </w:r>
    </w:p>
    <w:p>
      <w:pPr>
        <w:jc w:val="right"/>
      </w:pPr>
      <w:r>
        <w:t>ان سب کا وہ خالق ہے اور رب ہے۔ خالق کا مطلب ہوتا ہے پیدا کرنے والا۔ یعنی</w:t>
      </w:r>
    </w:p>
    <w:p>
      <w:r>
        <w:rPr>
          <w:b/>
        </w:rPr>
        <w:t xml:space="preserve">[34:36] </w:t>
      </w:r>
      <w:r>
        <w:t>woh adam wajood se wajood mein laane wala,</w:t>
      </w:r>
    </w:p>
    <w:p>
      <w:pPr>
        <w:jc w:val="right"/>
      </w:pPr>
      <w:r>
        <w:t>وہ عدم وجود سے وجود میں لانے والا،</w:t>
      </w:r>
    </w:p>
    <w:p>
      <w:r>
        <w:rPr>
          <w:b/>
        </w:rPr>
        <w:t xml:space="preserve">[34:40] </w:t>
      </w:r>
      <w:r>
        <w:t>nahi se hai mein laane wala. To woh hua khaliq aur Rabb woh hai jo paida hone ke baad jo us ko sambhalna, us ko control karna,</w:t>
      </w:r>
    </w:p>
    <w:p>
      <w:pPr>
        <w:jc w:val="right"/>
      </w:pPr>
      <w:r>
        <w:t>نہیں سے ہے میں لانے والا۔ تو وہ ہوا خالق اور رب وہ ہے جو پیدا ہونے کے بعد جو اس کو سنبھالنا، اس کو کنٹرول کرنا،</w:t>
      </w:r>
    </w:p>
    <w:p>
      <w:r>
        <w:rPr>
          <w:b/>
        </w:rPr>
        <w:t xml:space="preserve">[34:54] </w:t>
      </w:r>
      <w:r>
        <w:t>us ke mamlaat ki nigahdasht karna aur us ko theek theek chalta rahe, uska intezam karna, yeh saara Rabb mein aata hai.</w:t>
      </w:r>
    </w:p>
    <w:p>
      <w:pPr>
        <w:jc w:val="right"/>
      </w:pPr>
      <w:r>
        <w:t>اس کے معاملات کی نگہداشت کرنا اور اس کو ٹھیک ٹھیک چلتا رہے، اس کا انتظام کرنا، یہ سارا رب میں آتا ہے۔</w:t>
      </w:r>
    </w:p>
    <w:p>
      <w:r>
        <w:rPr>
          <w:b/>
        </w:rPr>
        <w:t xml:space="preserve">[35:04] </w:t>
      </w:r>
      <w:r>
        <w:t>to Khuda jo hai, is kainat ka khaliq bhi hai aur Rabb bhi hai.</w:t>
      </w:r>
    </w:p>
    <w:p>
      <w:pPr>
        <w:jc w:val="right"/>
      </w:pPr>
      <w:r>
        <w:t>تو خدا جو ہے، اس کائنات کا خالق بھی ہے اور رب بھی ہے۔</w:t>
      </w:r>
    </w:p>
    <w:p>
      <w:r>
        <w:rPr>
          <w:b/>
        </w:rPr>
        <w:t xml:space="preserve">[35:10] </w:t>
      </w:r>
      <w:r>
        <w:t>insan se le kar jitni bhi duniya hain, sab ka khaliq wohi hai. Chahe aik chota zara ho ya galaxy ho ya aur koi cheez ho.</w:t>
      </w:r>
    </w:p>
    <w:p>
      <w:pPr>
        <w:jc w:val="right"/>
      </w:pPr>
      <w:r>
        <w:t>انسان سے لے کر جتنی بھی دنیا ہیں، سب کا خالق وہی ہے۔ چاہے ایک چھوٹا ذرہ ہو یا گلیکسی ہو یا اور کوئی چیز ہو۔</w:t>
      </w:r>
    </w:p>
    <w:p>
      <w:r>
        <w:rPr>
          <w:b/>
        </w:rPr>
        <w:t xml:space="preserve">[35:22] </w:t>
      </w:r>
      <w:r>
        <w:t>to aik taraf Khuda khaliq hai in tamam cheezon ka, doosri taraf wohi Rabb hai in cheezon ka. Jaise ke aap dekhiye, aik pead ko dekhiye, aap aik chota sa seed zameen mein dala gaya.</w:t>
      </w:r>
    </w:p>
    <w:p>
      <w:pPr>
        <w:jc w:val="right"/>
      </w:pPr>
      <w:r>
        <w:t>تو ایک طرف خدا خالق ہے ان تمام چیزوں کا، دوسری طرف وہی رب ہے ان چیزوں کا۔ جیسے کہ آپ دیکھیے، ایک پیڑ کو دیکھیے، آپ ایک چھوٹا سا سیڈ زمین میں ڈالا گیا۔</w:t>
      </w:r>
    </w:p>
    <w:p>
      <w:r>
        <w:rPr>
          <w:b/>
        </w:rPr>
        <w:t xml:space="preserve">[35:35] </w:t>
      </w:r>
      <w:r>
        <w:t>woh seed jo hai, badhte badhte poora darakht ban gaya</w:t>
      </w:r>
    </w:p>
    <w:p>
      <w:pPr>
        <w:jc w:val="right"/>
      </w:pPr>
      <w:r>
        <w:t>وہ سیڈ جو ہے، بڑھتے بڑھتے پورا درخت بن گیا</w:t>
      </w:r>
    </w:p>
    <w:p>
      <w:r>
        <w:rPr>
          <w:b/>
        </w:rPr>
        <w:t xml:space="preserve">[35:39] </w:t>
      </w:r>
      <w:r>
        <w:t>jis mein shakhain hain, pati hai, phool hai, phal hai. Yeh hai rububiyat. Isi ko rububiyat ka ikhtiyar bhi zuban hai.</w:t>
      </w:r>
    </w:p>
    <w:p>
      <w:pPr>
        <w:jc w:val="right"/>
      </w:pPr>
      <w:r>
        <w:t>جس میں شاخیں ہیں، پتی ہے، پھول ہے، پھل ہے۔ یہ ہے ربوبیت۔ اسی کو ربوبیت کا اختیار بھی زبان ہے۔</w:t>
      </w:r>
    </w:p>
    <w:p>
      <w:r>
        <w:rPr>
          <w:b/>
        </w:rPr>
        <w:t xml:space="preserve">[35:48] </w:t>
      </w:r>
      <w:r>
        <w:t>to aik poora aik Rabbani shahkar hai yeh kainat ke Khuda ki rububiyat har jagah dikhai pad rahi hai.</w:t>
      </w:r>
    </w:p>
    <w:p>
      <w:pPr>
        <w:jc w:val="right"/>
      </w:pPr>
      <w:r>
        <w:t>تو ایک پورا ایک ربانی شاہکار ہے یہ کائنات کہ خدا کی ربوبیت ہر جگہ دکھائی پڑ رہی ہے۔</w:t>
      </w:r>
    </w:p>
    <w:p>
      <w:r>
        <w:rPr>
          <w:b/>
        </w:rPr>
        <w:t xml:space="preserve">[36:01] </w:t>
      </w:r>
      <w:r>
        <w:t>to Khuda ka khaliq hona is se maloom hota hai ke aik cheez jo nahi thi, woh wajood mein aa gayi aur us ka Rabb hona hai.</w:t>
      </w:r>
    </w:p>
    <w:p>
      <w:pPr>
        <w:jc w:val="right"/>
      </w:pPr>
      <w:r>
        <w:t>تو خدا کا خالق ہونا اس سے معلوم ہوتا ہے کہ ایک چیز جو نہیں تھی، وہ وجود میں آ گئی اور اس کا رب ہونا ہے۔</w:t>
      </w:r>
    </w:p>
    <w:p>
      <w:r>
        <w:rPr>
          <w:b/>
        </w:rPr>
        <w:t xml:space="preserve">[36:12] </w:t>
      </w:r>
      <w:r>
        <w:t>aap rozana dekh sakte hain ke kis tarah se duniya bohat hi perfect way mein chal rahi hai. Aap dekhiye ke yeh duniya mein har cheez revolve kar rahi hai.</w:t>
      </w:r>
    </w:p>
    <w:p>
      <w:pPr>
        <w:jc w:val="right"/>
      </w:pPr>
      <w:r>
        <w:t>آپ روزانہ دیکھ سکتے ہیں کہ کس طرح سے دنیا بہت ہی پرفیکٹ وے میں چل رہی ہے۔ آپ دیکھیے کہ یہ دنیا میں ہر چیز ریوالو کر رہی ہے۔</w:t>
      </w:r>
    </w:p>
    <w:p>
      <w:r>
        <w:rPr>
          <w:b/>
        </w:rPr>
        <w:t xml:space="preserve">[36:24] </w:t>
      </w:r>
      <w:r>
        <w:t>Suraj, chand, sitare, zameen sab musalsal ghoom rahe hain, apne apne orbit par ghoom rahe hain aur zameen ka double rotation hai.</w:t>
      </w:r>
    </w:p>
    <w:p>
      <w:pPr>
        <w:jc w:val="right"/>
      </w:pPr>
      <w:r>
        <w:t>سورج، چاند، ستارے، زمین سب مسلسل گھوم رہے ہیں، اپنے اپنے اربٹ پر گھوم رہے ہیں اور زمین کا ڈبل روٹیشن ہے۔</w:t>
      </w:r>
    </w:p>
    <w:p>
      <w:r>
        <w:rPr>
          <w:b/>
        </w:rPr>
        <w:t xml:space="preserve">[36:37] </w:t>
      </w:r>
      <w:r>
        <w:t>yaani apne orbit par bhi aur apne axis par bhi. Yeh saari harkatein jo hain, 24 ghante jaari hain aur in mein aik second ka farq nahi aata.</w:t>
      </w:r>
    </w:p>
    <w:p>
      <w:pPr>
        <w:jc w:val="right"/>
      </w:pPr>
      <w:r>
        <w:t>یعنی اپنے اربٹ پر بھی اور اپنے ایکسز پر بھی۔ یہ ساری حرکتیں جو ہیں، 24 گھنٹے جاری ہیں اور ان میں ایک سیکنڈ کا فرق نہیں آتا۔</w:t>
      </w:r>
    </w:p>
    <w:p>
      <w:r>
        <w:rPr>
          <w:b/>
        </w:rPr>
        <w:t xml:space="preserve">[36:46] </w:t>
      </w:r>
      <w:r>
        <w:t>kaisi ajeeb baat hai ke vast space mein saari cheez harkat kar rahi hai aur aap predict kar sakte hain, aaj hi calculate kar ke ke aaj ke aik hazar saal baad chand kahan hoga, aaj ke aik hazar saal baad zameen kahan hogi,</w:t>
      </w:r>
    </w:p>
    <w:p>
      <w:pPr>
        <w:jc w:val="right"/>
      </w:pPr>
      <w:r>
        <w:t>کیسی عجیب بات ہے کہ واسٹ اسپیس میں ساری چیز حرکت کر رہی ہے اور آپ پریڈکٹ کر سکتے ہیں، آج ہی کیلکولیٹ کر کے کہ آج کے ایک ہزار سال بعد چاند کہاں ہوگا، آج کے ایک ہزار سال بعد زمین کہاں ہوگی،</w:t>
      </w:r>
    </w:p>
    <w:p>
      <w:r>
        <w:rPr>
          <w:b/>
        </w:rPr>
        <w:t xml:space="preserve">[37:04] </w:t>
      </w:r>
      <w:r>
        <w:t>aaj ke aik hazar saal baad mera rekh kahan hoga. Har cheez predictable hai aakhri had tak. Kaisi ajeeb baat hai!</w:t>
      </w:r>
    </w:p>
    <w:p>
      <w:pPr>
        <w:jc w:val="right"/>
      </w:pPr>
      <w:r>
        <w:t>آج کے ایک ہزار سال بعد میرا ریخ کہاں ہوگا۔ ہر چیز پریڈکٹیبل ہے آخری حد تک۔ کیسی عجیب بات ہے!</w:t>
      </w:r>
    </w:p>
    <w:p>
      <w:r>
        <w:rPr>
          <w:b/>
        </w:rPr>
        <w:t xml:space="preserve">[37:16] </w:t>
      </w:r>
      <w:r>
        <w:t>aap aik aik hawai jahaz udate hain, Dilli se usay jana hai Washington ya jana hai London. Aap yeh nahi keh sakte ke theek theek aap ke calculation ke mutabiq hi woh wahan utre ga.</w:t>
      </w:r>
    </w:p>
    <w:p>
      <w:pPr>
        <w:jc w:val="right"/>
      </w:pPr>
      <w:r>
        <w:t>آپ ایک ایک ہوائی جہاز اڑاتے ہیں، دلی سے اسے جانا ہے واشنگٹن یا جانا ہے لندن۔ آپ یہ نہیں کہہ سکتے کہ ٹھیک ٹھیک آپ کے کیلکولیشن کے مطابق ہی وہ وہاں اترے گا۔</w:t>
      </w:r>
    </w:p>
    <w:p>
      <w:r>
        <w:rPr>
          <w:b/>
        </w:rPr>
        <w:t xml:space="preserve">[37:30] </w:t>
      </w:r>
      <w:r>
        <w:t>koi bhi eventuality paish aa sakti hai. Abhi kal mein khabrein padh raha tha ke aik jahaz gir gaya, us mein bohat saare log mar gaye.</w:t>
      </w:r>
    </w:p>
    <w:p>
      <w:pPr>
        <w:jc w:val="right"/>
      </w:pPr>
      <w:r>
        <w:t>کوئی بھی ایونچولٹی پیش آ سکتی ہے۔ ابھی کل میں خبریں پڑھ رہا تھا کہ ایک جہاز گر گیا، اس میں بہت سارے لوگ مر گئے۔</w:t>
      </w:r>
    </w:p>
    <w:p>
      <w:r>
        <w:rPr>
          <w:b/>
        </w:rPr>
        <w:t xml:space="preserve">[37:39] </w:t>
      </w:r>
      <w:r>
        <w:t>rozana khabrein aap parhte hain akhbaron mein.</w:t>
      </w:r>
    </w:p>
    <w:p>
      <w:pPr>
        <w:jc w:val="right"/>
      </w:pPr>
      <w:r>
        <w:t>روزانہ خبریں آپ پڑھتے ہیں اخباروں میں۔</w:t>
      </w:r>
    </w:p>
    <w:p>
      <w:r>
        <w:rPr>
          <w:b/>
        </w:rPr>
        <w:t xml:space="preserve">[37:43] </w:t>
      </w:r>
      <w:r>
        <w:t>jahaz crash hota rehta hai, car ka accident hota rehta hai sarkon par. itni zyada yaani ginti nahi ho sakti in stars ki jo zameen jo space mein hai.</w:t>
      </w:r>
    </w:p>
    <w:p>
      <w:pPr>
        <w:jc w:val="right"/>
      </w:pPr>
      <w:r>
        <w:t>جہاز کریش ہوتا رہتا ہے، کار کا ایکسیڈنٹ ہوتا رہتا ہے سڑکوں پر۔ اتنی زیادہ یعنی گنتی نہیں ہو سکتی ان سٹارز کی جو زمین جو اسپیس میں ہے۔</w:t>
      </w:r>
    </w:p>
    <w:p>
      <w:r>
        <w:rPr>
          <w:b/>
        </w:rPr>
        <w:t xml:space="preserve">[37:56] </w:t>
      </w:r>
      <w:r>
        <w:t>countless!</w:t>
      </w:r>
    </w:p>
    <w:p>
      <w:pPr>
        <w:jc w:val="right"/>
      </w:pPr>
      <w:r>
        <w:t>کاؤنٹ لیس!</w:t>
      </w:r>
    </w:p>
    <w:p>
      <w:r>
        <w:rPr>
          <w:b/>
        </w:rPr>
        <w:t xml:space="preserve">[37:57] </w:t>
      </w:r>
      <w:r>
        <w:t>ek scientist ne kaha hai ke dunya ke tamam samundaron ke kinare ret ke jitne zarre hain, ret ke jitne particle hain, is se bhi zyada universe mein sitare hain aur sab ke sab motion mein hain,</w:t>
      </w:r>
    </w:p>
    <w:p>
      <w:pPr>
        <w:jc w:val="right"/>
      </w:pPr>
      <w:r>
        <w:t>ایک سائنٹسٹ نے کہا ہے کہ دنیا کے تمام سمندروں کے کنارے ریت کے جتنے ذرے ہیں، ریت کے جتنے پارٹیکل ہیں، اس سے بھی زیادہ یونیورس میں ستارے ہیں اور سب کے سب موشن میں ہیں،</w:t>
      </w:r>
    </w:p>
    <w:p>
      <w:r>
        <w:rPr>
          <w:b/>
        </w:rPr>
        <w:t xml:space="preserve">[38:13] </w:t>
      </w:r>
      <w:r>
        <w:t>sab ke sab harkat kar rahe hain. lekin aaj tak ek sitara do sitare se takraya nahi. yahan tak ke maine ek kitab mein parha tha, ek poori galaxy jis mein lakhon lakh sitare hote hain,</w:t>
      </w:r>
    </w:p>
    <w:p>
      <w:pPr>
        <w:jc w:val="right"/>
      </w:pPr>
      <w:r>
        <w:t>سب کے سب حرکت کر رہے ہیں۔ لیکن آج تک ایک ستارہ دو ستارے سے ٹکرایا نہیں۔ یہاں تک کہ میں نے ایک کتاب میں پڑھا تھا، ایک پوری گلیکسی جس میں لاکھوں لاکھ ستارے ہوتے ہیں،</w:t>
      </w:r>
    </w:p>
    <w:p>
      <w:r>
        <w:rPr>
          <w:b/>
        </w:rPr>
        <w:t xml:space="preserve">[38:26] </w:t>
      </w:r>
      <w:r>
        <w:t>wo ghoomte ghoomte ek aur galaxy mein aati hai. aap jante hain, galaxy bohat sari hain. galaxy kehte hain sitaron ke majmooay ko.</w:t>
      </w:r>
    </w:p>
    <w:p>
      <w:pPr>
        <w:jc w:val="right"/>
      </w:pPr>
      <w:r>
        <w:t>وہ گھومتے گھومتے ایک اور گلیکسی میں آتی ہے۔ آپ جانتے ہیں، گلیکسی بہت ساری ہیں۔ گلیکسی کہتے ہیں ستاروں کے مجموعے کو۔</w:t>
      </w:r>
    </w:p>
    <w:p>
      <w:r>
        <w:rPr>
          <w:b/>
        </w:rPr>
        <w:t xml:space="preserve">[38:36] </w:t>
      </w:r>
      <w:r>
        <w:t>lakhon sitare mil kar ek majmooa banta hai, us ko galaxy kaha jata hai. to ek galaxy jo ghoom rahi hai, wo ghoomte ghoomte aati hai ek aur galaxy mein, is mein dakhil ho kar ke bahar nikal jati hai.</w:t>
      </w:r>
    </w:p>
    <w:p>
      <w:pPr>
        <w:jc w:val="right"/>
      </w:pPr>
      <w:r>
        <w:t>لاکھوں ستارے مل کر ایک مجموعہ بنتا ہے، اس کو گلیکسی کہا جاتا ہے۔ تو ایک گلیکسی جو گھوم رہی ہے، وہ گھومتے گھومتے آتی ہے ایک اور گلیکسی میں، اس میں داخل ہو کر کے باہر نکل جاتی ہے۔</w:t>
      </w:r>
    </w:p>
    <w:p>
      <w:r>
        <w:rPr>
          <w:b/>
        </w:rPr>
        <w:t xml:space="preserve">[38:49] </w:t>
      </w:r>
      <w:r>
        <w:t>aur phir bhi dekhiye, sitaron mein koi takrao nahi hota, koi takrao nahi hota.</w:t>
      </w:r>
    </w:p>
    <w:p>
      <w:pPr>
        <w:jc w:val="right"/>
      </w:pPr>
      <w:r>
        <w:t>اور پھر بھی دیکھیے، ستاروں میں کوئی ٹکراؤ نہیں ہوتا، کوئی ٹکراؤ نہیں ہوتا۔</w:t>
      </w:r>
    </w:p>
    <w:p>
      <w:r>
        <w:rPr>
          <w:b/>
        </w:rPr>
        <w:t xml:space="preserve">[38:56] </w:t>
      </w:r>
      <w:r>
        <w:t>jahazon mein takrao hota hai, car mein takrao hota hai, lekin poori ki poori galaxy dakhil ho kar ke doosri galaxy mein bahar nikal jati hai aur takrao nahi hota.</w:t>
      </w:r>
    </w:p>
    <w:p>
      <w:pPr>
        <w:jc w:val="right"/>
      </w:pPr>
      <w:r>
        <w:t>جہازوں میں ٹکراؤ ہوتا ہے، کار میں ٹکراؤ ہوتا ہے، لیکن پوری کی پوری گلیکسی داخل ہو کر کے دوسری گلیکسی میں باہر نکل جاتی ہے اور ٹکراؤ نہیں ہوتا۔</w:t>
      </w:r>
    </w:p>
    <w:p>
      <w:r>
        <w:rPr>
          <w:b/>
        </w:rPr>
        <w:t xml:space="preserve">[39:08] </w:t>
      </w:r>
      <w:r>
        <w:t>to lakhon karoron saal se yeh dunya isi tarah se chal rahi hai. to aadmi jab sochta hai to bepanah storm aata hai is ke andar, keh parta hai ke Alhamdulillah Rabb al-Alameen.</w:t>
      </w:r>
    </w:p>
    <w:p>
      <w:pPr>
        <w:jc w:val="right"/>
      </w:pPr>
      <w:r>
        <w:t>تو لاکھوں کروڑوں سال سے یہ دنیا اسی طرح سے چل رہی ہے۔ تو آدمی جب سوچتا ہے تو بے پناہ سٹارم آتا ہے اس کے اندر، کہہ پڑتا ہے کہ الحمدللہ رب العالمین۔</w:t>
      </w:r>
    </w:p>
    <w:p>
      <w:r>
        <w:rPr>
          <w:b/>
        </w:rPr>
        <w:t xml:space="preserve">[39:22] </w:t>
      </w:r>
      <w:r>
        <w:t>khuda hai to kaisa khuda hai</w:t>
      </w:r>
    </w:p>
    <w:p>
      <w:pPr>
        <w:jc w:val="right"/>
      </w:pPr>
      <w:r>
        <w:t>خدا ہے تو کیسا خدا ہے</w:t>
      </w:r>
    </w:p>
    <w:p>
      <w:r>
        <w:rPr>
          <w:b/>
        </w:rPr>
        <w:t xml:space="preserve">[39:24] </w:t>
      </w:r>
      <w:r>
        <w:t>! kaisi azmat wala, kaisi glory wala, kaisi qudrat wala khuda hai! to Alhamdulillah Rabb al-Alameen, yeh bhi main kahunga, koi lip service nahi hai, yeh koi lip service nahi hai.</w:t>
      </w:r>
    </w:p>
    <w:p>
      <w:pPr>
        <w:jc w:val="right"/>
      </w:pPr>
      <w:r>
        <w:t>! کیسی عظمت والا، کیسی گلوری والا، کیسی قدرت والا خدا ہے! تو الحمدللہ رب العالمین، یہ بھی میں کہوں گا، کوئی لپ سروس نہیں ہے، یہ کوئی لپ سروس نہیں ہے۔</w:t>
      </w:r>
    </w:p>
    <w:p>
      <w:r>
        <w:rPr>
          <w:b/>
        </w:rPr>
        <w:t xml:space="preserve">[39:39] </w:t>
      </w:r>
      <w:r>
        <w:t>yeh to aadmi ke andar jo jazbat ubharte hain, isi ka ek izhaar hai.</w:t>
      </w:r>
    </w:p>
    <w:p>
      <w:pPr>
        <w:jc w:val="right"/>
      </w:pPr>
      <w:r>
        <w:t>یہ تو آدمی کے اندر جو جذبات ابھرتے ہیں، اسی کا ایک اظہار ہے۔</w:t>
      </w:r>
    </w:p>
    <w:p>
      <w:r>
        <w:rPr>
          <w:b/>
        </w:rPr>
        <w:t xml:space="preserve">[39:48] </w:t>
      </w:r>
      <w:r>
        <w:t>yaani dil ki kaifiyat jo sailab barg aati hain aadmi ke andar, isi kaifiyat ka ek ek izhaar hai. jaise aap ne dekha hoga, samundar mein aap kabhi gaye honge to samundar mein maujen har waqt sahil se takrati hain.</w:t>
      </w:r>
    </w:p>
    <w:p>
      <w:pPr>
        <w:jc w:val="right"/>
      </w:pPr>
      <w:r>
        <w:t>یعنی دل کی کیفیات جو سیلاب برگ آتی ہیں آدمی کے اندر، اسی کیفیات کا ایک ایک اظہار ہے۔ جیسے آپ نے دیکھا ہوگا، سمندر میں آپ کبھی گئے ہوں گے تو سمندر میں موجیں ہر وقت ساحل سے ٹکراتی ہیں۔</w:t>
      </w:r>
    </w:p>
    <w:p>
      <w:r>
        <w:rPr>
          <w:b/>
        </w:rPr>
        <w:t xml:space="preserve">[40:03] </w:t>
      </w:r>
      <w:r>
        <w:t>to awaz aati hai, to awaz alag se nahi hoti hai. maujon ka jo josh hai, maujon ka jo khushhal hai, us se wo awaz aati hai.</w:t>
      </w:r>
    </w:p>
    <w:p>
      <w:pPr>
        <w:jc w:val="right"/>
      </w:pPr>
      <w:r>
        <w:t>تو آواز آتی ہے، تو آواز الگ سے نہیں ہوتی ہے۔ موجوں کا جو جوش ہے، موجوں کا جو خوشحال ہے، اس سے وہ آواز آتی ہے۔</w:t>
      </w:r>
    </w:p>
    <w:p>
      <w:r>
        <w:rPr>
          <w:b/>
        </w:rPr>
        <w:t xml:space="preserve">[40:14] </w:t>
      </w:r>
      <w:r>
        <w:t>to Alhamdulillah Rabb al-Alameen, darhaqeeqat insan ke dil mein jo ek storm aata hai, ek toofan aata hai, khuda ki rububiyat ko soch kar ke, to us toofan ka ek lafzi izhaar hai jo zuban par aa jata hai.</w:t>
      </w:r>
    </w:p>
    <w:p>
      <w:pPr>
        <w:jc w:val="right"/>
      </w:pPr>
      <w:r>
        <w:t>تو الحمدللہ رب العالمین، درحقیقت انسان کے دل میں جو ایک سٹارم آتا ہے، ایک طوفان آتا ہے، خدا کی ربوبیت کو سوچ کر کے، تو اس طوفان کا ایک لفظی اظہار ہے جو زبان پر آ جاتا ہے۔</w:t>
      </w:r>
    </w:p>
    <w:p>
      <w:r>
        <w:rPr>
          <w:b/>
        </w:rPr>
        <w:t xml:space="preserve">[40:32] </w:t>
      </w:r>
      <w:r>
        <w:t>to asal to andar ka toofan hai. yeh jo hai, yeh to sirf ek lafzi izhaar hai. agar andar ka toofan na ho to koi bolay to wo lip</w:t>
      </w:r>
    </w:p>
    <w:p>
      <w:pPr>
        <w:jc w:val="right"/>
      </w:pPr>
      <w:r>
        <w:t>تو اصل تو اندر کا طوفان ہے۔ یہ جو ہے، یہ تو صرف ایک لفظی اظہار ہے۔ اگر اندر کا طوفان نہ ہو تو کوئی بولے تو وہ لپ</w:t>
      </w:r>
    </w:p>
    <w:p>
      <w:r>
        <w:rPr>
          <w:b/>
        </w:rPr>
        <w:t xml:space="preserve">[40:43] </w:t>
      </w:r>
      <w:r>
        <w:t>service hogi, wo kuch bhi nahi hoga. lip service ki koi haqeeqat nahi hai Islam mein, khuda ke deen mein.</w:t>
      </w:r>
    </w:p>
    <w:p>
      <w:pPr>
        <w:jc w:val="right"/>
      </w:pPr>
      <w:r>
        <w:t>سروس ہوگی، وہ کچھ بھی نہیں ہوگا۔ لپ سروس کی کوئی حقیقت نہیں ہے اسلام میں، خدا کے دین میں۔</w:t>
      </w:r>
    </w:p>
    <w:p>
      <w:r>
        <w:rPr>
          <w:b/>
        </w:rPr>
        <w:t xml:space="preserve">[40:52] </w:t>
      </w:r>
      <w:r>
        <w:t>khuda ke haan isi cheez ki qeemat hai jo aadmi ki rooh ko jagaye, jo aadmi ke mind ko hila de, jo aadmi ke dil mein toofan ban kar dakhil ho jaye aur phir aadmi bol paray.</w:t>
      </w:r>
    </w:p>
    <w:p>
      <w:pPr>
        <w:jc w:val="right"/>
      </w:pPr>
      <w:r>
        <w:t>خدا کے ہاں اسی چیز کی قیمت ہے جو آدمی کی روح کو جگائے، جو آدمی کے مائنڈ کو ہلا دے، جو آدمی کے دل میں طوفان بن کر داخل ہو جائے اور پھر آدمی بول پڑے۔</w:t>
      </w:r>
    </w:p>
    <w:p>
      <w:r>
        <w:rPr>
          <w:b/>
        </w:rPr>
        <w:t xml:space="preserve">[41:07] </w:t>
      </w:r>
      <w:r>
        <w:t>wahi Allah ke nazdeek acceptable hota hai. wahi kalm</w:t>
      </w:r>
    </w:p>
    <w:p>
      <w:pPr>
        <w:jc w:val="right"/>
      </w:pPr>
      <w:r>
        <w:t>وہی اللہ کے نزدیک ایکسیپٹیبل ہوتا ہے۔ وہی کلم</w:t>
      </w:r>
    </w:p>
    <w:p>
      <w:r>
        <w:rPr>
          <w:b/>
        </w:rPr>
        <w:t xml:space="preserve">[41:12] </w:t>
      </w:r>
      <w:r>
        <w:t>yeh hai: Alhamdulillah Rabb al-Alameen ki haqeeqat.</w:t>
      </w:r>
    </w:p>
    <w:p>
      <w:pPr>
        <w:jc w:val="right"/>
      </w:pPr>
      <w:r>
        <w:t>ہ یہ ہے: الحمدللہ رب العالمین کی حقیقت۔</w:t>
      </w:r>
    </w:p>
    <w:p>
      <w:r>
        <w:rPr>
          <w:b/>
        </w:rPr>
        <w:t xml:space="preserve">[41:23] </w:t>
      </w:r>
      <w:r>
        <w:t>Bismillah al-Rahman al-Rahim. Surah Fatiha kya hai?</w:t>
      </w:r>
    </w:p>
    <w:p>
      <w:pPr>
        <w:jc w:val="right"/>
      </w:pPr>
      <w:r>
        <w:t>بسم اللہ الرحمن الرحیم۔ سورہ فاتحہ کیا ہے؟</w:t>
      </w:r>
    </w:p>
    <w:p>
      <w:r>
        <w:rPr>
          <w:b/>
        </w:rPr>
        <w:t xml:space="preserve">[41:34] </w:t>
      </w:r>
      <w:r>
        <w:t>yeh darasal insan ke andar jo khuda ki marifat ke baad,</w:t>
      </w:r>
    </w:p>
    <w:p>
      <w:pPr>
        <w:jc w:val="right"/>
      </w:pPr>
      <w:r>
        <w:t>یہ دراصل انسان کے اندر جو خدا کی معرفت کے بعد،</w:t>
      </w:r>
    </w:p>
    <w:p>
      <w:r>
        <w:rPr>
          <w:b/>
        </w:rPr>
        <w:t xml:space="preserve">[41:45] </w:t>
      </w:r>
      <w:r>
        <w:t>khuda ki marifat ke baad insan ke andar jo jazbat ubharte hain, isi ka ek, isi ka ek izhaar hai lafzon</w:t>
      </w:r>
    </w:p>
    <w:p>
      <w:pPr>
        <w:jc w:val="right"/>
      </w:pPr>
      <w:r>
        <w:t>خدا کی معرفت کے بعد انسان کے اندر جو جذبات ابھرتے ہیں، اسی کا ایک، اسی کا ایک اظہار ہے لفظوں</w:t>
      </w:r>
    </w:p>
    <w:p>
      <w:r>
        <w:rPr>
          <w:b/>
        </w:rPr>
        <w:t xml:space="preserve">[41:57] </w:t>
      </w:r>
      <w:r>
        <w:t>mein. to poori Surah Fatiha goya ke rabbani kaifiyat ka</w:t>
      </w:r>
    </w:p>
    <w:p>
      <w:pPr>
        <w:jc w:val="right"/>
      </w:pPr>
      <w:r>
        <w:t>میں۔ تو پوری سورہ فاتحہ گویا کہ ربانی کیفیات کا</w:t>
      </w:r>
    </w:p>
    <w:p>
      <w:r>
        <w:rPr>
          <w:b/>
        </w:rPr>
        <w:t xml:space="preserve">[42:07] </w:t>
      </w:r>
      <w:r>
        <w:t>lufzi izhaar hai ke aadmi ek aisa aadmi jis ne khuda ko realize kiya ho, jis ko khuda ki discovery ho gayi ho,</w:t>
      </w:r>
    </w:p>
    <w:p>
      <w:pPr>
        <w:jc w:val="right"/>
      </w:pPr>
      <w:r>
        <w:t>لفظی اظہار ہے کہ آدمی ایک ایسا آدمی جس نے خدا کو ریلائز کیا ہو، جس کو خدا کی ڈسکوری ہو گئی ہو،</w:t>
      </w:r>
    </w:p>
    <w:p>
      <w:r>
        <w:rPr>
          <w:b/>
        </w:rPr>
        <w:t xml:space="preserve">[42:23] </w:t>
      </w:r>
      <w:r>
        <w:t>jis ko marifat kaha jaata hai. to aisa insaan duniya mein jab rahega, aisa insaan jab duniya mein rahega to different situation mein is ka response kya hoga?</w:t>
      </w:r>
    </w:p>
    <w:p>
      <w:pPr>
        <w:jc w:val="right"/>
      </w:pPr>
      <w:r>
        <w:t>جس کو معرفت کہا جاتا ہے۔ تو ایسا انسان دنیا میں جب رہے گا، ایسا انسان جب دنیا میں رہے گا تو ڈفرنٹ سچویشن میں اس کا رسپانس کیا ہوگا؟</w:t>
      </w:r>
    </w:p>
    <w:p>
      <w:r>
        <w:rPr>
          <w:b/>
        </w:rPr>
        <w:t xml:space="preserve">[42:43] </w:t>
      </w:r>
      <w:r>
        <w:t>different situation zaroor paish aati hai aadmi ke saamne. kabhi ghar mein hota hai, kabhi bahar hota hai, kabhi aaram mein hota hai, kabhi takleef mein hota hai.</w:t>
      </w:r>
    </w:p>
    <w:p>
      <w:pPr>
        <w:jc w:val="right"/>
      </w:pPr>
      <w:r>
        <w:t>ڈفرنٹ سچویشن ضرور پیش آتی ہے آدمی کے سامنے۔ کبھی گھر میں ہوتا ہے، کبھی باہر ہوتا ہے، کبھی آرام میں ہوتا ہے، کبھی تکلیف میں ہوتا ہے۔</w:t>
      </w:r>
    </w:p>
    <w:p>
      <w:r>
        <w:rPr>
          <w:b/>
        </w:rPr>
        <w:t xml:space="preserve">[42:55] </w:t>
      </w:r>
      <w:r>
        <w:t>gharz yeh ke different situation paish aati hain har insaan ko. to different situation ko face karte hue khuda ki nisbat se is ka response kya hota hai,</w:t>
      </w:r>
    </w:p>
    <w:p>
      <w:pPr>
        <w:jc w:val="right"/>
      </w:pPr>
      <w:r>
        <w:t>غرض یہ کہ ڈفرنٹ سچویشن پیش آتی ہیں ہر انسان کو۔ تو ڈفرنٹ سچویشن کو فیس کرتے ہوئے خدا کی نسبت سے اس کا رسپانس کیا ہوتا ہے،</w:t>
      </w:r>
    </w:p>
    <w:p>
      <w:r>
        <w:rPr>
          <w:b/>
        </w:rPr>
        <w:t xml:space="preserve">[43:14] </w:t>
      </w:r>
      <w:r>
        <w:t>isi ko surah fatiha mein bataya gaya hai.</w:t>
      </w:r>
    </w:p>
    <w:p>
      <w:pPr>
        <w:jc w:val="right"/>
      </w:pPr>
      <w:r>
        <w:t>اسی کو سورہ فاتحہ میں بتایا گیا ہے۔</w:t>
      </w:r>
    </w:p>
    <w:p>
      <w:r>
        <w:rPr>
          <w:b/>
        </w:rPr>
        <w:t xml:space="preserve">[43:20] </w:t>
      </w:r>
      <w:r>
        <w:t>isi ko</w:t>
      </w:r>
    </w:p>
    <w:p>
      <w:pPr>
        <w:jc w:val="right"/>
      </w:pPr>
      <w:r>
        <w:t>اسی کو</w:t>
      </w:r>
    </w:p>
    <w:p>
      <w:r>
        <w:rPr>
          <w:b/>
        </w:rPr>
        <w:t xml:space="preserve">[43:25] </w:t>
      </w:r>
      <w:r>
        <w:t>to main ne arz kiya ke is ka ek izhaar yeh hai ke aadmi ki zabaan se nikle: alhamdulillah rabbil alameen.</w:t>
      </w:r>
    </w:p>
    <w:p>
      <w:pPr>
        <w:jc w:val="right"/>
      </w:pPr>
      <w:r>
        <w:t>تو میں نے عرض کیا کہ اس کا ایک اظہار یہ ہے کہ آدمی کی زبان سے نکلے: الحمدللہ رب العالمین۔</w:t>
      </w:r>
    </w:p>
    <w:p>
      <w:r>
        <w:rPr>
          <w:b/>
        </w:rPr>
        <w:t xml:space="preserve">[43:36] </w:t>
      </w:r>
      <w:r>
        <w:t>isi tarah se is ki zabaan se nikle: ar rehman nir raheem.</w:t>
      </w:r>
    </w:p>
    <w:p>
      <w:pPr>
        <w:jc w:val="right"/>
      </w:pPr>
      <w:r>
        <w:t>اسی طرح سے اس کی زبان سے نکلے: الرحمن الرحیم۔</w:t>
      </w:r>
    </w:p>
    <w:p>
      <w:r>
        <w:rPr>
          <w:b/>
        </w:rPr>
        <w:t xml:space="preserve">[43:47] </w:t>
      </w:r>
      <w:r>
        <w:t>ar rehman nir raheem ka matlab kya hai?</w:t>
      </w:r>
    </w:p>
    <w:p>
      <w:pPr>
        <w:jc w:val="right"/>
      </w:pPr>
      <w:r>
        <w:t>الرحمن الرحیم کا مطلب کیا ہے؟</w:t>
      </w:r>
    </w:p>
    <w:p>
      <w:r>
        <w:rPr>
          <w:b/>
        </w:rPr>
        <w:t xml:space="preserve">[43:53] </w:t>
      </w:r>
      <w:r>
        <w:t>donon taqreeban qareebi, donon ka, donon ke maani taqreeban ek hain. yaani bohat rehmat wala, bohat meherban, most merciful, most compassionate.</w:t>
      </w:r>
    </w:p>
    <w:p>
      <w:pPr>
        <w:jc w:val="right"/>
      </w:pPr>
      <w:r>
        <w:t>دونوں تقریباً قریبی، دونوں کا، دونوں کے معنی تقریباً ایک ہیں۔ یعنی بہت رحمت والا، بہت مہربان، موسٹ مرسی فل، موسٹ کمپیشنیٹ۔</w:t>
      </w:r>
    </w:p>
    <w:p>
      <w:r>
        <w:rPr>
          <w:b/>
        </w:rPr>
        <w:t xml:space="preserve">[44:08] </w:t>
      </w:r>
      <w:r>
        <w:t>yeh matlab hai donon ka.</w:t>
      </w:r>
    </w:p>
    <w:p>
      <w:pPr>
        <w:jc w:val="right"/>
      </w:pPr>
      <w:r>
        <w:t>یہ مطلب ہے دونوں کا۔</w:t>
      </w:r>
    </w:p>
    <w:p>
      <w:r>
        <w:rPr>
          <w:b/>
        </w:rPr>
        <w:t xml:space="preserve">[44:13] </w:t>
      </w:r>
      <w:r>
        <w:t>to</w:t>
      </w:r>
    </w:p>
    <w:p>
      <w:pPr>
        <w:jc w:val="right"/>
      </w:pPr>
      <w:r>
        <w:t>تو</w:t>
      </w:r>
    </w:p>
    <w:p>
      <w:r>
        <w:rPr>
          <w:b/>
        </w:rPr>
        <w:t xml:space="preserve">[44:14] </w:t>
      </w:r>
      <w:r>
        <w:t>yeh bhi wahi cheez hai ke duniya ko khuda ne is tarah banaya hai ke woh poori tarah insaan ke liye saazgaar ho, poori tarah helpful ho.</w:t>
      </w:r>
    </w:p>
    <w:p>
      <w:pPr>
        <w:jc w:val="right"/>
      </w:pPr>
      <w:r>
        <w:t>یہ بھی وہی چیز ہے کہ دنیا کو خدا نے اس طرح بنایا ہے کہ وہ پوری طرح انسان کے لیے سازگار ہو، پوری طرح ہیلپ فل ہو۔</w:t>
      </w:r>
    </w:p>
    <w:p>
      <w:r>
        <w:rPr>
          <w:b/>
        </w:rPr>
        <w:t xml:space="preserve">[44:32] </w:t>
      </w:r>
      <w:r>
        <w:t>yaani har cheez jo hai duniya mein, har cheez insaan ke liye poori tarah helpful hai.</w:t>
      </w:r>
    </w:p>
    <w:p>
      <w:pPr>
        <w:jc w:val="right"/>
      </w:pPr>
      <w:r>
        <w:t>یعنی ہر چیز جو ہے دنیا میں، ہر چیز انسان کے لیے پوری طرح ہیلپ فل ہے۔</w:t>
      </w:r>
    </w:p>
    <w:p>
      <w:r>
        <w:rPr>
          <w:b/>
        </w:rPr>
        <w:t xml:space="preserve">[44:39] </w:t>
      </w:r>
      <w:r>
        <w:t>koi cheez duniya ki aisi nahi jo us ko problem create kare insaan ke liye. khuda ne aisa bana diya hai har cheezon ko. yahan tak ke sher jaisi cheez bhi insaan ke liye problem nahi banta</w:t>
      </w:r>
    </w:p>
    <w:p>
      <w:pPr>
        <w:jc w:val="right"/>
      </w:pPr>
      <w:r>
        <w:t>کوئی چیز دنیا کی ایسی نہیں جو اس کو پرابلم کریٹ کرے انسان کے لیے۔ خدا نے ایسا بنا دیا ہے ہر چیزوں کو۔ یہاں تک کہ شیر جیسی چیز بھی انسان کے لیے پرابلم نہیں بنتا</w:t>
      </w:r>
    </w:p>
    <w:p>
      <w:r>
        <w:rPr>
          <w:b/>
        </w:rPr>
        <w:t xml:space="preserve">[44:55] </w:t>
      </w:r>
      <w:r>
        <w:t>jab tak aap us ko chehrein nahi. sher ki jo series ki gayi hai, us ko dekhte hue ek expert ne kaha ke sher to bohat hi noble animal hai.</w:t>
      </w:r>
    </w:p>
    <w:p>
      <w:pPr>
        <w:jc w:val="right"/>
      </w:pPr>
      <w:r>
        <w:t>جب تک آپ اس کو چھیڑیں نہیں۔ شیر کی جو سیریز کی گئی ہے، اس کو دیکھتے ہوئے ایک ایکسپرٹ نے کہا کہ شیر تو بہت ہی نوبل اینیمل ہے۔</w:t>
      </w:r>
    </w:p>
    <w:p>
      <w:r>
        <w:rPr>
          <w:b/>
        </w:rPr>
        <w:t xml:space="preserve">[45:15] </w:t>
      </w:r>
      <w:r>
        <w:t>yaani woh khud se kabhi bhi aap par attack nahi karega. haan, aap us ko chehrein, aap khud us ko pathar maarein, tab zaroor attack karega woh.</w:t>
      </w:r>
    </w:p>
    <w:p>
      <w:pPr>
        <w:jc w:val="right"/>
      </w:pPr>
      <w:r>
        <w:t>یعنی وہ خود سے کبھی بھی آپ پر اٹیک نہیں کرے گا۔ ہاں، آپ اس کو چھیڑیں، آپ خود اس کو پتھر ماریں، تب ضرور اٹیک کرے گا وہ۔</w:t>
      </w:r>
    </w:p>
    <w:p>
      <w:r>
        <w:rPr>
          <w:b/>
        </w:rPr>
        <w:t xml:space="preserve">[45:27] </w:t>
      </w:r>
      <w:r>
        <w:t>to sher ki culture mein, sher ka jo culture hai, yaani tiger culture, tiger culture mein defense hai magar attack nahi hai.</w:t>
      </w:r>
    </w:p>
    <w:p>
      <w:pPr>
        <w:jc w:val="right"/>
      </w:pPr>
      <w:r>
        <w:t>تو شیر کی کلچر میں، شیر کا جو کلچر ہے، یعنی ٹائیگر کلچر، ٹائیگر کلچر میں ڈیفنس ہے مگر اٹیک نہیں ہے۔</w:t>
      </w:r>
    </w:p>
    <w:p>
      <w:r>
        <w:rPr>
          <w:b/>
        </w:rPr>
        <w:t xml:space="preserve">[45:39] </w:t>
      </w:r>
      <w:r>
        <w:t>jitni books likhi gayi hain, yaani animal ke baare mein ya tiger ke baare mein, woh sab yeh kehte hain ke tiger culture mein sirf defense hai, attack hai hi nahi.</w:t>
      </w:r>
    </w:p>
    <w:p>
      <w:pPr>
        <w:jc w:val="right"/>
      </w:pPr>
      <w:r>
        <w:t>جتنی بکس لکھی گئی ہیں، یعنی اینیمل کے بارے میں یا ٹائیگر کے بارے میں، وہ سب یہ کہتے ہیں کہ ٹائیگر کلچر میں صرف ڈیفنس ہے، اٹیک ہے ہی نہیں۔</w:t>
      </w:r>
    </w:p>
    <w:p>
      <w:r>
        <w:rPr>
          <w:b/>
        </w:rPr>
        <w:t xml:space="preserve">[45:57] </w:t>
      </w:r>
      <w:r>
        <w:t>to is ka maani yeh hai ke khuda ne tiger ko andar se maskhar kar rakha hai. tiger zahir hai ke agar hamla karne lage to kitni mushkil ho jaye insaan ke liye kyunke janglon mein tiger rehte hain aur insaan ka aana jaana hota hai.</w:t>
      </w:r>
    </w:p>
    <w:p>
      <w:pPr>
        <w:jc w:val="right"/>
      </w:pPr>
      <w:r>
        <w:t>تو اس کا معنی یہ ہے کہ خدا نے ٹائیگر کو اندر سے مسخر کر رکھا ہے۔ ٹائیگر ظاہر ہے کہ اگر حملہ کرنے لگے تو کتنی مشکل ہو جائے انسان کے لیے کیونکہ جنگلوں میں ٹائیگر رہتے ہیں اور انسان کا آنا جانا ہوتا ہے۔</w:t>
      </w:r>
    </w:p>
    <w:p>
      <w:r>
        <w:rPr>
          <w:b/>
        </w:rPr>
        <w:t xml:space="preserve">[46:17] </w:t>
      </w:r>
      <w:r>
        <w:t>ab to tiger ki ginti kam ho gayi hai lekin pehle to bohat tiger hua karte the, bohat ziyada.</w:t>
      </w:r>
    </w:p>
    <w:p>
      <w:pPr>
        <w:jc w:val="right"/>
      </w:pPr>
      <w:r>
        <w:t>اب تو ٹائیگر کی گنتی کم ہو گئی ہے لیکن پہلے تو بہت ٹائیگر ہوا کرتے تھے، بہت زیادہ۔</w:t>
      </w:r>
    </w:p>
    <w:p>
      <w:r>
        <w:rPr>
          <w:b/>
        </w:rPr>
        <w:t xml:space="preserve">[46:27] </w:t>
      </w:r>
      <w:r>
        <w:t>to isi tarah se har cheez, koi bhi cheez aisi nahi hai duniya mein jo insaan ke liye harmful ho.</w:t>
      </w:r>
    </w:p>
    <w:p>
      <w:pPr>
        <w:jc w:val="right"/>
      </w:pPr>
      <w:r>
        <w:t>تو اسی طرح سے ہر چیز، کوئی بھی چیز ایسی نہیں ہے دنیا میں جو انسان کے لیے ہارم فل ہو۔</w:t>
      </w:r>
    </w:p>
    <w:p>
      <w:r>
        <w:rPr>
          <w:b/>
        </w:rPr>
        <w:t xml:space="preserve">[46:38] </w:t>
      </w:r>
      <w:r>
        <w:t>har cheez insaan ke liye harmless hai. har cheez ko jaisa khuda ne maskhar maskhar kar rakha hai, yaani us ko andar se, us ki nature ko aisa bana rakha hai ke insaan ke liye woh helpful bana raha hai.</w:t>
      </w:r>
    </w:p>
    <w:p>
      <w:pPr>
        <w:jc w:val="right"/>
      </w:pPr>
      <w:r>
        <w:t>ہر چیز انسان کے لیے ہارم لیس ہے۔ ہر چیز کو جیسا خدا نے مسخر مسخر کر رکھا ہے، یعنی اس کو اندر سے، اس کی نیچر کو ایسا بنا رکھا ہے کہ انسان کے لیے وہ ہیلپ فل بنا رہا ہے۔</w:t>
      </w:r>
    </w:p>
    <w:p>
      <w:r>
        <w:rPr>
          <w:b/>
        </w:rPr>
        <w:t xml:space="preserve">[46:52] </w:t>
      </w:r>
      <w:r>
        <w:t>woh yeh hai rehmat.</w:t>
      </w:r>
    </w:p>
    <w:p>
      <w:pPr>
        <w:jc w:val="right"/>
      </w:pPr>
      <w:r>
        <w:t>وہ یہ ہے رحمت۔</w:t>
      </w:r>
    </w:p>
    <w:p>
      <w:r>
        <w:rPr>
          <w:b/>
        </w:rPr>
        <w:t xml:space="preserve">[46:55] </w:t>
      </w:r>
      <w:r>
        <w:t>rehmat ka matlab hai blessing. to duniya mein rehte hue, subah shaam, raat din, aadmi ko jin cheezon ka tajurba hota hai, har tajurbe mein us ko nikal padta hai us ki zabaan se ke aye khuda, tu kitna rehman hai, aye khuda, tu kitna raheem hai.</w:t>
      </w:r>
    </w:p>
    <w:p>
      <w:pPr>
        <w:jc w:val="right"/>
      </w:pPr>
      <w:r>
        <w:t>رحمت کا مطلب ہے بلیسنگ۔ تو دنیا میں رہتے ہوئے، صبح شام، رات دن، آدمی کو جن چیزوں کا تجربہ ہوتا ہے، ہر تجربے میں اس کو نکل پڑتا ہے اس کی زبان سے کہ اے خدا، تو کتنا رحمان ہے، اے خدا، تو کتنا رحیم ہے۔</w:t>
      </w:r>
    </w:p>
    <w:p>
      <w:r>
        <w:rPr>
          <w:b/>
        </w:rPr>
        <w:t xml:space="preserve">[47:17] </w:t>
      </w:r>
      <w:r>
        <w:t>har waqt teri blessing hai.</w:t>
      </w:r>
    </w:p>
    <w:p>
      <w:pPr>
        <w:jc w:val="right"/>
      </w:pPr>
      <w:r>
        <w:t>ہر وقت تیری بلیسنگ ہے۔</w:t>
      </w:r>
    </w:p>
    <w:p>
      <w:r>
        <w:rPr>
          <w:b/>
        </w:rPr>
        <w:t xml:space="preserve">[47:20] </w:t>
      </w:r>
      <w:r>
        <w:t>tu pehle zamane mein bhi is baat ko log jante the lekin maujooda zamane mein jab ke science ne nai nai discoveries ki hain to yeh baat aur bhi zyada logon ko maloom ho gayi hai.</w:t>
      </w:r>
    </w:p>
    <w:p>
      <w:pPr>
        <w:jc w:val="right"/>
      </w:pPr>
      <w:r>
        <w:t>تو پہلے زمانے میں بھی اس بات کو لوگ جانتے تھے لیکن موجودہ زمانے میں جب کہ سائنس نے نئی نئی ڈسکوریز کی ہیں تو یہ بات اور بھی زیادہ لوگوں کو معلوم ہو گئی ہے۔</w:t>
      </w:r>
    </w:p>
    <w:p>
      <w:r>
        <w:rPr>
          <w:b/>
        </w:rPr>
        <w:t xml:space="preserve">[47:35] </w:t>
      </w:r>
      <w:r>
        <w:t>pehlay bhi insan jaanta tha ke insan par khuda ki kitni rehmat hai, insan par khuda ki kitni blessing hai.</w:t>
      </w:r>
    </w:p>
    <w:p>
      <w:pPr>
        <w:jc w:val="right"/>
      </w:pPr>
      <w:r>
        <w:t>پہلے بھی انسان جانتا تھا کہ انسان پر خدا کی کتنی رحمت ہے، انسان پر خدا کی کتنی بلیسنگ ہے۔</w:t>
      </w:r>
    </w:p>
    <w:p>
      <w:r>
        <w:rPr>
          <w:b/>
        </w:rPr>
        <w:t xml:space="preserve">[47:45] </w:t>
      </w:r>
      <w:r>
        <w:t>is par ab science ne is mein aur izafa kar diya hai.</w:t>
      </w:r>
    </w:p>
    <w:p>
      <w:pPr>
        <w:jc w:val="right"/>
      </w:pPr>
      <w:r>
        <w:t>اس پر اب سائنس نے اس میں اور اضافہ کر دیا ہے۔</w:t>
      </w:r>
    </w:p>
    <w:p>
      <w:r>
        <w:rPr>
          <w:b/>
        </w:rPr>
        <w:t xml:space="preserve">[47:50] </w:t>
      </w:r>
      <w:r>
        <w:t>misal ke taur par, aap zameen par chalte phirte hain,</w:t>
      </w:r>
    </w:p>
    <w:p>
      <w:pPr>
        <w:jc w:val="right"/>
      </w:pPr>
      <w:r>
        <w:t>مثال کے طور پر، آپ زمین پر چلتے پھرتے ہیں،</w:t>
      </w:r>
    </w:p>
    <w:p>
      <w:r>
        <w:rPr>
          <w:b/>
        </w:rPr>
        <w:t xml:space="preserve">[47:59] </w:t>
      </w:r>
      <w:r>
        <w:t>kitna aasan hai zameen par chalna phirna. science batati hai ke zameen ka jo size hai, bohat hi well calculated hai, bohat sahi size hai insan ki nisbat se.</w:t>
      </w:r>
    </w:p>
    <w:p>
      <w:pPr>
        <w:jc w:val="right"/>
      </w:pPr>
      <w:r>
        <w:t>کتنا آسان ہے زمین پر چلنا پھرنا۔ سائنس بتاتی ہے کہ زمین کا جو سائز ہے، بہت ہی ویل کیلکولیٹڈ ہے، بہت صحیح سائز ہے انسان کی نسبت سے۔</w:t>
      </w:r>
    </w:p>
    <w:p>
      <w:r>
        <w:rPr>
          <w:b/>
        </w:rPr>
        <w:t xml:space="preserve">[48:17] </w:t>
      </w:r>
      <w:r>
        <w:t>zameen ka size agar</w:t>
      </w:r>
    </w:p>
    <w:p>
      <w:pPr>
        <w:jc w:val="right"/>
      </w:pPr>
      <w:r>
        <w:t>زمین کا سائز اگر</w:t>
      </w:r>
    </w:p>
    <w:p>
      <w:r>
        <w:rPr>
          <w:b/>
        </w:rPr>
        <w:t xml:space="preserve">[48:22] </w:t>
      </w:r>
      <w:r>
        <w:t>farz kijiye ke</w:t>
      </w:r>
    </w:p>
    <w:p>
      <w:pPr>
        <w:jc w:val="right"/>
      </w:pPr>
      <w:r>
        <w:t>فرض کیجیے کہ</w:t>
      </w:r>
    </w:p>
    <w:p>
      <w:r>
        <w:rPr>
          <w:b/>
        </w:rPr>
        <w:t xml:space="preserve">[48:27] </w:t>
      </w:r>
      <w:r>
        <w:t>double ho jaye, ab jitna size hai us ka double ho jaye to jante hain kya hoga? is ki kashish bohat barh jayegi.</w:t>
      </w:r>
    </w:p>
    <w:p>
      <w:pPr>
        <w:jc w:val="right"/>
      </w:pPr>
      <w:r>
        <w:t>ڈبل ہو جائے، اب جتنا سائز ہے اس کا ڈبل ہو جائے تو جانتے ہیں کیا ہوگا؟ اس کی کشش بہت بڑھ جائے گی۔</w:t>
      </w:r>
    </w:p>
    <w:p>
      <w:r>
        <w:rPr>
          <w:b/>
        </w:rPr>
        <w:t xml:space="preserve">[48:37] </w:t>
      </w:r>
      <w:r>
        <w:t>yani gravity, zameen ki gravity ya kashish is ki bohat barh jayegi to kya hoga? insan ki barhotri ruk jayegi.</w:t>
      </w:r>
    </w:p>
    <w:p>
      <w:pPr>
        <w:jc w:val="right"/>
      </w:pPr>
      <w:r>
        <w:t>یعنی گریویٹی، زمین کی گریویٹی یا کشش اس کی بہت بڑھ جائے گی تو کیا ہوگا؟ انسان کی بڑھوتری رک جائے گی۔</w:t>
      </w:r>
    </w:p>
    <w:p>
      <w:r>
        <w:rPr>
          <w:b/>
        </w:rPr>
        <w:t xml:space="preserve">[48:48] </w:t>
      </w:r>
      <w:r>
        <w:t>jab insan paida honge zameen par to zameen ki kashish un ki barhotri ko roke rahe gi aur insan jo hai sab dwarf ban jayenge.</w:t>
      </w:r>
    </w:p>
    <w:p>
      <w:pPr>
        <w:jc w:val="right"/>
      </w:pPr>
      <w:r>
        <w:t>جب انسان پیدا ہوں گے زمین پر تو زمین کی کشش ان کی بڑھوتری کو روکے رہے گی اور انسان جو ہے سب ڈوارف بن جائیں گے۔</w:t>
      </w:r>
    </w:p>
    <w:p>
      <w:r>
        <w:rPr>
          <w:b/>
        </w:rPr>
        <w:t xml:space="preserve">[48:59] </w:t>
      </w:r>
      <w:r>
        <w:t>dwarf yani balishti type ke</w:t>
      </w:r>
    </w:p>
    <w:p>
      <w:pPr>
        <w:jc w:val="right"/>
      </w:pPr>
      <w:r>
        <w:t>ڈوارف یعنی بالشتی ٹائپ کے</w:t>
      </w:r>
    </w:p>
    <w:p>
      <w:r>
        <w:rPr>
          <w:b/>
        </w:rPr>
        <w:t xml:space="preserve">[49:05] </w:t>
      </w:r>
      <w:r>
        <w:t>chote chote. ab ghor kijiye ke insan ka qad bohat chota ho jaye aur dwarf ban jaye har aadmi to kitna kharab lage ga?</w:t>
      </w:r>
    </w:p>
    <w:p>
      <w:pPr>
        <w:jc w:val="right"/>
      </w:pPr>
      <w:r>
        <w:t>چھوٹے چھوٹے۔ اب غور کیجیے کہ انسان کا قد بہت چھوٹا ہو جائے اور ڈوارف بن جائے ہر آدمی تو کتنا خراب لگے گا؟</w:t>
      </w:r>
    </w:p>
    <w:p>
      <w:r>
        <w:rPr>
          <w:b/>
        </w:rPr>
        <w:t xml:space="preserve">[49:17] </w:t>
      </w:r>
      <w:r>
        <w:t>ab hamara jo size hai, hamara bohat hi, bohat hi yani munasib size hai, intehai durust tanasub mein hai.</w:t>
      </w:r>
    </w:p>
    <w:p>
      <w:pPr>
        <w:jc w:val="right"/>
      </w:pPr>
      <w:r>
        <w:t>اب ہمارا جو سائز ہے، ہمارا بہت ہی، بہت ہی یعنی مناسب سائز ہے، انتہائی درست تناسب میں ہے۔</w:t>
      </w:r>
    </w:p>
    <w:p>
      <w:r>
        <w:rPr>
          <w:b/>
        </w:rPr>
        <w:t xml:space="preserve">[49:33] </w:t>
      </w:r>
      <w:r>
        <w:t>lekin agar hamara size jo hai chota ho jaye, hum do foot ke ho jayen, sirf do foot ke insan idhar udhar chalay phiren to aisa lage jaise zameen mein aik aur chotiyan wajood mein aa gayi hain.</w:t>
      </w:r>
    </w:p>
    <w:p>
      <w:pPr>
        <w:jc w:val="right"/>
      </w:pPr>
      <w:r>
        <w:t>لیکن اگر ہمارا سائز جو ہے چھوٹا ہو جائے، ہم دو فٹ کے ہو جائیں، صرف دو فٹ کے انسان ادھر ادھر چلیں پھریں تو ایسا لگے جیسے زمین میں ایک اور چوٹیاں وجود میں آگئی ہیں۔</w:t>
      </w:r>
    </w:p>
    <w:p>
      <w:r>
        <w:rPr>
          <w:b/>
        </w:rPr>
        <w:t xml:space="preserve">[49:50] </w:t>
      </w:r>
      <w:r>
        <w:t>isi tarah se agar zameen ka size chota ho jaye, aadha ho jaye jitna ab hai, abhi zameen ka size jo hai pachees hazar mile hai, is ka radius.</w:t>
      </w:r>
    </w:p>
    <w:p>
      <w:pPr>
        <w:jc w:val="right"/>
      </w:pPr>
      <w:r>
        <w:t>اسی طرح سے اگر زمین کا سائز چھوٹا ہو جائے، آدھا ہو جائے جتنا اب ہے، ابھی زمین کا سائز جو ہے پچیس ہزار میل ہے، اس کا ریڈیس۔</w:t>
      </w:r>
    </w:p>
    <w:p>
      <w:r>
        <w:rPr>
          <w:b/>
        </w:rPr>
        <w:t xml:space="preserve">[50:06] </w:t>
      </w:r>
      <w:r>
        <w:t>ab aadha ho jaye agar farz kijiye barah hazar mile ho jaye to zameen ki kashish ya gravity bohat kam ho jayegi.</w:t>
      </w:r>
    </w:p>
    <w:p>
      <w:pPr>
        <w:jc w:val="right"/>
      </w:pPr>
      <w:r>
        <w:t>اب آدھا ہو جائے اگر فرض کیجیے بارہ ہزار میل ہو جائے تو زمین کی کشش یا گریویٹی بہت کم ہو جائے گی۔</w:t>
      </w:r>
    </w:p>
    <w:p>
      <w:r>
        <w:rPr>
          <w:b/>
        </w:rPr>
        <w:t xml:space="preserve">[50:17] </w:t>
      </w:r>
      <w:r>
        <w:t>itni kam ho jayegi ke insan ki barhotri barh jayegi. zameen hum ko khinchti hai to hamari barhotri aik hisab se hoti hai.</w:t>
      </w:r>
    </w:p>
    <w:p>
      <w:pPr>
        <w:jc w:val="right"/>
      </w:pPr>
      <w:r>
        <w:t>اتنی کم ہو جائے گی کہ انسان کی بڑھوتری بڑھ جائے گی۔ زمین ہم کو کھینچتی ہے تو ہماری بڑھوتری ایک حساب سے ہوتی ہے۔</w:t>
      </w:r>
    </w:p>
    <w:p>
      <w:r>
        <w:rPr>
          <w:b/>
        </w:rPr>
        <w:t xml:space="preserve">[50:27] </w:t>
      </w:r>
      <w:r>
        <w:t>to agar khinchne ki taqat ghat jaye to insan lamba hone lage ga. to sare log taar ke taar ki tarah ho jayenge. ab yeh bhi ajib o ghareeb manzar hoga.</w:t>
      </w:r>
    </w:p>
    <w:p>
      <w:pPr>
        <w:jc w:val="right"/>
      </w:pPr>
      <w:r>
        <w:t>تو اگر کھینچنے کی طاقت گھٹ جائے تو انسان لمبا ہونے لگے گا۔ تو سارے لوگ تاڑ کے تاڑ کی طرح ہو جائیں گے۔ اب یہ بھی عجیب و غریب منظر ہوگا۔</w:t>
      </w:r>
    </w:p>
    <w:p>
      <w:r>
        <w:rPr>
          <w:b/>
        </w:rPr>
        <w:t xml:space="preserve">[50:38] </w:t>
      </w:r>
      <w:r>
        <w:t>aap sochiye ke insan taar ki tarah lambe lambe ho kar ke zameen par chalay phiren to kaisa ajib manzar hoga woh?</w:t>
      </w:r>
    </w:p>
    <w:p>
      <w:pPr>
        <w:jc w:val="right"/>
      </w:pPr>
      <w:r>
        <w:t>آپ سوچیے کہ انسان تاڑ کی طرح لمبے لمبے ہو کر کے زمین پر چلے پھریں تو کیسا عجیب منظر ہوگا وہ؟</w:t>
      </w:r>
    </w:p>
    <w:p>
      <w:r>
        <w:rPr>
          <w:b/>
        </w:rPr>
        <w:t xml:space="preserve">[50:48] </w:t>
      </w:r>
      <w:r>
        <w:t>to zameen ka size aik dam sahi size hai, bohat hi durust tanasub mein hai. ab jo aap zameen par chalte hain, yeh sochein agar to aap ki zuban se niklega ke khuda hai to kitna rahim hai, kitna rehmat wala hai, kitni blessing teri hai ke theek theek woh size banaya zameen ka jo hamare liye munasib tha.</w:t>
      </w:r>
    </w:p>
    <w:p>
      <w:pPr>
        <w:jc w:val="right"/>
      </w:pPr>
      <w:r>
        <w:t>تو زمین کا سائز ایک دم صحیح سائز ہے، بہت ہی درست تناسب میں ہے۔ اب جو آپ زمین پر چلتے ہیں، یہ سوچیں اگر تو آپ کی زبان سے نکلے گا کہ خدا ہے تو کتنا رحیم ہے، کتنا رحمت والا ہے، کتنی بلیسنگ تیری ہے کہ ٹھیک ٹھیک وہ سائز بنایا زمین کا جو ہمارے لیے مناسب تھا۔</w:t>
      </w:r>
    </w:p>
    <w:p>
      <w:r>
        <w:rPr>
          <w:b/>
        </w:rPr>
        <w:t xml:space="preserve">[51:17] </w:t>
      </w:r>
      <w:r>
        <w:t>to rehman o rahim hone ka jo ehsas aadmi ke andar ubalta hai, pehle bhi ubalta tha, ab science ne aur is mein izafa kar diya hai.</w:t>
      </w:r>
    </w:p>
    <w:p>
      <w:pPr>
        <w:jc w:val="right"/>
      </w:pPr>
      <w:r>
        <w:t>تو رحمان و رحیم ہونے کا جو احساس آدمی کے اندر ابلتا ہے، پہلے بھی ابلتا تھا، اب سائنس نے اور اس میں اضافہ کر دیا ہے۔</w:t>
      </w:r>
    </w:p>
    <w:p>
      <w:r>
        <w:rPr>
          <w:b/>
        </w:rPr>
        <w:t xml:space="preserve">[51:30] </w:t>
      </w:r>
      <w:r>
        <w:t>aisi zameen aur suraj ke gird jo zameen aur suraj ke beech mein jo doori hai, us ko le lijiye.</w:t>
      </w:r>
    </w:p>
    <w:p>
      <w:pPr>
        <w:jc w:val="right"/>
      </w:pPr>
      <w:r>
        <w:t>ایسی زمین اور سورج کے گرد جو زمین اور سورج کے بیچ میں جو دوری ہے، اس کو لیجیے۔</w:t>
      </w:r>
    </w:p>
    <w:p>
      <w:r>
        <w:rPr>
          <w:b/>
        </w:rPr>
        <w:t xml:space="preserve">[51:41] </w:t>
      </w:r>
      <w:r>
        <w:t>abhi is ki doori jo hai woh bohat hi theek theek doori hai.</w:t>
      </w:r>
    </w:p>
    <w:p>
      <w:pPr>
        <w:jc w:val="right"/>
      </w:pPr>
      <w:r>
        <w:t>ابھی اس کی دوری جو ہے وہ بہت ہی ٹھیک ٹھیک دوری ہے۔</w:t>
      </w:r>
    </w:p>
    <w:p>
      <w:r>
        <w:rPr>
          <w:b/>
        </w:rPr>
        <w:t xml:space="preserve">[51:52] </w:t>
      </w:r>
      <w:r>
        <w:t>yeh hai nau crore tees lakh mile ki doori. agar yeh doori farz kijiye ke aadhi ho jaye, suraj qareeb aa jaye hum se to zameen par garmi itni barh jayegi, itni garmi barh jayegi ke kaghaz bhi jalne lage ga.</w:t>
      </w:r>
    </w:p>
    <w:p>
      <w:pPr>
        <w:jc w:val="right"/>
      </w:pPr>
      <w:r>
        <w:t>یہ ہے نو کروڑ تیس لاکھ میل کی دوری۔ اگر یہ دوری فرض کیجیے کہ آدھی ہو جائے، سورج قریب آ جائے ہم سے تو زمین پر گرمی اتنی بڑھ جائے گی، اتنی گرمی بڑھ جائے گی کہ کاغذ بھی جلنے لگے گا۔</w:t>
      </w:r>
    </w:p>
    <w:p>
      <w:r>
        <w:rPr>
          <w:b/>
        </w:rPr>
        <w:t xml:space="preserve">[52:11] </w:t>
      </w:r>
      <w:r>
        <w:t>aur insaan ka haal yeh hoga ke jaltay jaltay toay par aap koi cheez daaltay hain, koi sabzi, woh aik dam jal bhun jaati hai.</w:t>
      </w:r>
    </w:p>
    <w:p>
      <w:pPr>
        <w:jc w:val="right"/>
      </w:pPr>
      <w:r>
        <w:t>اور انسان کا حال یہ ہوگا کہ جلتے جلتے توے پر آپ کوئی چیز ڈالتے ہیں، کوئی سبزی، وہ ایک دم جل بھن جاتی ہے۔</w:t>
      </w:r>
    </w:p>
    <w:p>
      <w:r>
        <w:rPr>
          <w:b/>
        </w:rPr>
        <w:t xml:space="preserve">[52:20] </w:t>
      </w:r>
      <w:r>
        <w:t>wohi haal hoga insaan ka ke zameen garmi itni barh jaye gi ke insaan, insaan aur janwar, sabzi, har cheez jal ke khatam ho jaye gi.</w:t>
      </w:r>
    </w:p>
    <w:p>
      <w:pPr>
        <w:jc w:val="right"/>
      </w:pPr>
      <w:r>
        <w:t>وہی حال ہوگا انسان کا کہ زمین گرمی اتنی بڑھ جائے گی کہ انسان، انسان اور جانور، سبزی، ہر چیز جل کے ختم ہو جائے گی۔</w:t>
      </w:r>
    </w:p>
    <w:p>
      <w:r>
        <w:rPr>
          <w:b/>
        </w:rPr>
        <w:t xml:space="preserve">[52:35] </w:t>
      </w:r>
      <w:r>
        <w:t>agar is ka ulta ho jaye ke ab jo doori hai zameen aur suraj ke gird, woh double ho jaye,</w:t>
      </w:r>
    </w:p>
    <w:p>
      <w:pPr>
        <w:jc w:val="right"/>
      </w:pPr>
      <w:r>
        <w:t>اگر اس کا الٹا ہو جائے کہ اب جو دوری ہے زمین اور سورج کے گرد، وہ ڈبل ہو جائے،</w:t>
      </w:r>
    </w:p>
    <w:p>
      <w:r>
        <w:rPr>
          <w:b/>
        </w:rPr>
        <w:t xml:space="preserve">[52:45] </w:t>
      </w:r>
      <w:r>
        <w:t>woh double ho jaye to kya hoga? zameen par itni thandak ho jaye gi kam garmi ki wajah se ke har cheez jam jaye gi barf ki tarah.</w:t>
      </w:r>
    </w:p>
    <w:p>
      <w:pPr>
        <w:jc w:val="right"/>
      </w:pPr>
      <w:r>
        <w:t>وہ ڈبل ہو جائے تو کیا ہوگا؟ زمین پر اتنی ٹھنڈک ہو جائے گی کم گرمی کی وجہ سے کہ ہر چیز جم جائے گی برف کی طرح۔</w:t>
      </w:r>
    </w:p>
    <w:p>
      <w:r>
        <w:rPr>
          <w:b/>
        </w:rPr>
        <w:t xml:space="preserve">[52:57] </w:t>
      </w:r>
      <w:r>
        <w:t>hum insaan bhi jam jayen gay. yani pahaar ke oopar jis tarah se barf janti hai, hai na? pahaar ke oopar pani jo hota hai woh jam jata hai. woh</w:t>
      </w:r>
    </w:p>
    <w:p>
      <w:pPr>
        <w:jc w:val="right"/>
      </w:pPr>
      <w:r>
        <w:t>ہم انسان بھی جم جائیں گے۔ یعنی پہاڑ کے اوپر جس طرح سے برف جمتی ہے، ہے نا؟ پہاڑ کے اوپر پانی جو ہوتا ہے وہ جم جاتا ہے۔ وہ</w:t>
      </w:r>
    </w:p>
    <w:p>
      <w:r>
        <w:rPr>
          <w:b/>
        </w:rPr>
        <w:t xml:space="preserve">[53:06] </w:t>
      </w:r>
      <w:r>
        <w:t>to poori poori zameen par har cheez jam jaye gi, har cheez barf ban jaye gi. tab bhi zindagi khatam.</w:t>
      </w:r>
    </w:p>
    <w:p>
      <w:pPr>
        <w:jc w:val="right"/>
      </w:pPr>
      <w:r>
        <w:t>تو پوری پوری زمین پر ہر چیز جم جائے گی، ہر چیز برف بن جائے گی۔ تب بھی زندگی ختم۔</w:t>
      </w:r>
    </w:p>
    <w:p>
      <w:r>
        <w:rPr>
          <w:b/>
        </w:rPr>
        <w:t xml:space="preserve">[53:14] </w:t>
      </w:r>
      <w:r>
        <w:t>to aap jab zameen par chaltay hain aur aap ne Khuda ko discover kar rakha hai, phir aap ke samnay yeh Khuda ki creation ke yeh sab, yani yeh sab jo jalway atay hain, is waqt aap sochtay hain</w:t>
      </w:r>
    </w:p>
    <w:p>
      <w:pPr>
        <w:jc w:val="right"/>
      </w:pPr>
      <w:r>
        <w:t>تو آپ جب زمین پر چلتے ہیں اور آپ نے خدا کو ڈسکور کر رکھا ہے، پھر آپ کے سامنے یہ خدا کی کریشن کے یہ سب، یعنی یہ سب جو جلوے آتے ہیں، اس وقت آپ سوچتے ہیں</w:t>
      </w:r>
    </w:p>
    <w:p>
      <w:r>
        <w:rPr>
          <w:b/>
        </w:rPr>
        <w:t xml:space="preserve">[53:33] </w:t>
      </w:r>
      <w:r>
        <w:t>to aap be sakhta keh parrain gay ke Khuda hai to kitna raheem hai, Khuda hai to kitna kareem hai, Khuda hai to kitni blessing wala hai.</w:t>
      </w:r>
    </w:p>
    <w:p>
      <w:pPr>
        <w:jc w:val="right"/>
      </w:pPr>
      <w:r>
        <w:t>تو آپ بے ساختہ کہہ پڑیں گے کہ خدا ہے تو کتنا رحیم ہے، خدا ہے تو کتنا کریم ہے، خدا ہے تو کتنی بلیسنگ والا ہے۔</w:t>
      </w:r>
    </w:p>
    <w:p>
      <w:r>
        <w:rPr>
          <w:b/>
        </w:rPr>
        <w:t xml:space="preserve">[53:42] </w:t>
      </w:r>
      <w:r>
        <w:t>yeh hai Rahman Raheem.</w:t>
      </w:r>
    </w:p>
    <w:p>
      <w:pPr>
        <w:jc w:val="right"/>
      </w:pPr>
      <w:r>
        <w:t>یہ ہے الرحمن الرحیم۔</w:t>
      </w:r>
    </w:p>
    <w:p>
      <w:r>
        <w:rPr>
          <w:b/>
        </w:rPr>
        <w:t xml:space="preserve">[53:46] </w:t>
      </w:r>
      <w:r>
        <w:t>to Surah Fatiha mein yeh jo hai Rahman Raheem,</w:t>
      </w:r>
    </w:p>
    <w:p>
      <w:pPr>
        <w:jc w:val="right"/>
      </w:pPr>
      <w:r>
        <w:t>تو سورہ فاتحہ میں یہ جو ہے الرحمن الرحیم،</w:t>
      </w:r>
    </w:p>
    <w:p>
      <w:r>
        <w:rPr>
          <w:b/>
        </w:rPr>
        <w:t xml:space="preserve">[53:52] </w:t>
      </w:r>
      <w:r>
        <w:t>woh haqeeqat mein aadmi ke andar jo jazbat ubaltay hain, jo sentiment ka jo toofan aata hai, Khuda ki rehmaton ko soch kar, Khuda ki blessing ko soch kar, isi ka izhaar hai alfaaz mein.</w:t>
      </w:r>
    </w:p>
    <w:p>
      <w:pPr>
        <w:jc w:val="right"/>
      </w:pPr>
      <w:r>
        <w:t>وہ حقیقت میں آدمی کے اندر جو جذبات ابلتے ہیں، جو سینٹیمنٹ کا جو طوفان آتا ہے، خدا کی رحمتوں کو سوچ کر، خدا کی بلیسنگ کو سوچ کر، اسی کا اظہار ہے الفاظ میں۔</w:t>
      </w:r>
    </w:p>
    <w:p>
      <w:r>
        <w:rPr>
          <w:b/>
        </w:rPr>
        <w:t xml:space="preserve">[54:10] </w:t>
      </w:r>
      <w:r>
        <w:t>yani haqeeqat mein Rahman Raheem ka ehsaas dil mein paida hota hai insaan ke,</w:t>
      </w:r>
    </w:p>
    <w:p>
      <w:pPr>
        <w:jc w:val="right"/>
      </w:pPr>
      <w:r>
        <w:t>یعنی حقیقت میں الرحمن الرحیم کا احساس دل میں پیدا ہوتا ہے انسان کے،</w:t>
      </w:r>
    </w:p>
    <w:p>
      <w:r>
        <w:rPr>
          <w:b/>
        </w:rPr>
        <w:t xml:space="preserve">[54:16] </w:t>
      </w:r>
      <w:r>
        <w:t>phir woh zabaan par aata hai.</w:t>
      </w:r>
    </w:p>
    <w:p>
      <w:pPr>
        <w:jc w:val="right"/>
      </w:pPr>
      <w:r>
        <w:t>پھر وہ زبان پر آتا ہے۔</w:t>
      </w:r>
    </w:p>
    <w:p>
      <w:r>
        <w:rPr>
          <w:b/>
        </w:rPr>
        <w:t xml:space="preserve">[54:21] </w:t>
      </w:r>
      <w:r>
        <w:t>to yeh hai Rahman Raheem. jazbat insani ka alfaaz mein izhaar, yeh bhi koi mein kahunga ke yeh bhi koi lafz service nahi hai, yeh bhi koi koi mantra ki baat nahi hai ke aap ne parh diya to bas parhna ho gaya.</w:t>
      </w:r>
    </w:p>
    <w:p>
      <w:pPr>
        <w:jc w:val="right"/>
      </w:pPr>
      <w:r>
        <w:t>تو یہ ہے الرحمن الرحیم۔ جذبات انسانی کا الفاظ میں اظہار، یہ بھی کوئی میں کہوں گا کہ یہ بھی کوئی لفظ سروس نہیں ہے، یہ بھی کوئی کوئی منتر کی بات نہیں ہے کہ آپ نے پڑھ دیا تو بس پڑھنا ہو گیا۔</w:t>
      </w:r>
    </w:p>
    <w:p>
      <w:r>
        <w:rPr>
          <w:b/>
        </w:rPr>
        <w:t xml:space="preserve">[54:41] </w:t>
      </w:r>
      <w:r>
        <w:t>parhna woh hai jo andar ke toofan se niklay, parhna woh hai jo andar se aik aik mauj ban kar niklay.</w:t>
      </w:r>
    </w:p>
    <w:p>
      <w:pPr>
        <w:jc w:val="right"/>
      </w:pPr>
      <w:r>
        <w:t>پڑھنا وہ ہے جو اندر کے طوفان سے نکلے، پڑھنا وہ ہے جو اندر سے ایک ایک موج بن کر نکلے۔</w:t>
      </w:r>
    </w:p>
    <w:p>
      <w:r>
        <w:rPr>
          <w:b/>
        </w:rPr>
        <w:t xml:space="preserve">[54:53] </w:t>
      </w:r>
      <w:r>
        <w:t>to</w:t>
      </w:r>
    </w:p>
    <w:p>
      <w:pPr>
        <w:jc w:val="right"/>
      </w:pPr>
      <w:r>
        <w:t>تو</w:t>
      </w:r>
    </w:p>
    <w:p>
      <w:r>
        <w:rPr>
          <w:b/>
        </w:rPr>
        <w:t xml:space="preserve">[54:54] </w:t>
      </w:r>
      <w:r>
        <w:t>jab aap is tarah se aap sochiye ke pani, jab aap pani peetay hain to aap agar sochay ke pani ka jo store hai samundaron mein,</w:t>
      </w:r>
    </w:p>
    <w:p>
      <w:pPr>
        <w:jc w:val="right"/>
      </w:pPr>
      <w:r>
        <w:t>جب آپ اس طرح سے آپ سوچیے کہ پانی، جب آپ پانی پیتے ہیں تو آپ اگر سوچیں کہ پانی کا جو اسٹور ہے سمندروں میں،</w:t>
      </w:r>
    </w:p>
    <w:p>
      <w:r>
        <w:rPr>
          <w:b/>
        </w:rPr>
        <w:t xml:space="preserve">[55:12] </w:t>
      </w:r>
      <w:r>
        <w:t>woh to sab khari hai,</w:t>
      </w:r>
    </w:p>
    <w:p>
      <w:pPr>
        <w:jc w:val="right"/>
      </w:pPr>
      <w:r>
        <w:t>وہ تو سب کھاری ہے،</w:t>
      </w:r>
    </w:p>
    <w:p>
      <w:r>
        <w:rPr>
          <w:b/>
        </w:rPr>
        <w:t xml:space="preserve">[55:18] </w:t>
      </w:r>
      <w:r>
        <w:t>sab khari hai, namkeen hai, bohat ziyada khari hai.</w:t>
      </w:r>
    </w:p>
    <w:p>
      <w:pPr>
        <w:jc w:val="right"/>
      </w:pPr>
      <w:r>
        <w:t>سب کھاری ہے، نمکین ہے، بہت زیادہ کھاری ہے۔</w:t>
      </w:r>
    </w:p>
    <w:p>
      <w:r>
        <w:rPr>
          <w:b/>
        </w:rPr>
        <w:t xml:space="preserve">[55:24] </w:t>
      </w:r>
      <w:r>
        <w:t>mein ne kabhi samundar ke kinare jab pani mun mein dala samundar ka to mein nigal nahi saka us ko, us ko kulli karna para.</w:t>
      </w:r>
    </w:p>
    <w:p>
      <w:pPr>
        <w:jc w:val="right"/>
      </w:pPr>
      <w:r>
        <w:t>میں نے کبھی سمندر کے کنارے جب پانی منہ میں ڈالا سمندر کا تو میں نگل نہیں سکا اس کو، اس کو کلی کرنا پڑا۔</w:t>
      </w:r>
    </w:p>
    <w:p>
      <w:r>
        <w:rPr>
          <w:b/>
        </w:rPr>
        <w:t xml:space="preserve">[55:37] </w:t>
      </w:r>
      <w:r>
        <w:t>itna khari hota hai samundar ka pani. ab aap ke samnay aik glass aya pani ka, ab aap ne sochna shuru kiya ke agar yeh pani khari hota to mein us ko pi nahi sakta tha.</w:t>
      </w:r>
    </w:p>
    <w:p>
      <w:pPr>
        <w:jc w:val="right"/>
      </w:pPr>
      <w:r>
        <w:t>اتنا کھاری ہوتا ہے سمندر کا پانی۔ اب آپ کے سامنے ایک گلاس آیا پانی کا، اب آپ نے سوچنا شروع کیا کہ اگر یہ پانی کھاری ہوتا تو میں اس کو پی نہیں سکتا تھا۔</w:t>
      </w:r>
    </w:p>
    <w:p>
      <w:r>
        <w:rPr>
          <w:b/>
        </w:rPr>
        <w:t xml:space="preserve">[55:51] </w:t>
      </w:r>
      <w:r>
        <w:t>ab fresh water ki</w:t>
      </w:r>
    </w:p>
    <w:p>
      <w:pPr>
        <w:jc w:val="right"/>
      </w:pPr>
      <w:r>
        <w:t>اب فریش واٹر کی</w:t>
      </w:r>
    </w:p>
    <w:p>
      <w:r>
        <w:rPr>
          <w:b/>
        </w:rPr>
        <w:t xml:space="preserve">[55:53] </w:t>
      </w:r>
      <w:r>
        <w:t>on hai? meetha pani kyun hai? yeh to aap ko bohat sari baatein samnay ayengi jo science ne batayi hain. bohat sari baatein, mislan science ne bataya hai ke pani khari kyun hota hai?</w:t>
      </w:r>
    </w:p>
    <w:p>
      <w:pPr>
        <w:jc w:val="right"/>
      </w:pPr>
      <w:r>
        <w:t>وں ہے؟ میٹھا پانی کیوں ہے؟ یہ تو آپ کو بہت ساری باتیں سامنے آئیں گی جو سائنس نے بتائی ہیں۔ بہت ساری باتیں، مثلاً سائنس نے بتایا ہے کہ پانی کھاری کیوں ہوتا ہے؟</w:t>
      </w:r>
    </w:p>
    <w:p>
      <w:r>
        <w:rPr>
          <w:b/>
        </w:rPr>
        <w:t xml:space="preserve">[56:10] </w:t>
      </w:r>
      <w:r>
        <w:t>woh hai preservative. Khuda ne samundar mein pani ko jama kar diya to agar aisay hi hota, pani meetha pani hota samundaron mein to kuch dinon ke baad kharab ho jata.</w:t>
      </w:r>
    </w:p>
    <w:p>
      <w:pPr>
        <w:jc w:val="right"/>
      </w:pPr>
      <w:r>
        <w:t>وہ ہے پریزرویٹیو۔ خدا نے سمندر میں پانی کو جمع کر دیا تو اگر ایسے ہی ہوتا، پانی میٹھا پانی ہوتا سمندروں میں تو کچھ دنوں کے بعد خراب ہو جاتا۔</w:t>
      </w:r>
    </w:p>
    <w:p>
      <w:r>
        <w:rPr>
          <w:b/>
        </w:rPr>
        <w:t xml:space="preserve">[56:21] </w:t>
      </w:r>
      <w:r>
        <w:t>woh istemal qabil na rehta.</w:t>
      </w:r>
    </w:p>
    <w:p>
      <w:pPr>
        <w:jc w:val="right"/>
      </w:pPr>
      <w:r>
        <w:t>وہ استعمال قابل نہ رہتا۔</w:t>
      </w:r>
    </w:p>
    <w:p>
      <w:r>
        <w:rPr>
          <w:b/>
        </w:rPr>
        <w:t xml:space="preserve">[56:24] </w:t>
      </w:r>
      <w:r>
        <w:t>to khuda ne preservative ke taur par is mein namak mila diya. to samundar ka khari pani darasal is liye khari hai ke is mein preservative mila hua hai.</w:t>
      </w:r>
    </w:p>
    <w:p>
      <w:pPr>
        <w:jc w:val="right"/>
      </w:pPr>
      <w:r>
        <w:t>تو خدا نے پریزرویٹیو کے طور پر اس میں نمک ملا دیا۔ تو سمندر کا کھاری پانی دراصل اس لیے کھاری ہے کہ اس میں پریزرویٹیو ملا ہوا ہے۔</w:t>
      </w:r>
    </w:p>
    <w:p>
      <w:r>
        <w:rPr>
          <w:b/>
        </w:rPr>
        <w:t xml:space="preserve">[56:36] </w:t>
      </w:r>
      <w:r>
        <w:t>ab aap sochen ge khuda kitna rehmat wala hai ke pani ko kharab hone se bachne ke liye yeh intezam kar rakha hai khuda ne. ab phir aap dekhen ke khuda ne ek taraf to preservative ke taur par namak dala,</w:t>
      </w:r>
    </w:p>
    <w:p>
      <w:pPr>
        <w:jc w:val="right"/>
      </w:pPr>
      <w:r>
        <w:t>اب آپ سوچیں گے خدا کتنا رحمت والا ہے کہ پانی کو خراب ہونے سے بچنے کے لیے یہ انتظام کر رکھا ہے خدا نے۔ اب پھر آپ دیکھیں کہ خدا نے ایک طرف تو پریزرویٹیو کے طور پر نمک ڈالا،</w:t>
      </w:r>
    </w:p>
    <w:p>
      <w:r>
        <w:rPr>
          <w:b/>
        </w:rPr>
        <w:t xml:space="preserve">[56:51] </w:t>
      </w:r>
      <w:r>
        <w:t>dusri taraf ek bohat bara intezam kiya</w:t>
      </w:r>
    </w:p>
    <w:p>
      <w:pPr>
        <w:jc w:val="right"/>
      </w:pPr>
      <w:r>
        <w:t>دوسری طرف ایک بہت بڑا انتظام کیا</w:t>
      </w:r>
    </w:p>
    <w:p>
      <w:r>
        <w:rPr>
          <w:b/>
        </w:rPr>
        <w:t xml:space="preserve">[56:54] </w:t>
      </w:r>
      <w:r>
        <w:t>is namkeen pani ko meetha pani banane ke liye. ek aalami intezam, aalami. upar se space mein suraj chamakta hai, bhai bohat ziyada aag wala hai.</w:t>
      </w:r>
    </w:p>
    <w:p>
      <w:pPr>
        <w:jc w:val="right"/>
      </w:pPr>
      <w:r>
        <w:t>اس نمکین پانی کو میٹھا پانی بنانے کے لیے۔ ایک عالمی انتظام، عالمی۔ اوپر سے اسپیس میں سورج چمکتا ہے، بھئی بہت زیادہ آگ والا ہے۔</w:t>
      </w:r>
    </w:p>
    <w:p>
      <w:r>
        <w:rPr>
          <w:b/>
        </w:rPr>
        <w:t xml:space="preserve">[57:11] </w:t>
      </w:r>
      <w:r>
        <w:t>to wahan se woh garmi dalta hai samundar ke upar. samundar garmi se bhap nikalti hai.</w:t>
      </w:r>
    </w:p>
    <w:p>
      <w:pPr>
        <w:jc w:val="right"/>
      </w:pPr>
      <w:r>
        <w:t>تو وہاں سے وہ گرمی ڈالتا ہے سمندر کے اوپر۔ سمندر گرمی سے بھاپ نکلتی ہے۔</w:t>
      </w:r>
    </w:p>
    <w:p>
      <w:r>
        <w:rPr>
          <w:b/>
        </w:rPr>
        <w:t xml:space="preserve">[57:21] </w:t>
      </w:r>
      <w:r>
        <w:t>ab bhap ka qanoon yeh hai ke</w:t>
      </w:r>
    </w:p>
    <w:p>
      <w:pPr>
        <w:jc w:val="right"/>
      </w:pPr>
      <w:r>
        <w:t>اب بھاپ کا قانون یہ ہے کہ</w:t>
      </w:r>
    </w:p>
    <w:p>
      <w:r>
        <w:rPr>
          <w:b/>
        </w:rPr>
        <w:t xml:space="preserve">[57:27] </w:t>
      </w:r>
      <w:r>
        <w:t>salt jo hai, yani namak hai, is ka wazan ziyada hota hai pani se. to jab bhap uthti hai to ziyada wazan hone ki wajah se namak to neeche reh jata hai aur pani jo jo halka hai, woh namak se alag ho kar upar chala jata hai.</w:t>
      </w:r>
    </w:p>
    <w:p>
      <w:pPr>
        <w:jc w:val="right"/>
      </w:pPr>
      <w:r>
        <w:t>سالٹ جو ہے، یعنی نمک ہے، اس کا وزن زیادہ ہوتا ہے پانی سے۔ تو جب بھاپ اٹھتی ہے تو زیادہ وزن ہونے کی وجہ سے نمک تو نیچے رہ جاتا ہے اور پانی جو جو ہلکا ہے، وہ نمک سے الگ ہو کر اوپر چلا جاتا ہے۔</w:t>
      </w:r>
    </w:p>
    <w:p>
      <w:r>
        <w:rPr>
          <w:b/>
        </w:rPr>
        <w:t xml:space="preserve">[57:47] </w:t>
      </w:r>
      <w:r>
        <w:t>yeh hai bhap. yeh bhap ka matlab hai ke namak neeche reh gaya aur pani jo hai, woh upar utha.</w:t>
      </w:r>
    </w:p>
    <w:p>
      <w:pPr>
        <w:jc w:val="right"/>
      </w:pPr>
      <w:r>
        <w:t>یہ ہے بھاپ۔ یہ بھاپ کا مطلب ہے کہ نمک نیچے رہ گیا اور پانی جو ہے، وہ اوپر اٹھا۔</w:t>
      </w:r>
    </w:p>
    <w:p>
      <w:r>
        <w:rPr>
          <w:b/>
        </w:rPr>
        <w:t xml:space="preserve">[57:57] </w:t>
      </w:r>
      <w:r>
        <w:t>kyunke woh pani halka ho jata hai, is se upar uthta hai. woh jab pani namak se mila hua hai to woh bhari rahe ga, phir upar nahi uth sakta hai. woh to zameen se upar le jane ka intezam hai.</w:t>
      </w:r>
    </w:p>
    <w:p>
      <w:pPr>
        <w:jc w:val="right"/>
      </w:pPr>
      <w:r>
        <w:t>کیونکہ وہ پانی ہلکا ہو جاتا ہے، اس سے اوپر اٹھتا ہے۔ وہ جب پانی نمک سے ملا ہوا ہے تو وہ بھاری رہے گا، پھر اوپر نہیں اٹھ سکتا ہے۔ وہ تو زمین سے اوپر لے جانے کا انتظام ہے۔</w:t>
      </w:r>
    </w:p>
    <w:p>
      <w:r>
        <w:rPr>
          <w:b/>
        </w:rPr>
        <w:t xml:space="preserve">[58:07] </w:t>
      </w:r>
      <w:r>
        <w:t>yeh</w:t>
      </w:r>
    </w:p>
    <w:p>
      <w:pPr>
        <w:jc w:val="right"/>
      </w:pPr>
      <w:r>
        <w:t>یہ</w:t>
      </w:r>
    </w:p>
    <w:p>
      <w:r>
        <w:rPr>
          <w:b/>
        </w:rPr>
        <w:t xml:space="preserve">[58:09] </w:t>
      </w:r>
      <w:r>
        <w:t>phir upar ja kar ke upar jo hai, zarat bohat ziyada hote hain, wahan woh pani phir ruk jata hai. phir badal banta hai. phir bohat sare fitrat ke qanoon kaam karte hain aur phir woh badal barta hai neeche.</w:t>
      </w:r>
    </w:p>
    <w:p>
      <w:pPr>
        <w:jc w:val="right"/>
      </w:pPr>
      <w:r>
        <w:t>پھر اوپر جا کر کے اوپر جو ہے، ذرات بہت زیادہ ہوتے ہیں، وہاں وہ پانی پھر رک جاتا ہے۔ پھر بادل بنتا ہے۔ پھر بہت سارے فطرت کے قوانین کام کرتے ہیں اور پھر وہ بادل برستا ہے نیچے۔</w:t>
      </w:r>
    </w:p>
    <w:p>
      <w:r>
        <w:rPr>
          <w:b/>
        </w:rPr>
        <w:t xml:space="preserve">[58:27] </w:t>
      </w:r>
      <w:r>
        <w:t>is tarah se pani neeche aata hai. aap ghor kijiye ke yeh kaisa ajeeb intezam hai,</w:t>
      </w:r>
    </w:p>
    <w:p>
      <w:pPr>
        <w:jc w:val="right"/>
      </w:pPr>
      <w:r>
        <w:t>اس طرح سے پانی نیچے آتا ہے۔ آپ غور کیجیے کہ یہ کیسا عجیب انتظام ہے،</w:t>
      </w:r>
    </w:p>
    <w:p>
      <w:r>
        <w:rPr>
          <w:b/>
        </w:rPr>
        <w:t xml:space="preserve">[58:35] </w:t>
      </w:r>
      <w:r>
        <w:t>desalting system ya desalination system, universal level par hai. ab jab aap ek glass ka pani aap ke samne aaye, aisa baatein sochen aap to be yani dil se umat pare ga ke aye khuda, tu kitna rehman hai, tu kitna raheem hai,</w:t>
      </w:r>
    </w:p>
    <w:p>
      <w:pPr>
        <w:jc w:val="right"/>
      </w:pPr>
      <w:r>
        <w:t>ڈی سالٹنگ سسٹم یا ڈی ڈی سالینیشن سسٹم، یونیورسل لیول پر ہے۔ اب جب آپ ایک گلاس کا پانی آپ کے سامنے آئے، ایسا باتیں سوچیں آپ تو بے یعنی دل سے امٹ پڑے گا کہ اے خدا، تو کتنا رحمان ہے، تو کتنا رحیم ہے،</w:t>
      </w:r>
    </w:p>
    <w:p>
      <w:r>
        <w:rPr>
          <w:b/>
        </w:rPr>
        <w:t xml:space="preserve">[58:55] </w:t>
      </w:r>
      <w:r>
        <w:t>tu kitna blessing wala hai.</w:t>
      </w:r>
    </w:p>
    <w:p>
      <w:pPr>
        <w:jc w:val="right"/>
      </w:pPr>
      <w:r>
        <w:t>تو کتنا بلیسنگ والا ہے۔</w:t>
      </w:r>
    </w:p>
    <w:p>
      <w:r>
        <w:rPr>
          <w:b/>
        </w:rPr>
        <w:t xml:space="preserve">[58:58] </w:t>
      </w:r>
      <w:r>
        <w:t>tu sochne se aur khuda ki ki daryaft se, khuda ki rehmaton ko janne se, koi yaad karne se jo kaifiyat andar ubalti hain insan ke, isi ka lafzi izhar hai rehman rehim.</w:t>
      </w:r>
    </w:p>
    <w:p>
      <w:pPr>
        <w:jc w:val="right"/>
      </w:pPr>
      <w:r>
        <w:t>تو سوچنے سے اور خدا کی کی دریافت سے، خدا کی رحمتوں کو جاننے سے، کوئی یاد کرنے سے جو کیفیات اندر ابلتی ہیں انسان کے، اسی کا لفظی اظہار ہے الرحمن الرحیم۔</w:t>
      </w:r>
    </w:p>
    <w:p>
      <w:r>
        <w:rPr>
          <w:b/>
        </w:rPr>
        <w:t xml:space="preserve">[59:14] </w:t>
      </w:r>
      <w:r>
        <w:t>yeh koi koi lafzi mantra nahi hai, yeh koi lafz service nahi hai.</w:t>
      </w:r>
    </w:p>
    <w:p>
      <w:pPr>
        <w:jc w:val="right"/>
      </w:pPr>
      <w:r>
        <w:t>یہ کوئی کوئی لفظی منتر نہیں ہے، یہ کوئی لفظ سروس نہیں ہے۔</w:t>
      </w:r>
    </w:p>
    <w:p>
      <w:r>
        <w:rPr>
          <w:b/>
        </w:rPr>
        <w:t xml:space="preserve">[59:21] </w:t>
      </w:r>
      <w:r>
        <w:t>to rehman rehim jo hai, ek andar ubharne wali ek rohani toofan ya ek spirit ka lafzi izhar hai.</w:t>
      </w:r>
    </w:p>
    <w:p>
      <w:pPr>
        <w:jc w:val="right"/>
      </w:pPr>
      <w:r>
        <w:t>تو الرحمن الرحیم جو ہے، ایک اندر ابھرنے والی ایک روحانی طوفان یا ایک اسپرٹ کا لفظی اظہار ہے۔</w:t>
      </w:r>
    </w:p>
    <w:p>
      <w:r>
        <w:rPr>
          <w:b/>
        </w:rPr>
        <w:t xml:space="preserve">[59:35] </w:t>
      </w:r>
      <w:r>
        <w:t>ab aage dekhiye, aage hai is surah mein malik yom al deen.</w:t>
      </w:r>
    </w:p>
    <w:p>
      <w:pPr>
        <w:jc w:val="right"/>
      </w:pPr>
      <w:r>
        <w:t>اب آگے دیکھیے، آگے ہے اس سورہ میں مالک یوم الدین۔</w:t>
      </w:r>
    </w:p>
    <w:p>
      <w:r>
        <w:rPr>
          <w:b/>
        </w:rPr>
        <w:t xml:space="preserve">[59:44] </w:t>
      </w:r>
      <w:r>
        <w:t>malik yom al deen ka matlab hai jaza ke din ka malik. yani khuda ne jo nematein di hain is duniya mein, woh nematein sirf de kar baat khatam nahi ho gayi hain.</w:t>
      </w:r>
    </w:p>
    <w:p>
      <w:pPr>
        <w:jc w:val="right"/>
      </w:pPr>
      <w:r>
        <w:t>مالک یوم الدین کا مطلب ہے جزا کے دن کا مالک۔ یعنی خدا نے جو نعمتیں دی ہیں اس دنیا میں، وہ نعمتیں صرف دے کر بات ختم نہیں ہوگئی ہے۔</w:t>
      </w:r>
    </w:p>
    <w:p>
      <w:r>
        <w:rPr>
          <w:b/>
        </w:rPr>
        <w:t xml:space="preserve">[1:00:02] </w:t>
      </w:r>
      <w:r>
        <w:t>is ka hisab liya jayega ke tum ne nemat nematon ko pa kar kiya kiya.</w:t>
      </w:r>
    </w:p>
    <w:p>
      <w:pPr>
        <w:jc w:val="right"/>
      </w:pPr>
      <w:r>
        <w:t>اس کا حساب لیا جائے گا کہ تم نے نعمت نعمتوں کو پا کر کیا کیا۔</w:t>
      </w:r>
    </w:p>
    <w:p>
      <w:r>
        <w:rPr>
          <w:b/>
        </w:rPr>
        <w:t xml:space="preserve">[1:00:09] </w:t>
      </w:r>
      <w:r>
        <w:t>inginat nematein jo hain, jis ko duniya mein khuda ne phaila diya, jis ke darmiyan insan zindagi guzarta hai, to is ka hisab liya jayega ek din maut ke baad.</w:t>
      </w:r>
    </w:p>
    <w:p>
      <w:pPr>
        <w:jc w:val="right"/>
      </w:pPr>
      <w:r>
        <w:t>ان گنت نعمتیں جو ہیں، جس کو دنیا میں خدا نے پھیلا دیا، جس کے درمیان انسان زندگی گزارتا ہے، تو اس کا حساب لیا جائے گا ایک دن موت کے بعد۔</w:t>
      </w:r>
    </w:p>
    <w:p>
      <w:r>
        <w:rPr>
          <w:b/>
        </w:rPr>
        <w:t xml:space="preserve">[1:00:24] </w:t>
      </w:r>
      <w:r>
        <w:t>to malik yom al deen ke khuda jo hai, jo jaza ke din ka malik hai,</w:t>
      </w:r>
    </w:p>
    <w:p>
      <w:pPr>
        <w:jc w:val="right"/>
      </w:pPr>
      <w:r>
        <w:t>تو مالک یوم الدین کہ خدا جو ہے، جو جزا کے دن کا مالک ہے،</w:t>
      </w:r>
    </w:p>
    <w:p>
      <w:r>
        <w:rPr>
          <w:b/>
        </w:rPr>
        <w:t xml:space="preserve">[1:00:32] </w:t>
      </w:r>
      <w:r>
        <w:t>yani agli daur hayat mein aap jante hain ke maut se pehle ek daur hayat hai aur maut ke baad ek daur hayat hai.</w:t>
      </w:r>
    </w:p>
    <w:p>
      <w:pPr>
        <w:jc w:val="right"/>
      </w:pPr>
      <w:r>
        <w:t>یعنی اگلے دور حیات میں آپ جانتے ہیں کہ موت سے پہلے ایک دور حیات ہے اور موت کے بعد ایک دور حیات ہے۔</w:t>
      </w:r>
    </w:p>
    <w:p>
      <w:r>
        <w:rPr>
          <w:b/>
        </w:rPr>
        <w:t xml:space="preserve">[1:00:43] </w:t>
      </w:r>
      <w:r>
        <w:t>to ek hai pre death period aur ek hai post death period. to pre death period mein aap ko nematein de di gayi.</w:t>
      </w:r>
    </w:p>
    <w:p>
      <w:pPr>
        <w:jc w:val="right"/>
      </w:pPr>
      <w:r>
        <w:t>تو ایک ہے پری ڈیتھ پیریڈ اور ایک ہے پوسٹ ڈیتھ پیریڈ۔ تو پری ڈیتھ پیریڈ میں آپ کو نعمتیں دے دی گئی۔</w:t>
      </w:r>
    </w:p>
    <w:p>
      <w:r>
        <w:rPr>
          <w:b/>
        </w:rPr>
        <w:t xml:space="preserve">[1:00:54] </w:t>
      </w:r>
      <w:r>
        <w:t>aap pre death period mein aap ko nematein de di gayi. aap ko poora freedom hai ke jis tarah chahen istemal karen.</w:t>
      </w:r>
    </w:p>
    <w:p>
      <w:pPr>
        <w:jc w:val="right"/>
      </w:pPr>
      <w:r>
        <w:t>آپ پری ڈیتھ پیریڈ میں آپ کو نعمتیں دے دی گئیں۔ آپ کو پورا فریڈم ہے کہ جس طرح چاہیں استعمال کریں۔</w:t>
      </w:r>
    </w:p>
    <w:p>
      <w:r>
        <w:rPr>
          <w:b/>
        </w:rPr>
        <w:t xml:space="preserve">[1:01:01] </w:t>
      </w:r>
      <w:r>
        <w:t>poora freedom mila hua hai aap ko. yeh bhi freedom hai ke chahein to Khuda ka shukar ada karein, chahein Khuda ka shukar ada na karein, kuch bhi chahein.</w:t>
      </w:r>
    </w:p>
    <w:p>
      <w:pPr>
        <w:jc w:val="right"/>
      </w:pPr>
      <w:r>
        <w:t>پورا فریڈم ملا ہوا ہے آپ کو۔ یہ بھی فریڈم ہے کہ چاہیں تو خدا کا شکر ادا کریں، چاہیں خدا کا شکر ادا نہ کریں، کچھ بھی چاہیں کریں۔</w:t>
      </w:r>
    </w:p>
    <w:p>
      <w:r>
        <w:rPr>
          <w:b/>
        </w:rPr>
        <w:t xml:space="preserve">[1:01:15] </w:t>
      </w:r>
      <w:r>
        <w:t>dunya mein aap violence karein ya dunya mein aap peace layein, sab freedom aap ko hai. to lekin yeh freedom jo hai, maut tak hai.</w:t>
      </w:r>
    </w:p>
    <w:p>
      <w:pPr>
        <w:jc w:val="right"/>
      </w:pPr>
      <w:r>
        <w:t>دنیا میں آپ وائیلنس کریں یا دنیا میں آپ پیس لائیں، سب فریڈم آپ کو ہے۔ تو لیکن یہ فریڈم جو ہے، موت تک ہے۔</w:t>
      </w:r>
    </w:p>
    <w:p>
      <w:r>
        <w:rPr>
          <w:b/>
        </w:rPr>
        <w:t xml:space="preserve">[1:01:28] </w:t>
      </w:r>
      <w:r>
        <w:t>bas</w:t>
      </w:r>
    </w:p>
    <w:p>
      <w:pPr>
        <w:jc w:val="right"/>
      </w:pPr>
      <w:r>
        <w:t>بس</w:t>
      </w:r>
    </w:p>
    <w:p>
      <w:r>
        <w:rPr>
          <w:b/>
        </w:rPr>
        <w:t xml:space="preserve">[1:01:30] </w:t>
      </w:r>
      <w:r>
        <w:t>maut jo hai, is freedom ka khatma hai. kyunke maut ke baad kya hoga? maut ke baad hoga day of judgment. day of judgment yaani saare insaan Khuda ke saath saamne pesh kiye jayenge.</w:t>
      </w:r>
    </w:p>
    <w:p>
      <w:pPr>
        <w:jc w:val="right"/>
      </w:pPr>
      <w:r>
        <w:t>موت جو ہے، اس فریڈم کا خاتمہ ہے۔ کیونکہ موت کے بعد کیا ہوگا؟ موت کے بعد ہوگا ڈے آف ججمنٹ۔ ڈے آف ججمنٹ یعنی سارے انسان خدا کے ساتھ سامنے پیش کیے جائیں گے۔</w:t>
      </w:r>
    </w:p>
    <w:p>
      <w:r>
        <w:rPr>
          <w:b/>
        </w:rPr>
        <w:t xml:space="preserve">[1:01:48] </w:t>
      </w:r>
      <w:r>
        <w:t>is ko kaha gaya hai ke maidan e hashar, ek bohat hi bara maidan jis mein saare insaan, saare insaan, saare insaan ikhatta kiye jayenge aur har ek ka hisab hoga</w:t>
      </w:r>
    </w:p>
    <w:p>
      <w:pPr>
        <w:jc w:val="right"/>
      </w:pPr>
      <w:r>
        <w:t>اس کو کہا گیا ہے کہ میدان حشر، ایک بہت ہی بڑا میدان جس میں سارے انسان، سارے انسان، سارے انسان اکٹھا کیے جائیں گے اور ہر ایک کا حساب ہوگا</w:t>
      </w:r>
    </w:p>
    <w:p>
      <w:r>
        <w:rPr>
          <w:b/>
        </w:rPr>
        <w:t xml:space="preserve">[1:02:06] </w:t>
      </w:r>
      <w:r>
        <w:t>ke azadi jab di gayi thi maut se pehle ke daur e hayat mein to kis ne kaisa kiya?</w:t>
      </w:r>
    </w:p>
    <w:p>
      <w:pPr>
        <w:jc w:val="right"/>
      </w:pPr>
      <w:r>
        <w:t>کہ آزادی جب دی گئی تھی موت سے پہلے کے دور حیات میں تو کس نے کیسا کیا؟</w:t>
      </w:r>
    </w:p>
    <w:p>
      <w:r>
        <w:rPr>
          <w:b/>
        </w:rPr>
        <w:t xml:space="preserve">[1:02:15] </w:t>
      </w:r>
      <w:r>
        <w:t>kis ne apni azadi ko kis tarah istemal kiya?</w:t>
      </w:r>
    </w:p>
    <w:p>
      <w:pPr>
        <w:jc w:val="right"/>
      </w:pPr>
      <w:r>
        <w:t>کس نے اپنی آزادی کو کس طرح استعمال کیا؟</w:t>
      </w:r>
    </w:p>
    <w:p>
      <w:r>
        <w:rPr>
          <w:b/>
        </w:rPr>
        <w:t xml:space="preserve">[1:02:18] </w:t>
      </w:r>
      <w:r>
        <w:t>to day of judgment mein yeh sab hoga. isi ko farmaya ke Maalik e Youm e Deen yaani woh din jo aaney wala hai, us din ka Lord, us din ka judge, us din ka Maalik sirf Khuda hoga.</w:t>
      </w:r>
    </w:p>
    <w:p>
      <w:pPr>
        <w:jc w:val="right"/>
      </w:pPr>
      <w:r>
        <w:t>تو ڈے آف ججمنٹ میں یہ سب ہوگا۔ اسی کو فرمایا کہ مالک یوم الدین یعنی وہ دن جو آنے والا ہے، اس دن کا لارڈ، اس دن کا جج، اس دن کا مالک صرف خدا ہوگا۔</w:t>
      </w:r>
    </w:p>
    <w:p>
      <w:r>
        <w:rPr>
          <w:b/>
        </w:rPr>
        <w:t xml:space="preserve">[1:02:33] </w:t>
      </w:r>
      <w:r>
        <w:t>is mein yeh baat bhi chupi hui hai, dekhiye ke banda yeh etiraf kar raha hai ke har nemat ke saath, har nemat ke saath accountability chupi hui hai.</w:t>
      </w:r>
    </w:p>
    <w:p>
      <w:pPr>
        <w:jc w:val="right"/>
      </w:pPr>
      <w:r>
        <w:t>اس میں یہ بات بھی چھپی ہوئی ہے، دیکھیے کہ بندہ یہ اعتراف کر رہا ہے کہ ہر نعمت کے ساتھ، ہر نعمت کے ساتھ اکاؤنٹیبلٹی چھپی ہوئی ہے۔</w:t>
      </w:r>
    </w:p>
    <w:p>
      <w:r>
        <w:rPr>
          <w:b/>
        </w:rPr>
        <w:t xml:space="preserve">[1:02:48] </w:t>
      </w:r>
      <w:r>
        <w:t>har nemat ke saath</w:t>
      </w:r>
    </w:p>
    <w:p>
      <w:pPr>
        <w:jc w:val="right"/>
      </w:pPr>
      <w:r>
        <w:t>ہر نعمت کے ساتھ</w:t>
      </w:r>
    </w:p>
    <w:p>
      <w:r>
        <w:rPr>
          <w:b/>
        </w:rPr>
        <w:t xml:space="preserve">[1:02:53] </w:t>
      </w:r>
      <w:r>
        <w:t>government aap ko bohat bara uhda de, bohat bari salary de, bohat saare purse milein aap ko, to is ka matlab kya hai?</w:t>
      </w:r>
    </w:p>
    <w:p>
      <w:pPr>
        <w:jc w:val="right"/>
      </w:pPr>
      <w:r>
        <w:t>گورنمنٹ آپ کو بہت بڑا عہدہ دے، بہت بڑی سیلری دے، بہت سارے پرس ملیں آپ کو، تو اس کا مطلب کیا ہے؟</w:t>
      </w:r>
    </w:p>
    <w:p>
      <w:r>
        <w:rPr>
          <w:b/>
        </w:rPr>
        <w:t xml:space="preserve">[1:03:01] </w:t>
      </w:r>
      <w:r>
        <w:t>is ke saath responsibility chupi hui hai, accountability chupi hui hai ke yeh sab pa kar ke aap ne kya kiya?</w:t>
      </w:r>
    </w:p>
    <w:p>
      <w:pPr>
        <w:jc w:val="right"/>
      </w:pPr>
      <w:r>
        <w:t>اس کے ساتھ رسپانسبیلٹی چھپی ہوئی ہے، اکاؤنٹیبلٹی چھپی ہوئی ہے کہ یہ سب پا کر کے آپ نے کیا کیا؟</w:t>
      </w:r>
    </w:p>
    <w:p>
      <w:r>
        <w:rPr>
          <w:b/>
        </w:rPr>
        <w:t xml:space="preserve">[1:03:12] </w:t>
      </w:r>
      <w:r>
        <w:t>to banda jab dekhta hai ke itni nematein Khuda ki hain, itni nematein Khuda ki hain, apne aap yeh baat us ke dil mein aati hai ke itni nematein jab hain to zaroor hai ke us ki accountability ho.</w:t>
      </w:r>
    </w:p>
    <w:p>
      <w:pPr>
        <w:jc w:val="right"/>
      </w:pPr>
      <w:r>
        <w:t>تو بندہ جب دیکھتا ہے کہ اتنی نعمتیں خدا کی ہیں، اتنی نعمتیں خدا کی ہیں، اپنے آپ یہ بات اس کے دل میں آتی ہے کہ اتنی نعمتیں جب ہیں تو ضرور ہے کہ اس کی اکاؤنٹیبلٹی ہو۔</w:t>
      </w:r>
    </w:p>
    <w:p>
      <w:r>
        <w:rPr>
          <w:b/>
        </w:rPr>
        <w:t xml:space="preserve">[1:03:26] </w:t>
      </w:r>
      <w:r>
        <w:t>us ki to aadmi nematon ke ehsas ke saath hi responsibility ka ehsas bhi aadmi ke andar aa jata hai.</w:t>
      </w:r>
    </w:p>
    <w:p>
      <w:pPr>
        <w:jc w:val="right"/>
      </w:pPr>
      <w:r>
        <w:t>اس کی تو آدمی نعمتوں کے احساس کے ساتھ ہی رسپانسبیلٹی کا احساس بھی آدمی کے اندر آ جاتا ہے۔</w:t>
      </w:r>
    </w:p>
    <w:p>
      <w:r>
        <w:rPr>
          <w:b/>
        </w:rPr>
        <w:t xml:space="preserve">[1:03:36] </w:t>
      </w:r>
      <w:r>
        <w:t>yeh bhi is mein chupa hua hai ke Maalik e Youm e Deen ka matlab yeh hai ke aye Khuda, tu ne jo itni nematein di hain insaan ko, to yeh nematein aisa nahi ke mar gaye to khatam.</w:t>
      </w:r>
    </w:p>
    <w:p>
      <w:pPr>
        <w:jc w:val="right"/>
      </w:pPr>
      <w:r>
        <w:t>یہ بھی اس میں چھپا ہوا ہے کہ مالک یوم الدین کا مطلب یہ ہے کہ اے خدا، تو نے جو اتنی نعمتیں دی ہیں انسان کو، تو یہ نعمتیں ایسا نہیں کہ مر گئے تو ختم۔</w:t>
      </w:r>
    </w:p>
    <w:p>
      <w:r>
        <w:rPr>
          <w:b/>
        </w:rPr>
        <w:t xml:space="preserve">[1:03:48] </w:t>
      </w:r>
      <w:r>
        <w:t>aisa nahi ho sakta. in nematon ka yeh matlab nahi hai</w:t>
      </w:r>
    </w:p>
    <w:p>
      <w:pPr>
        <w:jc w:val="right"/>
      </w:pPr>
      <w:r>
        <w:t>ایسا نہیں ہو سکتا۔ ان نعمتوں کا یہ مطلب نہیں ہے</w:t>
      </w:r>
    </w:p>
    <w:p>
      <w:r>
        <w:rPr>
          <w:b/>
        </w:rPr>
        <w:t xml:space="preserve">[1:03:54] </w:t>
      </w:r>
      <w:r>
        <w:t>ke jaise koi bara sarkari mulazim ka matlab yeh nahi ke us ko mahine mein check mil gaya tankhwah ka to bas baat khatam ho gayi.</w:t>
      </w:r>
    </w:p>
    <w:p>
      <w:pPr>
        <w:jc w:val="right"/>
      </w:pPr>
      <w:r>
        <w:t>کہ جیسے کوئی بڑا سرکاری ملازم کا مطلب یہ نہیں کہ اس کو مہینے میں چیک مل گیا تنخواہ کا تو بس بات ختم ہوگئی۔</w:t>
      </w:r>
    </w:p>
    <w:p>
      <w:r>
        <w:rPr>
          <w:b/>
        </w:rPr>
        <w:t xml:space="preserve">[1:04:05] </w:t>
      </w:r>
      <w:r>
        <w:t>yeh matlab nahi hai. woh to baat shuru hoti hai. us waqt</w:t>
      </w:r>
    </w:p>
    <w:p>
      <w:pPr>
        <w:jc w:val="right"/>
      </w:pPr>
      <w:r>
        <w:t>یہ مطلب نہیں ہے۔ وہ تو بات شروع ہوتی ہے۔ اس وقت</w:t>
      </w:r>
    </w:p>
    <w:p>
      <w:r>
        <w:rPr>
          <w:b/>
        </w:rPr>
        <w:t xml:space="preserve">[1:04:14] </w:t>
      </w:r>
      <w:r>
        <w:t>bari tankhwah ke saath saath bari zimmedari bhi aati</w:t>
      </w:r>
    </w:p>
    <w:p>
      <w:pPr>
        <w:jc w:val="right"/>
      </w:pPr>
      <w:r>
        <w:t>بڑی تنخواہ کے ساتھ ساتھ بڑی ذمہ داری بھی آتی</w:t>
      </w:r>
    </w:p>
    <w:p>
      <w:r>
        <w:rPr>
          <w:b/>
        </w:rPr>
        <w:t xml:space="preserve">[1:04:17] </w:t>
      </w:r>
      <w:r>
        <w:t>hai. isi tarah jab aadmi kehta hai Maalik e Youm e Deen to darhaqeeqat is baat ka etiraf hota hai, is baat ka woh declare karta hai ke Khuda ya, tu ne jab nematein di thin to zaroori tha ke ek day of judgment aaye,</w:t>
      </w:r>
    </w:p>
    <w:p>
      <w:pPr>
        <w:jc w:val="right"/>
      </w:pPr>
      <w:r>
        <w:t>ہے۔ اسی طرح جب آدمی کہتا ہے مالک یوم الدین تو درحقیقت اس بات کا اعتراف ہوتا ہے، اس بات کا وہ ڈیکلیئر کرتا ہے کہ خدایا، تو نے جب نعمتیں دی تھیں تو ضروری تھا کہ ایک ڈے آف ججمنٹ آئے،</w:t>
      </w:r>
    </w:p>
    <w:p>
      <w:r>
        <w:rPr>
          <w:b/>
        </w:rPr>
        <w:t xml:space="preserve">[1:04:35] </w:t>
      </w:r>
      <w:r>
        <w:t>ek din aaye jab poocha jaye logon se, ek din aaye jab logon ko hisab kar ke dekha jaye ke nematon ko pa kar kaun karsara, kaun karsara?</w:t>
      </w:r>
    </w:p>
    <w:p>
      <w:pPr>
        <w:jc w:val="right"/>
      </w:pPr>
      <w:r>
        <w:t>ایک دن آئے جب پوچھا جائے لوگوں سے، ایک دن آئے جب لوگوں کو حساب کر کے دیکھا جائے کہ نعمتوں کو پا کر کون کرسا رہا، کون کرسا رہا؟</w:t>
      </w:r>
    </w:p>
    <w:p>
      <w:r>
        <w:rPr>
          <w:b/>
        </w:rPr>
        <w:t xml:space="preserve">[1:04:45] </w:t>
      </w:r>
      <w:r>
        <w:t>yaani kis ne sirkashi ki, kis ne wafadari ki, kis ne misuse kiya, kis ne proper use kiya, kaun insaaf par qaim raha, kaun insaaf se hat gaya, kaun jhoot bola, kaun sach bola,</w:t>
      </w:r>
    </w:p>
    <w:p>
      <w:pPr>
        <w:jc w:val="right"/>
      </w:pPr>
      <w:r>
        <w:t>یعنی کس نے سرکشی کی، کس نے وفاداری کی، کس نے مس یوز کیا، کس نے پراپر یوز کیا، کون انصاف پر قائم رہا، کون انصاف سے ہٹ گیا، کون جھوٹ بولا، کون سچ بولا،</w:t>
      </w:r>
    </w:p>
    <w:p>
      <w:r>
        <w:rPr>
          <w:b/>
        </w:rPr>
        <w:t xml:space="preserve">[1:05:01] </w:t>
      </w:r>
      <w:r>
        <w:t>kaun in ko pa kar ke arrogant ban gaya, kaun kaun in ko pa kar ke modest bana</w:t>
      </w:r>
    </w:p>
    <w:p>
      <w:pPr>
        <w:jc w:val="right"/>
      </w:pPr>
      <w:r>
        <w:t>کون ان کو پا کر کے اریگنٹ بن گیا، کون کون ان کو پا کر کے ماڈس بنا</w:t>
      </w:r>
    </w:p>
    <w:p>
      <w:r>
        <w:rPr>
          <w:b/>
        </w:rPr>
        <w:t xml:space="preserve">[1:05:09] </w:t>
      </w:r>
      <w:r>
        <w:t>raha? in nematon ko pa kar ke ek insaan woh hoga jo maghroor ho jayega, arrogant ho jayega. ek woh hoga jo kahega Khuda ya, tera yeh teri blessing hai ke tu ne yeh sab cheezein mujhe dein.</w:t>
      </w:r>
    </w:p>
    <w:p>
      <w:pPr>
        <w:jc w:val="right"/>
      </w:pPr>
      <w:r>
        <w:t>رہا؟ ان نعمتوں کو پا کر کے ایک انسان وہ ہوگا جو مغرور ہو جائے گا، اریگنٹ ہو جائے گا۔ ایک وہ ہوگا جو کہے گا خدایا، تیرا یہ تیری بلیسنگ ہے کہ تو نے یہ سب چیزیں مجھے دیں۔</w:t>
      </w:r>
    </w:p>
    <w:p>
      <w:r>
        <w:rPr>
          <w:b/>
        </w:rPr>
        <w:t xml:space="preserve">[1:05:26] </w:t>
      </w:r>
      <w:r>
        <w:t>yaani ek aadmi ki modesty mein izafa hoga aur ek aadmi ke ghamand mein izafa hoga. yeh sab hoga aaj dunya mein.</w:t>
      </w:r>
    </w:p>
    <w:p>
      <w:pPr>
        <w:jc w:val="right"/>
      </w:pPr>
      <w:r>
        <w:t>یعنی ایک آدمی کی ماڈسٹی میں اضافہ ہوگا اور ایک آدمی کے گھمنڈ میں اضافہ ہوگا۔ یہ سب ہوگا آج دنیا میں۔</w:t>
      </w:r>
    </w:p>
    <w:p>
      <w:r>
        <w:rPr>
          <w:b/>
        </w:rPr>
        <w:t xml:space="preserve">[1:05:35] </w:t>
      </w:r>
      <w:r>
        <w:t>to jab banda kehta hai malik yom ul deen to is mein sab cheezein chupi hui hoti hain ke khudaaya, jo to ne blessing di thi, jo rehmaten di thi, to zaroor hai ke is ka hisab kitab liya jaye</w:t>
      </w:r>
    </w:p>
    <w:p>
      <w:pPr>
        <w:jc w:val="right"/>
      </w:pPr>
      <w:r>
        <w:t>تو جب بندہ کہتا ہے مالک یوم الدین تو اس میں سب چیزیں چھپی ہوئی ہوتی ہیں کہ خدایا، جو تو نے بلیسنگ دی تھی، جو رحمتیں دی تھیں، تو ضرور ہے کہ اس کا حساب کتاب لیا جائے</w:t>
      </w:r>
    </w:p>
    <w:p>
      <w:r>
        <w:rPr>
          <w:b/>
        </w:rPr>
        <w:t xml:space="preserve">[1:05:53] </w:t>
      </w:r>
      <w:r>
        <w:t>aur is din mujhe is se bacha le ke main teri pakar mein aa jaon.</w:t>
      </w:r>
    </w:p>
    <w:p>
      <w:pPr>
        <w:jc w:val="right"/>
      </w:pPr>
      <w:r>
        <w:t>اور اس دن مجھے اس سے بچا لے کہ میں تیری پکڑ میں آ جاؤں۔</w:t>
      </w:r>
    </w:p>
    <w:p>
      <w:r>
        <w:rPr>
          <w:b/>
        </w:rPr>
        <w:t xml:space="preserve">[1:06:02] </w:t>
      </w:r>
      <w:r>
        <w:t>to is is is surah mein malik yom ul deen aik bohat bari haqeeqat ka ailan hai. woh hai day of judgment, woh hai accountability.</w:t>
      </w:r>
    </w:p>
    <w:p>
      <w:pPr>
        <w:jc w:val="right"/>
      </w:pPr>
      <w:r>
        <w:t>تو اس اس اس سورہ میں مالک یوم الدین ایک بہت بڑی حقیقت کا اعلان ہے۔ وہ ہے ڈے آف ججمنٹ، وہ ہے اکاؤنٹیبلٹی۔</w:t>
      </w:r>
    </w:p>
    <w:p>
      <w:r>
        <w:rPr>
          <w:b/>
        </w:rPr>
        <w:t xml:space="preserve">[1:06:13] </w:t>
      </w:r>
      <w:r>
        <w:t>y</w:t>
      </w:r>
    </w:p>
    <w:p>
      <w:pPr>
        <w:jc w:val="right"/>
      </w:pPr>
      <w:r>
        <w:t>ی</w:t>
      </w:r>
    </w:p>
    <w:p>
      <w:r>
        <w:rPr>
          <w:b/>
        </w:rPr>
        <w:t xml:space="preserve">[1:06:14] </w:t>
      </w:r>
      <w:r>
        <w:t>ani yeh bilkul is se</w:t>
      </w:r>
    </w:p>
    <w:p>
      <w:pPr>
        <w:jc w:val="right"/>
      </w:pPr>
      <w:r>
        <w:t>عنی یہ بالکل اس سے</w:t>
      </w:r>
    </w:p>
    <w:p>
      <w:r>
        <w:rPr>
          <w:b/>
        </w:rPr>
        <w:t xml:space="preserve">[1:06:19] </w:t>
      </w:r>
      <w:r>
        <w:t>dunya ki jo nematen hain, is mein aik cheez implicit hai</w:t>
      </w:r>
    </w:p>
    <w:p>
      <w:pPr>
        <w:jc w:val="right"/>
      </w:pPr>
      <w:r>
        <w:t>دنیا کی جو نعمتیں ہیں، اس میں ایک چیز ایمپلیسٹ ہے</w:t>
      </w:r>
    </w:p>
    <w:p>
      <w:r>
        <w:rPr>
          <w:b/>
        </w:rPr>
        <w:t xml:space="preserve">[1:06:27] </w:t>
      </w:r>
      <w:r>
        <w:t>ke ke blessing ko istemal karo aur is ke baad baat khatam ho jaye. aisa nahi ho sakta hai. aur is ke baad jo hai, jis aadmi ne khuda ki rehmaton aur khuda ki blessing ko theek theek istemal kiya hoga,</w:t>
      </w:r>
    </w:p>
    <w:p>
      <w:pPr>
        <w:jc w:val="right"/>
      </w:pPr>
      <w:r>
        <w:t>کہ کہ بلیسنگ کو استعمال کرو اور اس کے بعد بات ختم ہو جائے۔ ایسا نہیں ہو سکتا ہے۔ اور اس کے بعد جو ہے، جس آدمی نے خدا کی رحمتوں اور خدا کی بلیسنگ کو ٹھیک ٹھیک استعمال کیا ہوگا،</w:t>
      </w:r>
    </w:p>
    <w:p>
      <w:r>
        <w:rPr>
          <w:b/>
        </w:rPr>
        <w:t xml:space="preserve">[1:06:45] </w:t>
      </w:r>
      <w:r>
        <w:t>us ko mile gi jannat aur jis ne theek theek istemal nahi kiya hoga, us ko mile gi jahannum. lekin theek theek istemal kiya hai, woh yeh hai ke aap acknowledge karen,</w:t>
      </w:r>
    </w:p>
    <w:p>
      <w:pPr>
        <w:jc w:val="right"/>
      </w:pPr>
      <w:r>
        <w:t>اس کو ملے گی جنت اور جس نے ٹھیک ٹھیک استعمال نہیں کیا ہوگا، اس کو ملے گی جہنم۔ لیکن ٹھیک ٹھیک استعمال کیا ہے، وہ یہ ہے کہ آپ اکنالج کریں،</w:t>
      </w:r>
    </w:p>
    <w:p>
      <w:r>
        <w:rPr>
          <w:b/>
        </w:rPr>
        <w:t xml:space="preserve">[1:07:04] </w:t>
      </w:r>
      <w:r>
        <w:t>aap acknowledge karen ke yeh nematen khuda ki taraf se hain, khuda hai jo jis ne in nematon ko diya hai.</w:t>
      </w:r>
    </w:p>
    <w:p>
      <w:pPr>
        <w:jc w:val="right"/>
      </w:pPr>
      <w:r>
        <w:t>آپ اکنالج کریں کہ یہ نعمتیں خدا کی طرف سے ہیں، خدا ہے جو جس نے ان نعمتوں کو دیا ہے۔</w:t>
      </w:r>
    </w:p>
    <w:p>
      <w:r>
        <w:rPr>
          <w:b/>
        </w:rPr>
        <w:t xml:space="preserve">[1:07:14] </w:t>
      </w:r>
      <w:r>
        <w:t>phir aap ke andar modesty paida ho, phir aap different situation mein aap rabbani character ka saboot den.</w:t>
      </w:r>
    </w:p>
    <w:p>
      <w:pPr>
        <w:jc w:val="right"/>
      </w:pPr>
      <w:r>
        <w:t>پھر آپ کے اندر ماڈسٹی پیدا ہو، پھر آپ ڈفرنٹ سچویشن میں آپ ربانی کریکٹر کا ثبوت دیں۔</w:t>
      </w:r>
    </w:p>
    <w:p>
      <w:r>
        <w:rPr>
          <w:b/>
        </w:rPr>
        <w:t xml:space="preserve">[1:07:29] </w:t>
      </w:r>
      <w:r>
        <w:t>hamesha aap insaf ki boli bolen, hamesha aap honesty ke sath rahen, hamesha aap sachai ki zindagi guzaren.</w:t>
      </w:r>
    </w:p>
    <w:p>
      <w:pPr>
        <w:jc w:val="right"/>
      </w:pPr>
      <w:r>
        <w:t>ہمیشہ آپ انصاف کی بولی بولیں، ہمیشہ آپ اونسٹٹی کے ساتھ رہیں، ہمیشہ آپ سچائی کی زندگی گزاریں۔</w:t>
      </w:r>
    </w:p>
    <w:p>
      <w:r>
        <w:rPr>
          <w:b/>
        </w:rPr>
        <w:t xml:space="preserve">[1:07:42] </w:t>
      </w:r>
      <w:r>
        <w:t>is ka ulta kabhi na ho. yani in ko parh kar ke aap aisa na ho ke aap arrogant ban jayen, aap maghroor ban jayen, aap zulm karne lagen, aap unjust ho jayen,</w:t>
      </w:r>
    </w:p>
    <w:p>
      <w:pPr>
        <w:jc w:val="right"/>
      </w:pPr>
      <w:r>
        <w:t>اس کا الٹا کبھی نہ ہو۔ یعنی ان کو پڑھ کر کے آپ ایسا نہ ہو کہ آپ اریگنٹ بن جائیں، آپ مغرور بن جائیں، آپ ظلم کرنے لگیں، آپ انجسٹ ہو جائیں،</w:t>
      </w:r>
    </w:p>
    <w:p>
      <w:r>
        <w:rPr>
          <w:b/>
        </w:rPr>
        <w:t xml:space="preserve">[1:07:56] </w:t>
      </w:r>
      <w:r>
        <w:t>aap dishonesty ka tareeqa ikhtiyar karen. to do different behavior hain bilkul.</w:t>
      </w:r>
    </w:p>
    <w:p>
      <w:pPr>
        <w:jc w:val="right"/>
      </w:pPr>
      <w:r>
        <w:t>آپ ڈس اونسٹٹی کا طریقہ اختیار کریں۔ تو دو ڈفرنٹ بیہیویئر ہیں بالکل۔</w:t>
      </w:r>
    </w:p>
    <w:p>
      <w:r>
        <w:rPr>
          <w:b/>
        </w:rPr>
        <w:t xml:space="preserve">[1:08:06] </w:t>
      </w:r>
      <w:r>
        <w:t>to</w:t>
      </w:r>
    </w:p>
    <w:p>
      <w:pPr>
        <w:jc w:val="right"/>
      </w:pPr>
      <w:r>
        <w:t>تو</w:t>
      </w:r>
    </w:p>
    <w:p>
      <w:r>
        <w:rPr>
          <w:b/>
        </w:rPr>
        <w:t xml:space="preserve">[1:08:10] </w:t>
      </w:r>
      <w:r>
        <w:t>aadmi har waqt jannat aur jahannum ke beech mein hota hai, har waqt. yani yeh jo blessing hai dunya mein, yeh blessing jo har waqt faisla karti hai ke kis ke liye kya hai, kis ke liye kya hai,</w:t>
      </w:r>
    </w:p>
    <w:p>
      <w:pPr>
        <w:jc w:val="right"/>
      </w:pPr>
      <w:r>
        <w:t>آدمی ہر وقت جنت اور جہنم کے بیچ میں ہوتا ہے، ہر وقت۔ یعنی یہ جو بلیسنگ ہے دنیا میں، یہ بلیسنگ جو ہر وقت فیصلہ کرتی ہے کہ کس کے لیے کیا ہے، کس کے لیے کیا ہے،</w:t>
      </w:r>
    </w:p>
    <w:p>
      <w:r>
        <w:rPr>
          <w:b/>
        </w:rPr>
        <w:t xml:space="preserve">[1:08:27] </w:t>
      </w:r>
      <w:r>
        <w:t>jo in halaton mein sahi response de, sab kuch response par munhasir hai.</w:t>
      </w:r>
    </w:p>
    <w:p>
      <w:pPr>
        <w:jc w:val="right"/>
      </w:pPr>
      <w:r>
        <w:t>جو ان حالات میں صحیح رسپانس دے، سب کچھ رسپانس پر منحصر ہے۔</w:t>
      </w:r>
    </w:p>
    <w:p>
      <w:r>
        <w:rPr>
          <w:b/>
        </w:rPr>
        <w:t xml:space="preserve">[1:08:36] </w:t>
      </w:r>
      <w:r>
        <w:t>jo sahi response de, us ke liye jannat hai, jo galat response de, us ke liye jahannum hai. to malik yom ul deen ne yeh sari baten chupi hui hain.</w:t>
      </w:r>
    </w:p>
    <w:p>
      <w:pPr>
        <w:jc w:val="right"/>
      </w:pPr>
      <w:r>
        <w:t>جو صحیح رسپانس دے، اس کے لیے جنت ہے، جو غلط رسپانس دے، اس کے لیے جہنم ہے۔ تو مالک یوم الدین نے یہ ساری باتیں چھپی ہوئی ہیں۔</w:t>
      </w:r>
    </w:p>
    <w:p>
      <w:r>
        <w:rPr>
          <w:b/>
        </w:rPr>
        <w:t xml:space="preserve">[1:08:49] </w:t>
      </w:r>
      <w:r>
        <w:t>ae khuda, tu malik hai jaza ke din ka. yani jaza ka din to aana zaroori hai aur is ka malik bhi to hi akela hoga.</w:t>
      </w:r>
    </w:p>
    <w:p>
      <w:pPr>
        <w:jc w:val="right"/>
      </w:pPr>
      <w:r>
        <w:t>اے خدا، تو مالک ہے جزا کے دن کا۔ یعنی جزا کا دن تو آنا ضروری ہے اور اس کا مالک بھی تو ہی اکیلا ہوگا۔</w:t>
      </w:r>
    </w:p>
    <w:p>
      <w:r>
        <w:rPr>
          <w:b/>
        </w:rPr>
        <w:t xml:space="preserve">[1:09:03] </w:t>
      </w:r>
      <w:r>
        <w:t>tere siwa koi nahi hoga jo jaza ke din ka lord ho, is ka judge ho. to yeh etaraf hai is baat ka ke khuda ne jis tarah nematen di hain, usi tarah khuda ko yeh haq hai ke woh baz purs kare,</w:t>
      </w:r>
    </w:p>
    <w:p>
      <w:pPr>
        <w:jc w:val="right"/>
      </w:pPr>
      <w:r>
        <w:t>تیرے سوا کوئی نہیں ہوگا جو جزا کے دن کا لارڈ ہو، اس کا جج ہو۔ تو یہ اعتراف ہے اس بات کا کہ خدا نے جس طرح نعمتیں دی ہیں، اسی طرح خدا کو یہ حق ہے کہ وہ باز پرس کرے،</w:t>
      </w:r>
    </w:p>
    <w:p>
      <w:r>
        <w:rPr>
          <w:b/>
        </w:rPr>
        <w:t xml:space="preserve">[1:09:22] </w:t>
      </w:r>
      <w:r>
        <w:t>woh pooche logon se. yani rehmaten dene ya blessing dene ke sath apne aap mein bhi chup juri hui hai ke jo dene wala hai, woh pakarne wala bhi hai.</w:t>
      </w:r>
    </w:p>
    <w:p>
      <w:pPr>
        <w:jc w:val="right"/>
      </w:pPr>
      <w:r>
        <w:t>وہ پوچھے لوگوں سے۔ یعنی رحمتیں دینے یا بلیسنگ دینے کے ساتھ اپنے آپ میں بھی چھپ جڑی ہوئی ہے کہ جو دینے والا ہے، وہ پکڑنے والا بھی ہے۔</w:t>
      </w:r>
    </w:p>
    <w:p>
      <w:r>
        <w:rPr>
          <w:b/>
        </w:rPr>
        <w:t xml:space="preserve">[1:09:40] </w:t>
      </w:r>
      <w:r>
        <w:t>donon ko aik doosre se alag nahi kar sakte. aap</w:t>
      </w:r>
    </w:p>
    <w:p>
      <w:pPr>
        <w:jc w:val="right"/>
      </w:pPr>
      <w:r>
        <w:t>دونوں کو ایک دوسرے سے الگ نہیں کر سکتے۔ آپ</w:t>
      </w:r>
    </w:p>
    <w:p>
      <w:r>
        <w:rPr>
          <w:b/>
        </w:rPr>
        <w:t xml:space="preserve">[1:09:46] </w:t>
      </w:r>
      <w:r>
        <w:t>jab khuda ne sari blessing khuda hi ki taraf se aayi hui hai to apne aap khuda ka yeh haq qaim ho jata hai ke woh insaf kare, woh woh logon ka jaiza le, logon ko aisa din laye jahan har aik ka, har aik ke baray mein faisla kiya jaye.</w:t>
      </w:r>
    </w:p>
    <w:p>
      <w:pPr>
        <w:jc w:val="right"/>
      </w:pPr>
      <w:r>
        <w:t>جب خدا نے ساری بلیسنگ خدا ہی کی طرف سے آئی ہوئی ہے تو اپنے آپ خدا کا یہ حق قائم ہو جاتا ہے کہ وہ انصاف کرے، وہ وہ لوگوں کا جائزہ لے، لوگوں کو ایسا دن لائے جہاں ہر ایک کا، ہر ایک کے بارے میں فیصلہ کیا جائے۔</w:t>
      </w:r>
    </w:p>
    <w:p>
      <w:r>
        <w:rPr>
          <w:b/>
        </w:rPr>
        <w:t xml:space="preserve">[1:10:09] </w:t>
      </w:r>
      <w:r>
        <w:t>to kaha malik yom ul deen jo hai, woh isi ayat ka bilkul aik is ka lazmi taqaza hai.</w:t>
      </w:r>
    </w:p>
    <w:p>
      <w:pPr>
        <w:jc w:val="right"/>
      </w:pPr>
      <w:r>
        <w:t>تو کہا مالک یوم الدین جو ہے، وہ اسی آیت کا بالکل ایک اس کا لازمی تقاضا ہے۔</w:t>
      </w:r>
    </w:p>
    <w:p>
      <w:r>
        <w:rPr>
          <w:b/>
        </w:rPr>
        <w:t xml:space="preserve">[1:10:19] </w:t>
      </w:r>
      <w:r>
        <w:t>jab aap aap kehte hain Rahman Raheem, to isi ka taqaza hai malik yom ul deen ke ae khuda, jab to ne rehmaten di hain to tera haq hai yeh ke tu bando ki pooch kar pooche.</w:t>
      </w:r>
    </w:p>
    <w:p>
      <w:pPr>
        <w:jc w:val="right"/>
      </w:pPr>
      <w:r>
        <w:t>جب آپ آپ کہتے ہیں الرحمن الرحیم، تو اسی کا تقاضا ہے مالک یوم الدین کہ اے خدا، جب تو نے رحمتیں دی ہیں تو تیرا حق ہے یہ کہ تو بندوں کی پوچھ کر پوچھ کرے۔</w:t>
      </w:r>
    </w:p>
    <w:p>
      <w:r>
        <w:rPr>
          <w:b/>
        </w:rPr>
        <w:t xml:space="preserve">[1:10:33] </w:t>
      </w:r>
      <w:r>
        <w:t>tera haq ban jata hai ke tu ke bande tere samne accountable hon.</w:t>
      </w:r>
    </w:p>
    <w:p>
      <w:pPr>
        <w:jc w:val="right"/>
      </w:pPr>
      <w:r>
        <w:t>تیرا حق بن جاتا ہے کہ تو کہ بندے تیرے سامنے اکاؤنٹیبل ہوں۔</w:t>
      </w:r>
    </w:p>
    <w:p>
      <w:r>
        <w:rPr>
          <w:b/>
        </w:rPr>
        <w:t xml:space="preserve">[1:10:39] </w:t>
      </w:r>
      <w:r>
        <w:t>to yeh matlab hai malik-e-yau-m-id-deen ka. ab aage aata hai iyyaka na'budu wa iyyaka nasta'een.</w:t>
      </w:r>
    </w:p>
    <w:p>
      <w:pPr>
        <w:jc w:val="right"/>
      </w:pPr>
      <w:r>
        <w:t>تو یہ مطلب ہے مالک یوم الدین کا۔ اب آگے آتا ہے ایاک نعبد وایاک نستعین۔</w:t>
      </w:r>
    </w:p>
    <w:p>
      <w:r>
        <w:rPr>
          <w:b/>
        </w:rPr>
        <w:t xml:space="preserve">[1:10:54] </w:t>
      </w:r>
      <w:r>
        <w:t>yeh hai in sab, yeh sab jo jazbaat paida hue, yeh jo itraaf kiya insaan ne, to is ke baad lazman ya aata hai yeh yeh baat aati hai fitri taur par ke insaan yeh kahe,</w:t>
      </w:r>
    </w:p>
    <w:p>
      <w:pPr>
        <w:jc w:val="right"/>
      </w:pPr>
      <w:r>
        <w:t>یہ ہے ان سب، یہ سب جو جذبات پیدا ہوئے، یہ جو اعتراف کیا انسان نے، تو اس کے بعد لازماً یا آتا ہے یہ یہ بات آتی ہے فطری طور پر کہ انسان یہ کہے،</w:t>
      </w:r>
    </w:p>
    <w:p>
      <w:r>
        <w:rPr>
          <w:b/>
        </w:rPr>
        <w:t xml:space="preserve">[1:11:11] </w:t>
      </w:r>
      <w:r>
        <w:t>insaan Khuda ka ke jhuk jaaye,</w:t>
      </w:r>
    </w:p>
    <w:p>
      <w:pPr>
        <w:jc w:val="right"/>
      </w:pPr>
      <w:r>
        <w:t>انسان خدا کا کہ جھک جائے،</w:t>
      </w:r>
    </w:p>
    <w:p>
      <w:r>
        <w:rPr>
          <w:b/>
        </w:rPr>
        <w:t xml:space="preserve">[1:11:14] </w:t>
      </w:r>
      <w:r>
        <w:t>woh kahe ke Khudaya, main</w:t>
      </w:r>
    </w:p>
    <w:p>
      <w:pPr>
        <w:jc w:val="right"/>
      </w:pPr>
      <w:r>
        <w:t>وہ کہے کہ خدایا، میں</w:t>
      </w:r>
    </w:p>
    <w:p>
      <w:r>
        <w:rPr>
          <w:b/>
        </w:rPr>
        <w:t xml:space="preserve">[1:11:18] </w:t>
      </w:r>
      <w:r>
        <w:t>teri hi ibaadat guzaar banunga aur tujh hi is ko apna sab kuch samjunga, teri ibaadat karunga aur tujh hi se madad chahunga.</w:t>
      </w:r>
    </w:p>
    <w:p>
      <w:pPr>
        <w:jc w:val="right"/>
      </w:pPr>
      <w:r>
        <w:t>تیری ہی عبادت گزار بنوں گا اور تجھ ہی اس کو اپنا سب کچھ سمجھوں گا، تیری عبادت کروں گا اور تجھ ہی سے مدد چاہوں گا۔</w:t>
      </w:r>
    </w:p>
    <w:p>
      <w:r>
        <w:rPr>
          <w:b/>
        </w:rPr>
        <w:t xml:space="preserve">[1:11:31] </w:t>
      </w:r>
      <w:r>
        <w:t>to yeh jo insaan ne jo kaha tha ke Khudaya teri hamd hai, Khudaya tu Rabb hai kaainaat ka, Khudaya tu rehman-o-raheem hai, Khudaya tu malik-e-yau-m-id-deen hai, yeh sab jo kaha insaan ne,</w:t>
      </w:r>
    </w:p>
    <w:p>
      <w:pPr>
        <w:jc w:val="right"/>
      </w:pPr>
      <w:r>
        <w:t>تو یہ جو انسان نے جو کہا تھا کہ خدایا تیری حمد ہے، خدایا تو رب ہے کائنات کا، خدایا تو رحمن الرحیم ہے، خدایا تو مالک یوم الدین ہے، یہ سب جو کہا انسان نے،</w:t>
      </w:r>
    </w:p>
    <w:p>
      <w:r>
        <w:rPr>
          <w:b/>
        </w:rPr>
        <w:t xml:space="preserve">[1:11:45] </w:t>
      </w:r>
      <w:r>
        <w:t>is ke baad lazman yeh baat aati hai ke insaan apna bataye mera response kya hoga. is is ma'rifat ka, is realization ka jo response hona chahiye, woh kya hai?</w:t>
      </w:r>
    </w:p>
    <w:p>
      <w:pPr>
        <w:jc w:val="right"/>
      </w:pPr>
      <w:r>
        <w:t>اس کے بعد لازماً یہ بات آتی ہے کہ انسان اپنا بتائے میرا رسپانس کیا ہوگا۔ اس اس معرفت کا، اس ریلائزیشن کا جو رسپانس ہونا چاہیے، وہ کیا ہے؟</w:t>
      </w:r>
    </w:p>
    <w:p>
      <w:r>
        <w:rPr>
          <w:b/>
        </w:rPr>
        <w:t xml:space="preserve">[1:11:58] </w:t>
      </w:r>
      <w:r>
        <w:t>banda yeh keh pade ke iyyaka na'budu wa iyyaka nasta'een. aye Khuda, main main ne yeh faisla kiya ke main tera ibaadat guzaar, teri ibaadat, teri ibaadat karne wala banu duniya mein,</w:t>
      </w:r>
    </w:p>
    <w:p>
      <w:pPr>
        <w:jc w:val="right"/>
      </w:pPr>
      <w:r>
        <w:t>بندہ یہ کہہ پڑے کہ ایاک نعبد وایاک نستعین۔ اے خدا، میں میں نے یہ فیصلہ کیا کہ میں تیرا عبادت گزار، تیری عبادت، تیری عبادت کرنے والا بنوں دنیا میں،</w:t>
      </w:r>
    </w:p>
    <w:p>
      <w:r>
        <w:rPr>
          <w:b/>
        </w:rPr>
        <w:t xml:space="preserve">[1:12:14] </w:t>
      </w:r>
      <w:r>
        <w:t>ibaadat guzaar ban kar rahu duniya mein aur tujh hi se madad chahu, kisi aur se nahin. yeh bohat hi dono bohat hi ba ma'ni alfaaz hain.</w:t>
      </w:r>
    </w:p>
    <w:p>
      <w:pPr>
        <w:jc w:val="right"/>
      </w:pPr>
      <w:r>
        <w:t>عبادت گزار بن کر رہوں دنیا میں اور تجھ ہی سے مدد چاہوں، کسی اور سے نہیں۔ یہ بہت ہی دونوں بہت ہی با معنی الفاظ ہیں۔</w:t>
      </w:r>
    </w:p>
    <w:p>
      <w:r>
        <w:rPr>
          <w:b/>
        </w:rPr>
        <w:t xml:space="preserve">[1:12:25] </w:t>
      </w:r>
      <w:r>
        <w:t>ibaadat kya hai?</w:t>
      </w:r>
    </w:p>
    <w:p>
      <w:pPr>
        <w:jc w:val="right"/>
      </w:pPr>
      <w:r>
        <w:t>عبادت کیا ہے؟</w:t>
      </w:r>
    </w:p>
    <w:p>
      <w:r>
        <w:rPr>
          <w:b/>
        </w:rPr>
        <w:t xml:space="preserve">[1:12:27] </w:t>
      </w:r>
      <w:r>
        <w:t>ibaadat ka matlab hai poori tarah Khuda ke aage surrender kar dena, yaani physically aur spiritually dono aitbaar se surrender kar dena.</w:t>
      </w:r>
    </w:p>
    <w:p>
      <w:pPr>
        <w:jc w:val="right"/>
      </w:pPr>
      <w:r>
        <w:t>عبادت کا مطلب ہے پوری طرح خدا کے آگے سرینڈر کر دینا، یعنی فزیکلی اور اسپریچولی دونوں اعتبار سے سرینڈر کر دینا۔</w:t>
      </w:r>
    </w:p>
    <w:p>
      <w:r>
        <w:rPr>
          <w:b/>
        </w:rPr>
        <w:t xml:space="preserve">[1:12:38] </w:t>
      </w:r>
      <w:r>
        <w:t>namaz isi ki ek soorat hoti hai. to iyyaka na'budu ke ma'ni ke aye Khuda, main ne tere aage surrender kiya, aye Khuda, main tera ibaadat guzaar ban gaya,</w:t>
      </w:r>
    </w:p>
    <w:p>
      <w:pPr>
        <w:jc w:val="right"/>
      </w:pPr>
      <w:r>
        <w:t>نماز اسی کی ایک صورت ہوتی ہے۔ تو ایاک نعبد کے معنی کہ اے خدا، میں نے تیرے آگے سرینڈر کیا، اے خدا، میں تیرا عبادت گزار بن گیا،</w:t>
      </w:r>
    </w:p>
    <w:p>
      <w:r>
        <w:rPr>
          <w:b/>
        </w:rPr>
        <w:t xml:space="preserve">[1:12:52] </w:t>
      </w:r>
      <w:r>
        <w:t>kisi bhi pehlu se main apne kisi cheez ko tujh se alag nahin rakha. to iyyaka na'budu mein saari baat aa jaati hai, yaani insaan jo bhi activity karta hai, sab is mein aa jaati hai.</w:t>
      </w:r>
    </w:p>
    <w:p>
      <w:pPr>
        <w:jc w:val="right"/>
      </w:pPr>
      <w:r>
        <w:t>کسی بھی پہلو سے میں اپنے کسی چیز کو تجھ سے الگ نہیں رکھا۔ تو ایاک نعبد میں ساری بات آ جاتی ہے، یعنی انسان جو بھی ایکٹیویٹی کرتا ہے، سب اس میں آ جاتی ہے۔</w:t>
      </w:r>
    </w:p>
    <w:p>
      <w:r>
        <w:rPr>
          <w:b/>
        </w:rPr>
        <w:t xml:space="preserve">[1:13:10] </w:t>
      </w:r>
      <w:r>
        <w:t>is ka matlab nahin ke insaan yeh keh raha hai ke Khudaya, tujh hi ko main ne apna sole concern banaya,</w:t>
      </w:r>
    </w:p>
    <w:p>
      <w:pPr>
        <w:jc w:val="right"/>
      </w:pPr>
      <w:r>
        <w:t>اس کا مطلب نہیں کہ انسان یہ کہہ رہا ہے کہ خدایا، تجھ ہی کو میں نے اپنا سول کنسرن بنایا،</w:t>
      </w:r>
    </w:p>
    <w:p>
      <w:r>
        <w:rPr>
          <w:b/>
        </w:rPr>
        <w:t xml:space="preserve">[1:13:20] </w:t>
      </w:r>
      <w:r>
        <w:t>aye Khuda, tere liye meri mohabbat, meri mohabbat ke jazbaat tere liye waqf ho gaye, tujh hi se main darta hoon.</w:t>
      </w:r>
    </w:p>
    <w:p>
      <w:pPr>
        <w:jc w:val="right"/>
      </w:pPr>
      <w:r>
        <w:t>اے خدا، تیرے لیے میری محبت، میری محبت کے جذبات تیرے لیے وقف ہو گئے، تجھ ہی سے میں ڈرتا ہوں۔</w:t>
      </w:r>
    </w:p>
    <w:p>
      <w:r>
        <w:rPr>
          <w:b/>
        </w:rPr>
        <w:t xml:space="preserve">[1:13:31] </w:t>
      </w:r>
      <w:r>
        <w:t>teesvan kisi ko is ka bhi yeh darja nahin deta ke main is se daru.</w:t>
      </w:r>
    </w:p>
    <w:p>
      <w:pPr>
        <w:jc w:val="right"/>
      </w:pPr>
      <w:r>
        <w:t>تیسواں کسی کو اس کا بھی یہ درجہ نہیں دیتا کہ میں اس سے ڈروں۔</w:t>
      </w:r>
    </w:p>
    <w:p>
      <w:r>
        <w:rPr>
          <w:b/>
        </w:rPr>
        <w:t xml:space="preserve">[1:13:38] </w:t>
      </w:r>
      <w:r>
        <w:t>is duniya mein mujhe zindagi guzaarne ke liye jo help chahiye, jo madad chahiye, main is ke bare mein teri teri umeed rakhta hoon ke tujh hi se samjhta hoon ke teri help mujhe pahunchegi, teri help ke bal par main duniya mein rahunga.</w:t>
      </w:r>
    </w:p>
    <w:p>
      <w:pPr>
        <w:jc w:val="right"/>
      </w:pPr>
      <w:r>
        <w:t>اس دنیا میں مجھے زندگی گزارنے کے لیے جو ہیلپ چاہیے، جو مدد چاہیے، میں اس کے بارے میں تیری تیری امید رکھتا ہوں کہ تجھ ہی سے سمجھتا ہوں کہ تیری ہیلپ مجھے پہنچے گی، تیری ہیلپ کے بل پر میں دنیا میں رہوں گا۔</w:t>
      </w:r>
    </w:p>
    <w:p>
      <w:r>
        <w:rPr>
          <w:b/>
        </w:rPr>
        <w:t xml:space="preserve">[1:13:54] </w:t>
      </w:r>
      <w:r>
        <w:t>to woh saari cheezein jo duniya mein insaan karta hai, soch ke aitbaar se, jazbaat ke aitbaar se, physical activity, physical activities ke aitbaar se, har aitbaar se is mein saari baatein aa gayeen.</w:t>
      </w:r>
    </w:p>
    <w:p>
      <w:pPr>
        <w:jc w:val="right"/>
      </w:pPr>
      <w:r>
        <w:t>تو وہ ساری چیزیں جو دنیا میں انسان کرتا ہے، سوچ کے اعتبار سے، جذبات کے اعتبار سے، فزیکل ایکٹیویٹی، فزیکل ایکٹیویٹیز کے اعتبار سے، ہر اعتبار سے اس میں ساری باتیں آ گئیں۔</w:t>
      </w:r>
    </w:p>
    <w:p>
      <w:r>
        <w:rPr>
          <w:b/>
        </w:rPr>
        <w:t xml:space="preserve">[1:14:10] </w:t>
      </w:r>
      <w:r>
        <w:t>iyyaka na'budu mein ke hum teri hi ibaadat karte hain, yaani har aitbaar se hum tere aage surrender karte hain, har aitbaar se hum tere liye, tere har har har aitbaar se hum tere ban gaye,</w:t>
      </w:r>
    </w:p>
    <w:p>
      <w:pPr>
        <w:jc w:val="right"/>
      </w:pPr>
      <w:r>
        <w:t>ایاک نعبد میں کہ ہم تیری ہی عبادت کرتے ہیں، یعنی ہر اعتبار سے ہم تیرے آگے سرینڈر کرتے ہیں، ہر اعتبار سے ہم تیرے لیے، تیرے ہر ہر ہر اعتبار سے ہم تیرے بن گئے،</w:t>
      </w:r>
    </w:p>
    <w:p>
      <w:r>
        <w:rPr>
          <w:b/>
        </w:rPr>
        <w:t xml:space="preserve">[1:14:25] </w:t>
      </w:r>
      <w:r>
        <w:t>mohabbat ke aitbaar se, khauf ke aitbaar se, aur jhukne ke aitbaar se, aur umeed rakhne ke aitbaar se, har aitbaar se hum ne tujh ko apna Rabb bana liya,</w:t>
      </w:r>
    </w:p>
    <w:p>
      <w:pPr>
        <w:jc w:val="right"/>
      </w:pPr>
      <w:r>
        <w:t>محبت کے اعتبار سے، خوف کے اعتبار سے، اور جھکنے کے اعتبار سے، اور امید رکھنے کے اعتبار سے، ہر اعتبار سے ہم نے تجھ کو اپنا رب بنا لیا،</w:t>
      </w:r>
    </w:p>
    <w:p>
      <w:r>
        <w:rPr>
          <w:b/>
        </w:rPr>
        <w:t xml:space="preserve">[1:14:40] </w:t>
      </w:r>
      <w:r>
        <w:t>tujh ko apna sab kuch bana liya. to ibaadat aur ista'anat yeh do cheezein bohat hi buniyadi hain.</w:t>
      </w:r>
    </w:p>
    <w:p>
      <w:pPr>
        <w:jc w:val="right"/>
      </w:pPr>
      <w:r>
        <w:t>تجھ کو اپنا سب کچھ بنا لیا۔ تو عبادت اور استعارت یہ دو چیزیں بہت ہی بنیادی ہیں۔</w:t>
      </w:r>
    </w:p>
    <w:p>
      <w:r>
        <w:rPr>
          <w:b/>
        </w:rPr>
        <w:t xml:space="preserve">[1:14:52] </w:t>
      </w:r>
      <w:r>
        <w:t>ibaadat goya aadmi apne wajood ko Khuda ke aage daal deta hai, is ka naam ibaadat hai, aur ista'anat jo hai ke duniya mein aadmi ko baar baar mehsoos hota hai ke main helpless hoon,</w:t>
      </w:r>
    </w:p>
    <w:p>
      <w:pPr>
        <w:jc w:val="right"/>
      </w:pPr>
      <w:r>
        <w:t>عبادت گویا آدمی اپنے وجود کو خدا کے آگے ڈال دیتا ہے، اس کا نام عبادت ہے، اور استعارت جو ہے کہ دنیا میں آدمی کو بار بار محسوس ہوتا ہے کہ میں ہیلپ لیس ہوں،</w:t>
      </w:r>
    </w:p>
    <w:p>
      <w:r>
        <w:rPr>
          <w:b/>
        </w:rPr>
        <w:t xml:space="preserve">[1:15:05] </w:t>
      </w:r>
      <w:r>
        <w:t>koi bhi chahe chota ho ya bada, helplessness ka ehsaas har aadmi ke andar interwoven hai. to aadmi kisi kisi na kisi cheez par bharosa kar leta hai kyunke apne aap ko samjhta hai ke main incomplete hoon.</w:t>
      </w:r>
    </w:p>
    <w:p>
      <w:pPr>
        <w:jc w:val="right"/>
      </w:pPr>
      <w:r>
        <w:t>کوئی بھی چاہے چھوٹا ہو یا بڑا، ہیلپ لیسنس کا احساس ہر آدمی کے اندر انٹر وون ہے۔ تو آدمی کسی کسی نہ کسی چیز پر بھروسہ کر لیتا ہے کیونکہ اپنے آپ کو سمجھتا ہے کہ میں ان کمپلیٹ ہوں۔</w:t>
      </w:r>
    </w:p>
    <w:p>
      <w:r>
        <w:rPr>
          <w:b/>
        </w:rPr>
        <w:t xml:space="preserve">[1:15:22] </w:t>
      </w:r>
      <w:r>
        <w:t>yeh insaan ki nature hai ke apne aap ko apne ko incomplete samjhta hai. woh to kisi na kisi cheez ko woh maan leta hai ke is se mera kaam banega, is se meri mujhe madad milegi.</w:t>
      </w:r>
    </w:p>
    <w:p>
      <w:pPr>
        <w:jc w:val="right"/>
      </w:pPr>
      <w:r>
        <w:t>یہ انسان کی نیچر ہے کہ اپنے آپ کو اپنے کو ان کمپلیٹ سمجھتا ہے۔ وہ تو کسی نہ کسی چیز کو وہ مان لیتا ہے کہ اس سے میرا کام بنے گا، اس سے میری مجھے مدد ملے گی۔</w:t>
      </w:r>
    </w:p>
    <w:p>
      <w:r>
        <w:rPr>
          <w:b/>
        </w:rPr>
        <w:t xml:space="preserve">[1:15:37] </w:t>
      </w:r>
      <w:r>
        <w:t>to is ka matlab yeh nahin ke sirf yeh jo jo fardi ma'bood hote hain, unhi ki baat nahin hai. koi apne wealth par kisi ko aa jaata hai ke wealth se bhi madad milegi,</w:t>
      </w:r>
    </w:p>
    <w:p>
      <w:pPr>
        <w:jc w:val="right"/>
      </w:pPr>
      <w:r>
        <w:t>تو اس کا مطلب یہ نہیں کہ صرف یہ جو جو فردی معبود ہوتے ہیں، انہی کی بات نہیں ہے۔ کوئی اپنے ویلتھ پر کسی کو آ جاتا ہے کہ ویلتھ سے بھی مدد ملے گی،</w:t>
      </w:r>
    </w:p>
    <w:p>
      <w:r>
        <w:rPr>
          <w:b/>
        </w:rPr>
        <w:t xml:space="preserve">[1:15:51] </w:t>
      </w:r>
      <w:r>
        <w:t>koi apni army ko samajhta hai ke army meri madadgar hai, koi apni qaum ko samajhta hai ke meri qaum mere peeche hai, khari hui hai. Yani kisi na kisi cheez par insan ko bharosa hota hai.</w:t>
      </w:r>
    </w:p>
    <w:p>
      <w:pPr>
        <w:jc w:val="right"/>
      </w:pPr>
      <w:r>
        <w:t>کوئی اپنی آرمی کو سمجھتا ہے کہ آرمی میری مددگار ہے، کوئی اپنی قوم کو سمجھتا ہے کہ میری قوم میرے پیچھے ہے، کھڑی ہوئی ہے۔ یعنی کسی نہ کسی چیز پر انسان کو بھروسہ ہوتا ہے۔</w:t>
      </w:r>
    </w:p>
    <w:p>
      <w:r>
        <w:rPr>
          <w:b/>
        </w:rPr>
        <w:t xml:space="preserve">[1:16:04] </w:t>
      </w:r>
      <w:r>
        <w:t>koi samajhta hai ke meri family bari strong hai, family meri madad kare gi. To koi bhi aadmi aisa nahi hai jo is se exempted ho, is se mustasna ho.</w:t>
      </w:r>
    </w:p>
    <w:p>
      <w:pPr>
        <w:jc w:val="right"/>
      </w:pPr>
      <w:r>
        <w:t>کوئی سمجھتا ہے کہ میری فیملی بڑی سٹرانگ ہے، فیملی میری مدد کرے گی۔ تو کوئی بھی آدمی ایسا نہیں ہے جو اس سے ایگزیمپٹڈ ہو، اس سے مستثنیٰ ہو۔</w:t>
      </w:r>
    </w:p>
    <w:p>
      <w:r>
        <w:rPr>
          <w:b/>
        </w:rPr>
        <w:t xml:space="preserve">[1:16:22] </w:t>
      </w:r>
      <w:r>
        <w:t>to pehle zamane mein log</w:t>
      </w:r>
    </w:p>
    <w:p>
      <w:pPr>
        <w:jc w:val="right"/>
      </w:pPr>
      <w:r>
        <w:t>تو پہلے زمانے میں لوگ</w:t>
      </w:r>
    </w:p>
    <w:p>
      <w:r>
        <w:rPr>
          <w:b/>
        </w:rPr>
        <w:t xml:space="preserve">[1:16:27] </w:t>
      </w:r>
      <w:r>
        <w:t>buton ko apna samajhte the ke buton se hamara kaam banega, buton par bharosa karte the. Abhi bohat se log aise hain, lekin is zamane mein jo modern world hai, is mein aur aur cheezein nikal aayi hain.</w:t>
      </w:r>
    </w:p>
    <w:p>
      <w:pPr>
        <w:jc w:val="right"/>
      </w:pPr>
      <w:r>
        <w:t>بتوں کو اپنا سمجھتے تھے کہ بتوں سے ہمارا کام بنے گا، بتوں پر بھروسہ کرتے تھے۔ ابھی بہت سے لوگ ایسے ہیں، لیکن اس زمانے میں جو ماڈرن ورلڈ ہے، اس میں اور اور چیزیں نکل آئیں ہیں۔</w:t>
      </w:r>
    </w:p>
    <w:p>
      <w:r>
        <w:rPr>
          <w:b/>
        </w:rPr>
        <w:t xml:space="preserve">[1:16:41] </w:t>
      </w:r>
      <w:r>
        <w:t>wo hain maadi taqat, fauj, hukumat, qaumi taraqqi se le kar ke apni taraf, apni family tak, apni baradari tak, apni qaum tak.</w:t>
      </w:r>
    </w:p>
    <w:p>
      <w:pPr>
        <w:jc w:val="right"/>
      </w:pPr>
      <w:r>
        <w:t>وہ ہیں مادی طاقت، فوج، حکومت، قومی ترقی سے لے کر کے اپنی طرف، اپنی فیملی تک، اپنی برادری تک، اپنی قوم تک۔</w:t>
      </w:r>
    </w:p>
    <w:p>
      <w:r>
        <w:rPr>
          <w:b/>
        </w:rPr>
        <w:t xml:space="preserve">[1:16:55] </w:t>
      </w:r>
      <w:r>
        <w:t>to aadmi in sab cheezon se apna wo kar leta hai bharosa.</w:t>
      </w:r>
    </w:p>
    <w:p>
      <w:pPr>
        <w:jc w:val="right"/>
      </w:pPr>
      <w:r>
        <w:t>تو آدمی ان سب چیزوں سے اپنا وہ کر لیتا ہے بھروسہ۔</w:t>
      </w:r>
    </w:p>
    <w:p>
      <w:r>
        <w:rPr>
          <w:b/>
        </w:rPr>
        <w:t xml:space="preserve">[1:17:03] </w:t>
      </w:r>
      <w:r>
        <w:t>ek ek orientalist ne, ek American scholar ne likha hai ke maine Islam ko parha to maine paya ke "da greatest concern of Islam is Allah".</w:t>
      </w:r>
    </w:p>
    <w:p>
      <w:pPr>
        <w:jc w:val="right"/>
      </w:pPr>
      <w:r>
        <w:t>ایک ایک اورینٹلسٹ نے، ایک امریکن اسکالر نے لکھا ہے کہ میں نے اسلام کو پڑھا تو میں نے پایا کہ "دا گریٹسٹ کنسرن آف اسلام از اللہ"۔</w:t>
      </w:r>
    </w:p>
    <w:p>
      <w:r>
        <w:rPr>
          <w:b/>
        </w:rPr>
        <w:t xml:space="preserve">[1:17:16] </w:t>
      </w:r>
      <w:r>
        <w:t>yeh matlab hai, main samajhta hoon ke ibadat ka matlab hai Khuda ko apna sole concern bana lene.</w:t>
      </w:r>
    </w:p>
    <w:p>
      <w:pPr>
        <w:jc w:val="right"/>
      </w:pPr>
      <w:r>
        <w:t>یہ مطلب ہے، میں سمجھتا ہوں کہ عبادت کا مطلب ہے خدا کو اپنا سول کنسرن بنا لینا۔</w:t>
      </w:r>
    </w:p>
    <w:p>
      <w:r>
        <w:rPr>
          <w:b/>
        </w:rPr>
        <w:t xml:space="preserve">[1:17:27] </w:t>
      </w:r>
      <w:r>
        <w:t>Khuda ko apna sole concern bana l</w:t>
      </w:r>
    </w:p>
    <w:p>
      <w:pPr>
        <w:jc w:val="right"/>
      </w:pPr>
      <w:r>
        <w:t>خدا کو اپنا سول کنسرن بنا ل</w:t>
      </w:r>
    </w:p>
    <w:p>
      <w:r>
        <w:rPr>
          <w:b/>
        </w:rPr>
        <w:t xml:space="preserve">[1:17:30] </w:t>
      </w:r>
      <w:r>
        <w:t>ena. Jab aap aisa karte hain to is ke baad wo sab cheezein apne aap shamil ho jati hain: namaz, roza, hajj, zakat, ibadat, akhlaq, sari cheezein is mein shamil hain.</w:t>
      </w:r>
    </w:p>
    <w:p>
      <w:pPr>
        <w:jc w:val="right"/>
      </w:pPr>
      <w:r>
        <w:t>ینا۔ جب آپ ایسا کرتے ہیں تو اس کے بعد وہ سب چیزیں اپنے آپ شامل ہو جاتی ہیں: نماز، روزہ، حج، زکوۃ، عبادت، اخلاق، ساری چیزیں اس میں شامل ہیں۔</w:t>
      </w:r>
    </w:p>
    <w:p>
      <w:r>
        <w:rPr>
          <w:b/>
        </w:rPr>
        <w:t xml:space="preserve">[1:17:46] </w:t>
      </w:r>
      <w:r>
        <w:t>jis aadmi ne Khuda ko apna sole concern bana liya, goya ke us ki poori zindagi Khuda ke rang mein rang jaye gi, poori zindagi.</w:t>
      </w:r>
    </w:p>
    <w:p>
      <w:pPr>
        <w:jc w:val="right"/>
      </w:pPr>
      <w:r>
        <w:t>جس آدمی نے خدا کو اپنا سول کنسرن بنا لیا، گویا کہ اس کی پوری زندگی خدا کے رنگ میں رنگ جائے گی، پوری زندگی۔</w:t>
      </w:r>
    </w:p>
    <w:p>
      <w:r>
        <w:rPr>
          <w:b/>
        </w:rPr>
        <w:t xml:space="preserve">[1:17:58] </w:t>
      </w:r>
      <w:r>
        <w:t>to ibadat aur istia'at dono ek doosre se jure hue hain ke ek ka matlab hai Khuda ke aage apne ko surrender kar dena,</w:t>
      </w:r>
    </w:p>
    <w:p>
      <w:pPr>
        <w:jc w:val="right"/>
      </w:pPr>
      <w:r>
        <w:t>تو عبادت اور استعارت دونوں ایک دوسرے سے جڑے ہوئے ہیں کہ ایک کا مطلب ہے خدا کے آگے اپنے کو سرینڈر کر دینا،</w:t>
      </w:r>
    </w:p>
    <w:p>
      <w:r>
        <w:rPr>
          <w:b/>
        </w:rPr>
        <w:t xml:space="preserve">[1:18:12] </w:t>
      </w:r>
      <w:r>
        <w:t>Khuda ko apna sole concern bana lene. Doosra jo hai, is ka matlab hai ke dunya mein Khuda ki, Khuda ke, Khuda ka apna bharosa bana lena, Khuda par trust karna,</w:t>
      </w:r>
    </w:p>
    <w:p>
      <w:pPr>
        <w:jc w:val="right"/>
      </w:pPr>
      <w:r>
        <w:t>خدا کو اپنا سول کنسرن بنا لینا۔ دوسرا جو ہے، اس کا مطلب ہے کہ دنیا میں خدا کی، خدا کے، خدا کا اپنا بھروسہ بنا لینا، خدا پر ٹرسٹ کرنا،</w:t>
      </w:r>
    </w:p>
    <w:p>
      <w:r>
        <w:rPr>
          <w:b/>
        </w:rPr>
        <w:t xml:space="preserve">[1:18:27] </w:t>
      </w:r>
      <w:r>
        <w:t>har mauqe par yeh yeh samajhna ke Khuda hi ki madad se mera kaam banega, warna banne wala nahi hai. Khuda ko apna karsaz samajh lena, wali-e-karsaz.</w:t>
      </w:r>
    </w:p>
    <w:p>
      <w:pPr>
        <w:jc w:val="right"/>
      </w:pPr>
      <w:r>
        <w:t>ہر موقع پر یہ یہ سمجھنا کہ خدا ہی کی مدد سے میرا کام بنے گا، ورنہ بننے والا نہیں ہے۔ خدا کو اپنا کارساز سمجھ لینا، ولی و کارساز۔</w:t>
      </w:r>
    </w:p>
    <w:p>
      <w:r>
        <w:rPr>
          <w:b/>
        </w:rPr>
        <w:t xml:space="preserve">[1:18:40] </w:t>
      </w:r>
      <w:r>
        <w:t>yeh matlab hai "Iyyaka na'budu wa iyyaka nasta'in" ka. Ab dekhiye, agli ayat jo hai, wo hai "Ihdina as-sirat al-mustaqim".</w:t>
      </w:r>
    </w:p>
    <w:p>
      <w:pPr>
        <w:jc w:val="right"/>
      </w:pPr>
      <w:r>
        <w:t>یہ مطلب ہے "ایاک نعبد وایاک نستعین" کا۔ اب دیکھیے، اگلی آیت جو ہے، وہ ہے "اہدنا الصراط المستقیم"۔</w:t>
      </w:r>
    </w:p>
    <w:p>
      <w:r>
        <w:rPr>
          <w:b/>
        </w:rPr>
        <w:t xml:space="preserve">[1:18:56] </w:t>
      </w:r>
      <w:r>
        <w:t>hum ko dikha seedha rasta. "As-sirat al-mustaqim" ka matlab hai seedha rasta. Jaise ke aap jante hain ke road jo hain, ek to highway hoti hai,</w:t>
      </w:r>
    </w:p>
    <w:p>
      <w:pPr>
        <w:jc w:val="right"/>
      </w:pPr>
      <w:r>
        <w:t>ہم کو دکھا سیدھا راستہ۔ "الصراط المستقیم" کا مطلب ہے سیدھا راستہ۔ جیسے کہ آپ جانتے ہیں کہ روڈ جو ہیں، ایک تو ہائی وے ہوتی ہے،</w:t>
      </w:r>
    </w:p>
    <w:p>
      <w:r>
        <w:rPr>
          <w:b/>
        </w:rPr>
        <w:t xml:space="preserve">[1:19:13] </w:t>
      </w:r>
      <w:r>
        <w:t>ek side pe jati hain sarkein choti choti. To sirat kehte hain highway ko. Seedha chala ja raha ho</w:t>
      </w:r>
    </w:p>
    <w:p>
      <w:pPr>
        <w:jc w:val="right"/>
      </w:pPr>
      <w:r>
        <w:t>ایک سائیڈ پہ جاتی ہیں سڑکیں چھوٹی چھوٹی۔ تو صراط کہتے ہیں ہائی وے کو۔ سیدھا چلا جا رہا ہو</w:t>
      </w:r>
    </w:p>
    <w:p>
      <w:r>
        <w:rPr>
          <w:b/>
        </w:rPr>
        <w:t xml:space="preserve">[1:19:24] </w:t>
      </w:r>
      <w:r>
        <w:t>to hamein sachai ka rasta dikha, jo seedha rasta ho aur jo chalte chalte jis par hum tere paas pahunch jayein.</w:t>
      </w:r>
    </w:p>
    <w:p>
      <w:pPr>
        <w:jc w:val="right"/>
      </w:pPr>
      <w:r>
        <w:t>تو ہمیں سچائی کا راستہ دکھا، جو سیدھا راستہ ہو اور جو چلتے چلتے جس پر ہم تیرے پاس پہنچ جائیں۔</w:t>
      </w:r>
    </w:p>
    <w:p>
      <w:r>
        <w:rPr>
          <w:b/>
        </w:rPr>
        <w:t xml:space="preserve">[1:19:36] </w:t>
      </w:r>
      <w:r>
        <w:t>"Ihdina as-sirat al-mustaqim" . Kyun ke dekhiye, insan dunya mein sachai ka rasta janne ke liye Khuda ka mohtaj hai.</w:t>
      </w:r>
    </w:p>
    <w:p>
      <w:pPr>
        <w:jc w:val="right"/>
      </w:pPr>
      <w:r>
        <w:t>"اہدنا الصراط المستقیم"۔ کیونکہ دیکھیے، انسان دنیا میں سچائی کا راستہ جاننے کے لیے خدا کا محتاج ہے۔</w:t>
      </w:r>
    </w:p>
    <w:p>
      <w:r>
        <w:rPr>
          <w:b/>
        </w:rPr>
        <w:t xml:space="preserve">[1:19:49] </w:t>
      </w:r>
      <w:r>
        <w:t>dunya mein aadmi ki itni zyada conditioning hoti hai,</w:t>
      </w:r>
    </w:p>
    <w:p>
      <w:pPr>
        <w:jc w:val="right"/>
      </w:pPr>
      <w:r>
        <w:t>دنیا میں آدمی کی اتنی زیادہ کنڈیشننگ ہوتی ہے،</w:t>
      </w:r>
    </w:p>
    <w:p>
      <w:r>
        <w:rPr>
          <w:b/>
        </w:rPr>
        <w:t xml:space="preserve">[1:19:54] </w:t>
      </w:r>
      <w:r>
        <w:t>itne zyada ehsasat us ke upar chhaye rehte hain, bohat sare bias hote hain, bohat sare complex hote hain jinhein wo jeeta hai.</w:t>
      </w:r>
    </w:p>
    <w:p>
      <w:pPr>
        <w:jc w:val="right"/>
      </w:pPr>
      <w:r>
        <w:t>اتنے زیادہ احساسات اس کے اوپر چھائے رہتے ہیں، بہت سارے بائس ہوتے ہیں، بہت سارے کمپلیکس ہوتے ہیں جنہیں وہ جیتا ہے۔</w:t>
      </w:r>
    </w:p>
    <w:p>
      <w:r>
        <w:rPr>
          <w:b/>
        </w:rPr>
        <w:t xml:space="preserve">[1:20:07] </w:t>
      </w:r>
      <w:r>
        <w:t>in sab se nikal kar ke sachai ko pana, sache raste ko pa lena, yeh koi aasan kaam nahi hai,</w:t>
      </w:r>
    </w:p>
    <w:p>
      <w:pPr>
        <w:jc w:val="right"/>
      </w:pPr>
      <w:r>
        <w:t>ان سب سے نکل کر کے سچائی کو پانا، سچے راستے کو پا لینا، یہ کوئی آسان کام نہیں ہے،</w:t>
      </w:r>
    </w:p>
    <w:p>
      <w:r>
        <w:rPr>
          <w:b/>
        </w:rPr>
        <w:t xml:space="preserve">[1:20:17] </w:t>
      </w:r>
      <w:r>
        <w:t>aasan kaam nahi hai. Yani Khuda ki madad zaroori hai is ke aadmi tamam jo rukawatein hain, is se bahar aa kar ke sachai ka rasta jaan le.</w:t>
      </w:r>
    </w:p>
    <w:p>
      <w:pPr>
        <w:jc w:val="right"/>
      </w:pPr>
      <w:r>
        <w:t>آسان کام نہیں ہے۔ یعنی خدا کی مدد ضروری ہے اس کہ آدمی تمام جو رکاوٹیں ہیں، اس سے باہر آ کر کے سچائی کا راستہ جان لے۔</w:t>
      </w:r>
    </w:p>
    <w:p>
      <w:r>
        <w:rPr>
          <w:b/>
        </w:rPr>
        <w:t xml:space="preserve">[1:20:34] </w:t>
      </w:r>
      <w:r>
        <w:t>insan koi machine nahi hai, insan ek aisi makhlooq hai jo har waqt mutassir hota hai cheezon se.</w:t>
      </w:r>
    </w:p>
    <w:p>
      <w:pPr>
        <w:jc w:val="right"/>
      </w:pPr>
      <w:r>
        <w:t>انسان کوئی مشین نہیں ہے، انسان ایک ایسی مخلوق ہے جو ہر وقت متاثر ہوتا ہے چیزوں سے۔</w:t>
      </w:r>
    </w:p>
    <w:p>
      <w:r>
        <w:rPr>
          <w:b/>
        </w:rPr>
        <w:t xml:space="preserve">[1:20:42] </w:t>
      </w:r>
      <w:r>
        <w:t>to yeh jo mutassir hota hai, is ki wajah se aadmi ka zehen jo hai, us par tarah tarah ke cover chadh jate hain, conditioning ki wajah se, bias ki wajah se, kisi khandan mein, kisi family mein, kisi qaum mein paida hone ki wajah se, mutalliq ki wajah se.</w:t>
      </w:r>
    </w:p>
    <w:p>
      <w:pPr>
        <w:jc w:val="right"/>
      </w:pPr>
      <w:r>
        <w:t>تو یہ جو متاثر ہوتا ہے، اس کی وجہ سے آدمی کا ذہن جو ہے، اس پر طرح طرح کے کور چڑھ جاتے ہیں، کنڈیشننگ کی وجہ سے، بائس کی وجہ سے، کسی خاندان میں، کسی فیملی میں، کسی قوم میں پیدا ہونے کی وجہ سے، متعلق کی وجہ سے۔</w:t>
      </w:r>
    </w:p>
    <w:p>
      <w:r>
        <w:rPr>
          <w:b/>
        </w:rPr>
        <w:t xml:space="preserve">[1:21:04] </w:t>
      </w:r>
      <w:r>
        <w:t>bahut se asbab aise hote hain, is ki wajah se aadmi objective tor par soch nahi pata.</w:t>
      </w:r>
    </w:p>
    <w:p>
      <w:pPr>
        <w:jc w:val="right"/>
      </w:pPr>
      <w:r>
        <w:t>بہت سے اسباب ایسے ہوتے ہیں، اس کی وجہ سے آدمی ابجیکٹو طور پر سوچ نہیں پاتا۔</w:t>
      </w:r>
    </w:p>
    <w:p>
      <w:r>
        <w:rPr>
          <w:b/>
        </w:rPr>
        <w:t xml:space="preserve">[1:21:12] </w:t>
      </w:r>
      <w:r>
        <w:t>to insaan Khuda se dua karta hai: "Khudaya, mujhe tofeeq de ke main saare pardo ko hata kar ke tujhe daryaft kar sakoon. " yeh hai dua jo ek banda Khuda se karta hai.</w:t>
      </w:r>
    </w:p>
    <w:p>
      <w:pPr>
        <w:jc w:val="right"/>
      </w:pPr>
      <w:r>
        <w:t>تو انسان خدا سے دعا کرتا ہے: "خدایا، مجھے توفیق دے کہ میں سارے پردوں کو ہٹا کر کے تجھے دریافت کر سکوں۔" یہ ہے دعا جو ایک بندہ خدا سے کرتا ہے۔</w:t>
      </w:r>
    </w:p>
    <w:p>
      <w:r>
        <w:rPr>
          <w:b/>
        </w:rPr>
        <w:t xml:space="preserve">[1:21:38] </w:t>
      </w:r>
      <w:r>
        <w:t>jaisa ke maine arz kiya, Surah Fatiha</w:t>
      </w:r>
    </w:p>
    <w:p>
      <w:pPr>
        <w:jc w:val="right"/>
      </w:pPr>
      <w:r>
        <w:t>جیسا کہ میں نے عرض کیا، سورہ فاتحہ</w:t>
      </w:r>
    </w:p>
    <w:p>
      <w:r>
        <w:rPr>
          <w:b/>
        </w:rPr>
        <w:t xml:space="preserve">[1:21:46] </w:t>
      </w:r>
      <w:r>
        <w:t>asal mein dua hai. dua ka matlab yeh nahi ke hum is ke alfaaz yaad kar lein, is ko dohrate rahein.</w:t>
      </w:r>
    </w:p>
    <w:p>
      <w:pPr>
        <w:jc w:val="right"/>
      </w:pPr>
      <w:r>
        <w:t>اصل میں دعا ہے۔ دعا کا مطلب یہ نہیں کہ ہم اس کے الفاظ یاد کر لیں، اس کو دہراتے رہیں۔</w:t>
      </w:r>
    </w:p>
    <w:p>
      <w:r>
        <w:rPr>
          <w:b/>
        </w:rPr>
        <w:t xml:space="preserve">[1:21:57] </w:t>
      </w:r>
      <w:r>
        <w:t>nahi, dua ka matlab yeh hai ke Surah Fatiha yeh batati hai ke ek sache insaan ke andar, ek aisa insaan jis ko Khuda ki discovery ho gayi ho,</w:t>
      </w:r>
    </w:p>
    <w:p>
      <w:pPr>
        <w:jc w:val="right"/>
      </w:pPr>
      <w:r>
        <w:t>نہیں، دعا کا مطلب یہ ہے کہ سورہ فاتحہ یہ بتاتی ہے کہ ایک سچے انسان کے اندر، ایک ایسا انسان جس کو خدا کی ڈسکوری ہو گئی ہو،</w:t>
      </w:r>
    </w:p>
    <w:p>
      <w:r>
        <w:rPr>
          <w:b/>
        </w:rPr>
        <w:t xml:space="preserve">[1:22:15] </w:t>
      </w:r>
      <w:r>
        <w:t>to is ke andar kis qism ke jazbaat ubharte hain, is ki soch kya hoti hai, us ke jazbaat kya hote hain, us ke ehsaasaat kya hote hain.</w:t>
      </w:r>
    </w:p>
    <w:p>
      <w:pPr>
        <w:jc w:val="right"/>
      </w:pPr>
      <w:r>
        <w:t>تو اس کے اندر کس قسم کے جذبات ابھرتے ہیں، اس کی سوچ کیا ہوتی ہے، اس کے جذبات کیا ہوتے ہیں، اس کے احساسات کیا ہوتے ہیں۔</w:t>
      </w:r>
    </w:p>
    <w:p>
      <w:r>
        <w:rPr>
          <w:b/>
        </w:rPr>
        <w:t xml:space="preserve">[1:22:27] </w:t>
      </w:r>
      <w:r>
        <w:t>to yeh Surah Fatiha jo hai, darasal isi rabbani ehsaasaat ka lafzon mein izhaar hai.</w:t>
      </w:r>
    </w:p>
    <w:p>
      <w:pPr>
        <w:jc w:val="right"/>
      </w:pPr>
      <w:r>
        <w:t>تو یہ سورہ فاتحہ جو ہے، دراصل اسی ربانی احساسات کا لفظوں میں اظہار ہے۔</w:t>
      </w:r>
    </w:p>
    <w:p>
      <w:r>
        <w:rPr>
          <w:b/>
        </w:rPr>
        <w:t xml:space="preserve">[1:22:39] </w:t>
      </w:r>
      <w:r>
        <w:t>to</w:t>
      </w:r>
    </w:p>
    <w:p>
      <w:pPr>
        <w:jc w:val="right"/>
      </w:pPr>
      <w:r>
        <w:t>تو</w:t>
      </w:r>
    </w:p>
    <w:p>
      <w:r>
        <w:rPr>
          <w:b/>
        </w:rPr>
        <w:t xml:space="preserve">[1:22:44] </w:t>
      </w:r>
      <w:r>
        <w:t>yeh jo hai "Ihdinas Siratal Mustaqeem", is ka matlab kya hai? is ka matlab yeh hai ke jab aadmi Khuda ko daryaft karta hai to fitri tor par is ke andar yeh aata hai ke woh sahi rasta,</w:t>
      </w:r>
    </w:p>
    <w:p>
      <w:pPr>
        <w:jc w:val="right"/>
      </w:pPr>
      <w:r>
        <w:t>یہ جو ہے "اہدنا الصراط المستقیم"، اس کا مطلب کیا ہے؟ اس کا مطلب یہ ہے کہ جب آدمی خدا کو دریافت کرتا ہے تو فطری طور پر اس کے اندر یہ آتا ہے کہ وہ صحیح راستہ،</w:t>
      </w:r>
    </w:p>
    <w:p>
      <w:r>
        <w:rPr>
          <w:b/>
        </w:rPr>
        <w:t xml:space="preserve">[1:23:05] </w:t>
      </w:r>
      <w:r>
        <w:t>jis mein bhatakne ka na andesha ho, kaun hai jis se main Khuda tak pahunch jaaun? yaani goya ke yeh sab jo ayat, jo jo aayatein hain, woh Khuda ki daryaft ki aayatein hain.</w:t>
      </w:r>
    </w:p>
    <w:p>
      <w:pPr>
        <w:jc w:val="right"/>
      </w:pPr>
      <w:r>
        <w:t>جس میں بھٹکنے کا نہ اندیشہ ہو، کون ہے جس سے میں خدا تک پہنچ جاؤں؟ یعنی گویا کہ یہ سب جو آیت، جو جو آیتیں ہیں، وہ خدا کی دریافت کی آیتیں ہیں۔</w:t>
      </w:r>
    </w:p>
    <w:p>
      <w:r>
        <w:rPr>
          <w:b/>
        </w:rPr>
        <w:t xml:space="preserve">[1:23:23] </w:t>
      </w:r>
      <w:r>
        <w:t>Khuda ko daryaft kar ke insaan ki zabaan se nikla: "Bismillah Rehmanir Rahim". Khuda ko daryaft kar ke insaan ki zabaan se nikla: "Alhamdulillah Rabbil Alameen".</w:t>
      </w:r>
    </w:p>
    <w:p>
      <w:pPr>
        <w:jc w:val="right"/>
      </w:pPr>
      <w:r>
        <w:t>خدا کو دریافت کر کے انسان کی زبان سے نکلا: "بسم اللہ الرحمن الرحیم"۔ خدا کی دریافت کر کے انسان کی زبان سے نکلا: "الحمدللہ رب العالمین"۔</w:t>
      </w:r>
    </w:p>
    <w:p>
      <w:r>
        <w:rPr>
          <w:b/>
        </w:rPr>
        <w:t xml:space="preserve">[1:23:36] </w:t>
      </w:r>
      <w:r>
        <w:t>Khuda ko daryaft kar ke insaan ki zabaan se nikla: "Arrehmanir Rahim". Khuda ko daryaft kar ke insaan ki zabaan se nikla: "Maliki Yawmid Deen".</w:t>
      </w:r>
    </w:p>
    <w:p>
      <w:pPr>
        <w:jc w:val="right"/>
      </w:pPr>
      <w:r>
        <w:t>خدا کو دریافت کر کے انسان کی زبان سے نکلا: "الرحمن الرحیم"۔ خدا کو دریافت کر کے انسان کی زبان سے نکلا: "مالک یوم الدین"۔</w:t>
      </w:r>
    </w:p>
    <w:p>
      <w:r>
        <w:rPr>
          <w:b/>
        </w:rPr>
        <w:t xml:space="preserve">[1:23:50] </w:t>
      </w:r>
      <w:r>
        <w:t>Khuda ko daryaft kar ke insaan ki zabaan se yeh nikla ke: "Iyyaka na'budu wa iyyaka nasta'een". isi tarah yeh darasal daryaft ka kalma hai ya marifat ka, marifat ki awaaz hai.</w:t>
      </w:r>
    </w:p>
    <w:p>
      <w:pPr>
        <w:jc w:val="right"/>
      </w:pPr>
      <w:r>
        <w:t>خدا کو دریافت کر کے انسان کی زبان سے یہ نکلا کہ: "ایاک نعبد وایاک نستعین"۔ اسی طرح یہ دراصل دریافت کا کلمہ ہے یا معرفت کا، معرفت کی آواز ہے۔</w:t>
      </w:r>
    </w:p>
    <w:p>
      <w:r>
        <w:rPr>
          <w:b/>
        </w:rPr>
        <w:t xml:space="preserve">[1:24:09] </w:t>
      </w:r>
      <w:r>
        <w:t>insaan ko jab marifat hoti hai Khuda ki to saath saath apni apni kami'on ki marifat hoti hai.</w:t>
      </w:r>
    </w:p>
    <w:p>
      <w:pPr>
        <w:jc w:val="right"/>
      </w:pPr>
      <w:r>
        <w:t>انسان کو جب معرفت ہوتی ہے خدا کی تو ساتھ ساتھ اپنی اپنی کمیوں کی معرفت ہوتی ہے۔</w:t>
      </w:r>
    </w:p>
    <w:p>
      <w:r>
        <w:rPr>
          <w:b/>
        </w:rPr>
        <w:t xml:space="preserve">[1:24:18] </w:t>
      </w:r>
      <w:r>
        <w:t>yaani Khuda la-mehdoood tor par kamalat ka malik hai, lekin insaan mahdoodiyat'on ka shikaar hai, insaan ki limitations hain.</w:t>
      </w:r>
    </w:p>
    <w:p>
      <w:pPr>
        <w:jc w:val="right"/>
      </w:pPr>
      <w:r>
        <w:t>یعنی خدا لامحدود طور پر کمالات کا مالک ہے، لیکن انسان محدودیتوں کا شکار ہے، انسان کی لیمیٹیشنز ہیں۔</w:t>
      </w:r>
    </w:p>
    <w:p>
      <w:r>
        <w:rPr>
          <w:b/>
        </w:rPr>
        <w:t xml:space="preserve">[1:24:31] </w:t>
      </w:r>
      <w:r>
        <w:t>Khuda ko daryaft karna doosre aitbaar se khud apni limitations ko daryaft karna hai, apni kami'on ko, apni limitations ko, mahdoodiyat ko daryaft karna hai.</w:t>
      </w:r>
    </w:p>
    <w:p>
      <w:pPr>
        <w:jc w:val="right"/>
      </w:pPr>
      <w:r>
        <w:t>خدا کو دریافت کرنا دوسرے اعتبار سے خود اپنی لیمیٹیشنز کو دریافت کرنا ہے، اپنی کمیوں کو، اپنی لیمیٹیشنز کو، محدودیت کو دریافت کرنا ہے۔</w:t>
      </w:r>
    </w:p>
    <w:p>
      <w:r>
        <w:rPr>
          <w:b/>
        </w:rPr>
        <w:t xml:space="preserve">[1:24:43] </w:t>
      </w:r>
      <w:r>
        <w:t>is liye insaan ke andar fitri tor par yeh jazba aata hai ke ab main karoon kya, kya rasta ikhtiyar karoon? kyunke raaste hain, aap jante hain ke is par aadmi bhatakta hai, aadmi kahin ka kahin pahunch jata hai.</w:t>
      </w:r>
    </w:p>
    <w:p>
      <w:pPr>
        <w:jc w:val="right"/>
      </w:pPr>
      <w:r>
        <w:t>اس لیے انسان کے اندر فطری طور پر یہ جذبہ آتا ہے کہ اب میں کروں کیا، کیا راستہ اختیار کروں؟ کیونکہ راستے ہیں، آپ جانتے ہیں کہ اس پر آدمی بھٹکتا ہے، آدمی کہیں کا کہیں پہنچ جاتا ہے۔</w:t>
      </w:r>
    </w:p>
    <w:p>
      <w:r>
        <w:rPr>
          <w:b/>
        </w:rPr>
        <w:t xml:space="preserve">[1:24:59] </w:t>
      </w:r>
      <w:r>
        <w:t>to undoubtedly kaun sa rasta hai jo mujhe seedha chalaye aur Khuda tak pahunchaye? to is ke liye insaan dua kar raha hai: "Ihdinas Siratal Mustaqeem".</w:t>
      </w:r>
    </w:p>
    <w:p>
      <w:pPr>
        <w:jc w:val="right"/>
      </w:pPr>
      <w:r>
        <w:t>تو ان ڈاؤٹڈلی کون سا راستہ ہے جو مجھے سیدھا چلائے اور خدا تک پہنچائے؟ تو اس کے لیے انسان دعا کر رہا ہے: "اہدنا الصراط المستقیم"۔</w:t>
      </w:r>
    </w:p>
    <w:p>
      <w:r>
        <w:rPr>
          <w:b/>
        </w:rPr>
        <w:t xml:space="preserve">[1:25:12] </w:t>
      </w:r>
      <w:r>
        <w:t>ae Khuda, mujhe seedha rasta dikha. seedha rasta ka matlab kya hai?</w:t>
      </w:r>
    </w:p>
    <w:p>
      <w:pPr>
        <w:jc w:val="right"/>
      </w:pPr>
      <w:r>
        <w:t>اے خدا، مجھے سیدھا راستہ دکھا۔ سیدھا راستہ کا مطلب کیا ہے؟</w:t>
      </w:r>
    </w:p>
    <w:p>
      <w:r>
        <w:rPr>
          <w:b/>
        </w:rPr>
        <w:t xml:space="preserve">[1:25:21] </w:t>
      </w:r>
      <w:r>
        <w:t>yaani kai raston mein se woh rasta jo seedha seedha jata hai.</w:t>
      </w:r>
    </w:p>
    <w:p>
      <w:pPr>
        <w:jc w:val="right"/>
      </w:pPr>
      <w:r>
        <w:t>یعنی کئی راستوں میں سے وہ راستہ جو سیدھا سیدھا جاتا ہے۔</w:t>
      </w:r>
    </w:p>
    <w:p>
      <w:r>
        <w:rPr>
          <w:b/>
        </w:rPr>
        <w:t xml:space="preserve">[1:25:29] </w:t>
      </w:r>
      <w:r>
        <w:t>raston mein dekhiye, agar aap door tak sochein to duniya mein raaste hi raaste har taraf dikhai padte hain.</w:t>
      </w:r>
    </w:p>
    <w:p>
      <w:pPr>
        <w:jc w:val="right"/>
      </w:pPr>
      <w:r>
        <w:t>راستوں میں دیکھیے، اگر آپ دور تک سوچیں تو دنیا میں راستے ہی راستے ہر طرف دکھائی پڑتے ہیں۔</w:t>
      </w:r>
    </w:p>
    <w:p>
      <w:r>
        <w:rPr>
          <w:b/>
        </w:rPr>
        <w:t xml:space="preserve">[1:25:42] </w:t>
      </w:r>
      <w:r>
        <w:t>to aadmi kaise tay kare ke yeh rasta hai Khuda tak jaane wala? har aadmi khara hua awaaz de raha hai ke dekho, yeh hai rasta.</w:t>
      </w:r>
    </w:p>
    <w:p>
      <w:pPr>
        <w:jc w:val="right"/>
      </w:pPr>
      <w:r>
        <w:t>تو آدمی کیسے طے کرے کہ یہ راستہ ہے خدا تک جانے والا؟ ہر آدمی کھڑا ہوا آواز دے رہا ہے کہ دیکھو، یہ ہے راستہ۔</w:t>
      </w:r>
    </w:p>
    <w:p>
      <w:r>
        <w:rPr>
          <w:b/>
        </w:rPr>
        <w:t xml:space="preserve">[1:25:54] </w:t>
      </w:r>
      <w:r>
        <w:t>to insaan Khuda ki madad ke baghair yeh jaan nahi sakta ke kaun sa rasta woh hai jo seedha Khuda tak pahunchaye.</w:t>
      </w:r>
    </w:p>
    <w:p>
      <w:pPr>
        <w:jc w:val="right"/>
      </w:pPr>
      <w:r>
        <w:t>تو انسان خدا کی مدد کے بغیر یہ جان نہیں سکتا کہ کون سا راستہ وہ ہے جو سیدھا خدا تک پہنچائے۔</w:t>
      </w:r>
    </w:p>
    <w:p>
      <w:r>
        <w:rPr>
          <w:b/>
        </w:rPr>
        <w:t xml:space="preserve">[1:26:05] </w:t>
      </w:r>
      <w:r>
        <w:t>is ke liye Khuda ki madad insaan chahta hai.</w:t>
      </w:r>
    </w:p>
    <w:p>
      <w:pPr>
        <w:jc w:val="right"/>
      </w:pPr>
      <w:r>
        <w:t>اس کے لیے خدا کی مدد انسان چاہتا ہے۔</w:t>
      </w:r>
    </w:p>
    <w:p>
      <w:r>
        <w:rPr>
          <w:b/>
        </w:rPr>
        <w:t xml:space="preserve">[1:26:11] </w:t>
      </w:r>
      <w:r>
        <w:t>is ke silsile mein ek hadith aati hai ke Rasool Allah Sal Allahu Alaihi Wasallam ne zameen par ek lakeer khinchi, ek seedhi bilkul straight line.</w:t>
      </w:r>
    </w:p>
    <w:p>
      <w:pPr>
        <w:jc w:val="right"/>
      </w:pPr>
      <w:r>
        <w:t>اس کے سلسلے میں ایک حدیث آتی ہے کہ رسول اللہ صلی اللہ علیہ وسلم نے زمین پر ایک لکیر کھینچی، ایک سیدھی بالکل اسٹریٹ لائن۔</w:t>
      </w:r>
    </w:p>
    <w:p>
      <w:r>
        <w:rPr>
          <w:b/>
        </w:rPr>
        <w:t xml:space="preserve">[1:26:23] </w:t>
      </w:r>
      <w:r>
        <w:t>phir aap ne idhar udhar lakeerein kheench dein to aap ne bataya ke yeh hai sirat-e-mustaqeem. matlab aik hai seedha highway aur aik hai idhar udhar ke rastay.</w:t>
      </w:r>
    </w:p>
    <w:p>
      <w:pPr>
        <w:jc w:val="right"/>
      </w:pPr>
      <w:r>
        <w:t>پھر آپ نے ادھر ادھر لکیریں کھینچ دیں تو آپ نے بتایا کہ یہ ہے صراط مستقیم۔ مطلب ایک ہے سیدھا ہائی وے اور ایک ہے ادھر ادھر کے راستے۔</w:t>
      </w:r>
    </w:p>
    <w:p>
      <w:r>
        <w:rPr>
          <w:b/>
        </w:rPr>
        <w:t xml:space="preserve">[1:26:40] </w:t>
      </w:r>
      <w:r>
        <w:t>to</w:t>
      </w:r>
    </w:p>
    <w:p>
      <w:pPr>
        <w:jc w:val="right"/>
      </w:pPr>
      <w:r>
        <w:t>تو</w:t>
      </w:r>
    </w:p>
    <w:p>
      <w:r>
        <w:rPr>
          <w:b/>
        </w:rPr>
        <w:t xml:space="preserve">[1:26:42] </w:t>
      </w:r>
      <w:r>
        <w:t>aadmi baar baar is andeshe mein hai ke idhar udhar ke rastay mein bhatakta hai. woh bhatakta kaise hai? kabhi aisa hota hai ke aadmi ki khwahishat zor kar ke kayi taraf chala deti hain us ko.</w:t>
      </w:r>
    </w:p>
    <w:p>
      <w:pPr>
        <w:jc w:val="right"/>
      </w:pPr>
      <w:r>
        <w:t>آدمی بار بار اس اندیشے میں ہے کہ ادھر ادھر کے راستے میں بھٹکتا ہے۔ وہ بھٹکتا کیسے ہے؟ کبھی ایسا ہوتا ہے کہ آدمی کی خواہشات زور کر کے کئی طرف چلا دیتی ہیں اس کو۔</w:t>
      </w:r>
    </w:p>
    <w:p>
      <w:r>
        <w:rPr>
          <w:b/>
        </w:rPr>
        <w:t xml:space="preserve">[1:26:55] </w:t>
      </w:r>
      <w:r>
        <w:t>kabhi aisa hota hai ke koi aadmi ghalat reasoning ke zariye usay behka deta hai, idhar chal parta hai woh. kabhi aisa hota hai ke bias hotay hain aadmi ke andar, us ki taraf chal parta hai woh.</w:t>
      </w:r>
    </w:p>
    <w:p>
      <w:pPr>
        <w:jc w:val="right"/>
      </w:pPr>
      <w:r>
        <w:t>کبھی ایسا ہوتا ہے کہ کوئی آدمی غلط ریزننگ کے ذریعے اسے بہکا دیتا ہے، ادھر چل پڑتا ہے وہ۔ کبھی ایسا ہوتا ہے کہ بائس ہوتے ہیں آدمی کے اندر، اس کی طرف چل پڑتا ہے وہ۔</w:t>
      </w:r>
    </w:p>
    <w:p>
      <w:r>
        <w:rPr>
          <w:b/>
        </w:rPr>
        <w:t xml:space="preserve">[1:27:11] </w:t>
      </w:r>
      <w:r>
        <w:t>to is tarah ka hota hai. to in sab se apnay ko bachana yeh bohat mushkil kaam hai. aadmi kis tarah tamam jo awatif hain,</w:t>
      </w:r>
    </w:p>
    <w:p>
      <w:pPr>
        <w:jc w:val="right"/>
      </w:pPr>
      <w:r>
        <w:t>تو اس طرح کا ہوتا ہے۔ تو ان سب سے اپنے کو بچانا یہ بہت مشکل کام ہے۔ آدمی کس طرح تمام جو عواطف ہیں،</w:t>
      </w:r>
    </w:p>
    <w:p>
      <w:r>
        <w:rPr>
          <w:b/>
        </w:rPr>
        <w:t xml:space="preserve">[1:27:25] </w:t>
      </w:r>
      <w:r>
        <w:t>jo mukhtalif qism ke jo deviated rastay hain, yani asal rastay se deviation jo baar baar hota hai, to kaun se rastay to deviated raston se bachta hua aadmi seedhay rastay par chalta rahay,</w:t>
      </w:r>
    </w:p>
    <w:p>
      <w:pPr>
        <w:jc w:val="right"/>
      </w:pPr>
      <w:r>
        <w:t>جو مختلف قسم کے جو ڈیویٹڈ راستے ہیں، یعنی اصل راستے سے ڈیوی ایشن جو بار بار ہوتا ہے، تو کون سے راستے تو ڈیویٹڈ راستوں سے بچتا ہوا آدمی سیدھے راستے پر چلتا رہے،</w:t>
      </w:r>
    </w:p>
    <w:p>
      <w:r>
        <w:rPr>
          <w:b/>
        </w:rPr>
        <w:t xml:space="preserve">[1:27:42] </w:t>
      </w:r>
      <w:r>
        <w:t>woh Khuda ki madad hi se insaan jaan sakta hai.</w:t>
      </w:r>
    </w:p>
    <w:p>
      <w:pPr>
        <w:jc w:val="right"/>
      </w:pPr>
      <w:r>
        <w:t>وہ خدا کی مدد ہی سے انسان جان سکتا ہے۔</w:t>
      </w:r>
    </w:p>
    <w:p>
      <w:r>
        <w:rPr>
          <w:b/>
        </w:rPr>
        <w:t xml:space="preserve">[1:27:48] </w:t>
      </w:r>
      <w:r>
        <w:t>Khuda ki madad ke baghair insaan nahi jaan sakta. to isi ko farmaya ke "اهدنا الصراط المستقیم".</w:t>
      </w:r>
    </w:p>
    <w:p>
      <w:pPr>
        <w:jc w:val="right"/>
      </w:pPr>
      <w:r>
        <w:t>خدا کی مدد کے بغیر انسان نہیں جان سکتا۔ تو اسی کو فرمایا کہ "اہدنا الصراط المستقیم"۔</w:t>
      </w:r>
    </w:p>
    <w:p>
      <w:r>
        <w:rPr>
          <w:b/>
        </w:rPr>
        <w:t xml:space="preserve">[1:27:59] </w:t>
      </w:r>
      <w:r>
        <w:t>kyun ke agar aadmi zara sa bhi bhaag jaye to kahin kahin pohanch jayega.</w:t>
      </w:r>
    </w:p>
    <w:p>
      <w:pPr>
        <w:jc w:val="right"/>
      </w:pPr>
      <w:r>
        <w:t>کیونکہ اگر آدمی ذرا سا بھی بھاگ جائے تو کہیں کہیں پہنچ جائے گا۔</w:t>
      </w:r>
    </w:p>
    <w:p>
      <w:r>
        <w:rPr>
          <w:b/>
        </w:rPr>
        <w:t xml:space="preserve">[1:28:06] </w:t>
      </w:r>
      <w:r>
        <w:t>zara sa bhaag jaye to kahin kahin pohanch jayega.</w:t>
      </w:r>
    </w:p>
    <w:p>
      <w:pPr>
        <w:jc w:val="right"/>
      </w:pPr>
      <w:r>
        <w:t>ذرا سا بھاگ جائے تو کہیں کہیں پہنچ جائے گا۔</w:t>
      </w:r>
    </w:p>
    <w:p>
      <w:r>
        <w:rPr>
          <w:b/>
        </w:rPr>
        <w:t xml:space="preserve">[1:28:09] </w:t>
      </w:r>
      <w:r>
        <w:t>misal ke taur par agar aadmi ka darya aaye ke jis tarah badshahon ke haan zariye hotay hain, wasail hotay hain, to aisay hi Khuda ke haan bhi wasail hain.</w:t>
      </w:r>
    </w:p>
    <w:p>
      <w:pPr>
        <w:jc w:val="right"/>
      </w:pPr>
      <w:r>
        <w:t>مثال کے طور پر اگر آدمی کا دریا آ جائے کہ جس طرح بادشاہوں کے ہاں ذریعے ہوتے ہیں، وسیلے ہوتے ہیں، تو ایسے ہی خدا کے ہاں بھی وسیلے ہیں۔</w:t>
      </w:r>
    </w:p>
    <w:p>
      <w:r>
        <w:rPr>
          <w:b/>
        </w:rPr>
        <w:t xml:space="preserve">[1:28:21] </w:t>
      </w:r>
      <w:r>
        <w:t>to pehlay wasilon ko pakro, phir Khuda ke haan pohanchoge.</w:t>
      </w:r>
    </w:p>
    <w:p>
      <w:pPr>
        <w:jc w:val="right"/>
      </w:pPr>
      <w:r>
        <w:t>تو پہلے وسیلوں کو پکڑو، پھر خدا کے ہاں پہنچو گے۔</w:t>
      </w:r>
    </w:p>
    <w:p>
      <w:r>
        <w:rPr>
          <w:b/>
        </w:rPr>
        <w:t xml:space="preserve">[1:28:26] </w:t>
      </w:r>
      <w:r>
        <w:t>source jis ko kehtay hain. to woh badshahon par qayas kar ke yeh samajh le ke Khuda ke haan bhi koi wasail honge.</w:t>
      </w:r>
    </w:p>
    <w:p>
      <w:pPr>
        <w:jc w:val="right"/>
      </w:pPr>
      <w:r>
        <w:t>سورس جس کو کہتے ہیں۔ تو وہ بادشاہوں پر قیاس کر کے یہ سمجھ لے کہ خدا کے ہاں بھی کوئی وسیلے ہوں گے۔</w:t>
      </w:r>
    </w:p>
    <w:p>
      <w:r>
        <w:rPr>
          <w:b/>
        </w:rPr>
        <w:t xml:space="preserve">[1:28:36] </w:t>
      </w:r>
      <w:r>
        <w:t>to is se kya hota hai?</w:t>
      </w:r>
    </w:p>
    <w:p>
      <w:pPr>
        <w:jc w:val="right"/>
      </w:pPr>
      <w:r>
        <w:t>تو اس سے کیا ہوتا ہے؟</w:t>
      </w:r>
    </w:p>
    <w:p>
      <w:r>
        <w:rPr>
          <w:b/>
        </w:rPr>
        <w:t xml:space="preserve">[1:28:38] </w:t>
      </w:r>
      <w:r>
        <w:t>is se shuru ho jati hai qabar parasti, buzurg parasti, ashkhass parasti, rijal parasti. kyun ke in ko samajh leta hai ke yeh wasail hain, yeh source hai.</w:t>
      </w:r>
    </w:p>
    <w:p>
      <w:pPr>
        <w:jc w:val="right"/>
      </w:pPr>
      <w:r>
        <w:t>اس سے شروع ہو جاتی ہے قبر پرستی، بزرگ پرستی، اشخاص پرستی، رجال پرستی۔ کیونکہ ان کو سمجھ لیتا ہے کہ یہ وسیلے ہیں، یہ سورس ہے۔</w:t>
      </w:r>
    </w:p>
    <w:p>
      <w:r>
        <w:rPr>
          <w:b/>
        </w:rPr>
        <w:t xml:space="preserve">[1:28:49] </w:t>
      </w:r>
      <w:r>
        <w:t>to aik deviation se kya hota hai? Khuda se door chala jata hai woh. ke Khuda to kehta hai ke mein tumharay qareeb hoon. "وجیب دعوت الداعی دادان".</w:t>
      </w:r>
    </w:p>
    <w:p>
      <w:pPr>
        <w:jc w:val="right"/>
      </w:pPr>
      <w:r>
        <w:t>تو ایک ڈیویژن سے کیا ہوتا ہے؟ خدا سے دور چلا جاتا ہے وہ۔ کہ خدا تو کہتا ہے کہ میں تمہارے قریب ہوں۔ "وجیب دعوت الداعی دادان"۔</w:t>
      </w:r>
    </w:p>
    <w:p>
      <w:r>
        <w:rPr>
          <w:b/>
        </w:rPr>
        <w:t xml:space="preserve">[1:29:02] </w:t>
      </w:r>
      <w:r>
        <w:t>"انی قریب اجیب دعوت الداعی دادان" ke mein to qareeb hoon tumhar</w:t>
      </w:r>
    </w:p>
    <w:p>
      <w:pPr>
        <w:jc w:val="right"/>
      </w:pPr>
      <w:r>
        <w:t>"انی قریب اجیب دعوت الداعی دادان" کہ میں تو قریب ہوں تمہار</w:t>
      </w:r>
    </w:p>
    <w:p>
      <w:r>
        <w:rPr>
          <w:b/>
        </w:rPr>
        <w:t xml:space="preserve">[1:29:06] </w:t>
      </w:r>
      <w:r>
        <w:t>ay. jab pukaroge to tum us ko paoge. to Quran yeh aelan kar raha hai ke Khuda aur bande ke beech mein koi wasila nahi hai.</w:t>
      </w:r>
    </w:p>
    <w:p>
      <w:pPr>
        <w:jc w:val="right"/>
      </w:pPr>
      <w:r>
        <w:t>ے۔ جب پکارو گے تو تم اس کو پاؤ گے۔ تو قرآن یہ اعلان کر رہا ہے کہ خدا اور بندے کے بیچ میں کوئی وسیلہ نہیں ہے۔</w:t>
      </w:r>
    </w:p>
    <w:p>
      <w:r>
        <w:rPr>
          <w:b/>
        </w:rPr>
        <w:t xml:space="preserve">[1:29:16] </w:t>
      </w:r>
      <w:r>
        <w:t>banda barah-e-rast Khuda tak pohanch sakta hai. lekin badshahon ki misal le kar ke is ne aik deviation ikhtiyar kiya ke bhai badshahon ke haan wasail hotay hain to Khuda ke haan bhi wasila hoga.</w:t>
      </w:r>
    </w:p>
    <w:p>
      <w:pPr>
        <w:jc w:val="right"/>
      </w:pPr>
      <w:r>
        <w:t>بندہ براہ راست خدا تک پہنچ سکتا ہے۔ لیکن بادشاہوں کی مثال لے کر کے اس نے ایک ڈیوی ایشن اختیار کیا کہ بھائی بادشاہوں کے ہاں وسیلے ہوتے ہیں تو خدا کے ہاں بھی وسیلہ ہوگا۔</w:t>
      </w:r>
    </w:p>
    <w:p>
      <w:r>
        <w:rPr>
          <w:b/>
        </w:rPr>
        <w:t xml:space="preserve">[1:29:32] </w:t>
      </w:r>
      <w:r>
        <w:t>ab woh deviation le kar ke idhar udhar</w:t>
      </w:r>
    </w:p>
    <w:p>
      <w:pPr>
        <w:jc w:val="right"/>
      </w:pPr>
      <w:r>
        <w:t>اب وہ ڈیوی ایشن لے کر کے ادھر ادھر</w:t>
      </w:r>
    </w:p>
    <w:p>
      <w:r>
        <w:rPr>
          <w:b/>
        </w:rPr>
        <w:t xml:space="preserve">[1:29:34] </w:t>
      </w:r>
      <w:r>
        <w:t>chal gaya. woh jo Rasool Allah ne jo rastay banaya to seedha rastay to yeh tha, lekin deviated rastay jo hain woh idhar udhar idhar hain.</w:t>
      </w:r>
    </w:p>
    <w:p>
      <w:pPr>
        <w:jc w:val="right"/>
      </w:pPr>
      <w:r>
        <w:t>چلا گیا۔ وہ جو رسول اللہ نے جو راستہ بنایا تو سیدھا راستہ تو یہ تھا، لیکن ڈیویٹڈ راستے جو ہیں وہ ادھر ادھر ادھر ہیں۔</w:t>
      </w:r>
    </w:p>
    <w:p>
      <w:r>
        <w:rPr>
          <w:b/>
        </w:rPr>
        <w:t xml:space="preserve">[1:29:45] </w:t>
      </w:r>
      <w:r>
        <w:t>aisay hi dekhiye, insaan ne form ko spirit se alag kar diya. samjha ke bhai asli cheez to form hai, form ko dohra lo aur us ke baad tum Khuda tak pohanch jaoge.</w:t>
      </w:r>
    </w:p>
    <w:p>
      <w:pPr>
        <w:jc w:val="right"/>
      </w:pPr>
      <w:r>
        <w:t>ایسے ہی دیکھیے، انسان نے فارم کو اسپیٹ سے الگ کر دیا۔ سمجھا کہ بھئی اصلی چیز تو فارم ہے، فارم کو دہرا لو اور اس کے بعد تم خدا تک پہنچ جاؤ گے۔</w:t>
      </w:r>
    </w:p>
    <w:p>
      <w:r>
        <w:rPr>
          <w:b/>
        </w:rPr>
        <w:t xml:space="preserve">[1:30:00] </w:t>
      </w:r>
      <w:r>
        <w:t>ab log ibadatein kar rahay hain spirit se khali, bas form ko dohra rahay hain. to ab woh fazail ki fazail ki bohat sari kahaniyan bana kar ke us ko insaan ke dimagh par bathatay hain ke bari barkatein hain in is form mein.</w:t>
      </w:r>
    </w:p>
    <w:p>
      <w:pPr>
        <w:jc w:val="right"/>
      </w:pPr>
      <w:r>
        <w:t>اب لوگ عبادتیں کر رہے ہیں اسپیٹ سے خالی، بس فارم کو دہرا رہے ہیں۔ تو اب وہ فضائل کی فضائل کی بہت ساری کہانیاں بنا کر کے اس کو انسان کے دماغ پر بٹھاتے ہیں کہ بڑی برکتیں ہیں ان اس فارم میں۔</w:t>
      </w:r>
    </w:p>
    <w:p>
      <w:r>
        <w:rPr>
          <w:b/>
        </w:rPr>
        <w:t xml:space="preserve">[1:30:18] </w:t>
      </w:r>
      <w:r>
        <w:t>to is form ko jo zahiri shakal hai, usi ko babarkat samajh samajh kar aadmi aur usi ko fazail samajh kar usi ko dohrata rehta hai.</w:t>
      </w:r>
    </w:p>
    <w:p>
      <w:pPr>
        <w:jc w:val="right"/>
      </w:pPr>
      <w:r>
        <w:t>تو اس فارم کو جو ظاہری شکل ہے، اسی کو بابرکت سمجھ سمجھ کر آدمی اور اسی کو فضائل سمجھ کر اسی کو دہراتا رہتا ہے۔</w:t>
      </w:r>
    </w:p>
    <w:p>
      <w:r>
        <w:rPr>
          <w:b/>
        </w:rPr>
        <w:t xml:space="preserve">[1:30:27] </w:t>
      </w:r>
      <w:r>
        <w:t>woh spirit se khali hota hai.</w:t>
      </w:r>
    </w:p>
    <w:p>
      <w:pPr>
        <w:jc w:val="right"/>
      </w:pPr>
      <w:r>
        <w:t>وہ اسپیڈ سے خالی ہوتا ہے۔</w:t>
      </w:r>
    </w:p>
    <w:p>
      <w:r>
        <w:rPr>
          <w:b/>
        </w:rPr>
        <w:t xml:space="preserve">[1:30:30] </w:t>
      </w:r>
      <w:r>
        <w:t>ab yeh bhi ek deviation hai ke form mein fazeelatain bata bata kar ke aap insaan ko isi par chala dein, is raaste par woh speed se khaali ho jaye.</w:t>
      </w:r>
    </w:p>
    <w:p>
      <w:pPr>
        <w:jc w:val="right"/>
      </w:pPr>
      <w:r>
        <w:t>اب یہ بھی ایک ڈیوی ایشن ہے کہ فارم میں فضیلتیں بتا بتا کر کے آپ انسان کو اسی پر چلا دیں، اس راستے پر وہ اسپیڈ سے خالی ہو جائے۔</w:t>
      </w:r>
    </w:p>
    <w:p>
      <w:r>
        <w:rPr>
          <w:b/>
        </w:rPr>
        <w:t xml:space="preserve">[1:30:43] </w:t>
      </w:r>
      <w:r>
        <w:t>is tareeqay se bohat saare deviations hain. Aap ki zabaan mein yeh aa jaye ke jab tak hukoomat raho, jab tak to kuch nahi ho sakta. Ab aap hukoomat se larnay lagen, hukoomat Islam ki hukoomat qaim karne ke liye aap lagen, aap ladaai kar lein.</w:t>
      </w:r>
    </w:p>
    <w:p>
      <w:pPr>
        <w:jc w:val="right"/>
      </w:pPr>
      <w:r>
        <w:t>اس طریقے سے بہت سارے ڈیوی ایشنز ہیں۔ آپ کی زبان میں یہ آ جائے کہ جب تک حکومت رہو، جب تک تو کچھ نہیں ہو سکتا۔ اب آپ حکومت سے لڑنے لگیں، حکومت اسلام کی حکومت قائم کرنے کے لیے آپ لگیں، آپ لڑائی کر لیں۔</w:t>
      </w:r>
    </w:p>
    <w:p>
      <w:r>
        <w:rPr>
          <w:b/>
        </w:rPr>
        <w:t xml:space="preserve">[1:30:59] </w:t>
      </w:r>
      <w:r>
        <w:t>yeh bhi ek deviation hai. Yaani Khuda ki taraf se ek ek ek safar jo mumkin tha, woh toh bilkul khula hua tha.</w:t>
      </w:r>
    </w:p>
    <w:p>
      <w:pPr>
        <w:jc w:val="right"/>
      </w:pPr>
      <w:r>
        <w:t>یہ بھی ایک ڈیوی ایشن ہے۔ یعنی خدا کی طرف سے ایک ایک ایک سفر جو ممکن تھا، وہ تو بالکل کھلا ہوا تھا۔</w:t>
      </w:r>
    </w:p>
    <w:p>
      <w:r>
        <w:rPr>
          <w:b/>
        </w:rPr>
        <w:t xml:space="preserve">[1:31:10] </w:t>
      </w:r>
      <w:r>
        <w:t>aap ne farz kar liya ke jab tak hukoomat na ho, jab tak safar toh Khuda ki taraf se tay nahi ho sakta. Ab idhar dorne lage aap. Is tareeqay se jo jhagde hote hain, qaumi jhagde, milli jhagde hamesha rahe hain, ab bhi rahen</w:t>
      </w:r>
    </w:p>
    <w:p>
      <w:pPr>
        <w:jc w:val="right"/>
      </w:pPr>
      <w:r>
        <w:t>آپ نے فرض کر لیا کہ جب تک حکومت نہ ہو، جب تک سفر تو خدا کی طرف سے طے نہیں ہو سکتا۔ اب ادھر دوڑنے لگے آپ۔ اس طریقے سے جو جھگڑے ہوتے ہیں، قومی جھگڑے، ملی جھگڑے ہمیشہ رہے ہیں، اب بھی رہیں</w:t>
      </w:r>
    </w:p>
    <w:p>
      <w:r>
        <w:rPr>
          <w:b/>
        </w:rPr>
        <w:t xml:space="preserve">[1:31:26] </w:t>
      </w:r>
      <w:r>
        <w:t>ge. Aap samjhein ke jab tak jhagde khatam na hon, jab ke millat ke problem khatam na hon, jab ke qaum ke jo masail hain, us ko khatam nahi kiya jaye, tab tak kaise ho sakta hai?</w:t>
      </w:r>
    </w:p>
    <w:p>
      <w:pPr>
        <w:jc w:val="right"/>
      </w:pPr>
      <w:r>
        <w:t>گے۔ آپ سمجھیں کہ جب تک جھگڑے ختم نہ ہوں، جب کہ ملت کے پرابلم ختم نہ ہوں، جب کہ قوم کے جو مسائل ہیں، اس کو ختم نہیں کیا جائے، تب تک کیسے ہو سکتا ہے؟</w:t>
      </w:r>
    </w:p>
    <w:p>
      <w:r>
        <w:rPr>
          <w:b/>
        </w:rPr>
        <w:t xml:space="preserve">[1:31:37] </w:t>
      </w:r>
      <w:r>
        <w:t>tab tak toh kuch nahi ho sakta hai. Ab aap jhagdon mein pad jayein aur milli work aur ke naam par aap qaumi work ke naam par aap apne aap ko isi mein laga dein.</w:t>
      </w:r>
    </w:p>
    <w:p>
      <w:pPr>
        <w:jc w:val="right"/>
      </w:pPr>
      <w:r>
        <w:t>تب تک تو کچھ نہیں ہو سکتا ہے۔ اب آپ جھگڑوں میں پڑ جائیں اور ملی ورک اور کے نام پر آپ قومی ورک کے نام پر آپ اپنے آپ کو اسی میں لگا دیں۔</w:t>
      </w:r>
    </w:p>
    <w:p>
      <w:r>
        <w:rPr>
          <w:b/>
        </w:rPr>
        <w:t xml:space="preserve">[1:31:52] </w:t>
      </w:r>
      <w:r>
        <w:t>yeh bhi ek deviation hai.</w:t>
      </w:r>
    </w:p>
    <w:p>
      <w:pPr>
        <w:jc w:val="right"/>
      </w:pPr>
      <w:r>
        <w:t>یہ بھی ایک ڈیوی ایشن ہے۔</w:t>
      </w:r>
    </w:p>
    <w:p>
      <w:r>
        <w:rPr>
          <w:b/>
        </w:rPr>
        <w:t xml:space="preserve">[1:31:55] </w:t>
      </w:r>
      <w:r>
        <w:t>toh baar baar aisi baatein hoti hain ke aap deviate karte hain. Hadees mein aata hai ke ek zamana aaye ga ke "intlad ul ummat rabbataha" ke maa apna aaqa janay gi.</w:t>
      </w:r>
    </w:p>
    <w:p>
      <w:pPr>
        <w:jc w:val="right"/>
      </w:pPr>
      <w:r>
        <w:t>تو بار بار ایسی باتیں ہوتی ہیں کہ آپ ڈیوی ایٹ کرتے ہیں۔ حدیث میں آتا ہے کہ ایک زمانہ آئے گا کہ "انتلد الامت ربتہ" کہ ماں اپنا آقا جنے گی۔</w:t>
      </w:r>
    </w:p>
    <w:p>
      <w:r>
        <w:rPr>
          <w:b/>
        </w:rPr>
        <w:t xml:space="preserve">[1:32:11] </w:t>
      </w:r>
      <w:r>
        <w:t>yaani baad ke zamane mein toh yeh zamana wahi hai. Ab aadmi kya hai ke bhai bete ki toh zimmedari hoti hai, bete ko toh karna padega, beti ki toh zimmedari hai, beti karna padega.</w:t>
      </w:r>
    </w:p>
    <w:p>
      <w:pPr>
        <w:jc w:val="right"/>
      </w:pPr>
      <w:r>
        <w:t>یعنی بعد کے زمانے میں تو یہ زمانہ وہی ہے۔ اب آدمی کیا ہے کہ بھائی بیٹے کی تو ذمہ داری ہوتی ہے، بیٹے کو تو کرنا پڑے گا، بیٹی کی تو ذمہ داری ہے، بیٹی کرنا پڑے گا۔</w:t>
      </w:r>
    </w:p>
    <w:p>
      <w:r>
        <w:rPr>
          <w:b/>
        </w:rPr>
        <w:t xml:space="preserve">[1:32:22] </w:t>
      </w:r>
      <w:r>
        <w:t>toh ab beta beti ke chakar mein bhi deviation kar kar deta hai. Aadmi is ka saara paisa, saari tawajjuh</w:t>
      </w:r>
    </w:p>
    <w:p>
      <w:pPr>
        <w:jc w:val="right"/>
      </w:pPr>
      <w:r>
        <w:t>تو اب بیٹا بیٹی کے چکر میں بھی ڈیوی ایشن کر کر دیتا ہے۔ آدمی اس کا سارا پیسہ، ساری توجہ</w:t>
      </w:r>
    </w:p>
    <w:p>
      <w:r>
        <w:rPr>
          <w:b/>
        </w:rPr>
        <w:t xml:space="preserve">[1:32:29] </w:t>
      </w:r>
      <w:r>
        <w:t>bas beta beti ko khush karne ke liye lag jati hai. Yeh bhi ek deviation hai. Yaani supreme concern Khuda ko na bana kar ke kisi aur cheez ko bana leta hai.</w:t>
      </w:r>
    </w:p>
    <w:p>
      <w:pPr>
        <w:jc w:val="right"/>
      </w:pPr>
      <w:r>
        <w:t>بس بیٹا بیٹی کو خوش کرنے کے لیے لگ جاتی ہے۔ یہ بھی ایک ڈیوی ایشن ہے۔ یعنی سپریم کنسرن خدا کو نہ بنا کر کے کسی اور چیز کو بنا لیتا ہے۔</w:t>
      </w:r>
    </w:p>
    <w:p>
      <w:r>
        <w:rPr>
          <w:b/>
        </w:rPr>
        <w:t xml:space="preserve">[1:32:41] </w:t>
      </w:r>
      <w:r>
        <w:t>kisi aur cheez ko sab deviation ki wajah se hota hai.</w:t>
      </w:r>
    </w:p>
    <w:p>
      <w:pPr>
        <w:jc w:val="right"/>
      </w:pPr>
      <w:r>
        <w:t>کسی اور چیز کو سب ڈیوی ایشن کی وجہ سے ہوتا ہے۔</w:t>
      </w:r>
    </w:p>
    <w:p>
      <w:r>
        <w:rPr>
          <w:b/>
        </w:rPr>
        <w:t xml:space="preserve">[1:32:47] </w:t>
      </w:r>
      <w:r>
        <w:t>aadmi ek naye ek naye tawjeeh dhoondh kar ke, ek naye reason reason dhoondh kar ke kisi taraf phir ki taraf woh deviate karta hai, munharif hota hai aur phir isi par chalte chalte pakka ho jata hai.</w:t>
      </w:r>
    </w:p>
    <w:p>
      <w:pPr>
        <w:jc w:val="right"/>
      </w:pPr>
      <w:r>
        <w:t>آدمی ایک نئے ایک نئے توجیح ڈھونڈ کر کے، ایک نئے ریزن ریزن ڈھونڈ کر کے کسی طرف پھر کی طرف وہ ڈیوی ایٹ کرتا ہے، منحرف ہوتا ہے اور پھر اسی پر چلتے چلتے پکا ہو جاتا ہے۔</w:t>
      </w:r>
    </w:p>
    <w:p>
      <w:r>
        <w:rPr>
          <w:b/>
        </w:rPr>
        <w:t xml:space="preserve">[1:33:02] </w:t>
      </w:r>
      <w:r>
        <w:t>isi par toh is ayat ka matlab yeh hai ke ek hi jo sirat e mustaqeem tez ab chala ja raha hai, jis mein koi deviation nahi hai, us ko mujhe rehnumai farma.</w:t>
      </w:r>
    </w:p>
    <w:p>
      <w:pPr>
        <w:jc w:val="right"/>
      </w:pPr>
      <w:r>
        <w:t>اسی پر تو اس آیت کا مطلب یہ ہے کہ ایک ہی جو صراط مستقیم تیز اب چلا جا رہا ہے، جس میں کوئی ڈیوی ایشن نہیں ہے، اس کو مجھے رہنمائی فرما۔</w:t>
      </w:r>
    </w:p>
    <w:p>
      <w:r>
        <w:rPr>
          <w:b/>
        </w:rPr>
        <w:t xml:space="preserve">[1:33:17] </w:t>
      </w:r>
      <w:r>
        <w:t>idhar udhar ke raaste mein mujhe bhatakne se bacha le.</w:t>
      </w:r>
    </w:p>
    <w:p>
      <w:pPr>
        <w:jc w:val="right"/>
      </w:pPr>
      <w:r>
        <w:t>ادھر ادھر کے راستے میں مجھے بھٹکنے سے بچا لے۔</w:t>
      </w:r>
    </w:p>
    <w:p>
      <w:r>
        <w:rPr>
          <w:b/>
        </w:rPr>
        <w:t xml:space="preserve">[1:33:23] </w:t>
      </w:r>
      <w:r>
        <w:t>yahan mustaqeem ka matlab yahi hai. Mustaqeem ka matlab hai ke deviation se paak. Mustaqeem ka matlab hai deviation se paak.</w:t>
      </w:r>
    </w:p>
    <w:p>
      <w:pPr>
        <w:jc w:val="right"/>
      </w:pPr>
      <w:r>
        <w:t>یہاں مستقیم کا مطلب یہی ہے۔ مستقیم کا مطلب ہے کہ ڈیوی ایشن سے پاک۔ مستقیم کا مطلب ہے ڈیوی ایشن سے پاک۔</w:t>
      </w:r>
    </w:p>
    <w:p>
      <w:r>
        <w:rPr>
          <w:b/>
        </w:rPr>
        <w:t xml:space="preserve">[1:33:34] </w:t>
      </w:r>
      <w:r>
        <w:t>yeh bhi ek deviation hai ke log jo hain fazool qism ke sawalaat pooche rehte hain aur saara waqt isi mein zaaya kar dete hain.</w:t>
      </w:r>
    </w:p>
    <w:p>
      <w:pPr>
        <w:jc w:val="right"/>
      </w:pPr>
      <w:r>
        <w:t>یہ بھی ایک ڈیوی ایشن ہے کہ لوگ جو ہیں فضول قسم کے سوالات پوچھے رہتے ہیں اور سارا وقت اسی میں ضائع کر دیتے ہیں۔</w:t>
      </w:r>
    </w:p>
    <w:p>
      <w:r>
        <w:rPr>
          <w:b/>
        </w:rPr>
        <w:t xml:space="preserve">[1:33:43] </w:t>
      </w:r>
      <w:r>
        <w:t>jaise mere paas ek sahab aaye, unhon ne kaha ke main ek sawal ka jawab mujhe jaanna hai, aap bataiye. Toh sawal kya tha?</w:t>
      </w:r>
    </w:p>
    <w:p>
      <w:pPr>
        <w:jc w:val="right"/>
      </w:pPr>
      <w:r>
        <w:t>جیسے میرے پاس ایک صاحب آئے، انہوں نے کہا کہ میں ایک سوال کا جواب مجھے جاننا ہے، آپ بتائیے۔ تو سوال کیا تھا؟</w:t>
      </w:r>
    </w:p>
    <w:p>
      <w:r>
        <w:rPr>
          <w:b/>
        </w:rPr>
        <w:t xml:space="preserve">[1:33:53] </w:t>
      </w:r>
      <w:r>
        <w:t>unhon ne kaha ke hadees mein aata hai ke "man mata faqad qamat qiyamatahu" ke idhar mare aur idhar qayamat shuru ho gayi.</w:t>
      </w:r>
    </w:p>
    <w:p>
      <w:pPr>
        <w:jc w:val="right"/>
      </w:pPr>
      <w:r>
        <w:t>انہوں نے کہا کہ حدیث میں آتا ہے کہ "من مات فقط قامت قیامتہ" کہ ادھر مرے اور ادھر قیامت شروع ہوگئی۔</w:t>
      </w:r>
    </w:p>
    <w:p>
      <w:r>
        <w:rPr>
          <w:b/>
        </w:rPr>
        <w:t xml:space="preserve">[1:34:03] </w:t>
      </w:r>
      <w:r>
        <w:t>hadees mein yeh bhi aata hai ke qabar jo hai ya toh woh jannat ke baghon mein se ek bagh hai ya do gadon mein se gadha hai.</w:t>
      </w:r>
    </w:p>
    <w:p>
      <w:pPr>
        <w:jc w:val="right"/>
      </w:pPr>
      <w:r>
        <w:t>حدیث میں یہ بھی آتا ہے کہ قبر جو ہے یا تو وہ جنت کے باغوں میں سے ایک باغ ہے یا دو گڑھوں میں سے گڑھا ہے۔</w:t>
      </w:r>
    </w:p>
    <w:p>
      <w:r>
        <w:rPr>
          <w:b/>
        </w:rPr>
        <w:t xml:space="preserve">[1:34:14] </w:t>
      </w:r>
      <w:r>
        <w:t>"amma rawdatun min riyad al jannah wa ghufratun min ghufr al nar". Ab yeh is mein uljhe hue thay ke ek aadmi mara das hazar saal pehle, ek aadmi mara aaj.</w:t>
      </w:r>
    </w:p>
    <w:p>
      <w:pPr>
        <w:jc w:val="right"/>
      </w:pPr>
      <w:r>
        <w:t>"اما روضۃ من ریاض الجنہ و غفرۃ من غفر النار"۔ اب یہ اس میں الجھے ہوئے تھے کہ ایک آدمی مرا دس ہزار سال پہلے، ایک آدمی مرا آج۔</w:t>
      </w:r>
    </w:p>
    <w:p>
      <w:r>
        <w:rPr>
          <w:b/>
        </w:rPr>
        <w:t xml:space="preserve">[1:34:27] </w:t>
      </w:r>
      <w:r>
        <w:t>toh is is ka jo pehle mara hai, das hazar saal zyada is ka azab hoga</w:t>
      </w:r>
    </w:p>
    <w:p>
      <w:pPr>
        <w:jc w:val="right"/>
      </w:pPr>
      <w:r>
        <w:t>تو اس اس کا جو پہلے مرا ہے، دس ہزار سال زیادہ اس کا عذاب ہوگا</w:t>
      </w:r>
    </w:p>
    <w:p>
      <w:r>
        <w:rPr>
          <w:b/>
        </w:rPr>
        <w:t xml:space="preserve">[1:34:32] </w:t>
      </w:r>
      <w:r>
        <w:t>aur jo aaj mara hai, us ko das hazar kam azab hoga. Toh main ne kaha astaghfirullah, yeh sab kuch sochne ki baat hai. Toh bohat se logon ne paaye hain ke bekar ke sawalaat uljhe rehte hain aur Khuda ki marifat un ko nahi hoti.</w:t>
      </w:r>
    </w:p>
    <w:p>
      <w:pPr>
        <w:jc w:val="right"/>
      </w:pPr>
      <w:r>
        <w:t>اور جو آج مرا ہے، اس کو دس ہزار کم عذاب ہوگا۔ تو میں نے کہا استغفراللہ، یہ سب کچھ سوچنے کی بات ہے۔ تو بہت سے لوگوں نے پائے ہیں کہ بیکار کے سوالات الجھے رہتے ہیں اور خدا کی معرفت ان کو نہیں ہوتی۔</w:t>
      </w:r>
    </w:p>
    <w:p>
      <w:r>
        <w:rPr>
          <w:b/>
        </w:rPr>
        <w:t xml:space="preserve">[1:34:47] </w:t>
      </w:r>
      <w:r>
        <w:t>aise bohat se log mujhe mile hain ke Khuda hai toh us ki shakal kya hai? Us ka hath kaisa hai? Us ka paon kaisa hai? Isi mein uljhe hue hain. Khuda toh hai toh jism hai ke woh rooh hai, us mein uljhe hue hain.</w:t>
      </w:r>
    </w:p>
    <w:p>
      <w:pPr>
        <w:jc w:val="right"/>
      </w:pPr>
      <w:r>
        <w:t>ایسے بہت سے لوگ مجھے ملے ہیں کہ خدا ہے تو اس کی شکل کیا ہے؟ اس کا ہاتھ کیسا ہے؟ اس کا پاؤں کیسا ہے؟ اسی میں الجھے ہوئے ہیں۔ خدا تو ہے تو جسم ہے کہ وہ روح ہے، اس میں الجھے ہوئے ہیں۔</w:t>
      </w:r>
    </w:p>
    <w:p>
      <w:r>
        <w:rPr>
          <w:b/>
        </w:rPr>
        <w:t xml:space="preserve">[1:35:00] </w:t>
      </w:r>
      <w:r>
        <w:t>yaani ghair zaroori sawalaat uljhana bhi bhi ek deviation hai.</w:t>
      </w:r>
    </w:p>
    <w:p>
      <w:pPr>
        <w:jc w:val="right"/>
      </w:pPr>
      <w:r>
        <w:t>یعنی غیر ضروری سوالات الجھنا بھی بھی ایک ڈیوی ایشن ہے۔</w:t>
      </w:r>
    </w:p>
    <w:p>
      <w:r>
        <w:rPr>
          <w:b/>
        </w:rPr>
        <w:t xml:space="preserve">[1:35:07] </w:t>
      </w:r>
      <w:r>
        <w:t>aap ko janna chahiye ke kuch sawalat zaroori hote hain, kuch ghair zaroori hote hain. jaise quran mein hai ke kuch logon ne poocha rooh ke bare mein.</w:t>
      </w:r>
    </w:p>
    <w:p>
      <w:pPr>
        <w:jc w:val="right"/>
      </w:pPr>
      <w:r>
        <w:t>آپ کو جاننا چاہیے کہ کچھ سوالات ضروری ہوتے ہیں، کچھ غیر ضروری ہوتے ہیں۔ جیسے قرآن میں ہے کہ کچھ لوگوں نے پوچھا روح کے بارے میں۔</w:t>
      </w:r>
    </w:p>
    <w:p>
      <w:r>
        <w:rPr>
          <w:b/>
        </w:rPr>
        <w:t xml:space="preserve">[1:35:18] </w:t>
      </w:r>
      <w:r>
        <w:t>"yasaloona kal rooh qul al rooh min rabbi wama ooteeto minal ilmi illa qaleela". yaani rooh ke bare mein poocha to uska jawab nahi diya.</w:t>
      </w:r>
    </w:p>
    <w:p>
      <w:pPr>
        <w:jc w:val="right"/>
      </w:pPr>
      <w:r>
        <w:t>"یسلون قال الروح قل الروح بن عمر ربی وما اوتیت بالعلم الا قلیلا"۔ یعنی روح کے بارے میں پوچھا تو اس کا جواب نہیں دیا۔</w:t>
      </w:r>
    </w:p>
    <w:p>
      <w:r>
        <w:rPr>
          <w:b/>
        </w:rPr>
        <w:t xml:space="preserve">[1:35:28] </w:t>
      </w:r>
      <w:r>
        <w:t>keh diya ke tum ko ilm qaleel diya gaya hai. matlab yeh hai ke bil ijmala jo jante ho, us mein se qanaat kar lo. yeh nahi ke tum us ki detail mein jao.</w:t>
      </w:r>
    </w:p>
    <w:p>
      <w:pPr>
        <w:jc w:val="right"/>
      </w:pPr>
      <w:r>
        <w:t>کہہ دیا کہ تم کو علم قلیل دیا گیا ہے۔ مطلب یہ ہے کہ بالاجمال جو جانتے ہو، اس میں سے قناعت کر لو۔ یہ نہیں کہ تم اس کی ڈیٹیل میں جاؤ۔</w:t>
      </w:r>
    </w:p>
    <w:p>
      <w:r>
        <w:rPr>
          <w:b/>
        </w:rPr>
        <w:t xml:space="preserve">[1:35:42] </w:t>
      </w:r>
      <w:r>
        <w:t>yeh bhi ek deviation hai.</w:t>
      </w:r>
    </w:p>
    <w:p>
      <w:pPr>
        <w:jc w:val="right"/>
      </w:pPr>
      <w:r>
        <w:t>یہ بھی ایک ڈیوی ایشن ہے۔</w:t>
      </w:r>
    </w:p>
    <w:p>
      <w:r>
        <w:rPr>
          <w:b/>
        </w:rPr>
        <w:t xml:space="preserve">[1:35:48] </w:t>
      </w:r>
      <w:r>
        <w:t>to deviation yaani asal raaste se hatna jo hai, bohat si sooraten is ki hoti hain, koi ek do nahi hain.</w:t>
      </w:r>
    </w:p>
    <w:p>
      <w:pPr>
        <w:jc w:val="right"/>
      </w:pPr>
      <w:r>
        <w:t>تو ڈیوی ایشن یعنی اصل راستے سے ہٹنا جو ہے، بہت سی صورتیں اس کی ہوتی ہیں، کوئی ایک دو نہیں ہیں۔</w:t>
      </w:r>
    </w:p>
    <w:p>
      <w:r>
        <w:rPr>
          <w:b/>
        </w:rPr>
        <w:t xml:space="preserve">[1:35:55] </w:t>
      </w:r>
      <w:r>
        <w:t>to insan chunke bohat zyada condition rehta hai, woh mutasir zehan ke sath sochta hai.</w:t>
      </w:r>
    </w:p>
    <w:p>
      <w:pPr>
        <w:jc w:val="right"/>
      </w:pPr>
      <w:r>
        <w:t>تو انسان چونکہ بہت زیادہ کنڈیشن رہتا ہے، وہ متاثر ذہن کے ساتھ سوچتا ہے۔</w:t>
      </w:r>
    </w:p>
    <w:p>
      <w:r>
        <w:rPr>
          <w:b/>
        </w:rPr>
        <w:t xml:space="preserve">[1:36:04] </w:t>
      </w:r>
      <w:r>
        <w:t>aadmi bohat kam aisa hota hai ke aadmi mutasir zehan se na soche balkeh khule zehan se soche. bohat mushkil kaam hai yeh.</w:t>
      </w:r>
    </w:p>
    <w:p>
      <w:pPr>
        <w:jc w:val="right"/>
      </w:pPr>
      <w:r>
        <w:t>آدمی بہت کم ایسا ہوتا ہے کہ آدمی متاثر ذہن سے نہ سوچے بلکہ کھلے ذہن سے سوچے۔ بہت مشکل کام ہے یہ۔</w:t>
      </w:r>
    </w:p>
    <w:p>
      <w:r>
        <w:rPr>
          <w:b/>
        </w:rPr>
        <w:t xml:space="preserve">[1:36:14] </w:t>
      </w:r>
      <w:r>
        <w:t>to farmaya ke jo jo jo ek hi seedha jo raasta hai, jis mein koi deviation nahi hai, us raaste ki tofeeq de.</w:t>
      </w:r>
    </w:p>
    <w:p>
      <w:pPr>
        <w:jc w:val="right"/>
      </w:pPr>
      <w:r>
        <w:t>تو فرمایا کہ جو جو جو ایک ہی سیدھا جو راستہ ہے، جس میں کوئی ڈیوی ایشن نہیں ہے، اس راستے کی توفیق دے۔</w:t>
      </w:r>
    </w:p>
    <w:p>
      <w:r>
        <w:rPr>
          <w:b/>
        </w:rPr>
        <w:t xml:space="preserve">[1:36:24] </w:t>
      </w:r>
      <w:r>
        <w:t>kyunke sari history mein aap dekhiye to hamesha kisi ke kisi na kisi deviation ki wajah se log halak hue hain. yaani unhein ilm hua ke yeh hai sirat e mustaqeem, lekin phir koi na koi concept le kar, koi na koi thought le kar, koi na koi reason le kar ke woh ek raaste se deviate karte hain aur phir door nikal jate hain.</w:t>
      </w:r>
    </w:p>
    <w:p>
      <w:pPr>
        <w:jc w:val="right"/>
      </w:pPr>
      <w:r>
        <w:t>کیونکہ ساری ہسٹری میں آپ دیکھیے تو ہمیشہ کسی کے کسی نہ کسی ڈیوی ایشن کی وجہ سے لوگ ہلاک ہوئے ہیں۔ یعنی انہیں علم ہوا کہ یہ ہے صراط مستقیم، لیکن پھر کوئی نہ کوئی کانسیپٹ لے کر، کوئی نہ کوئی تھاٹ لے کر، کوئی نہ کوئی ریزن لے کر کہ وہ ایک راستے سے ڈیوی ایٹ کرتے ہیں اور پھر دور نکل جاتے ہیں۔</w:t>
      </w:r>
    </w:p>
    <w:p>
      <w:r>
        <w:rPr>
          <w:b/>
        </w:rPr>
        <w:t xml:space="preserve">[1:36:50] </w:t>
      </w:r>
      <w:r>
        <w:t>to "ihdina sirat al mustaqeem" ke aye ALLAH, mujh ko seedhe raaste ki hidayat farma.</w:t>
      </w:r>
    </w:p>
    <w:p>
      <w:pPr>
        <w:jc w:val="right"/>
      </w:pPr>
      <w:r>
        <w:t>تو "اہدنا الصراط المستقیم" کہ اے اللہ، مجھ کو سیدھے راستے کی ہدایت فرما۔</w:t>
      </w:r>
    </w:p>
    <w:p>
      <w:r>
        <w:rPr>
          <w:b/>
        </w:rPr>
        <w:t xml:space="preserve">[1:37:00] </w:t>
      </w:r>
      <w:r>
        <w:t>baghair dua ke yeh mumkin nahi hai. yaad rakhiye, sirf mutala, sirf mushahida ya buzurg sohbat kisi bhi cheez se isi mumkin nahi hai.</w:t>
      </w:r>
    </w:p>
    <w:p>
      <w:pPr>
        <w:jc w:val="right"/>
      </w:pPr>
      <w:r>
        <w:t>بغیر دعا کے یہ ممکن نہیں ہے۔ یاد رکھیے، صرف مطالعہ، صرف مشاہدہ یا بزرگ صحبت کسی بھی چیز سے اسی ممکن نہیں ہے۔</w:t>
      </w:r>
    </w:p>
    <w:p>
      <w:r>
        <w:rPr>
          <w:b/>
        </w:rPr>
        <w:t xml:space="preserve">[1:37:14] </w:t>
      </w:r>
      <w:r>
        <w:t>yeh Khuda ki tofeeq se mumkin hai.</w:t>
      </w:r>
    </w:p>
    <w:p>
      <w:pPr>
        <w:jc w:val="right"/>
      </w:pPr>
      <w:r>
        <w:t>یہ خدا کی توفیق سے ممکن ہے۔</w:t>
      </w:r>
    </w:p>
    <w:p>
      <w:r>
        <w:rPr>
          <w:b/>
        </w:rPr>
        <w:t xml:space="preserve">[1:37:17] </w:t>
      </w:r>
      <w:r>
        <w:t>yeh bhi yaad rakhiye ke koi yeh samjhe ke buzurg sohbat mein hamein mil jayega ya study se mil jayega, kisi bhi cheez se mumkin nahi hai siwaye dua ke, Khuda ki madad ke.</w:t>
      </w:r>
    </w:p>
    <w:p>
      <w:pPr>
        <w:jc w:val="right"/>
      </w:pPr>
      <w:r>
        <w:t>یہ بھی یاد رکھیے کہ کوئی یہ سمجھے کہ بزرگ صحبت میں ہمیں مل جائے گا یا اسٹڈی سے مل جائے گا، کسی بھی چیز سے ممکن نہیں ہے سوائے دعا کے، خدا کی مدد کے۔</w:t>
      </w:r>
    </w:p>
    <w:p>
      <w:r>
        <w:rPr>
          <w:b/>
        </w:rPr>
        <w:t xml:space="preserve">[1:37:33] </w:t>
      </w:r>
      <w:r>
        <w:t>to "ihdina sirat al mustaqeem" ka matlab yeh hai ke aye Khuda, mein khud se apni aqal se, apni samajh se sachai ke raaste par jama nahi reh sakta.</w:t>
      </w:r>
    </w:p>
    <w:p>
      <w:pPr>
        <w:jc w:val="right"/>
      </w:pPr>
      <w:r>
        <w:t>تو "اہدنا الصراط المستقیم" کا مطلب یہ ہے کہ اے خدا، میں خود سے اپنی عقل سے، اپنی سمجھ سے سچائی کے راستے پر جما نہیں رہ سکتا۔</w:t>
      </w:r>
    </w:p>
    <w:p>
      <w:r>
        <w:rPr>
          <w:b/>
        </w:rPr>
        <w:t xml:space="preserve">[1:37:46] </w:t>
      </w:r>
      <w:r>
        <w:t>mein idhar bhatak jaunga, udhar bhatak jaunga. to tu mujhe bhatkao se bachate hue seedhe raaste par chala.</w:t>
      </w:r>
    </w:p>
    <w:p>
      <w:pPr>
        <w:jc w:val="right"/>
      </w:pPr>
      <w:r>
        <w:t>میں ادھر بھٹک جاؤں گا، ادھر بھٹک جاؤں گا۔ تو تو مجھے بھٹکاؤ سے بچاتے ہوئے سیدھے راستے پر چلا۔</w:t>
      </w:r>
    </w:p>
    <w:p>
      <w:r>
        <w:rPr>
          <w:b/>
        </w:rPr>
        <w:t xml:space="preserve">[1:38:02] </w:t>
      </w:r>
      <w:r>
        <w:t>ab dekhiye, is mein yeh bhi sochne ki baat hai ke sirat e mustaqeem jo hai, aisa nahi hai ke aap kisi khandan mein paida ho gaye, muslim khandan mein to aap job mil gayi.</w:t>
      </w:r>
    </w:p>
    <w:p>
      <w:pPr>
        <w:jc w:val="right"/>
      </w:pPr>
      <w:r>
        <w:t>اب دیکھیے، اس میں یہ بھی سوچنے کی بات ہے کہ صراط مستقیم جو ہے، ایسا نہیں ہے کہ آپ کسی خاندان میں پیدا ہوگئے، مسلم خاندان میں تو آپ جاب مل گئی۔</w:t>
      </w:r>
    </w:p>
    <w:p>
      <w:r>
        <w:rPr>
          <w:b/>
        </w:rPr>
        <w:t xml:space="preserve">[1:38:13] </w:t>
      </w:r>
      <w:r>
        <w:t>woh</w:t>
      </w:r>
    </w:p>
    <w:p>
      <w:pPr>
        <w:jc w:val="right"/>
      </w:pPr>
      <w:r>
        <w:t>وہ</w:t>
      </w:r>
    </w:p>
    <w:p>
      <w:r>
        <w:rPr>
          <w:b/>
        </w:rPr>
        <w:t xml:space="preserve">[1:38:16] </w:t>
      </w:r>
      <w:r>
        <w:t>muslim khandan mein paida hone se sirat e mustaqeem nahi mil jati. sirat e mustaqeem har insan ko jo paida hota hai, alag se khud se us ki marifat leni hai aur Khuda se dua kar ke us ko pana hai.</w:t>
      </w:r>
    </w:p>
    <w:p>
      <w:pPr>
        <w:jc w:val="right"/>
      </w:pPr>
      <w:r>
        <w:t>مسلم خاندان میں پیدا ہونے سے صراط مستقیم نہیں مل جاتی۔ صراط مستقیم ہر انسان کو جو پیدا ہوتا ہے، الگ سے خود سے اس کی معرفت لینی ہے اور خدا سے دعا کر کے اس کو پانا ہے۔</w:t>
      </w:r>
    </w:p>
    <w:p>
      <w:r>
        <w:rPr>
          <w:b/>
        </w:rPr>
        <w:t xml:space="preserve">[1:38:33] </w:t>
      </w:r>
      <w:r>
        <w:t>kisi kisi jamaat mein, kisi biradari mein, kisi khandan mein paida hone se insan ko sirat e mustaqeem nahi mil jati.</w:t>
      </w:r>
    </w:p>
    <w:p>
      <w:pPr>
        <w:jc w:val="right"/>
      </w:pPr>
      <w:r>
        <w:t>کسی کسی جماعت میں، کسی برادری میں، کسی خاندان میں پیدا ہونے سے انسان کو صراط مستقیم نہیں مل جاتی۔</w:t>
      </w:r>
    </w:p>
    <w:p>
      <w:r>
        <w:rPr>
          <w:b/>
        </w:rPr>
        <w:t xml:space="preserve">[1:38:44] </w:t>
      </w:r>
      <w:r>
        <w:t>yeh khud apni aqal se milti hai, apni marifat se milti hai aur Khuda ki madad se milti hai. ab is mein yeh bhi ek sochne ki baat hai ke dekhiye, jo dua hai, us mein mangi ja rahi hai hidayat ki dua.</w:t>
      </w:r>
    </w:p>
    <w:p>
      <w:pPr>
        <w:jc w:val="right"/>
      </w:pPr>
      <w:r>
        <w:t>یہ خود اپنی عقل سے ملتی ہے، اپنی معرفت سے ملتی ہے اور خدا کی مدد سے ملتی ہے۔ اب اس میں یہ بھی ایک سوچنے کی بات ہے کہ دیکھیے، جو دعا ہے، اس میں مانگی جا رہی ہے ہدایت کی دعا۔</w:t>
      </w:r>
    </w:p>
    <w:p>
      <w:r>
        <w:rPr>
          <w:b/>
        </w:rPr>
        <w:t xml:space="preserve">[1:39:01] </w:t>
      </w:r>
      <w:r>
        <w:t>"ihdina sirat al mustaqeem" yeh nahi ke mujhe beta beti de de, mujhe daulat de de, mujhe hukoomat de de, mujhe sehat de de.</w:t>
      </w:r>
    </w:p>
    <w:p>
      <w:pPr>
        <w:jc w:val="right"/>
      </w:pPr>
      <w:r>
        <w:t>"اہدنا الصراط المستقیم" یہ نہیں کہ مجھے بیٹا بیٹی دے دے، مجھے دولت دے دے، مجھے حکومت دے دے، مجھے صحت دے دے۔</w:t>
      </w:r>
    </w:p>
    <w:p>
      <w:r>
        <w:rPr>
          <w:b/>
        </w:rPr>
        <w:t xml:space="preserve">[1:39:10] </w:t>
      </w:r>
      <w:r>
        <w:t>aap jante hain ke sankaron cheezen ho sakti hain jis ko insan mange, lekin is mein kisi bhi cheez ko nahi manga. manga kis cheez ko? sirat e mustaqeem ko.</w:t>
      </w:r>
    </w:p>
    <w:p>
      <w:pPr>
        <w:jc w:val="right"/>
      </w:pPr>
      <w:r>
        <w:t>آپ جانتے ہیں کہ سینکڑوں چیزیں ہو سکتی ہیں جس کو انسان مانگے، لیکن اس میں کسی بھی چیز کو نہیں مانگا۔ مانگا کس چیز کو؟ صراط مستقیم کو۔</w:t>
      </w:r>
    </w:p>
    <w:p>
      <w:r>
        <w:rPr>
          <w:b/>
        </w:rPr>
        <w:t xml:space="preserve">[1:39:20] </w:t>
      </w:r>
      <w:r>
        <w:t>us ke maani Khuda ke nazdeek sari cheezen secret rahi hain aur jitni cheezen hain, chahe paisa ho, chahe woh business ho, chahe shohrat ho, chahe woh hukoomat ho,</w:t>
      </w:r>
    </w:p>
    <w:p>
      <w:pPr>
        <w:jc w:val="right"/>
      </w:pPr>
      <w:r>
        <w:t>اس کے معنی خدا کے نزدیک ساری چیزیں سکرٹ رہی ہیں اور جتنی چیزیں ہیں، چاہے پیسہ ہو، چاہے وہ بزنس ہو، چاہے شہرت ہو، چاہے وہ حکومت ہو،</w:t>
      </w:r>
    </w:p>
    <w:p>
      <w:r>
        <w:rPr>
          <w:b/>
        </w:rPr>
        <w:t xml:space="preserve">[1:39:35] </w:t>
      </w:r>
      <w:r>
        <w:t>chahe woh sehat ho, chahe aulad ho, har cheez secret rahi hai Khuda ke nazdeek. jo kuch hai, woh sirat e mustaqeem hai.</w:t>
      </w:r>
    </w:p>
    <w:p>
      <w:pPr>
        <w:jc w:val="right"/>
      </w:pPr>
      <w:r>
        <w:t>چاہے وہ صحت ہو، چاہے اولاد ہو، ہر چیز سکرٹ رہی ہے خدا کے نزدیک۔ جو کچھ ہے، وہ صراط مستقیم ہے۔</w:t>
      </w:r>
    </w:p>
    <w:p>
      <w:r>
        <w:rPr>
          <w:b/>
        </w:rPr>
        <w:t xml:space="preserve">[1:39:46] </w:t>
      </w:r>
      <w:r>
        <w:t>yeh bohat zyada sochne ki baat hai ke sab se zyada jo mangne ki cheez hai, woh kya hai? sirat e mustaqeem. baqi cheezen nahi jin mein insan uljha rehta hai.</w:t>
      </w:r>
    </w:p>
    <w:p>
      <w:pPr>
        <w:jc w:val="right"/>
      </w:pPr>
      <w:r>
        <w:t>یہ بہت زیادہ سوچنے کی بات ہے کہ سب سے زیادہ جو مانگنے کی چیز ہے، وہ کیا ہے؟ صراط مستقیم۔ باقی چیزیں نہیں جن میں انسان الجھا رہتا ہے۔</w:t>
      </w:r>
    </w:p>
    <w:p>
      <w:r>
        <w:rPr>
          <w:b/>
        </w:rPr>
        <w:t xml:space="preserve">[1:39:59] </w:t>
      </w:r>
      <w:r>
        <w:t>to jab woh cheez mangne hi ki na ho, to isi mein aap apne ko uljha len, isi mein apni busy kar len, to kitna zyada galat ho jayega woh.</w:t>
      </w:r>
    </w:p>
    <w:p>
      <w:pPr>
        <w:jc w:val="right"/>
      </w:pPr>
      <w:r>
        <w:t>تو جب وہ چیز مانگنے ہی کی نہ ہو، تو اسی میں آپ اپنے کو الجھا لیں، اسی میں اپنی بزی کر لیں، تو کتنا زیادہ غلط ہو جائے گا وہ۔</w:t>
      </w:r>
    </w:p>
    <w:p>
      <w:r>
        <w:rPr>
          <w:b/>
        </w:rPr>
        <w:t xml:space="preserve">[1:40:09] </w:t>
      </w:r>
      <w:r>
        <w:t>to yaad rakhiye, dunya mein baqi cheezen jo hain, woh sirf need ke liye hain, zindagi guzarne ke liye hain aur jo aakhirat ki kamyabi jis se milti hai, woh hai sirat-e-mustaqeem.</w:t>
      </w:r>
    </w:p>
    <w:p>
      <w:pPr>
        <w:jc w:val="right"/>
      </w:pPr>
      <w:r>
        <w:t>تو یاد رکھیے، دنیا میں بقیہ چیزیں جو ہیں، وہ صرف نیڈ کے لیے ہیں، زندگی گزارنے کے لیے ہیں اور جو آخرت کی کامیابی جس سے ملتی ہے، وہ ہے صراط مستقیم۔</w:t>
      </w:r>
    </w:p>
    <w:p>
      <w:r>
        <w:rPr>
          <w:b/>
        </w:rPr>
        <w:t xml:space="preserve">[1:40:25] </w:t>
      </w:r>
      <w:r>
        <w:t>to farmaya ke "اهدنا الصراط المستقیم" "اهدنا الصراط المستقیم" mujh ko hidayat de sirat-e-mustaqeem ki. yani jo rasta aisa hai jis mein bhatakna nahi hota,</w:t>
      </w:r>
    </w:p>
    <w:p>
      <w:pPr>
        <w:jc w:val="right"/>
      </w:pPr>
      <w:r>
        <w:t>تو فرمایا کہ "اہدنا الصراط المستقیم" "اہدنا الصراط المستقیم" مجھ کو ہدایت دے صراط مستقیم کی۔ یعنی جو راستہ ایسا ہے جس میں بھٹکنا نہیں ہوتا،</w:t>
      </w:r>
    </w:p>
    <w:p>
      <w:r>
        <w:rPr>
          <w:b/>
        </w:rPr>
        <w:t xml:space="preserve">[1:40:40] </w:t>
      </w:r>
      <w:r>
        <w:t>jo seedha Khuda tak pahunchta hai, us raste ki tofeeq mujhe de. lekin yeh bhi yaad rakhiye ke sirf dua se, yani dua ke alfaaz dohrane se aisa nahi ho sakta hai.</w:t>
      </w:r>
    </w:p>
    <w:p>
      <w:pPr>
        <w:jc w:val="right"/>
      </w:pPr>
      <w:r>
        <w:t>جو سیدھا خدا تک پہنچتا ہے، اس راستے کی توفیق مجھے دے۔ لیکن یہ بھی یاد رکھیے کہ صرف دعا سے، یعنی دعا کے الفاظ دہرانے سے ایسا نہیں ہو سکتا ہے۔</w:t>
      </w:r>
    </w:p>
    <w:p>
      <w:r>
        <w:rPr>
          <w:b/>
        </w:rPr>
        <w:t xml:space="preserve">[1:40:56] </w:t>
      </w:r>
      <w:r>
        <w:t>yeh bhi achhi tarah samajhna chahiye ke yeh dua ke alfaaz hum ne dohra diye aur us ke baad sirat-e-mustaqeem mil gayi hum ko. aisa kabhi bhi nahi hoga. saath saath humein muhasba karna padega.</w:t>
      </w:r>
    </w:p>
    <w:p>
      <w:pPr>
        <w:jc w:val="right"/>
      </w:pPr>
      <w:r>
        <w:t>یہ بھی اچھی طرح سمجھنا چاہیے کہ یہ دعا کے الفاظ ہم نے دہرا دیے اور اس کے بعد صراط مستقیم مل گئی ہم کو۔ ایسا کبھی بھی نہیں ہوگا۔ ساتھ ساتھ ہمیں محاسبہ کرنا پڑے گا۔</w:t>
      </w:r>
    </w:p>
    <w:p>
      <w:r>
        <w:rPr>
          <w:b/>
        </w:rPr>
        <w:t xml:space="preserve">[1:41:07] </w:t>
      </w:r>
      <w:r>
        <w:t>yani introspection. dua ke saath saath introspection. yaad rakhiye, dua aur apna jo is mein karna hai, woh 50-50 ka ratio hota hai.</w:t>
      </w:r>
    </w:p>
    <w:p>
      <w:pPr>
        <w:jc w:val="right"/>
      </w:pPr>
      <w:r>
        <w:t>یعنی انٹروسپیکشن۔ دعا کے ساتھ ساتھ انٹروسپیکشن۔ یاد رکھیے، دعا اور اپنا جو اس میں کرنا ہے، وہ 50-50 کا ریشو ہوتا ہے۔</w:t>
      </w:r>
    </w:p>
    <w:p>
      <w:r>
        <w:rPr>
          <w:b/>
        </w:rPr>
        <w:t xml:space="preserve">[1:41:20] </w:t>
      </w:r>
      <w:r>
        <w:t>yani 50 fisad dua hai, 50 fisad apni mehnat hai.</w:t>
      </w:r>
    </w:p>
    <w:p>
      <w:pPr>
        <w:jc w:val="right"/>
      </w:pPr>
      <w:r>
        <w:t>یعنی 50 فیصد دعا ہے، 50 فیصد اپنی محنت ہے۔</w:t>
      </w:r>
    </w:p>
    <w:p>
      <w:r>
        <w:rPr>
          <w:b/>
        </w:rPr>
        <w:t xml:space="preserve">[1:41:27] </w:t>
      </w:r>
      <w:r>
        <w:t>yani ab jab aap yeh dua karen ke Khuda ya humein sirat-e-mustaqeem de, to saath saath aap ka zehn khoob bedaar rehna chahiye introspection ke liye.</w:t>
      </w:r>
    </w:p>
    <w:p>
      <w:pPr>
        <w:jc w:val="right"/>
      </w:pPr>
      <w:r>
        <w:t>یعنی اب جب آپ یہ دعا کریں کہ خدایا ہمیں صراط مستقیم دے، تو ساتھ ساتھ آپ کا ذہن خوب بیدار رہنا چاہیے انٹروسپیکشن کے لیے۔</w:t>
      </w:r>
    </w:p>
    <w:p>
      <w:r>
        <w:rPr>
          <w:b/>
        </w:rPr>
        <w:t xml:space="preserve">[1:41:39] </w:t>
      </w:r>
      <w:r>
        <w:t>har mauqe par aap sochen, apna ehsaab karen, apna muhasba karen ke maine kya kiya, kya nahi kiya.</w:t>
      </w:r>
    </w:p>
    <w:p>
      <w:pPr>
        <w:jc w:val="right"/>
      </w:pPr>
      <w:r>
        <w:t>ہر موقع پر آپ سوچیں، اپنا احتساب کریں، اپنا محاسبہ کریں کہ میں نے کیا کیا، کیا نہیں کیا۔</w:t>
      </w:r>
    </w:p>
    <w:p>
      <w:r>
        <w:rPr>
          <w:b/>
        </w:rPr>
        <w:t xml:space="preserve">[1:41:47] </w:t>
      </w:r>
      <w:r>
        <w:t>sahih tareeqa yeh hai ke har din jab shaam ko aadmi lete bistar par, to din bhar ke bare mein soche woh ke aaj jo maine kiya, woh kya sahi tha ya galat.</w:t>
      </w:r>
    </w:p>
    <w:p>
      <w:pPr>
        <w:jc w:val="right"/>
      </w:pPr>
      <w:r>
        <w:t>صحیح طریقہ یہ ہے کہ ہر دن جب شام کو آدمی لیٹے بستر پر، تو دن بھر کے بارے میں سوچے وہ کہ آج جو میں نے کیا، وہ کیا صحیح تھا یا غلط۔</w:t>
      </w:r>
    </w:p>
    <w:p>
      <w:r>
        <w:rPr>
          <w:b/>
        </w:rPr>
        <w:t xml:space="preserve">[1:41:58] </w:t>
      </w:r>
      <w:r>
        <w:t>yani zabaan ka istemal maine sahi kiya ya galat kiya, aankh ka istemal sahi kiya ya galat kiya, haath paon ka istemal sahi kiya ya galat kiya.</w:t>
      </w:r>
    </w:p>
    <w:p>
      <w:pPr>
        <w:jc w:val="right"/>
      </w:pPr>
      <w:r>
        <w:t>یعنی زبان کا استعمال میں نے صحیح کیا یا غلط کیا، آنکھ کا استعمال صحیح کیا یا غلط کیا، ہاتھ پاؤں کا استعمال صحیح کیا یا غلط کیا۔</w:t>
      </w:r>
    </w:p>
    <w:p>
      <w:r>
        <w:rPr>
          <w:b/>
        </w:rPr>
        <w:t xml:space="preserve">[1:42:09] </w:t>
      </w:r>
      <w:r>
        <w:t>yeh us ko kehte hain muhasba, introspection. to</w:t>
      </w:r>
    </w:p>
    <w:p>
      <w:pPr>
        <w:jc w:val="right"/>
      </w:pPr>
      <w:r>
        <w:t>یہ اس کو کہتے ہیں محاسبہ، انٹروسپیکشن۔ تو</w:t>
      </w:r>
    </w:p>
    <w:p>
      <w:r>
        <w:rPr>
          <w:b/>
        </w:rPr>
        <w:t xml:space="preserve">[1:42:13] </w:t>
      </w:r>
      <w:r>
        <w:t>sirf yeh hai ke aap dua ke alfaaz dohra den, to us se kabhi bhi sirat-e-mustaqeem nahi milne wali hai. aap ko saath saath introspection karna padega, muhasba karna padega, sochte rehna padega,</w:t>
      </w:r>
    </w:p>
    <w:p>
      <w:pPr>
        <w:jc w:val="right"/>
      </w:pPr>
      <w:r>
        <w:t>صرف یہ ہے کہ آپ دعا کے الفاظ دہرا دیں، تو اس سے کبھی بھی صراط مستقیم نہیں ملنے والی ہے۔ آپ کو ساتھ ساتھ انٹروسپیکشن کرنا پڑے گا، محاسبہ کرنا پڑے گا، سوچتے رہنا پڑے گا،</w:t>
      </w:r>
    </w:p>
    <w:p>
      <w:r>
        <w:rPr>
          <w:b/>
        </w:rPr>
        <w:t xml:space="preserve">[1:42:28] </w:t>
      </w:r>
      <w:r>
        <w:t>revision karna padega apni zindagi ka. revision.</w:t>
      </w:r>
    </w:p>
    <w:p>
      <w:pPr>
        <w:jc w:val="right"/>
      </w:pPr>
      <w:r>
        <w:t>ریویژن کرنا پڑے گا اپنی زندگی کا۔ ریویژن۔</w:t>
      </w:r>
    </w:p>
    <w:p>
      <w:r>
        <w:rPr>
          <w:b/>
        </w:rPr>
        <w:t xml:space="preserve">[1:42:34] </w:t>
      </w:r>
      <w:r>
        <w:t>apni soch, apni speech, apna action, har cheez par koi revise karna padega. yeh bahut hi important baat hai.</w:t>
      </w:r>
    </w:p>
    <w:p>
      <w:pPr>
        <w:jc w:val="right"/>
      </w:pPr>
      <w:r>
        <w:t>اپنی سوچ، اپنی سپیچ، اپنا ایکشن، ہر چیز پر کوئی ریوائز کرنا پڑے گا۔ یہ بہت ہی امپورٹنٹ بات ہے۔</w:t>
      </w:r>
    </w:p>
    <w:p>
      <w:r>
        <w:rPr>
          <w:b/>
        </w:rPr>
        <w:t xml:space="preserve">[1:42:43] </w:t>
      </w:r>
      <w:r>
        <w:t>hum ne bahut se log dekhe hain ke bas woh dua karte rehte hain, dua karte rehte hain aur hota kuch bhi nahi. koi islaah nahi hoti in ki. zindagi badalti nahi in ki.</w:t>
      </w:r>
    </w:p>
    <w:p>
      <w:pPr>
        <w:jc w:val="right"/>
      </w:pPr>
      <w:r>
        <w:t>ہم نے بہت سے لوگ دیکھے ہیں کہ بس وہ دعا کرتے رہتے ہیں، دعا کرتے رہتے ہیں اور ہوتا کچھ بھی نہیں۔ کوئی اصلاح نہیں ہوتی ان کی۔ زندگی بدلتی نہیں ان کی۔</w:t>
      </w:r>
    </w:p>
    <w:p>
      <w:r>
        <w:rPr>
          <w:b/>
        </w:rPr>
        <w:t xml:space="preserve">[1:42:54] </w:t>
      </w:r>
      <w:r>
        <w:t>in ki zindagi mein koi inqilaab nahi aata. yeh kyun aisa hota hai? dua ke alfaaz to apni zabaan se dohraaye unhon ne, lekin us ke jo aur taqaze the, us ko poora nahi kiya.</w:t>
      </w:r>
    </w:p>
    <w:p>
      <w:pPr>
        <w:jc w:val="right"/>
      </w:pPr>
      <w:r>
        <w:t>ان کی زندگی میں کوئی انقلاب نہیں آتا۔ یہ کیوں ایسا ہوتا ہے؟ دعا کے الفاظ تو اپنی زبان سے دہرائے انہوں نے، لیکن اس کے جو اور تقاضے تھے، اس کو پورا نہیں کیا۔</w:t>
      </w:r>
    </w:p>
    <w:p>
      <w:r>
        <w:rPr>
          <w:b/>
        </w:rPr>
        <w:t xml:space="preserve">[1:43:07] </w:t>
      </w:r>
      <w:r>
        <w:t>woh tha ke apni zindagi ko narsani, apni zindagi ko revise karna, hamesha re-assess karna, hamesha introspection karna, yeh kiya nahi.</w:t>
      </w:r>
    </w:p>
    <w:p>
      <w:pPr>
        <w:jc w:val="right"/>
      </w:pPr>
      <w:r>
        <w:t>وہ تھا کہ اپنی زندگی کو نرسانی، اپنی زندگی کو ریوائز کرنا، ہمیشہ ری ایسس کرنا، ہمیشہ انٹروسپیکشن کرنا، یہ کیا نہیں۔</w:t>
      </w:r>
    </w:p>
    <w:p>
      <w:r>
        <w:rPr>
          <w:b/>
        </w:rPr>
        <w:t xml:space="preserve">[1:43:18] </w:t>
      </w:r>
      <w:r>
        <w:t>to dua koi automatic taur par aap ko theek nahi kar degi. aisa nahi hai ke dua kiya aur sab kuch theek thaak ho gaya. dua ke saath saath aap ko apna jo karna hai, woh bhi karna padega.</w:t>
      </w:r>
    </w:p>
    <w:p>
      <w:pPr>
        <w:jc w:val="right"/>
      </w:pPr>
      <w:r>
        <w:t>تو دعا کوئی آٹومیٹک طور پر آپ کو ٹھیک نہیں کر دے گی۔ ایسا نہیں ہے کہ دعا کیا اور سب کچھ ٹھیک ٹھاک ہو گیا۔ دعا کے ساتھ ساتھ آپ کو اپنا جو کرنا ہے، وہ بھی کرنا پڑے گا۔</w:t>
      </w:r>
    </w:p>
    <w:p>
      <w:r>
        <w:rPr>
          <w:b/>
        </w:rPr>
        <w:t xml:space="preserve">[1:43:34] </w:t>
      </w:r>
      <w:r>
        <w:t>quran mein hai ke "الہ یسعد الکلم الطیب والعمل الصالحیرفہ" "الہ یسعد الکلم الطیب والعمل الصالحیرفہ" yani Khuda ki taraf pahunchte hain achhe kalmaat, achhi dua aur amal saleh us ko upar le aata hai.</w:t>
      </w:r>
    </w:p>
    <w:p>
      <w:pPr>
        <w:jc w:val="right"/>
      </w:pPr>
      <w:r>
        <w:t>قرآن میں ہے کہ "الہ یسعد الکلم الطیب والعمل الصالحیرفہ" "الہ یسعد الکلم الطیب والعمل الصالحیرفہ" یعنی خدا کی طرف پہنچتے ہیں اچھے کلمات، اچھی دعا اور عمل صالح اس کو اوپر لے آتا ہے۔</w:t>
      </w:r>
    </w:p>
    <w:p>
      <w:r>
        <w:rPr>
          <w:b/>
        </w:rPr>
        <w:t xml:space="preserve">[1:43:55] </w:t>
      </w:r>
      <w:r>
        <w:t>matlab dono cheezen darkaar hain. Khuda se aap dua bhi karen aur saath saath khud jo karna hai, woh bhi karte rahen.</w:t>
      </w:r>
    </w:p>
    <w:p>
      <w:pPr>
        <w:jc w:val="right"/>
      </w:pPr>
      <w:r>
        <w:t>مطلب دونوں چیزیں درکار ہیں۔ خدا سے آپ دعا بھی کریں اور ساتھ ساتھ خود جو کرنا ہے، وہ بھی کرتے رہیں۔</w:t>
      </w:r>
    </w:p>
    <w:p>
      <w:r>
        <w:rPr>
          <w:b/>
        </w:rPr>
        <w:t xml:space="preserve">[1:44:04] </w:t>
      </w:r>
      <w:r>
        <w:t>aur khud karne mein sab se aham baat yeh hai ke aap apna introspection karen. koi aap ko naseehat kare to khule dil se sunen. koi aap ko criticize kare to us ko bhi gaur se, us par bhi gaur kar ke samajhen.</w:t>
      </w:r>
    </w:p>
    <w:p>
      <w:pPr>
        <w:jc w:val="right"/>
      </w:pPr>
      <w:r>
        <w:t>اور خود کرنے میں سب سے اہم بات یہ ہے کہ آپ اپنا انٹروسپیکشن کریں۔ کوئی آپ کو نصیحت کرے تو کھلے دل سے سنیں۔ کوئی آپ کو کریٹیسائز کرے تو اس کو بھی غور سے، اس پر بھی غور کر کے سمجھیں۔</w:t>
      </w:r>
    </w:p>
    <w:p>
      <w:r>
        <w:rPr>
          <w:b/>
        </w:rPr>
        <w:t xml:space="preserve">[1:44:18] </w:t>
      </w:r>
      <w:r>
        <w:t>us ko aisa nahi ke gussa ho jayen. to yeh bahut zaroori hai.</w:t>
      </w:r>
    </w:p>
    <w:p>
      <w:pPr>
        <w:jc w:val="right"/>
      </w:pPr>
      <w:r>
        <w:t>اس کو ایسا نہیں کہ غصہ ہو جائیں۔ تو یہ بہت ضروری ہے۔</w:t>
      </w:r>
    </w:p>
    <w:p>
      <w:r>
        <w:rPr>
          <w:b/>
        </w:rPr>
        <w:t xml:space="preserve">[1:44:26] </w:t>
      </w:r>
      <w:r>
        <w:t>us ke baad farmaya "صراط المستقیم الذین انعمت علیہم غیر مغضوب علیہم".</w:t>
      </w:r>
    </w:p>
    <w:p>
      <w:pPr>
        <w:jc w:val="right"/>
      </w:pPr>
      <w:r>
        <w:t>اس کے بعد فرمایا "صراط المستقیم الذین انعمت علیہم غیر مغضوب علیہم"۔</w:t>
      </w:r>
    </w:p>
    <w:p>
      <w:r>
        <w:rPr>
          <w:b/>
        </w:rPr>
        <w:t xml:space="preserve">[1:44:36] </w:t>
      </w:r>
      <w:r>
        <w:t>yeh sirat-e-mustaqeem ki mazeed wazahat hai ke sirat-e-mustaqeem se murad kya hai.</w:t>
      </w:r>
    </w:p>
    <w:p>
      <w:pPr>
        <w:jc w:val="right"/>
      </w:pPr>
      <w:r>
        <w:t>یہ صراط مستقیم کی مزید وضاحت ہے کہ صراط مستقیم سے مراد کیا ہے۔</w:t>
      </w:r>
    </w:p>
    <w:p>
      <w:r>
        <w:rPr>
          <w:b/>
        </w:rPr>
        <w:t xml:space="preserve">[1:44:43] </w:t>
      </w:r>
      <w:r>
        <w:t>in logon ka rasta jin par to ne inaam kiya, jin ko to, jin ko teri blessing mili, aur un ka rasta jo</w:t>
      </w:r>
    </w:p>
    <w:p>
      <w:pPr>
        <w:jc w:val="right"/>
      </w:pPr>
      <w:r>
        <w:t>ان لوگوں کا راستہ جن پر تو نے انعام کیا، جن کو تو، جن کو تیری بلیسنگ ملی، اور ان کا راستہ جو</w:t>
      </w:r>
    </w:p>
    <w:p>
      <w:r>
        <w:rPr>
          <w:b/>
        </w:rPr>
        <w:t xml:space="preserve">[1:44:59] </w:t>
      </w:r>
      <w:r>
        <w:t>ghazab wale nahin hain, woh log nahin, woh log nahin jin par tera ghazab hua, aur woh log nahin jo jo bhatak gaye, na maghzoob hon, na zalim hon,</w:t>
      </w:r>
    </w:p>
    <w:p>
      <w:pPr>
        <w:jc w:val="right"/>
      </w:pPr>
      <w:r>
        <w:t>غضب والے نہیں ہیں، وہ لوگ نہیں، وہ لوگ نہیں جن پر تیرا غضب ہوا، اور وہ لوگ نہیں جو جو بھٹک گئے، نہ مغضوب ہوں، نہ ظالم ہوں،</w:t>
      </w:r>
    </w:p>
    <w:p>
      <w:r>
        <w:rPr>
          <w:b/>
        </w:rPr>
        <w:t xml:space="preserve">[1:45:12] </w:t>
      </w:r>
      <w:r>
        <w:t>balkeh woh log hon jin par tera inaam hua ho. ab is par ghhor kijiye,</w:t>
      </w:r>
    </w:p>
    <w:p>
      <w:pPr>
        <w:jc w:val="right"/>
      </w:pPr>
      <w:r>
        <w:t>بلکہ وہ لوگ ہوں جن پر تیرا انعام ہوا ہو۔ اب اس پر غور کیجئے،</w:t>
      </w:r>
    </w:p>
    <w:p>
      <w:r>
        <w:rPr>
          <w:b/>
        </w:rPr>
        <w:t xml:space="preserve">[1:45:22] </w:t>
      </w:r>
      <w:r>
        <w:t>inaam wale kon log hain aur maghzoob aur zalim kon log hain. dekhen, is se murad koi community nahin hai, koi mazhabi group nahin hai.</w:t>
      </w:r>
    </w:p>
    <w:p>
      <w:pPr>
        <w:jc w:val="right"/>
      </w:pPr>
      <w:r>
        <w:t>انعام والے کون لوگ ہیں اور مغضوب اور ظالم کون لوگ ہیں۔ دیکھیں، اس سے مراد کوئی کمیونٹی نہیں ہے، کوئی مذہبی گروہ نہیں ہے۔</w:t>
      </w:r>
    </w:p>
    <w:p>
      <w:r>
        <w:rPr>
          <w:b/>
        </w:rPr>
        <w:t xml:space="preserve">[1:45:35] </w:t>
      </w:r>
      <w:r>
        <w:t>yeh ek ek principle ki baat kahi gayi, general principle.</w:t>
      </w:r>
    </w:p>
    <w:p>
      <w:pPr>
        <w:jc w:val="right"/>
      </w:pPr>
      <w:r>
        <w:t>یہ ایک ایک پرنسپل کی بات کہی گئی، جنرل پرنسپل۔</w:t>
      </w:r>
    </w:p>
    <w:p>
      <w:r>
        <w:rPr>
          <w:b/>
        </w:rPr>
        <w:t xml:space="preserve">[1:45:40] </w:t>
      </w:r>
      <w:r>
        <w:t>agar is ko apply kar ke aap samajh len ke is se yeh qaum murad hai, is ko woh qaum murad hai, is ko woh qaum murad hai, to phir woh galat hoga. yeh Khuda ki duniya mein qaumi nijaat nahin hai aur na qaumi gumrahi bhi nahin hai.</w:t>
      </w:r>
    </w:p>
    <w:p>
      <w:pPr>
        <w:jc w:val="right"/>
      </w:pPr>
      <w:r>
        <w:t>اگر اس کو اپلائی کر کے آپ سمجھ لیں کہ اس سے یہ قوم مراد ہے، اس کو وہ قوم مراد ہے، اس کو وہ قوم مراد ہے، تو پھر وہ غلط ہوگا۔ یہ خدا کی دنیا میں قومی نجات نہیں ہے اور نہ قومی گمراہی بھی نہیں ہے۔</w:t>
      </w:r>
    </w:p>
    <w:p>
      <w:r>
        <w:rPr>
          <w:b/>
        </w:rPr>
        <w:t xml:space="preserve">[1:45:57] </w:t>
      </w:r>
      <w:r>
        <w:t>yani qaum ki buniyad par na gumrahi hoti hai, na qaum ki buniyad par nijaat hoti hai. har fard ka apna muamla dekha jata hai Khuda ke haan.</w:t>
      </w:r>
    </w:p>
    <w:p>
      <w:pPr>
        <w:jc w:val="right"/>
      </w:pPr>
      <w:r>
        <w:t>یعنی قوم کی بنیاد پر نہ گمراہی ہوتی ہے، نہ قوم کی بنیاد پر نجات ہوتی ہے۔ ہر فرد کا اپنا معاملہ دیکھا جاتا ہے خدا کے ہاں۔</w:t>
      </w:r>
    </w:p>
    <w:p>
      <w:r>
        <w:rPr>
          <w:b/>
        </w:rPr>
        <w:t xml:space="preserve">[1:46:08] </w:t>
      </w:r>
      <w:r>
        <w:t>to</w:t>
      </w:r>
    </w:p>
    <w:p>
      <w:pPr>
        <w:jc w:val="right"/>
      </w:pPr>
      <w:r>
        <w:t>تو</w:t>
      </w:r>
    </w:p>
    <w:p>
      <w:r>
        <w:rPr>
          <w:b/>
        </w:rPr>
        <w:t xml:space="preserve">[1:46:11] </w:t>
      </w:r>
      <w:r>
        <w:t>"sirat allazina an'amta alaihim" un ka rasta jin par to ne inaam kiya. to yeh baat bazahir group hoti hai, to group ka naam hota hai.</w:t>
      </w:r>
    </w:p>
    <w:p>
      <w:pPr>
        <w:jc w:val="right"/>
      </w:pPr>
      <w:r>
        <w:t>"صراط الذین انعمت علیہم" ان کا راستہ جن پر تو نے انعام کیا۔ تو یہ بات بظاہر گروہ ہوتی ہے، تو گروہ کا نام ہوتا ہے۔</w:t>
      </w:r>
    </w:p>
    <w:p>
      <w:r>
        <w:rPr>
          <w:b/>
        </w:rPr>
        <w:t xml:space="preserve">[1:46:24] </w:t>
      </w:r>
      <w:r>
        <w:t>yahan aap ghhor kijiye ke agar group ka murad hota hai, is se to group ka naam le liya jata.</w:t>
      </w:r>
    </w:p>
    <w:p>
      <w:pPr>
        <w:jc w:val="right"/>
      </w:pPr>
      <w:r>
        <w:t>یہاں آپ غور کیجئے کہ اگر گروہ کا مراد ہوتا ہے، اس سے تو گروہ کا نام لے لیا جاتا۔</w:t>
      </w:r>
    </w:p>
    <w:p>
      <w:r>
        <w:rPr>
          <w:b/>
        </w:rPr>
        <w:t xml:space="preserve">[1:46:31] </w:t>
      </w:r>
      <w:r>
        <w:t>un ka rasta jo falan group ka rasta, yani yeh alfaaz yahan yeh ho sakte the ke falan group ka rasta jo tere inaam wale log hain, to kisi group ka naam nahin liya,</w:t>
      </w:r>
    </w:p>
    <w:p>
      <w:pPr>
        <w:jc w:val="right"/>
      </w:pPr>
      <w:r>
        <w:t>ان کا راستہ جو فلاں گروہ کا راستہ، یعنی یہ الفاظ یہاں یہ ہو سکتے تھے کہ فلاں گروہ کا راستہ جو تیرے انعام والے لوگ ہیں، تو کسی گروہ کا نام نہیں لیا،</w:t>
      </w:r>
    </w:p>
    <w:p>
      <w:r>
        <w:rPr>
          <w:b/>
        </w:rPr>
        <w:t xml:space="preserve">[1:46:48] </w:t>
      </w:r>
      <w:r>
        <w:t>balkeh farmaya ke un ka rasta jin par tera inaam hua, jis se maloom hua ke is se murad koi qaum nahin hai,</w:t>
      </w:r>
    </w:p>
    <w:p>
      <w:pPr>
        <w:jc w:val="right"/>
      </w:pPr>
      <w:r>
        <w:t>بلکہ فرمایا کہ ان کا راستہ جن پر تیرا انعام ہوا، جس سے معلوم ہوا کہ اس سے مراد کوئی قوم نہیں ہے،</w:t>
      </w:r>
    </w:p>
    <w:p>
      <w:r>
        <w:rPr>
          <w:b/>
        </w:rPr>
        <w:t xml:space="preserve">[1:46:57] </w:t>
      </w:r>
      <w:r>
        <w:t>is se murad hai, yani usooli aitbar se jo log is ke mustahiq thehre hain.</w:t>
      </w:r>
    </w:p>
    <w:p>
      <w:pPr>
        <w:jc w:val="right"/>
      </w:pPr>
      <w:r>
        <w:t>اس سے مراد ہے، یعنی اصولی اعتبار سے جو لوگ اس کے مستحق ٹھہرے ہیں۔</w:t>
      </w:r>
    </w:p>
    <w:p>
      <w:r>
        <w:rPr>
          <w:b/>
        </w:rPr>
        <w:t xml:space="preserve">[1:47:07] </w:t>
      </w:r>
      <w:r>
        <w:t>to inaam wale kon log hain? to pichhli aayaten bata rahi hain ke inaam wale kon log hain. inaam wale kon log hain?</w:t>
      </w:r>
    </w:p>
    <w:p>
      <w:pPr>
        <w:jc w:val="right"/>
      </w:pPr>
      <w:r>
        <w:t>تو انعام والے کون لوگ ہیں؟ تو پچھلی آیتیں بتا رہی ہیں کہ انعام والے کون لوگ ہیں۔ انعام والے کون لوگ ہیں؟</w:t>
      </w:r>
    </w:p>
    <w:p>
      <w:r>
        <w:rPr>
          <w:b/>
        </w:rPr>
        <w:t xml:space="preserve">[1:47:17] </w:t>
      </w:r>
      <w:r>
        <w:t>is ko pichhli aayaten bata rahi hain.</w:t>
      </w:r>
    </w:p>
    <w:p>
      <w:pPr>
        <w:jc w:val="right"/>
      </w:pPr>
      <w:r>
        <w:t>اس کو پچھلی آیتیں بتا رہی ہیں۔</w:t>
      </w:r>
    </w:p>
    <w:p>
      <w:r>
        <w:rPr>
          <w:b/>
        </w:rPr>
        <w:t xml:space="preserve">[1:47:19] </w:t>
      </w:r>
      <w:r>
        <w:t>kehte hain inaam wale woh log hain jo hamd-e-Khudawandi mein jiye, jin ko hamd-e-Khudawandi mein jeene ki tofeeq hasil hui, jinhon ne sach mein Khuda ko apna rab banaya,</w:t>
      </w:r>
    </w:p>
    <w:p>
      <w:pPr>
        <w:jc w:val="right"/>
      </w:pPr>
      <w:r>
        <w:t>کہتے ہیں انعام والے وہ لوگ ہیں جو حمد و خداوندی میں جیے، جن کو حمد و خداوندی میں جینے کی توفیق حاصل ہوئی، جنہوں نے سچ میں خدا کو اپنا رب بنایا،</w:t>
      </w:r>
    </w:p>
    <w:p>
      <w:r>
        <w:rPr>
          <w:b/>
        </w:rPr>
        <w:t xml:space="preserve">[1:47:36] </w:t>
      </w:r>
      <w:r>
        <w:t>jin ki zindagi mein rab ka ehsaas poori tarah shamil hua, jin</w:t>
      </w:r>
    </w:p>
    <w:p>
      <w:pPr>
        <w:jc w:val="right"/>
      </w:pPr>
      <w:r>
        <w:t>جن کی زندگی میں رب کا احساس پوری طرح شامل ہوا، جن</w:t>
      </w:r>
    </w:p>
    <w:p>
      <w:r>
        <w:rPr>
          <w:b/>
        </w:rPr>
        <w:t xml:space="preserve">[1:47:43] </w:t>
      </w:r>
      <w:r>
        <w:t>hon ne is baat ko maana ke Khuda jo hai, woh is ke samne sare insaan accountable hain aur sab log is ke samne pesh hone wale hain.</w:t>
      </w:r>
    </w:p>
    <w:p>
      <w:pPr>
        <w:jc w:val="right"/>
      </w:pPr>
      <w:r>
        <w:t>ہوں نے اس بات کو مانا کہ خدا جو ہے، وہ اس کے سامنے سارے انسان اکاؤنٹیبل ہیں اور سب لوگ اس کے سامنے پیش ہونے والے ہیں۔</w:t>
      </w:r>
    </w:p>
    <w:p>
      <w:r>
        <w:rPr>
          <w:b/>
        </w:rPr>
        <w:t xml:space="preserve">[1:47:54] </w:t>
      </w:r>
      <w:r>
        <w:t>jo is nafsiyat mein jiye ke woh Khudaai se mangte rahe, Khudaai ki ibadat karte rahe,</w:t>
      </w:r>
    </w:p>
    <w:p>
      <w:pPr>
        <w:jc w:val="right"/>
      </w:pPr>
      <w:r>
        <w:t>جو اس نفسیات میں جیے کہ وہ خدائی سے مانگتے رہے، خدائی کی عبادت کرتے رہے،</w:t>
      </w:r>
    </w:p>
    <w:p>
      <w:r>
        <w:rPr>
          <w:b/>
        </w:rPr>
        <w:t xml:space="preserve">[1:48:05] </w:t>
      </w:r>
      <w:r>
        <w:t>aur jo is yaqeen mein jinko yeh yaqeen hasil hua ke sirat-e-mustaqeem sirf Khuda ki taraf se milegi, Khuda ki tofeeq ke baghair kisi ko sirat-e-mustaqeem nahin mil sakti.</w:t>
      </w:r>
    </w:p>
    <w:p>
      <w:pPr>
        <w:jc w:val="right"/>
      </w:pPr>
      <w:r>
        <w:t>اور جو اس یقین میں جن کو یہ یقین حاصل ہوا کہ صراط مستقیم صرف خدا کی طرف سے ملے گی، خدا کی توفیق کے بغیر کسی کو صراط مستقیم نہیں مل سکتی۔</w:t>
      </w:r>
    </w:p>
    <w:p>
      <w:r>
        <w:rPr>
          <w:b/>
        </w:rPr>
        <w:t xml:space="preserve">[1:48:22] </w:t>
      </w:r>
      <w:r>
        <w:t>to yeh yeh yeh sari aayaten jo is se pehle aayi hain, yeh sab bata rahi hain ke kon log hain jin par Khuda ka inaam utra.</w:t>
      </w:r>
    </w:p>
    <w:p>
      <w:pPr>
        <w:jc w:val="right"/>
      </w:pPr>
      <w:r>
        <w:t>تو یہ یہ یہ ساری آیتیں جو اس سے پہلے آئی ہیں، یہ سب بتا رہی ہیں کہ کون لوگ ہیں جن پر خدا کا انعام اترا۔</w:t>
      </w:r>
    </w:p>
    <w:p>
      <w:r>
        <w:rPr>
          <w:b/>
        </w:rPr>
        <w:t xml:space="preserve">[1:48:34] </w:t>
      </w:r>
      <w:r>
        <w:t>yani inaam wale log kon hain? woh yeh hain "an'amta alaihim" mein se murad yeh hai ke yeh jo cheezen hain jo matlab hain Khuda ko, yani pichhli ki aayaton mein surah ki jo pichhli aayaten hain, woh bata rahi hain ke kya matlab hai Khuda ko,</w:t>
      </w:r>
    </w:p>
    <w:p>
      <w:pPr>
        <w:jc w:val="right"/>
      </w:pPr>
      <w:r>
        <w:t>یعنی انعام والے لوگ کون ہیں؟ وہ یہ ہیں "انعمت علیہم" میں سے مراد یہ ہے کہ یہ جو چیزیں ہیں جو مطلوب ہیں خدا کو، یعنی پچھلی کی آیتوں میں سورہ کی جو پچھلی آیتیں ہیں، وہ بتا رہی ہیں کہ کیا مطلوب ہے خدا کو،</w:t>
      </w:r>
    </w:p>
    <w:p>
      <w:r>
        <w:rPr>
          <w:b/>
        </w:rPr>
        <w:t xml:space="preserve">[1:48:52] </w:t>
      </w:r>
      <w:r>
        <w:t>insaan ko kin jazbat ke sath duniya mein rehna hai. to yeh matlab sifaten jin mein payi gayin, woh hain, woh hain woh log jin par Khuda ka inaam hua.</w:t>
      </w:r>
    </w:p>
    <w:p>
      <w:pPr>
        <w:jc w:val="right"/>
      </w:pPr>
      <w:r>
        <w:t>انسان کو کن جذبات کے ساتھ دنیا میں رہنا ہے۔ تو یہ مطلوب صفات جن میں پائی گئیں، وہ ہیں، وہ ہیں وہ لوگ جن پر خدا کا انعام ہوا۔</w:t>
      </w:r>
    </w:p>
    <w:p>
      <w:r>
        <w:rPr>
          <w:b/>
        </w:rPr>
        <w:t xml:space="preserve">[1:49:10] </w:t>
      </w:r>
      <w:r>
        <w:t>to yoon samajh lijiye ke pichhli aayaton mein jo baat nazari taur par kahi gayi hai, woh is aayat mein yani amli aitbar se bata di gayi.</w:t>
      </w:r>
    </w:p>
    <w:p>
      <w:pPr>
        <w:jc w:val="right"/>
      </w:pPr>
      <w:r>
        <w:t>تو یوں سمجھ لیجئے کہ پچھلی آیتوں میں جو بات نظری طور پر کہی گئی ہے، وہ اس آیت میں یعنی عملی اعتبار سے بتا دی گئی۔</w:t>
      </w:r>
    </w:p>
    <w:p>
      <w:r>
        <w:rPr>
          <w:b/>
        </w:rPr>
        <w:t xml:space="preserve">[1:49:22] </w:t>
      </w:r>
      <w:r>
        <w:t>yani to yeh grohi ya jamaati ya qaumi aitbar se na to inaam hota, na woh group zalim mein se shumar hota ya maghzoob mein se shumar hota.</w:t>
      </w:r>
    </w:p>
    <w:p>
      <w:pPr>
        <w:jc w:val="right"/>
      </w:pPr>
      <w:r>
        <w:t>یعنی تو یہ گروہی یا جماعتی یا قومی اعتبار سے نہ تو انعام ہوتا، نہ وہ گروہ ظالم میں سے شمار ہوتا یا مغضوب میں سے شمار ہوتا۔</w:t>
      </w:r>
    </w:p>
    <w:p>
      <w:r>
        <w:rPr>
          <w:b/>
        </w:rPr>
        <w:t xml:space="preserve">[1:49:39] </w:t>
      </w:r>
      <w:r>
        <w:t>aisa kuch bhi nahi hai. to pehli baat yeh farmayi ke woh log jin par tera inaam hua,</w:t>
      </w:r>
    </w:p>
    <w:p>
      <w:pPr>
        <w:jc w:val="right"/>
      </w:pPr>
      <w:r>
        <w:t>ایسا کچھ بھی نہیں ہے۔ تو پہلی بات یہ فرمائی کہ وہ لوگ جن پر تیرا انعام ہوا،</w:t>
      </w:r>
    </w:p>
    <w:p>
      <w:r>
        <w:rPr>
          <w:b/>
        </w:rPr>
        <w:t xml:space="preserve">[1:49:49] </w:t>
      </w:r>
      <w:r>
        <w:t>isi ka mazeed wazahat yeh hai ke "ghair al maghzoob alaihim" aur phir farmaya ke "wallazina inaam wale kon log honge?" yeh woh log honge jin par tera ghazab nazil nahi hua aur jo bhatke hue log nahi hain.</w:t>
      </w:r>
    </w:p>
    <w:p>
      <w:pPr>
        <w:jc w:val="right"/>
      </w:pPr>
      <w:r>
        <w:t>اسی کا مزید وضاحت یہ ہے کہ "غیر المغضوب علیہم" اور پھر فرمایا کہ "والذین انعام والے کون لوگ ہوں گے؟" یہ وہ لوگ ہوں گے جن پر تیرا غضب نازل نہیں ہوا اور جو بھٹکے ہوئے لوگ نہیں ہیں۔</w:t>
      </w:r>
    </w:p>
    <w:p>
      <w:r>
        <w:rPr>
          <w:b/>
        </w:rPr>
        <w:t xml:space="preserve">[1:50:08] </w:t>
      </w:r>
      <w:r>
        <w:t>acchi tarah yaad rakhiye ke na to maghzoob se murad koi jamaat hai, na zalim se murad koi jamaat hai.</w:t>
      </w:r>
    </w:p>
    <w:p>
      <w:pPr>
        <w:jc w:val="right"/>
      </w:pPr>
      <w:r>
        <w:t>اچھی طرح یاد رکھیے کہ نہ تو مغضوب سے مراد کوئی جماعت ہے، نہ ظالم سے مراد کوئی جماعت ہے۔</w:t>
      </w:r>
    </w:p>
    <w:p>
      <w:r>
        <w:rPr>
          <w:b/>
        </w:rPr>
        <w:t xml:space="preserve">[1:50:17] </w:t>
      </w:r>
      <w:r>
        <w:t>yeh hargiz aisa nahi hai. koi bhi giroh ya koi bhi shakhs</w:t>
      </w:r>
    </w:p>
    <w:p>
      <w:pPr>
        <w:jc w:val="right"/>
      </w:pPr>
      <w:r>
        <w:t>یہ ہرگز ایسا نہیں ہے۔ کوئی بھی گروہ یا کوئی بھی شخص</w:t>
      </w:r>
    </w:p>
    <w:p>
      <w:r>
        <w:rPr>
          <w:b/>
        </w:rPr>
        <w:t xml:space="preserve">[1:50:24] </w:t>
      </w:r>
      <w:r>
        <w:t>jo aisa kare, woh is category mein aa jayega. to maghzoob kon log hote hain? maghzoob woh hai jis par sachai utri, jis ko sachai batayi gayi,</w:t>
      </w:r>
    </w:p>
    <w:p>
      <w:pPr>
        <w:jc w:val="right"/>
      </w:pPr>
      <w:r>
        <w:t>جو ایسا کرے، وہ اس کیٹگری میں آ جائے گا۔ تو مغضوب کون لوگ ہوتے ہیں؟ مغضوب وہ ہے جس پر سچائی اتری، جس کو سچائی بتائی گئی،</w:t>
      </w:r>
    </w:p>
    <w:p>
      <w:r>
        <w:rPr>
          <w:b/>
        </w:rPr>
        <w:t xml:space="preserve">[1:50:40] </w:t>
      </w:r>
      <w:r>
        <w:t>jis ne sachai ko jaan liya. to sachai ko janne ke bawajood jo us se hat gaya, sachai samne aayi, phir bhi us ne us ko nahi mana.</w:t>
      </w:r>
    </w:p>
    <w:p>
      <w:pPr>
        <w:jc w:val="right"/>
      </w:pPr>
      <w:r>
        <w:t>جس نے سچائی کو جان لیا۔ تو سچائی کو جاننے کے باوجود جو اس سے ہٹ گیا، سچائی سامنے آئی، پھر بھی اس نے اس کو نہیں مانا۔</w:t>
      </w:r>
    </w:p>
    <w:p>
      <w:r>
        <w:rPr>
          <w:b/>
        </w:rPr>
        <w:t xml:space="preserve">[1:50:54] </w:t>
      </w:r>
      <w:r>
        <w:t>yani pesh karne wale ne sachai pesh ki aur phir bhi apni badai ko baqi rakhne ke liye us ne sachai ko acknowledge nahi kiya. yeh hai maghzoob.</w:t>
      </w:r>
    </w:p>
    <w:p>
      <w:pPr>
        <w:jc w:val="right"/>
      </w:pPr>
      <w:r>
        <w:t>یعنی پیش کرنے والے نے سچائی پیش کی اور پھر بھی اپنی بڑائی کو باقی رکھنے کے لیے اس نے سچائی کو اکنالج نہیں کیا۔ یہ ہے مغضوب۔</w:t>
      </w:r>
    </w:p>
    <w:p>
      <w:r>
        <w:rPr>
          <w:b/>
        </w:rPr>
        <w:t xml:space="preserve">[1:51:07] </w:t>
      </w:r>
      <w:r>
        <w:t>jaankar ke na manna, jaankar ke iqrar na karna. yeh jo jo log aisa karein, woh Khuda ke ghazab ka shikar ho jate hain.</w:t>
      </w:r>
    </w:p>
    <w:p>
      <w:pPr>
        <w:jc w:val="right"/>
      </w:pPr>
      <w:r>
        <w:t>جان کر کے نہ ماننا، جان کر کے اعتراف نہ کرنا۔ یہ جو جو لوگ ایسا کریں، وہ خدا کے غضب کا شکار ہو جاتے ہیں۔</w:t>
      </w:r>
    </w:p>
    <w:p>
      <w:r>
        <w:rPr>
          <w:b/>
        </w:rPr>
        <w:t xml:space="preserve">[1:51:22] </w:t>
      </w:r>
      <w:r>
        <w:t>yeh Khuda ke nazdeek bohat bara gunah hai, bohat bara sin hai ke us ke samne Khuda aya. jab bhi sachai pesh ki jaye to samajh lijiye ke Khuda us ke samne aa gaya.</w:t>
      </w:r>
    </w:p>
    <w:p>
      <w:pPr>
        <w:jc w:val="right"/>
      </w:pPr>
      <w:r>
        <w:t>یہ خدا کے نزدیک بہت بڑا گناہ ہے، بہت بڑا سن ہے کہ اس کے سامنے خدا آیا۔ جب بھی سچائی پیش کی جائے تو سمجھ لیجئے کہ خدا اس کے سامنے آ گیا۔</w:t>
      </w:r>
    </w:p>
    <w:p>
      <w:r>
        <w:rPr>
          <w:b/>
        </w:rPr>
        <w:t xml:space="preserve">[1:51:35] </w:t>
      </w:r>
      <w:r>
        <w:t>insan ke zariye Khuda ki baat us ke samne pahuncha di gayi aur phir woh us ne sarakashi ki, phir woh us ne us ko bypass kar diya ya jana hai aur jaan boojh kar koi amal nahi kiya.</w:t>
      </w:r>
    </w:p>
    <w:p>
      <w:pPr>
        <w:jc w:val="right"/>
      </w:pPr>
      <w:r>
        <w:t>انسان کے ذریعے خدا کی بات اس کے سامنے پہنچا دی گئی اور پھر وہ اس نے سرکشی کی، پھر وہ اس نے اس کو برسائیڈ کر دیا یا جانا ہے اور جان بوجھ کر کوئی عمل نہیں کیا۔</w:t>
      </w:r>
    </w:p>
    <w:p>
      <w:r>
        <w:rPr>
          <w:b/>
        </w:rPr>
        <w:t xml:space="preserve">[1:51:49] </w:t>
      </w:r>
      <w:r>
        <w:t>us ko to aise log Khuda ke nazdeek bohat bure hain. Khuda qarz un ke upar hai, qarz us ko, us ko ghazab kaha gaya hai.</w:t>
      </w:r>
    </w:p>
    <w:p>
      <w:pPr>
        <w:jc w:val="right"/>
      </w:pPr>
      <w:r>
        <w:t>اس کو تو ایسے لوگ خدا کے نزدیک بہت برے ہیں۔ خدا قرض ان کے اوپر ہے، قرض اس کو، اس کو غضب کہا گیا ہے۔</w:t>
      </w:r>
    </w:p>
    <w:p>
      <w:r>
        <w:rPr>
          <w:b/>
        </w:rPr>
        <w:t xml:space="preserve">[1:52:04] </w:t>
      </w:r>
      <w:r>
        <w:t>woh Khuda ke ghazab ke mustahiq ban jate hain. un ki koi aise logon ki koi maafi nahi hoti. jo log jaan boojh kar ke sarakash banein, jaan boojh kar ke woh mutakabbir banein,</w:t>
      </w:r>
    </w:p>
    <w:p>
      <w:pPr>
        <w:jc w:val="right"/>
      </w:pPr>
      <w:r>
        <w:t>وہ خدا کے غضب کے مستحق بن جاتے ہیں۔ ان کی کوئی ایسے لوگوں کی کوئی معافی نہیں ہوتی۔ جو لوگ جان بوجھ کر کے سرکش بنیں، جان بوجھ کر کے وہ متکبر بنیں،</w:t>
      </w:r>
    </w:p>
    <w:p>
      <w:r>
        <w:rPr>
          <w:b/>
        </w:rPr>
        <w:t xml:space="preserve">[1:52:20] </w:t>
      </w:r>
      <w:r>
        <w:t>un ke liye Khuda ke haan koi maafi nahi hai. woh hamesha ke liye Khuda ke ghazab ka shikar ban kar reh jate hain.</w:t>
      </w:r>
    </w:p>
    <w:p>
      <w:pPr>
        <w:jc w:val="right"/>
      </w:pPr>
      <w:r>
        <w:t>ان کے لیے خدا کے ہاں کوئی معافی نہیں ہے۔ وہ ہمیشہ کے لیے خدا کے غضب کا شکار بن کر رہ جاتے ہیں۔</w:t>
      </w:r>
    </w:p>
    <w:p>
      <w:r>
        <w:rPr>
          <w:b/>
        </w:rPr>
        <w:t xml:space="preserve">[1:52:29] </w:t>
      </w:r>
      <w:r>
        <w:t>aur zalimeen, ghair al maghzoob alaihim, zalimeen</w:t>
      </w:r>
    </w:p>
    <w:p>
      <w:pPr>
        <w:jc w:val="right"/>
      </w:pPr>
      <w:r>
        <w:t>اور ظالمین، غیر المغضوب علیہم، ظالمین</w:t>
      </w:r>
    </w:p>
    <w:p>
      <w:r>
        <w:rPr>
          <w:b/>
        </w:rPr>
        <w:t xml:space="preserve">[1:52:33] </w:t>
      </w:r>
      <w:r>
        <w:t>, zalimeen se kon murad log hain? bhatke hue log. bhatke hue log woh hain jo sarakash to nahi hain, lekin bhatke hue hain.</w:t>
      </w:r>
    </w:p>
    <w:p>
      <w:pPr>
        <w:jc w:val="right"/>
      </w:pPr>
      <w:r>
        <w:t>، ظالمین سے کون مراد لوگ ہیں؟ بھٹکے ہوئے لوگ۔ بھٹکے ہوئے لوگ وہ ہیں جو سرکش تو نہیں ہیں، لیکن بھٹکے ہوئے ہیں۔</w:t>
      </w:r>
    </w:p>
    <w:p>
      <w:r>
        <w:rPr>
          <w:b/>
        </w:rPr>
        <w:t xml:space="preserve">[1:52:46] </w:t>
      </w:r>
      <w:r>
        <w:t>bhatke hue, yani ek hai jaan boojh kar ke jo us ka bypass karta hai, woh to maghzoob alaihim mein aa gaya. lekin doosre log, woh jo sachai ko theek tarike se jaan nahi paaye, un par baat poori tarah se khuli nahi.</w:t>
      </w:r>
    </w:p>
    <w:p>
      <w:pPr>
        <w:jc w:val="right"/>
      </w:pPr>
      <w:r>
        <w:t>بھٹکے ہوئے، یعنی ایک ہے جان بوجھ کر کے جو اس کا برسائیڈ کرتا ہے، وہ تو مغضوب علیہم میں آ گیا۔ لیکن دوسرے لوگ، وہ جو سچائی کو ٹھیک طریقے سے جان نہیں پائے، ان پر بات پوری طریقے سے کھلی نہیں۔</w:t>
      </w:r>
    </w:p>
    <w:p>
      <w:r>
        <w:rPr>
          <w:b/>
        </w:rPr>
        <w:t xml:space="preserve">[1:53:03] </w:t>
      </w:r>
      <w:r>
        <w:t>matlab woh seeker to the, magar woh finder nahi ban sake. woh bhatakte rahe, bhatakte rahe, bhatakte rahe. to is mein yeh dua farmaya, dua mein yeh sikhaya gaya ke ke yeh kaho ke hum ko bhatakne walon mein na bana.</w:t>
      </w:r>
    </w:p>
    <w:p>
      <w:pPr>
        <w:jc w:val="right"/>
      </w:pPr>
      <w:r>
        <w:t>مطلب وہ سیکھر تو تھے، مگر وہ فائنڈر نہیں بن سکے۔ وہ بھٹکتے رہے، بھٹکتے رہے، بھٹکتے رہے۔ تو اس میں یہ دعا فرمایا، دعا میں یہ سکھایا گیا کہ کہ یہ کہو کہ ہم کو بھٹکنے والوں میں نہ بنا۔</w:t>
      </w:r>
    </w:p>
    <w:p>
      <w:r>
        <w:rPr>
          <w:b/>
        </w:rPr>
        <w:t xml:space="preserve">[1:53:21] </w:t>
      </w:r>
      <w:r>
        <w:t>jis ka mani hai ke maghzoob alaihim jo hain, agar woh zalim hain to zalimeen jo hain, woh andhe hain.</w:t>
      </w:r>
    </w:p>
    <w:p>
      <w:pPr>
        <w:jc w:val="right"/>
      </w:pPr>
      <w:r>
        <w:t>جس کا معنی ہے کہ مغضوب علیہم جو ہیں، اگر وہ ظالم ہیں تو ظالمین جو ہیں، وہ اندھے ہیں۔</w:t>
      </w:r>
    </w:p>
    <w:p>
      <w:r>
        <w:rPr>
          <w:b/>
        </w:rPr>
        <w:t xml:space="preserve">[1:53:30] </w:t>
      </w:r>
      <w:r>
        <w:t>yani ek hai woh aadmi ka case jo zalim ban gaya, aur ek us insan ka case hai jo bechara andha hai, bhatak raha hai.</w:t>
      </w:r>
    </w:p>
    <w:p>
      <w:pPr>
        <w:jc w:val="right"/>
      </w:pPr>
      <w:r>
        <w:t>یعنی ایک ہے وہ اس آدمی کا کیس جو ظالم بن گیا، اور ایک اس انسان کا کیس ہے جو بیچارہ اندھا ہے، بھٹک رہا ہے۔</w:t>
      </w:r>
    </w:p>
    <w:p>
      <w:r>
        <w:rPr>
          <w:b/>
        </w:rPr>
        <w:t xml:space="preserve">[1:53:42] </w:t>
      </w:r>
      <w:r>
        <w:t>to sahi maqam par to koi bhi nahi pahunchega. dono mein se jo destination hai, jo manzil hai, wahan tak to nahi pahunchega, na woh pahunchega.</w:t>
      </w:r>
    </w:p>
    <w:p>
      <w:pPr>
        <w:jc w:val="right"/>
      </w:pPr>
      <w:r>
        <w:t>تو صحیح مقام پر تو کوئی بھی نہیں پہنچے گا۔ دونوں میں سے جو ڈیسٹینیشن ہے، جو منزل ہے، وہاں تک تو نہیں پہنچے گا، نہ وہ پہنچے گا۔</w:t>
      </w:r>
    </w:p>
    <w:p>
      <w:r>
        <w:rPr>
          <w:b/>
        </w:rPr>
        <w:t xml:space="preserve">[1:53:53] </w:t>
      </w:r>
      <w:r>
        <w:t>lekin reason do hain.</w:t>
      </w:r>
    </w:p>
    <w:p>
      <w:pPr>
        <w:jc w:val="right"/>
      </w:pPr>
      <w:r>
        <w:t>لیکن ریزن دو ہیں۔</w:t>
      </w:r>
    </w:p>
    <w:p>
      <w:r>
        <w:rPr>
          <w:b/>
        </w:rPr>
        <w:t xml:space="preserve">[1:53:56] </w:t>
      </w:r>
      <w:r>
        <w:t>ek ka reason yeh hai ke woh sarakash hai, woh woh arrogant hai, apni ego mein jee raha hai, apni qaumi bartari mein jee raha hai, apne pride mein jee raha hai.</w:t>
      </w:r>
    </w:p>
    <w:p>
      <w:pPr>
        <w:jc w:val="right"/>
      </w:pPr>
      <w:r>
        <w:t>ایک کا ریزن یہ ہے کہ وہ سرکش ہے، وہ وہ اروگنٹ ہے، اپنی ایگو میں جی رہا ہے، اپنی قومی برتری میں جی رہا ہے، اپنے پرائیڈ میں جی رہا ہے۔</w:t>
      </w:r>
    </w:p>
    <w:p>
      <w:r>
        <w:rPr>
          <w:b/>
        </w:rPr>
        <w:t xml:space="preserve">[1:54:10] </w:t>
      </w:r>
      <w:r>
        <w:t>ek ka case yeh hai,</w:t>
      </w:r>
    </w:p>
    <w:p>
      <w:pPr>
        <w:jc w:val="right"/>
      </w:pPr>
      <w:r>
        <w:t>ایک کا کیس یہ ہے،</w:t>
      </w:r>
    </w:p>
    <w:p>
      <w:r>
        <w:rPr>
          <w:b/>
        </w:rPr>
        <w:t xml:space="preserve">[1:54:12] </w:t>
      </w:r>
      <w:r>
        <w:t>doosre ka case yeh hai ke woh kisi wajah se baat ko samajh nahi paya,</w:t>
      </w:r>
    </w:p>
    <w:p>
      <w:pPr>
        <w:jc w:val="right"/>
      </w:pPr>
      <w:r>
        <w:t>دوسرے کا کیس یہ ہے کہ وہ کسی وجہ سے بات کو سمجھ نہیں پایا،</w:t>
      </w:r>
    </w:p>
    <w:p>
      <w:r>
        <w:rPr>
          <w:b/>
        </w:rPr>
        <w:t xml:space="preserve">[1:54:22] </w:t>
      </w:r>
      <w:r>
        <w:t>baat us tak ya pahunchi nahi, ya pahunchi to woh pakad nahi paya baat ko. to bhatakta raha, bhatakta raha, bhatakta raha. to yeh bhatakne wale bhi paradise mein nahi jayenge.</w:t>
      </w:r>
    </w:p>
    <w:p>
      <w:pPr>
        <w:jc w:val="right"/>
      </w:pPr>
      <w:r>
        <w:t>بات اس تک یا پہنچی نہیں، یا پہنچی تو وہ پکڑ نہیں پایا بات کو۔ تو بھٹکتا رہا، بھٹکتا رہا، بھٹکتا رہا۔ تو یہ بھٹکنے والے بھی پیراڈائز میں نہیں جائیں گے۔</w:t>
      </w:r>
    </w:p>
    <w:p>
      <w:r>
        <w:rPr>
          <w:b/>
        </w:rPr>
        <w:t xml:space="preserve">[1:54:33] </w:t>
      </w:r>
      <w:r>
        <w:t>aisa nahi ke woh paradise mein chale jayen, woh bhatakte bhatakte. aisa nahi hone wala hai.</w:t>
      </w:r>
    </w:p>
    <w:p>
      <w:pPr>
        <w:jc w:val="right"/>
      </w:pPr>
      <w:r>
        <w:t>ایسا نہیں کہ وہ پیراڈائز میں چلے جائیں، وہ بھٹکتے بھٹکتے۔ ایسا نہیں ہونے والا ہے۔</w:t>
      </w:r>
    </w:p>
    <w:p>
      <w:r>
        <w:rPr>
          <w:b/>
        </w:rPr>
        <w:t xml:space="preserve">[1:54:39] </w:t>
      </w:r>
      <w:r>
        <w:t>yeh koi evolution theory nahi hai. jaise jo log mante hain evolution theory ko, woh kehte hain ke sab kuch, yaani blind interplay of chemical and physical forces ka karishma hai.</w:t>
      </w:r>
    </w:p>
    <w:p>
      <w:pPr>
        <w:jc w:val="right"/>
      </w:pPr>
      <w:r>
        <w:t>یہ کوئی ایولوشن تھیوری نہیں ہے۔ جیسے جو لوگ مانتے ہیں ایولوشن تھیوری کو، وہ کہتے ہیں کہ سب کچھ، یعنی بلائنڈ انٹرپلیئر آف کیمیکل اینڈ فزیکل فورسز کا کرشمہ ہے۔</w:t>
      </w:r>
    </w:p>
    <w:p>
      <w:r>
        <w:rPr>
          <w:b/>
        </w:rPr>
        <w:t xml:space="preserve">[1:54:58] </w:t>
      </w:r>
      <w:r>
        <w:t>misalan misaal di jati hai ke agar ek ek bandar ho, ek ek typewriter bithaa dein us ko aap, aur million years tak bandar type karta rahe,</w:t>
      </w:r>
    </w:p>
    <w:p>
      <w:pPr>
        <w:jc w:val="right"/>
      </w:pPr>
      <w:r>
        <w:t>مثلاً مثال دی جاتی ہے کہ اگر ایک ایک بندر ہو، ایک ایک ٹائپ رائٹر بٹھا دیں اس کو آپ، اور ملین ایئرز تک بندر ٹائپ کرتا رہے،</w:t>
      </w:r>
    </w:p>
    <w:p>
      <w:r>
        <w:rPr>
          <w:b/>
        </w:rPr>
        <w:t xml:space="preserve">[1:55:09] </w:t>
      </w:r>
      <w:r>
        <w:t>toh ho sakta hai us ke type kiye hue kagazon mein se kisi kagaz par Shakespeare ka ek sara article aa. toh Shakespeare ke sare hisse se nikal rahe hain woh log.</w:t>
      </w:r>
    </w:p>
    <w:p>
      <w:pPr>
        <w:jc w:val="right"/>
      </w:pPr>
      <w:r>
        <w:t>تو ہو سکتا ہے اس کے ٹائپ کیے ہوئے کاغذوں میں سے کسی کاغذ پر شیکسپیئر کا ایک سارا آرٹیکل آئے۔ تو شیکسپیئر کے سارے حصے سے نکال رہے ہیں وہ لوگ۔</w:t>
      </w:r>
    </w:p>
    <w:p>
      <w:r>
        <w:rPr>
          <w:b/>
        </w:rPr>
        <w:t xml:space="preserve">[1:55:22] </w:t>
      </w:r>
      <w:r>
        <w:t>toh bhatka hua aadmi jo hai, woh bhatka hi rahega.</w:t>
      </w:r>
    </w:p>
    <w:p>
      <w:pPr>
        <w:jc w:val="right"/>
      </w:pPr>
      <w:r>
        <w:t>تو بھٹکا ہوا آدمی جو ہے، وہ بھٹکا ہی رہے گا۔</w:t>
      </w:r>
    </w:p>
    <w:p>
      <w:r>
        <w:rPr>
          <w:b/>
        </w:rPr>
        <w:t xml:space="preserve">[1:55:28] </w:t>
      </w:r>
      <w:r>
        <w:t>yaani aisa nahi ke woh bandar ki tarah, woh telephone, bandar ki tarah, woh typewriter haath marte marte Shakespeare ka is tarah nikaal de, woh kisi kagaz par.</w:t>
      </w:r>
    </w:p>
    <w:p>
      <w:pPr>
        <w:jc w:val="right"/>
      </w:pPr>
      <w:r>
        <w:t>یعنی ایسا نہیں کہ وہ بندر کی طرح، وہ ٹیلی فون، بندر کی طرح، وہ ٹائپ رائٹر ہاتھ مارتے مارتے شیکسپیئر کا اس طرح نکال دے، وہ کسی کاغذ پر۔</w:t>
      </w:r>
    </w:p>
    <w:p>
      <w:r>
        <w:rPr>
          <w:b/>
        </w:rPr>
        <w:t xml:space="preserve">[1:55:43] </w:t>
      </w:r>
      <w:r>
        <w:t>aisa nahi, wahan bhi aisa nahi ho sakta, lekin kehte hain woh log. aur yahan bhi yeh mumkin nahi hai.</w:t>
      </w:r>
    </w:p>
    <w:p>
      <w:pPr>
        <w:jc w:val="right"/>
      </w:pPr>
      <w:r>
        <w:t>ایسا نہیں، وہاں بھی ایسا نہیں ہو سکتا، لیکن کہتے ہیں وہ لوگ۔ اور یہاں بھی یہ ممکن نہیں ہے۔</w:t>
      </w:r>
    </w:p>
    <w:p>
      <w:r>
        <w:rPr>
          <w:b/>
        </w:rPr>
        <w:t xml:space="preserve">[1:55:51] </w:t>
      </w:r>
      <w:r>
        <w:t>jo log Khuda ke ghazab ka shikar hue, apni sarkashi ki bina par, apne arrogance ki bina par, woh bhi jannat se mehroom rahengi.</w:t>
      </w:r>
    </w:p>
    <w:p>
      <w:pPr>
        <w:jc w:val="right"/>
      </w:pPr>
      <w:r>
        <w:t>جو لوگ خدا کے غضب کا شکار ہوئے، اپنی سرکشی کی بنا پر، اپنے اروگنس کی بنا پر، وہ بھی جنت سے محروم رہیں گے۔</w:t>
      </w:r>
    </w:p>
    <w:p>
      <w:r>
        <w:rPr>
          <w:b/>
        </w:rPr>
        <w:t xml:space="preserve">[1:56:01] </w:t>
      </w:r>
      <w:r>
        <w:t>aur jo log bhatakne ki wajah se sahi raaste par nahi chale, sahi raaste par nahi chale, woh bhi jannat se mehroom rahengi.</w:t>
      </w:r>
    </w:p>
    <w:p>
      <w:pPr>
        <w:jc w:val="right"/>
      </w:pPr>
      <w:r>
        <w:t>اور جو لوگ بھٹکنے کی وجہ سے صحیح راستے پر نہیں چلے، صحیح راستے پر نہیں چلے، وہ بھی جنت سے محروم رہیں گے۔</w:t>
      </w:r>
    </w:p>
    <w:p>
      <w:r>
        <w:rPr>
          <w:b/>
        </w:rPr>
        <w:t xml:space="preserve">[1:56:13] </w:t>
      </w:r>
      <w:r>
        <w:t>dekhen, jahan tak maine samjha hai, bhatakna bhi koi koi saada cheez nahi hoti.</w:t>
      </w:r>
    </w:p>
    <w:p>
      <w:pPr>
        <w:jc w:val="right"/>
      </w:pPr>
      <w:r>
        <w:t>دیکھیں، جہاں تک میں نے سمجھا ہے، بھٹکنا بھی کوئی کوئی سادہ چیز نہیں ہوتی۔</w:t>
      </w:r>
    </w:p>
    <w:p>
      <w:r>
        <w:rPr>
          <w:b/>
        </w:rPr>
        <w:t xml:space="preserve">[1:56:21] </w:t>
      </w:r>
      <w:r>
        <w:t>yaani poori tarah bahana nahi hota bhatakne wale ke samne. sirf yeh farq hai meri samajh se ke jo maghzoob hain, yaani jo sarkashi karte hain,</w:t>
      </w:r>
    </w:p>
    <w:p>
      <w:pPr>
        <w:jc w:val="right"/>
      </w:pPr>
      <w:r>
        <w:t>یعنی پوری طرح بہانہ نہیں ہوتا بھٹکنے والے کے سامنے۔ صرف یہ فرق ہے میری سمجھ سے کہ جو مغضوب ہیں، یعنی جو سرکشی کرتے ہیں،</w:t>
      </w:r>
    </w:p>
    <w:p>
      <w:r>
        <w:rPr>
          <w:b/>
        </w:rPr>
        <w:t xml:space="preserve">[1:56:34] </w:t>
      </w:r>
      <w:r>
        <w:t>jo arrogance ki wajah se sachai ko nahi mante, toh un ka case aisa hai ke bohat hi jaan boojh kar ke deed o dileri ke sath woh inkar karte hain.</w:t>
      </w:r>
    </w:p>
    <w:p>
      <w:pPr>
        <w:jc w:val="right"/>
      </w:pPr>
      <w:r>
        <w:t>جو اروگنس کی وجہ سے سچائی کو نہیں مانتے، تو ان کا کیس ایسا ہے کہ بہت ہی جان بوجھ کر کے دید و دلیری کے ساتھ وہ انکار کرتے ہیں۔</w:t>
      </w:r>
    </w:p>
    <w:p>
      <w:r>
        <w:rPr>
          <w:b/>
        </w:rPr>
        <w:t xml:space="preserve">[1:56:48] </w:t>
      </w:r>
      <w:r>
        <w:t>yaani un ko keh sakte hain shaoori taur par inkar karte hain. woh toh ek hai shaoori taur par inkar karne wala, aur doosra yeh hai un shaoori taur par is ko inkar karne wala.</w:t>
      </w:r>
    </w:p>
    <w:p>
      <w:pPr>
        <w:jc w:val="right"/>
      </w:pPr>
      <w:r>
        <w:t>یعنی ان کو کہہ سکتے ہیں شعوری طور پر انکار کرتے ہیں۔ وہ تو ایک ہے شعوری طور پر انکار کرنے والا، اور دوسرا یہ ہے ان شعوری طور پر اس کو انکار کرنے والا۔</w:t>
      </w:r>
    </w:p>
    <w:p>
      <w:r>
        <w:rPr>
          <w:b/>
        </w:rPr>
        <w:t xml:space="preserve">[1:57:02] </w:t>
      </w:r>
      <w:r>
        <w:t>mere khayal se yeh farq hai. lekin yahan bhi bahana nahi hai. is liye ke jo aadmi bhatka hua hai, sawal yeh hai ke kya us ne talash ke marhale ko bharpoor taur par ada kiya?</w:t>
      </w:r>
    </w:p>
    <w:p>
      <w:pPr>
        <w:jc w:val="right"/>
      </w:pPr>
      <w:r>
        <w:t>میرے خیال سے یہ فرق ہے۔ لیکن یہاں بھی بہانہ نہیں ہے۔ اس لیے کہ جو آدمی بھٹکا ہوا ہے، سوال یہ ہے کہ کیا اس نے تلاش کے مرحلے کو بھرپور طور پر ادا کیا؟</w:t>
      </w:r>
    </w:p>
    <w:p>
      <w:r>
        <w:rPr>
          <w:b/>
        </w:rPr>
        <w:t xml:space="preserve">[1:57:19] </w:t>
      </w:r>
      <w:r>
        <w:t>maine yahan tak samjha hai ke talash ke mamle mein woh imandar nahi hota. aadmi talash ke mamle mein imandar nahi hota.</w:t>
      </w:r>
    </w:p>
    <w:p>
      <w:pPr>
        <w:jc w:val="right"/>
      </w:pPr>
      <w:r>
        <w:t>میں نے یہاں تک سمجھا ہے کہ تلاش کے معاملے میں وہ ایماندار نہیں ہوتا۔ آدمی تلاش کے معاملے میں ایماندار نہیں ہوتا۔</w:t>
      </w:r>
    </w:p>
    <w:p>
      <w:r>
        <w:rPr>
          <w:b/>
        </w:rPr>
        <w:t xml:space="preserve">[1:57:30] </w:t>
      </w:r>
      <w:r>
        <w:t>jaise ek tajir the, toh un ke samne sachai pesh ki gayi.</w:t>
      </w:r>
    </w:p>
    <w:p>
      <w:pPr>
        <w:jc w:val="right"/>
      </w:pPr>
      <w:r>
        <w:t>جیسے ایک تاجر تھے، تو ان کے سامنے سچائی پیش کی گئی۔</w:t>
      </w:r>
    </w:p>
    <w:p>
      <w:r>
        <w:rPr>
          <w:b/>
        </w:rPr>
        <w:t xml:space="preserve">[1:57:40] </w:t>
      </w:r>
      <w:r>
        <w:t>toh woh kisi dargah ko mante the ke bas dargah ki ja ke chadar charha denge, aur us ke baad theek ho jayega.</w:t>
      </w:r>
    </w:p>
    <w:p>
      <w:pPr>
        <w:jc w:val="right"/>
      </w:pPr>
      <w:r>
        <w:t>تو وہ کسی درگاہ کو مانتے تھے کہ بس درگاہ کی جا کے چادر چڑھا دیں گے، اور اس کے بعد ٹھیک ہو جائے گا۔</w:t>
      </w:r>
    </w:p>
    <w:p>
      <w:r>
        <w:rPr>
          <w:b/>
        </w:rPr>
        <w:t xml:space="preserve">[1:57:48] </w:t>
      </w:r>
      <w:r>
        <w:t>toh use bataya gaya jo tauheed ka masla hai, jo tauheed ka aqeedah hai, sahi taur par bataya gaya. toh unhon ne kaha, "arey bhai, tum kahan itni tafseel mein jaate ho?</w:t>
      </w:r>
    </w:p>
    <w:p>
      <w:pPr>
        <w:jc w:val="right"/>
      </w:pPr>
      <w:r>
        <w:t>تو اسے بتایا گیا جو توحید کا مسئلہ ہے، جو توحید کا عقیدہ ہے، صحیح طور پر بتایا گیا۔ تو انہوں نے کہا، "ارے بھائی، تم کہاں اتنی تفصیل میں جاتے ہو؟</w:t>
      </w:r>
    </w:p>
    <w:p>
      <w:r>
        <w:rPr>
          <w:b/>
        </w:rPr>
        <w:t xml:space="preserve">[1:58:01] </w:t>
      </w:r>
      <w:r>
        <w:t>itni tafseel mein jaane ki zarorat kya hai? bas chadar charha diya, bas ho gaya.</w:t>
      </w:r>
    </w:p>
    <w:p>
      <w:pPr>
        <w:jc w:val="right"/>
      </w:pPr>
      <w:r>
        <w:t>اتنی تفصیل میں جانے کی ضرورت کیا ہے؟ بس چادر چڑھا دیا، بس ہو گیا۔</w:t>
      </w:r>
    </w:p>
    <w:p>
      <w:r>
        <w:rPr>
          <w:b/>
        </w:rPr>
        <w:t xml:space="preserve">[1:58:07] </w:t>
      </w:r>
      <w:r>
        <w:t>itni tafseel mein hum kyun jayen?" toh un se kaha gaya ke kya income tax ke kagazon ke mamle mein aap aise hi karte hain?</w:t>
      </w:r>
    </w:p>
    <w:p>
      <w:pPr>
        <w:jc w:val="right"/>
      </w:pPr>
      <w:r>
        <w:t>اتنی تفصیل میں ہم کیوں جائیں؟" تو ان سے کہا گیا کہ کیا انکم ٹیکس کے کاغذوں کے معاملے میں آپ ایسے ہی کرتے ہیں؟</w:t>
      </w:r>
    </w:p>
    <w:p>
      <w:r>
        <w:rPr>
          <w:b/>
        </w:rPr>
        <w:t xml:space="preserve">[1:58:18] </w:t>
      </w:r>
      <w:r>
        <w:t>jab income tax ki notice aati hai, tab bhi aap yahi kehte hain ke bhai tafseel mein kaun jaye? tab toh aap daudte hain wakeel ke paas, aur us ko ek ek lafz samajhte hain, matlab comma full stop tak ka matlab samajhne ki koshish karte hain.</w:t>
      </w:r>
    </w:p>
    <w:p>
      <w:pPr>
        <w:jc w:val="right"/>
      </w:pPr>
      <w:r>
        <w:t>جب انکم ٹیکس کی نوٹس آتی ہے، تب بھی آپ یہی کہتے ہیں کہ بھئی تفصیل میں کون جائے؟ تب تو آپ دوڑتے ہیں وکیل کے پاس، اور اس کو ایک ایک لفظ سمجھتے ہیں، مطلب کاما فل اسٹاپ تک کا مطلب سمجھنے کی کوشش کرتے ہیں۔</w:t>
      </w:r>
    </w:p>
    <w:p>
      <w:r>
        <w:rPr>
          <w:b/>
        </w:rPr>
        <w:t xml:space="preserve">[1:58:35] </w:t>
      </w:r>
      <w:r>
        <w:t>toh jo bhatka hua hai, main samajhta hoon ke uska case ziyada tar yahi hai ke woh sacha nahi hai.</w:t>
      </w:r>
    </w:p>
    <w:p>
      <w:pPr>
        <w:jc w:val="right"/>
      </w:pPr>
      <w:r>
        <w:t>تو جو بھٹکا ہوا ہے، میں سمجھتا ہوں کہ اس کا کیس زیادہ تر یہی ہے کہ وہ سچا نہیں ہے۔</w:t>
      </w:r>
    </w:p>
    <w:p>
      <w:r>
        <w:rPr>
          <w:b/>
        </w:rPr>
        <w:t xml:space="preserve">[1:58:44] </w:t>
      </w:r>
      <w:r>
        <w:t>jo bhatka hua hai, mere nazdeek woh sacha nahi hai.</w:t>
      </w:r>
    </w:p>
    <w:p>
      <w:pPr>
        <w:jc w:val="right"/>
      </w:pPr>
      <w:r>
        <w:t>جو بھٹکا ہوا ہے، میرے نزدیک وہ سچا نہیں ہے۔</w:t>
      </w:r>
    </w:p>
    <w:p>
      <w:r>
        <w:rPr>
          <w:b/>
        </w:rPr>
        <w:t xml:space="preserve">[1:58:48] </w:t>
      </w:r>
      <w:r>
        <w:t>yaani woh sarkash toh nahi hai, lekin woh sacha bhi nahi hai. aur sacha na hone ka saboot kya hai?</w:t>
      </w:r>
    </w:p>
    <w:p>
      <w:pPr>
        <w:jc w:val="right"/>
      </w:pPr>
      <w:r>
        <w:t>یعنی وہ سرکش تو نہیں ہے، لیکن وہ سچا بھی نہیں ہے۔ اور سچا نہ ہونے کا ثبوت کیا ہے؟</w:t>
      </w:r>
    </w:p>
    <w:p>
      <w:r>
        <w:rPr>
          <w:b/>
        </w:rPr>
        <w:t xml:space="preserve">[1:58:57] </w:t>
      </w:r>
      <w:r>
        <w:t>yahi tazad. maine apni zindagi mein bohat dekhe hain aise log jo mere nazdeek bhatke hue the, lekin woh bhatkaao ka sabab kya tha?</w:t>
      </w:r>
    </w:p>
    <w:p>
      <w:pPr>
        <w:jc w:val="right"/>
      </w:pPr>
      <w:r>
        <w:t>یہی تضاد۔ میں نے اپنی زندگی میں بہت دیکھے ہیں ایسے لوگ جو میرے نزدیک بھٹکے ہوئے تھے، لیکن وہ بھٹکاؤ کا سبب کیا تھا؟</w:t>
      </w:r>
    </w:p>
    <w:p>
      <w:r>
        <w:rPr>
          <w:b/>
        </w:rPr>
        <w:t xml:space="preserve">[1:59:09] </w:t>
      </w:r>
      <w:r>
        <w:t>sacha na hona.</w:t>
      </w:r>
    </w:p>
    <w:p>
      <w:pPr>
        <w:jc w:val="right"/>
      </w:pPr>
      <w:r>
        <w:t>سچا نہ ہونا۔</w:t>
      </w:r>
    </w:p>
    <w:p>
      <w:r>
        <w:rPr>
          <w:b/>
        </w:rPr>
        <w:t xml:space="preserve">[1:59:14] </w:t>
      </w:r>
      <w:r>
        <w:t>aur sacha na hone ka saboot kya tha? ke tazaad hona.</w:t>
      </w:r>
    </w:p>
    <w:p>
      <w:pPr>
        <w:jc w:val="right"/>
      </w:pPr>
      <w:r>
        <w:t>اور سچا نہ ہونے کا ثبوت کیا تھا؟ کہ تضاد ہونا۔</w:t>
      </w:r>
    </w:p>
    <w:p>
      <w:r>
        <w:rPr>
          <w:b/>
        </w:rPr>
        <w:t xml:space="preserve">[1:59:18] </w:t>
      </w:r>
      <w:r>
        <w:t>ek maamle mein to khoob khoob woh tehqeeq kar rahe hain, aur doosre maamle mein bilkul yaani</w:t>
      </w:r>
    </w:p>
    <w:p>
      <w:pPr>
        <w:jc w:val="right"/>
      </w:pPr>
      <w:r>
        <w:t>ایک معاملے میں تو خوب خوب وہ تحقیق کر رہے ہیں، اور دوسرے معاملے میں بالکل یعنی</w:t>
      </w:r>
    </w:p>
    <w:p>
      <w:r>
        <w:rPr>
          <w:b/>
        </w:rPr>
        <w:t xml:space="preserve">[1:59:28] </w:t>
      </w:r>
      <w:r>
        <w:t>bila soch samjhe, bila gehrai mein jaaye baghair woh maan liya unhon ne. Yaani matlab gehrai mein nahi jaate. Jaise isi taajir ne kaha ke tum itna gehrai mein kyun jaate ho?</w:t>
      </w:r>
    </w:p>
    <w:p>
      <w:pPr>
        <w:jc w:val="right"/>
      </w:pPr>
      <w:r>
        <w:t>بلا سوچ سمجھے، بلا گہرائی میں جائے بغیر وہ مان لیا انہوں نے۔ یعنی مطلب گہرائی میں نہیں جاتے۔ جیسے اسی تاجر نے کہا کہ تم اتنا گہرائی میں کیوں جاتے ہو؟</w:t>
      </w:r>
    </w:p>
    <w:p>
      <w:r>
        <w:rPr>
          <w:b/>
        </w:rPr>
        <w:t xml:space="preserve">[1:59:41] </w:t>
      </w:r>
      <w:r>
        <w:t>itna gehrai mein jaane ki zaroorat kya hai?</w:t>
      </w:r>
    </w:p>
    <w:p>
      <w:pPr>
        <w:jc w:val="right"/>
      </w:pPr>
      <w:r>
        <w:t>اتنا گہرائی میں جانے کی ضرورت کیا ہے؟</w:t>
      </w:r>
    </w:p>
    <w:p>
      <w:r>
        <w:rPr>
          <w:b/>
        </w:rPr>
        <w:t xml:space="preserve">[1:59:44] </w:t>
      </w:r>
      <w:r>
        <w:t>to sawal yeh hai ke kya aadmi yaani deen ke ilawa jo baatein hain, us mein bhi aise hi karta hai? Gehrai mein nahi jaata?</w:t>
      </w:r>
    </w:p>
    <w:p>
      <w:pPr>
        <w:jc w:val="right"/>
      </w:pPr>
      <w:r>
        <w:t>تو سوال یہ ہے کہ کیا آدمی یعنی دین کے علاوہ جو باتیں ہیں، اس میں بھی ایسے ہی کرتا ہے؟ گہرائی میں نہیں جاتا؟</w:t>
      </w:r>
    </w:p>
    <w:p>
      <w:r>
        <w:rPr>
          <w:b/>
        </w:rPr>
        <w:t xml:space="preserve">[1:59:54] </w:t>
      </w:r>
      <w:r>
        <w:t>jaata hai aadmi. To is tazaad ki wajah se woh pakad liya jayega ke tumhara masla yeh hai ke tum sache nahi thay deen ke maamle mein.</w:t>
      </w:r>
    </w:p>
    <w:p>
      <w:pPr>
        <w:jc w:val="right"/>
      </w:pPr>
      <w:r>
        <w:t>جاتا ہے آدمی۔ تو اس تضاد کی وجہ سے وہ پکڑ لیا جائے گا کہ تمہارا مسئلہ یہ ہے کہ تم سچے نہیں تھے دین کے معاملے میں۔</w:t>
      </w:r>
    </w:p>
    <w:p>
      <w:r>
        <w:rPr>
          <w:b/>
        </w:rPr>
        <w:t xml:space="preserve">[2:00:05] </w:t>
      </w:r>
      <w:r>
        <w:t>to maghzoob ka case agar sarkashi ka case hai, to zaalim ka case yeh hai ke woh sachai ke maamle mein sacha nahi thay.</w:t>
      </w:r>
    </w:p>
    <w:p>
      <w:pPr>
        <w:jc w:val="right"/>
      </w:pPr>
      <w:r>
        <w:t>تو مغضوب کا کیس اگر سرکشی کا کیس ہے، تو ظالم کا کیس یہ ہے کہ وہ سچائی کے معاملے میں سچا نہیں تھے۔</w:t>
      </w:r>
    </w:p>
    <w:p>
      <w:r>
        <w:rPr>
          <w:b/>
        </w:rPr>
        <w:t xml:space="preserve">[2:00:19] </w:t>
      </w:r>
      <w:r>
        <w:t>yeh hai farq. Is wajah se dono mein se kisi ko bhi nijaat nahi milegi.</w:t>
      </w:r>
    </w:p>
    <w:p>
      <w:pPr>
        <w:jc w:val="right"/>
      </w:pPr>
      <w:r>
        <w:t>یہ ہے فرق۔ اس وجہ سے دونوں میں سے کسی کو بھی نجات نہیں ملے گی۔</w:t>
      </w:r>
    </w:p>
    <w:p>
      <w:r>
        <w:rPr>
          <w:b/>
        </w:rPr>
        <w:t xml:space="preserve">[2:00:25] </w:t>
      </w:r>
      <w:r>
        <w:t>albata yeh zaroor hai, jahan tak mein samajhta hoon ke maghzoob ke liye zyada bada saza hai, aur zaalim ke liye nisbatan kam saza hai.</w:t>
      </w:r>
    </w:p>
    <w:p>
      <w:pPr>
        <w:jc w:val="right"/>
      </w:pPr>
      <w:r>
        <w:t>البتہ یہ ضرور ہے، جہاں تک میں سمجھتا ہوں کہ مغضوب کے لیے زیادہ بڑا سزا ہے، اور ظالم کے لیے نسبتاً کم سزا ہے۔</w:t>
      </w:r>
    </w:p>
    <w:p>
      <w:r>
        <w:rPr>
          <w:b/>
        </w:rPr>
        <w:t xml:space="preserve">[2:00:36] </w:t>
      </w:r>
      <w:r>
        <w:t>saza to hai dono ke liye. Saza se dono mein se koi bachne wala nahi hai.</w:t>
      </w:r>
    </w:p>
    <w:p>
      <w:pPr>
        <w:jc w:val="right"/>
      </w:pPr>
      <w:r>
        <w:t>سزا تو ہے دونوں کے لیے۔ سزا سے دونوں میں سے کوئی بچنے والا نہیں ہے۔</w:t>
      </w:r>
    </w:p>
    <w:p>
      <w:r>
        <w:rPr>
          <w:b/>
        </w:rPr>
        <w:t xml:space="preserve">[2:00:43] </w:t>
      </w:r>
      <w:r>
        <w:t>lekin maghzoob ka zulm, maghzoob ka jurm chunke bada hai, is liye uski saza bhi badi hai.</w:t>
      </w:r>
    </w:p>
    <w:p>
      <w:pPr>
        <w:jc w:val="right"/>
      </w:pPr>
      <w:r>
        <w:t>لیکن مغضوب کا ظلم، مغضوب کا جرم چونکہ بڑا ہے، اس لیے اس کی سزا بھی بڑی ہے۔</w:t>
      </w:r>
    </w:p>
    <w:p>
      <w:r>
        <w:rPr>
          <w:b/>
        </w:rPr>
        <w:t xml:space="preserve">[2:00:53] </w:t>
      </w:r>
      <w:r>
        <w:t>aur zaalim ka jurm, jurm aur jo zaalim hai, jo log zaalimeen hain, unka jurm to chunke chota hai nisbatan, to unka saza bhi kam hogi.</w:t>
      </w:r>
    </w:p>
    <w:p>
      <w:pPr>
        <w:jc w:val="right"/>
      </w:pPr>
      <w:r>
        <w:t>اور ظالم کا جرم، جرم اور جو ظالم ہے، جو لوگ ظالمین ہیں، ان کا جرم تو چونکہ چھوٹا ہے نسبتاً، تو ان کا سزا بھی کم ہوگی۔</w:t>
      </w:r>
    </w:p>
    <w:p>
      <w:r>
        <w:rPr>
          <w:b/>
        </w:rPr>
        <w:t xml:space="preserve">[2:01:09] </w:t>
      </w:r>
      <w:r>
        <w:t>yeh hai farq mere nazdeek maghzoob ka aur zaalimeen ka.</w:t>
      </w:r>
    </w:p>
    <w:p>
      <w:pPr>
        <w:jc w:val="right"/>
      </w:pPr>
      <w:r>
        <w:t>یہ ہے فرق میرے نزدیک مغضوب کا اور ظالمین کا۔</w:t>
      </w:r>
    </w:p>
    <w:p>
      <w:r>
        <w:rPr>
          <w:b/>
        </w:rPr>
        <w:t xml:space="preserve">[2:01:14] </w:t>
      </w:r>
      <w:r>
        <w:t>to yeh hai surah fatiha. Ab aap phir se isko dohraiye ke is surah ka aaghaz bismillah rahman rahim se hua, jo agarche is surah ka hissa nahi hai, lekin hamesha saath saath parha jata hai, likha jata hai.</w:t>
      </w:r>
    </w:p>
    <w:p>
      <w:pPr>
        <w:jc w:val="right"/>
      </w:pPr>
      <w:r>
        <w:t>تو یہ ہے سورہ فاتحہ۔ اب آپ پھر سے اس کو دہرائیے کہ اس سورہ کا آغاز بسم اللہ الرحمن الرحیم سے ہوا، جو اگرچہ اس سورہ کا حصہ نہیں ہے، لیکن ہمیشہ ساتھ ساتھ پڑھا جاتا ہے، لکھا جاتا ہے۔</w:t>
      </w:r>
    </w:p>
    <w:p>
      <w:r>
        <w:rPr>
          <w:b/>
        </w:rPr>
        <w:t xml:space="preserve">[2:01:33] </w:t>
      </w:r>
      <w:r>
        <w:t>to yahan sab se pehle insaan ne</w:t>
      </w:r>
    </w:p>
    <w:p>
      <w:pPr>
        <w:jc w:val="right"/>
      </w:pPr>
      <w:r>
        <w:t>تو یہاں سب سے پہلے انسان نے</w:t>
      </w:r>
    </w:p>
    <w:p>
      <w:r>
        <w:rPr>
          <w:b/>
        </w:rPr>
        <w:t xml:space="preserve">[2:01:38] </w:t>
      </w:r>
      <w:r>
        <w:t>ek yaad ke usne Khuda ko yaad kiya,</w:t>
      </w:r>
    </w:p>
    <w:p>
      <w:pPr>
        <w:jc w:val="right"/>
      </w:pPr>
      <w:r>
        <w:t>ایک یاد کہ اس نے خدا کو یاد کیا،</w:t>
      </w:r>
    </w:p>
    <w:p>
      <w:r>
        <w:rPr>
          <w:b/>
        </w:rPr>
        <w:t xml:space="preserve">[2:01:47] </w:t>
      </w:r>
      <w:r>
        <w:t>phir usne Khuda ke barkaton, Khuda ke ehsanat ko yaad kiya, aur uska etraaf kiya.</w:t>
      </w:r>
    </w:p>
    <w:p>
      <w:pPr>
        <w:jc w:val="right"/>
      </w:pPr>
      <w:r>
        <w:t>پھر اس نے خدا کے برکتوں، خدا کے احسانات کو یاد کیا، اور اس کا اعتراف کیا۔</w:t>
      </w:r>
    </w:p>
    <w:p>
      <w:r>
        <w:rPr>
          <w:b/>
        </w:rPr>
        <w:t xml:space="preserve">[2:01:59] </w:t>
      </w:r>
      <w:r>
        <w:t>uske baad</w:t>
      </w:r>
    </w:p>
    <w:p>
      <w:pPr>
        <w:jc w:val="right"/>
      </w:pPr>
      <w:r>
        <w:t>اس کے بعد</w:t>
      </w:r>
    </w:p>
    <w:p>
      <w:r>
        <w:rPr>
          <w:b/>
        </w:rPr>
        <w:t xml:space="preserve">[2:02:03] </w:t>
      </w:r>
      <w:r>
        <w:t>jo jazbaat aane chahiye, mominana aadmi ke andar, un jazbaat ko ada karte hue phir Khuda se sirat-e-mustaqeem ki dua mangi, aur Khuda se yeh kaha ke Khuda ya mujhe maghzoob mein, maghzoob ke subh mein na dakhil kar, balkeh aur zaalimeen ke is mein na dakhil kar, balkeh un mein dakhil kar jo teri barkat payenge.</w:t>
      </w:r>
    </w:p>
    <w:p>
      <w:pPr>
        <w:jc w:val="right"/>
      </w:pPr>
      <w:r>
        <w:t>جو جذبات آنے چاہیں، مومنانہ آدمی کے اندر، ان جذبات کو ادا کرتے ہوئے پھر خدا سے صراط مستقیم کی دعا مانگی، اور خدا سے یہ کہا کہ خدایا مجھے مغضوب میں، مغضوب کے صبح میں نہ داخل کر، بلکہ اور ظالمین کے اس میں نہ داخل کر، بلکہ ان میں داخل کر جو تیری برکت پائیں گے۔</w:t>
      </w:r>
    </w:p>
    <w:p>
      <w:r>
        <w:rPr>
          <w:b/>
        </w:rPr>
        <w:t xml:space="preserve">[2:02:29] </w:t>
      </w:r>
      <w:r>
        <w:t>to yeh poori surah fatiha jo hai, woh is insaan ke dil ki pukar hai jo Khuda ko daryaft kar leta hai.</w:t>
      </w:r>
    </w:p>
    <w:p>
      <w:pPr>
        <w:jc w:val="right"/>
      </w:pPr>
      <w:r>
        <w:t>تو یہ پوری سورہ فاتحہ جو ہے، وہ اس انسان کے دل کی پکار ہے جو خدا کو دریافت کر لیتا ہے۔</w:t>
      </w:r>
    </w:p>
    <w:p>
      <w:r>
        <w:rPr>
          <w:b/>
        </w:rPr>
        <w:t xml:space="preserve">[2:02:40] </w:t>
      </w:r>
      <w:r>
        <w:t>yaani mominana nafsiyat ka izhaar hai alfaaz mein. Surah fatiha koi</w:t>
      </w:r>
    </w:p>
    <w:p>
      <w:pPr>
        <w:jc w:val="right"/>
      </w:pPr>
      <w:r>
        <w:t>یعنی مومنانہ نفسیات کا اظہار ہے الفاظ میں۔ سورہ فاتحہ کوئی</w:t>
      </w:r>
    </w:p>
    <w:p>
      <w:r>
        <w:rPr>
          <w:b/>
        </w:rPr>
        <w:t xml:space="preserve">[2:02:50] </w:t>
      </w:r>
      <w:r>
        <w:t>sirf lafzon ka woh majmooa nahi hai, sirf ek ek sawab ka maamla nahi ke parh liya to sawab mil gaya, balkeh yeh ek paaye hue insaan ke jazbaat kya hone chahiye.</w:t>
      </w:r>
    </w:p>
    <w:p>
      <w:pPr>
        <w:jc w:val="right"/>
      </w:pPr>
      <w:r>
        <w:t>صرف لفظوں کا وہ مجموعہ نہیں ہے، صرف ایک ایک ثواب کا معاملہ نہیں کہ پڑھ لیا تو ثواب مل گیا، بلکہ یہ ایک پائے ہوئے انسان کے جذبات کیا ہونے چاہئیں۔</w:t>
      </w:r>
    </w:p>
    <w:p>
      <w:r>
        <w:rPr>
          <w:b/>
        </w:rPr>
        <w:t xml:space="preserve">[2:03:04] </w:t>
      </w:r>
      <w:r>
        <w:t>sachai ko paya ho, sachai ko jisne paya ho, Khuda ki jis ko marifat hui ho, uske jazbaat kya hone chahiye, uski ek tasweer hai.</w:t>
      </w:r>
    </w:p>
    <w:p>
      <w:pPr>
        <w:jc w:val="right"/>
      </w:pPr>
      <w:r>
        <w:t>سچائی کو پایا ہو، سچائی کو جس نے پایا ہو، خدا کی جس کو معرفت ہوئی ہو، اس کے جذبات کیا ہونے چاہئیں، اس کی ایک تصویر ہے۔</w:t>
      </w:r>
    </w:p>
    <w:p>
      <w:r>
        <w:rPr>
          <w:b/>
        </w:rPr>
        <w:t xml:space="preserve">[2:03:14] </w:t>
      </w:r>
      <w:r>
        <w:t>uske aaine mein ek aaina goya ke jis mein aadmi dekh sakta hai ke kya mujhe sacha imaan mila hai ya nahi mila hai. Aqool qawli hadha wa astaghfirullah li walakum ajmaeen.</w:t>
      </w:r>
    </w:p>
    <w:p>
      <w:pPr>
        <w:jc w:val="right"/>
      </w:pPr>
      <w:r>
        <w:t>اس کے آئین میں ایک آئینہ ہے گویا کہ جس میں آدمی دیکھ سکتا ہے کہ کیا مجھے سچا ایمان ملا ہے یا نہیں ملا ہے۔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