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Religious Extremism and Rational Extremism November 27, 2005 Maulana Wahiduddin Khan</w:t>
      </w:r>
    </w:p>
    <w:p>
      <w:r>
        <w:t>https://www.youtube.com/watch?v=o-EF-I_SE_M</w:t>
      </w:r>
    </w:p>
    <w:p>
      <w:r>
        <w:rPr>
          <w:b/>
        </w:rPr>
        <w:t xml:space="preserve">[00:14] </w:t>
      </w:r>
      <w:r>
        <w:t>bismillah hir rehman nir rahim, wa salla Allahu ala an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 lul uqdata min lisani, yafqahu qawli.</w:t>
      </w:r>
    </w:p>
    <w:p>
      <w:pPr>
        <w:jc w:val="right"/>
      </w:pPr>
      <w:r>
        <w:t>واحل العقدۃ من لسانی، یفقہ قولی۔</w:t>
      </w:r>
    </w:p>
    <w:p>
      <w:r>
        <w:rPr>
          <w:b/>
        </w:rPr>
        <w:t xml:space="preserve">[00:38] </w:t>
      </w:r>
      <w:r>
        <w:t>aaj kal intellectual circle mein ek baat bohat zyada kahi ja rahi hai,</w:t>
      </w:r>
    </w:p>
    <w:p>
      <w:pPr>
        <w:jc w:val="right"/>
      </w:pPr>
      <w:r>
        <w:t>آج کل انٹلیکچول سرکل میں ایک بات بہت زیادہ کہی جا رہی ہے،</w:t>
      </w:r>
    </w:p>
    <w:p>
      <w:r>
        <w:rPr>
          <w:b/>
        </w:rPr>
        <w:t xml:space="preserve">[00:51] </w:t>
      </w:r>
      <w:r>
        <w:t>woh yeh ke fundamentalism jo hai woh hamare liye ek khatra hai.</w:t>
      </w:r>
    </w:p>
    <w:p>
      <w:pPr>
        <w:jc w:val="right"/>
      </w:pPr>
      <w:r>
        <w:t>وہ یہ کہ فنڈامینٹلزم جو ہے وہ ہمارے لیے ایک خطرہ ہے۔</w:t>
      </w:r>
    </w:p>
    <w:p>
      <w:r>
        <w:rPr>
          <w:b/>
        </w:rPr>
        <w:t xml:space="preserve">[01:03] </w:t>
      </w:r>
      <w:r>
        <w:t>fundamentalism poses a serious danger to modern scientific thought or modern rational thinking.</w:t>
      </w:r>
    </w:p>
    <w:p>
      <w:pPr>
        <w:jc w:val="right"/>
      </w:pPr>
      <w:r>
        <w:t>فنڈامینٹلزم پوزز ا سیریس ڈینجر ٹو ماڈرن سائنٹیفک تھاٹ یا ماڈرن ریشنل تھنکنگ۔</w:t>
      </w:r>
    </w:p>
    <w:p>
      <w:r>
        <w:rPr>
          <w:b/>
        </w:rPr>
        <w:t xml:space="preserve">[01:21] </w:t>
      </w:r>
      <w:r>
        <w:t>is par aap logon ne kai cheezein padhi hongi kyunke aksar paper mein, magazine mein aur kitabon mein yeh baatein aa rahi hain.</w:t>
      </w:r>
    </w:p>
    <w:p>
      <w:pPr>
        <w:jc w:val="right"/>
      </w:pPr>
      <w:r>
        <w:t>اس پر آپ لوگوں نے کئی چیزیں پڑھی ہوں گی کیونکہ اکثر پیپر میں، میگزین میں اور کتابوں میں یہ باتیں آ رہی ہیں۔</w:t>
      </w:r>
    </w:p>
    <w:p>
      <w:r>
        <w:rPr>
          <w:b/>
        </w:rPr>
        <w:t xml:space="preserve">[01:30] </w:t>
      </w:r>
      <w:r>
        <w:t>mere samne, mere paas yeh ek article hai, yeh chapa hai New Scientist magazine.</w:t>
      </w:r>
    </w:p>
    <w:p>
      <w:pPr>
        <w:jc w:val="right"/>
      </w:pPr>
      <w:r>
        <w:t>میرے سامنے، میرے پاس یہ ایک آرٹیکل ہے، یہ چھپا ہے نیو سائنٹسٹ میگزین۔</w:t>
      </w:r>
    </w:p>
    <w:p>
      <w:r>
        <w:rPr>
          <w:b/>
        </w:rPr>
        <w:t xml:space="preserve">[01:39] </w:t>
      </w:r>
      <w:r>
        <w:t>New Scientist magazine jo hai bohat hi standard ka magazine samjha jata hai. is mein yeh chapa hai, is ke Dr. McKenzie is ke likhne wale hain.</w:t>
      </w:r>
    </w:p>
    <w:p>
      <w:pPr>
        <w:jc w:val="right"/>
      </w:pPr>
      <w:r>
        <w:t>نیو سائنٹسٹ میگزین جو ہے بہت ہی اسٹینڈرڈ کا میگزین سمجھا جاتا ہے۔ اس میں یہ چھپا ہے، اس کے ڈاکٹر میکنزی اس کے لکھنے والے ہیں۔</w:t>
      </w:r>
    </w:p>
    <w:p>
      <w:r>
        <w:rPr>
          <w:b/>
        </w:rPr>
        <w:t xml:space="preserve">[01:55] </w:t>
      </w:r>
      <w:r>
        <w:t>is</w:t>
      </w:r>
    </w:p>
    <w:p>
      <w:pPr>
        <w:jc w:val="right"/>
      </w:pPr>
      <w:r>
        <w:t>اس</w:t>
      </w:r>
    </w:p>
    <w:p>
      <w:r>
        <w:rPr>
          <w:b/>
        </w:rPr>
        <w:t xml:space="preserve">[01:59] </w:t>
      </w:r>
      <w:r>
        <w:t>ka, is ki jo heading hai woh hai "An End of the Enlightenment".</w:t>
      </w:r>
    </w:p>
    <w:p>
      <w:pPr>
        <w:jc w:val="right"/>
      </w:pPr>
      <w:r>
        <w:t>کا، اس کی جو ہیڈنگ ہے وہ ہے "این آف دا انلائٹنمنٹ"۔</w:t>
      </w:r>
    </w:p>
    <w:p>
      <w:r>
        <w:rPr>
          <w:b/>
        </w:rPr>
        <w:t xml:space="preserve">[02:10] </w:t>
      </w:r>
      <w:r>
        <w:t>An End of the Enlightenment. kya ke bohat hi, bohat hi</w:t>
      </w:r>
    </w:p>
    <w:p>
      <w:pPr>
        <w:jc w:val="right"/>
      </w:pPr>
      <w:r>
        <w:t>اینڈ آف دا انلائٹنمنٹ۔ کیا کہ بہت ہی، بہت ہی</w:t>
      </w:r>
    </w:p>
    <w:p>
      <w:r>
        <w:rPr>
          <w:b/>
        </w:rPr>
        <w:t xml:space="preserve">[02:22] </w:t>
      </w:r>
      <w:r>
        <w:t>mayusi ki picture de rahe hain yeh modern community ko ke yeh jo fundamentalism hai yeh tumhara,</w:t>
      </w:r>
    </w:p>
    <w:p>
      <w:pPr>
        <w:jc w:val="right"/>
      </w:pPr>
      <w:r>
        <w:t>مایوسی کی پکچر دے رہے ہیں یہ ماڈرن کمیونٹی کو کہ یہ جو فنڈامینٹلزم ہے یہ تمہارا،</w:t>
      </w:r>
    </w:p>
    <w:p>
      <w:r>
        <w:rPr>
          <w:b/>
        </w:rPr>
        <w:t xml:space="preserve">[02:39] </w:t>
      </w:r>
      <w:r>
        <w:t>tum ko kill kar dena chahta hai.</w:t>
      </w:r>
    </w:p>
    <w:p>
      <w:pPr>
        <w:jc w:val="right"/>
      </w:pPr>
      <w:r>
        <w:t>تم کو کل کر دینا چاہتا ہے۔</w:t>
      </w:r>
    </w:p>
    <w:p>
      <w:r>
        <w:rPr>
          <w:b/>
        </w:rPr>
        <w:t xml:space="preserve">[02:41] </w:t>
      </w:r>
      <w:r>
        <w:t>dekhein yahan environment, yahan jo yeh hai ke enlightenment is ka matlab hai scientific view of thinking ya rational thinking.</w:t>
      </w:r>
    </w:p>
    <w:p>
      <w:pPr>
        <w:jc w:val="right"/>
      </w:pPr>
      <w:r>
        <w:t>دیکھیں یہاں انوائرمنٹ، یہاں جو یہ ہے کہ انلائٹنمنٹ اس کا مطلب ہے سائنٹیفک ویو آف تھنکنگ یا ریشنل تھنکنگ۔</w:t>
      </w:r>
    </w:p>
    <w:p>
      <w:r>
        <w:rPr>
          <w:b/>
        </w:rPr>
        <w:t xml:space="preserve">[02:51] </w:t>
      </w:r>
      <w:r>
        <w:t>toh agarche is ka caption hai "An End of the Enlightenment" lekin is ko maine padha, do teen baar padha toh mere khayal se zyada sahi caption yeh ho sakta hai ke "Fundamentalism versus Rational Thought".</w:t>
      </w:r>
    </w:p>
    <w:p>
      <w:pPr>
        <w:jc w:val="right"/>
      </w:pPr>
      <w:r>
        <w:t>تو اگرچہ اس کا کیپشن ہے "اینڈ آف دا انلائٹنمنٹ" لیکن اس کو میں نے پڑھا، دو تین بار پڑھا تو میرے خیال سے زیادہ صحیح کیپشن یہ ہو سکتا ہے کہ "فنڈامینٹلزم ورسز ریشنل تھاٹ"۔</w:t>
      </w:r>
    </w:p>
    <w:p>
      <w:r>
        <w:rPr>
          <w:b/>
        </w:rPr>
        <w:t xml:space="preserve">[03:18] </w:t>
      </w:r>
      <w:r>
        <w:t>kyunke basically is mein yahi baat hai.</w:t>
      </w:r>
    </w:p>
    <w:p>
      <w:pPr>
        <w:jc w:val="right"/>
      </w:pPr>
      <w:r>
        <w:t>کیونکہ بیسیکلی اس میں یہی بات ہے۔</w:t>
      </w:r>
    </w:p>
    <w:p>
      <w:r>
        <w:rPr>
          <w:b/>
        </w:rPr>
        <w:t xml:space="preserve">[03:21] </w:t>
      </w:r>
      <w:r>
        <w:t>is ka khulasa yeh hai ke aaj kal har religion mein fundamentalism zor pakad raha hai.</w:t>
      </w:r>
    </w:p>
    <w:p>
      <w:pPr>
        <w:jc w:val="right"/>
      </w:pPr>
      <w:r>
        <w:t>اس کا خلاصہ یہ ہے کہ آج کل ہر ریلیجن میں فنڈامینٹلزم زور پکڑ رہا ہے۔</w:t>
      </w:r>
    </w:p>
    <w:p>
      <w:r>
        <w:rPr>
          <w:b/>
        </w:rPr>
        <w:t xml:space="preserve">[03:32] </w:t>
      </w:r>
      <w:r>
        <w:t>Hinduism mein, Jainism mein, Buddhism mein, Christianity mein, Judaism mein aur Islam mein, sab mein fundamentalism zor pakad raha</w:t>
      </w:r>
    </w:p>
    <w:p>
      <w:pPr>
        <w:jc w:val="right"/>
      </w:pPr>
      <w:r>
        <w:t>ہندوازم میں، جینزم میں، بدھزم میں، کرسچینٹی میں، جوڈائزم میں اور اسلام میں، سب میں فنڈامینٹلزم زور پکڑ رہا</w:t>
      </w:r>
    </w:p>
    <w:p>
      <w:r>
        <w:rPr>
          <w:b/>
        </w:rPr>
        <w:t xml:space="preserve">[03:44] </w:t>
      </w:r>
      <w:r>
        <w:t>hai. return to back. fundamentalism ka matlab in ke nazdeek hai return to back. toh is ki kai, kai is mein unhon ne example diye hain.</w:t>
      </w:r>
    </w:p>
    <w:p>
      <w:pPr>
        <w:jc w:val="right"/>
      </w:pPr>
      <w:r>
        <w:t>ہے۔ ریٹرن ٹو بیک۔ فنڈامینٹلزم کا مطلب ان کے نزدیک ہے ریٹرن ٹو بیک۔ تو اس کی کئی، کئی اس میں انہوں نے ایگزیمپل دیے ہیں۔</w:t>
      </w:r>
    </w:p>
    <w:p>
      <w:r>
        <w:rPr>
          <w:b/>
        </w:rPr>
        <w:t xml:space="preserve">[03:58] </w:t>
      </w:r>
      <w:r>
        <w:t>ek bohat hi extremist example yeh hai ke America jo most modern society hai wahan par yeh demand zor pakad rahi hai ke creationism ko syllabus mein laya jaye.</w:t>
      </w:r>
    </w:p>
    <w:p>
      <w:pPr>
        <w:jc w:val="right"/>
      </w:pPr>
      <w:r>
        <w:t>ایک بہت ہی ایکسٹریمسٹ ایگزیمپل یہ ہے کہ امریکہ جو موسٹ ماڈرن سوسائٹی ہے وہاں پر یہ ڈیمانڈ زور پکڑ رہی ہے کہ کریشنزم کو سلیبس میں لایا جائے۔</w:t>
      </w:r>
    </w:p>
    <w:p>
      <w:r>
        <w:rPr>
          <w:b/>
        </w:rPr>
        <w:t xml:space="preserve">[04:18] </w:t>
      </w:r>
      <w:r>
        <w:t>yani America mein bohat se mazhabi log yeh keh rahe hain ke school mein jo padhaya jata hai evolution, theory of evolution is ke sath sath nahi balkeh is ko hata kar ke,</w:t>
      </w:r>
    </w:p>
    <w:p>
      <w:pPr>
        <w:jc w:val="right"/>
      </w:pPr>
      <w:r>
        <w:t>یعنی امریکہ میں بہت سے مذہبی لوگ یہ کہہ رہے ہیں کہ اسکول میں جو پڑھایا جاتا ہے ایولوشن، تھیوری آف ایولوشن اس کے ساتھ ساتھ نہیں بلکہ اس کو ہٹا کر کے،</w:t>
      </w:r>
    </w:p>
    <w:p>
      <w:r>
        <w:rPr>
          <w:b/>
        </w:rPr>
        <w:t xml:space="preserve">[04:34] </w:t>
      </w:r>
      <w:r>
        <w:t>yani along with the evolution nahi, evolution theory jo hai hata kar ke is ki jagah creationism ka jo nazariya hai is ko laya j</w:t>
      </w:r>
    </w:p>
    <w:p>
      <w:pPr>
        <w:jc w:val="right"/>
      </w:pPr>
      <w:r>
        <w:t>یعنی النگ ود دی ایولوشن نہیں، ایولوشن تھیوری جو ہے ہٹا کر کے اس کی جگہ کریشنزم کا جو نظریہ ہے اس کو لایا ج</w:t>
      </w:r>
    </w:p>
    <w:p>
      <w:r>
        <w:rPr>
          <w:b/>
        </w:rPr>
        <w:t xml:space="preserve">[04:45] </w:t>
      </w:r>
      <w:r>
        <w:t>aye. yani Khuda ne paida kiya, nahi ke physical forces se sab kuch ban gaya, insan ban gaya.</w:t>
      </w:r>
    </w:p>
    <w:p>
      <w:pPr>
        <w:jc w:val="right"/>
      </w:pPr>
      <w:r>
        <w:t>ائے۔ یعنی خدا نے پیدا کیا، نہیں کہ فزیکل فورسز سے سب کچھ بن گیا، انسان بن گیا۔</w:t>
      </w:r>
    </w:p>
    <w:p>
      <w:r>
        <w:rPr>
          <w:b/>
        </w:rPr>
        <w:t xml:space="preserve">[04:55] </w:t>
      </w:r>
      <w:r>
        <w:t>toh behal har mazhab ka unhon ne kuch na kuch example diya hai ke yeh har mazhab mein chal raha hai</w:t>
      </w:r>
    </w:p>
    <w:p>
      <w:pPr>
        <w:jc w:val="right"/>
      </w:pPr>
      <w:r>
        <w:t>تو بہرحال ہر مذہب کا انہوں نے کچھ نہ کچھ ایگزیمپل دیا ہے کہ یہ ہر مذہب میں چل رہا ہے</w:t>
      </w:r>
    </w:p>
    <w:p>
      <w:r>
        <w:rPr>
          <w:b/>
        </w:rPr>
        <w:t xml:space="preserve">[05:04] </w:t>
      </w:r>
      <w:r>
        <w:t>aisa, aisi movement jis ko yeh log kehte hain fundamentalism. yani movement chalane wale toh apne ko fundamentalist nahi kehte kyunke doosron ne in ko yahi naam diya hai.</w:t>
      </w:r>
    </w:p>
    <w:p>
      <w:pPr>
        <w:jc w:val="right"/>
      </w:pPr>
      <w:r>
        <w:t>ایسا، ایسی موومنٹ جس کو یہ لوگ کہتے ہیں فنڈامینٹلزم۔ یعنی موومنٹ چلانے والے تو اپنے کو فنڈامینٹلسٹ نہیں کہتے کیونکہ دوسروں نے ان کو یہی نام دیا ہے۔</w:t>
      </w:r>
    </w:p>
    <w:p>
      <w:r>
        <w:rPr>
          <w:b/>
        </w:rPr>
        <w:t xml:space="preserve">[05:20] </w:t>
      </w:r>
      <w:r>
        <w:t>to agarche main khud is ke muwafiqat mein nahin hoon, main yeh kahoon ga ke yeh darasal religious extremism hai jis ko fundamentalism kaha jata hai.</w:t>
      </w:r>
    </w:p>
    <w:p>
      <w:pPr>
        <w:jc w:val="right"/>
      </w:pPr>
      <w:r>
        <w:t>تو اگرچہ میں خود اس کے موافقت میں نہیں ہوں، میں یہ کہوں گا کہ یہ دراصل ریلیجس ایکسٹریمزم ہے جس کو فنڈامینٹلزم کہا جاتا ہے۔</w:t>
      </w:r>
    </w:p>
    <w:p>
      <w:r>
        <w:rPr>
          <w:b/>
        </w:rPr>
        <w:t xml:space="preserve">[05:37] </w:t>
      </w:r>
      <w:r>
        <w:t>zyada sahi naam is ka religious extremism hai. to dono taraf extremism hai.</w:t>
      </w:r>
    </w:p>
    <w:p>
      <w:pPr>
        <w:jc w:val="right"/>
      </w:pPr>
      <w:r>
        <w:t>زیادہ صحیح نام اس کا ریلیجس ایکسٹریمزم ہے۔ تو دونوں طرف ایکسٹریمزم ہے۔</w:t>
      </w:r>
    </w:p>
    <w:p>
      <w:r>
        <w:rPr>
          <w:b/>
        </w:rPr>
        <w:t xml:space="preserve">[05:44] </w:t>
      </w:r>
      <w:r>
        <w:t>to sach poochhein to yeh masla jo hai religious extremism versus rational extremism, dono taraf aisa hi hai.</w:t>
      </w:r>
    </w:p>
    <w:p>
      <w:pPr>
        <w:jc w:val="right"/>
      </w:pPr>
      <w:r>
        <w:t>تو سچ پوچھیں تو یہ مسئلہ جو ہے ریلیجس ایکسٹریمزم ورسز ریشنل ایکسٹریمزم، دونوں طرف ایسا ہی ہے۔</w:t>
      </w:r>
    </w:p>
    <w:p>
      <w:r>
        <w:rPr>
          <w:b/>
        </w:rPr>
        <w:t xml:space="preserve">[05:55] </w:t>
      </w:r>
      <w:r>
        <w:t>jis cheez ko yeh enlightenment keh rahe hain ya scientific thought keh rahe hain woh bhi extremism hai.</w:t>
      </w:r>
    </w:p>
    <w:p>
      <w:pPr>
        <w:jc w:val="right"/>
      </w:pPr>
      <w:r>
        <w:t>جس چیز کو یہ انلائٹنمنٹ کہہ رہے ہیں یا سائنٹیفک تھاٹ کہہ رہے ہیں وہ بھی ایکسٹریمزم ہے۔</w:t>
      </w:r>
    </w:p>
    <w:p>
      <w:r>
        <w:rPr>
          <w:b/>
        </w:rPr>
        <w:t xml:space="preserve">[06:02] </w:t>
      </w:r>
      <w:r>
        <w:t>to behr-haal meri samajh ke mutabiq ya meri study ke mutabiq yeh mamla jo hai woh religious extremism versus rational extremism ka mamla hai.</w:t>
      </w:r>
    </w:p>
    <w:p>
      <w:pPr>
        <w:jc w:val="right"/>
      </w:pPr>
      <w:r>
        <w:t>تو بہرحال میری سمجھ کے مطابق یا میری اسٹڈی کے مطابق یہ معاملہ جو ہے وہ ریلیجس ایکسٹریمزم ورسز ریشنل ایکسٹریمزم کا معاملہ ہے۔</w:t>
      </w:r>
    </w:p>
    <w:p>
      <w:r>
        <w:rPr>
          <w:b/>
        </w:rPr>
        <w:t xml:space="preserve">[06:19] </w:t>
      </w:r>
      <w:r>
        <w:t>yeh ek bohat hi serious subject hai, bohat zyada serious subject hai aur is par hamein bohat zyada sochna chahiye kyunke intellectual circle mein yeh baat bohat zyada chal rahi hai.</w:t>
      </w:r>
    </w:p>
    <w:p>
      <w:pPr>
        <w:jc w:val="right"/>
      </w:pPr>
      <w:r>
        <w:t>یہ ایک بہت ہی سیریس سبجیکٹ ہے، بہت زیادہ سیریس سبجیکٹ ہے اور اس پر ہمیں بہت زیادہ سوچنا چاہیے کیونکہ انٹلیکچول سرکل میں یہ بات بہت زیادہ چل رہی ہے۔</w:t>
      </w:r>
    </w:p>
    <w:p>
      <w:r>
        <w:rPr>
          <w:b/>
        </w:rPr>
        <w:t xml:space="preserve">[06:33] </w:t>
      </w:r>
      <w:r>
        <w:t>aur jab tak hum is ke baray mein apne mind ko clear na karein, hum achi tarah samajh na lein baat ko, aaj ki duniya ka samna hum nahin kar sakte.</w:t>
      </w:r>
    </w:p>
    <w:p>
      <w:pPr>
        <w:jc w:val="right"/>
      </w:pPr>
      <w:r>
        <w:t>اور جب تک ہم اس کے بارے میں اپنے مائنڈ کو کلیئر نہ کریں، ہم اچھی طرح سمجھ نہ لیں بات کو، آج کی دنیا کا سامنا ہم نہیں کر سکتے۔</w:t>
      </w:r>
    </w:p>
    <w:p>
      <w:r>
        <w:rPr>
          <w:b/>
        </w:rPr>
        <w:t xml:space="preserve">[06:45] </w:t>
      </w:r>
      <w:r>
        <w:t>aaj hum ka matlab hai ke woh log jo spirituality mein yaqeen rakhte hain, jo religion mein believe karte hain, woh samna nahin kar sakte aaj ki duniya ka jab tak yeh is baat ko samajh na lein ke yeh masla kya hai aur asal challenge kya hai.</w:t>
      </w:r>
    </w:p>
    <w:p>
      <w:pPr>
        <w:jc w:val="right"/>
      </w:pPr>
      <w:r>
        <w:t>آج ہم کا مطلب ہے کہ وہ لوگ جو سپریچولیٹی میں یقین رکھتے ہیں، جو ریلیجن میں بیلیو کرتے ہیں، وہ سامنا نہیں کر سکتے آج کی دنیا کا جب تک یہ اس بات کو سمجھ نہ لیں کہ یہ مسئلہ کیا ہے اور اصل چیلنج کیا ہے۔</w:t>
      </w:r>
    </w:p>
    <w:p>
      <w:r>
        <w:rPr>
          <w:b/>
        </w:rPr>
        <w:t xml:space="preserve">[07:06] </w:t>
      </w:r>
      <w:r>
        <w:t>to main aap ko kuch example doon ga is ko samajhne ke liye. dekhein jo purani duniya thi, jo ancient world thi, us mein sab kuch tradition pe chalta tha.</w:t>
      </w:r>
    </w:p>
    <w:p>
      <w:pPr>
        <w:jc w:val="right"/>
      </w:pPr>
      <w:r>
        <w:t>تو میں آپ کو کچھ ایگزیمپل دوں گا اس کو سمجھنے کے لیے۔ دیکھیں جو پرانی دنیا تھی، جو اینشینٹ ورلڈ تھی، اس میں سب کچھ ٹریڈیشن پہ چلتا تھا۔</w:t>
      </w:r>
    </w:p>
    <w:p>
      <w:r>
        <w:rPr>
          <w:b/>
        </w:rPr>
        <w:t xml:space="preserve">[07:20] </w:t>
      </w:r>
      <w:r>
        <w:t>tradition ka matlab yeh hota tha ke jo chala aa raha hai woh sahi hai. ma urfan alayh abana, jo chala aa raha hai, jo sunte aa rahe hain wohi sahi hai.</w:t>
      </w:r>
    </w:p>
    <w:p>
      <w:pPr>
        <w:jc w:val="right"/>
      </w:pPr>
      <w:r>
        <w:t>ٹریڈیشن کا مطلب یہ ہوتا تھا کہ جو چلا آ رہا ہے وہ صحیح ہے۔ ما عرفان علیہ ابانا، جو چلا آ رہا ہے، جو سنتے آ رہے ہیں وہی صحیح ہے۔</w:t>
      </w:r>
    </w:p>
    <w:p>
      <w:r>
        <w:rPr>
          <w:b/>
        </w:rPr>
        <w:t xml:space="preserve">[07:35] </w:t>
      </w:r>
      <w:r>
        <w:t>pehli baar Europe mein yeh hua ke khuli inquiry shuru hui jis ko yeh log kehte hain rational inquiry.</w:t>
      </w:r>
    </w:p>
    <w:p>
      <w:pPr>
        <w:jc w:val="right"/>
      </w:pPr>
      <w:r>
        <w:t>پہلی بار یورپ میں یہ ہوا کہ کھلی انکوائری شروع ہوئی جس کو یہ لوگ کہتے ہیں ریشنل انکوائری۔</w:t>
      </w:r>
    </w:p>
    <w:p>
      <w:r>
        <w:rPr>
          <w:b/>
        </w:rPr>
        <w:t xml:space="preserve">[07:46] </w:t>
      </w:r>
      <w:r>
        <w:t>is se pehle cheezon par rational inquiry nahin hoti thi.</w:t>
      </w:r>
    </w:p>
    <w:p>
      <w:pPr>
        <w:jc w:val="right"/>
      </w:pPr>
      <w:r>
        <w:t>اس سے پہلے چیزوں پر ریشنل انکوائری نہیں ہوتی تھی۔</w:t>
      </w:r>
    </w:p>
    <w:p>
      <w:r>
        <w:rPr>
          <w:b/>
        </w:rPr>
        <w:t xml:space="preserve">[07:51] </w:t>
      </w:r>
      <w:r>
        <w:t>jaise ek misaal di jati hai ke aap subah ko ek koi woh lete hain tooth paste to tooth paste pe likha rahe ga is qism ka koi word ke scientific tooth paste.</w:t>
      </w:r>
    </w:p>
    <w:p>
      <w:pPr>
        <w:jc w:val="right"/>
      </w:pPr>
      <w:r>
        <w:t>جیسے ایک مثال دی جاتی ہے کہ آپ صبح کو ایک کوئی وہ لیتے ہیں ٹوتھ پیسٹ تو ٹوتھ پیسٹ پہ لکھا رہے گا اس قسم کا کوئی ورڈ کہ سائنٹیفک ٹوتھ پیسٹ۔</w:t>
      </w:r>
    </w:p>
    <w:p>
      <w:r>
        <w:rPr>
          <w:b/>
        </w:rPr>
        <w:t xml:space="preserve">[08:14] </w:t>
      </w:r>
      <w:r>
        <w:t>jabke pehle jo aap karte the, kisi ne neem ki miswak kar li, kisi ne koi. hamare bachpan mein hum log koyle ka munjhan kiya karte the, koyle ko pees kar munjhan bana liya.</w:t>
      </w:r>
    </w:p>
    <w:p>
      <w:pPr>
        <w:jc w:val="right"/>
      </w:pPr>
      <w:r>
        <w:t>جبکہ پہلے جو آپ کرتے تھے، کسی نے نیم کی مسواک کر لی، کسی نے کوئی۔ ہمارے بچپن میں ہم لوگ کوئلے کا منجن کیا کرتے تھے، کوئلہ پیس کر منجن بنا لیا۔</w:t>
      </w:r>
    </w:p>
    <w:p>
      <w:r>
        <w:rPr>
          <w:b/>
        </w:rPr>
        <w:t xml:space="preserve">[08:28] </w:t>
      </w:r>
      <w:r>
        <w:t>to is zamane mein yeh tha ke baap dada ne aisa kaha hai ke koyle se daant saaf hota hai to hum saaf karne lage is ko.</w:t>
      </w:r>
    </w:p>
    <w:p>
      <w:pPr>
        <w:jc w:val="right"/>
      </w:pPr>
      <w:r>
        <w:t>تو اس زمانے میں یہ تھا کہ باپ دادا نے ایسا کہا ہے کہ کوئلے سے دانت صاف ہوتا ہے تو ہم صاف کرنے لگے اس کو۔</w:t>
      </w:r>
    </w:p>
    <w:p>
      <w:r>
        <w:rPr>
          <w:b/>
        </w:rPr>
        <w:t xml:space="preserve">[08:39] </w:t>
      </w:r>
      <w:r>
        <w:t>ya baap dada ne kaha hai ke neem ki miswak se daant saaf hota hai to hum saaf karne lage is ko. yaani jo chala aa raha tha usi ko maan lena, yeh hai tradition ka zamana tha.</w:t>
      </w:r>
    </w:p>
    <w:p>
      <w:pPr>
        <w:jc w:val="right"/>
      </w:pPr>
      <w:r>
        <w:t>یا باپ دادا نے کہا ہے کہ نیم کی مسواک سے دانت صاف ہوتا ہے تو ہم صاف کرنے لگے اس کو۔ یعنی جو چلا آ رہا تھا اسی کو مان لینا، یہ ہے ٹریڈیشن کا زمانہ تھا۔</w:t>
      </w:r>
    </w:p>
    <w:p>
      <w:r>
        <w:rPr>
          <w:b/>
        </w:rPr>
        <w:t xml:space="preserve">[08:52] </w:t>
      </w:r>
      <w:r>
        <w:t>woh phir shuru hui scientific inquiry jis ki ek mashhoor misaal di jati hai ke Newton ne dekha apple ko upar se zameen par gira to hazaron saal se apple zameen par girta tha.</w:t>
      </w:r>
    </w:p>
    <w:p>
      <w:pPr>
        <w:jc w:val="right"/>
      </w:pPr>
      <w:r>
        <w:t>وہ پھر شروع ہوئی سائنٹیفک انکوائری جس کی ایک مشہور مثال دی جاتی ہے کہ نیوٹن نے دیکھا ایپل کو اوپر سے زمین پر گرا تو ہزاروں سال سے ایپل زمین پر گرتا تھا۔</w:t>
      </w:r>
    </w:p>
    <w:p>
      <w:r>
        <w:rPr>
          <w:b/>
        </w:rPr>
        <w:t xml:space="preserve">[09:10] </w:t>
      </w:r>
      <w:r>
        <w:t>sauce har cheez girti thi upar se neeche to log us ko for granted le lete the ke aisa to hota hi hai, aisa to hota hi rehta hai.</w:t>
      </w:r>
    </w:p>
    <w:p>
      <w:pPr>
        <w:jc w:val="right"/>
      </w:pPr>
      <w:r>
        <w:t>سیوی نے ہر چیز گرتی تھی اوپر سے نیچے تو لوگ اس کو فار گرانٹڈ لے لیتے تھے کہ ایسا تو ہوتا ہی ہے، ایسا تو ہوتا ہی رہتا ہے۔</w:t>
      </w:r>
    </w:p>
    <w:p>
      <w:r>
        <w:rPr>
          <w:b/>
        </w:rPr>
        <w:t xml:space="preserve">[09:23] </w:t>
      </w:r>
      <w:r>
        <w:t>jis ko kehte hain for granted le lena. to pehli baar Europe mein kuch log aise paida hue, maslan Newton, jis ne yeh us ko question banaya ke kyun upar se neeche gira saib, neeche se upar kyun nahin chala gaya?</w:t>
      </w:r>
    </w:p>
    <w:p>
      <w:pPr>
        <w:jc w:val="right"/>
      </w:pPr>
      <w:r>
        <w:t>جس کو کہتے ہیں فار گرانٹڈ لے لینا۔ تو پہلی بار یورپ میں کچھ لوگ ایسے پیدا ہوئے، مثلاً نیوٹن، جس نے یہ اس کو کوئسچن بنایا کہ کیوں اوپر سے نیچے گرا سیب، نیچے سے اوپر کیوں نہیں چلا گیا؟</w:t>
      </w:r>
    </w:p>
    <w:p>
      <w:r>
        <w:rPr>
          <w:b/>
        </w:rPr>
        <w:t xml:space="preserve">[09:44] </w:t>
      </w:r>
      <w:r>
        <w:t>neeche. yaani yeh yeh sawal hazaron saal kabhi kiya nahin gaya tha ke saib jo hai jab peed se toota to upar kyun nahin chala gaya?</w:t>
      </w:r>
    </w:p>
    <w:p>
      <w:pPr>
        <w:jc w:val="right"/>
      </w:pPr>
      <w:r>
        <w:t>نیچے۔ یعنی یہ یہ سوال ہزاروں سال کبھی کیا نہیں گیا تھا کہ سیب جو ہے جب پیڑ سے ٹوٹا تو اوپر کیوں نہیں چلا گیا؟</w:t>
      </w:r>
    </w:p>
    <w:p>
      <w:r>
        <w:rPr>
          <w:b/>
        </w:rPr>
        <w:t xml:space="preserve">[09:55] </w:t>
      </w:r>
      <w:r>
        <w:t>woh neeche kyun aa gaya?</w:t>
      </w:r>
    </w:p>
    <w:p>
      <w:pPr>
        <w:jc w:val="right"/>
      </w:pPr>
      <w:r>
        <w:t>وہ نیچے کیوں آ گیا؟</w:t>
      </w:r>
    </w:p>
    <w:p>
      <w:r>
        <w:rPr>
          <w:b/>
        </w:rPr>
        <w:t xml:space="preserve">[10:01] </w:t>
      </w:r>
      <w:r>
        <w:t>us ko kehte hain spirit of inquiry. spirit of inquiry jo hai woh pehle kabhi maujood nahin thi. agar rahi hogi to kuch thore se logon ke beech mein, aam taur par nahin thi.</w:t>
      </w:r>
    </w:p>
    <w:p>
      <w:pPr>
        <w:jc w:val="right"/>
      </w:pPr>
      <w:r>
        <w:t>اس کو کہتے ہیں اسپرٹ آف انکوائری۔ اسپرٹ آف انکوائری جو ہے وہ پہلے کبھی موجود نہیں تھی۔ اگر رہی ہوگی تو کچھ تھوڑے سے لوگوں کے بیچ میں، عام طور پر نہیں تھی۔</w:t>
      </w:r>
    </w:p>
    <w:p>
      <w:r>
        <w:rPr>
          <w:b/>
        </w:rPr>
        <w:t xml:space="preserve">[10:15] </w:t>
      </w:r>
      <w:r>
        <w:t>yeh pehli baar western Europe mein yeh cheez ubhri. to pehle kuch chand cheezon pe ubhri, physical cheezon par, phir dheere dheere har cheez mein phail gayi.</w:t>
      </w:r>
    </w:p>
    <w:p>
      <w:pPr>
        <w:jc w:val="right"/>
      </w:pPr>
      <w:r>
        <w:t>یہ پہلی بار ویسٹرن یورپ میں یہ چیز ابھری۔ تو پہلے کچھ چند چیزوں پہ ابھری، فزیکل چیزوں پر، پھر دھیرے دھیرے ہر چیز میں پھیل گئی۔</w:t>
      </w:r>
    </w:p>
    <w:p>
      <w:r>
        <w:rPr>
          <w:b/>
        </w:rPr>
        <w:t xml:space="preserve">[10:31] </w:t>
      </w:r>
      <w:r>
        <w:t>to us ko kehte hain rational inquiry.</w:t>
      </w:r>
    </w:p>
    <w:p>
      <w:pPr>
        <w:jc w:val="right"/>
      </w:pPr>
      <w:r>
        <w:t>تو اس کو کہتے ہیں ریشنل انکوائری۔</w:t>
      </w:r>
    </w:p>
    <w:p>
      <w:r>
        <w:rPr>
          <w:b/>
        </w:rPr>
        <w:t xml:space="preserve">[10:34] </w:t>
      </w:r>
      <w:r>
        <w:t>in logon ka kehna yeh hai ke mazhab mein bila inquiry ke, yaani bila tehqeeq ke, baghair tajziya aur tehleel ke, baghair analysis ke, baghair khoj ke baaton ko maan liya jata hai aur maan liya jata tha hamesha se.</w:t>
      </w:r>
    </w:p>
    <w:p>
      <w:pPr>
        <w:jc w:val="right"/>
      </w:pPr>
      <w:r>
        <w:t>ان لوگوں کا کہنا یہ ہے کہ مذہب میں بلا انکوائری کے، یعنی بلا تحقیق کے، بغیر تجزیہ اور تحلیل کے، بغیر انالیسز کے، بغیر کھوج کے باتوں کو مان لیا جاتا ہے اور مان لیا جاتا تھا ہمیشہ سے۔</w:t>
      </w:r>
    </w:p>
    <w:p>
      <w:r>
        <w:rPr>
          <w:b/>
        </w:rPr>
        <w:t xml:space="preserve">[10:56] </w:t>
      </w:r>
      <w:r>
        <w:t>ab woh zamana khatm ho gaya, ab hum science ke zamane mein jee rahe hain to hum jab tak is ko</w:t>
      </w:r>
    </w:p>
    <w:p>
      <w:pPr>
        <w:jc w:val="right"/>
      </w:pPr>
      <w:r>
        <w:t>اب وہ زمانہ ختم ہو گیا، اب ہم سائنس کے زمانے میں جی رہے ہیں تو ہم جب تک اس کو</w:t>
      </w:r>
    </w:p>
    <w:p>
      <w:r>
        <w:rPr>
          <w:b/>
        </w:rPr>
        <w:t xml:space="preserve">[11:06] </w:t>
      </w:r>
      <w:r>
        <w:t>inquiry kar ke samajh na lein, inquiry ka matlab kya hai? observation, experiment, yani is ko dekhna, tajurba karna, tab hum manenge is ko.</w:t>
      </w:r>
    </w:p>
    <w:p>
      <w:pPr>
        <w:jc w:val="right"/>
      </w:pPr>
      <w:r>
        <w:t>انکوائری کر کے سمجھ نہ لیں، انکوائری کا مطلب کیا ہے؟ ابزرویشن، ایکسپیریمنٹ، یعنی اس کو دیکھنا، تجربہ کرنا، تب ہم مانیں گے اس کو۔</w:t>
      </w:r>
    </w:p>
    <w:p>
      <w:r>
        <w:rPr>
          <w:b/>
        </w:rPr>
        <w:t xml:space="preserve">[11:21] </w:t>
      </w:r>
      <w:r>
        <w:t>to in ke nazdeek ilham, wahi, muqaddas kitab, peghambar, har cheez jo hai us ke tehat aa jata hai. har cheez ko rational inquiry ki jayegi, har ki ki jayegi, tab mana jayega, nahi to nahi mana jayega.</w:t>
      </w:r>
    </w:p>
    <w:p>
      <w:pPr>
        <w:jc w:val="right"/>
      </w:pPr>
      <w:r>
        <w:t>تو ان کے نزدیک الہام، وحی، مقدس کتاب، پیغمبر، ہر چیز جو ہے اس کے تحت آ جاتا ہے۔ ہر چیز کو ریشنل انکوائری کی جائے گی، ہر کی کی جائے گی، تب مانا جائے گا، نہیں تو نہیں مانا جائے گا۔</w:t>
      </w:r>
    </w:p>
    <w:p>
      <w:r>
        <w:rPr>
          <w:b/>
        </w:rPr>
        <w:t xml:space="preserve">[11:38] </w:t>
      </w:r>
      <w:r>
        <w:t>yeh zehan bohat hi zyada fatal tha mazhabi tabqe ke liye.</w:t>
      </w:r>
    </w:p>
    <w:p>
      <w:pPr>
        <w:jc w:val="right"/>
      </w:pPr>
      <w:r>
        <w:t>یہ ذہن بہت ہی زیادہ فیٹل تھا مذہبی طبقے کے لیے۔</w:t>
      </w:r>
    </w:p>
    <w:p>
      <w:r>
        <w:rPr>
          <w:b/>
        </w:rPr>
        <w:t xml:space="preserve">[11:47] </w:t>
      </w:r>
      <w:r>
        <w:t>kyun? is liye ke yeh kehte the ke rational method ko apply karo.</w:t>
      </w:r>
    </w:p>
    <w:p>
      <w:pPr>
        <w:jc w:val="right"/>
      </w:pPr>
      <w:r>
        <w:t>کیوں؟ اس لیے کہ یہ کہتے تھے کہ ریشنل میتھڈ کو اپلائی کرو۔</w:t>
      </w:r>
    </w:p>
    <w:p>
      <w:r>
        <w:rPr>
          <w:b/>
        </w:rPr>
        <w:t xml:space="preserve">[11:57] </w:t>
      </w:r>
      <w:r>
        <w:t>to rational method ko kahan apply karenge aap? jo cheez dikhai de, jo cheez dikhai na de, wahan kaise apply karenge aap?</w:t>
      </w:r>
    </w:p>
    <w:p>
      <w:pPr>
        <w:jc w:val="right"/>
      </w:pPr>
      <w:r>
        <w:t>تو ریشنل میتھڈ کو کہاں اپلائی کریں گے آپ؟ جو چیز دکھائی دے، جو چیز دکھائی نہ دے، وہاں کیسے اپلائی کریں گے آپ؟</w:t>
      </w:r>
    </w:p>
    <w:p>
      <w:r>
        <w:rPr>
          <w:b/>
        </w:rPr>
        <w:t xml:space="preserve">[12:08] </w:t>
      </w:r>
      <w:r>
        <w:t>to dheere dheere kya hua ke yeh ban gaya, yeh soch ban gayi ke reality wahi hai jo dikhai de, jis ko hum, jis ko hum experiment kar sakein, jis ko hum tol sakein aur naap sakein,</w:t>
      </w:r>
    </w:p>
    <w:p>
      <w:pPr>
        <w:jc w:val="right"/>
      </w:pPr>
      <w:r>
        <w:t>تو دھیرے دھیرے کیا ہوا کہ یہ بن گیا، یہ سوچ بن گئی کہ ریلیٹی وہی ہے جو دکھائی دے، جس کو ہم، جس کو ہم ایکسپیریمنٹ کر سکیں، جس کو ہم تول سکیں اور ناپ سکیں،</w:t>
      </w:r>
    </w:p>
    <w:p>
      <w:r>
        <w:rPr>
          <w:b/>
        </w:rPr>
        <w:t xml:space="preserve">[12:26] </w:t>
      </w:r>
      <w:r>
        <w:t>wahi haqeeqat hai.</w:t>
      </w:r>
    </w:p>
    <w:p>
      <w:pPr>
        <w:jc w:val="right"/>
      </w:pPr>
      <w:r>
        <w:t>وہی حقیقت ہے۔</w:t>
      </w:r>
    </w:p>
    <w:p>
      <w:r>
        <w:rPr>
          <w:b/>
        </w:rPr>
        <w:t xml:space="preserve">[12:28] </w:t>
      </w:r>
      <w:r>
        <w:t>isi se woh nazariya bana, is ko kehte hain logical positivism. to ek zamana arsa guzra hai, yani mein nahi kehta ke awam mein, moasir mein,</w:t>
      </w:r>
    </w:p>
    <w:p>
      <w:pPr>
        <w:jc w:val="right"/>
      </w:pPr>
      <w:r>
        <w:t>اسی سے وہ نظریہ بنا، اس کو کہتے ہیں لاجیکل پازیٹیوزم۔ تو ایک زمانہ عرصہ گزرا ہے، یعنی میں نہیں کہتا کہ عوام میں، معاصر میں،</w:t>
      </w:r>
    </w:p>
    <w:p>
      <w:r>
        <w:rPr>
          <w:b/>
        </w:rPr>
        <w:t xml:space="preserve">[12:42] </w:t>
      </w:r>
      <w:r>
        <w:t>intellectual circle mein jo parhe likhe log hote hain, un mein, aur wahi log aap jante hain ke jo parhe likhe log hote hain, wahi society ko rule karte hain.</w:t>
      </w:r>
    </w:p>
    <w:p>
      <w:pPr>
        <w:jc w:val="right"/>
      </w:pPr>
      <w:r>
        <w:t>انٹلیکچول سرکل میں جو پڑھے لکھے لوگ ہوتے ہیں، ان میں، اور وہی لوگ آپ جانتے ہیں کہ جو پڑھے لکھے لوگ ہوتے ہیں، وہی سوسائٹی کو رول کرتے ہیں۔</w:t>
      </w:r>
    </w:p>
    <w:p>
      <w:r>
        <w:rPr>
          <w:b/>
        </w:rPr>
        <w:t xml:space="preserve">[12:53] </w:t>
      </w:r>
      <w:r>
        <w:t>to jab yeh kaha jaye ke dunya mein yeh man lega, to is ka matlab nahi hota ke jo log gaon mein baste hain, jo jangalon mein rehte hain, jo paharon mein rehte hain, woh man liye, unhone man liya.</w:t>
      </w:r>
    </w:p>
    <w:p>
      <w:pPr>
        <w:jc w:val="right"/>
      </w:pPr>
      <w:r>
        <w:t>تو جب یہ کہا جائے کہ دنیا میں یہ مان لے گا، تو اس کا مطلب نہیں ہوتا کہ جو لوگ گاؤں میں بستے ہیں، جو جنگلوں میں رہتے ہیں، جو پہاڑوں میں رہتے ہیں، وہ مان لیے، انہوں نے مان لیا۔</w:t>
      </w:r>
    </w:p>
    <w:p>
      <w:r>
        <w:rPr>
          <w:b/>
        </w:rPr>
        <w:t xml:space="preserve">[13:02] </w:t>
      </w:r>
      <w:r>
        <w:t>unhe to khabar bhi nahi hoti. hamesha jin ko kehte hain opinion maker class, hamesha ek tabqa hota hai jo opinion maker hota hai,</w:t>
      </w:r>
    </w:p>
    <w:p>
      <w:pPr>
        <w:jc w:val="right"/>
      </w:pPr>
      <w:r>
        <w:t>انہیں تو خبر بھی نہیں ہوتی۔ ہمیشہ جن کو کہتے ہیں اوپینین میکر کلاس، ہمیشہ ایک طبقہ ہوتا ہے جو اوپین میکر ہوتا ہے،</w:t>
      </w:r>
    </w:p>
    <w:p>
      <w:r>
        <w:rPr>
          <w:b/>
        </w:rPr>
        <w:t xml:space="preserve">[13:15] </w:t>
      </w:r>
      <w:r>
        <w:t>isi ko refer kiya jata hai.</w:t>
      </w:r>
    </w:p>
    <w:p>
      <w:pPr>
        <w:jc w:val="right"/>
      </w:pPr>
      <w:r>
        <w:t>اسی کو ریفر کیا جاتا ہے۔</w:t>
      </w:r>
    </w:p>
    <w:p>
      <w:r>
        <w:rPr>
          <w:b/>
        </w:rPr>
        <w:t xml:space="preserve">[13:18] </w:t>
      </w:r>
      <w:r>
        <w:t>jo log gaon mein hain, jungle mein hain ya desert mein rehte hain, is ko refer nahi kiya jata kyunke woh to un ke follower hain, woh un ke is pe chalte hain.</w:t>
      </w:r>
    </w:p>
    <w:p>
      <w:pPr>
        <w:jc w:val="right"/>
      </w:pPr>
      <w:r>
        <w:t>جو لوگ گاؤں میں ہیں، جنگل میں ہیں یا ڈیزارٹ میں رہتے ہیں، اس کو ریفر نہیں کیا جاتا کیونکہ وہ تو ان کے فالوور ہیں، وہ ان کے اس پہ چلتے ہیں۔</w:t>
      </w:r>
    </w:p>
    <w:p>
      <w:r>
        <w:rPr>
          <w:b/>
        </w:rPr>
        <w:t xml:space="preserve">[13:31] </w:t>
      </w:r>
      <w:r>
        <w:t>to to ek zamana aisa aaya hai history mein jabke aam taur par yeh samajh liya gaya ke reality wahi hai jo dikhai de, jis ko naapa ja sake, jo tola ja sake, jis ka analysis ho sake.</w:t>
      </w:r>
    </w:p>
    <w:p>
      <w:pPr>
        <w:jc w:val="right"/>
      </w:pPr>
      <w:r>
        <w:t>تو تو ایک زمانہ ایسا آیا ہے ہسٹری میں جبکہ عام طور پر یہ سمجھ لیا گیا کہ ریلیٹی وہی ہے جو دکھائی دے، جس کو ناپا جا سکے، جو تولا جا سکے، جس کا انالیسز ہو سکے۔</w:t>
      </w:r>
    </w:p>
    <w:p>
      <w:r>
        <w:rPr>
          <w:b/>
        </w:rPr>
        <w:t xml:space="preserve">[13:48] </w:t>
      </w:r>
      <w:r>
        <w:t>kyunke rational approach jo tha, isi par apply ho sakta tha.</w:t>
      </w:r>
    </w:p>
    <w:p>
      <w:pPr>
        <w:jc w:val="right"/>
      </w:pPr>
      <w:r>
        <w:t>کیونکہ ریشنل اپروچ جو تھا، اسی پر اپلائی ہو سکتا تھا۔</w:t>
      </w:r>
    </w:p>
    <w:p>
      <w:r>
        <w:rPr>
          <w:b/>
        </w:rPr>
        <w:t xml:space="preserve">[13:52] </w:t>
      </w:r>
      <w:r>
        <w:t>is zamane mein bohat se nazariye bane, mislan Marxism aur Socialism aur Evolution theory aur Behaviorism psychology mein</w:t>
      </w:r>
    </w:p>
    <w:p>
      <w:pPr>
        <w:jc w:val="right"/>
      </w:pPr>
      <w:r>
        <w:t>اس زمانے میں بہت سے نظریے بنے، مثلاً مارکسزم اور سوشلزم اور ایولوشن تھیوری اور بیہیویئرزم سائیکالوجی میں</w:t>
      </w:r>
    </w:p>
    <w:p>
      <w:r>
        <w:rPr>
          <w:b/>
        </w:rPr>
        <w:t xml:space="preserve">[14:06] </w:t>
      </w:r>
      <w:r>
        <w:t>aur logical positivism, yeh sab cheezein aur bhi kai cheezein.</w:t>
      </w:r>
    </w:p>
    <w:p>
      <w:pPr>
        <w:jc w:val="right"/>
      </w:pPr>
      <w:r>
        <w:t>اور لاجیکل پازیٹیوزم، یہ سب چیزیں اور بھی کئی چیزیں۔</w:t>
      </w:r>
    </w:p>
    <w:p>
      <w:r>
        <w:rPr>
          <w:b/>
        </w:rPr>
        <w:t xml:space="preserve">[14:15] </w:t>
      </w:r>
      <w:r>
        <w:t>to ek zamana aisa guzra hai jabke logon ne yeh kiya ke dikhai dene wali dunya ko hi samjha ke yeh haqeeqat hai aur khud jo insan ka moamla hai, us ko bhi isi se woh explain karne lage.</w:t>
      </w:r>
    </w:p>
    <w:p>
      <w:pPr>
        <w:jc w:val="right"/>
      </w:pPr>
      <w:r>
        <w:t>تو ایک زمانہ ایسا گزرا ہے جبکہ لوگوں نے یہ کیا کہ دکھائی دینے والی دنیا کو ہی سمجھا کہ یہ حقیقت ہے اور خود جو انسان کا معاملہ ہے، اس کو بھی اسی سے وہ ایکسپلین کرنے لگے۔</w:t>
      </w:r>
    </w:p>
    <w:p>
      <w:r>
        <w:rPr>
          <w:b/>
        </w:rPr>
        <w:t xml:space="preserve">[14:36] </w:t>
      </w:r>
      <w:r>
        <w:t>ab koi yeh nahi sochta ke 19th sadi mein, 20th sadi mein, is principle ke tehat jo nazariye banaye gaye, kya woh nazariye jo unhone prevail kiya, woh woh sabit rahe?</w:t>
      </w:r>
    </w:p>
    <w:p>
      <w:pPr>
        <w:jc w:val="right"/>
      </w:pPr>
      <w:r>
        <w:t>اب کوئی یہ نہیں سوچتا کہ انیسویں صدی میں، بیسویں صدی میں، اس پرنسپل کے تحت جو نظریے بنائے گئے، کیا وہ نظریے جو انہوں نے پریویل کیا، وہ وہ ثابت رہے؟</w:t>
      </w:r>
    </w:p>
    <w:p>
      <w:r>
        <w:rPr>
          <w:b/>
        </w:rPr>
        <w:t xml:space="preserve">[14:53] </w:t>
      </w:r>
      <w:r>
        <w:t>baat tak mein ek, mein yeh kehne ki jurrat karunga ke jitne bhi nazariye banaye gaye the is usool ke tehat, sab ke sab discard ho gaye.</w:t>
      </w:r>
    </w:p>
    <w:p>
      <w:pPr>
        <w:jc w:val="right"/>
      </w:pPr>
      <w:r>
        <w:t>بات تک میں ایک، میں یہ کہنے کی جرات کروں گا کہ جتنے بھی نظریے بنائے گئے تھے اس اصول کے تحت، سب کے سب ڈسکارڈ ہو گئے۔</w:t>
      </w:r>
    </w:p>
    <w:p>
      <w:r>
        <w:rPr>
          <w:b/>
        </w:rPr>
        <w:t xml:space="preserve">[15:02] </w:t>
      </w:r>
      <w:r>
        <w:t>baat ko sab ke sab baat galat sabit hui.</w:t>
      </w:r>
    </w:p>
    <w:p>
      <w:pPr>
        <w:jc w:val="right"/>
      </w:pPr>
      <w:r>
        <w:t>بات کو سب کے سب بات غلط ثابت ہوئی۔</w:t>
      </w:r>
    </w:p>
    <w:p>
      <w:r>
        <w:rPr>
          <w:b/>
        </w:rPr>
        <w:t xml:space="preserve">[15:06] </w:t>
      </w:r>
      <w:r>
        <w:t>koi ek bhi theher nahi saka baat ke, baat ke yani ibtidai inquiry mein woh nazar aate the sachai, baad ki inquiry mein galat sabit ho gaye.</w:t>
      </w:r>
    </w:p>
    <w:p>
      <w:pPr>
        <w:jc w:val="right"/>
      </w:pPr>
      <w:r>
        <w:t>کوئی ایک بھی ٹھہر نہیں سکا بات کے، بات کے یعنی ابتدائی انکوائری میں وہ نظر آتے تھے سچائی، بعد کی انکوائری میں غلط ثابت ہو گئے۔</w:t>
      </w:r>
    </w:p>
    <w:p>
      <w:r>
        <w:rPr>
          <w:b/>
        </w:rPr>
        <w:t xml:space="preserve">[15:17] </w:t>
      </w:r>
      <w:r>
        <w:t>woh mislan dekhiye, aap lijiye, sab se pehle shayad naam aata hai Evolution theory ka, jis ko kehte hain organic evolution, jis ko kaha jata hai.</w:t>
      </w:r>
    </w:p>
    <w:p>
      <w:pPr>
        <w:jc w:val="right"/>
      </w:pPr>
      <w:r>
        <w:t>وہ مثلاً دیکھیے، آپ لیجئے، سب سے پہلے شاید نام آتا ہے ایولوشن تھیوری کا، جس کو کہتے ہیں ارگینک ایولوشن، جس کو کہا جاتا ہے۔</w:t>
      </w:r>
    </w:p>
    <w:p>
      <w:r>
        <w:rPr>
          <w:b/>
        </w:rPr>
        <w:t xml:space="preserve">[15:33] </w:t>
      </w:r>
      <w:r>
        <w:t>agarche abhi bhi hamare schoolon, collegeon mein evolution theory padhai jati hai, lekin yeh ek haqeeqat hai ke khalis ilmi taur par woh discard ho chuki hai.</w:t>
      </w:r>
    </w:p>
    <w:p>
      <w:pPr>
        <w:jc w:val="right"/>
      </w:pPr>
      <w:r>
        <w:t>اگرچہ ابھی بھی ہمارے اسکولوں، کالجوں میں ایولوشن تھیوری پڑھائی جاتی ہے، لیکن یہ ایک حقیقت ہے کہ خالص علمی طور پر وہ ڈسکارڈ ہو چکی ہے۔</w:t>
      </w:r>
    </w:p>
    <w:p>
      <w:r>
        <w:rPr>
          <w:b/>
        </w:rPr>
        <w:t xml:space="preserve">[15:49] </w:t>
      </w:r>
      <w:r>
        <w:t>is maamle mein agar aap parhna chahein kitaab ko to aap parh sakte hain, misaal tor par "revealed against reason by lon" aur "human destiny" aisi sankaron kitabein hain.</w:t>
      </w:r>
    </w:p>
    <w:p>
      <w:pPr>
        <w:jc w:val="right"/>
      </w:pPr>
      <w:r>
        <w:t>اس معاملے میں اگر آپ پڑھنا چاہیں کتاب کو تو آپ پڑھ سکتے ہیں، مثال طور پر "ریولڈ اگینسٹ ریزن بائی لون" اور "ہیومن ڈیسٹینی" ایسی سینکڑوں کتابیں ہیں۔</w:t>
      </w:r>
    </w:p>
    <w:p>
      <w:r>
        <w:rPr>
          <w:b/>
        </w:rPr>
        <w:t xml:space="preserve">[16:02] </w:t>
      </w:r>
      <w:r>
        <w:t>to yeh cheez saabit nahi ho saki baad ki inquiry se kyunke unhon ne kaha tha ke missing link ka nazariya banaya tha.</w:t>
      </w:r>
    </w:p>
    <w:p>
      <w:pPr>
        <w:jc w:val="right"/>
      </w:pPr>
      <w:r>
        <w:t>تو یہ چیز ثابت نہیں ہو سکی بعد کی انکوائری سے کیونکہ انہوں نے کہا تھا کہ مسنگ لنک کا نظریہ بنایا تھا۔</w:t>
      </w:r>
    </w:p>
    <w:p>
      <w:r>
        <w:rPr>
          <w:b/>
        </w:rPr>
        <w:t xml:space="preserve">[16:16] </w:t>
      </w:r>
      <w:r>
        <w:t>missing links, maslan yeh saabit kaha gaya ke ke bakri se zarafah bana hai, goat se zaraf bana hai, to is ke beech mein bohat saare missing links hain.</w:t>
      </w:r>
    </w:p>
    <w:p>
      <w:pPr>
        <w:jc w:val="right"/>
      </w:pPr>
      <w:r>
        <w:t>مسنگ لنکس، مثلاً یہ ثابت کہا گیا کہ کہ بکری سے زرافہ بنا ہے، گوٹ سے زراف بنا ہے، تو اس کے بیچ میں بہت سارے مسنگ لنکس ہیں۔</w:t>
      </w:r>
    </w:p>
    <w:p>
      <w:r>
        <w:rPr>
          <w:b/>
        </w:rPr>
        <w:t xml:space="preserve">[16:29] </w:t>
      </w:r>
      <w:r>
        <w:t>woh jo baad ko pata ho jayega, un ka aaj tak in missing links se pata nahi ho saka. jo daway kiye jaate hain, woh sab false claim hote hain, sab ke sab.</w:t>
      </w:r>
    </w:p>
    <w:p>
      <w:pPr>
        <w:jc w:val="right"/>
      </w:pPr>
      <w:r>
        <w:t>وہ جو بعد کو پتہ ہو جائے گا، ان کا آج تک ان مسنگ لنکس سے پتہ نہیں ہو سکا۔ جو دعوے کیے جاتے ہیں، وہ سب فالس کلیم ہوتے ہیں، سب کے سب۔</w:t>
      </w:r>
    </w:p>
    <w:p>
      <w:r>
        <w:rPr>
          <w:b/>
        </w:rPr>
        <w:t xml:space="preserve">[16:41] </w:t>
      </w:r>
      <w:r>
        <w:t>to is ke maani kya hue? ke rational inquiry jo shuru shuru mein ki gayi thi, jis se yeh maan liya gaya tha ke organic evolution aik fact hai, aur baat ko fact saabit nahi ho saka.</w:t>
      </w:r>
    </w:p>
    <w:p>
      <w:pPr>
        <w:jc w:val="right"/>
      </w:pPr>
      <w:r>
        <w:t>تو اس کے معنی کیا ہوئے؟ کہ ریشنل انکوائری جو شروع شروع میں کی گئی تھی، جس سے یہ مان لیا گیا تھا کہ ارگینک ایولوشن ایک فیکٹ ہے، اور بات کو فیکٹ ثابت نہیں ہو سکا۔</w:t>
      </w:r>
    </w:p>
    <w:p>
      <w:r>
        <w:rPr>
          <w:b/>
        </w:rPr>
        <w:t xml:space="preserve">[16:56] </w:t>
      </w:r>
      <w:r>
        <w:t>ab scientific community mein maana jata hai ke woh aik working theory hai. scientific theory maanne ka zamana khatam ho gaya.</w:t>
      </w:r>
    </w:p>
    <w:p>
      <w:pPr>
        <w:jc w:val="right"/>
      </w:pPr>
      <w:r>
        <w:t>اب سائنٹیفک کمیونٹی میں مانا جاتا ہے کہ وہ ایک ورکنگ تھیوری ہے۔ سائنٹیفک تھیوری ماننے کا زمانہ ختم ہو گیا۔</w:t>
      </w:r>
    </w:p>
    <w:p>
      <w:r>
        <w:rPr>
          <w:b/>
        </w:rPr>
        <w:t xml:space="preserve">[17:07] </w:t>
      </w:r>
      <w:r>
        <w:t>working theory ka matlab yeh hota hai ke biological phenomena ko humein explain karna hai.</w:t>
      </w:r>
    </w:p>
    <w:p>
      <w:pPr>
        <w:jc w:val="right"/>
      </w:pPr>
      <w:r>
        <w:t>ورکنگ تھیوری کا مطلب یہ ہوتا ہے کہ بیلاجیکل فیناومینا کو ہمیں ایکسپلین کرنا ہے۔</w:t>
      </w:r>
    </w:p>
    <w:p>
      <w:r>
        <w:rPr>
          <w:b/>
        </w:rPr>
        <w:t xml:space="preserve">[17:16] </w:t>
      </w:r>
      <w:r>
        <w:t>explain karne ke liye humein koi theory chahiye. to koi doosri theory, maslan creation ki jo theory hai, woh un ke scientific framework mein baithti nahi.</w:t>
      </w:r>
    </w:p>
    <w:p>
      <w:pPr>
        <w:jc w:val="right"/>
      </w:pPr>
      <w:r>
        <w:t>ایکسپلین کرنے کے لیے ہمیں کوئی تھیوری چاہیے۔ تو کوئی دوسری تھیوری، مثلاً کریشن کی جو تھیوری ہے، وہ ان کے سائنٹیفک فریم ورک میں بیٹھتی نہیں۔</w:t>
      </w:r>
    </w:p>
    <w:p>
      <w:r>
        <w:rPr>
          <w:b/>
        </w:rPr>
        <w:t xml:space="preserve">[17:28] </w:t>
      </w:r>
      <w:r>
        <w:t>to woh kehte hain ke is se hum explain nahi kar payenge. to humein aik aur working theory chahiye, kam az kam working theory. to ab jo hai, evolution theory ko sirf is liye maana ja raha hai ke is ke muqable mein un ke nazdeek koi doosri theory maujood nahi hai jo jo hayatiati muzahir ya biological phenomena ko explain kar sake.</w:t>
      </w:r>
    </w:p>
    <w:p>
      <w:pPr>
        <w:jc w:val="right"/>
      </w:pPr>
      <w:r>
        <w:t>تو وہ کہتے ہیں کہ اس سے ہم ایکسپلین نہیں کر پائیں گے۔ تو ہمیں ایک اور ورکنگ تھیوری چاہیے، کم از کم ورکنگ تھیوری۔ تو اب جو ہے، ایولوشن تھیوری کو صرف اس لیے مانا جا رہا ہے کہ اس کے مقابلے میں ان کے نزدیک کوئی دوسری تھیوری موجود نہیں ہے جو جو حیاتیاتی مظاہر یا بیلاجیکل فیناومینا کو ایکسپلین کر سکے۔</w:t>
      </w:r>
    </w:p>
    <w:p>
      <w:r>
        <w:rPr>
          <w:b/>
        </w:rPr>
        <w:t xml:space="preserve">[17:52] </w:t>
      </w:r>
      <w:r>
        <w:t>to theek hai, yeh to mein kehne ki position mein phir bhi hoon ke organic evolution ki theory fact nahi saabit ho saki.</w:t>
      </w:r>
    </w:p>
    <w:p>
      <w:pPr>
        <w:jc w:val="right"/>
      </w:pPr>
      <w:r>
        <w:t>تو ٹھیک ہے، یہ تو میں کہنے کی پوزیشن میں پھر بھی ہوں کہ ارگینک ایولوشن کی تھیوری فیکٹ نہیں ثابت ہو سکی۔</w:t>
      </w:r>
    </w:p>
    <w:p>
      <w:r>
        <w:rPr>
          <w:b/>
        </w:rPr>
        <w:t xml:space="preserve">[18:03] </w:t>
      </w:r>
      <w:r>
        <w:t>to yeh nazariya abhi bhi questionable hai ke kya jo cheezein dikhai deti hain, unhi ke samne rakh kar ya unhi ka mutalia kar ke hum haqiqaton ka,</w:t>
      </w:r>
    </w:p>
    <w:p>
      <w:pPr>
        <w:jc w:val="right"/>
      </w:pPr>
      <w:r>
        <w:t>تو یہ نظریہ ابھی بھی کوئسچنیبل ہے کہ کیا جو چیزیں دکھائی دیتی ہیں، انہی کے سامنے رکھ کر یا انہی کا مطالعہ کر کے ہم حقیقتوں کا،</w:t>
      </w:r>
    </w:p>
    <w:p>
      <w:r>
        <w:rPr>
          <w:b/>
        </w:rPr>
        <w:t xml:space="preserve">[18:16] </w:t>
      </w:r>
      <w:r>
        <w:t>haqiqaton ke baray mein nazariyat bana sakte hain?</w:t>
      </w:r>
    </w:p>
    <w:p>
      <w:pPr>
        <w:jc w:val="right"/>
      </w:pPr>
      <w:r>
        <w:t>حقیقتوں کے بارے میں نظریات بنا سکتے ہیں؟</w:t>
      </w:r>
    </w:p>
    <w:p>
      <w:r>
        <w:rPr>
          <w:b/>
        </w:rPr>
        <w:t xml:space="preserve">[18:21] </w:t>
      </w:r>
      <w:r>
        <w:t>chunanche bartrand russell, jo khud isi saf ka aadmi hai, woh kehta hai ke knowledge ki do qismein hain: knowledge of things, knowledge of truths.</w:t>
      </w:r>
    </w:p>
    <w:p>
      <w:pPr>
        <w:jc w:val="right"/>
      </w:pPr>
      <w:r>
        <w:t>چنانچہ بارٹن رسل، جو خود اسی صف کا آدمی ہے، وہ کہتا ہے کہ نالج کی دو قسمیں ہیں: نالج آف تھنگز، نالج آف ٹروتھ۔</w:t>
      </w:r>
    </w:p>
    <w:p>
      <w:r>
        <w:rPr>
          <w:b/>
        </w:rPr>
        <w:t xml:space="preserve">[18:36] </w:t>
      </w:r>
      <w:r>
        <w:t>yeh baat likhi hai is ne "human knowledge" mein. knowledge of things, knowledge of truths</w:t>
      </w:r>
    </w:p>
    <w:p>
      <w:pPr>
        <w:jc w:val="right"/>
      </w:pPr>
      <w:r>
        <w:t>یہ بات لکھی ہے اس نے "ہیومن نالج" میں۔ نالج آف تھنگز، نالج آف ٹروتھ</w:t>
      </w:r>
    </w:p>
    <w:p>
      <w:r>
        <w:rPr>
          <w:b/>
        </w:rPr>
        <w:t xml:space="preserve">[18:44] </w:t>
      </w:r>
      <w:r>
        <w:t>woh is baat ko maanta hai ke jahan tak things ki baat hai, cheezon ki baat hai, yani physical cheezon ki baat hai, is mein hum is method ko chala sakte hain, yani rational method ko.</w:t>
      </w:r>
    </w:p>
    <w:p>
      <w:pPr>
        <w:jc w:val="right"/>
      </w:pPr>
      <w:r>
        <w:t>۔ وہ اس بات کو مانتا ہے کہ جہاں تک تھنگز کی بات ہے، چیزوں کی بات ہے، یعنی فزیکل چیزوں کی بات ہے، اس میں ہم اس میتھڈ کو چلا سکتے ہیں، یعنی ریشنل میتھڈ کو۔</w:t>
      </w:r>
    </w:p>
    <w:p>
      <w:r>
        <w:rPr>
          <w:b/>
        </w:rPr>
        <w:t xml:space="preserve">[18:56] </w:t>
      </w:r>
      <w:r>
        <w:t>lekin jab baat aaye truth ki to wahan par is ki limitations aa jati hain. hum nahi chala chala sakte wahan par. to abhi bhi is ne alag kar diya, yani truth ko knowledge se, truth ko things se.</w:t>
      </w:r>
    </w:p>
    <w:p>
      <w:pPr>
        <w:jc w:val="right"/>
      </w:pPr>
      <w:r>
        <w:t>لیکن جب بات آئے ٹروتھ کی تو وہاں پر اس کی لیمیٹیشنز آ جاتی ہیں۔ ہم نہیں چلا چلا سکتے وہاں پر۔ تو ابھی بھی اس نے الگ کر دیا، یعنی ٹروتھ کو نالج سے، ٹروتھ کو تھنگز سے۔</w:t>
      </w:r>
    </w:p>
    <w:p>
      <w:r>
        <w:rPr>
          <w:b/>
        </w:rPr>
        <w:t xml:space="preserve">[19:11] </w:t>
      </w:r>
      <w:r>
        <w:t>to mein, mein baharhal jo mein kehna chahta hoon, woh yeh hai: haan, aik baar aur mein jo jo aur jo misalein is mein hain, us ko bhi mein arz karna chahunga ke aik misaal thi evolution theory ki, jo agarchay parhai jati hai abhi bhi, aur america mein to bohat zabardast demand kiya ja raha hai ke is ko badlo aur creationism ko parhao,</w:t>
      </w:r>
    </w:p>
    <w:p>
      <w:pPr>
        <w:jc w:val="right"/>
      </w:pPr>
      <w:r>
        <w:t>تو میں، میں بہرحال جو میں کہنا چاہتا ہوں، وہ یہ ہے: ہاں، ایک بار اور میں جو جو اور جو مثالیں اس میں ہیں، اس کو بھی میں عرض کرنا چاہوں گا کہ ایک مثال تھی ایولوشن تھیوری کی، جو اگرچہ پڑھائی جاتی ہے ابھی بھی، اور امریکہ میں تو بہت زبردست ڈیمانڈ کیا جا رہا ہے کہ اس کو بدلو اور کریشنزم کو پڑھاؤ،</w:t>
      </w:r>
    </w:p>
    <w:p>
      <w:r>
        <w:rPr>
          <w:b/>
        </w:rPr>
        <w:t xml:space="preserve">[19:34] </w:t>
      </w:r>
      <w:r>
        <w:t>lekin abhi woh log minority mein hain, is liye abhi un ki baat maani nahi gayi hai.</w:t>
      </w:r>
    </w:p>
    <w:p>
      <w:pPr>
        <w:jc w:val="right"/>
      </w:pPr>
      <w:r>
        <w:t>لیکن ابھی وہ لوگ مائنورٹی میں ہیں، اس لیے ابھی ان کی بات مانی نہیں گئی ہے۔</w:t>
      </w:r>
    </w:p>
    <w:p>
      <w:r>
        <w:rPr>
          <w:b/>
        </w:rPr>
        <w:t xml:space="preserve">[19:39] </w:t>
      </w:r>
      <w:r>
        <w:t>doosri cheez jo hai, woh hai marxism ya socialism. aik zamana yeh tha ke ke galbraith ne likha hai ke aik zamana yeh tha ke marxism ya socialism dunya mein sab se zyada maane janay wala nazariya bana tha, ban gaya tha.</w:t>
      </w:r>
    </w:p>
    <w:p>
      <w:pPr>
        <w:jc w:val="right"/>
      </w:pPr>
      <w:r>
        <w:t>دوسری چیز جو ہے، وہ ہے مارکسزم یا سوشلزم۔ ایک زمانہ یہ تھا کہ کہ گالبرت نے لکھا ہے کہ ایک زمانہ یہ تھا کہ مارکسزم یا سوشلزم دنیا میں سب سے زیادہ مانے جانے والا نظریہ بنا تھا، بن گیا تھا۔</w:t>
      </w:r>
    </w:p>
    <w:p>
      <w:r>
        <w:rPr>
          <w:b/>
        </w:rPr>
        <w:t xml:space="preserve">[19:58] </w:t>
      </w:r>
      <w:r>
        <w:t>us ne likha hai ke Muhammad ke maanne wale ya christ ke maanne wale bhi kabhi dunya mein itne zyada nahi thay jitna ke marx ko maanne wale.</w:t>
      </w:r>
    </w:p>
    <w:p>
      <w:pPr>
        <w:jc w:val="right"/>
      </w:pPr>
      <w:r>
        <w:t>اس نے لکھا ہے کہ محمد کے ماننے والے یا کرائسٹ کے ماننے والے بھی کبھی دنیا میں اتنے زیادہ نہیں تھے جتنا کہ مارس کو ماننے والے۔</w:t>
      </w:r>
    </w:p>
    <w:p>
      <w:r>
        <w:rPr>
          <w:b/>
        </w:rPr>
        <w:t xml:space="preserve">[20:08] </w:t>
      </w:r>
      <w:r>
        <w:t>aik waqia hai, aik toofan tha. mein ne apni zindagi mein woh toofan dekha hai, meri naujawani ki umar mein. aik toofan tha sari dunya mein. har aadmi socialism ki boli bolta tha.</w:t>
      </w:r>
    </w:p>
    <w:p>
      <w:pPr>
        <w:jc w:val="right"/>
      </w:pPr>
      <w:r>
        <w:t>ایک واقعہ ہے، ایک طوفان تھا۔ میں نے اپنی زندگی میں وہ طوفان دیکھا ہے، میری نوجوانی کی عمر میں۔ ایک طوفان تھا ساری دنیا میں۔ ہر آدمی سوشلزم کی بولی بولتا تھا۔</w:t>
      </w:r>
    </w:p>
    <w:p>
      <w:r>
        <w:rPr>
          <w:b/>
        </w:rPr>
        <w:t xml:space="preserve">[20:20] </w:t>
      </w:r>
      <w:r>
        <w:t>har aadmi, har aadmi se bohat parha likha aadmi. to itna zyada is ko maana gaya ke is ka aik empire khara khara ho gaya.</w:t>
      </w:r>
    </w:p>
    <w:p>
      <w:pPr>
        <w:jc w:val="right"/>
      </w:pPr>
      <w:r>
        <w:t>ہر آدمی، ہر آدمی سے بہت پڑھا لکھا آدمی۔ تو اتنا زیادہ اس کو مانا گیا کہ اس کا ایک ایمپائر کھڑا کھڑا ہو گیا۔</w:t>
      </w:r>
    </w:p>
    <w:p>
      <w:r>
        <w:rPr>
          <w:b/>
        </w:rPr>
        <w:t xml:space="preserve">[20:31] </w:t>
      </w:r>
      <w:r>
        <w:t>lekin aap jante hain ke socialist empire ya marxist empire jo hai, woh 75 years tak chala aur phir toot gaya. un ka nazariya kya tha?</w:t>
      </w:r>
    </w:p>
    <w:p>
      <w:pPr>
        <w:jc w:val="right"/>
      </w:pPr>
      <w:r>
        <w:t>لیکن آپ جانتے ہیں کہ سوشلسٹ ایمپائر یا مارکسسٹ ایمپائر جو ہے، وہ 75 ایئرز تک چلا اور پھر ٹوٹ گیا۔ ان کا نظریہ کیا تھا؟</w:t>
      </w:r>
    </w:p>
    <w:p>
      <w:r>
        <w:rPr>
          <w:b/>
        </w:rPr>
        <w:t xml:space="preserve">[20:43] </w:t>
      </w:r>
      <w:r>
        <w:t>woh nazariya yeh tha ke private property jo hai, woh paida karti hai exploitation.</w:t>
      </w:r>
    </w:p>
    <w:p>
      <w:pPr>
        <w:jc w:val="right"/>
      </w:pPr>
      <w:r>
        <w:t>وہ نظریہ یہ تھا کہ پرائیویٹ پراپرٹی جو ہے، وہ پیدا کرتی ہے ایکسپلائٹیشن۔</w:t>
      </w:r>
    </w:p>
    <w:p>
      <w:r>
        <w:rPr>
          <w:b/>
        </w:rPr>
        <w:t xml:space="preserve">[20:55] </w:t>
      </w:r>
      <w:r>
        <w:t>private property leads to exploitation.</w:t>
      </w:r>
    </w:p>
    <w:p>
      <w:pPr>
        <w:jc w:val="right"/>
      </w:pPr>
      <w:r>
        <w:t>پرائیویٹ پراپرٹی لیڈز ٹو ایکسپلائٹیشن۔</w:t>
      </w:r>
    </w:p>
    <w:p>
      <w:r>
        <w:rPr>
          <w:b/>
        </w:rPr>
        <w:t xml:space="preserve">[20:59] </w:t>
      </w:r>
      <w:r>
        <w:t>to unhon ne kaha ke private property ko khatam karo, state property lao, yeh social property, yaani sab ki property, niji nahi rahi, sab ki ho jaye.</w:t>
      </w:r>
    </w:p>
    <w:p>
      <w:pPr>
        <w:jc w:val="right"/>
      </w:pPr>
      <w:r>
        <w:t>تو انہوں نے کہا کہ پرائیویٹ پراپرٹی کو ختم کرو، اسٹیٹ پراپرٹی لاؤ، یہ سوشل پراپرٹی، یعنی سب کی پراپرٹی، نجی نہیں رہی، سب کی ہو جائے۔</w:t>
      </w:r>
    </w:p>
    <w:p>
      <w:r>
        <w:rPr>
          <w:b/>
        </w:rPr>
        <w:t xml:space="preserve">[21:08] </w:t>
      </w:r>
      <w:r>
        <w:t>to sab ki ho jaye to kis ki hogi? kaun manage karega is ko? to major jo hai, woh state hoga. to state ko bator major ke sari properties de di gayi.</w:t>
      </w:r>
    </w:p>
    <w:p>
      <w:pPr>
        <w:jc w:val="right"/>
      </w:pPr>
      <w:r>
        <w:t>تو سب کی ہو جائے تو کس کی ہوگی؟ کون مینج کرے گا اس کو؟ تو میجر جو ہے، وہ اسٹیٹ ہوگا۔ تو اسٹیٹ کو بطور میجر کے ساری پراپرٹیز دے دی گئی۔</w:t>
      </w:r>
    </w:p>
    <w:p>
      <w:r>
        <w:rPr>
          <w:b/>
        </w:rPr>
        <w:t xml:space="preserve">[21:21] </w:t>
      </w:r>
      <w:r>
        <w:t>lekin kya hua? private property khatam kar ke jo cheez aayi, woh tha corruption. corruption, corruption, corruption.</w:t>
      </w:r>
    </w:p>
    <w:p>
      <w:pPr>
        <w:jc w:val="right"/>
      </w:pPr>
      <w:r>
        <w:t>لیکن کیا ہوا؟ پرائیویٹ پراپرٹی ختم کر کے جو چیز آئی، وہ تھا کرپشن۔ کرپشن، کرپشن، کرپشن۔</w:t>
      </w:r>
    </w:p>
    <w:p>
      <w:r>
        <w:rPr>
          <w:b/>
        </w:rPr>
        <w:t xml:space="preserve">[21:31] </w:t>
      </w:r>
      <w:r>
        <w:t>itna corruption ke Soviet Union toot gaya. to dekhiye, yahan par mazhab ki jo taleemat hain, woh base karti hain private property par.</w:t>
      </w:r>
    </w:p>
    <w:p>
      <w:pPr>
        <w:jc w:val="right"/>
      </w:pPr>
      <w:r>
        <w:t>اتنا کرپشن کہ سوویت یونین ٹوٹ گیا۔ تو دیکھیے، یہاں پر مذہب کی جو تعلیمات ہیں، وہ بیس کرتی ہیں پرائیویٹ پراپرٹی پر۔</w:t>
      </w:r>
    </w:p>
    <w:p>
      <w:r>
        <w:rPr>
          <w:b/>
        </w:rPr>
        <w:t xml:space="preserve">[21:41] </w:t>
      </w:r>
      <w:r>
        <w:t>agar private property ko manane ki wajah se mazhab mein hereditary ka qanoon hai, wirasat ka qanoon hai. agar private property hum na manen to is ki zaroorat hi nahi hai.</w:t>
      </w:r>
    </w:p>
    <w:p>
      <w:pPr>
        <w:jc w:val="right"/>
      </w:pPr>
      <w:r>
        <w:t>اگر پرائیویٹ پراپرٹی کو ماننے کی وجہ سے مذہب میں ہیریٹیٹری کا قانون ہے، وراثت کا قانون ہے۔ اگر پرائیویٹ پراپرٹی ہم نہ مانیں تو اس کی ضرورت ہی نہیں ہے۔</w:t>
      </w:r>
    </w:p>
    <w:p>
      <w:r>
        <w:rPr>
          <w:b/>
        </w:rPr>
        <w:t xml:space="preserve">[21:54] </w:t>
      </w:r>
      <w:r>
        <w:t>zakat ka qanoon hai aur bohat se qanoon hain jo isi par base karte hain ke mazhab mein private property ko ek jaiz property ke taur par mana gaya hai.</w:t>
      </w:r>
    </w:p>
    <w:p>
      <w:pPr>
        <w:jc w:val="right"/>
      </w:pPr>
      <w:r>
        <w:t>زکوۃ کا قانون ہے اور بہت سے قانون ہیں جو اسی پر بیس کرتے ہیں کہ مذہب میں پرائیویٹ پراپرٹی کو ایک جائز پراپرٹی کے طور پر مانا گیا ہے۔</w:t>
      </w:r>
    </w:p>
    <w:p>
      <w:r>
        <w:rPr>
          <w:b/>
        </w:rPr>
        <w:t xml:space="preserve">[22:06] </w:t>
      </w:r>
      <w:r>
        <w:t>to Marx waghera ne kaha ke yeh mazhab wale jo hain, mazhab aur capitalist logon mein ek conspiracy se hui aur is tarike se unhon ne in qanoon ko mazhab ke ilawa mein likh diya.</w:t>
      </w:r>
    </w:p>
    <w:p>
      <w:pPr>
        <w:jc w:val="right"/>
      </w:pPr>
      <w:r>
        <w:t>تو مارس وغیرہ نے کہا کہ یہ مذہب والے جو ہیں، مذہب اور کیپیٹلسٹ لوگوں میں ایک کانسپریسی سے ہوئی اور اس طریقے سے انہوں نے ان قوانین کو مذہب کے علاوہ میں لکھ دیا۔</w:t>
      </w:r>
    </w:p>
    <w:p>
      <w:r>
        <w:rPr>
          <w:b/>
        </w:rPr>
        <w:t xml:space="preserve">[22:21] </w:t>
      </w:r>
      <w:r>
        <w:t>insanon ne likh diya is ko muqaddas banane ke liye.</w:t>
      </w:r>
    </w:p>
    <w:p>
      <w:pPr>
        <w:jc w:val="right"/>
      </w:pPr>
      <w:r>
        <w:t>انسانوں نے لکھ دیا اس کو مقدس بنانے کے لیے۔</w:t>
      </w:r>
    </w:p>
    <w:p>
      <w:r>
        <w:rPr>
          <w:b/>
        </w:rPr>
        <w:t xml:space="preserve">[22:24] </w:t>
      </w:r>
      <w:r>
        <w:t>to khair, is ko abalish kar diya gaya private property ko. lekin hua kya? incentive khatam ho gaya. yeh to yeh manzar hum ne dekha India mein, China mein, Russia mein, har jagah ke private property khatam karne se kya hua?</w:t>
      </w:r>
    </w:p>
    <w:p>
      <w:pPr>
        <w:jc w:val="right"/>
      </w:pPr>
      <w:r>
        <w:t>تو خیر، اس کو ابالش کر دیا گیا پرائیویٹ پراپرٹی کو۔ لیکن ہوا کیا؟ انسنٹیو ختم ہو گیا۔ یہ تو یہ منظر ہم نے دیکھا انڈیا میں، چائنہ میں، روس میں، ہر جگہ کہ پرائیویٹ پراپرٹی ختم کرنے سے کیا ہوا؟</w:t>
      </w:r>
    </w:p>
    <w:p>
      <w:r>
        <w:rPr>
          <w:b/>
        </w:rPr>
        <w:t xml:space="preserve">[22:41] </w:t>
      </w:r>
      <w:r>
        <w:t>incentive khatam ho gaya.</w:t>
      </w:r>
    </w:p>
    <w:p>
      <w:pPr>
        <w:jc w:val="right"/>
      </w:pPr>
      <w:r>
        <w:t>انسنٹیو ختم ہو گیا۔</w:t>
      </w:r>
    </w:p>
    <w:p>
      <w:r>
        <w:rPr>
          <w:b/>
        </w:rPr>
        <w:t xml:space="preserve">[22:44] </w:t>
      </w:r>
      <w:r>
        <w:t>to is se kya maloom hua? ke rational inquiry se jo cheez daryaft ki thi unhon ne ke private property exploitation, exploitation ka area hai, woh galat sabit ho gaya.</w:t>
      </w:r>
    </w:p>
    <w:p>
      <w:pPr>
        <w:jc w:val="right"/>
      </w:pPr>
      <w:r>
        <w:t>تو اس سے کیا معلوم ہوا؟ کہ ریشنل انکوائری سے جو چیز دریافت کی تھی انہوں نے کہ پرائیویٹ پراپرٹی ایکسپلائٹن، ایکسپلائٹیشن کا ایریا ہے، وہ غلط ثابت ہو گیا۔</w:t>
      </w:r>
    </w:p>
    <w:p>
      <w:r>
        <w:rPr>
          <w:b/>
        </w:rPr>
        <w:t xml:space="preserve">[22:56] </w:t>
      </w:r>
      <w:r>
        <w:t>aur yeh baat ke private property jo hai, is se incentive milta hai ke ab ek aadmi ke andar, har aadmi ke andar yeh ya woh hai jazbat ke ke main kuch karoon, apne liye kuch karoon, main khud kuch hasil karoon, kuch mein faida hasil karoon.</w:t>
      </w:r>
    </w:p>
    <w:p>
      <w:pPr>
        <w:jc w:val="right"/>
      </w:pPr>
      <w:r>
        <w:t>اور یہ بات کہ پرائیویٹ پراپرٹی جو ہے، اس سے انسنٹیو ملتا ہے کہ اب ایک آدمی کے اندر، ہر آدمی کے اندر یہ یا وہ ہے جذبات کے کہ میں کچھ کروں، اپنے لیے کچھ کروں، میں خود کچھ حاصل کروں، کچھ میں فائدہ حاصل کروں۔</w:t>
      </w:r>
    </w:p>
    <w:p>
      <w:r>
        <w:rPr>
          <w:b/>
        </w:rPr>
        <w:t xml:space="preserve">[23:14] </w:t>
      </w:r>
      <w:r>
        <w:t>yeh jo main ka jazba hai, self ka, is ko aap ne abalish kar diya. halanke isi par sari economy activities chalti thin.</w:t>
      </w:r>
    </w:p>
    <w:p>
      <w:pPr>
        <w:jc w:val="right"/>
      </w:pPr>
      <w:r>
        <w:t>یہ جو میں کا جذبہ ہے، سیلف کا، اس کو آپ نے ابالش کر دیا۔ حالانکہ اسی پر ساری اکانومی ایکٹیویٹیز چلتی تھیں۔</w:t>
      </w:r>
    </w:p>
    <w:p>
      <w:r>
        <w:rPr>
          <w:b/>
        </w:rPr>
        <w:t xml:space="preserve">[23:24] </w:t>
      </w:r>
      <w:r>
        <w:t>economic activities chal nahi sakti jab tak incentive na ho. to jo mazhab ki jo soch thi, jo incentive base thi, wahi sahi sabit hui.</w:t>
      </w:r>
    </w:p>
    <w:p>
      <w:pPr>
        <w:jc w:val="right"/>
      </w:pPr>
      <w:r>
        <w:t>اکنامک ایکٹیویٹیز چل نہیں سکتی جب تک انسنٹیو نہ ہو۔ تو جو مذہب کی جو سوچ تھی، جو انسنٹیو بیس تھی، وہی صحیح ثابت ہوئی۔</w:t>
      </w:r>
    </w:p>
    <w:p>
      <w:r>
        <w:rPr>
          <w:b/>
        </w:rPr>
        <w:t xml:space="preserve">[23:36] </w:t>
      </w:r>
      <w:r>
        <w:t>aur yeh jo soch un ki thi ke incentive koi cheez nahi hai, sirf capitalism sab se sab se bari burai capitalism hai, niji property hai, is ko khatam kar do, har taraf acha hi acha ho jayega.</w:t>
      </w:r>
    </w:p>
    <w:p>
      <w:pPr>
        <w:jc w:val="right"/>
      </w:pPr>
      <w:r>
        <w:t>اور یہ جو سوچ ان کی تھی کہ انسنٹیو کوئی چیز نہیں ہے، صرف کیپیٹلزم سب سے سب سے بڑی برائی کیپیٹلزم ہے، نجی پراپرٹی ہے، اس کو ختم کر دو، ہر طرف اچھا ہی اچھا ہو جائے گا۔</w:t>
      </w:r>
    </w:p>
    <w:p>
      <w:r>
        <w:rPr>
          <w:b/>
        </w:rPr>
        <w:t xml:space="preserve">[23:49] </w:t>
      </w:r>
      <w:r>
        <w:t>to jo theory thi mazhab ki, jis ko unhon ne kaha tha ke rational inquiry thi, woh khatam ho chuki hai.</w:t>
      </w:r>
    </w:p>
    <w:p>
      <w:pPr>
        <w:jc w:val="right"/>
      </w:pPr>
      <w:r>
        <w:t>تو جو تھیوری تھی مذہب کی، جس کو انہوں نے کہا تھا کہ ریشنل انکوائری تھی، وہ ختم ہو چکی ہے۔</w:t>
      </w:r>
    </w:p>
    <w:p>
      <w:r>
        <w:rPr>
          <w:b/>
        </w:rPr>
        <w:t xml:space="preserve">[23:58] </w:t>
      </w:r>
      <w:r>
        <w:t>wahi phir prevail kar gayi hai.</w:t>
      </w:r>
    </w:p>
    <w:p>
      <w:pPr>
        <w:jc w:val="right"/>
      </w:pPr>
      <w:r>
        <w:t>وہی پھر پریویل کر گئی ہے۔</w:t>
      </w:r>
    </w:p>
    <w:p>
      <w:r>
        <w:rPr>
          <w:b/>
        </w:rPr>
        <w:t xml:space="preserve">[24:01] </w:t>
      </w:r>
      <w:r>
        <w:t>aap jante hain ke Russia mein wahi isi nazariye ko le liya gaya, isi theory ko China mein le liya gaya aur jagah jagah wahi India mein le liya gaya, isi theory ko.</w:t>
      </w:r>
    </w:p>
    <w:p>
      <w:pPr>
        <w:jc w:val="right"/>
      </w:pPr>
      <w:r>
        <w:t>آپ جانتے ہیں کہ روس میں وہی اسی نظریے کو لے لیا گیا، اسی تھیوری کو چائنہ میں لے لیا گیا اور جگہ جگہ وہی انڈیا میں لے لیا گیا، اسی تھیوری کو۔</w:t>
      </w:r>
    </w:p>
    <w:p>
      <w:r>
        <w:rPr>
          <w:b/>
        </w:rPr>
        <w:t xml:space="preserve">[24:15] </w:t>
      </w:r>
      <w:r>
        <w:t>India mein 40 saal tak aap jante hain ke wahi socialism ko chalaya gaya, state economy ko. aaj private economy India mein dobara lot aayi hai.</w:t>
      </w:r>
    </w:p>
    <w:p>
      <w:pPr>
        <w:jc w:val="right"/>
      </w:pPr>
      <w:r>
        <w:t>انڈیا میں 40 سال تک آپ جانتے ہیں کہ وہی سوشلزم کو چلایا گیا، اسٹیٹ اکانومی کو۔ آج پرائیویٹ اکانومی انڈیا میں دوبارہ لوٹ آئی ہے۔</w:t>
      </w:r>
    </w:p>
    <w:p>
      <w:r>
        <w:rPr>
          <w:b/>
        </w:rPr>
        <w:t xml:space="preserve">[24:23] </w:t>
      </w:r>
      <w:r>
        <w:t>to main kehta hoon ke rational inquiry se hum sachai tak puhanch sakte hain. woh kahan hua? kahan puhanche hum? yeh claim hi galat hai.</w:t>
      </w:r>
    </w:p>
    <w:p>
      <w:pPr>
        <w:jc w:val="right"/>
      </w:pPr>
      <w:r>
        <w:t>تو میں کہتا ہوں کہ ریشنل انکوائری سے ہم سچائی تک پہنچ سکتے ہیں۔ وہ کہاں ہوا؟ کہاں پہنچے ہم؟ یہ کلیم ہی غلط ہے۔</w:t>
      </w:r>
    </w:p>
    <w:p>
      <w:r>
        <w:rPr>
          <w:b/>
        </w:rPr>
        <w:t xml:space="preserve">[24:36] </w:t>
      </w:r>
      <w:r>
        <w:t>rational inquiry se hum puhanche the yahan tak ke private property jo hai, woh evil hai aur is ko khatam karo. lekin tajrube ne bataya ke private property nahi hai to incentive nahi hai.</w:t>
      </w:r>
    </w:p>
    <w:p>
      <w:pPr>
        <w:jc w:val="right"/>
      </w:pPr>
      <w:r>
        <w:t>ریشنل انکوائری سے ہم پہنچے تھے یہاں تک کہ پرائیویٹ پراپرٹی جو ہے، وہ ایول ہے اور اس کو ختم کرو۔ لیکن تجربے نے بتایا کہ پرائیویٹ پراپرٹی نہیں ہے تو انسنٹیو نہیں ہے۔</w:t>
      </w:r>
    </w:p>
    <w:p>
      <w:r>
        <w:rPr>
          <w:b/>
        </w:rPr>
        <w:t xml:space="preserve">[24:49] </w:t>
      </w:r>
      <w:r>
        <w:t>incentive nahi hai to economic activities bhi nahi hain.</w:t>
      </w:r>
    </w:p>
    <w:p>
      <w:pPr>
        <w:jc w:val="right"/>
      </w:pPr>
      <w:r>
        <w:t>انسنٹیو نہیں ہے تو اکنامک ایکٹیویٹیز بھی نہیں ہیں۔</w:t>
      </w:r>
    </w:p>
    <w:p>
      <w:r>
        <w:rPr>
          <w:b/>
        </w:rPr>
        <w:t xml:space="preserve">[24:55] </w:t>
      </w:r>
      <w:r>
        <w:t>to woh kahan? woh woh kis duniya mein yeh cheez prove hui hai ke rational inquiry hum ko sachai tak puhanchayegi?</w:t>
      </w:r>
    </w:p>
    <w:p>
      <w:pPr>
        <w:jc w:val="right"/>
      </w:pPr>
      <w:r>
        <w:t>تو وہ کہاں؟ وہ وہ کس دنیا میں یہ چیز پروف ہوئی ہے کہ ریشنل انکوائری ہم کو سچائی تک پہنچائے گی؟</w:t>
      </w:r>
    </w:p>
    <w:p>
      <w:r>
        <w:rPr>
          <w:b/>
        </w:rPr>
        <w:t xml:space="preserve">[25:05] </w:t>
      </w:r>
      <w:r>
        <w:t>main kehta hoon rational inquiry ne aap ko sachai tak nahi puhanchaya. aur dekhiye, psychology mein behaviorism ka principle isi isi soch ke tehat aaya ke environment jo hai, woh insan ko banata hai.</w:t>
      </w:r>
    </w:p>
    <w:p>
      <w:pPr>
        <w:jc w:val="right"/>
      </w:pPr>
      <w:r>
        <w:t>میں کہتا ہوں ریشنل انکوائری نے آپ کو سچائی تک نہیں پہنچایا۔ اور دیکھیے، سائیکالوجی میں بیہیویئرزم کا پرنسپل اسی اسی سوچ کے تحت آیا کہ انوائرمنٹ جو ہے، وہ انسان کو بناتا ہے۔</w:t>
      </w:r>
    </w:p>
    <w:p>
      <w:r>
        <w:rPr>
          <w:b/>
        </w:rPr>
        <w:t xml:space="preserve">[25:22] </w:t>
      </w:r>
      <w:r>
        <w:t>environment ko aap bhi study kar sakte hain. environment ko study kar sakte hain. to study kar ke samjha gaya ke yeh aas paas ka jo environment hai, aas paas ka jo mahaul hai, woh insan ki conditioning karta hai.</w:t>
      </w:r>
    </w:p>
    <w:p>
      <w:pPr>
        <w:jc w:val="right"/>
      </w:pPr>
      <w:r>
        <w:t>انوائرمنٹ کو آپ بھی سٹڈی کر سکتے ہیں۔ انوائرمنٹ کو سٹڈی کر سکتے ہیں۔ تو اسٹڈی کر کے سمجھا گیا کہ یہ اس پاس کا جو انوائرمنٹ ہے، اس پاس کا جو ماحول ہے، وہ انسان کی کنڈیشننگ کرتا ہے۔</w:t>
      </w:r>
    </w:p>
    <w:p>
      <w:r>
        <w:rPr>
          <w:b/>
        </w:rPr>
        <w:t xml:space="preserve">[25:39] </w:t>
      </w:r>
      <w:r>
        <w:t>aur har har har aadmi isi se banta hai. is ko kaha gaya ke nature nahi balkeh nurture insaan ko nurture se insaan banta hai.</w:t>
      </w:r>
    </w:p>
    <w:p>
      <w:pPr>
        <w:jc w:val="right"/>
      </w:pPr>
      <w:r>
        <w:t>اور ہر ہر ہر آدمی اسی سے بنتا ہے۔ اس کو کہا گیا کہ نیچر نہیں بلکہ نرچر انسان کو نرچر سے انسان بنتا ہے۔</w:t>
      </w:r>
    </w:p>
    <w:p>
      <w:r>
        <w:rPr>
          <w:b/>
        </w:rPr>
        <w:t xml:space="preserve">[25:49] </w:t>
      </w:r>
      <w:r>
        <w:t>hadees mein aaya, prophet aleh-e-slam ne kaha tha ke "kul</w:t>
      </w:r>
    </w:p>
    <w:p>
      <w:pPr>
        <w:jc w:val="right"/>
      </w:pPr>
      <w:r>
        <w:t>حدیث میں آیا، پرافٹ علیہ السلام نے کہا تھا کہ "کل</w:t>
      </w:r>
    </w:p>
    <w:p>
      <w:r>
        <w:rPr>
          <w:b/>
        </w:rPr>
        <w:t xml:space="preserve">[25:58] </w:t>
      </w:r>
      <w:r>
        <w:t>moloodi yulad al-fitrah" . is ka matlab yeh hai ke asal cheez nature hai. har aadmi apne nature par paida hota hai.</w:t>
      </w:r>
    </w:p>
    <w:p>
      <w:pPr>
        <w:jc w:val="right"/>
      </w:pPr>
      <w:r>
        <w:t>مولودی یولد الفطرہ"۔ اس کا مطلب یہ ہے کہ اصل چیز نیچر ہے۔ ہر آدمی اپنے نیچر پر پیدا ہوتا ہے۔</w:t>
      </w:r>
    </w:p>
    <w:p>
      <w:r>
        <w:rPr>
          <w:b/>
        </w:rPr>
        <w:t xml:space="preserve">[26:09] </w:t>
      </w:r>
      <w:r>
        <w:t>baad ko jo is mein changes aate hain, woh oopri conditioning hote hain. just like piaz.</w:t>
      </w:r>
    </w:p>
    <w:p>
      <w:pPr>
        <w:jc w:val="right"/>
      </w:pPr>
      <w:r>
        <w:t>بعد کو جو اس میں چینجز آتے ہیں، وہ اوپری کنڈیشننگ ہوتے ہیں۔ جسٹ لائک پیاز۔</w:t>
      </w:r>
    </w:p>
    <w:p>
      <w:r>
        <w:rPr>
          <w:b/>
        </w:rPr>
        <w:t xml:space="preserve">[26:16] </w:t>
      </w:r>
      <w:r>
        <w:t>jaise piaz mein ya onion mein aik is ka beech mein hota hai, asal is ka us ke oopar layer hote hain, layer hote hain, layer hote hain.</w:t>
      </w:r>
    </w:p>
    <w:p>
      <w:pPr>
        <w:jc w:val="right"/>
      </w:pPr>
      <w:r>
        <w:t>جیسے پیاز میں یا انین میں ایک اس کا بیچ میں ہوتا ہے، اصل اس کا اس کے اوپر لیئر ہوتے ہیں، لیئر ہوتے ہیں، لیئر ہوتے ہیں۔</w:t>
      </w:r>
    </w:p>
    <w:p>
      <w:r>
        <w:rPr>
          <w:b/>
        </w:rPr>
        <w:t xml:space="preserve">[26:26] </w:t>
      </w:r>
      <w:r>
        <w:t>to goya ke mazhabi nuqta nazar yeh hai ke insaan aslan mister nature hai. har aik mister nature hai aur mahaul is par layer charhata rehta hai, conditioning karta rehta hai.</w:t>
      </w:r>
    </w:p>
    <w:p>
      <w:pPr>
        <w:jc w:val="right"/>
      </w:pPr>
      <w:r>
        <w:t>تو گویا کہ مذہبی نقطہ نظر یہ ہے کہ انسان اصلاً مسٹر نیچر ہے۔ ہر ایک مسٹر نیچر ہے اور ماحول اس پر لیئر چڑھاتا رہتا ہے، کنڈیشننگ کرتا رہتا ہے۔</w:t>
      </w:r>
    </w:p>
    <w:p>
      <w:r>
        <w:rPr>
          <w:b/>
        </w:rPr>
        <w:t xml:space="preserve">[26:40] </w:t>
      </w:r>
      <w:r>
        <w:t>to yeh conditioning oopri cheez hai. is ko aap hata dein, hata dein, hata dein to phir mister nature saamne aa jayega. behaviors ne kaha ke nahi, wohi asal insaan hai.</w:t>
      </w:r>
    </w:p>
    <w:p>
      <w:pPr>
        <w:jc w:val="right"/>
      </w:pPr>
      <w:r>
        <w:t>تو یہ کنڈیشننگ اوپری چیز ہے۔ اس کو آپ ہٹا دیں، ہٹا دیں، ہٹا دیں تو پھر مسٹر نیچر سامنے آ جائے گا۔ بیہیویئرز نے کہا کہ نہیں، وہی اصل انسان ہے۔</w:t>
      </w:r>
    </w:p>
    <w:p>
      <w:r>
        <w:rPr>
          <w:b/>
        </w:rPr>
        <w:t xml:space="preserve">[26:53] </w:t>
      </w:r>
      <w:r>
        <w:t>ke insaan ki jo conditioning hoti thi mahaul mein, isi ko unhon ne keh diya ke yeh asal insaan hai. insaan ko banata hai is ka nurture, na ke nature.</w:t>
      </w:r>
    </w:p>
    <w:p>
      <w:pPr>
        <w:jc w:val="right"/>
      </w:pPr>
      <w:r>
        <w:t>کہ انسان کی جو کنڈیشننگ ہوتی تھی ماحول میں، اسی کو انہوں نے کہہ دیا کہ یہ اصل انسان ہے۔ انسان کو بناتا ہے اس کا نرچر، نہ کہ نیچر۔</w:t>
      </w:r>
    </w:p>
    <w:p>
      <w:r>
        <w:rPr>
          <w:b/>
        </w:rPr>
        <w:t xml:space="preserve">[27:05] </w:t>
      </w:r>
      <w:r>
        <w:t>yeh nazariya shuru kiya kiya gaya tha, yaani 20 century ke aaghaz mein. aur zyada zor shor ke sath is ko 1913 mein aik watson, aik tha bohat bara learned aadmi america ka,</w:t>
      </w:r>
    </w:p>
    <w:p>
      <w:pPr>
        <w:jc w:val="right"/>
      </w:pPr>
      <w:r>
        <w:t>یہ نظریہ شروع کیا کیا گیا تھا، یعنی 20 سینچری کے آغاز میں۔ اور زیادہ زور شور کے ساتھ اس کو 1913 میں ایک واٹسن، ایک تھا بہت بڑا لرنڈ آدمی امریکہ کا،</w:t>
      </w:r>
    </w:p>
    <w:p>
      <w:r>
        <w:rPr>
          <w:b/>
        </w:rPr>
        <w:t xml:space="preserve">[27:26] </w:t>
      </w:r>
      <w:r>
        <w:t>watson, is ne 1913 mein is ko pesh kiya. aur itne zor shor se yeh cheez pesh kiya gaya ke kuch dinon tak aisa laga ke is ke is ke dabdaba qaim ho gaya hai psychology ki duniya mein.</w:t>
      </w:r>
    </w:p>
    <w:p>
      <w:pPr>
        <w:jc w:val="right"/>
      </w:pPr>
      <w:r>
        <w:t>واٹسن، اس نے 1913 میں اس کو پیش کیا۔ اور اتنے زور شور سے یہ چیز پیش کیا گیا کہ کچھ دنوں تک ایسا لگا کہ اس کے اس کے دبدبہ قائم ہو گیا ہے سائیکالوجی کی دنیا میں۔</w:t>
      </w:r>
    </w:p>
    <w:p>
      <w:r>
        <w:rPr>
          <w:b/>
        </w:rPr>
        <w:t xml:space="preserve">[27:39] </w:t>
      </w:r>
      <w:r>
        <w:t>har har university mein parhaya jane laga. lekin aap jante hain ke aaj woh discard ho chuka hai. taqreeban 40 saal tak dabdaba rakhne ke baad is mein logon ko doubt chhodne lage, log question karne lage is ko.</w:t>
      </w:r>
    </w:p>
    <w:p>
      <w:pPr>
        <w:jc w:val="right"/>
      </w:pPr>
      <w:r>
        <w:t>ہر ہر یونیورسٹی میں پڑھایا جانے لگا۔ لیکن آپ جانتے ہیں کہ آج وہ ڈسکارڈ ہو چکا ہے۔ تقریباً 40 سال تک دبدبہ رکھنے کے بعد اس میں لوگوں کو ڈاؤٹ چھوڑنے لگے، لوگ کوئسچن کرنے لگے اس کو۔</w:t>
      </w:r>
    </w:p>
    <w:p>
      <w:r>
        <w:rPr>
          <w:b/>
        </w:rPr>
        <w:t xml:space="preserve">[27:55] </w:t>
      </w:r>
      <w:r>
        <w:t>is ki is ki bhi inquiry ho jane lagi, ki jane lagi. yahan tak ke, yaani yaani kai marhalon mein aisa hua ke is ka khatma hua.</w:t>
      </w:r>
    </w:p>
    <w:p>
      <w:pPr>
        <w:jc w:val="right"/>
      </w:pPr>
      <w:r>
        <w:t>اس کی اس کی بھی انکوائری ہو جانے لگی، کی جانے لگی۔ یہاں تک کہ، یعنی یعنی کئی مرحلوں میں ایسا ہوا کہ اس کا خاتمہ ہوا۔</w:t>
      </w:r>
    </w:p>
    <w:p>
      <w:r>
        <w:rPr>
          <w:b/>
        </w:rPr>
        <w:t xml:space="preserve">[28:04] </w:t>
      </w:r>
      <w:r>
        <w:t>ab aaj kal jo mana jata hai, woh hai, is ko kehte hain, yaani new behaviorism ya revised behaviorism.</w:t>
      </w:r>
    </w:p>
    <w:p>
      <w:pPr>
        <w:jc w:val="right"/>
      </w:pPr>
      <w:r>
        <w:t>اب آج کل جو مانا جاتا ہے، وہ ہے، اس کو کہتے ہیں، یعنی نیو بیہیویئرزم یا ریوائزڈ بیہیویئرزم۔</w:t>
      </w:r>
    </w:p>
    <w:p>
      <w:r>
        <w:rPr>
          <w:b/>
        </w:rPr>
        <w:t xml:space="preserve">[28:14] </w:t>
      </w:r>
      <w:r>
        <w:t>is ko purposive behaviorism ka naam bhi diya jata hai. purposive behaviorism</w:t>
      </w:r>
    </w:p>
    <w:p>
      <w:pPr>
        <w:jc w:val="right"/>
      </w:pPr>
      <w:r>
        <w:t>اس کو پرپزی بیہیویئرزم کا نام بھی دیا جاتا ہے۔ پرپزی بیہیویئرزم</w:t>
      </w:r>
    </w:p>
    <w:p>
      <w:r>
        <w:rPr>
          <w:b/>
        </w:rPr>
        <w:t xml:space="preserve">[28:19] </w:t>
      </w:r>
      <w:r>
        <w:t>. to woh behaviorism jo pesh kiya tha watson ne, rational rational method ko apply kar ke, woh discard ho gaya.</w:t>
      </w:r>
    </w:p>
    <w:p>
      <w:pPr>
        <w:jc w:val="right"/>
      </w:pPr>
      <w:r>
        <w:t>۔ تو وہ بیہیویئرزم جو پیش کیا تھا واٹسن نے، ریشنل ریشنل میتھڈ کو اپلائی کر کے، وہ ڈسکارڈ ہو گیا۔</w:t>
      </w:r>
    </w:p>
    <w:p>
      <w:r>
        <w:rPr>
          <w:b/>
        </w:rPr>
        <w:t xml:space="preserve">[28:30] </w:t>
      </w:r>
      <w:r>
        <w:t>woh discard ho gaya. mein yeh keh raha hoon ke religion ke through ya zyada sahi word mein revelation ke through jo sachaiyan batai gayi thin, un mein se koi aik bhi discard nahi hui.</w:t>
      </w:r>
    </w:p>
    <w:p>
      <w:pPr>
        <w:jc w:val="right"/>
      </w:pPr>
      <w:r>
        <w:t>وہ ڈسکارڈ ہو گیا۔ میں یہ کہہ رہا ہوں کہ ریلیجن کے تھرو یا زیادہ صحیح ورڈ میں ریولیشن کے تھرو جو سچائیاں بتائی گئی تھیں، ان میں سے کوئی ایک بھی ڈسکارڈ نہیں ہوئی۔</w:t>
      </w:r>
    </w:p>
    <w:p>
      <w:r>
        <w:rPr>
          <w:b/>
        </w:rPr>
        <w:t xml:space="preserve">[28:44] </w:t>
      </w:r>
      <w:r>
        <w:t>misalan yeh maine aap ko misaal di hai ke incentive jo hai, woh base hai economic activities ka. woh discard nahi hua. yeh hai ke nature jo hai insaan ka, woh intact hota hai,</w:t>
      </w:r>
    </w:p>
    <w:p>
      <w:pPr>
        <w:jc w:val="right"/>
      </w:pPr>
      <w:r>
        <w:t>مثلاً یہ میں نے آپ کو مثال دی ہے کہ انسنٹیو جو ہے، وہ بیس ہے اکنامک ایکٹیویٹیز کا۔ وہ ڈسکارڈ نہیں ہوا۔ یہ ہے کہ نیچر جو ہے انسان کا، وہ انٹیکٹ ہوتا ہے،</w:t>
      </w:r>
    </w:p>
    <w:p>
      <w:r>
        <w:rPr>
          <w:b/>
        </w:rPr>
        <w:t xml:space="preserve">[28:57] </w:t>
      </w:r>
      <w:r>
        <w:t>maa se le ke paida hota hai. woh baqi cheezein jo hain, oopri oopri hoti hain, is ko khatam kar dein, phir nature saamne aa jayega. yeh bhi discard nahi hua. yeh waise aap leejye, logical positivism.</w:t>
      </w:r>
    </w:p>
    <w:p>
      <w:pPr>
        <w:jc w:val="right"/>
      </w:pPr>
      <w:r>
        <w:t>ماں سے لے کے پیدا ہوتا ہے۔ وہ بقیہ چیزیں جو ہیں، اوپری اوپری ہوتی ہیں، اس کو ختم کر دیے، پھر نیچر سامنے آ جائے گا۔ یہ بھی ڈسکارڈ نہیں ہوا۔ یہ ویسے آپ لیجئے، لاجیکل پازیٹیوزم۔</w:t>
      </w:r>
    </w:p>
    <w:p>
      <w:r>
        <w:rPr>
          <w:b/>
        </w:rPr>
        <w:t xml:space="preserve">[29:11] </w:t>
      </w:r>
      <w:r>
        <w:t>logical positivism ka aik zamanay mein bari dhoom thi. yeh kaha jata tha ke ke wohi cheez haqeeqat hai jo verify, jo verifiable ho, jo observe, observe kiya sake is ko.</w:t>
      </w:r>
    </w:p>
    <w:p>
      <w:pPr>
        <w:jc w:val="right"/>
      </w:pPr>
      <w:r>
        <w:t>لاجیکل پازیٹیوزم کا ایک زمانے میں بڑی دھوم تھی۔ یہ کہا جاتا تھا کہ کہ وہی چیز حقیقت ہے جو ویریفائی، جو ویریفائیبل ہو، جو ابزرو، ابزرو کیا سکے اس کو۔</w:t>
      </w:r>
    </w:p>
    <w:p>
      <w:r>
        <w:rPr>
          <w:b/>
        </w:rPr>
        <w:t xml:space="preserve">[29:29] </w:t>
      </w:r>
      <w:r>
        <w:t>wohi haqeeqat hai aur koi haqeeqat nahi hai. is mein revelation aur aur is spiritual ideas ya religious theories sab discard ho gaein.</w:t>
      </w:r>
    </w:p>
    <w:p>
      <w:pPr>
        <w:jc w:val="right"/>
      </w:pPr>
      <w:r>
        <w:t>وہی حقیقت ہے اور کوئی حقیقت نہیں ہے۔ اس میں ریولیشن اور اور اس سپریچول آئیڈیاز یا ریلیجس تھیوریز سب ڈسکارڈ ہو گئیں۔</w:t>
      </w:r>
    </w:p>
    <w:p>
      <w:r>
        <w:rPr>
          <w:b/>
        </w:rPr>
        <w:t xml:space="preserve">[29:41] </w:t>
      </w:r>
      <w:r>
        <w:t>logical positivism ki dhoom aik zamanay mein bohat zabardast thi. ab woh bhi, yeh bhi discard ho gaya. kyun? baad ko pata chala khud scientific inquiry ke zariye ke kuch cheezein aisi hain jis ko aap present nahi kar sakte,</w:t>
      </w:r>
    </w:p>
    <w:p>
      <w:pPr>
        <w:jc w:val="right"/>
      </w:pPr>
      <w:r>
        <w:t>لاجیکل پازیٹیوز کی دھوم ایک زمانے میں بہت زبردست تھی۔ اب وہ بھی، یہ بھی ڈسکارڈ ہو گیا۔ کیوں؟ بعد کو پتہ چلا خود سائنٹیفک انکوائری کے ذریعے کہ کچھ چیزیں ایسی ہیں جس کو آپ پریزنٹ نہیں کر سکتے،</w:t>
      </w:r>
    </w:p>
    <w:p>
      <w:r>
        <w:rPr>
          <w:b/>
        </w:rPr>
        <w:t xml:space="preserve">[29:56] </w:t>
      </w:r>
      <w:r>
        <w:t>un ko observe nahi kar sakte, agarche woh hain. misal ke tor par yeh waves ke mein bol raha hoon, aap sun rahe hain.</w:t>
      </w:r>
    </w:p>
    <w:p>
      <w:pPr>
        <w:jc w:val="right"/>
      </w:pPr>
      <w:r>
        <w:t>ان کو ابزرو نہیں کر سکتے، اگرچہ وہ ہیں۔ مثال کے طور پر یہ ویوز کہ میں بول رہا ہوں، آپ سن رہے ہیں۔</w:t>
      </w:r>
    </w:p>
    <w:p>
      <w:r>
        <w:rPr>
          <w:b/>
        </w:rPr>
        <w:t xml:space="preserve">[30:06] </w:t>
      </w:r>
      <w:r>
        <w:t>aur yahi nahi, TV bolte hain to sari duniya ko sunai di</w:t>
      </w:r>
    </w:p>
    <w:p>
      <w:pPr>
        <w:jc w:val="right"/>
      </w:pPr>
      <w:r>
        <w:t>اور یہی نہیں، ٹی وی بولتے ہیں تو ساری دنیا کو سنائی د</w:t>
      </w:r>
    </w:p>
    <w:p>
      <w:r>
        <w:rPr>
          <w:b/>
        </w:rPr>
        <w:t xml:space="preserve">[30:10] </w:t>
      </w:r>
      <w:r>
        <w:t>yeti hai aap ki awaz. woh awaz jo hoti hai, woh aap ko measure nahi kar sakte, us ko aap us ko dekh nahi sakte aap. lekin theek wohi awaz jo yahan aap sun rahe hain, wohi jo sweden mein aur denmark mein aur new york mein suni jati hai, manna padta hai ke woh hai.</w:t>
      </w:r>
    </w:p>
    <w:p>
      <w:pPr>
        <w:jc w:val="right"/>
      </w:pPr>
      <w:r>
        <w:t>یتی ہے آپ کی آواز۔ وہ آواز جو ہوتی ہے، وہ آپ کو میژر نہیں کر سکتے، اس کو آپ اس کو دیکھ نہیں سکتے آپ۔ لیکن ٹھیک وہی آواز جو یہاں آپ سن رہے ہیں، وہی جو سویڈن میں اور ڈنمارک میں اور نیویارک میں سنی جاتی ہے، ماننا پڑتا ہے کہ وہ ہے۔</w:t>
      </w:r>
    </w:p>
    <w:p>
      <w:r>
        <w:rPr>
          <w:b/>
        </w:rPr>
        <w:t xml:space="preserve">[30:27] </w:t>
      </w:r>
      <w:r>
        <w:t>lekin is ko aap establish kaise karenge? rational method ke zariye aap establish nahi kar sakte is ko. wahan par inferential method istemal karna padta hai.</w:t>
      </w:r>
    </w:p>
    <w:p>
      <w:pPr>
        <w:jc w:val="right"/>
      </w:pPr>
      <w:r>
        <w:t>لیکن اس کو آپ اسٹیبلش کیسے کریں گے؟ ریشنل میتھڈ کے ذریعے آپ اسٹیبل نہیں کر سکتے اس کو۔ وہاں پر انفرینشل میتھڈ استعمال کرنا پڑتا ہے۔</w:t>
      </w:r>
    </w:p>
    <w:p>
      <w:r>
        <w:rPr>
          <w:b/>
        </w:rPr>
        <w:t xml:space="preserve">[30:37] </w:t>
      </w:r>
      <w:r>
        <w:t>infernshl methd. to yahan par dekhiye ke mazhab ne ya revelation ne yeh kaha tha ke haqeeqat wohi nahi hai jo jo seen world hai, wohi haqeeqat nahi hai, balkeh unseen world jo hai, wohi haqeeqat hai.</w:t>
      </w:r>
    </w:p>
    <w:p>
      <w:pPr>
        <w:jc w:val="right"/>
      </w:pPr>
      <w:r>
        <w:t>انفرینشل میتھڈ۔ تو یہاں پر دیکھیے کہ مذہب نے یا ریولیشن نے یہ کہا تھا کہ حقیقت وہی نہیں ہے جو جو سین ورلڈ ہے، وہی حقیقت نہیں ہے، بلکہ ان سین ورلڈ جو ہے، وہی حقیقت ہے۔</w:t>
      </w:r>
    </w:p>
    <w:p>
      <w:r>
        <w:rPr>
          <w:b/>
        </w:rPr>
        <w:t xml:space="preserve">[30:54] </w:t>
      </w:r>
      <w:r>
        <w:t>yeh ghayb ki dunya. to logical positivism mein ghayb ko ka inkar kar diya gaya tha ke ghayb koi cheez nahi. jo dikhai de raha hai, wohi wohi sab kuch hai.</w:t>
      </w:r>
    </w:p>
    <w:p>
      <w:pPr>
        <w:jc w:val="right"/>
      </w:pPr>
      <w:r>
        <w:t>یہ غیب کی دنیا۔ تو لاجیکل پازیٹیوز میں غیب کو کا انکار کر دیا گیا تھا کہ غیب کوئی چیز نہیں۔ جو دکھائی دے رہا ہے، وہی وہی سب کچھ ہے۔</w:t>
      </w:r>
    </w:p>
    <w:p>
      <w:r>
        <w:rPr>
          <w:b/>
        </w:rPr>
        <w:t xml:space="preserve">[31:08] </w:t>
      </w:r>
      <w:r>
        <w:t>lekin aaj logical positivism ko is sense mein koi nahi manta. woh discard ho chuka. to main jo cheez karna chahta hoon, woh yeh hai ke do parallel method chal rahe hain.</w:t>
      </w:r>
    </w:p>
    <w:p>
      <w:pPr>
        <w:jc w:val="right"/>
      </w:pPr>
      <w:r>
        <w:t>لیکن آج لاجیکل پازیٹیوز کو اس سینس میں کوئی نہیں مانتا۔ وہ ڈسکارڈ ہو چکا۔ تو میں جو چیز کرنا چاہتا ہوں، وہ یہ ہے کہ دو پیرلل میتھڈ چل رہے ہیں۔</w:t>
      </w:r>
    </w:p>
    <w:p>
      <w:r>
        <w:rPr>
          <w:b/>
        </w:rPr>
        <w:t xml:space="preserve">[31:24] </w:t>
      </w:r>
      <w:r>
        <w:t>do parallel tareeqay chal rahe hain baat ko janne ke. ek hai revelation, yani wahi jis ko hum kehte hain. aur ek hai, yani rational analysis.</w:t>
      </w:r>
    </w:p>
    <w:p>
      <w:pPr>
        <w:jc w:val="right"/>
      </w:pPr>
      <w:r>
        <w:t>دو پیرلل طریقے چل رہے ہیں بات کو جاننے کے۔ ایک ہے ریولیشن، یعنی وحی جس کو ہم کہتے ہیں۔ اور ایک ہے، یعنی ریشنل انالیسز۔</w:t>
      </w:r>
    </w:p>
    <w:p>
      <w:r>
        <w:rPr>
          <w:b/>
        </w:rPr>
        <w:t xml:space="preserve">[31:38] </w:t>
      </w:r>
      <w:r>
        <w:t>to hum yeh dekhte hain ke revelation ke through jo baatein hamare ilm mein aayin, woh waise hi ke abhi abhi bhi intact hain.</w:t>
      </w:r>
    </w:p>
    <w:p>
      <w:pPr>
        <w:jc w:val="right"/>
      </w:pPr>
      <w:r>
        <w:t>تو ہم یہ دیکھتے ہیں کہ ریولیشن کے تھرو جو باتیں ہمارے علم میں آئیں، وہ ویسے ہی کہ ابھی ابھی بھی انٹیکٹ ہیں۔</w:t>
      </w:r>
    </w:p>
    <w:p>
      <w:r>
        <w:rPr>
          <w:b/>
        </w:rPr>
        <w:t xml:space="preserve">[31:49] </w:t>
      </w:r>
      <w:r>
        <w:t>koi cheez is ko galat, is ko galat sabit na kar saki. lekin reason ke through jin baaton ko hum ne jana, woh sab ke sab baad ke zamane mein discard ho gaein.</w:t>
      </w:r>
    </w:p>
    <w:p>
      <w:pPr>
        <w:jc w:val="right"/>
      </w:pPr>
      <w:r>
        <w:t>کوئی چیز اس کے غلط، اس کو غلط ثابت نہ کر سکی۔ لیکن ریزن کے تھرو جن باتوں کو ہم نے جانا، وہ سب کے سب بعد کے زمانے میں ڈسکارڈ ہو گئیں۔</w:t>
      </w:r>
    </w:p>
    <w:p>
      <w:r>
        <w:rPr>
          <w:b/>
        </w:rPr>
        <w:t xml:space="preserve">[32:00] </w:t>
      </w:r>
      <w:r>
        <w:t>sab ke sab discard ho gaein.</w:t>
      </w:r>
    </w:p>
    <w:p>
      <w:pPr>
        <w:jc w:val="right"/>
      </w:pPr>
      <w:r>
        <w:t>سب کے سب ڈسکارڈ ہو گئیں۔</w:t>
      </w:r>
    </w:p>
    <w:p>
      <w:r>
        <w:rPr>
          <w:b/>
        </w:rPr>
        <w:t xml:space="preserve">[32:05] </w:t>
      </w:r>
      <w:r>
        <w:t>to aisi halat mein yeh kehna ke yeh threat hai, yani fundamentally jo hai, woh threat hai, ek khatra hai rational inquiry ke liye,</w:t>
      </w:r>
    </w:p>
    <w:p>
      <w:pPr>
        <w:jc w:val="right"/>
      </w:pPr>
      <w:r>
        <w:t>تو ایسی حالت میں یہ کہنا کہ یہ تھریٹ ہے، یعنی فنڈامینٹلی جو ہے، وہ تھریٹ ہے، ایک خطرہ ہے ریشنل انکوائری کے لیے،</w:t>
      </w:r>
    </w:p>
    <w:p>
      <w:r>
        <w:rPr>
          <w:b/>
        </w:rPr>
        <w:t xml:space="preserve">[32:19] </w:t>
      </w:r>
      <w:r>
        <w:t>main kahoon ke zyada sahi baat yeh hai ke fundamentalism, main fundamentalism pasand nahi karta. unhon ne istemal kiya hai fundamentalism ya zyada sahi lafzon mein revelation based knowledge.</w:t>
      </w:r>
    </w:p>
    <w:p>
      <w:pPr>
        <w:jc w:val="right"/>
      </w:pPr>
      <w:r>
        <w:t>میں کہوں کہ زیادہ صحیح بات یہ ہے کہ فنڈامینٹلزم، میں فنڈامینٹلزم پسند نہیں کرتا۔ انہوں نے استعمال کیا ہے فنڈامینٹلزم یا زیادہ صحیح لفظوں میں ریولیشن بیسڈ نالج۔</w:t>
      </w:r>
    </w:p>
    <w:p>
      <w:r>
        <w:rPr>
          <w:b/>
        </w:rPr>
        <w:t xml:space="preserve">[32:35] </w:t>
      </w:r>
      <w:r>
        <w:t>revelation based knowledge nahi, wohi probability ilm, woh aap ko mauqa de raha hai ke aap correction karein apna. yani rational method ko aap ne absolute samajh liya tha, absolute ke hum is se har cheez jaan sakte hain.</w:t>
      </w:r>
    </w:p>
    <w:p>
      <w:pPr>
        <w:jc w:val="right"/>
      </w:pPr>
      <w:r>
        <w:t>ریولیشن بیسڈ نالج نہیں، وہی پرببنی علم، وہ آپ کو موقع دے رہا ہے کہ آپ کریکشن کریں اپنا۔ یعنی ریشنل میتھڈ کو آپ نے ایبسولیوٹ سمجھ لیا تھا، ایبسولیوٹ کہ ہم اس سے ہر چیز جان سکتے ہیں۔</w:t>
      </w:r>
    </w:p>
    <w:p>
      <w:r>
        <w:rPr>
          <w:b/>
        </w:rPr>
        <w:t xml:space="preserve">[32:50] </w:t>
      </w:r>
      <w:r>
        <w:t>rational method ke zariye pahunch sakte hain hum. to is ki aap correction karein is ko. to yeh to ek blessing hai. yeh to ek blessing hai ke aap apne ko correct kar sakte hain.</w:t>
      </w:r>
    </w:p>
    <w:p>
      <w:pPr>
        <w:jc w:val="right"/>
      </w:pPr>
      <w:r>
        <w:t>ریشنل میتھڈ کے ذریعے پہنچ سکتے ہیں ہم۔ تو اس کی آپ کریکشن کریں اس کو۔ تو یہ تو ایک بلیسنگ ہے۔ یہ تو ایک بلیسنگ ہے کہ آپ اپنے کو کریکٹ کر سکتے ہیں۔</w:t>
      </w:r>
    </w:p>
    <w:p>
      <w:r>
        <w:rPr>
          <w:b/>
        </w:rPr>
        <w:t xml:space="preserve">[33:03] </w:t>
      </w:r>
      <w:r>
        <w:t>yahan par main yeh kahoon ga ke reveal knowledge aur rational knowledge dono aap ko kahan pahunchate hain, is par ghor kijiye.</w:t>
      </w:r>
    </w:p>
    <w:p>
      <w:pPr>
        <w:jc w:val="right"/>
      </w:pPr>
      <w:r>
        <w:t>یہاں پر میں یہ کہوں گا کہ ریویل نالج اور ریشنل نالج دونوں آپ کو کہاں پہنچاتے ہیں، اس پر غور کیجئے۔</w:t>
      </w:r>
    </w:p>
    <w:p>
      <w:r>
        <w:rPr>
          <w:b/>
        </w:rPr>
        <w:t xml:space="preserve">[33:16] </w:t>
      </w:r>
      <w:r>
        <w:t>rational knowledge aap ko pahunchati hai is haqeeqat tak nahi, balkeh kuch basic, kuch basic, basic principles tak, basic darks tak.</w:t>
      </w:r>
    </w:p>
    <w:p>
      <w:pPr>
        <w:jc w:val="right"/>
      </w:pPr>
      <w:r>
        <w:t>ریشنل نالج آپ کو پہنچاتی ہے اس حقیقت تک نہیں، بلکہ کچھ بیسک، کچھ بیسک، بیسک پرنسپلز تک، بیسک ڈارکس تک۔</w:t>
      </w:r>
    </w:p>
    <w:p>
      <w:r>
        <w:rPr>
          <w:b/>
        </w:rPr>
        <w:t xml:space="preserve">[33:31] </w:t>
      </w:r>
      <w:r>
        <w:t>kuch darks batati hai aap ko. woh</w:t>
      </w:r>
    </w:p>
    <w:p>
      <w:pPr>
        <w:jc w:val="right"/>
      </w:pPr>
      <w:r>
        <w:t>کچھ ڈارکس بتاتی ہے آپ کو۔ وہ</w:t>
      </w:r>
    </w:p>
    <w:p>
      <w:r>
        <w:rPr>
          <w:b/>
        </w:rPr>
        <w:t xml:space="preserve">[33:34] </w:t>
      </w:r>
      <w:r>
        <w:t>yani rational method ko apply kar ke aap kuch nizam daryaft karte hain physical world mein ya chemical world mein. maslan yeh ke pani ko garam karo to woh is ke molecules tootne lagen ge.</w:t>
      </w:r>
    </w:p>
    <w:p>
      <w:pPr>
        <w:jc w:val="right"/>
      </w:pPr>
      <w:r>
        <w:t>یعنی ریشنل میتھڈ کو اپلائی کر کے آپ کچھ نظام دریافت کرتے ہیں فزیکل ورلڈ میں یا کیمیکل ورلڈ میں۔ مثلاً یہ کہ پانی کو گرم کرو تو وہ اس کے مالیکیول ٹوٹنے لگیں گے۔</w:t>
      </w:r>
    </w:p>
    <w:p>
      <w:r>
        <w:rPr>
          <w:b/>
        </w:rPr>
        <w:t xml:space="preserve">[33:47] </w:t>
      </w:r>
      <w:r>
        <w:t>to aap rational method ko apply kar ke is haqeeqat tak pahunche ke pani jo hai, is ko hum agar hararat pahunchaein, garmi pahunchaein to is ke molecules tootne lagen ge aur phir steam power is se paida hoga.</w:t>
      </w:r>
    </w:p>
    <w:p>
      <w:pPr>
        <w:jc w:val="right"/>
      </w:pPr>
      <w:r>
        <w:t>تو آپ ریشنل میتھڈ کو اپلائی کر کے اس حقیقت تک پہنچتے ہیں کہ پانی جو ہے، اس کو ہم اگر حرارت پہنچائیں، گرمی پہنچائیں تو اس کے مالیکیول ٹوٹنے لگیں گے اور پھر سٹیم پاور اس سے پیدا ہوگا۔</w:t>
      </w:r>
    </w:p>
    <w:p>
      <w:r>
        <w:rPr>
          <w:b/>
        </w:rPr>
        <w:t xml:space="preserve">[34:04] </w:t>
      </w:r>
      <w:r>
        <w:t>to rational method ko apply kar ke aap ek principle tak pahunche, ek ek ek usool tak pahunche.</w:t>
      </w:r>
    </w:p>
    <w:p>
      <w:pPr>
        <w:jc w:val="right"/>
      </w:pPr>
      <w:r>
        <w:t>تو ریشنل میتھڈ کو اپلائی کر کے آپ ایک پرنسپل تک پہنچے، ایک ایک ایک اصول تک پہنچے۔</w:t>
      </w:r>
    </w:p>
    <w:p>
      <w:r>
        <w:rPr>
          <w:b/>
        </w:rPr>
        <w:t xml:space="preserve">[34:16] </w:t>
      </w:r>
      <w:r>
        <w:t>isi tarah main kehta hoon ke reveal knowledge jo hai, is ko apply kar ke bhi aap kisi haqeeqat tak pahunchte hain.</w:t>
      </w:r>
    </w:p>
    <w:p>
      <w:pPr>
        <w:jc w:val="right"/>
      </w:pPr>
      <w:r>
        <w:t>اسی طرح میں کہتا ہوں کہ ریویل نالج جو ہے، اس کو اپلائی کر کے بھی آپ کسی حقیقت تک پہنچتے ہیں۔</w:t>
      </w:r>
    </w:p>
    <w:p>
      <w:r>
        <w:rPr>
          <w:b/>
        </w:rPr>
        <w:t xml:space="preserve">[34:25] </w:t>
      </w:r>
      <w:r>
        <w:t>to is haqeeqat ko jo jis se aap pahunche, reveal knowledge ko apply kar ke, woh isi tarah se sachai maani jaye gi jis tarah se rational method ko apply kar ke aap kisi physical truth tak pahunchte hain.</w:t>
      </w:r>
    </w:p>
    <w:p>
      <w:pPr>
        <w:jc w:val="right"/>
      </w:pPr>
      <w:r>
        <w:t>تو اس حقیقت کو جو جس سے آپ پہنچے، ریویل نالج کو اپلائی کر کے، وہ اسی طرح سے سچائی مانی جائے گی جس طرح سے ریشنل میتھڈ کو اپلائی کر کے آپ کسی فزیکل ٹروتھ تک پہنچتے ہیں۔</w:t>
      </w:r>
    </w:p>
    <w:p>
      <w:r>
        <w:rPr>
          <w:b/>
        </w:rPr>
        <w:t xml:space="preserve">[34:43] </w:t>
      </w:r>
      <w:r>
        <w:t>to main yeh kahoon ga ke ilm ki ya sachai ki do qismein hain.</w:t>
      </w:r>
    </w:p>
    <w:p>
      <w:pPr>
        <w:jc w:val="right"/>
      </w:pPr>
      <w:r>
        <w:t>تو میں یہ کہوں گا کہ علم کی یا سچائی کی دو قسمیں ہیں۔</w:t>
      </w:r>
    </w:p>
    <w:p>
      <w:r>
        <w:rPr>
          <w:b/>
        </w:rPr>
        <w:t xml:space="preserve">[34:51] </w:t>
      </w:r>
      <w:r>
        <w:t>jo potential jo baat kahi thi, us ko main badal kar is tarah kahoon ga ke sachai ki do qismein hain: spiritual truth aur physical truth.</w:t>
      </w:r>
    </w:p>
    <w:p>
      <w:pPr>
        <w:jc w:val="right"/>
      </w:pPr>
      <w:r>
        <w:t>جو پوٹینشل جو بات کہی تھی، اس کو میں بدل کر اس طرح کہوں گا کہ سچائی کی دو قسمیں ہیں: سپریچول ٹروتھ اور فزیکل ٹروتھ۔</w:t>
      </w:r>
    </w:p>
    <w:p>
      <w:r>
        <w:rPr>
          <w:b/>
        </w:rPr>
        <w:t xml:space="preserve">[35:02] </w:t>
      </w:r>
      <w:r>
        <w:t>spiritual truth aur physical truth. aap rational method ko apply kar ke kisi physical truth tak pahunchte hain. maslan zameen ke bare mein aap jante hain ke zameen jo hai, woh suraj ke gird ghoomti hai.</w:t>
      </w:r>
    </w:p>
    <w:p>
      <w:pPr>
        <w:jc w:val="right"/>
      </w:pPr>
      <w:r>
        <w:t>سپریچول ٹروتھ اور فزیکل ٹروتھ۔ آپ ریشنل میتھڈ کو اپلائی کر کے کسی فزیکل ٹروتھ تک پہنچتے ہیں۔ مثلاً زمین کے بارے میں آپ جانتے ہیں کہ زمین جو ہے، وہ سورج کے گرد گھومتی ہے۔</w:t>
      </w:r>
    </w:p>
    <w:p>
      <w:r>
        <w:rPr>
          <w:b/>
        </w:rPr>
        <w:t xml:space="preserve">[35:17] </w:t>
      </w:r>
      <w:r>
        <w:t>is ko aap rational method ko apply kar ke aap ne is ko jana. isi tarah se jo spiritually method hai, is ko apply kar ke bhi aap kuch haqiqaton tak pahunchte hain.</w:t>
      </w:r>
    </w:p>
    <w:p>
      <w:pPr>
        <w:jc w:val="right"/>
      </w:pPr>
      <w:r>
        <w:t>اس کو آپ ریشنل میتھڈ کو اپلائی کر کے آپ نے اس کو جانا۔ اسی طریقے سے جو سپریچولی میتھڈ ہے، اس کو اپلائی کر کے بھی آپ کچھ حقیقتوں تک پہنچتے ہیں۔</w:t>
      </w:r>
    </w:p>
    <w:p>
      <w:r>
        <w:rPr>
          <w:b/>
        </w:rPr>
        <w:t xml:space="preserve">[35:31] </w:t>
      </w:r>
      <w:r>
        <w:t>to is ko bhi aap ko isi wajah manna chahiye jis tarah se aap physical sachai ko maan rahe hain, chemical sachai ko maan rahe hain.</w:t>
      </w:r>
    </w:p>
    <w:p>
      <w:pPr>
        <w:jc w:val="right"/>
      </w:pPr>
      <w:r>
        <w:t>تو اس کو بھی آپ کو اسی وجہ ماننا چاہیے جس طرح سے آپ فزیکل سچائی کو مان رہے ہیں، کیمیکل سچائی کو مان رہے ہیں۔</w:t>
      </w:r>
    </w:p>
    <w:p>
      <w:r>
        <w:rPr>
          <w:b/>
        </w:rPr>
        <w:t xml:space="preserve">[35:41] </w:t>
      </w:r>
      <w:r>
        <w:t>main</w:t>
      </w:r>
    </w:p>
    <w:p>
      <w:pPr>
        <w:jc w:val="right"/>
      </w:pPr>
      <w:r>
        <w:t>میں</w:t>
      </w:r>
    </w:p>
    <w:p>
      <w:r>
        <w:rPr>
          <w:b/>
        </w:rPr>
        <w:t xml:space="preserve">[35:42] </w:t>
      </w:r>
      <w:r>
        <w:t>is ko mazeed wazeh karne ke liye kuch aur kuch misalein doon ga, inshallah. is se yeh baat aur clear ho jaye gi. lekin</w:t>
      </w:r>
    </w:p>
    <w:p>
      <w:pPr>
        <w:jc w:val="right"/>
      </w:pPr>
      <w:r>
        <w:t>اس کو مزید واضح کرنے کے لیے کچھ اور کچھ مثالیں دوں گا، انشاءاللہ۔ اس سے یہ بات اور کلیئر ہو جائے گی۔ لیکن</w:t>
      </w:r>
    </w:p>
    <w:p>
      <w:r>
        <w:rPr>
          <w:b/>
        </w:rPr>
        <w:t xml:space="preserve">[35:51] </w:t>
      </w:r>
      <w:r>
        <w:t>is baat ko pehle samajh lijiye ke yani mere tajurbe ke mutabiq aur meri study ke mutabiq dunya mein jo potential likha tha ke things aur truth do qism ki cheezein hain, mein kahoon ga aisa nahi hai, balke khud truth ki do qismein hain:</w:t>
      </w:r>
    </w:p>
    <w:p>
      <w:pPr>
        <w:jc w:val="right"/>
      </w:pPr>
      <w:r>
        <w:t>اس بات کو پہلے سمجھ لیجئے کہ یعنی میرے تجربے کے مطابق اور میری اسٹڈی کے مطابق دنیا میں جو پوٹینشل لکھا تھا کہ تھنگز اور ٹروتھ دو قسم کی چیزیں ہیں، میں کہوں گا ایسا نہیں ہے، بلکہ خود ٹروتھ کی دو قسمیں ہیں:</w:t>
      </w:r>
    </w:p>
    <w:p>
      <w:r>
        <w:rPr>
          <w:b/>
        </w:rPr>
        <w:t xml:space="preserve">[36:10] </w:t>
      </w:r>
      <w:r>
        <w:t>physical truth aur spiritual truth.</w:t>
      </w:r>
    </w:p>
    <w:p>
      <w:pPr>
        <w:jc w:val="right"/>
      </w:pPr>
      <w:r>
        <w:t>فزیکل ٹروتھ اور سپریچول ٹروتھ۔</w:t>
      </w:r>
    </w:p>
    <w:p>
      <w:r>
        <w:rPr>
          <w:b/>
        </w:rPr>
        <w:t xml:space="preserve">[36:13] </w:t>
      </w:r>
      <w:r>
        <w:t>to physical truth mein is ko keh raha hoon jo seen world se talluq rakhti hain, dikhai dene wali world se. hum in ko dekhte hain, dekh kar observe karte hain, in ka analysis kar sakte hain, in ko verify kar sakte hain.</w:t>
      </w:r>
    </w:p>
    <w:p>
      <w:pPr>
        <w:jc w:val="right"/>
      </w:pPr>
      <w:r>
        <w:t>تو فزیکل ٹروتھ میں اس کو کہہ رہا ہوں جو سین ورلڈ سے تعلق رکھتی ہیں، دکھائی دینے والی ورلڈ سے۔ ہم ان کو دیکھتے ہیں، دیکھ کر ابزرو کرتے ہیں، ان کا انالیسز کر سکتے ہیں، ان کو ویریفائی کر سکتے ہیں۔</w:t>
      </w:r>
    </w:p>
    <w:p>
      <w:r>
        <w:rPr>
          <w:b/>
        </w:rPr>
        <w:t xml:space="preserve">[36:29] </w:t>
      </w:r>
      <w:r>
        <w:t>dusra jo hai, jo spiritual truth jis ko mein keh raha hoon, is par bhi, is ka is par bhi wahi rational method apply ho sakta hai, thore se modification ke sath.</w:t>
      </w:r>
    </w:p>
    <w:p>
      <w:pPr>
        <w:jc w:val="right"/>
      </w:pPr>
      <w:r>
        <w:t>دوسرا جو ہے، جو سپریچول ٹروتھ جس کو میں کہہ رہا ہوں، اس پر بھی، اس کا اس پر بھی وہی ریشنل میتھڈ اپلائی ہو سکتا ہے، تھوڑے سے موڈیفیکیشن کے ساتھ۔</w:t>
      </w:r>
    </w:p>
    <w:p>
      <w:r>
        <w:rPr>
          <w:b/>
        </w:rPr>
        <w:t xml:space="preserve">[36:42] </w:t>
      </w:r>
      <w:r>
        <w:t>woh kya? woh yeh hai ke aap jo data collect karein, yani seen world se, is data ko collect kar ke aap ko ek inference karna parta hai.</w:t>
      </w:r>
    </w:p>
    <w:p>
      <w:pPr>
        <w:jc w:val="right"/>
      </w:pPr>
      <w:r>
        <w:t>وہ کیا؟ وہ یہ ہے کہ آپ جو ڈیٹا کلیکٹ کریں، یعنی سین ورلڈ سے، اس ڈیٹا کو کلیکٹ کر کے آپ کو ایک انفرنس کرنا پڑتا ہے۔</w:t>
      </w:r>
    </w:p>
    <w:p>
      <w:r>
        <w:rPr>
          <w:b/>
        </w:rPr>
        <w:t xml:space="preserve">[36:57] </w:t>
      </w:r>
      <w:r>
        <w:t>kyun ke woh data jo collect kiya hai aap ne, us se poori baat maloom nahi hoti. poori baat janne ke liye aap ko inference karna parta hai.</w:t>
      </w:r>
    </w:p>
    <w:p>
      <w:pPr>
        <w:jc w:val="right"/>
      </w:pPr>
      <w:r>
        <w:t>کیونکہ وہ ڈیٹا جو کلیکٹ کیا ہے آپ نے، اس سے پوری بات معلوم نہیں ہوتی۔ پوری بات جاننے کے لیے آپ کو انفرنس کرنا پڑتا ہے۔</w:t>
      </w:r>
    </w:p>
    <w:p>
      <w:r>
        <w:rPr>
          <w:b/>
        </w:rPr>
        <w:t xml:space="preserve">[37:06] </w:t>
      </w:r>
      <w:r>
        <w:t>to inference ka principle wahan bhi chalta hai. jin cheezon ko physical truth kaha jata hai, wahan bhi ek had tak hi aap ka observation kaam karta hai.</w:t>
      </w:r>
    </w:p>
    <w:p>
      <w:pPr>
        <w:jc w:val="right"/>
      </w:pPr>
      <w:r>
        <w:t>تو انفرنس کا پرنسپل وہاں بھی چلتا ہے۔ جن چیزوں کو فزیکل ٹروتھ کہا جاتا ہے، وہاں بھی ایک حد تک ہی آپ کا ابزرویشن کام کرتا ہے۔</w:t>
      </w:r>
    </w:p>
    <w:p>
      <w:r>
        <w:rPr>
          <w:b/>
        </w:rPr>
        <w:t xml:space="preserve">[37:17] </w:t>
      </w:r>
      <w:r>
        <w:t>ek had ke baad aap ko inference se kaam lena parta hai. maslan aap ne pani ko, pani ko aash di aur us ke baad woh woh ban gaya steam power.</w:t>
      </w:r>
    </w:p>
    <w:p>
      <w:pPr>
        <w:jc w:val="right"/>
      </w:pPr>
      <w:r>
        <w:t>ایک حد کے بعد آپ کو انفرنس سے کام لینا پڑتا ہے۔ مثلاً آپ نے پانی کو، پانی کو آش دی اور اس کے بعد وہ وہ بن گیا سٹیم پاور۔</w:t>
      </w:r>
    </w:p>
    <w:p>
      <w:r>
        <w:rPr>
          <w:b/>
        </w:rPr>
        <w:t xml:space="preserve">[37:31] </w:t>
      </w:r>
      <w:r>
        <w:t>to is mein yeh waqea ke ke molecule ka tootne se aisa hua, yeh seen nahi hota, yeh dekhte nahi hain. aap is ko inference kar ke jante hain.</w:t>
      </w:r>
    </w:p>
    <w:p>
      <w:pPr>
        <w:jc w:val="right"/>
      </w:pPr>
      <w:r>
        <w:t>تو اس میں یہ واقعہ کہ کہ مالیکیول کا ٹوٹنے سے ایسا ہوا، یہ سین نہیں ہوتا، یہ دیکھتے نہیں ہیں۔ آپ اس کو انفرنس کر کے جانتے ہیں۔</w:t>
      </w:r>
    </w:p>
    <w:p>
      <w:r>
        <w:rPr>
          <w:b/>
        </w:rPr>
        <w:t xml:space="preserve">[37:41] </w:t>
      </w:r>
      <w:r>
        <w:t>aap molecule ka tootna, toot kar ke is ko, is ka molecule, molecules ka disintegration jo hua, woh aap ne dekha nahi.</w:t>
      </w:r>
    </w:p>
    <w:p>
      <w:pPr>
        <w:jc w:val="right"/>
      </w:pPr>
      <w:r>
        <w:t>آپ مالیکیول کا ٹوٹنا، ٹوٹ کر کے اس کو، اس کا مالیکیول، مالیکیولز کا ڈس انٹیگریشن جو ہوا، وہ آپ نے دیکھا نہیں۔</w:t>
      </w:r>
    </w:p>
    <w:p>
      <w:r>
        <w:rPr>
          <w:b/>
        </w:rPr>
        <w:t xml:space="preserve">[37:54] </w:t>
      </w:r>
      <w:r>
        <w:t>is ko is ke result ko dekha aap ne.</w:t>
      </w:r>
    </w:p>
    <w:p>
      <w:pPr>
        <w:jc w:val="right"/>
      </w:pPr>
      <w:r>
        <w:t>اس کو اس کے رزلٹ کو دیکھا آپ نے۔</w:t>
      </w:r>
    </w:p>
    <w:p>
      <w:r>
        <w:rPr>
          <w:b/>
        </w:rPr>
        <w:t xml:space="preserve">[37:58] </w:t>
      </w:r>
      <w:r>
        <w:t>to result se inference kiya aap ne ke kya molecules mein disintegration, disintegration hua hai, is se taqat paida hui hai.</w:t>
      </w:r>
    </w:p>
    <w:p>
      <w:pPr>
        <w:jc w:val="right"/>
      </w:pPr>
      <w:r>
        <w:t>تو رزلٹ سے انفرنس کیا آپ نے کہ کیا مالیکیولز میں ڈس انٹیگریشن، ڈس انٹیگریشن ہوا ہے، اس سے طاقت پیدا ہوئی ہے۔</w:t>
      </w:r>
    </w:p>
    <w:p>
      <w:r>
        <w:rPr>
          <w:b/>
        </w:rPr>
        <w:t xml:space="preserve">[38:07] </w:t>
      </w:r>
      <w:r>
        <w:t>isi tarah se yahan bhi, matlab spiritual truth mein bhi aap kuch baton tak puhanchte hain, kuch haqiqaton tak puhanchte hain, lekin woh haqiqatein half hoti hain, adhi, poori nahi hoti.</w:t>
      </w:r>
    </w:p>
    <w:p>
      <w:pPr>
        <w:jc w:val="right"/>
      </w:pPr>
      <w:r>
        <w:t>اسی طرح سے یہاں بھی، مطلب سپریچول ٹروتھ میں بھی آپ کچھ باتوں تک پہنچتے ہیں، کچھ حقیقتوں تک پہنچتے ہیں، لیکن وہ حقیقتیں ہاف ہوتی ہیں، ادھی، پوری نہیں ہوتی۔</w:t>
      </w:r>
    </w:p>
    <w:p>
      <w:r>
        <w:rPr>
          <w:b/>
        </w:rPr>
        <w:t xml:space="preserve">[38:21] </w:t>
      </w:r>
      <w:r>
        <w:t>aage is ke aage jo baat hai, woh aap jante hain through inference.</w:t>
      </w:r>
    </w:p>
    <w:p>
      <w:pPr>
        <w:jc w:val="right"/>
      </w:pPr>
      <w:r>
        <w:t>آگے اس کے آگے جو بات ہے، وہ آپ جانتے ہیں تھرو انفرنس۔</w:t>
      </w:r>
    </w:p>
    <w:p>
      <w:r>
        <w:rPr>
          <w:b/>
        </w:rPr>
        <w:t xml:space="preserve">[38:26] </w:t>
      </w:r>
      <w:r>
        <w:t>to mein yeh kahoon ga ke rational method do jagah applicable hai, lekin is baat ko mante hue ke jab bhi aap apply karte hain rational method ko, to ek had tak to woh seen world mein chalta hai.</w:t>
      </w:r>
    </w:p>
    <w:p>
      <w:pPr>
        <w:jc w:val="right"/>
      </w:pPr>
      <w:r>
        <w:t>تو میں یہ کہوں گا کہ ریشنل میتھڈ دو جگہ ایپلیکیبل ہے، لیکن اس بات کو مانتے ہوئے کہ جب بھی آپ اپلائی کرتے ہیں ریشنل میتھڈ کو، تو ایک حد تک تو وہ سین ورلڈ میں چلتا ہے۔</w:t>
      </w:r>
    </w:p>
    <w:p>
      <w:r>
        <w:rPr>
          <w:b/>
        </w:rPr>
        <w:t xml:space="preserve">[38:40] </w:t>
      </w:r>
      <w:r>
        <w:t>us ke baad aap ko inference karna parta hai.</w:t>
      </w:r>
    </w:p>
    <w:p>
      <w:pPr>
        <w:jc w:val="right"/>
      </w:pPr>
      <w:r>
        <w:t>اس کے بعد آپ کو انفرنس کرنا پڑتا ہے۔</w:t>
      </w:r>
    </w:p>
    <w:p>
      <w:r>
        <w:rPr>
          <w:b/>
        </w:rPr>
        <w:t xml:space="preserve">[38:43] </w:t>
      </w:r>
      <w:r>
        <w:t>isi tarah se spiritual truth ko janne ke liye bhi ek had tak aap woh cheezein par, woh data jo aap ne collect kiya hai seen world se, us ko le kar analysis karein ge.</w:t>
      </w:r>
    </w:p>
    <w:p>
      <w:pPr>
        <w:jc w:val="right"/>
      </w:pPr>
      <w:r>
        <w:t>اسی طرح سے سپریچول ٹروتھ کو جاننے کے لیے بھی ایک حد تک آپ وہ چیزیں پر، وہ ڈیٹا جو آپ نے کلیکٹ کیا ہے سین ورلڈ سے، اس کو لے کر انالیسز کریں گے۔</w:t>
      </w:r>
    </w:p>
    <w:p>
      <w:r>
        <w:rPr>
          <w:b/>
        </w:rPr>
        <w:t xml:space="preserve">[38:55] </w:t>
      </w:r>
      <w:r>
        <w:t>aur phir ek cheez aap ko inference ke through maloom hogi. to woh inference ke through jo maloom hogi, woh cheez bhi wahi sachai qarar paye gi jis tarah se physical world mein inference ke through mari hui cheez sab ko sachai tasleem kiya jata hai.</w:t>
      </w:r>
    </w:p>
    <w:p>
      <w:pPr>
        <w:jc w:val="right"/>
      </w:pPr>
      <w:r>
        <w:t>اور پھر ایک چیز آپ کو انفرنس کے تھرو معلوم ہوگی۔ تو وہ انفرنس کے تھرو جو معلوم ہوگی، وہ چیز بھی وہی سچائی قرار پائے گی جس طرح سے فزیکل ورلڈ میں انفرنس کے تھرو ماری ہوئی چیز سب کو سچائی تسلیم کیا جاتا ہے۔</w:t>
      </w:r>
    </w:p>
    <w:p>
      <w:r>
        <w:rPr>
          <w:b/>
        </w:rPr>
        <w:t xml:space="preserve">[39:14] </w:t>
      </w:r>
      <w:r>
        <w:t>jante hain ke</w:t>
      </w:r>
    </w:p>
    <w:p>
      <w:pPr>
        <w:jc w:val="right"/>
      </w:pPr>
      <w:r>
        <w:t>جانتے ہیں کہ</w:t>
      </w:r>
    </w:p>
    <w:p>
      <w:r>
        <w:rPr>
          <w:b/>
        </w:rPr>
        <w:t xml:space="preserve">[39:19] </w:t>
      </w:r>
      <w:r>
        <w:t>ek intellectual discussion</w:t>
      </w:r>
    </w:p>
    <w:p>
      <w:pPr>
        <w:jc w:val="right"/>
      </w:pPr>
      <w:r>
        <w:t>ایک انٹلیکچول ڈسکشن</w:t>
      </w:r>
    </w:p>
    <w:p>
      <w:r>
        <w:rPr>
          <w:b/>
        </w:rPr>
        <w:t xml:space="preserve">[39:25] </w:t>
      </w:r>
      <w:r>
        <w:t>hazaron saal se chal raha hai.</w:t>
      </w:r>
    </w:p>
    <w:p>
      <w:pPr>
        <w:jc w:val="right"/>
      </w:pPr>
      <w:r>
        <w:t>ہزاروں سال سے چل رہا ہے۔</w:t>
      </w:r>
    </w:p>
    <w:p>
      <w:r>
        <w:rPr>
          <w:b/>
        </w:rPr>
        <w:t xml:space="preserve">[39:30] </w:t>
      </w:r>
      <w:r>
        <w:t>is waqt hamari baat ka jo is waqt jo subject hai hamare samne, woh yahi hai. woh discussion kya hai?</w:t>
      </w:r>
    </w:p>
    <w:p>
      <w:pPr>
        <w:jc w:val="right"/>
      </w:pPr>
      <w:r>
        <w:t>اس وقت ہماری بات کا جو اس وقت جو سبجیکٹ ہے ہمارے سامنے، وہ یہی ہے۔ وہ ڈسکشن کیا ہے؟</w:t>
      </w:r>
    </w:p>
    <w:p>
      <w:r>
        <w:rPr>
          <w:b/>
        </w:rPr>
        <w:t xml:space="preserve">[39:42] </w:t>
      </w:r>
      <w:r>
        <w:t>woh hai</w:t>
      </w:r>
    </w:p>
    <w:p>
      <w:pPr>
        <w:jc w:val="right"/>
      </w:pPr>
      <w:r>
        <w:t>وہ ہے</w:t>
      </w:r>
    </w:p>
    <w:p>
      <w:r>
        <w:rPr>
          <w:b/>
        </w:rPr>
        <w:t xml:space="preserve">[39:46] </w:t>
      </w:r>
      <w:r>
        <w:t>revelation versus reason.</w:t>
      </w:r>
    </w:p>
    <w:p>
      <w:pPr>
        <w:jc w:val="right"/>
      </w:pPr>
      <w:r>
        <w:t>ریولیشن ورسز ریزن۔</w:t>
      </w:r>
    </w:p>
    <w:p>
      <w:r>
        <w:rPr>
          <w:b/>
        </w:rPr>
        <w:t xml:space="preserve">[39:51] </w:t>
      </w:r>
      <w:r>
        <w:t>rezn and revelation. yeh behas aaj se nahi chal rahi hai, yeh hazaron saal se chal rahi hai.</w:t>
      </w:r>
    </w:p>
    <w:p>
      <w:pPr>
        <w:jc w:val="right"/>
      </w:pPr>
      <w:r>
        <w:t>ریزن اینڈ ریولیشن۔ یہ بحث آج سے نہیں چل رہی ہے، یہ ہزاروں سال سے چل رہی ہے۔</w:t>
      </w:r>
    </w:p>
    <w:p>
      <w:r>
        <w:rPr>
          <w:b/>
        </w:rPr>
        <w:t xml:space="preserve">[40:01] </w:t>
      </w:r>
      <w:r>
        <w:t>different words mein, different language mein, lekin jo jo crux hai, is ke lehaz se yeh hazaron saal se chal rahi hai.</w:t>
      </w:r>
    </w:p>
    <w:p>
      <w:pPr>
        <w:jc w:val="right"/>
      </w:pPr>
      <w:r>
        <w:t>ڈفرنٹ ورڈز میں، ڈفرنٹ لینگویج میں، لیکن جو جو کرکس ہے، اس کے لحاظ سے یہ ہزاروں سال سے چل رہی ہے۔</w:t>
      </w:r>
    </w:p>
    <w:p>
      <w:r>
        <w:rPr>
          <w:b/>
        </w:rPr>
        <w:t xml:space="preserve">[40:12] </w:t>
      </w:r>
      <w:r>
        <w:t>yani is ka matlab kya hai? ke hamein dunya mein jeene ke liye ilm chahiye.</w:t>
      </w:r>
    </w:p>
    <w:p>
      <w:pPr>
        <w:jc w:val="right"/>
      </w:pPr>
      <w:r>
        <w:t>یعنی اس کا مطلب کیا ہے؟ کہ ہمیں دنیا میں جینے کے لیے علم چاہیے۔</w:t>
      </w:r>
    </w:p>
    <w:p>
      <w:r>
        <w:rPr>
          <w:b/>
        </w:rPr>
        <w:t xml:space="preserve">[40:24] </w:t>
      </w:r>
      <w:r>
        <w:t>ilm ke baghair aap dunya mein jee nahi sakte.</w:t>
      </w:r>
    </w:p>
    <w:p>
      <w:pPr>
        <w:jc w:val="right"/>
      </w:pPr>
      <w:r>
        <w:t>علم کے بغیر آپ دنیا میں جی نہیں سکتے۔</w:t>
      </w:r>
    </w:p>
    <w:p>
      <w:r>
        <w:rPr>
          <w:b/>
        </w:rPr>
        <w:t xml:space="preserve">[40:30] </w:t>
      </w:r>
      <w:r>
        <w:t>to ilm ka source kya hai?</w:t>
      </w:r>
    </w:p>
    <w:p>
      <w:pPr>
        <w:jc w:val="right"/>
      </w:pPr>
      <w:r>
        <w:t>تو علم کا سورس کیا ہے؟</w:t>
      </w:r>
    </w:p>
    <w:p>
      <w:r>
        <w:rPr>
          <w:b/>
        </w:rPr>
        <w:t xml:space="preserve">[40:35] </w:t>
      </w:r>
      <w:r>
        <w:t>kahan se ilm hasil karein?</w:t>
      </w:r>
    </w:p>
    <w:p>
      <w:pPr>
        <w:jc w:val="right"/>
      </w:pPr>
      <w:r>
        <w:t>کہاں سے علم حاصل کریں؟</w:t>
      </w:r>
    </w:p>
    <w:p>
      <w:r>
        <w:rPr>
          <w:b/>
        </w:rPr>
        <w:t xml:space="preserve">[40:40] </w:t>
      </w:r>
      <w:r>
        <w:t>to pehle zamane mein jab ke prophet aate the dunya mein, to dunya ke samne ilm ka ek source aya, woh revelation yani wahi.</w:t>
      </w:r>
    </w:p>
    <w:p>
      <w:pPr>
        <w:jc w:val="right"/>
      </w:pPr>
      <w:r>
        <w:t>تو پہلے زمانے میں جب کہ پرافٹ آتے تھے دنیا میں، تو دنیا کے سامنے علم کا ایک سورس آیا، وہ ریولیشن یعنی وحی۔</w:t>
      </w:r>
    </w:p>
    <w:p>
      <w:r>
        <w:rPr>
          <w:b/>
        </w:rPr>
        <w:t xml:space="preserve">[40:56] </w:t>
      </w:r>
      <w:r>
        <w:t>bohat dinon tak yahi chalta raha.</w:t>
      </w:r>
    </w:p>
    <w:p>
      <w:pPr>
        <w:jc w:val="right"/>
      </w:pPr>
      <w:r>
        <w:t>بہت دنوں تک یہی چلتا رہا۔</w:t>
      </w:r>
    </w:p>
    <w:p>
      <w:r>
        <w:rPr>
          <w:b/>
        </w:rPr>
        <w:t xml:space="preserve">[41:01] </w:t>
      </w:r>
      <w:r>
        <w:t>phir baad ke zamane mein aisa hua, khas tor par rensa ke baad, zyada zor shor ke sath. pehle bhi tha yeh. greek philosophers bhi yeh kehte the ke rensa ke baad to bohat zyada zor barh gaya is baat ka ke rezn jo hai, wahi kafi hai hamare liye.</w:t>
      </w:r>
    </w:p>
    <w:p>
      <w:pPr>
        <w:jc w:val="right"/>
      </w:pPr>
      <w:r>
        <w:t>پھر بعد کے زمانے میں ایسا ہوا، خاص طور پر رینسا کے بعد، زیادہ زور شور کے ساتھ۔ پہلے بھی تھا یہ۔ گریک فلاسفرز بھی یہ کہتے تھے کہ رینسا کے بعد تو بہت زیادہ زور بڑھ گیا اس بات کا کہ ریزن جو ہے، وہی کافی ہے ہمارے لیے۔</w:t>
      </w:r>
    </w:p>
    <w:p>
      <w:r>
        <w:rPr>
          <w:b/>
        </w:rPr>
        <w:t xml:space="preserve">[41:21] </w:t>
      </w:r>
      <w:r>
        <w:t>yani reveal knowledge ki zaroorat nahi hai hamein dunya mein zinda rehne ke liye.</w:t>
      </w:r>
    </w:p>
    <w:p>
      <w:pPr>
        <w:jc w:val="right"/>
      </w:pPr>
      <w:r>
        <w:t>یعنی ریویل نالج کی ضرورت نہیں ہے ہمیں دنیا میں زندہ رہنے کے لیے۔</w:t>
      </w:r>
    </w:p>
    <w:p>
      <w:r>
        <w:rPr>
          <w:b/>
        </w:rPr>
        <w:t xml:space="preserve">[41:28] </w:t>
      </w:r>
      <w:r>
        <w:t>apni rezn se jo hum jankari lenge, wahi kafi hai hamein dunya mein zinda rehne ke liye. to yeh do behasein bohat dinon se chal rahi hain.</w:t>
      </w:r>
    </w:p>
    <w:p>
      <w:pPr>
        <w:jc w:val="right"/>
      </w:pPr>
      <w:r>
        <w:t>اپنی ریزن سے جو ہم جانکاری لیں گے، وہی کافی ہے ہمیں دنیا میں زندہ رہنے کے لیے۔ تو یہ دو بحثیں بہت دنوں سے چل رہی ہیں۔</w:t>
      </w:r>
    </w:p>
    <w:p>
      <w:r>
        <w:rPr>
          <w:b/>
        </w:rPr>
        <w:t xml:space="preserve">[41:39] </w:t>
      </w:r>
      <w:r>
        <w:t>yahan mein aap ko ek bohat hi, yani bohat hi relevant hadith sunana chahunga jis se poori baat clear hoti hai.</w:t>
      </w:r>
    </w:p>
    <w:p>
      <w:pPr>
        <w:jc w:val="right"/>
      </w:pPr>
      <w:r>
        <w:t>یہاں میں آپ کو ایک بہت ہی، یعنی بہت ہی ریلیونٹ حدیث سنانا چاہوں گا جس سے پوری بات کلیئر ہوتی ہے۔</w:t>
      </w:r>
    </w:p>
    <w:p>
      <w:r>
        <w:rPr>
          <w:b/>
        </w:rPr>
        <w:t xml:space="preserve">[41:54] </w:t>
      </w:r>
      <w:r>
        <w:t>dekhiye, prophet of Islam salallahu alaihi wasallam makkah mein paida hue.</w:t>
      </w:r>
    </w:p>
    <w:p>
      <w:pPr>
        <w:jc w:val="right"/>
      </w:pPr>
      <w:r>
        <w:t>دیکھیے، پرافٹ آف اسلام صلی اللہ علیہ وسلم مکہ میں پیدا ہوئے۔</w:t>
      </w:r>
    </w:p>
    <w:p>
      <w:r>
        <w:rPr>
          <w:b/>
        </w:rPr>
        <w:t xml:space="preserve">[42:06] </w:t>
      </w:r>
      <w:r>
        <w:t>aap jante hain ke 570 eesvi mein aap paida hue makkah mein, aur 610 eesvi mein aap par</w:t>
      </w:r>
    </w:p>
    <w:p>
      <w:pPr>
        <w:jc w:val="right"/>
      </w:pPr>
      <w:r>
        <w:t>آپ جانتے ہیں کہ 570 عیسوی میں آپ پیدا ہوئے مکہ میں، اور 610 عیسوی میں آپ پر</w:t>
      </w:r>
    </w:p>
    <w:p>
      <w:r>
        <w:rPr>
          <w:b/>
        </w:rPr>
        <w:t xml:space="preserve">[42:21] </w:t>
      </w:r>
      <w:r>
        <w:t>aap ke pas angel aya aur us ne aap ko wahi pohanchai jis ko hum kehte hain revelation.</w:t>
      </w:r>
    </w:p>
    <w:p>
      <w:pPr>
        <w:jc w:val="right"/>
      </w:pPr>
      <w:r>
        <w:t>آپ کے پاس اینجل آیا اور اس نے آپ کو وحی پہنچائی جس کو ہم کہتے ہیں ریولیشن۔</w:t>
      </w:r>
    </w:p>
    <w:p>
      <w:r>
        <w:rPr>
          <w:b/>
        </w:rPr>
        <w:t xml:space="preserve">[42:30] </w:t>
      </w:r>
      <w:r>
        <w:t>to prophet of Islam 13 saal tak makkah mein the, is ke baad woh gaye madinah mein. yeh ek yeh waqia aap bohat hi important hai hamari is behas ke silsile mein.</w:t>
      </w:r>
    </w:p>
    <w:p>
      <w:pPr>
        <w:jc w:val="right"/>
      </w:pPr>
      <w:r>
        <w:t>تو پرافٹ آف اسلام 13 سال تک مکہ میں تھے، اس کے بعد وہ گئے مدینہ میں۔ یہ ایک یہ واقعہ آپ بہت ہی امپورٹنٹ ہے ہماری اس بحث کے سلسلے میں۔</w:t>
      </w:r>
    </w:p>
    <w:p>
      <w:r>
        <w:rPr>
          <w:b/>
        </w:rPr>
        <w:t xml:space="preserve">[42:48] </w:t>
      </w:r>
      <w:r>
        <w:t>makkah ek desert ka ilaka tha is zamane mein. wahan na koi agriculture tha, na horticulture, kuch bhi nahi.</w:t>
      </w:r>
    </w:p>
    <w:p>
      <w:pPr>
        <w:jc w:val="right"/>
      </w:pPr>
      <w:r>
        <w:t>مکہ ایک ڈیزرٹ کا علاقہ تھا اس زمانے میں۔ وہاں نہ کوئی ایگریکلچر تھا، نہ ہارٹیکلچر، کچھ بھی نہیں۔</w:t>
      </w:r>
    </w:p>
    <w:p>
      <w:r>
        <w:rPr>
          <w:b/>
        </w:rPr>
        <w:t xml:space="preserve">[43:03] </w:t>
      </w:r>
      <w:r>
        <w:t>pani ka ek hi zariya tha, woh tha zamzam ka kuwan. bas na barish, aur na nahar, na nadi, na samandar.</w:t>
      </w:r>
    </w:p>
    <w:p>
      <w:pPr>
        <w:jc w:val="right"/>
      </w:pPr>
      <w:r>
        <w:t>پانی کا ایک ہی ذریعہ تھا، وہ تھا زم زم کا کنواں۔ بس نہ بارش، اور نہ نہر، نہ ندی، نہ سمندر۔</w:t>
      </w:r>
    </w:p>
    <w:p>
      <w:r>
        <w:rPr>
          <w:b/>
        </w:rPr>
        <w:t xml:space="preserve">[43:16] </w:t>
      </w:r>
      <w:r>
        <w:t>lekin madine mein aisa nahi tha. madine mein pani kafi maujood tha nahi. wahan chashme hua karte the, chashme aur kuwan.</w:t>
      </w:r>
    </w:p>
    <w:p>
      <w:pPr>
        <w:jc w:val="right"/>
      </w:pPr>
      <w:r>
        <w:t>لیکن مدینے میں ایسا نہیں تھا۔ مدینے میں پانی کافی موجود تھا نہیں۔ وہاں چشمے ہوا کرتے تھے، چشمے اور کنواں۔</w:t>
      </w:r>
    </w:p>
    <w:p>
      <w:r>
        <w:rPr>
          <w:b/>
        </w:rPr>
        <w:t xml:space="preserve">[43:27] </w:t>
      </w:r>
      <w:r>
        <w:t>to wahan par agriculture aur horticulture tha.</w:t>
      </w:r>
    </w:p>
    <w:p>
      <w:pPr>
        <w:jc w:val="right"/>
      </w:pPr>
      <w:r>
        <w:t>تو وہاں پر ایگریکلچر اور ہارٹیکلچر تھا۔</w:t>
      </w:r>
    </w:p>
    <w:p>
      <w:r>
        <w:rPr>
          <w:b/>
        </w:rPr>
        <w:t xml:space="preserve">[43:31] </w:t>
      </w:r>
      <w:r>
        <w:t>to ek bar aisa hua, horticulture mein khas tor par wahan hua karta tha khajoor. khajoor ke garden.</w:t>
      </w:r>
    </w:p>
    <w:p>
      <w:pPr>
        <w:jc w:val="right"/>
      </w:pPr>
      <w:r>
        <w:t>تو ایک بار ایسا ہوا، ہارٹیکلچر میں خاص طور پر وہاں ہوا کرتا تھا کھجور۔ کھجور کے گارڈن۔</w:t>
      </w:r>
    </w:p>
    <w:p>
      <w:r>
        <w:rPr>
          <w:b/>
        </w:rPr>
        <w:t xml:space="preserve">[43:45] </w:t>
      </w:r>
      <w:r>
        <w:t>to aap jante hain ke podon mein ya pedon mein ek cheez hoti hai, us ko kehte hain pollination.</w:t>
      </w:r>
    </w:p>
    <w:p>
      <w:pPr>
        <w:jc w:val="right"/>
      </w:pPr>
      <w:r>
        <w:t>تو آپ جانتے ہیں کہ پودوں میں یا پیڑوں میں ایک چیز ہوتی ہے، اس کو کہتے ہیں پولینیشن۔</w:t>
      </w:r>
    </w:p>
    <w:p>
      <w:r>
        <w:rPr>
          <w:b/>
        </w:rPr>
        <w:t xml:space="preserve">[43:56] </w:t>
      </w:r>
      <w:r>
        <w:t>pollination. pollination ke baghair podon mein phal nahi ate, pedon mein phal nahi ate. ya ate hain to bohat kam ate hain.</w:t>
      </w:r>
    </w:p>
    <w:p>
      <w:pPr>
        <w:jc w:val="right"/>
      </w:pPr>
      <w:r>
        <w:t>پولینیشن۔ پولینیشن کے بغیر پودوں میں پھل نہیں آتے، پیڑوں میں پھل نہیں آتے۔ یا آتے ہیں تو بہت کم آتے ہیں۔</w:t>
      </w:r>
    </w:p>
    <w:p>
      <w:r>
        <w:rPr>
          <w:b/>
        </w:rPr>
        <w:t xml:space="preserve">[44:08] </w:t>
      </w:r>
      <w:r>
        <w:t>to wahan par pollination ka tareeqa artificial tareeqa tha, yani hath se karte the woh. to yeh lambi detail hai, mein is detail mein jaunga to lambi baat shayad ho jaye.</w:t>
      </w:r>
    </w:p>
    <w:p>
      <w:pPr>
        <w:jc w:val="right"/>
      </w:pPr>
      <w:r>
        <w:t>تو وہاں پر پولینیشن کا طریقہ آرٹیفیشل طریقہ تھا، یعنی ہاتھ سے کرتے تھے وہ۔ تو یہ لمبی ڈیٹیل ہے، میں اس ڈیٹیل میں جاؤں گا تو لمبی بات شاید ہو جائے۔</w:t>
      </w:r>
    </w:p>
    <w:p>
      <w:r>
        <w:rPr>
          <w:b/>
        </w:rPr>
        <w:t xml:space="preserve">[44:23] </w:t>
      </w:r>
      <w:r>
        <w:t>to behal aap ne aisa kuch impression diya ke is ko mat karo. aap ne "lula la ilam taf'alu" aisa kuch kaha aap ne.</w:t>
      </w:r>
    </w:p>
    <w:p>
      <w:pPr>
        <w:jc w:val="right"/>
      </w:pPr>
      <w:r>
        <w:t>تو بہرحال آپ نے ایسا کچھ امپریشن دیا کہ اس کو مت کرو۔ آپ نے "لولا لعلم تفعالو" ایسا کچھ کہا آپ نے۔</w:t>
      </w:r>
    </w:p>
    <w:p>
      <w:r>
        <w:rPr>
          <w:b/>
        </w:rPr>
        <w:t xml:space="preserve">[44:36] </w:t>
      </w:r>
      <w:r>
        <w:t>"lola la ilm taf'alo". to logon ne yeh samjha ke prophet mana kar rahe hain pollination ka, jo artificial pollination ka jo tareeqa tha, us se.</w:t>
      </w:r>
    </w:p>
    <w:p>
      <w:pPr>
        <w:jc w:val="right"/>
      </w:pPr>
      <w:r>
        <w:t>"لولا لعلم تفعالو"۔ تو لوگوں نے یہ سمجھا کہ پرافٹ منع کر رہے ہیں پولینیشن کا، جو آرٹیفیشل پولینیشن کا جو طریقہ تھا، اس سے۔</w:t>
      </w:r>
    </w:p>
    <w:p>
      <w:r>
        <w:rPr>
          <w:b/>
        </w:rPr>
        <w:t xml:space="preserve">[44:49] </w:t>
      </w:r>
      <w:r>
        <w:t>to logon ne nahi kiya.</w:t>
      </w:r>
    </w:p>
    <w:p>
      <w:pPr>
        <w:jc w:val="right"/>
      </w:pPr>
      <w:r>
        <w:t>تو لوگوں نے نہیں کیا۔</w:t>
      </w:r>
    </w:p>
    <w:p>
      <w:r>
        <w:rPr>
          <w:b/>
        </w:rPr>
        <w:t xml:space="preserve">[44:52] </w:t>
      </w:r>
      <w:r>
        <w:t>agle saal kya hua ke harvest kam hui, yani fasal kam hui. to aap ne poocha ke is saal khajoor ki fasal kam kyun hui?</w:t>
      </w:r>
    </w:p>
    <w:p>
      <w:pPr>
        <w:jc w:val="right"/>
      </w:pPr>
      <w:r>
        <w:t>اگلے سال کیا ہوا کہ ہارویسٹ کم ہوئی، یعنی فصل کم ہوئی۔ تو آپ نے پوچھا کہ اس سال کھجور کی فصل کم کیوں ہوئی؟</w:t>
      </w:r>
    </w:p>
    <w:p>
      <w:r>
        <w:rPr>
          <w:b/>
        </w:rPr>
        <w:t xml:space="preserve">[45:05] </w:t>
      </w:r>
      <w:r>
        <w:t>kafi kam. to logon ne kaha ke wahi jo hum karte thay, us ko arabi mein kehte hain ta'beer-e-nakhal.</w:t>
      </w:r>
    </w:p>
    <w:p>
      <w:pPr>
        <w:jc w:val="right"/>
      </w:pPr>
      <w:r>
        <w:t>کافی کم۔ تو لوگوں نے کہا کہ وہی جو ہم کرتے تھے، اس کو عربی میں کہتے ہیں تعبیر نخل۔</w:t>
      </w:r>
    </w:p>
    <w:p>
      <w:r>
        <w:rPr>
          <w:b/>
        </w:rPr>
        <w:t xml:space="preserve">[45:16] </w:t>
      </w:r>
      <w:r>
        <w:t>ta'beer-e-nakhal. english mein kehte hain pollination.</w:t>
      </w:r>
    </w:p>
    <w:p>
      <w:pPr>
        <w:jc w:val="right"/>
      </w:pPr>
      <w:r>
        <w:t>تعبیر نخل۔ انگلش میں کہتے ہیں پولینیشن۔</w:t>
      </w:r>
    </w:p>
    <w:p>
      <w:r>
        <w:rPr>
          <w:b/>
        </w:rPr>
        <w:t xml:space="preserve">[45:21] </w:t>
      </w:r>
      <w:r>
        <w:t>to hum ne, hum jo ta'beer-e-nakhal ka karte thay har saal, us se aap ne rokk diya. isi se to fasal hoti hai.</w:t>
      </w:r>
    </w:p>
    <w:p>
      <w:pPr>
        <w:jc w:val="right"/>
      </w:pPr>
      <w:r>
        <w:t>تو ہم نے، ہم جو تعبیر نخل کا کرتے تھے ہر سال، اس سے آپ نے روک دیا۔ اسی سے تو فصل ہوتی ہے۔</w:t>
      </w:r>
    </w:p>
    <w:p>
      <w:r>
        <w:rPr>
          <w:b/>
        </w:rPr>
        <w:t xml:space="preserve">[45:33] </w:t>
      </w:r>
      <w:r>
        <w:t>to aap ne kaha yeh bohat hi, yani mein samajhta hoon ke yeh human history mein pehli baar shayad yeh baat kahi gayi.</w:t>
      </w:r>
    </w:p>
    <w:p>
      <w:pPr>
        <w:jc w:val="right"/>
      </w:pPr>
      <w:r>
        <w:t>تو آپ نے کہا یہ بہت ہی، یعنی میں سمجھتا ہوں کہ یہ ہیومن ہسٹری میں پہلی بار شاید یہ بات کہی گئی۔</w:t>
      </w:r>
    </w:p>
    <w:p>
      <w:r>
        <w:rPr>
          <w:b/>
        </w:rPr>
        <w:t xml:space="preserve">[45:44] </w:t>
      </w:r>
      <w:r>
        <w:t>aap ne kaha ke jo kuch tum kar rahe thay, woh karo. yani jo artificial pollination tum karte thay ya ta'beer-e-nakhal karte thay, us ko karo jaisa karte aa rahe thay.</w:t>
      </w:r>
    </w:p>
    <w:p>
      <w:pPr>
        <w:jc w:val="right"/>
      </w:pPr>
      <w:r>
        <w:t>آپ نے کہا کہ جو کچھ تم کر رہے تھے، وہ کرو۔ یعنی جو آرٹیفیشل پولینیشن تم کرتے تھے یا تعبیر نخل کرتے تھے، اس کو کرو جیسا کرتے آ رہے تھے۔</w:t>
      </w:r>
    </w:p>
    <w:p>
      <w:r>
        <w:rPr>
          <w:b/>
        </w:rPr>
        <w:t xml:space="preserve">[45:59] </w:t>
      </w:r>
      <w:r>
        <w:t>kyun? "innakum 'aalimun bi amri dunyakum, antum 'aalimun bi amri dunyakum".</w:t>
      </w:r>
    </w:p>
    <w:p>
      <w:pPr>
        <w:jc w:val="right"/>
      </w:pPr>
      <w:r>
        <w:t>کیوں؟ "إنكم عالم بأمر دنیاكم، أنتم عالم بأمر دنیاكم"۔</w:t>
      </w:r>
    </w:p>
    <w:p>
      <w:r>
        <w:rPr>
          <w:b/>
        </w:rPr>
        <w:t xml:space="preserve">[46:13] </w:t>
      </w:r>
      <w:r>
        <w:t>tum apni dunya ke mamle mein zyada jante ho. "antum 'aalimun bi amri dunyakum".</w:t>
      </w:r>
    </w:p>
    <w:p>
      <w:pPr>
        <w:jc w:val="right"/>
      </w:pPr>
      <w:r>
        <w:t>تم اپنی دنیا کے معاملے میں زیادہ جانتے ہو۔ "أنتم عالم بأمر دنیاكم"۔</w:t>
      </w:r>
    </w:p>
    <w:p>
      <w:r>
        <w:rPr>
          <w:b/>
        </w:rPr>
        <w:t xml:space="preserve">[46:24] </w:t>
      </w:r>
      <w:r>
        <w:t>yani worldly affairs mein tum zyada jante ho. yeh ek bohat hi revolutionary baat thi.</w:t>
      </w:r>
    </w:p>
    <w:p>
      <w:pPr>
        <w:jc w:val="right"/>
      </w:pPr>
      <w:r>
        <w:t>یعنی ورلڈلی افیئرز میں تم زیادہ جانتے ہو۔ یہ ایک بہت ہی ریولیوشنری بات تھی۔</w:t>
      </w:r>
    </w:p>
    <w:p>
      <w:r>
        <w:rPr>
          <w:b/>
        </w:rPr>
        <w:t xml:space="preserve">[46:34] </w:t>
      </w:r>
      <w:r>
        <w:t>yahan aap ne yeh bataya ke Khuda ki jo revelation aati hai, Khuda ki jo wahi aati hai, woh kis liye aati hai?</w:t>
      </w:r>
    </w:p>
    <w:p>
      <w:pPr>
        <w:jc w:val="right"/>
      </w:pPr>
      <w:r>
        <w:t>یہاں آپ نے یہ بتایا کہ خدا کی جو ریولیشن آتی ہے، خدا کی جو وحی آتی ہے، وہ کس لیے آتی ہے؟</w:t>
      </w:r>
    </w:p>
    <w:p>
      <w:r>
        <w:rPr>
          <w:b/>
        </w:rPr>
        <w:t xml:space="preserve">[46:51] </w:t>
      </w:r>
      <w:r>
        <w:t>yani Khuda ki wahi ya revelation jo aati hai, us liye nahi aati ke woh aap ko horticulture bataye aur agriculture bataye, irrigation bataye.</w:t>
      </w:r>
    </w:p>
    <w:p>
      <w:pPr>
        <w:jc w:val="right"/>
      </w:pPr>
      <w:r>
        <w:t>یعنی خدا کی وحی یا ریولیشن جو آتی ہے، اس لیے نہیں آتی کہ وہ آپ کو ہارٹیکلچر بتائے اور ایگریکلچر بتائے، ایریگیشن بتائے۔</w:t>
      </w:r>
    </w:p>
    <w:p>
      <w:r>
        <w:rPr>
          <w:b/>
        </w:rPr>
        <w:t xml:space="preserve">[47:02] </w:t>
      </w:r>
      <w:r>
        <w:t>aaj kal kuch log yeh nadani kar rahe hain, aisi kitabein chhaap rahe hain jis mein yeh sabit karne ki koshish hoti hai ke Quran mein sari dunya ke sciences maujood hain.</w:t>
      </w:r>
    </w:p>
    <w:p>
      <w:pPr>
        <w:jc w:val="right"/>
      </w:pPr>
      <w:r>
        <w:t>آج کل کچھ لوگ یہ نادانی کر رہے ہیں، ایسی کتابیں چھاپ رہے ہیں جس میں یہ ثابت کرنے کی کوشش ہوتی ہے کہ قرآن میں ساری دنیا کے سائنسز موجود ہیں۔</w:t>
      </w:r>
    </w:p>
    <w:p>
      <w:r>
        <w:rPr>
          <w:b/>
        </w:rPr>
        <w:t xml:space="preserve">[47:14] </w:t>
      </w:r>
      <w:r>
        <w:t>mein is ko bilkul, yani bewakoofi ki baat samajhta hoon. bewakoofi ki baat samajhta hoon. aur kuch log in kitabon ko khoob padh padh ke khush bhi hote hain.</w:t>
      </w:r>
    </w:p>
    <w:p>
      <w:pPr>
        <w:jc w:val="right"/>
      </w:pPr>
      <w:r>
        <w:t>میں اس کو بالکل، یعنی بیوقوفی کی بات سمجھتا ہوں۔ بیوقوفی کی بات سمجھتا ہوں۔ اور کچھ لوگ ان کتابوں کو خوب پڑھ پڑھ کے خوش بھی ہوتے ہیں۔</w:t>
      </w:r>
    </w:p>
    <w:p>
      <w:r>
        <w:rPr>
          <w:b/>
        </w:rPr>
        <w:t xml:space="preserve">[47:25] </w:t>
      </w:r>
      <w:r>
        <w:t>lekin mein aap ko bataoon ke aisi kitabein har zaban mein chhap rahi hain.</w:t>
      </w:r>
    </w:p>
    <w:p>
      <w:pPr>
        <w:jc w:val="right"/>
      </w:pPr>
      <w:r>
        <w:t>لیکن میں آپ کو بتاؤں کہ ایسی کتابیں ہر زبان میں چھپ رہی ہیں۔</w:t>
      </w:r>
    </w:p>
    <w:p>
      <w:r>
        <w:rPr>
          <w:b/>
        </w:rPr>
        <w:t xml:space="preserve">[47:28] </w:t>
      </w:r>
      <w:r>
        <w:t>hindu log sabit kar rahe hain ke Vedon mein sab kuch hai. Christian bata rahe hain ke Bible mein sab kuch hai. Yahudi bata rahe hain ke hamare Talmud mein sab kuch hai.</w:t>
      </w:r>
    </w:p>
    <w:p>
      <w:pPr>
        <w:jc w:val="right"/>
      </w:pPr>
      <w:r>
        <w:t>ہندو لوگ ثابت کر رہے ہیں کہ ویدوں میں سب کچھ ہے۔ کرسچن بتا رہے ہیں کہ بائبل میں سب کچھ ہے۔ یہودی بتا رہے ہیں کہ ہمارے تلمود میں سب کچھ ہے۔</w:t>
      </w:r>
    </w:p>
    <w:p>
      <w:r>
        <w:rPr>
          <w:b/>
        </w:rPr>
        <w:t xml:space="preserve">[47:39] </w:t>
      </w:r>
      <w:r>
        <w:t>yeh bilkul stupid kaam hai, bewakoofi ka kaam yeh hai. dekhiye, is hadith mein yeh baat nikalti hai ke dunya ke mamlaat jo hain, woh scientific research se tay honge.</w:t>
      </w:r>
    </w:p>
    <w:p>
      <w:pPr>
        <w:jc w:val="right"/>
      </w:pPr>
      <w:r>
        <w:t>یہ بالکل اسٹیپڈ کام ہے، بیوقوفی کا کام یہ ہے۔ دیکھیے، اس حدیث میں یہ بات نکلتی ہے کہ دنیا کے معاملات جو ہیں، وہ سائنٹیفک ریسرچ سے طے ہوں گے۔</w:t>
      </w:r>
    </w:p>
    <w:p>
      <w:r>
        <w:rPr>
          <w:b/>
        </w:rPr>
        <w:t xml:space="preserve">[47:59] </w:t>
      </w:r>
      <w:r>
        <w:t>scientific research, yani insaan ki tehqeeq se jo baat niklegi, usi ko mana jayega.</w:t>
      </w:r>
    </w:p>
    <w:p>
      <w:pPr>
        <w:jc w:val="right"/>
      </w:pPr>
      <w:r>
        <w:t>سائنٹیفک ریسرچ، یعنی انسان کی تحقیق سے جو بات نکلے گی، اسی کو مانا جائے گا۔</w:t>
      </w:r>
    </w:p>
    <w:p>
      <w:r>
        <w:rPr>
          <w:b/>
        </w:rPr>
        <w:t xml:space="preserve">[48:10] </w:t>
      </w:r>
      <w:r>
        <w:t>aur jahan tak</w:t>
      </w:r>
    </w:p>
    <w:p>
      <w:pPr>
        <w:jc w:val="right"/>
      </w:pPr>
      <w:r>
        <w:t>اور جہاں تک</w:t>
      </w:r>
    </w:p>
    <w:p>
      <w:r>
        <w:rPr>
          <w:b/>
        </w:rPr>
        <w:t xml:space="preserve">[48:15] </w:t>
      </w:r>
      <w:r>
        <w:t>in seen world ki baat hai, yeh ghayb ki baat hai, ya zindagi ke jo zyada, zindagi ke woh jo haqiqatein hain jin se asar padta hai post death period ke upar,</w:t>
      </w:r>
    </w:p>
    <w:p>
      <w:pPr>
        <w:jc w:val="right"/>
      </w:pPr>
      <w:r>
        <w:t>ان سین ورلڈ کی بات ہے، یہ غیب کی بات ہے، یا زندگی کے جو زیادہ، زندگی کے وہ جو حقیقتیں ہیں جن سے اثر پڑتا ہے پوسٹ ڈیتھ پیریڈ کے اوپر،</w:t>
      </w:r>
    </w:p>
    <w:p>
      <w:r>
        <w:rPr>
          <w:b/>
        </w:rPr>
        <w:t xml:space="preserve">[48:30] </w:t>
      </w:r>
      <w:r>
        <w:t>woh tum ko wahi se janna padega, janna chahiye.</w:t>
      </w:r>
    </w:p>
    <w:p>
      <w:pPr>
        <w:jc w:val="right"/>
      </w:pPr>
      <w:r>
        <w:t>وہ تم کو وحی سے جاننا پڑے گا، جاننا چاہیے۔</w:t>
      </w:r>
    </w:p>
    <w:p>
      <w:r>
        <w:rPr>
          <w:b/>
        </w:rPr>
        <w:t xml:space="preserve">[48:35] </w:t>
      </w:r>
      <w:r>
        <w:t>to is tarah se aap ne mazhab ko, science ko, ke dayre ko alag alag kar diya.</w:t>
      </w:r>
    </w:p>
    <w:p>
      <w:pPr>
        <w:jc w:val="right"/>
      </w:pPr>
      <w:r>
        <w:t>تو اس طرح سے آپ نے مذہب کو، سائنس کو، کے دائرے کو الگ الگ کر دیا۔</w:t>
      </w:r>
    </w:p>
    <w:p>
      <w:r>
        <w:rPr>
          <w:b/>
        </w:rPr>
        <w:t xml:space="preserve">[48:45] </w:t>
      </w:r>
      <w:r>
        <w:t>aur yeh bohat hi zyada, yani inqilabi kaam tha. lekin dekhiye, yeh alahdagi partial sense mein thi, wahi mein kehna chahta hoon.</w:t>
      </w:r>
    </w:p>
    <w:p>
      <w:pPr>
        <w:jc w:val="right"/>
      </w:pPr>
      <w:r>
        <w:t>اور یہ بہت ہی زیادہ، یعنی انقلابی کام تھا۔ لیکن دیکھیے، یہ علیحدگی پارشل سینس میں تھی، وہی میں کہنا چاہتا ہوں۔</w:t>
      </w:r>
    </w:p>
    <w:p>
      <w:r>
        <w:rPr>
          <w:b/>
        </w:rPr>
        <w:t xml:space="preserve">[48:56] </w:t>
      </w:r>
      <w:r>
        <w:t>yeh absolute sense mein nahi thi, yeh alahdagi. is liye ke dunyavi mamlaat mein bhi insaan ko zaroorat padti hai usi method ki, jis method ko apply kiya jata hai spiritual mamlaat mein ya revelation ke mamlaat mein.</w:t>
      </w:r>
    </w:p>
    <w:p>
      <w:pPr>
        <w:jc w:val="right"/>
      </w:pPr>
      <w:r>
        <w:t>یہ ایبسولیوٹ سینس میں نہیں تھی، یہ علیحدگی۔ اس لیے کہ دنیاوی معاملات میں بھی انسان کو ضرورت پڑتی ہے اسی میتھڈ کی، جس میتھڈ کو اپلائی کیا جاتا ہے اسپریچول معاملات میں یا ریولیشن کے معاملات میں۔</w:t>
      </w:r>
    </w:p>
    <w:p>
      <w:r>
        <w:rPr>
          <w:b/>
        </w:rPr>
        <w:t xml:space="preserve">[49:16] </w:t>
      </w:r>
      <w:r>
        <w:t>woh kya? keh aap ko yeh janna hai keh kya sachai hai. mislan zameen jo hai, ghoomti hai suraj ke gird ya suraj gherata hai zameen ke gird.</w:t>
      </w:r>
    </w:p>
    <w:p>
      <w:pPr>
        <w:jc w:val="right"/>
      </w:pPr>
      <w:r>
        <w:t>وہ کیا؟ کہ آپ کو یہ جاننا ہے کہ کیا سچائی ہے۔ مثلاً زمین جو ہے، گھومتی ہے سورج کے گرد یا سورج گھرتا ہے زمین کے گرد۔</w:t>
      </w:r>
    </w:p>
    <w:p>
      <w:r>
        <w:rPr>
          <w:b/>
        </w:rPr>
        <w:t xml:space="preserve">[49:33] </w:t>
      </w:r>
      <w:r>
        <w:t>is baat ko janna hai aap ne.</w:t>
      </w:r>
    </w:p>
    <w:p>
      <w:pPr>
        <w:jc w:val="right"/>
      </w:pPr>
      <w:r>
        <w:t>اس بات کو جاننا ہے آپ نے۔</w:t>
      </w:r>
    </w:p>
    <w:p>
      <w:r>
        <w:rPr>
          <w:b/>
        </w:rPr>
        <w:t xml:space="preserve">[49:35] </w:t>
      </w:r>
      <w:r>
        <w:t>toh aap physical method jo hai, us ko apply karein ge. lekin is ki bhi limitations hain.</w:t>
      </w:r>
    </w:p>
    <w:p>
      <w:pPr>
        <w:jc w:val="right"/>
      </w:pPr>
      <w:r>
        <w:t>تو آپ فزیکل میتھڈ جو ہے، اس کو اپلائی کریں گے۔ لیکن اس کی بھی لیمیٹیشنز ہیں۔</w:t>
      </w:r>
    </w:p>
    <w:p>
      <w:r>
        <w:rPr>
          <w:b/>
        </w:rPr>
        <w:t xml:space="preserve">[49:47] </w:t>
      </w:r>
      <w:r>
        <w:t>detail aur on limitations. hum hamari chounkeh limitations hain, wahan bhi hum sachai ko, yaani physical world mein bhi sachai ko aakhri had tak nahi ja sakein ge.</w:t>
      </w:r>
    </w:p>
    <w:p>
      <w:pPr>
        <w:jc w:val="right"/>
      </w:pPr>
      <w:r>
        <w:t>ڈیٹیل اور اون لیمیٹیشنز۔ ہم ہماری چونکہ لیمیٹیشنز ہیں، وہاں بھی ہم سچائی کو، یعنی فزیکل ورلڈ میں بھی سچائی کو آخری حد تک نہیں جا سکیں گے۔</w:t>
      </w:r>
    </w:p>
    <w:p>
      <w:r>
        <w:rPr>
          <w:b/>
        </w:rPr>
        <w:t xml:space="preserve">[49:57] </w:t>
      </w:r>
      <w:r>
        <w:t>ek had aayegi jahan hum hamara observation khatam ho jayega. hamein inference se kaam lena parega.</w:t>
      </w:r>
    </w:p>
    <w:p>
      <w:pPr>
        <w:jc w:val="right"/>
      </w:pPr>
      <w:r>
        <w:t>ایک حد آئے گی جہاں ہم ہمارا ابزرویشن ختم ہو جائے گا۔ ہمیں انفرنس سے کام لینا پڑے گا۔</w:t>
      </w:r>
    </w:p>
    <w:p>
      <w:r>
        <w:rPr>
          <w:b/>
        </w:rPr>
        <w:t xml:space="preserve">[50:07] </w:t>
      </w:r>
      <w:r>
        <w:t>chouncah zameen ko poora poora, yaani solar system jo hai, woh jis tarah se hum mante hain keh ghoomta hai aur revolve karta hai, gardish karta hai, is poore system ko abhi tak hum ne apni aankh se dekha nahi hai.</w:t>
      </w:r>
    </w:p>
    <w:p>
      <w:pPr>
        <w:jc w:val="right"/>
      </w:pPr>
      <w:r>
        <w:t>چنانچہ زمین کو پورا پورا، یعنی سولر سسٹم جو ہے، وہ جس طرح سے ہم مانتے ہیں کہ گھومتا ہے اور ریوالو کرتا ہے، گردش کرتا ہے، اس پورے سسٹم کو ابھی تک ہم نے اپنی آنکھ سے دیکھا نہیں ہے۔</w:t>
      </w:r>
    </w:p>
    <w:p>
      <w:r>
        <w:rPr>
          <w:b/>
        </w:rPr>
        <w:t xml:space="preserve">[50:22] </w:t>
      </w:r>
      <w:r>
        <w:t>kuch cheezein hamare ilm mein aayi hain jis se inference kar ke hum ne samjha hai keh aisa aisa hai.</w:t>
      </w:r>
    </w:p>
    <w:p>
      <w:pPr>
        <w:jc w:val="right"/>
      </w:pPr>
      <w:r>
        <w:t>کچھ چیزیں ہمارے علم میں آئی ہیں جس سے انفرنس کر کے ہم نے سمجھا ہے کہ ایسا ایسا ہے۔</w:t>
      </w:r>
    </w:p>
    <w:p>
      <w:r>
        <w:rPr>
          <w:b/>
        </w:rPr>
        <w:t xml:space="preserve">[50:30] </w:t>
      </w:r>
      <w:r>
        <w:t>toh wahan bhi aisa hai keh rational approach ya scientific approach jo aap physical world mein apply karte hain, toh wahan bhi ek had tak hi apply hota hai.</w:t>
      </w:r>
    </w:p>
    <w:p>
      <w:pPr>
        <w:jc w:val="right"/>
      </w:pPr>
      <w:r>
        <w:t>تو وہاں بھی ایسا ہے کہ ریشنل اپروچ یا سائنٹیفک اپروچ جو آپ فزیکل ورلڈ میں اپلائی کرتے ہیں، تو وہاں بھی ایک حد تک ہی اپلائی ہوتا ہے۔</w:t>
      </w:r>
    </w:p>
    <w:p>
      <w:r>
        <w:rPr>
          <w:b/>
        </w:rPr>
        <w:t xml:space="preserve">[50:42] </w:t>
      </w:r>
      <w:r>
        <w:t>is ke baad aa jata hai inference ka daira. inference ka matlab hai dekhi hui cheezon ko ki base par kuch aisi cheezon ko manna jo aap ke dekhne mein nahi aa rahi hain.</w:t>
      </w:r>
    </w:p>
    <w:p>
      <w:pPr>
        <w:jc w:val="right"/>
      </w:pPr>
      <w:r>
        <w:t>اس کے بعد آ جاتا ہے انفرنس کا دائرہ۔ انفرنس کا مطلب ہے دیکھی ہوئی چیزوں کو کی بیس پر کچھ ایسی چیزوں کو ماننا جو آپ کے دیکھنے میں نہیں آ رہی ہیں۔</w:t>
      </w:r>
    </w:p>
    <w:p>
      <w:r>
        <w:rPr>
          <w:b/>
        </w:rPr>
        <w:t xml:space="preserve">[51:02] </w:t>
      </w:r>
      <w:r>
        <w:t>jaise keh main aap ko ek misaal doon keh dekhi hui cheez ko ki buniyad par na dekhi hui cheez ko manna ka matlab kya hai. jaise main ek baar gaya samandar ke kinare.</w:t>
      </w:r>
    </w:p>
    <w:p>
      <w:pPr>
        <w:jc w:val="right"/>
      </w:pPr>
      <w:r>
        <w:t>جیسے کہ میں آپ کو ایک مثال دوں کہ دیکھی ہوئی چیز کو کی بنیاد پر نہ دیکھی ہوئی چیز کو ماننے کا مطلب کیا ہے۔ جیسے میں ایک بار گیا سمندر کے کنارے۔</w:t>
      </w:r>
    </w:p>
    <w:p>
      <w:r>
        <w:rPr>
          <w:b/>
        </w:rPr>
        <w:t xml:space="preserve">[51:17] </w:t>
      </w:r>
      <w:r>
        <w:t>toh samandar ke kinare maine dekha, shaam ka waqt tha. abhi suraj dooba nahi tha keh samne door horizon par ek cheez dikhai padi, thori si,</w:t>
      </w:r>
    </w:p>
    <w:p>
      <w:pPr>
        <w:jc w:val="right"/>
      </w:pPr>
      <w:r>
        <w:t>تو سمندر کے کنارے میں نے دیکھا، شام کا وقت تھا۔ ابھی سورج ڈوبا نہیں تھا کہ سامنے دور ہورائزن پر ایک چیز دکھائی پڑی، تھوڑی سی،</w:t>
      </w:r>
    </w:p>
    <w:p>
      <w:r>
        <w:rPr>
          <w:b/>
        </w:rPr>
        <w:t xml:space="preserve">[51:32] </w:t>
      </w:r>
      <w:r>
        <w:t>jaise pencil jaisi. phir woh dheere dheere dheere oopar</w:t>
      </w:r>
    </w:p>
    <w:p>
      <w:pPr>
        <w:jc w:val="right"/>
      </w:pPr>
      <w:r>
        <w:t>جیسے پینسل جیسی۔ پھر وہ دھیرے دھیرے دھیرے اوپر</w:t>
      </w:r>
    </w:p>
    <w:p>
      <w:r>
        <w:rPr>
          <w:b/>
        </w:rPr>
        <w:t xml:space="preserve">[51:36] </w:t>
      </w:r>
      <w:r>
        <w:t>aane lagi. oopar aate aate ek dam oopar aa gayi. yeh tha ship. ship. toh ship ka jo oopar jo mastool waghera hota hai, pehle sirf woh dikhai diya.</w:t>
      </w:r>
    </w:p>
    <w:p>
      <w:pPr>
        <w:jc w:val="right"/>
      </w:pPr>
      <w:r>
        <w:t>آنے لگی۔ اوپر آتے آتے ایک دم اوپر آ گئی۔ یہ تھا شپ۔ شپ۔ تو شپ کا جو اوپر جو مستول وغیرہ ہوتا ہے، پہلے صرف وہ دکھائی دیا۔</w:t>
      </w:r>
    </w:p>
    <w:p>
      <w:r>
        <w:rPr>
          <w:b/>
        </w:rPr>
        <w:t xml:space="preserve">[51:50] </w:t>
      </w:r>
      <w:r>
        <w:t>phir us ki body dikhai di. yahan tak keh poora ship dikhai dene laga. is se kya nikla? is se nikla keh zameen ghoom rahi hai.</w:t>
      </w:r>
    </w:p>
    <w:p>
      <w:pPr>
        <w:jc w:val="right"/>
      </w:pPr>
      <w:r>
        <w:t>پھر اس کی باڈی دکھائی دی۔ یہاں تک کہ پورا شپ دکھائی دینے لگا۔ اس سے کیا نکلا؟ اس سے نکلا کہ زمین گھوم رہی ہے۔</w:t>
      </w:r>
    </w:p>
    <w:p>
      <w:r>
        <w:rPr>
          <w:b/>
        </w:rPr>
        <w:t xml:space="preserve">[52:02] </w:t>
      </w:r>
      <w:r>
        <w:t>yaani samandar bazahir dekhne mein toh flat lagta tha, flat. aisa lagta tha gend ki tarah se is mein curvature ho. bilkul aise hi seedha.</w:t>
      </w:r>
    </w:p>
    <w:p>
      <w:pPr>
        <w:jc w:val="right"/>
      </w:pPr>
      <w:r>
        <w:t>یعنی سمندر بظاہر دیکھنے میں تو فلیٹ لگتا تھا، فلیٹ۔ ایسا لگتا تھا گیند کی طرح سے اس میں کرویچر ہو۔ بالکل ایسے ہی سیدھا۔</w:t>
      </w:r>
    </w:p>
    <w:p>
      <w:r>
        <w:rPr>
          <w:b/>
        </w:rPr>
        <w:t xml:space="preserve">[52:12] </w:t>
      </w:r>
      <w:r>
        <w:t>lekin woh jo phenomena mere samne aaya, matlab yeh kitabon mein likha hua hai, is ko maine apni aan</w:t>
      </w:r>
    </w:p>
    <w:p>
      <w:pPr>
        <w:jc w:val="right"/>
      </w:pPr>
      <w:r>
        <w:t>لیکن وہ جو فیناومینا میرے سامنے آیا، مطلب یہ کتابوں میں لکھا ہوا ہے، اس کو میں نے اپنی آن</w:t>
      </w:r>
    </w:p>
    <w:p>
      <w:r>
        <w:rPr>
          <w:b/>
        </w:rPr>
        <w:t xml:space="preserve">[52:18] </w:t>
      </w:r>
      <w:r>
        <w:t>kh se bhi dekha is cheez ko. main pehla is ka dekhne wala nahi hoon. kitabon mein yeh baat likhi hui hai. lekin maine khud is ko observe kiya keh agar aap, agar samandar jo hai, bilkul aise hi jaise keh hamara yeh haal hai,</w:t>
      </w:r>
    </w:p>
    <w:p>
      <w:pPr>
        <w:jc w:val="right"/>
      </w:pPr>
      <w:r>
        <w:t>کھ سے بھی دیکھا اس چیز کو۔ میں پہلا اس کا دیکھنے والا نہیں ہوں۔ کتابوں میں یہ بات لکھی ہوئی ہے۔ لیکن میں نے خود اس کو ابزرو کیا کہ اگر آپ، اگر سمندر جو ہے، بالکل ایسے ہی جیسے کہ ہمارا یہ حال ہے،</w:t>
      </w:r>
    </w:p>
    <w:p>
      <w:r>
        <w:rPr>
          <w:b/>
        </w:rPr>
        <w:t xml:space="preserve">[52:35] </w:t>
      </w:r>
      <w:r>
        <w:t>toh jab aap par nazar, aap ki nazar pade is ship ke oopar toh poora poora ship ikatha hi dikhai dena chahiye.</w:t>
      </w:r>
    </w:p>
    <w:p>
      <w:pPr>
        <w:jc w:val="right"/>
      </w:pPr>
      <w:r>
        <w:t>تو جب آپ پر نظر، آپ کی نظر پڑے اس شپ کے اوپر تو پورا پورا شپ اکٹھا ہی دکھائی دینا چاہیے۔</w:t>
      </w:r>
    </w:p>
    <w:p>
      <w:r>
        <w:rPr>
          <w:b/>
        </w:rPr>
        <w:t xml:space="preserve">[52:42] </w:t>
      </w:r>
      <w:r>
        <w:t>jaise main doctor pradhan ko dekh raha hoon toh ikatha hi dekh raha hoon. aisa nahi keh koi sir dikhai de, phir gardan, phir seena, phir paon. poora ka poora main dekh raha hoon un ko.</w:t>
      </w:r>
    </w:p>
    <w:p>
      <w:pPr>
        <w:jc w:val="right"/>
      </w:pPr>
      <w:r>
        <w:t>جیسے میں ڈاکٹر پردھان کو دیکھ رہا ہوں تو اکٹھا ہی دیکھ رہا ہوں۔ ایسا نہیں کہ کوئی سر دکھائی دے، پھر گردن، پھر سینہ، پھر پاؤں۔ پورا کا پورا میں دیکھ رہا ہوں ان کو۔</w:t>
      </w:r>
    </w:p>
    <w:p>
      <w:r>
        <w:rPr>
          <w:b/>
        </w:rPr>
        <w:t xml:space="preserve">[52:53] </w:t>
      </w:r>
      <w:r>
        <w:t>toh agar samandar flat, agar zameen flat ho toh poora poora ship mujhe ikatha hi dikhai dena chahiye. lekin aisa nahi hua.</w:t>
      </w:r>
    </w:p>
    <w:p>
      <w:pPr>
        <w:jc w:val="right"/>
      </w:pPr>
      <w:r>
        <w:t>تو اگر سمندر فلیٹ، اگر زمین فلیٹ ہو تو پورا پورا شپ مجھے اکٹھا ہی دکھائی دینا چاہیے۔ لیکن ایسا نہیں ہوا۔</w:t>
      </w:r>
    </w:p>
    <w:p>
      <w:r>
        <w:rPr>
          <w:b/>
        </w:rPr>
        <w:t xml:space="preserve">[53:03] </w:t>
      </w:r>
      <w:r>
        <w:t>is ka oopar ka thoda sa tip tip dikhai diya, phir aur dikhai diya, aur dikhaya, aur dikha diya, yahan tak keh poora ship samne aa gaya.</w:t>
      </w:r>
    </w:p>
    <w:p>
      <w:pPr>
        <w:jc w:val="right"/>
      </w:pPr>
      <w:r>
        <w:t>اس کا اوپر کا تھوڑا سا ٹپ ٹپ دکھائی دیا، پھر اور دکھائی دیا، اور دکھایا، اور دکھا دیا، یہاں تک کہ پورا شپ سامنے آ گیا۔</w:t>
      </w:r>
    </w:p>
    <w:p>
      <w:r>
        <w:rPr>
          <w:b/>
        </w:rPr>
        <w:t xml:space="preserve">[53:11] </w:t>
      </w:r>
      <w:r>
        <w:t>is se maani kya hua hai keh zameen jo hai, us wahan curvature tha. curvature. woh curvature ko par karte karte jab seedha aa gaya ship toh poora dikhai dene laga.</w:t>
      </w:r>
    </w:p>
    <w:p>
      <w:pPr>
        <w:jc w:val="right"/>
      </w:pPr>
      <w:r>
        <w:t>اس سے معنی کیا ہوا ہے کہ زمین جو ہے، اس وہاں کرویچر تھا۔ کرویچر۔ وہ کرویچر کو پار کرتے کرتے جب سیدھا آ گیا شپ تو پورا دکھائی دینے لگا۔</w:t>
      </w:r>
    </w:p>
    <w:p>
      <w:r>
        <w:rPr>
          <w:b/>
        </w:rPr>
        <w:t xml:space="preserve">[53:23] </w:t>
      </w:r>
      <w:r>
        <w:t>aur curvature idhar tha toh kam dikhai de raha tha.</w:t>
      </w:r>
    </w:p>
    <w:p>
      <w:pPr>
        <w:jc w:val="right"/>
      </w:pPr>
      <w:r>
        <w:t>اور کرویچر ادھر تھا تو کم دکھائی دے رہا تھا۔</w:t>
      </w:r>
    </w:p>
    <w:p>
      <w:r>
        <w:rPr>
          <w:b/>
        </w:rPr>
        <w:t xml:space="preserve">[53:27] </w:t>
      </w:r>
      <w:r>
        <w:t>toh yeh ek, yeh tha ek inferential argument. yaani ek observation jo tha, woh khud is observation mein yeh baat nahi thi keh keh ship jo hai, flat zameen par nahi hai, balkeh ek curvature is ke andar hai.</w:t>
      </w:r>
    </w:p>
    <w:p>
      <w:pPr>
        <w:jc w:val="right"/>
      </w:pPr>
      <w:r>
        <w:t>تو یہ ایک، یہ تھا ایک انفرینشل ارگومنٹ۔ یعنی ایک ابزرویشن جو تھا، وہ خود اس ابزرویشن میں یہ بات نہیں تھی کہ کہ شپ جو ہے، فلیٹ زمین پر نہیں ہے، بلکہ ایک کرویچر اس کے اندر ہے۔</w:t>
      </w:r>
    </w:p>
    <w:p>
      <w:r>
        <w:rPr>
          <w:b/>
        </w:rPr>
        <w:t xml:space="preserve">[53:42] </w:t>
      </w:r>
      <w:r>
        <w:t>is curvature par woh safar kar raha hai apna. toh ek ek partial observation se inference kar ke maloom hua keh zameen mein curvature hai.</w:t>
      </w:r>
    </w:p>
    <w:p>
      <w:pPr>
        <w:jc w:val="right"/>
      </w:pPr>
      <w:r>
        <w:t>اس کرویچر پر وہ سفر کر رہا ہے اپنا۔ تو ایک ایک پارشل ابزرویشن سے انفرنس کر کے معلوم ہوا کہ زمین میں کرویچر ہے۔</w:t>
      </w:r>
    </w:p>
    <w:p>
      <w:r>
        <w:rPr>
          <w:b/>
        </w:rPr>
        <w:t xml:space="preserve">[53:53] </w:t>
      </w:r>
      <w:r>
        <w:t>zameen gol hai.</w:t>
      </w:r>
    </w:p>
    <w:p>
      <w:pPr>
        <w:jc w:val="right"/>
      </w:pPr>
      <w:r>
        <w:t>زمین گول ہے۔</w:t>
      </w:r>
    </w:p>
    <w:p>
      <w:r>
        <w:rPr>
          <w:b/>
        </w:rPr>
        <w:t xml:space="preserve">[53:56] </w:t>
      </w:r>
      <w:r>
        <w:t>to physical world mein bhi aap aisa nahi kar sakte ke sirf rational method hi ko sab kuch samajh lein.</w:t>
      </w:r>
    </w:p>
    <w:p>
      <w:pPr>
        <w:jc w:val="right"/>
      </w:pPr>
      <w:r>
        <w:t>تو فزیکل ورلڈ میں بھی آپ ایسا نہیں کر سکتے کہ صرف ریشنل میتھڈ ہی کو سب کچھ سمجھ لیں۔</w:t>
      </w:r>
    </w:p>
    <w:p>
      <w:r>
        <w:rPr>
          <w:b/>
        </w:rPr>
        <w:t xml:space="preserve">[54:06] </w:t>
      </w:r>
      <w:r>
        <w:t>agar aap sab kuch samajh lein to aap sari haqeeqat ko jaan nahi sakte. maine is se pehle ki baat cheet mein ek baat kahi thi aap ke, aap ke saamne ke ek kitaab likhi gayi thi isi cheez ko le kar ke "man stands alone".</w:t>
      </w:r>
    </w:p>
    <w:p>
      <w:pPr>
        <w:jc w:val="right"/>
      </w:pPr>
      <w:r>
        <w:t>اگر آپ سب کچھ سمجھ لیں تو آپ ساری حقیقت کو جان نہیں سکتے۔ میں نے اس سے پہلے کی بات چیت میں ایک بات کہی تھی آپ کے، آپ کے سامنے کہ ایک کتاب لکھی گئی تھی اسی چیز کو لے کر کہ "مین اسٹینڈز الون"۔</w:t>
      </w:r>
    </w:p>
    <w:p>
      <w:r>
        <w:rPr>
          <w:b/>
        </w:rPr>
        <w:t xml:space="preserve">[54:26] </w:t>
      </w:r>
      <w:r>
        <w:t>to ek ek philosopher ne likhi thi, Julian Huxley. to ek scientist ne, Dr. Carse Marcel ne likha ke "man does not stand alone".</w:t>
      </w:r>
    </w:p>
    <w:p>
      <w:pPr>
        <w:jc w:val="right"/>
      </w:pPr>
      <w:r>
        <w:t>تو ایک ایک فلاسفر نے لکھی تھی، جولین ہکسلے۔ تو ایک سائنٹسٹ نے، ڈاکٹر کریسی مارسل نے لکھا کہ "مین ڈز ناٹ اسٹینڈ الون"۔</w:t>
      </w:r>
    </w:p>
    <w:p>
      <w:r>
        <w:rPr>
          <w:b/>
        </w:rPr>
        <w:t xml:space="preserve">[54:39] </w:t>
      </w:r>
      <w:r>
        <w:t>yaani insaan khud hi sab kuch jaan sakta hai, yeh possible nahi hai. is ko kuch aur ki zaroorat hai. kuch aur ke liye baghair aadmi duniya mein apni zindagi ki taameer nahi kar sakta hai.</w:t>
      </w:r>
    </w:p>
    <w:p>
      <w:pPr>
        <w:jc w:val="right"/>
      </w:pPr>
      <w:r>
        <w:t>یعنی انسان خود ہی سب کچھ جان سکتا ہے، یہ پاسیبل نہیں ہے۔ اس کو کچھ اور کی ضرورت ہے۔ کچھ اور کے لیے بغیر آدمی دنیا میں اپنی زندگی کی تعمیر نہیں کر سکتا ہے۔</w:t>
      </w:r>
    </w:p>
    <w:p>
      <w:r>
        <w:rPr>
          <w:b/>
        </w:rPr>
        <w:t xml:space="preserve">[54:54] </w:t>
      </w:r>
      <w:r>
        <w:t>to main yeh keh raha hoon yahan par jo main kehna chahta hoon woh yeh hai ke revelation aur reason ka jo farq hai, woh bohat minimize ho gaya hai is zamane mein.</w:t>
      </w:r>
    </w:p>
    <w:p>
      <w:pPr>
        <w:jc w:val="right"/>
      </w:pPr>
      <w:r>
        <w:t>تو میں یہ کہہ رہا ہوں یہاں پر جو میں کہنا چاہتا ہوں وہ یہ ہے کہ ریولیشن اور ریزن کا جو فرق ہے، وہ بہت منیمائز ہو گیا ہے اس زمانے میں۔</w:t>
      </w:r>
    </w:p>
    <w:p>
      <w:r>
        <w:rPr>
          <w:b/>
        </w:rPr>
        <w:t xml:space="preserve">[55:05] </w:t>
      </w:r>
      <w:r>
        <w:t>pehlay zamane mein lagta tha ke do bilkul alag alag cheezein hain. lekin jab ziyada mushahida ya observation barha insaan ka to maloom hua ke ke jaisa ke Bertrand Russell ko main ne aap se zikr kiya ke things ki had tak to mera observation chalta hai,</w:t>
      </w:r>
    </w:p>
    <w:p>
      <w:pPr>
        <w:jc w:val="right"/>
      </w:pPr>
      <w:r>
        <w:t>پہلے زمانے میں لگتا تھا کہ دو بالکل الگ الگ چیزیں ہیں۔ لیکن جب زیادہ مشاہدہ یا ابزرویشن بڑھا انسان کا تو معلوم ہوا کہ کہ جیسا کہ بٹن رشل کو میں نے آپ سے ذکر کیا کہ تھنگز کی حد تک تو میرا ابزرویشن چلتا ہے،</w:t>
      </w:r>
    </w:p>
    <w:p>
      <w:r>
        <w:rPr>
          <w:b/>
        </w:rPr>
        <w:t xml:space="preserve">[55:25] </w:t>
      </w:r>
      <w:r>
        <w:t>lekin things se aage jo cheezein hain, wahan mera observation kaam nahi karta. wahan mujhe inference se kaam lena parta hai.</w:t>
      </w:r>
    </w:p>
    <w:p>
      <w:pPr>
        <w:jc w:val="right"/>
      </w:pPr>
      <w:r>
        <w:t>لیکن تھنگز سے آگے جو چیزیں ہیں، وہاں میرا ابزرویشن کام نہیں کرتا۔ وہاں مجھے انفرنس سے کام لینا پڑتا ہے۔</w:t>
      </w:r>
    </w:p>
    <w:p>
      <w:r>
        <w:rPr>
          <w:b/>
        </w:rPr>
        <w:t xml:space="preserve">[55:36] </w:t>
      </w:r>
      <w:r>
        <w:t>isi method ko humein apply karna hai revelation ko janne ke liye. yaani jo method work kar raha hai physical world mein aur chemical world mein ke partially aap observe karte hain aur partially aap inference karte hain, tab poori sachai tak aap pohnchte hain.</w:t>
      </w:r>
    </w:p>
    <w:p>
      <w:pPr>
        <w:jc w:val="right"/>
      </w:pPr>
      <w:r>
        <w:t>اسی میتھڈ کو ہمیں اپلائی کرنا ہے ریولیشن کو جاننے کے لیے۔ یعنی جو میتھڈ ورک کر رہا ہے فزیکل ورلڈ میں اور کیمیکل ورلڈ میں کہ پارشلی آپ ابزرو کرتے ہیں اور پارشلی آپ انفرنس کرتے ہیں، تب پوری سچائی تک آپ پہنچتے ہیں۔</w:t>
      </w:r>
    </w:p>
    <w:p>
      <w:r>
        <w:rPr>
          <w:b/>
        </w:rPr>
        <w:t xml:space="preserve">[55:56] </w:t>
      </w:r>
      <w:r>
        <w:t>aap yeh method hai mana hua.</w:t>
      </w:r>
    </w:p>
    <w:p>
      <w:pPr>
        <w:jc w:val="right"/>
      </w:pPr>
      <w:r>
        <w:t>آپ یہ میتھڈ ہے مانا ہوا۔</w:t>
      </w:r>
    </w:p>
    <w:p>
      <w:r>
        <w:rPr>
          <w:b/>
        </w:rPr>
        <w:t xml:space="preserve">[56:04] </w:t>
      </w:r>
      <w:r>
        <w:t>to is method ko aap yahan apply kijiye to aap is baat ko main ne tafseel se likha hai, "God Arises" kitaab hai is mein aur "Reason and Science" mein ke aap yahan par bhi ek cheez aap ke saamne aayegi.</w:t>
      </w:r>
    </w:p>
    <w:p>
      <w:pPr>
        <w:jc w:val="right"/>
      </w:pPr>
      <w:r>
        <w:t>تو اس میتھڈ کو آپ یہاں اپلائی کیجئے تو آپ اس بات کو میں نے تفصیل سے لکھا ہے، "گاڈ رائزز" کتاب ہے اس میں اور "ریجن اینڈ سائنس" میں کہ آپ یہاں پر بھی ایک چیز آپ کے سامنے آئے گی۔</w:t>
      </w:r>
    </w:p>
    <w:p>
      <w:r>
        <w:rPr>
          <w:b/>
        </w:rPr>
        <w:t xml:space="preserve">[56:23] </w:t>
      </w:r>
      <w:r>
        <w:t>paighambar ek baat bataye ga aap ko.</w:t>
      </w:r>
    </w:p>
    <w:p>
      <w:pPr>
        <w:jc w:val="right"/>
      </w:pPr>
      <w:r>
        <w:t>پیغمبر ایک بات بتائے گا آپ کو۔</w:t>
      </w:r>
    </w:p>
    <w:p>
      <w:r>
        <w:rPr>
          <w:b/>
        </w:rPr>
        <w:t xml:space="preserve">[56:26] </w:t>
      </w:r>
      <w:r>
        <w:t>jaisa ke abhi main aap ke saamne misaal di hai behaviorism ki ke hadith mein jo nazariya hai ke fitrat mein paida hota hai insaan, har aadmi Mr. Nature hai.</w:t>
      </w:r>
    </w:p>
    <w:p>
      <w:pPr>
        <w:jc w:val="right"/>
      </w:pPr>
      <w:r>
        <w:t>جیسے ابھی میں آپ کے سامنے مثال دی ہے بیہیویئرزم کی کہ حدیث میں جو نظریہ ہے کہ فطرت میں پیدا ہوتا ہے انسان، ہر آدمی مسٹر نیچر ہے۔</w:t>
      </w:r>
    </w:p>
    <w:p>
      <w:r>
        <w:rPr>
          <w:b/>
        </w:rPr>
        <w:t xml:space="preserve">[56:40] </w:t>
      </w:r>
      <w:r>
        <w:t>to ab aap jab observation pe jayenge to aap dekhenge ke bilashuba yeh baat apni jagah par sachai thi ke mahol ka asar para insaan ke upar.</w:t>
      </w:r>
    </w:p>
    <w:p>
      <w:pPr>
        <w:jc w:val="right"/>
      </w:pPr>
      <w:r>
        <w:t>تو اب آپ جب ابزرویشن پہ جائیں گے تو آپ دیکھیں گے کہ بلاشبہ یہ بات اپنی جگہ پر سچائی تھی کہ ماحول کا اثر پڑا انسان کے اوپر۔</w:t>
      </w:r>
    </w:p>
    <w:p>
      <w:r>
        <w:rPr>
          <w:b/>
        </w:rPr>
        <w:t xml:space="preserve">[56:53] </w:t>
      </w:r>
      <w:r>
        <w:t>mahol ka asar para insaan ke upar. lekin woh asar parna is yaani hatmi andaaz mein nahi tha. aisa nahi tha ke asar par gaya to par gaya, balkay woh oopar oopar tha.</w:t>
      </w:r>
    </w:p>
    <w:p>
      <w:pPr>
        <w:jc w:val="right"/>
      </w:pPr>
      <w:r>
        <w:t>ماحول کا اثر پڑا انسان کے اوپر۔ لیکن وہ اثر پڑنا اس یعنی حتمی انداز میں نہیں تھا۔ ایسا نہیں تھا کہ اثر پڑ گیا تو پڑ گیا، بلکہ وہ اوپر اوپر تھا۔</w:t>
      </w:r>
    </w:p>
    <w:p>
      <w:r>
        <w:rPr>
          <w:b/>
        </w:rPr>
        <w:t xml:space="preserve">[57:07] </w:t>
      </w:r>
      <w:r>
        <w:t>aur oopri layer jab hata di gayi, andar se maloom hua ke aadmi abhi bhi Mr. Nature hi hai.</w:t>
      </w:r>
    </w:p>
    <w:p>
      <w:pPr>
        <w:jc w:val="right"/>
      </w:pPr>
      <w:r>
        <w:t>اور اوپری لیئر جب ہٹا دی گئی، اندر سے معلوم ہوا کہ آدمی ابھی بھی مسٹر نیچر ہی ہے۔</w:t>
      </w:r>
    </w:p>
    <w:p>
      <w:r>
        <w:rPr>
          <w:b/>
        </w:rPr>
        <w:t xml:space="preserve">[57:15] </w:t>
      </w:r>
      <w:r>
        <w:t>chanaanche ab jo hai jab ke behaviorism ka obsession khatam ho chuka hai, ab jo chal rahe hain jo nazariyat, un ko kaha jata hai "de-learning" ya "unlearning" ya "deconditioning".</w:t>
      </w:r>
    </w:p>
    <w:p>
      <w:pPr>
        <w:jc w:val="right"/>
      </w:pPr>
      <w:r>
        <w:t>چنانچہ اب جو ہے جب کہ بیہیویئرزم کا ابسیشن ختم ہو چکا ہے، اب جو چل رہے ہیں جو نظریات، ان کو کہا جاتا ہے "ڈی لرننگ" یا "ان لرننگ" یا "ڈی کنڈیشننگ"۔</w:t>
      </w:r>
    </w:p>
    <w:p>
      <w:r>
        <w:rPr>
          <w:b/>
        </w:rPr>
        <w:t xml:space="preserve">[57:30] </w:t>
      </w:r>
      <w:r>
        <w:t>yaani behaviorism ki jagah par ab jo doosre nazariyat aa rahe hain, woh yeh hain. behaviorism mein to goya insaan ki poori personality ko jaan liya tha Watson ne ke ya jo andar hai, wohi bahar hai.</w:t>
      </w:r>
    </w:p>
    <w:p>
      <w:pPr>
        <w:jc w:val="right"/>
      </w:pPr>
      <w:r>
        <w:t>یعنی بیہیویئرزم کی جگہ پر اب جو دوسرے نظریات آ رہے ہیں، وہ یہ ہیں۔ بیہیویئرزم میں تو گویا انسان کی پوری پرسنیلٹی کو جان لیا تھا واٹسن نے کہ یا جو اندر ہے، وہی باہر ہے۔</w:t>
      </w:r>
    </w:p>
    <w:p>
      <w:r>
        <w:rPr>
          <w:b/>
        </w:rPr>
        <w:t xml:space="preserve">[57:42] </w:t>
      </w:r>
      <w:r>
        <w:t>jo bahar hai, wohi andar hai.</w:t>
      </w:r>
    </w:p>
    <w:p>
      <w:pPr>
        <w:jc w:val="right"/>
      </w:pPr>
      <w:r>
        <w:t>جو باہر ہے، وہی اندر ہے۔</w:t>
      </w:r>
    </w:p>
    <w:p>
      <w:r>
        <w:rPr>
          <w:b/>
        </w:rPr>
        <w:t xml:space="preserve">[57:45] </w:t>
      </w:r>
      <w:r>
        <w:t>lekin ab maloom hua ke nahi, andar jo hai, woh abhi bhi nature hai. oopar jo hai, masnooi partein hain. to isi ko aaj kal aisi movement chal rahi hai jis ko kaha jata hai ke "de-learning" ki zaroorat hai insaan mein.</w:t>
      </w:r>
    </w:p>
    <w:p>
      <w:pPr>
        <w:jc w:val="right"/>
      </w:pPr>
      <w:r>
        <w:t>لیکن اب معلوم ہوا کہ نہیں، اندر جو ہے، وہ ابھی بھی نیچر ہے۔ اوپر جو ہے، مصنوعی پرتیں ہیں۔ تو اسی کو آج کل ایسی موومنٹ چل رہی ہے جس کو کہا جاتا ہے کہ "ڈی لرننگ" کی ضرورت ہے انسان میں۔</w:t>
      </w:r>
    </w:p>
    <w:p>
      <w:r>
        <w:rPr>
          <w:b/>
        </w:rPr>
        <w:t xml:space="preserve">[58:01] </w:t>
      </w:r>
      <w:r>
        <w:t>"de-learning" aur "unlearning" ya "deconditioning". yaani oopar ki part hata do, hata do, hata do to andar phir wohi insaan nikal aayega.</w:t>
      </w:r>
    </w:p>
    <w:p>
      <w:pPr>
        <w:jc w:val="right"/>
      </w:pPr>
      <w:r>
        <w:t>"ڈی لرننگ" اور "ان لرننگ" یا "ڈی کنڈیشننگ"۔ یعنی اوپر کی پرت ہٹا دو، ہٹا دو، ہٹا دو تو اندر پھر وہی انسان نکل آئے گا۔</w:t>
      </w:r>
    </w:p>
    <w:p>
      <w:r>
        <w:rPr>
          <w:b/>
        </w:rPr>
        <w:t xml:space="preserve">[58:11] </w:t>
      </w:r>
      <w:r>
        <w:t>to aap dekhen ke jo baat revelation ke through aap ko maloom hui thi, woh jo further jo experiments hue, us se woh prove ho jati hai.</w:t>
      </w:r>
    </w:p>
    <w:p>
      <w:pPr>
        <w:jc w:val="right"/>
      </w:pPr>
      <w:r>
        <w:t>تو آپ دیکھیں کہ جو بات ریولیشن کے تھرو آپ کو معلوم ہوئی تھی، وہ جو فردر جو ایکسپیریمنٹ ہوئے، اس سے وہ پروف ہو جاتی ہے۔</w:t>
      </w:r>
    </w:p>
    <w:p>
      <w:r>
        <w:rPr>
          <w:b/>
        </w:rPr>
        <w:t xml:space="preserve">[58:23] </w:t>
      </w:r>
      <w:r>
        <w:t>aur jo cheez aap ne jani thi, yaani jo Watson jaise logon ne jo bataya tha hum ko, woh sab disprove ho gayi. woh chali nahi.</w:t>
      </w:r>
    </w:p>
    <w:p>
      <w:pPr>
        <w:jc w:val="right"/>
      </w:pPr>
      <w:r>
        <w:t>اور جو چیز آپ نے جانی تھی، یعنی جو واٹسن جیسے لوگوں نے جو بتایا تھا ہم کو، وہ سب ڈس پروف ہو گئی۔ وہ چلی نہیں۔</w:t>
      </w:r>
    </w:p>
    <w:p>
      <w:r>
        <w:rPr>
          <w:b/>
        </w:rPr>
        <w:t xml:space="preserve">[58:32] </w:t>
      </w:r>
      <w:r>
        <w:t>to mujhe yahan par main chand jo bohat hi yaani burning issue maane jatay hain, un ki taraf kuch kehna chahunga is silsile mein.</w:t>
      </w:r>
    </w:p>
    <w:p>
      <w:pPr>
        <w:jc w:val="right"/>
      </w:pPr>
      <w:r>
        <w:t>تو مجھے یہاں پر میں چند جو بہت ہی یعنی برننگ ایشو مانے جاتے ہیں، ان کی طرف کچھ کہنا چاہوں گا اس سلسلے میں۔</w:t>
      </w:r>
    </w:p>
    <w:p>
      <w:r>
        <w:rPr>
          <w:b/>
        </w:rPr>
        <w:t xml:space="preserve">[58:46] </w:t>
      </w:r>
      <w:r>
        <w:t>maslan dekhiye, philosophy mein yeh chala aa raha hai bohat dinon se nazariya jo kehte hain "problem of evil".</w:t>
      </w:r>
    </w:p>
    <w:p>
      <w:pPr>
        <w:jc w:val="right"/>
      </w:pPr>
      <w:r>
        <w:t>مثلاً دیکھیے، فلاسفی میں یہ چلا آ رہا ہے بہت دنوں سے نظریہ جو کہتے ہیں "پرابلم آف ایول"۔</w:t>
      </w:r>
    </w:p>
    <w:p>
      <w:r>
        <w:rPr>
          <w:b/>
        </w:rPr>
        <w:t xml:space="preserve">[58:55] </w:t>
      </w:r>
      <w:r>
        <w:t>jo log khuda ko nahi mante, yeh spiritual explanation ko nahi mante, woh kehte hain, refer karte hain "problem of evil" ko.</w:t>
      </w:r>
    </w:p>
    <w:p>
      <w:pPr>
        <w:jc w:val="right"/>
      </w:pPr>
      <w:r>
        <w:t>جو لوگ خدا کو نہیں مانتے، یہ اسپریچول ایکسپلینیشن کو نہیں مانتے، وہ کہتے ہیں، ریفر کرتے ہیں "پرابلم آف ایول" کو۔</w:t>
      </w:r>
    </w:p>
    <w:p>
      <w:r>
        <w:rPr>
          <w:b/>
        </w:rPr>
        <w:t xml:space="preserve">[59:05] </w:t>
      </w:r>
      <w:r>
        <w:t>yani duniya mein burai kyun hai? Agar burai hai to aisa khuda iska khaliq nahi ho sakta hai jo all right ho, jo all good ho.</w:t>
      </w:r>
    </w:p>
    <w:p>
      <w:pPr>
        <w:jc w:val="right"/>
      </w:pPr>
      <w:r>
        <w:t>یعنی دنیا میں برائی کیوں ہے؟ اگر برائی ہے تو ایسا خدا اس کا خالق نہیں ہو سکتا ہے جو ال رائٹ ہو، جو ال گڈ ہو۔</w:t>
      </w:r>
    </w:p>
    <w:p>
      <w:r>
        <w:rPr>
          <w:b/>
        </w:rPr>
        <w:t xml:space="preserve">[59:15] </w:t>
      </w:r>
      <w:r>
        <w:t>Agar aisa ho to kyun duniya mein koi ghareeb hai, koi yani physically kamzor hai, koi ameer hai, koi healthy hai?</w:t>
      </w:r>
    </w:p>
    <w:p>
      <w:pPr>
        <w:jc w:val="right"/>
      </w:pPr>
      <w:r>
        <w:t>اگر ایسا ہو تو کیوں دنیا میں کوئی غریب ہے، کوئی یعنی فزیکلی کمزور ہے، کوئی امیر ہے، کوئی ہیلدی ہے؟</w:t>
      </w:r>
    </w:p>
    <w:p>
      <w:r>
        <w:rPr>
          <w:b/>
        </w:rPr>
        <w:t xml:space="preserve">[59:27] </w:t>
      </w:r>
      <w:r>
        <w:t>To unhon ne jo nazariya socha, unki soch se jo duniya hona chahiye ke sab ke sab ameer hon, sab ke sab healthy hon, sab ke sab achi halat mein hon, to yeh is ko le kar ke yeh kaha gaya ke duniya mein evil ka problem hai aur is liye is ka yeh duniya koi paida karne wala nahi ho sakta hai.</w:t>
      </w:r>
    </w:p>
    <w:p>
      <w:pPr>
        <w:jc w:val="right"/>
      </w:pPr>
      <w:r>
        <w:t>تو انہوں نے جو نظریہ سوچ، ان کی سوچ سے جو دنیا ہونا چاہیے کہ سب کے سب امیر ہوں، سب کے سب ہیلدی ہوں، سب کے سب اچھی حالت میں ہوں، تو یہ اس کو لے کر کے یہ کہا گیا کہ دنیا میں ایول کا پرابلم ہے اور اس لیے اس کا یہ دنیا کوئی پیدا کرنے والا نہیں ہو سکتا ہے۔</w:t>
      </w:r>
    </w:p>
    <w:p>
      <w:r>
        <w:rPr>
          <w:b/>
        </w:rPr>
        <w:t xml:space="preserve">[59:52] </w:t>
      </w:r>
      <w:r>
        <w:t>Matlab aisa khuda jo qadir mutlaq hai, woh nahi ho sakta hai. Lekin dekhiye, jo is pe jo aur studies huin, is se kya nikla?</w:t>
      </w:r>
    </w:p>
    <w:p>
      <w:pPr>
        <w:jc w:val="right"/>
      </w:pPr>
      <w:r>
        <w:t>مطلب ایسا خدا جو قادر مطلق ہے، وہ نہیں ہو سکتا ہے۔ لیکن دیکھیے، جو اس پہ جو اور اسٹڈیز ہوئیں، اس سے کیا نکلا؟</w:t>
      </w:r>
    </w:p>
    <w:p>
      <w:r>
        <w:rPr>
          <w:b/>
        </w:rPr>
        <w:t xml:space="preserve">[1:00:03] </w:t>
      </w:r>
      <w:r>
        <w:t>Is se kya nikla? Misal ke taur par woh jo kitab is ki hai, mein kai baar is ka reference diya hai maine. Yeh kitab "I Study of History" Time Ordinal Time ki.</w:t>
      </w:r>
    </w:p>
    <w:p>
      <w:pPr>
        <w:jc w:val="right"/>
      </w:pPr>
      <w:r>
        <w:t>اس سے کیا نکلا؟ مثال کے طور پر وہ جو کتاب اس کی ہے، میں کئی بار اس کا ریفرنس دیا ہے میں نے۔ یہ کتاب "آئی سٹڈی آف ہسٹری" ٹائم آرڈنل ٹائم کی۔</w:t>
      </w:r>
    </w:p>
    <w:p>
      <w:r>
        <w:rPr>
          <w:b/>
        </w:rPr>
        <w:t xml:space="preserve">[1:00:15] </w:t>
      </w:r>
      <w:r>
        <w:t>To jo studies hui hain, woh yeh prove karti hain ke duniya mein agar sab log yaksaan hon to duniya ki taraqqi khatam ho jaye.</w:t>
      </w:r>
    </w:p>
    <w:p>
      <w:pPr>
        <w:jc w:val="right"/>
      </w:pPr>
      <w:r>
        <w:t>تو جو اسٹڈیز ہوئی ہیں، وہ یہ پروف کرتی ہیں کہ دنیا میں اگر سب لوگ یکساں ہوں تو دنیا کی ترقی ختم ہو جائے۔</w:t>
      </w:r>
    </w:p>
    <w:p>
      <w:r>
        <w:rPr>
          <w:b/>
        </w:rPr>
        <w:t xml:space="preserve">[1:00:27] </w:t>
      </w:r>
      <w:r>
        <w:t>Yani ek shakhs jo, yani jis cheez ko evil kaha gaya tha, aaj us ko challenge mana ja raha hai.</w:t>
      </w:r>
    </w:p>
    <w:p>
      <w:pPr>
        <w:jc w:val="right"/>
      </w:pPr>
      <w:r>
        <w:t>یعنی ایک شخص جو، یعنی جس چیز کو ایول کہا گیا تھا، آج اس کو چیلنج مانا جا رہا ہے۔</w:t>
      </w:r>
    </w:p>
    <w:p>
      <w:r>
        <w:rPr>
          <w:b/>
        </w:rPr>
        <w:t xml:space="preserve">[1:00:36] </w:t>
      </w:r>
      <w:r>
        <w:t>Yani problem of evil nahi hai duniya mein. Duniya mein problem of challenge hai.</w:t>
      </w:r>
    </w:p>
    <w:p>
      <w:pPr>
        <w:jc w:val="right"/>
      </w:pPr>
      <w:r>
        <w:t>یعنی پرابلم آف ایول نہیں ہے دنیا میں۔ دنیا میں پرابلم آف چیلنج ہے۔</w:t>
      </w:r>
    </w:p>
    <w:p>
      <w:r>
        <w:rPr>
          <w:b/>
        </w:rPr>
        <w:t xml:space="preserve">[1:00:43] </w:t>
      </w:r>
      <w:r>
        <w:t>Pichle philosophers jo hain, is ko evil ke roop mein dekh paye the. Is liye unhon ne aisa kaha ke "problem of evil".</w:t>
      </w:r>
    </w:p>
    <w:p>
      <w:pPr>
        <w:jc w:val="right"/>
      </w:pPr>
      <w:r>
        <w:t>پچھلے فلاسفرز جو ہیں، اس کو ایول کے روپ میں دیکھ پائے تھے۔ اس لیے انہوں نے ایسا کہا کہ "پرابلم آف ایول"۔</w:t>
      </w:r>
    </w:p>
    <w:p>
      <w:r>
        <w:rPr>
          <w:b/>
        </w:rPr>
        <w:t xml:space="preserve">[1:00:52] </w:t>
      </w:r>
      <w:r>
        <w:t>Lekin jo modern tehqeeq hai, is ke baad maloom hua ke yeh evil nahi hai, yeh yeh yeh challenge hai. "Problem of Challenge".</w:t>
      </w:r>
    </w:p>
    <w:p>
      <w:pPr>
        <w:jc w:val="right"/>
      </w:pPr>
      <w:r>
        <w:t>لیکن جو ماڈرن تحقیق ہے، اس کے بعد معلوم ہوا کہ یہ ایول نہیں ہے، یہ یہ یہ چیلنج ہے۔ "پرابلم آف چیلنج"۔</w:t>
      </w:r>
    </w:p>
    <w:p>
      <w:r>
        <w:rPr>
          <w:b/>
        </w:rPr>
        <w:t xml:space="preserve">[1:01:04] </w:t>
      </w:r>
      <w:r>
        <w:t>Yani ek shakhs jo ameer gharane mein paida hua, to us ko koi challenge nahi pesh aya.</w:t>
      </w:r>
    </w:p>
    <w:p>
      <w:pPr>
        <w:jc w:val="right"/>
      </w:pPr>
      <w:r>
        <w:t>یعنی ایک شخص جو امیر گھرانے میں پیدا ہوا، تو اس کو کوئی چیلنج نہیں پیش آیا۔</w:t>
      </w:r>
    </w:p>
    <w:p>
      <w:r>
        <w:rPr>
          <w:b/>
        </w:rPr>
        <w:t xml:space="preserve">[1:01:15] </w:t>
      </w:r>
      <w:r>
        <w:t>Jab challenge nahi pesh aya to kya hua? Uski, uski jo, uska jo potential hai, jo ke dormant position mein tha, woh so hi reh gaya.</w:t>
      </w:r>
    </w:p>
    <w:p>
      <w:pPr>
        <w:jc w:val="right"/>
      </w:pPr>
      <w:r>
        <w:t>جب چیلنج نہیں پیش آیا تو کیا ہوا؟ اس کی، اس کی جو، اس کا جو پوٹینشل ہے، جو کہ ڈارمنٹ پوزیشن میں تھا، وہ سو ہی رہ گیا۔</w:t>
      </w:r>
    </w:p>
    <w:p>
      <w:r>
        <w:rPr>
          <w:b/>
        </w:rPr>
        <w:t xml:space="preserve">[1:01:26] </w:t>
      </w:r>
      <w:r>
        <w:t>Woh jaaga nahi. Woh woh jaaga hi nahi. Woh</w:t>
      </w:r>
    </w:p>
    <w:p>
      <w:pPr>
        <w:jc w:val="right"/>
      </w:pPr>
      <w:r>
        <w:t>وہ جاگا نہیں۔ وہ وہ جاگا ہی نہیں۔ وہ</w:t>
      </w:r>
    </w:p>
    <w:p>
      <w:r>
        <w:rPr>
          <w:b/>
        </w:rPr>
        <w:t xml:space="preserve">[1:01:31] </w:t>
      </w:r>
      <w:r>
        <w:t>Lekin jo jo jo ghareeb ghar mein paida hua, us ke potential jaage. Woh bade bade kaam us ne kiye.</w:t>
      </w:r>
    </w:p>
    <w:p>
      <w:pPr>
        <w:jc w:val="right"/>
      </w:pPr>
      <w:r>
        <w:t>لیکن جو جو جو غریب گھر میں پیدا ہوا، اس کے پوٹینشل جاگے۔ وہ بڑے بڑے کام اس نے کیے۔</w:t>
      </w:r>
    </w:p>
    <w:p>
      <w:r>
        <w:rPr>
          <w:b/>
        </w:rPr>
        <w:t xml:space="preserve">[1:01:41] </w:t>
      </w:r>
      <w:r>
        <w:t>Misal ke taur par roshni jo hai, aap dekhte hain, sari duniya ko jo roshni mil rahi hai, is ka in mein sab se bada contribution hai Edison ka. Aur Edison itna ghareeb tha ke us woh school mein nahi</w:t>
      </w:r>
    </w:p>
    <w:p>
      <w:pPr>
        <w:jc w:val="right"/>
      </w:pPr>
      <w:r>
        <w:t>مثال کے طور پر روشنی جو ہے، آپ دیکھتے ہیں، ساری دنیا کو جو روشنی مل رہی ہے، اس کا ان میں سب سے بڑا کنٹریبیوشن ہے ایڈیسن کا۔ اور ایڈیسن اتنا غریب تھا کہ اس وہ اسکول میں نہیں</w:t>
      </w:r>
    </w:p>
    <w:p>
      <w:r>
        <w:rPr>
          <w:b/>
        </w:rPr>
        <w:t xml:space="preserve">[1:01:56] </w:t>
      </w:r>
      <w:r>
        <w:t>parhai kar saka. Woh aur mazeed yeh ke woh yani behra bhi tha partially. Yani ek kaan se woh sun nahi sakta tha, ek kaan se bhi aadha sunta tha.</w:t>
      </w:r>
    </w:p>
    <w:p>
      <w:pPr>
        <w:jc w:val="right"/>
      </w:pPr>
      <w:r>
        <w:t>پڑھائی کر سکا۔ وہ اور مزید یہ کہ وہ یعنی بہرا بھی تھا پارشلی۔ یعنی ایک کان سے وہ سن نہیں سکتا تھا، ایک کان سے بھی آدھا سنتا تھا۔</w:t>
      </w:r>
    </w:p>
    <w:p>
      <w:r>
        <w:rPr>
          <w:b/>
        </w:rPr>
        <w:t xml:space="preserve">[1:02:09] </w:t>
      </w:r>
      <w:r>
        <w:t>Aap bataiye ke ek ek insan jo behre pan ke sath paida hua ho, to bazahir yeh ke us ko kuch karna nahi kar sakna nahi chahiye, us ko kuch</w:t>
      </w:r>
    </w:p>
    <w:p>
      <w:pPr>
        <w:jc w:val="right"/>
      </w:pPr>
      <w:r>
        <w:t>آپ بتائیے کہ ایک ایک انسان جو بہرے پن کے ساتھ پیدا ہوا ہو، تو بظاہر یہ کہ اس کو کچھ کرنا نہیں کر سکنا نہیں چاہیے، اس کو کچھ</w:t>
      </w:r>
    </w:p>
    <w:p>
      <w:r>
        <w:rPr>
          <w:b/>
        </w:rPr>
        <w:t xml:space="preserve">[1:02:20] </w:t>
      </w:r>
      <w:r>
        <w:t>. Lekin us ke behre pan ne ya us ke halaat ne us ko, us ko, us ko challenge diya aur us ne woh kaam kiya jo koi bhi doosra nahi kar saka tha.</w:t>
      </w:r>
    </w:p>
    <w:p>
      <w:pPr>
        <w:jc w:val="right"/>
      </w:pPr>
      <w:r>
        <w:t>۔ لیکن اس کے بہرے پن نے یا اس کے حالات نے اس کو، اس کو، اس کو چیلنج دیا اور اس نے وہ کام کیا جو کوئی بھی دوسرا نہیں کر سکا تھا۔</w:t>
      </w:r>
    </w:p>
    <w:p>
      <w:r>
        <w:rPr>
          <w:b/>
        </w:rPr>
        <w:t xml:space="preserve">[1:02:31] </w:t>
      </w:r>
      <w:r>
        <w:t>Edison jo hai, bohat si cheezon ka moajid hai. Woh including yeh yeh bulb jo hote hain.</w:t>
      </w:r>
    </w:p>
    <w:p>
      <w:pPr>
        <w:jc w:val="right"/>
      </w:pPr>
      <w:r>
        <w:t>ایڈیسن جو ہے، بہت سی چیزوں کا موجد ہے۔ وہ انکلوڈنگ یہ یہ بلب جو ہوتے ہیں۔</w:t>
      </w:r>
    </w:p>
    <w:p>
      <w:r>
        <w:rPr>
          <w:b/>
        </w:rPr>
        <w:t xml:space="preserve">[1:02:40] </w:t>
      </w:r>
      <w:r>
        <w:t>Isi tarah se bohat se log hain. Balkay mein kehta hoon ke sare hi woh log jinhon ne koi bara kaam kiya hai, woh wohi the jo evil ke darmiyan paida hue hain.</w:t>
      </w:r>
    </w:p>
    <w:p>
      <w:pPr>
        <w:jc w:val="right"/>
      </w:pPr>
      <w:r>
        <w:t>اسی طرح سے بہت سے لوگ ہیں۔ بلکہ میں کہتا ہوں کہ سارے ہی وہ لوگ جنہوں نے کوئی بڑا کام کیا ہے، وہ وہی تھے جو ایول کے درمیان پیدا ہوئے ہیں۔</w:t>
      </w:r>
    </w:p>
    <w:p>
      <w:r>
        <w:rPr>
          <w:b/>
        </w:rPr>
        <w:t xml:space="preserve">[1:02:53] </w:t>
      </w:r>
      <w:r>
        <w:t>Yani ghareeb the, achay halaat un ke nahi the. Aur hatta ke physically challenge log bhi, yani disable log bhi, physically disable log bhi.</w:t>
      </w:r>
    </w:p>
    <w:p>
      <w:pPr>
        <w:jc w:val="right"/>
      </w:pPr>
      <w:r>
        <w:t>یعنی غریب تھے، اچھے حالات ان کے نہیں تھے۔ اور حتی کہ فزیکلی چیلنج لوگ بھی، یعنی ڈس ایبل لوگ بھی، فزیکلی ڈس ایبل لوگ بھی۔</w:t>
      </w:r>
    </w:p>
    <w:p>
      <w:r>
        <w:rPr>
          <w:b/>
        </w:rPr>
        <w:t xml:space="preserve">[1:03:06] </w:t>
      </w:r>
      <w:r>
        <w:t>Maslan Louis Braille jo hai, aap jante hain ke woh andha tha. Isi ne Braille system banaya. To is duniya mein jo jo jo jo physically disabled log hain, unhon ne bare bare karname kiye hain.</w:t>
      </w:r>
    </w:p>
    <w:p>
      <w:pPr>
        <w:jc w:val="right"/>
      </w:pPr>
      <w:r>
        <w:t>مثلاً لوئی بریل جو ہے، آپ جانتے ہیں کہ وہ اندھا تھا۔ اسی نے بریل سسٹم بنایا۔ تو اس دنیا میں جو جو جو جو فزیکلی ڈس ایبلڈ لوگ ہیں، انہوں نے بڑے بڑے کارنامے کیے ہیں۔</w:t>
      </w:r>
    </w:p>
    <w:p>
      <w:r>
        <w:rPr>
          <w:b/>
        </w:rPr>
        <w:t xml:space="preserve">[1:03:23] </w:t>
      </w:r>
      <w:r>
        <w:t>Kyun? Woh woh is is woh cheez un ke liye challenge ban jati hai.</w:t>
      </w:r>
    </w:p>
    <w:p>
      <w:pPr>
        <w:jc w:val="right"/>
      </w:pPr>
      <w:r>
        <w:t>کیوں؟ وہ وہ اس اس وہ چیز ان کے لیے چیلنج بن جاتی ہے۔</w:t>
      </w:r>
    </w:p>
    <w:p>
      <w:r>
        <w:rPr>
          <w:b/>
        </w:rPr>
        <w:t xml:space="preserve">[1:03:29] </w:t>
      </w:r>
      <w:r>
        <w:t>To hazar, kam az kam paanch hazar saal se yeh kaha ja raha tha ke "problem of evil" jo duniya mein hai, duniya mein jo burai hai, woh is se yeh sabit hota hai ke khuda nahi hai is kainaat ka.</w:t>
      </w:r>
    </w:p>
    <w:p>
      <w:pPr>
        <w:jc w:val="right"/>
      </w:pPr>
      <w:r>
        <w:t>تو ہزار، کم از کم پانچ ہزار سال سے یہ کہا جا رہا تھا کہ "پرابلم آف ایول" جو دنیا میں ہے، دنیا میں جو برائی ہے، وہ اس سے یہ ثابت ہوتا ہے کہ خدا نہیں ہے اس کائنات کا۔</w:t>
      </w:r>
    </w:p>
    <w:p>
      <w:r>
        <w:rPr>
          <w:b/>
        </w:rPr>
        <w:t xml:space="preserve">[1:03:42] </w:t>
      </w:r>
      <w:r>
        <w:t>hota to wal na hota dunya mein.</w:t>
      </w:r>
    </w:p>
    <w:p>
      <w:pPr>
        <w:jc w:val="right"/>
      </w:pPr>
      <w:r>
        <w:t>ہوتا تو ول نہ ہوتا دنیا میں۔</w:t>
      </w:r>
    </w:p>
    <w:p>
      <w:r>
        <w:rPr>
          <w:b/>
        </w:rPr>
        <w:t xml:space="preserve">[1:03:45] </w:t>
      </w:r>
      <w:r>
        <w:t>aaj jo hai, yeh khud scientific research se pata chala ke jin log yani is ka shikar hote hain, kisi yani kisi kami ka, wahi zyada baray baray kaam karte hain.</w:t>
      </w:r>
    </w:p>
    <w:p>
      <w:pPr>
        <w:jc w:val="right"/>
      </w:pPr>
      <w:r>
        <w:t>آج جو ہے، یہ خود سائنٹیفک ریسرچ سے پتہ چلا کہ جن لوگ یعنی اس کا شکار ہوتے ہیں، کسی یعنی کسی کمی کا، وہی زیادہ بڑے بڑے کام کرتے ہیں۔</w:t>
      </w:r>
    </w:p>
    <w:p>
      <w:r>
        <w:rPr>
          <w:b/>
        </w:rPr>
        <w:t xml:space="preserve">[1:04:01] </w:t>
      </w:r>
      <w:r>
        <w:t>kyun? nature ka jo tareeqa hai, woh yeh hai ke aadmi ko, har har insan ko creator bohat zyada potential ke sath paida karta hai.</w:t>
      </w:r>
    </w:p>
    <w:p>
      <w:pPr>
        <w:jc w:val="right"/>
      </w:pPr>
      <w:r>
        <w:t>کیوں؟ نیچر کا جو طریقہ ہے، وہ یہ ہے کہ آدمی کو، ہر ہر انسان کو کریٹر بہت زیادہ پوٹینشل کے ساتھ پیدا کرتا ہے۔</w:t>
      </w:r>
    </w:p>
    <w:p>
      <w:r>
        <w:rPr>
          <w:b/>
        </w:rPr>
        <w:t xml:space="preserve">[1:04:16] </w:t>
      </w:r>
      <w:r>
        <w:t>bohat zyada potential ke sath. jaise maine is se pehle kaha tha ke har aadmi ke body mein hundred trillion living cells hote hain.</w:t>
      </w:r>
    </w:p>
    <w:p>
      <w:pPr>
        <w:jc w:val="right"/>
      </w:pPr>
      <w:r>
        <w:t>بہت زیادہ پوٹینشل کے ساتھ۔ جیسے میں نے اس سے پہلے کہا تھا کہ ہر آدمی کے باڈی میں ہنڈرڈ ٹریلین لیونگ سیلز ہوتے ہیں۔</w:t>
      </w:r>
    </w:p>
    <w:p>
      <w:r>
        <w:rPr>
          <w:b/>
        </w:rPr>
        <w:t xml:space="preserve">[1:04:25] </w:t>
      </w:r>
      <w:r>
        <w:t>yeh jo body aap ka hai, hundred trillion living cells hain aap ki body mein. aur har har har individual brain mein hundred million billion billion particles hain.</w:t>
      </w:r>
    </w:p>
    <w:p>
      <w:pPr>
        <w:jc w:val="right"/>
      </w:pPr>
      <w:r>
        <w:t>یہ جو باڈی آپ کا ہے، ہنڈرڈ ٹریلین لیونگ سیلز ہیں آپ کی باڈی میں۔ اور ہر ہر ہر انڈیویجول برین میں ہنڈرڈ ملین بلین بلین پارٹیکل ہیں۔</w:t>
      </w:r>
    </w:p>
    <w:p>
      <w:r>
        <w:rPr>
          <w:b/>
        </w:rPr>
        <w:t xml:space="preserve">[1:04:38] </w:t>
      </w:r>
      <w:r>
        <w:t>itni be panah capacity hai aap ke andar hai.</w:t>
      </w:r>
    </w:p>
    <w:p>
      <w:pPr>
        <w:jc w:val="right"/>
      </w:pPr>
      <w:r>
        <w:t>اتنی بے پناہ کپیسٹی ہے آپ کے اندر ہے۔</w:t>
      </w:r>
    </w:p>
    <w:p>
      <w:r>
        <w:rPr>
          <w:b/>
        </w:rPr>
        <w:t xml:space="preserve">[1:04:41] </w:t>
      </w:r>
      <w:r>
        <w:t>lekin yeh dormant position mein hoti hai. yani soi hui halat mein. in ko jagane ke liye shock treatment chahiye.</w:t>
      </w:r>
    </w:p>
    <w:p>
      <w:pPr>
        <w:jc w:val="right"/>
      </w:pPr>
      <w:r>
        <w:t>لیکن یہ ڈارمنٹ پوزیشن میں ہوتی ہے۔ یعنی سوئی ہوئی حالت میں۔ ان کو جگانے کے لیے شاک ٹریٹمنٹ چاہیے۔</w:t>
      </w:r>
    </w:p>
    <w:p>
      <w:r>
        <w:rPr>
          <w:b/>
        </w:rPr>
        <w:t xml:space="preserve">[1:04:53] </w:t>
      </w:r>
      <w:r>
        <w:t>jab tak jhanjhoda na jaye, woh jagte nahi hain. un ke un ke woh jaisa ke maine ek qissa bataya tha is se pehle aap ke samne ke main ek ek zoo mein gaya, chidiya ghar mein.</w:t>
      </w:r>
    </w:p>
    <w:p>
      <w:pPr>
        <w:jc w:val="right"/>
      </w:pPr>
      <w:r>
        <w:t>جب تک جھنجھوڑا نہ جائے، وہ جاگتے نہیں ہیں۔ ان کے ان کے وہ جیسا کہ میں نے ایک قصہ بتایا تھا اس سے پہلے آپ کے سامنے کہ میں ایک ایک زو میں گیا، چڑیا گھر میں۔</w:t>
      </w:r>
    </w:p>
    <w:p>
      <w:r>
        <w:rPr>
          <w:b/>
        </w:rPr>
        <w:t xml:space="preserve">[1:05:04] </w:t>
      </w:r>
      <w:r>
        <w:t>to wahan jo is ka jo director tha, woh mujhe dikha raha tha.</w:t>
      </w:r>
    </w:p>
    <w:p>
      <w:pPr>
        <w:jc w:val="right"/>
      </w:pPr>
      <w:r>
        <w:t>تو وہاں جو اس کا جو ڈائریکٹر تھا، وہ مجھے دکھا رہا تھا۔</w:t>
      </w:r>
    </w:p>
    <w:p>
      <w:r>
        <w:rPr>
          <w:b/>
        </w:rPr>
        <w:t xml:space="preserve">[1:05:10] </w:t>
      </w:r>
      <w:r>
        <w:t>to hum log pohanchay ek ek closer, ek gheray ke andar, jahan hiran thay, deers. to us ne kaha ke dekhiye, is ke baray mein batata hoon aap ko.</w:t>
      </w:r>
    </w:p>
    <w:p>
      <w:pPr>
        <w:jc w:val="right"/>
      </w:pPr>
      <w:r>
        <w:t>تو ہم لوگ پہنچے ایک ایک کلوزر، ایک گھیرے کے اندر، جہاں ہرن تھے، ڈیئرز۔ تو اس نے کہا کہ دیکھیے، اس کے بارے میں بتاتا ہوں آپ کو۔</w:t>
      </w:r>
    </w:p>
    <w:p>
      <w:r>
        <w:rPr>
          <w:b/>
        </w:rPr>
        <w:t xml:space="preserve">[1:05:22] </w:t>
      </w:r>
      <w:r>
        <w:t>yeh jo hiran hain, yeh</w:t>
      </w:r>
    </w:p>
    <w:p>
      <w:pPr>
        <w:jc w:val="right"/>
      </w:pPr>
      <w:r>
        <w:t>یہ جو ہرن ہیں، یہ</w:t>
      </w:r>
    </w:p>
    <w:p>
      <w:r>
        <w:rPr>
          <w:b/>
        </w:rPr>
        <w:t xml:space="preserve">[1:05:29] </w:t>
      </w:r>
      <w:r>
        <w:t>jab hum in ko la kar rakhte hain zoo mein, enclosure mein, to un ki fertility khatam ho jati hai. yani bachay denay ki paidaish khatam ho jati hai.</w:t>
      </w:r>
    </w:p>
    <w:p>
      <w:pPr>
        <w:jc w:val="right"/>
      </w:pPr>
      <w:r>
        <w:t>جب ہم ان کو لا کر رکھتے ہیں زو میں، انکلوزر میں، تو ان کی فرٹیلٹی ختم ہو جاتی ہے۔ یعنی بچہ دینے کی پیدائش ختم ہو جاتی ہے۔</w:t>
      </w:r>
    </w:p>
    <w:p>
      <w:r>
        <w:rPr>
          <w:b/>
        </w:rPr>
        <w:t xml:space="preserve">[1:05:40] </w:t>
      </w:r>
      <w:r>
        <w:t>to us ne kaha ke in ki fertility ko jagane ke liye hum masnooi tor par is ke andar bhediya dalte hain, wolf, ta ke doray ho.</w:t>
      </w:r>
    </w:p>
    <w:p>
      <w:pPr>
        <w:jc w:val="right"/>
      </w:pPr>
      <w:r>
        <w:t>تو اس نے کہا کہ ان کی فرٹیلٹی کو جگانے کے لیے ہم مصنوعی طور پر اس کے اندر بھیڑیا ڈالتے ہیں، الف، تاکہ دوڑے ہو۔</w:t>
      </w:r>
    </w:p>
    <w:p>
      <w:r>
        <w:rPr>
          <w:b/>
        </w:rPr>
        <w:t xml:space="preserve">[1:05:53] </w:t>
      </w:r>
      <w:r>
        <w:t>ab aap bataiye ke agar aap hiron ko kisi bohat achay mahal mein rakh dein, yani sone chandi ka palace, us mein rakh dein to kya hoga?</w:t>
      </w:r>
    </w:p>
    <w:p>
      <w:pPr>
        <w:jc w:val="right"/>
      </w:pPr>
      <w:r>
        <w:t>اب آپ بتائیے کہ اگر آپ ہرنوں کو کسی بہت اچھے محل میں رکھ دیں، یعنی سونے چاندی کا پیلس، اس میں رکھ دیں تو کیا ہوگا؟</w:t>
      </w:r>
    </w:p>
    <w:p>
      <w:r>
        <w:rPr>
          <w:b/>
        </w:rPr>
        <w:t xml:space="preserve">[1:06:05] </w:t>
      </w:r>
      <w:r>
        <w:t>bachay hi nahi paida kar sakeinge. woh un ki fertility khatam ho jayegi.</w:t>
      </w:r>
    </w:p>
    <w:p>
      <w:pPr>
        <w:jc w:val="right"/>
      </w:pPr>
      <w:r>
        <w:t>بچے ہی نہیں پیدا کر سکیں گے۔ وہ ان کی فرٹیلٹی ختم ہو جائے گی۔</w:t>
      </w:r>
    </w:p>
    <w:p>
      <w:r>
        <w:rPr>
          <w:b/>
        </w:rPr>
        <w:t xml:space="preserve">[1:06:10] </w:t>
      </w:r>
      <w:r>
        <w:t>yani aisi jagah jahan ke hiron ke liye koi challenge na ho, koi koi un ko dornay wala na ho, to un ki fertility khatam ho jayegi.</w:t>
      </w:r>
    </w:p>
    <w:p>
      <w:pPr>
        <w:jc w:val="right"/>
      </w:pPr>
      <w:r>
        <w:t>یعنی ایسی جگہ جہاں کہ ہرنوں کے لیے کوئی چیلنج نہ ہو، کوئی کوئی ان کو دوڑنے والا نہ ہو، تو ان کی فرٹیلٹی ختم ہو جائے گی۔</w:t>
      </w:r>
    </w:p>
    <w:p>
      <w:r>
        <w:rPr>
          <w:b/>
        </w:rPr>
        <w:t xml:space="preserve">[1:06:21] </w:t>
      </w:r>
      <w:r>
        <w:t>is liye khuda ne janglat mein bhediya paida kar diya jo dorate hain. aur phir hiran jo hai, un ki fertility barhti hai. yeh law of nature hai.</w:t>
      </w:r>
    </w:p>
    <w:p>
      <w:pPr>
        <w:jc w:val="right"/>
      </w:pPr>
      <w:r>
        <w:t>اس لیے خدا نے جنگل میں بھیڑیا پیدا کر دیا جو دوڑاتے ہیں۔ اور پھر ہرن جو ہے، ان کی فرٹیلٹی بڑھتی ہے۔ یہ لاء آف نیچر ہے۔</w:t>
      </w:r>
    </w:p>
    <w:p>
      <w:r>
        <w:rPr>
          <w:b/>
        </w:rPr>
        <w:t xml:space="preserve">[1:06:31] </w:t>
      </w:r>
      <w:r>
        <w:t>aap law of nature ko abolish nahi kar sakte.</w:t>
      </w:r>
    </w:p>
    <w:p>
      <w:pPr>
        <w:jc w:val="right"/>
      </w:pPr>
      <w:r>
        <w:t>آپ لاء آف نیچر کو ابالش نہیں کر سکتے۔</w:t>
      </w:r>
    </w:p>
    <w:p>
      <w:r>
        <w:rPr>
          <w:b/>
        </w:rPr>
        <w:t xml:space="preserve">[1:06:36] </w:t>
      </w:r>
      <w:r>
        <w:t>jo aadmi law of nature ko abolish karne ki batein kare, us ko janna chahiye ke us ko ek naya universe create karna parhega. ek nayi dunya banani parhegi jahan bhediye ke baghair hi hiran jo hain, woh fertile hotay rahen.</w:t>
      </w:r>
    </w:p>
    <w:p>
      <w:pPr>
        <w:jc w:val="right"/>
      </w:pPr>
      <w:r>
        <w:t>جو آدمی لاء آف نیچر کو ابالش کرنے کی باتیں کرے، اس کو جاننا چاہیے کہ اس کو ایک نیا یونیورس کریٹ کرنا پڑے گا۔ ایک نئی دنیا بنانی پڑے گی جہاں بھیڑیے کے بغیر ہی ہرن جو ہیں، وہ فرٹائل ہوتے رہیں۔</w:t>
      </w:r>
    </w:p>
    <w:p>
      <w:r>
        <w:rPr>
          <w:b/>
        </w:rPr>
        <w:t xml:space="preserve">[1:06:52] </w:t>
      </w:r>
      <w:r>
        <w:t>to aisa banaiye phir dunya. to yahi cheez insanon ke liye bhi hai ke evil jis ko aap naam rakha, it is a, it is a, yani it is a wrong nomenclature.</w:t>
      </w:r>
    </w:p>
    <w:p>
      <w:pPr>
        <w:jc w:val="right"/>
      </w:pPr>
      <w:r>
        <w:t>تو ایسا بنائیے پھر دنیا۔ تو یہی چیز انسانوں کے لیے بھی ہے کہ ایول جس کو آپ نام رکھا، اٹ از ا، اٹ از ا، یعنی اٹ از ا رونگ نومنکلیچر۔</w:t>
      </w:r>
    </w:p>
    <w:p>
      <w:r>
        <w:rPr>
          <w:b/>
        </w:rPr>
        <w:t xml:space="preserve">[1:07:05] </w:t>
      </w:r>
      <w:r>
        <w:t>it is a question of nomenclature. yani naam rakh, galat naam rakhna.</w:t>
      </w:r>
    </w:p>
    <w:p>
      <w:pPr>
        <w:jc w:val="right"/>
      </w:pPr>
      <w:r>
        <w:t>اٹ از ا کوئسچن آف نومنکلیچر۔ یعنی نام رکھ، غلط نام رکھنا۔</w:t>
      </w:r>
    </w:p>
    <w:p>
      <w:r>
        <w:rPr>
          <w:b/>
        </w:rPr>
        <w:t xml:space="preserve">[1:07:13] </w:t>
      </w:r>
      <w:r>
        <w:t>yeh galat naam rakhnay ki baat hai ke jo cheez law of nature ke mutabiq challenge thi, us ko aap ne keh diya ke yeh evil hai.</w:t>
      </w:r>
    </w:p>
    <w:p>
      <w:pPr>
        <w:jc w:val="right"/>
      </w:pPr>
      <w:r>
        <w:t>یہ غلط نام رکھنے کی بات ہے کہ جو چیز لاء آف نیچر کے مطابق چیلنج تھی، اس کو آپ نے کہہ دیا کہ یہ ایول ہے۔</w:t>
      </w:r>
    </w:p>
    <w:p>
      <w:r>
        <w:rPr>
          <w:b/>
        </w:rPr>
        <w:t xml:space="preserve">[1:07:24] </w:t>
      </w:r>
      <w:r>
        <w:t>nahi, evil nahi hai. woh woh challenge hai.</w:t>
      </w:r>
    </w:p>
    <w:p>
      <w:pPr>
        <w:jc w:val="right"/>
      </w:pPr>
      <w:r>
        <w:t>نہیں، ایول نہیں ہے۔ وہ وہ چیلنج ہے۔</w:t>
      </w:r>
    </w:p>
    <w:p>
      <w:r>
        <w:rPr>
          <w:b/>
        </w:rPr>
        <w:t xml:space="preserve">[1:07:28] </w:t>
      </w:r>
      <w:r>
        <w:t>to main samajhta hoon ke jis jo bhi rational approach se jo jo batein hain, jo daaway kiye gaye ke hum ne yeh tehqeeq ki aur yeh daryaft ki, woh sab ki sab galat sabit huay.</w:t>
      </w:r>
    </w:p>
    <w:p>
      <w:pPr>
        <w:jc w:val="right"/>
      </w:pPr>
      <w:r>
        <w:t>تو میں سمجھتا ہوں کہ جس جو بھی ریشنل اپروچ سے جو جو باتیں ہیں، جو دعوے کیے گئے کہ ہم نے یہ تحقیق کی اور یہ دریافت کی، وہ سب کی سب غلط ثابت ہوئیں۔</w:t>
      </w:r>
    </w:p>
    <w:p>
      <w:r>
        <w:rPr>
          <w:b/>
        </w:rPr>
        <w:t xml:space="preserve">[1:07:43] </w:t>
      </w:r>
      <w:r>
        <w:t>isi mein se ek yeh bhi hai.</w:t>
      </w:r>
    </w:p>
    <w:p>
      <w:pPr>
        <w:jc w:val="right"/>
      </w:pPr>
      <w:r>
        <w:t>اسی میں سے ایک یہ بھی ہے۔</w:t>
      </w:r>
    </w:p>
    <w:p>
      <w:r>
        <w:rPr>
          <w:b/>
        </w:rPr>
        <w:t xml:space="preserve">[1:07:46] </w:t>
      </w:r>
      <w:r>
        <w:t>aik zamanay mein itna bara tha yeh trend, yani woh problem evil ka. woh samajhte thay log ke sab se bara proof mil gaya ke dunya ka koi creator nahi hai.</w:t>
      </w:r>
    </w:p>
    <w:p>
      <w:pPr>
        <w:jc w:val="right"/>
      </w:pPr>
      <w:r>
        <w:t>ایک زمانے میں اتنا بڑا تھا یہ ٹرینڈ، یعنی وہ پرابلم ایول کا۔ وہ سمجھتے تھے لوگ کہ سب سے بڑا پروف مل گیا کہ دنیا کا کوئی کریٹر نہیں ہے۔</w:t>
      </w:r>
    </w:p>
    <w:p>
      <w:r>
        <w:rPr>
          <w:b/>
        </w:rPr>
        <w:t xml:space="preserve">[1:08:00] </w:t>
      </w:r>
      <w:r>
        <w:t>to kuch purjosh logon ne yahan tak keh diya ke aik evil yeh bhi dekho ke zameen par hum chalte hain to bohat koi bhari bojh nahi utha ke chal paate hain.</w:t>
      </w:r>
    </w:p>
    <w:p>
      <w:pPr>
        <w:jc w:val="right"/>
      </w:pPr>
      <w:r>
        <w:t>تو کچھ پرجوش لوگوں نے یہاں تک کہہ دیا کہ ایک ایول یہ بھی دیکھو کہ زمین پر ہم چلتے ہیں تو بہت کوئی بھاری بوجھ نہیں اٹھا کے چل پاتے ہیں۔</w:t>
      </w:r>
    </w:p>
    <w:p>
      <w:r>
        <w:rPr>
          <w:b/>
        </w:rPr>
        <w:t xml:space="preserve">[1:08:12] </w:t>
      </w:r>
      <w:r>
        <w:t>yani agar das kilo ka bojh ho to hum bari mushkil mushkil se us ko le ke chal paate hain. kyun? zameen mein gravity ziyada hai.</w:t>
      </w:r>
    </w:p>
    <w:p>
      <w:pPr>
        <w:jc w:val="right"/>
      </w:pPr>
      <w:r>
        <w:t>یعنی اگر دس کلو کا بوجھ ہو تو ہم بڑی مشکل مشکل سے اس کو لے کے چل پاتے ہیں۔ کیوں؟ زمین میں گریوٹی زیادہ ہے۔</w:t>
      </w:r>
    </w:p>
    <w:p>
      <w:r>
        <w:rPr>
          <w:b/>
        </w:rPr>
        <w:t xml:space="preserve">[1:08:25] </w:t>
      </w:r>
      <w:r>
        <w:t>zameen mein gravity ziyada hai. is liye das kilo bhi wazan nahi maloom hota hai hum ko. to agar gravity kam hoti to das kilo ka wazan le kar hum daur sakte thay.</w:t>
      </w:r>
    </w:p>
    <w:p>
      <w:pPr>
        <w:jc w:val="right"/>
      </w:pPr>
      <w:r>
        <w:t>زمین میں گریوٹی زیادہ ہے۔ اس لیے دس کلو بھی وزن نہیں معلوم ہوتا ہے ہم کو۔ تو اگر گریوٹی کم ہوتی تو دس کلو کا وزن لے کر ہم دوڑ سکتے تھے۔</w:t>
      </w:r>
    </w:p>
    <w:p>
      <w:r>
        <w:rPr>
          <w:b/>
        </w:rPr>
        <w:t xml:space="preserve">[1:08:36] </w:t>
      </w:r>
      <w:r>
        <w:t>kyun ke aap jante hain ke jo gravitational pull hai, jo kashish hai, wohi us ko wazan deti hai. agar zameen mein gravity na ho to das quintal bhi kuch bojh nahi maloom hoga aap ko.</w:t>
      </w:r>
    </w:p>
    <w:p>
      <w:pPr>
        <w:jc w:val="right"/>
      </w:pPr>
      <w:r>
        <w:t>کیونکہ آپ جانتے ہیں کہ جو گریویٹیشنل پل ہے، جو کشش ہے، وہی اس کو وزن دیتی ہے۔ اگر زمین میں گریوٹی نہ ہو تو دس کوئنٹل بھی کچھ بوجھ نہیں معلوم ہوگا آپ کو۔</w:t>
      </w:r>
    </w:p>
    <w:p>
      <w:r>
        <w:rPr>
          <w:b/>
        </w:rPr>
        <w:t xml:space="preserve">[1:08:53] </w:t>
      </w:r>
      <w:r>
        <w:t>jaisa ke aap ne dekha hoga, jo log rocket se wahan gaye, oopar un ke baray mein parha hoga aap ne ke har cheez halki ho jati hai.</w:t>
      </w:r>
    </w:p>
    <w:p>
      <w:pPr>
        <w:jc w:val="right"/>
      </w:pPr>
      <w:r>
        <w:t>جیسا کہ آپ نے دیکھا ہوگا، جو لوگ راکٹ سے وہاں گئے، اوپر ان کے بارے میں پڑھا ہوگا آپ نے کہ ہر چیز ہلکی ہو جاتی ہے۔</w:t>
      </w:r>
    </w:p>
    <w:p>
      <w:r>
        <w:rPr>
          <w:b/>
        </w:rPr>
        <w:t xml:space="preserve">[1:09:02] </w:t>
      </w:r>
      <w:r>
        <w:t>aadmi urrne lagta hai.</w:t>
      </w:r>
    </w:p>
    <w:p>
      <w:pPr>
        <w:jc w:val="right"/>
      </w:pPr>
      <w:r>
        <w:t>آدمی اڑنے لگتا ہے۔</w:t>
      </w:r>
    </w:p>
    <w:p>
      <w:r>
        <w:rPr>
          <w:b/>
        </w:rPr>
        <w:t xml:space="preserve">[1:09:06] </w:t>
      </w:r>
      <w:r>
        <w:t>to is se yeh jo kaha gaya ke zameen mein gravitational pull itna ziyada galat hai, is se insan ko musibat pesh aati hai, to yeh aik aik bewqoofi ki baat thi.</w:t>
      </w:r>
    </w:p>
    <w:p>
      <w:pPr>
        <w:jc w:val="right"/>
      </w:pPr>
      <w:r>
        <w:t>تو اس سے یہ جو کہا گیا کہ زمین میں گریویٹیشنل پل اتنا زیادہ غلط ہے، اس سے انسان کو مصیبت پیش آتی ہے، تو یہ ایک ایک بیوقوفی کی بات تھی۔</w:t>
      </w:r>
    </w:p>
    <w:p>
      <w:r>
        <w:rPr>
          <w:b/>
        </w:rPr>
        <w:t xml:space="preserve">[1:09:22] </w:t>
      </w:r>
      <w:r>
        <w:t>kyun? woh yeh bhool gaye ke agar yeh gravitational pull itna ziyada na ho to kya hoga? jante hain aap? aap zameen par chal hi nahi painge.</w:t>
      </w:r>
    </w:p>
    <w:p>
      <w:pPr>
        <w:jc w:val="right"/>
      </w:pPr>
      <w:r>
        <w:t>کیوں؟ وہ یہ بھول گئے کہ اگر یہ گریویٹیشنل پل اتنا زیادہ نہ ہو تو کیا ہوگا؟ جانتے ہیں آپ؟ آپ زمین پر چل ہی نہیں پائیں گے۔</w:t>
      </w:r>
    </w:p>
    <w:p>
      <w:r>
        <w:rPr>
          <w:b/>
        </w:rPr>
        <w:t xml:space="preserve">[1:09:31] </w:t>
      </w:r>
      <w:r>
        <w:t>ladkhadainge idhar udhar.</w:t>
      </w:r>
    </w:p>
    <w:p>
      <w:pPr>
        <w:jc w:val="right"/>
      </w:pPr>
      <w:r>
        <w:t>لڑکھڑائیں گے ادھر ادھر۔</w:t>
      </w:r>
    </w:p>
    <w:p>
      <w:r>
        <w:rPr>
          <w:b/>
        </w:rPr>
        <w:t xml:space="preserve">[1:09:33] </w:t>
      </w:r>
      <w:r>
        <w:t>aap ki building jo hai, khari nahi ho sakti. building ult jaye gi idhar udhar. maamooli hawa chalegi, building ult jaye gi. koi bhi cheez, baat jo hai, to woh ukhar jayenge idhar udhar.</w:t>
      </w:r>
    </w:p>
    <w:p>
      <w:pPr>
        <w:jc w:val="right"/>
      </w:pPr>
      <w:r>
        <w:t>آپ کی بلڈنگ جو ہے، کھڑی نہیں ہو سکتی۔ بلڈنگ الٹ جائے گی ادھر ادھر۔ معمولی ہوا چلے گی، بلڈنگ الٹ جائے گی۔ کوئی بھی چیز، بات جو ہے، تو وہ اکھڑ جائیں گے ادھر ادھر۔</w:t>
      </w:r>
    </w:p>
    <w:p>
      <w:r>
        <w:rPr>
          <w:b/>
        </w:rPr>
        <w:t xml:space="preserve">[1:09:46] </w:t>
      </w:r>
      <w:r>
        <w:t>to gravitational pull jo zameen mein hai, woh bohat ziyada yani right proportion mein hai. bohat hi right proportion mein hai.</w:t>
      </w:r>
    </w:p>
    <w:p>
      <w:pPr>
        <w:jc w:val="right"/>
      </w:pPr>
      <w:r>
        <w:t>تو گریویٹیشنل پل جو زمین میں ہے، وہ بہت زیادہ یعنی رائٹ پروپورشن میں ہے۔ بہت ہی رائٹ پروپورشن میں ہے۔</w:t>
      </w:r>
    </w:p>
    <w:p>
      <w:r>
        <w:rPr>
          <w:b/>
        </w:rPr>
        <w:t xml:space="preserve">[1:09:57] </w:t>
      </w:r>
      <w:r>
        <w:t>to is se aap samajh sakte hain ke yeh problem of evil ki baat jin logon ne kahi, woh is ka taluq apni reality se nahi tha.</w:t>
      </w:r>
    </w:p>
    <w:p>
      <w:pPr>
        <w:jc w:val="right"/>
      </w:pPr>
      <w:r>
        <w:t>تو اس سے آپ سمجھ سکتے ہیں کہ یہ پرابلم آف ایول کی بات جن لوگوں نے کہی، وہ اس کا تعلق اپنی ریلیٹی سے نہیں تھا۔</w:t>
      </w:r>
    </w:p>
    <w:p>
      <w:r>
        <w:rPr>
          <w:b/>
        </w:rPr>
        <w:t xml:space="preserve">[1:10:08] </w:t>
      </w:r>
      <w:r>
        <w:t>to aap yahan pe aap dekh sakte hain ke jo baat revolution ke through kahi gayi thi, woh abhi bhi prevail kar rahi hai. woh sachai abhi baqi hai. aur jin logon ne naye dawaye kiye thay, yeh keh kar ke ke yeh rational approach se hum ne jana hai, is baat ko, woh galat sabit ho gaya.</w:t>
      </w:r>
    </w:p>
    <w:p>
      <w:pPr>
        <w:jc w:val="right"/>
      </w:pPr>
      <w:r>
        <w:t>تو آپ یہاں پہ آپ دیکھ سکتے ہیں کہ جو بات ریولیوشن کے تھرو کہی گئی تھی، وہ ابھی بھی پریویل کر رہی ہے۔ وہ سچائی ابھی باقی ہے۔ اور جن لوگوں نے نئے دعوے کیے تھے، یہ کہہ کر کے کہ یہ ریشنل اپروچ سے ہم نے جانا ہے، اس بات کو، وہ غلط ثابت ہو گیا۔</w:t>
      </w:r>
    </w:p>
    <w:p>
      <w:r>
        <w:rPr>
          <w:b/>
        </w:rPr>
        <w:t xml:space="preserve">[1:10:26] </w:t>
      </w:r>
      <w:r>
        <w:t>jahan pe mein mein poore aitmad se keh sakta hoon ke woh sari cheezein jo rational inquiry ke zariye maloom ki gayi theen, humanities mein keh raha hoon, mein physical world mein nahi keh raha hoon, baat humanities mein, woh sab se galat sabit ho gayi.</w:t>
      </w:r>
    </w:p>
    <w:p>
      <w:pPr>
        <w:jc w:val="right"/>
      </w:pPr>
      <w:r>
        <w:t>جہاں پہ میں میں پورے اعتماد سے کہہ سکتا ہوں کہ وہ ساری چیزیں جو ریشنل انکوائری کے ذریعے معلوم کی گئی تھیں، ہیومینیٹیز میں کہہ رہا ہوں، میں فزیکل ورلڈ میں نہیں کہہ رہا ہوں، بات ہیومینیٹیز میں، وہ سب سے غلط ثابت ہو گئی۔</w:t>
      </w:r>
    </w:p>
    <w:p>
      <w:r>
        <w:rPr>
          <w:b/>
        </w:rPr>
        <w:t xml:space="preserve">[1:10:41] </w:t>
      </w:r>
      <w:r>
        <w:t>jab ke revolution ke zariye baatein kahi gayi theen, woh aaj bhi sab ki sab apni jagah par sahi hain aur qaim hain. apni sada un ki sachai qaim hai. to yeh yeh is tarah ki misalein mein bohat sari de sakta hoon.</w:t>
      </w:r>
    </w:p>
    <w:p>
      <w:pPr>
        <w:jc w:val="right"/>
      </w:pPr>
      <w:r>
        <w:t>جبکہ ریولیوشن کے ذریعے باتیں کہی گئی تھیں، وہ آج بھی سب کی سب اپنی جگہ پر صحیح ہیں اور قائم ہیں۔ اپنی سدا ان کی سچائی قائم ہے۔ تو یہ یہ اس طرح کی مثالیں میں بہت ساری دے سکتا ہوں۔</w:t>
      </w:r>
    </w:p>
    <w:p>
      <w:r>
        <w:rPr>
          <w:b/>
        </w:rPr>
        <w:t xml:space="preserve">[1:10:54] </w:t>
      </w:r>
      <w:r>
        <w:t>lekin usooli tor par yeh samajh lijiye ke abhi tak kisi ne aisi koi misaal pesh nahi ki hai jo meri is baat ko kaat kaate. mera dawah yeh hai jo mein keh raha hoon ke rational method ko apply kar ke humanities mein jo nayi baat daryaft ki gayi, woh sab galat sabit hui.</w:t>
      </w:r>
    </w:p>
    <w:p>
      <w:pPr>
        <w:jc w:val="right"/>
      </w:pPr>
      <w:r>
        <w:t>لیکن اصولی طور پر یہ سمجھ لیجئے کہ ابھی تک کسی نے ایسی کوئی مثال پیش نہیں کی ہے جو میری اس بات کو کاٹ کاٹے۔ میرا دعویٰ یہ ہے جو میں کہہ رہا ہوں کہ ریشنل میتھڈ کو اپلائی کر کے ہیومینیٹیز میں جو نئی بات دریافت کی گئی، وہ سب غلط ثابت ہوئی۔</w:t>
      </w:r>
    </w:p>
    <w:p>
      <w:r>
        <w:rPr>
          <w:b/>
        </w:rPr>
        <w:t xml:space="preserve">[1:11:14] </w:t>
      </w:r>
      <w:r>
        <w:t>yeh mein mera dawah hai. koi aik bhi misaal mere ilm mein ab tak nahi hai.</w:t>
      </w:r>
    </w:p>
    <w:p>
      <w:pPr>
        <w:jc w:val="right"/>
      </w:pPr>
      <w:r>
        <w:t>یہ میں میرا دعویٰ ہے۔ کوئی ایک بھی مثال میرے علم میں اب تک نہیں ہے۔</w:t>
      </w:r>
    </w:p>
    <w:p>
      <w:r>
        <w:rPr>
          <w:b/>
        </w:rPr>
        <w:t xml:space="preserve">[1:11:19] </w:t>
      </w:r>
      <w:r>
        <w:t>aur revolution ke zariye jo baatein maloom huin, woh hazaron saal ke baad bhi aaj tak apni sachai ko baqi rakhi hui hain.</w:t>
      </w:r>
    </w:p>
    <w:p>
      <w:pPr>
        <w:jc w:val="right"/>
      </w:pPr>
      <w:r>
        <w:t>اور ریولیوشن کے ذریعے جو باتیں معلوم ہوئیں، وہ ہزاروں سال کے بعد بھی آج تک اپنی سچائی کو باقی رکھی ہوئی ہیں۔</w:t>
      </w:r>
    </w:p>
    <w:p>
      <w:r>
        <w:rPr>
          <w:b/>
        </w:rPr>
        <w:t xml:space="preserve">[1:11:39] </w:t>
      </w:r>
      <w:r>
        <w:t>first question which i received in the last is from professor doctor naseem siddiqui. well, this is not a question</w:t>
      </w:r>
    </w:p>
    <w:p>
      <w:pPr>
        <w:jc w:val="right"/>
      </w:pPr>
      <w:r>
        <w:t>فرسٹ کوسچن وچ آئی ریسیوڈ ان دا لاسٹ از فرام پروفیسر ڈاکٹر نسیم صدیقی۔ ویل، دس از ناٹ اے کوسچن</w:t>
      </w:r>
    </w:p>
    <w:p>
      <w:r>
        <w:rPr>
          <w:b/>
        </w:rPr>
        <w:t xml:space="preserve">[1:11:48] </w:t>
      </w:r>
      <w:r>
        <w:t>. i fully agree with Maulana sahib. according to science, because i am my background is science, do not believe anybody unless you are convinced what some one is saying is correct.</w:t>
      </w:r>
    </w:p>
    <w:p>
      <w:pPr>
        <w:jc w:val="right"/>
      </w:pPr>
      <w:r>
        <w:t>۔ آئی فلی ایگری ود مولانا صاحب۔ اکارڈنگ ٹو سائنس، بیکاز آئی ایم مائی بیک گراؤنڈ از سائنس، ڈو ناٹ بیلیو اینی باڈی انلیس یو آر کنونسڈ واٹ سم ون از سینگ از کریکٹ۔</w:t>
      </w:r>
    </w:p>
    <w:p>
      <w:r>
        <w:rPr>
          <w:b/>
        </w:rPr>
        <w:t xml:space="preserve">[1:12:03] </w:t>
      </w:r>
      <w:r>
        <w:t>so, we do not see molecules, we do not see atoms, electrons, protons, neutrons, but we believe that all of them exist.</w:t>
      </w:r>
    </w:p>
    <w:p>
      <w:pPr>
        <w:jc w:val="right"/>
      </w:pPr>
      <w:r>
        <w:t>سو، وی ڈو ناٹ سی مالیکیولز، وی ڈو ناٹ سی ایٹمز، الیکٹرانز، پروٹونز، نیوٹرانز، بٹ وی بیلیو دیٹ ال اف دیم ایگزسٹ۔</w:t>
      </w:r>
    </w:p>
    <w:p>
      <w:r>
        <w:rPr>
          <w:b/>
        </w:rPr>
        <w:t xml:space="preserve">[1:12:14] </w:t>
      </w:r>
      <w:r>
        <w:t>we do not see Allah, but we believe the existence of Allah. we are convinced in existence. here, i would like to tell you some examples.</w:t>
      </w:r>
    </w:p>
    <w:p>
      <w:pPr>
        <w:jc w:val="right"/>
      </w:pPr>
      <w:r>
        <w:t>وی ڈو ناٹ سی اللہ، بٹ وی بیلیو دی ایگزسٹنس اف اللہ۔ وی آر کنونس ان ایگزسٹنس۔ ہیر، آئی وڈ لائک ٹو ٹیل یو سم ایگزامپلز۔</w:t>
      </w:r>
    </w:p>
    <w:p>
      <w:r>
        <w:rPr>
          <w:b/>
        </w:rPr>
        <w:t xml:space="preserve">[1:12:27] </w:t>
      </w:r>
      <w:r>
        <w:t>delhi mein kuch early late 15 mein kuch scientist aaye thay russia se, aur woh apni science ki kitabein le ke aaye thay, class six, second, then eighth.</w:t>
      </w:r>
    </w:p>
    <w:p>
      <w:pPr>
        <w:jc w:val="right"/>
      </w:pPr>
      <w:r>
        <w:t>دلی میں کچھ ارلی لیٹ 15 میں کچھ سائنٹسٹ آئے تھے رشیا سے، اور وہ اپنی سائنس کی کتابیں لے کے آئے تھے، کلاس سکس، سیکنڈ، دین ایٹھ۔</w:t>
      </w:r>
    </w:p>
    <w:p>
      <w:r>
        <w:rPr>
          <w:b/>
        </w:rPr>
        <w:t xml:space="preserve">[1:12:37] </w:t>
      </w:r>
      <w:r>
        <w:t>aur they baat cheet hui, unhon ne kaha we don't believe in god, kyun ke wahan se bohat se chemist hain, woh hum believe nahi karte. aur jab woh do saal ke baad gaye hain to kehne lage we can, we are convinced, we believe in Allah.</w:t>
      </w:r>
    </w:p>
    <w:p>
      <w:pPr>
        <w:jc w:val="right"/>
      </w:pPr>
      <w:r>
        <w:t>اور دے بات چیت ہوئی، انہوں نے کہا وی ڈونٹ بیلیو ان گاڈ، کیونکہ وہاں سے بہت سے کیمسٹ ہیں، وہ ہم بیلیو نہیں کرتے۔ اور جب وہ دو سال کے بعد گئے ہیں تو کہنے لگے وی کین، وی آر کنونس، وی بیلیو ان اللہ۔</w:t>
      </w:r>
    </w:p>
    <w:p>
      <w:r>
        <w:rPr>
          <w:b/>
        </w:rPr>
        <w:t xml:space="preserve">[1:12:52] </w:t>
      </w:r>
      <w:r>
        <w:t>bhai, kya kahein hindustan jo chal raha hai, allah chala raha hai, is ko aise koi log kaam nahi kar rahe yahan par? to wo isi tarah convince kar gaye.</w:t>
      </w:r>
    </w:p>
    <w:p>
      <w:pPr>
        <w:jc w:val="right"/>
      </w:pPr>
      <w:r>
        <w:t>بھئی، کیا کہیں ہندوستان جو چل رہا ہے، اللہ چلا رہا ہے، اس کو ایسے کوئی لوگ کام نہیں کر رہے یہاں پر؟ تو وہ اسی طرح کنونس کر گئے۔</w:t>
      </w:r>
    </w:p>
    <w:p>
      <w:r>
        <w:rPr>
          <w:b/>
        </w:rPr>
        <w:t xml:space="preserve">[1:13:03] </w:t>
      </w:r>
      <w:r>
        <w:t>ab ye einstein. einstein ne aakhir mein jab wo apne marne se koi das saal pehle se they started believe in allah, aur jo scientist hain jin se meri mulaqat hui, unhone kaha ke allah ne to itni cheez create ki hain ke abhi tak itne scientist ko discover kar rahe hain, sab ke sab discover nahi ho paaye.</w:t>
      </w:r>
    </w:p>
    <w:p>
      <w:pPr>
        <w:jc w:val="right"/>
      </w:pPr>
      <w:r>
        <w:t>اب یہ آئنسٹائن۔ آئنسٹائن نے آخر میں جب وہ اپنے مرنے سے کوئی دس سال پہلے سے دے سٹارٹڈ بیلیو ان اللہ، اور جو سائنٹسٹ ہیں جن سے میری ملاقات ہوئی، انہوں نے کہا کہ اللہ نے تو اتنی چیز کریٹ کی ہیں کہ ابھی تک اتنے سائنٹسٹ کو ڈسکور کر رہے ہیں، سب کے سب ڈسکور نہیں ہو پائیں۔</w:t>
      </w:r>
    </w:p>
    <w:p>
      <w:r>
        <w:rPr>
          <w:b/>
        </w:rPr>
        <w:t xml:space="preserve">[1:13:28] </w:t>
      </w:r>
      <w:r>
        <w:t>to what god has created and scientist are discovering. aur yahan par hindustan mein, delhi mein, ds kothari physics ke professor the aur university grant commission ke pehle chairman.</w:t>
      </w:r>
    </w:p>
    <w:p>
      <w:pPr>
        <w:jc w:val="right"/>
      </w:pPr>
      <w:r>
        <w:t>تو واٹ گاڈ ہیز کریٹڈ اینڈ سائنٹسٹ آر ڈسکورنگ۔ اور یہاں پر ہندوستان میں، دلی میں، ڈی ایس کوٹھاری فزکس کے پروفیسر تھے اور یونیورسٹی گرانٹ کمیشن کے پہلے چیئرمین۔</w:t>
      </w:r>
    </w:p>
    <w:p>
      <w:r>
        <w:rPr>
          <w:b/>
        </w:rPr>
        <w:t xml:space="preserve">[1:13:42] </w:t>
      </w:r>
      <w:r>
        <w:t>aur wo bhi apne mere aakhir mein, haan, mere saath kaafi kaam kiya, balki maine unke saath kaafi kaam kiya.</w:t>
      </w:r>
    </w:p>
    <w:p>
      <w:pPr>
        <w:jc w:val="right"/>
      </w:pPr>
      <w:r>
        <w:t>اور وہ بھی اپنے میرے آخر میں، ہاں، میرے ساتھ کافی کام کیا، بلکہ میں نے ان کے ساتھ کافی کام کیا۔</w:t>
      </w:r>
    </w:p>
    <w:p>
      <w:r>
        <w:rPr>
          <w:b/>
        </w:rPr>
        <w:t xml:space="preserve">[1:13:51] </w:t>
      </w:r>
      <w:r>
        <w:t>aur wo aakhir mein mere, main mcd mein director tha, to hamare school mein ja ke bachchon ko ye bataya karte the science aur god, science and god.</w:t>
      </w:r>
    </w:p>
    <w:p>
      <w:pPr>
        <w:jc w:val="right"/>
      </w:pPr>
      <w:r>
        <w:t>اور وہ آخر میں میرے، میں ایم سی ڈی میں ڈائریکٹر تھا، تو ہمارے سکول میں جا کے بچوں کو یہ بتایا کرتے تھے سائنس اور گاڈ، سائنس اینڈ گاڈ۔</w:t>
      </w:r>
    </w:p>
    <w:p>
      <w:r>
        <w:rPr>
          <w:b/>
        </w:rPr>
        <w:t xml:space="preserve">[1:14:01] </w:t>
      </w:r>
      <w:r>
        <w:t>to ye science se to aur pakka ho jata hai ke allah hai aur allah ne jo kuch diya hai, wo sab theek hai. shukriya.</w:t>
      </w:r>
    </w:p>
    <w:p>
      <w:pPr>
        <w:jc w:val="right"/>
      </w:pPr>
      <w:r>
        <w:t>تو یہ سائنس سے تو اور پکا ہو جاتا ہے کہ اللہ ہے اور اللہ نے جو کچھ دیا ہے، وہ سب ٹھیک ہے۔ شکریہ۔</w:t>
      </w:r>
    </w:p>
    <w:p>
      <w:r>
        <w:rPr>
          <w:b/>
        </w:rPr>
        <w:t xml:space="preserve">[1:14:11] </w:t>
      </w:r>
      <w:r>
        <w:t>aur aap scientist hain, is liye aap ka farman aur bhi zyada is ko taqatwar bana deta hai.</w:t>
      </w:r>
    </w:p>
    <w:p>
      <w:pPr>
        <w:jc w:val="right"/>
      </w:pPr>
      <w:r>
        <w:t>اور آپ سائنٹسٹ ہیں، اس لیے آپ کا فرمان اور بھی زیادہ اس کو طاقتور بنا دیتا ہے۔</w:t>
      </w:r>
    </w:p>
    <w:p>
      <w:r>
        <w:rPr>
          <w:b/>
        </w:rPr>
        <w:t xml:space="preserve">[1:14:20] </w:t>
      </w:r>
      <w:r>
        <w:t>jo basic baat thi, wo yahi thi ke</w:t>
      </w:r>
    </w:p>
    <w:p>
      <w:pPr>
        <w:jc w:val="right"/>
      </w:pPr>
      <w:r>
        <w:t>جو بیسک بات تھی، وہ یہی تھی کہ</w:t>
      </w:r>
    </w:p>
    <w:p>
      <w:r>
        <w:rPr>
          <w:b/>
        </w:rPr>
        <w:t xml:space="preserve">[1:14:27] </w:t>
      </w:r>
      <w:r>
        <w:t>rational method ke hum against mein nahi hain. yaani mazhabi log ya jo revolution ko mante hain, to rational method bilashuba aap apply kijiye.</w:t>
      </w:r>
    </w:p>
    <w:p>
      <w:pPr>
        <w:jc w:val="right"/>
      </w:pPr>
      <w:r>
        <w:t>ریشنل میتھڈ کے ہم اگینسٹ میں نہیں ہیں۔ یعنی مذہبی لوگ یا جو ریولیوشن کو مانتے ہیں، تو ریشنل میتھڈ بلاشبہ آپ اپلائی کیجئے۔</w:t>
      </w:r>
    </w:p>
    <w:p>
      <w:r>
        <w:rPr>
          <w:b/>
        </w:rPr>
        <w:t xml:space="preserve">[1:14:39] </w:t>
      </w:r>
      <w:r>
        <w:t>lekin rational method khud kya hai, wo nahi hai jo logical positivist ek zamane mein kehte the. wo to discard ho gaya.</w:t>
      </w:r>
    </w:p>
    <w:p>
      <w:pPr>
        <w:jc w:val="right"/>
      </w:pPr>
      <w:r>
        <w:t>لیکن ریشنل میتھڈ خود کیا ہے، وہ نہیں ہے جو لاجیکل پازیٹیوسٹ ایک زمانے میں کہتے تھے۔ وہ تو ڈسکارڈ ہو گیا۔</w:t>
      </w:r>
    </w:p>
    <w:p>
      <w:r>
        <w:rPr>
          <w:b/>
        </w:rPr>
        <w:t xml:space="preserve">[1:14:49] </w:t>
      </w:r>
      <w:r>
        <w:t>khud logical method hi ka ye bhi taqaza hai ke aap ye maane ke science gives us but a partial knowledge of reality.</w:t>
      </w:r>
    </w:p>
    <w:p>
      <w:pPr>
        <w:jc w:val="right"/>
      </w:pPr>
      <w:r>
        <w:t>خود لاجیکل میتھڈ ہی کا یہ بھی تقاضا ہے کہ آپ یہ مانیں کہ سائنس گیوز اس بٹ اے پارشل نالج اف ریلیٹی۔</w:t>
      </w:r>
    </w:p>
    <w:p>
      <w:r>
        <w:rPr>
          <w:b/>
        </w:rPr>
        <w:t xml:space="preserve">[1:14:59] </w:t>
      </w:r>
      <w:r>
        <w:t>to partial knowledge tak science ne, yaani observation aur experiment ne aap ko pahunchaya. lekin aage bhi koi sachai hai,</w:t>
      </w:r>
    </w:p>
    <w:p>
      <w:pPr>
        <w:jc w:val="right"/>
      </w:pPr>
      <w:r>
        <w:t>تو پارشل نالج تک سائنس نے، یعنی ابزرویشن اور ایکسپیریمنٹ نے آپ کو پہنچایا۔ لیکن آگے بھی کوئی سچائی ہے،</w:t>
      </w:r>
    </w:p>
    <w:p>
      <w:r>
        <w:rPr>
          <w:b/>
        </w:rPr>
        <w:t xml:space="preserve">[1:15:09] </w:t>
      </w:r>
      <w:r>
        <w:t>to kya karein? is sachai ko ya chhod dein ya maanein. agar aap aage wali sachai ko manna chahte hain to aap ko lazman ye bhi manna padega ke rational approach include inferential argument.</w:t>
      </w:r>
    </w:p>
    <w:p>
      <w:pPr>
        <w:jc w:val="right"/>
      </w:pPr>
      <w:r>
        <w:t>تو کیا کریں؟ اس سچائی کو یا چھوڑ دیں یا مانیں۔ اگر آپ آگے والی سچائی کو ماننا چاہتے ہیں تو آپ کو لازماً یہ بھی ماننا پڑے گا کہ ریشنل اپروچ انکلوڈ انفرینشل ارگومنٹ۔</w:t>
      </w:r>
    </w:p>
    <w:p>
      <w:r>
        <w:rPr>
          <w:b/>
        </w:rPr>
        <w:t xml:space="preserve">[1:15:27] </w:t>
      </w:r>
      <w:r>
        <w:t>rational approach, rational method includes inferential ar</w:t>
      </w:r>
    </w:p>
    <w:p>
      <w:pPr>
        <w:jc w:val="right"/>
      </w:pPr>
      <w:r>
        <w:t>ریشنل اپروچ، ریشنل میتھڈ انکلوڈز انفرینشل ار</w:t>
      </w:r>
    </w:p>
    <w:p>
      <w:r>
        <w:rPr>
          <w:b/>
        </w:rPr>
        <w:t xml:space="preserve">[1:15:33] </w:t>
      </w:r>
      <w:r>
        <w:t>gument. is se bhi itni si baat hai. agar ye log is baat ko maan lein, jaisa kuch log maan chuke hain, bahut se log ye maan lein ke rational method hi mein ye baat bhi shamil hai ke jo cheez</w:t>
      </w:r>
    </w:p>
    <w:p>
      <w:pPr>
        <w:jc w:val="right"/>
      </w:pPr>
      <w:r>
        <w:t>گومنٹ۔ اس سے بھی اتنی سی بات ہے۔ اگر یہ لوگ اس بات کو مان لیں، جیسا کچھ لوگ مان چکے ہیں، بہت سے لوگ یہ مان لیں کہ ریشنل میتھڈ ہی میں یہ بات بھی شامل ہے کہ جو چیز</w:t>
      </w:r>
    </w:p>
    <w:p>
      <w:r>
        <w:rPr>
          <w:b/>
        </w:rPr>
        <w:t xml:space="preserve">[1:15:50] </w:t>
      </w:r>
      <w:r>
        <w:t>inferential method se prove ho jaye, wo bhi prove maani jayegi.</w:t>
      </w:r>
    </w:p>
    <w:p>
      <w:pPr>
        <w:jc w:val="right"/>
      </w:pPr>
      <w:r>
        <w:t>انفرینشل میتھڈ سے پروف ہو جائے، وہ بھی پروف مانی جائے گی۔</w:t>
      </w:r>
    </w:p>
    <w:p>
      <w:r>
        <w:rPr>
          <w:b/>
        </w:rPr>
        <w:t xml:space="preserve">[1:15:58] </w:t>
      </w:r>
      <w:r>
        <w:t>ye baat main samajhta hoon ke kai top ke logon ne kaha hai, inhi mein se ek hai burton russell. is ne ye baat ko maana hai, is baat ko, aur us ki bahut achhi kitaab mein kai logon ko kehta hoon padhne ke liye human knowledge.</w:t>
      </w:r>
    </w:p>
    <w:p>
      <w:pPr>
        <w:jc w:val="right"/>
      </w:pPr>
      <w:r>
        <w:t>یہ بات میں سمجھتا ہوں کہ کئی ٹاپ کے لوگوں نے کہا ہے، انہی میں سے ایک ہے برٹن ڈرسل۔ اس نے یہ بات کو مانا ہے، اس بات کو، اور اس کی بہت اچھی کتاب میں کئی لوگوں کو کہتا ہوں پڑھنے کے لیے ہیومن نالج۔</w:t>
      </w:r>
    </w:p>
    <w:p>
      <w:r>
        <w:rPr>
          <w:b/>
        </w:rPr>
        <w:t xml:space="preserve">[1:16:13] </w:t>
      </w:r>
      <w:r>
        <w:t>is mein ye baat is ne do do aur char ki tarah establish ki hai ke universe of fact jo hai, us se bahut zyada hai jitna hamari pahunch ho sakti hai, yaani dekhne wale tareeqe se.</w:t>
      </w:r>
    </w:p>
    <w:p>
      <w:pPr>
        <w:jc w:val="right"/>
      </w:pPr>
      <w:r>
        <w:t>اس میں یہ بات اس نے دو دو اور چار کی طرح اسٹیبلش کی ہے کہ یونیورس اف فیکٹ جو ہے، اس سے بہت زیادہ ہے جتنا ہماری پہنچ ہو سکتی ہے، یعنی دیکھنے والے طریقے سے۔</w:t>
      </w:r>
    </w:p>
    <w:p>
      <w:r>
        <w:rPr>
          <w:b/>
        </w:rPr>
        <w:t xml:space="preserve">[1:16:26] </w:t>
      </w:r>
      <w:r>
        <w:t>y</w:t>
      </w:r>
    </w:p>
    <w:p>
      <w:pPr>
        <w:jc w:val="right"/>
      </w:pPr>
      <w:r>
        <w:t>ی</w:t>
      </w:r>
    </w:p>
    <w:p>
      <w:r>
        <w:rPr>
          <w:b/>
        </w:rPr>
        <w:t xml:space="preserve">[1:16:27] </w:t>
      </w:r>
      <w:r>
        <w:t>aani observation hi ko agar hum had maan lein to universe of fact ka bahut bada hissa hamare liye out of reach rahega.</w:t>
      </w:r>
    </w:p>
    <w:p>
      <w:pPr>
        <w:jc w:val="right"/>
      </w:pPr>
      <w:r>
        <w:t>عنی ابزرویشن ہی کو اگر ہم حد مان لیں تو یونیورس اف فیکٹ کا بہت بڑا حصہ ہمارے لیے آؤٹ اف ریچ رہے گا۔</w:t>
      </w:r>
    </w:p>
    <w:p>
      <w:r>
        <w:rPr>
          <w:b/>
        </w:rPr>
        <w:t xml:space="preserve">[1:16:35] </w:t>
      </w:r>
      <w:r>
        <w:t>to hamein ye bhi manna padega ke rational approach mein ye bhi shamil karna padega ke jo cheez direct observation se na maloom ho, lekin inferential argument se pata chal sake, wo bhi valid hai itna hi jitna ke doosri baat valid hai.</w:t>
      </w:r>
    </w:p>
    <w:p>
      <w:pPr>
        <w:jc w:val="right"/>
      </w:pPr>
      <w:r>
        <w:t>تو ہمیں یہ بھی ماننا پڑے گا کہ ریشنل اپروچ میں یہ بھی شامل کرنا پڑے گا کہ جو چیز ڈائریکٹ ابزرویشن سے نہ معلوم ہو، لیکن انفرینشل ارگومنٹ سے پتہ چل سکے، وہ بھی ویلڈ ہے اتنا ہی جتنا کہ دوسری بات ویلڈ ہے۔</w:t>
      </w:r>
    </w:p>
    <w:p>
      <w:r>
        <w:rPr>
          <w:b/>
        </w:rPr>
        <w:t xml:space="preserve">[1:16:54] </w:t>
      </w:r>
      <w:r>
        <w:t>my question is also very much related to what dr siddiqui just said. my question is while scholars accept inferential argument is valid in the knowledge of things, what stops them from accepting inferential argument in the knowledge of truth?</w:t>
      </w:r>
    </w:p>
    <w:p>
      <w:pPr>
        <w:jc w:val="right"/>
      </w:pPr>
      <w:r>
        <w:t>مائی کوسچن از السو ویری مچ ریلیٹڈ ٹو واٹ ڈاکٹر صدیقی جسٹ سیڈ۔ مائی کوسچن از وائل سکالرز ایکسیپٹ انفرینشل ارگومنٹ از ویلڈ ان دا نالج اف تھنگز، واٹ سٹپس دیم فرام ایکسیپٹنگ انفرینشل ارگومنٹ ان دا نالج اف ٹرتھ؟</w:t>
      </w:r>
    </w:p>
    <w:p>
      <w:r>
        <w:rPr>
          <w:b/>
        </w:rPr>
        <w:t xml:space="preserve">[1:17:10] </w:t>
      </w:r>
      <w:r>
        <w:t>dekhein, is ki koi logical ground nahi hai, koi bhi nahi hai.</w:t>
      </w:r>
    </w:p>
    <w:p>
      <w:pPr>
        <w:jc w:val="right"/>
      </w:pPr>
      <w:r>
        <w:t>دیکھیں، اس کی کوئی لاجیکل گراؤنڈ نہیں ہے، کوئی بھی نہیں ہے۔</w:t>
      </w:r>
    </w:p>
    <w:p>
      <w:r>
        <w:rPr>
          <w:b/>
        </w:rPr>
        <w:t xml:space="preserve">[1:17:18] </w:t>
      </w:r>
      <w:r>
        <w:t>sirf ye hai ke ek ek chali hui baat hai jo logical positivist logon ne ya is tarah ke doosre logon ne chalayi thi, wahi chali ja rahi hai.</w:t>
      </w:r>
    </w:p>
    <w:p>
      <w:pPr>
        <w:jc w:val="right"/>
      </w:pPr>
      <w:r>
        <w:t>صرف یہ ہے کہ ایک ایک چلی ہوئی بات ہے جو لاجیکل پازیٹیوسٹ لوگوں نے یا اس طرح کے دوسرے لوگوں نے چلائی تھی، وہی چلی جا رہی ہے۔</w:t>
      </w:r>
    </w:p>
    <w:p>
      <w:r>
        <w:rPr>
          <w:b/>
        </w:rPr>
        <w:t xml:space="preserve">[1:17:28] </w:t>
      </w:r>
      <w:r>
        <w:t>warna watch is destroyed ho chuki hai einstein ke baad ke dono mein jo farq baandh liya gaya tha, wo farq khatm ho chuka hai jab atom toot gaya.</w:t>
      </w:r>
    </w:p>
    <w:p>
      <w:pPr>
        <w:jc w:val="right"/>
      </w:pPr>
      <w:r>
        <w:t>ورنہ واچ از ڈسٹرائے ہو چکی ہے آئنسٹائن کے بعد کہ دونوں میں جو فرق باندھ لیا گیا تھا، وہ فرق ختم ہو چکا ہے جب ایٹم ٹوٹ گیا۔</w:t>
      </w:r>
    </w:p>
    <w:p>
      <w:r>
        <w:rPr>
          <w:b/>
        </w:rPr>
        <w:t xml:space="preserve">[1:17:39] </w:t>
      </w:r>
      <w:r>
        <w:t>jab is atom mein split hua, tabhi yeh baat khatam ho gayi.</w:t>
      </w:r>
    </w:p>
    <w:p>
      <w:pPr>
        <w:jc w:val="right"/>
      </w:pPr>
      <w:r>
        <w:t>جب اس ایٹم میں اسپلٹ ہوا، تبھی یہ بات ختم ہوگئی۔</w:t>
      </w:r>
    </w:p>
    <w:p>
      <w:r>
        <w:rPr>
          <w:b/>
        </w:rPr>
        <w:t xml:space="preserve">[1:17:44] </w:t>
      </w:r>
      <w:r>
        <w:t>lekin aap jante hain ke pichhli baatein chalti rehti hain, chahe chahe woh koi reason is ke peeche na ho, tab bhi chalti rehti hain, tab bhi chalti rehti hain.</w:t>
      </w:r>
    </w:p>
    <w:p>
      <w:pPr>
        <w:jc w:val="right"/>
      </w:pPr>
      <w:r>
        <w:t>لیکن آپ جانتے ہیں کہ پچھلی باتیں چلتی رہتی ہیں، چاہے چاہے وہ کوئی ریزن اس کے پیچھے نہ ہو، تب بھی چلتی رہتی ہیں، تب بھی چلتی رہتی ہیں۔</w:t>
      </w:r>
    </w:p>
    <w:p>
      <w:r>
        <w:rPr>
          <w:b/>
        </w:rPr>
        <w:t xml:space="preserve">[1:17:55] </w:t>
      </w:r>
      <w:r>
        <w:t>to woh chal rahi hain sirf is liye ke ek riwaj ban gaya tha, is is ke tehat woh chali ja rahi hain. Is ke peeche koi logical logical ground nahi hai.</w:t>
      </w:r>
    </w:p>
    <w:p>
      <w:pPr>
        <w:jc w:val="right"/>
      </w:pPr>
      <w:r>
        <w:t>تو وہ چل رہی ہیں صرف اس لیے کہ ایک رواج بن گیا تھا، اس اس کے تحت وہ چلی جا رہی ہیں۔ اس کے پیچھے کوئی لاجیکل لاجیکل گراؤنڈ نہیں ہے۔</w:t>
      </w:r>
    </w:p>
    <w:p>
      <w:r>
        <w:rPr>
          <w:b/>
        </w:rPr>
        <w:t xml:space="preserve">[1:18:09] </w:t>
      </w:r>
      <w:r>
        <w:t>just to repeat what people said, i have just also written this: inference is a part of rational thinking. Without inference, even many worldly things or scientific concepts cannot be understood.</w:t>
      </w:r>
    </w:p>
    <w:p>
      <w:pPr>
        <w:jc w:val="right"/>
      </w:pPr>
      <w:r>
        <w:t>جسٹ ٹو ریپیٹ واٹ پیپل سیڈ، آئی ہیو جسٹ السو رٹن دس: انفرنس از ا پارٹ اف ریشنل تھنکنگ۔ وداؤٹ انفرنس، ایون مینی ورڈلی تھنگز اور سائنٹیفک کانسیپٹس کین ناٹ بی انڈرسٹوڈ۔</w:t>
      </w:r>
    </w:p>
    <w:p>
      <w:r>
        <w:rPr>
          <w:b/>
        </w:rPr>
        <w:t xml:space="preserve">[1:18:21] </w:t>
      </w:r>
      <w:r>
        <w:t>so therefore, those having a training in rational thinking should accept revelation if properly argued,</w:t>
      </w:r>
    </w:p>
    <w:p>
      <w:pPr>
        <w:jc w:val="right"/>
      </w:pPr>
      <w:r>
        <w:t>سو دیر فور، دوز ہیونگ اے ٹریننگ ان ریشنل تھنکنگ شوڈ ایکسیپٹ ریولیشن اف پراپرلی ارگیوڈ،</w:t>
      </w:r>
    </w:p>
    <w:p>
      <w:r>
        <w:rPr>
          <w:b/>
        </w:rPr>
        <w:t xml:space="preserve">[1:18:31] </w:t>
      </w:r>
      <w:r>
        <w:t>aur if ah if a platform is created like this, where people can listen and have discussions on these things.</w:t>
      </w:r>
    </w:p>
    <w:p>
      <w:pPr>
        <w:jc w:val="right"/>
      </w:pPr>
      <w:r>
        <w:t>اور اف اہ اف اے پلیٹ فارم از کریٹڈ لائک دس، ویئر پیپل کین لسن اینڈ ہیو ڈسکشنز ان دیز تھنگز۔</w:t>
      </w:r>
    </w:p>
    <w:p>
      <w:r>
        <w:rPr>
          <w:b/>
        </w:rPr>
        <w:t xml:space="preserve">[1:18:45] </w:t>
      </w:r>
      <w:r>
        <w:t>it will be easy for for those minds who have already inferences rational thinking, because in my opinion, inference is a part of rational thinking.</w:t>
      </w:r>
    </w:p>
    <w:p>
      <w:pPr>
        <w:jc w:val="right"/>
      </w:pPr>
      <w:r>
        <w:t>اٹ ویل بی ایزی فار فار دوز مائنڈز ہو ہیو الریڈی انفرنسز ریشنل تھنکنگ، بیکاز ان مائی اوپینین، انفرنس از ا پارٹ اف ریشنل تھنکنگ۔</w:t>
      </w:r>
    </w:p>
    <w:p>
      <w:r>
        <w:rPr>
          <w:b/>
        </w:rPr>
        <w:t xml:space="preserve">[1:18:56] </w:t>
      </w:r>
      <w:r>
        <w:t>and so, i am very happy that this platform is being created where. But then the point is that we should bring more people, because otherwise what really happens?</w:t>
      </w:r>
    </w:p>
    <w:p>
      <w:pPr>
        <w:jc w:val="right"/>
      </w:pPr>
      <w:r>
        <w:t>اینڈ سو، آئی ایم ویری ہیپی دیٹ دس پلیٹ فارم از بین کریٹڈ ویئر۔ بٹ دین دا پوائنٹ از دیٹ وی شوڈ برنگ مور پیپل، بیکاز ادروائز واٹ ریلی ہیپنز؟</w:t>
      </w:r>
    </w:p>
    <w:p>
      <w:r>
        <w:rPr>
          <w:b/>
        </w:rPr>
        <w:t xml:space="preserve">[1:19:09] </w:t>
      </w:r>
      <w:r>
        <w:t>that if it is a religious discourse, okay, we don't believe in religion, that's what</w:t>
      </w:r>
    </w:p>
    <w:p>
      <w:pPr>
        <w:jc w:val="right"/>
      </w:pPr>
      <w:r>
        <w:t>دیٹ اف اٹ از ا ریلیجیس ڈسکورس، اوکے، وی ڈونٹ بیلیو ان ریلیجن، دیٹس واٹ</w:t>
      </w:r>
    </w:p>
    <w:p>
      <w:r>
        <w:rPr>
          <w:b/>
        </w:rPr>
        <w:t xml:space="preserve">[1:19:15] </w:t>
      </w:r>
      <w:r>
        <w:t>. But i think if people with such minds come here, be able to believe and understand these things more easily than anybody else, those who are not trained in this kind of a thing.</w:t>
      </w:r>
    </w:p>
    <w:p>
      <w:pPr>
        <w:jc w:val="right"/>
      </w:pPr>
      <w:r>
        <w:t>۔ بٹ آئی تھنک اف پیپل ود سچ مائنڈز کم ہیر، بی ایبل ٹو بیلیو اینڈ انڈرسٹینڈ دیز تھنگز مور ایزیلی دین اینی بڈی ایلس، دوز ہو آر ناٹ ٹرین ان دس کائنڈ اف ا تھنگ۔</w:t>
      </w:r>
    </w:p>
    <w:p>
      <w:r>
        <w:rPr>
          <w:b/>
        </w:rPr>
        <w:t xml:space="preserve">[1:19:32] </w:t>
      </w:r>
      <w:r>
        <w:t>and i think you have already answer this. So, do you like? Interesting question hai yeh.</w:t>
      </w:r>
    </w:p>
    <w:p>
      <w:pPr>
        <w:jc w:val="right"/>
      </w:pPr>
      <w:r>
        <w:t>اینڈ آئی تھنک یو ہیو الریڈی انسر دس۔ سو، ڈو یو لائک؟ انٹرسٹنگ کوسچن ہے یہ۔</w:t>
      </w:r>
    </w:p>
    <w:p>
      <w:r>
        <w:rPr>
          <w:b/>
        </w:rPr>
        <w:t xml:space="preserve">[1:19:40] </w:t>
      </w:r>
      <w:r>
        <w:t>dekhen, is mein jo yani dono baaton mein jo similarity hai, woh yeh nahi ke dono artificial hona koi similar nahi hai.</w:t>
      </w:r>
    </w:p>
    <w:p>
      <w:pPr>
        <w:jc w:val="right"/>
      </w:pPr>
      <w:r>
        <w:t>دیکھیں، اس میں جو یعنی دونوں باتوں میں جو سمیلریٹی ہے، وہ یہ نہیں کہ دونوں ارٹیفیشل ہونا کوئی سمیلر نہیں ہے۔</w:t>
      </w:r>
    </w:p>
    <w:p>
      <w:r>
        <w:rPr>
          <w:b/>
        </w:rPr>
        <w:t xml:space="preserve">[1:19:50] </w:t>
      </w:r>
      <w:r>
        <w:t>doosri baat, law of nature asal mein wahan par hai. Yani Rasool Allah ne jis cheez ko yani endorse kiya tha, woh yeh nahi ke woh artificial tareeqa is liye karo, us ko nahi</w:t>
      </w:r>
    </w:p>
    <w:p>
      <w:pPr>
        <w:jc w:val="right"/>
      </w:pPr>
      <w:r>
        <w:t>دوسری بات، لاء اف نیچر اصل میں وہاں پر ہے۔ یعنی رسول اللہ نے جس چیز کو یعنی انڈورس کیا تھا، وہ یہ نہیں کہ وہ ارٹیفیشل طریقہ اس لیے کرو، اس کو نہیں</w:t>
      </w:r>
    </w:p>
    <w:p>
      <w:r>
        <w:rPr>
          <w:b/>
        </w:rPr>
        <w:t xml:space="preserve">[1:20:02] </w:t>
      </w:r>
      <w:r>
        <w:t>. Law of nature ko. To yeh jo aaj kal jo hota hai, jo woh law of nature mein intervention hai. Mere nazdeek Madine mein khajuron ko jo pollination kiya jata tha, woh to woh to nature mein aisa hai ke pollination khud khud law of nature mein shamil hai.</w:t>
      </w:r>
    </w:p>
    <w:p>
      <w:pPr>
        <w:jc w:val="right"/>
      </w:pPr>
      <w:r>
        <w:t>۔ لاء اف نیچر کو۔ تو یہ جو آج کل جو ہوتا ہے، جو وہ لاء اف نیچر میں انٹرویوشن ہے۔ میرے نزدیک مدینے میں کھجوروں کو جو پولینیشن کیا جاتا تھا، وہ تو وہ تو نیچر میں ایسا ہے کہ پولینیشن خود خود لاء اف نیچر میں شامل ہے۔</w:t>
      </w:r>
    </w:p>
    <w:p>
      <w:r>
        <w:rPr>
          <w:b/>
        </w:rPr>
        <w:t xml:space="preserve">[1:20:22] </w:t>
      </w:r>
      <w:r>
        <w:t>aam taur par aisa hota hai ke hawaon ke chalne se, titliyon ko udne se, ya parindon ko udne se pollination hota rehta hai.</w:t>
      </w:r>
    </w:p>
    <w:p>
      <w:pPr>
        <w:jc w:val="right"/>
      </w:pPr>
      <w:r>
        <w:t>عام طور پر ایسا ہوتا ہے کہ ہواؤں کے چلنے سے، تتلیوں کو اڑنے سے، یا پرندوں کو اڑنے سے پولینیشن ہوتا رہتا ہے۔</w:t>
      </w:r>
    </w:p>
    <w:p>
      <w:r>
        <w:rPr>
          <w:b/>
        </w:rPr>
        <w:t xml:space="preserve">[1:20:34] </w:t>
      </w:r>
      <w:r>
        <w:t>yani aap jante hain ke pollination ka matlab kya hai? Yani nar aur madah ka milap. To woh jo milap hai, woh mukhtalif tareeqon se fitri taur par chalta rehta hai.</w:t>
      </w:r>
    </w:p>
    <w:p>
      <w:pPr>
        <w:jc w:val="right"/>
      </w:pPr>
      <w:r>
        <w:t>یعنی آپ جانتے ہیں کہ پولینیشن کا مطلب کیا ہے؟ یعنی نر اور بادے کا ملاپ۔ تو وہ جو ملاپ ہے، وہ مختلف طریقوں سے فطری طور پر چلتا رہتا ہے۔</w:t>
      </w:r>
    </w:p>
    <w:p>
      <w:r>
        <w:rPr>
          <w:b/>
        </w:rPr>
        <w:t xml:space="preserve">[1:20:45] </w:t>
      </w:r>
      <w:r>
        <w:t>lekin kuch peed aise hain, jaise khajoor, wahan par yeh cheez helpful nahi hoti. Wahan titliyon se ya hawaon se pollination ho nahi pata hai.</w:t>
      </w:r>
    </w:p>
    <w:p>
      <w:pPr>
        <w:jc w:val="right"/>
      </w:pPr>
      <w:r>
        <w:t>لیکن کچھ پیڑ ایسے ہیں، جیسے کھجور، وہاں پر یہ چیز ہیلپ فل نہیں ہوتی۔ وہاں تتلیوں سے یا ہواؤں سے پولینیشن ہو نہیں پاتا ہے۔</w:t>
      </w:r>
    </w:p>
    <w:p>
      <w:r>
        <w:rPr>
          <w:b/>
        </w:rPr>
        <w:t xml:space="preserve">[1:20:57] </w:t>
      </w:r>
      <w:r>
        <w:t>is liye karna parta hai insaan ke haath ko.</w:t>
      </w:r>
    </w:p>
    <w:p>
      <w:pPr>
        <w:jc w:val="right"/>
      </w:pPr>
      <w:r>
        <w:t>اس لیے کرنا پڑتا ہے انسان کے ہاتھ کو۔</w:t>
      </w:r>
    </w:p>
    <w:p>
      <w:r>
        <w:rPr>
          <w:b/>
        </w:rPr>
        <w:t xml:space="preserve">[1:21:00] </w:t>
      </w:r>
      <w:r>
        <w:t>to khud law of nature hi hai, mein woh cheez shamil hai ke khajoor ke mamle mein aisa kiya jaye. To wahan par jo mamla tha, woh yeh ke law of nature jaise jo keh raha hai, woh karo.</w:t>
      </w:r>
    </w:p>
    <w:p>
      <w:pPr>
        <w:jc w:val="right"/>
      </w:pPr>
      <w:r>
        <w:t>تو خود لاء اف نیچر ہی ہے، میں وہ چیز شامل ہے کہ کھجور کے معاملے میں ایسا کیا جائے۔ تو وہاں پر جو معاملہ تھا، وہ یہ کہ لاء اف نیچر جیسے جو کہہ رہا ہے، وہ کرو۔</w:t>
      </w:r>
    </w:p>
    <w:p>
      <w:r>
        <w:rPr>
          <w:b/>
        </w:rPr>
        <w:t xml:space="preserve">[1:21:12] </w:t>
      </w:r>
      <w:r>
        <w:t>to is mein yeh yeh cheez yani irrelevant hai ke artificial hai ke ke ke waisa hai. To mein mera zaati rai yeh hai ke test to be be bilkul abstr</w:t>
      </w:r>
    </w:p>
    <w:p>
      <w:pPr>
        <w:jc w:val="right"/>
      </w:pPr>
      <w:r>
        <w:t>تو اس میں یہ یہ چیز یعنی اریلیونٹ ہے کہ ارٹیفیشل ہے کہ کہ کہ ویسا ہے۔ تو میں میرا ذاتی رائے یہ ہے کہ ٹیسٹ ٹو بی بی بالکل ابسٹر</w:t>
      </w:r>
    </w:p>
    <w:p>
      <w:r>
        <w:rPr>
          <w:b/>
        </w:rPr>
        <w:t xml:space="preserve">[1:21:27] </w:t>
      </w:r>
      <w:r>
        <w:t>act baat hai. Jo log aisa kar rahe hain, woh galat kaam kar rahe hain. Aur nature mein is tarah ka intervention hamesha galat hota hai.</w:t>
      </w:r>
    </w:p>
    <w:p>
      <w:pPr>
        <w:jc w:val="right"/>
      </w:pPr>
      <w:r>
        <w:t>یکٹ بات ہے۔ جو لوگ ایسا کر رہے ہیں، وہ غلط کام کر رہے ہیں۔ اور نیچر میں اس طرح کا انٹرویوشن ہمیشہ غلط ہوتا ہے۔</w:t>
      </w:r>
    </w:p>
    <w:p>
      <w:r>
        <w:rPr>
          <w:b/>
        </w:rPr>
        <w:t xml:space="preserve">[1:21:35] </w:t>
      </w:r>
      <w:r>
        <w:t>chunanche jo is se jo paida ho rahe hain, jaise woh dali jo hai, bimar ho ke mar gayi bohat jald. Yani kai cheezon mein tajruba kiya hai insaan ne.</w:t>
      </w:r>
    </w:p>
    <w:p>
      <w:pPr>
        <w:jc w:val="right"/>
      </w:pPr>
      <w:r>
        <w:t>چنانچہ جو اس سے جو پیدا ہو رہے ہیں، جیسے وہ ڈالی جو ہے، بیمار ہو کے مر گئی بہت جلد۔ یعنی کئی چیزوں میں تجربہ کیا ہے انسان نے۔</w:t>
      </w:r>
    </w:p>
    <w:p>
      <w:r>
        <w:rPr>
          <w:b/>
        </w:rPr>
        <w:t xml:space="preserve">[1:21:46] </w:t>
      </w:r>
      <w:r>
        <w:t>intervene jab kiya jata hai to kuch product aap nikal paate hain zaroor, lekin woh product waisa nahi hota jaisa ke nature nikal rahi hai. Yeh kai jagah waisa sabit ho chuka</w:t>
      </w:r>
    </w:p>
    <w:p>
      <w:pPr>
        <w:jc w:val="right"/>
      </w:pPr>
      <w:r>
        <w:t>انٹروین جب کیا جاتا ہے تو کچھ پروڈکٹ آپ نکال پاتے ہیں ضرور، لیکن وہ پروڈکٹ ویسا نہیں ہوتا جیسا کہ نیچر نکال رہی ہے۔ یہ کئی جگہ ویسا ثابت ہو چکا</w:t>
      </w:r>
    </w:p>
    <w:p>
      <w:r>
        <w:rPr>
          <w:b/>
        </w:rPr>
        <w:t xml:space="preserve">[1:21:56] </w:t>
      </w:r>
      <w:r>
        <w:t>hai. To mein samajhta hoon ke yeh yani yani aise log paida karna jo less than human hon, yeh hoga.</w:t>
      </w:r>
    </w:p>
    <w:p>
      <w:pPr>
        <w:jc w:val="right"/>
      </w:pPr>
      <w:r>
        <w:t>ہے۔ تو میں سمجھتا ہوں کہ یہ یعنی یعنی ایسے لوگ پیدا کرنا جو لیس دین ہیومن ہوں، یہ ہوگا۔</w:t>
      </w:r>
    </w:p>
    <w:p>
      <w:r>
        <w:rPr>
          <w:b/>
        </w:rPr>
        <w:t xml:space="preserve">[1:22:05] </w:t>
      </w:r>
      <w:r>
        <w:t>kyunke woh aap insaan paida nahi kar sakte jo insaan nature ke zariye paida hota hai. Agar aisa hota to dali ko woh anjam na hota ke woh tarah tarah ki bimariyon mein pad gayi aur bohat jald woh mar gayi.</w:t>
      </w:r>
    </w:p>
    <w:p>
      <w:pPr>
        <w:jc w:val="right"/>
      </w:pPr>
      <w:r>
        <w:t>کیونکہ وہ آپ انسان پیدا نہیں کر سکتے جو انسان نیچر کے ذریعے پیدا ہوتا ہے۔ اگر ایسا ہوتا تو ڈالی کو وہ انجام نہ ہوتا کہ وہ طرح طرح کی بیماریوں میں پڑ گئی اور بہت جلد وہ مر گئی۔</w:t>
      </w:r>
    </w:p>
    <w:p>
      <w:r>
        <w:rPr>
          <w:b/>
        </w:rPr>
        <w:t xml:space="preserve">[1:22:17] </w:t>
      </w:r>
      <w:r>
        <w:t>is wajah se meri rai yeh hai ke woh jo waqea tha, woh toh woh toh law of nature ka mamla tha. aur</w:t>
      </w:r>
    </w:p>
    <w:p>
      <w:pPr>
        <w:jc w:val="right"/>
      </w:pPr>
      <w:r>
        <w:t>اس وجہ سے میری رائے یہ ہے کہ وہ جو واقعہ تھا، وہ تو وہ تو لاء اف نیچر کا معاملہ تھا۔ اور</w:t>
      </w:r>
    </w:p>
    <w:p>
      <w:r>
        <w:rPr>
          <w:b/>
        </w:rPr>
        <w:t xml:space="preserve">[1:22:23] </w:t>
      </w:r>
      <w:r>
        <w:t>yahan law of nature mein intervention ka mamla hai. is liye main is ke against mein hoon aur is ko sahi samajhta hoon. toh main yeh kahunga ke jo evolution theory hai, woh hargiz Quran se sabit nahi hoti.</w:t>
      </w:r>
    </w:p>
    <w:p>
      <w:pPr>
        <w:jc w:val="right"/>
      </w:pPr>
      <w:r>
        <w:t>یہاں لاء اف نیچر میں انٹرویوشن کا معاملہ ہے۔ اس لیے میں اس کے اگینسٹ میں ہوں اور اس کو صحیح سمجھتا ہوں۔ تو میں یہ کہوں گا کہ جو ایولوشن تھیوری ہے، وہ ہرگز قرآن سے ثابت نہیں ہوتی۔</w:t>
      </w:r>
    </w:p>
    <w:p>
      <w:r>
        <w:rPr>
          <w:b/>
        </w:rPr>
        <w:t xml:space="preserve">[1:22:36] </w:t>
      </w:r>
      <w:r>
        <w:t>Quran ki kisi ayat se yeh nahi sabit kiya ja sakta ke Khuda ne is tarah paida kiya jis tarah se evolution theory mein kaha jata hai.</w:t>
      </w:r>
    </w:p>
    <w:p>
      <w:pPr>
        <w:jc w:val="right"/>
      </w:pPr>
      <w:r>
        <w:t>قرآن کی کسی آیت سے یہ نہیں ثابت کیا جا سکتا کہ خدا نے اس طرح پیدا کیا جس طرح سے ایولوشن تھیوری میں کہا جاتا ہے۔</w:t>
      </w:r>
    </w:p>
    <w:p>
      <w:r>
        <w:rPr>
          <w:b/>
        </w:rPr>
        <w:t xml:space="preserve">[1:22:46] </w:t>
      </w:r>
      <w:r>
        <w:t>yeh ek alag subject hai. kabhi kisi moqa par main inshallah is par bol sakta hoon ke Quran aur Hadees se hargiz yeh sabit nahi hota.</w:t>
      </w:r>
    </w:p>
    <w:p>
      <w:pPr>
        <w:jc w:val="right"/>
      </w:pPr>
      <w:r>
        <w:t>یہ ایک الگ سبجیکٹ ہے۔ کبھی کسی موقع پر میں انشاءاللہ اس پر بول سکتا ہوں کہ قرآن اور حدیث سے ہرگز یہ ثابت نہیں ہوتا۔</w:t>
      </w:r>
    </w:p>
    <w:p>
      <w:r>
        <w:rPr>
          <w:b/>
        </w:rPr>
        <w:t xml:space="preserve">[1:22:54] </w:t>
      </w:r>
      <w:r>
        <w:t>doosri baat yeh hai ke khud organic evolution kya hai? dekhein, woh yeh hai. is ka formula bataya jata hai ke ek se doosri cheez ka nikalna.</w:t>
      </w:r>
    </w:p>
    <w:p>
      <w:pPr>
        <w:jc w:val="right"/>
      </w:pPr>
      <w:r>
        <w:t>دوسری بات یہ ہے کہ خود ارگینک ایولوشن کیا ہے؟ دیکھیں، وہ یہ ہے۔ اس کا فارمولا بتایا جاتا ہے کہ ایک سے دوسری چیز کا نکلنا۔</w:t>
      </w:r>
    </w:p>
    <w:p>
      <w:r>
        <w:rPr>
          <w:b/>
        </w:rPr>
        <w:t xml:space="preserve">[1:23:05] </w:t>
      </w:r>
      <w:r>
        <w:t>basic baat jo hai, woh ek se doosri cheez ka nikalna. yeh nahi hai ke 1920 mein yeh paida hua, 1970 mein woh paida hua, aur 2050 mein woh paida hua.</w:t>
      </w:r>
    </w:p>
    <w:p>
      <w:pPr>
        <w:jc w:val="right"/>
      </w:pPr>
      <w:r>
        <w:t>بیسک بات جو ہے، وہ ایک سے دوسری چیز کا نکلنا۔ یہ نہیں ہے کہ 1920 میں یہ پیدا ہوا، 1970 میں وہ پیدا ہوا، اور 2050 میں وہ پیدا ہوا۔</w:t>
      </w:r>
    </w:p>
    <w:p>
      <w:r>
        <w:rPr>
          <w:b/>
        </w:rPr>
        <w:t xml:space="preserve">[1:23:15] </w:t>
      </w:r>
      <w:r>
        <w:t>aisa nahi hai. yani yani evolution theory yeh nahi hai, balkeh is mein se woh nikla, is mein se woh nikla, is mein se woh nikla.</w:t>
      </w:r>
    </w:p>
    <w:p>
      <w:pPr>
        <w:jc w:val="right"/>
      </w:pPr>
      <w:r>
        <w:t>ایسا نہیں ہے۔ یعنی یعنی ایولوشن تھیوری یہ نہیں ہے، بلکہ اس میں سے وہ نکلا، اس میں سے وہ نکلا، اس میں سے وہ نکلا۔</w:t>
      </w:r>
    </w:p>
    <w:p>
      <w:r>
        <w:rPr>
          <w:b/>
        </w:rPr>
        <w:t xml:space="preserve">[1:23:23] </w:t>
      </w:r>
      <w:r>
        <w:t>yani bakri jo hai, woh evolve karte karte zarafah ban gayi. toh yeh kehte hain log ke jo hum yeh hamara jo claim hai ke bakri jo hai, evolve karte karte zarafah ban gayi, toh is ke beech mein kuch missing link hain jo hum aage pata kar payenge.</w:t>
      </w:r>
    </w:p>
    <w:p>
      <w:pPr>
        <w:jc w:val="right"/>
      </w:pPr>
      <w:r>
        <w:t>یعنی بکری جو ہے، وہ ایوالو کرتے کرتے زرافہ بن گئی۔ تو یہ کہتے ہیں لوگ کہ جو ہم یہ ہمارا جو کلیم ہے کہ بکری جو ہے، ایوالو کرتے کرتے زرافہ بن گئی، تو اس کے بیچ میں کچھ مسنگ لنک ہیں جو ہم آگے پتہ کر پائیں گے۔</w:t>
      </w:r>
    </w:p>
    <w:p>
      <w:r>
        <w:rPr>
          <w:b/>
        </w:rPr>
        <w:t xml:space="preserve">[1:23:43] </w:t>
      </w:r>
      <w:r>
        <w:t>toh missing link aaj kal aaj tak daryaft nahi hui</w:t>
      </w:r>
    </w:p>
    <w:p>
      <w:pPr>
        <w:jc w:val="right"/>
      </w:pPr>
      <w:r>
        <w:t>تو مسنگ لنک آج کل آج تک دریافت نہیں ہوئی</w:t>
      </w:r>
    </w:p>
    <w:p>
      <w:r>
        <w:rPr>
          <w:b/>
        </w:rPr>
        <w:t xml:space="preserve">[1:23:46] </w:t>
      </w:r>
      <w:r>
        <w:t>. kuch hadiyon ke thanjay jo nikale gaye hain, us se proof nahi hota. kyunke jo jis ko aap kehte hain ke yeh yeh insan aur bandar ke beech ka yeh hai, hain toh woh khud ek independent creation hai, na ke is silsile ki kadi.</w:t>
      </w:r>
    </w:p>
    <w:p>
      <w:pPr>
        <w:jc w:val="right"/>
      </w:pPr>
      <w:r>
        <w:t>۔ کچھ ہڈیوں کے ٹھانجے جو نکالے گئے ہیں، اس سے پروف نہیں ہوتا۔ کیونکہ جو جس کو آپ کہتے ہیں کہ یہ یہ انسان اور بندر کے بیچ کا یہ ہے، ہیں تو وہ خود ایک انڈیپینڈنٹ کریشن ہے، نہ کہ اس سلسلے کی کڑی۔</w:t>
      </w:r>
    </w:p>
    <w:p>
      <w:r>
        <w:rPr>
          <w:b/>
        </w:rPr>
        <w:t xml:space="preserve">[1:24:03] </w:t>
      </w:r>
      <w:r>
        <w:t>matlab woh ke bandar se nikla hua insan nahi hai, woh apne aap mein woh creation hai.</w:t>
      </w:r>
    </w:p>
    <w:p>
      <w:pPr>
        <w:jc w:val="right"/>
      </w:pPr>
      <w:r>
        <w:t>مطلب وہ کہ بندر سے نکلا ہوا انسان نہیں ہے، وہ اپنے آپ میں وہ کریشن ہے۔</w:t>
      </w:r>
    </w:p>
    <w:p>
      <w:r>
        <w:rPr>
          <w:b/>
        </w:rPr>
        <w:t xml:space="preserve">[1:24:09] </w:t>
      </w:r>
      <w:r>
        <w:t>yani jitne bhi thanjay nikale gaye hain, woh independent creation ko batate hain, na yeh ke is mein se woh nikla, is mein se woh nikla, is mein se woh nikla. toh basic baat jo hai, woh yeh hai ke Khuda ne billion billion dhang ki cheezein banayi hain, lekin yeh nahi hai ke is mein se woh nikla, is mein se woh nikla.</w:t>
      </w:r>
    </w:p>
    <w:p>
      <w:pPr>
        <w:jc w:val="right"/>
      </w:pPr>
      <w:r>
        <w:t>یعنی جتنے بھی ٹھانچے نکالے گئے ہیں، وہ انڈیپینڈنٹ کریشن کو بتاتے ہیں، نہ یہ کہ اس میں سے وہ نکلا، اس میں سے وہ نکلا، اس میں سے وہ نکلا۔ تو بیسک بات جو ہے، وہ یہ ہے کہ خدا نے بلین بلین ڈھنگ کی چیزیں بنائی ہیں، لیکن یہ نہیں ہے کہ اس میں سے وہ نکلا، اس میں سے وہ نکلا۔</w:t>
      </w:r>
    </w:p>
    <w:p>
      <w:r>
        <w:rPr>
          <w:b/>
        </w:rPr>
        <w:t xml:space="preserve">[1:24:27] </w:t>
      </w:r>
      <w:r>
        <w:t>har cheez alag alag banayi, har cheez alag alag banayi. toh asal jo organic evolution ka jo jo crucial problem hai, woh yeh hai ke woh yeh sabit kar sakein ke is mein se woh nikla.</w:t>
      </w:r>
    </w:p>
    <w:p>
      <w:pPr>
        <w:jc w:val="right"/>
      </w:pPr>
      <w:r>
        <w:t>ہر چیز الگ الگ بنائی، ہر چیز الگ الگ بنائی۔ تو اصل جو ارگینک ایولوشن کا جو جو کروشل پرابلم ہے، وہ یہ ہے کہ وہ یہ ثابت کر سکیں کہ اس میں سے وہ نکلا۔</w:t>
      </w:r>
    </w:p>
    <w:p>
      <w:r>
        <w:rPr>
          <w:b/>
        </w:rPr>
        <w:t xml:space="preserve">[1:24:37] </w:t>
      </w:r>
      <w:r>
        <w:t>jab tak yeh proof na ho, tab tak evolution unproven theory rahegi. is par sawal yeh achhe tarike se ke evolution theory hai kya? woh yahi hai ke yani ghoda, yani ghoda gaadi se, bail gaadi se, ghoda gaadi nikli, isi ke andar se nikal aayi.</w:t>
      </w:r>
    </w:p>
    <w:p>
      <w:pPr>
        <w:jc w:val="right"/>
      </w:pPr>
      <w:r>
        <w:t>جب تک یہ پروف نہ ہو، تب تک ایولوشن ان پروف تھیوری رہے گی۔ اس پر سوال یہ اچھے طریقے سے کہ ایولوشن تھیوری ہے کیا؟ وہ یہی ہے کہ یعنی گھوڑا، یعنی گھوڑا گاڑی سے، بیل گاڑی سے، گھوڑا گاڑی نکلی، اسی کے اندر سے نکل آئی۔</w:t>
      </w:r>
    </w:p>
    <w:p>
      <w:r>
        <w:rPr>
          <w:b/>
        </w:rPr>
        <w:t xml:space="preserve">[1:24:52] </w:t>
      </w:r>
      <w:r>
        <w:t>phir ghoda gaadi se motor car nikal aayi, isi ke andar se nikal aayi. phir motor car se hawai jahaz nikal aaya, isi ke andar se nikal aaya. isi ke pet se woh nikalta raha.</w:t>
      </w:r>
    </w:p>
    <w:p>
      <w:pPr>
        <w:jc w:val="right"/>
      </w:pPr>
      <w:r>
        <w:t>پھر گھوڑا گاڑی سے موٹر کار نکل آئی، اسی کے اندر سے نکل آئی۔ پھر موٹر کار سے ہوائی جہاز نکل آیا، اسی کے اندر سے نکل آیا۔ اسی کے پیٹ سے وہ نکلتا رہا۔</w:t>
      </w:r>
    </w:p>
    <w:p>
      <w:r>
        <w:rPr>
          <w:b/>
        </w:rPr>
        <w:t xml:space="preserve">[1:25:01] </w:t>
      </w:r>
      <w:r>
        <w:t>toh yeh bilkul abhi tak sabit nahi hua.</w:t>
      </w:r>
    </w:p>
    <w:p>
      <w:pPr>
        <w:jc w:val="right"/>
      </w:pPr>
      <w:r>
        <w:t>تو یہ بالکل ابھی تک ثابت نہیں ہوا۔</w:t>
      </w:r>
    </w:p>
    <w:p>
      <w:r>
        <w:rPr>
          <w:b/>
        </w:rPr>
        <w:t xml:space="preserve">[1:25:04] </w:t>
      </w:r>
      <w:r>
        <w:t>aur jahan tak is ki is ki zaroorat sawal hai ke yani jo yani planet ya stars ki jo duniya hai, wahan par hum mante hain ke six yom jo hai Quran majeed mein, is ka matlab hai six period.</w:t>
      </w:r>
    </w:p>
    <w:p>
      <w:pPr>
        <w:jc w:val="right"/>
      </w:pPr>
      <w:r>
        <w:t>اور جہاں تک اس کی اس کی ضرورت سوال ہے کہ یعنی جو یعنی پلینٹ یا سٹارز کی جو دنیا ہے، وہاں پر ہم مانتے ہیں کہ سکس یوم جو ہے قرآن مجید میں، اس کا مطلب ہے سکس پیریڈ۔</w:t>
      </w:r>
    </w:p>
    <w:p>
      <w:r>
        <w:rPr>
          <w:b/>
        </w:rPr>
        <w:t xml:space="preserve">[1:25:19] </w:t>
      </w:r>
      <w:r>
        <w:t>six period mein jo million billion saal ho sakte hain, ke six period mein Khuda ne is ko banaya</w:t>
      </w:r>
    </w:p>
    <w:p>
      <w:pPr>
        <w:jc w:val="right"/>
      </w:pPr>
      <w:r>
        <w:t>سکس پیریڈ میں جو ملین بلین سال ہو سکتے ہیں، کہ سکس پیریڈ میں خدا نے اس کو بنایا</w:t>
      </w:r>
    </w:p>
    <w:p>
      <w:r>
        <w:rPr>
          <w:b/>
        </w:rPr>
        <w:t xml:space="preserve">[1:25:26] </w:t>
      </w:r>
      <w:r>
        <w:t>. waise is ko main sahi manta hoon ke zameen jo thi, pehle woh garam thi, phir thandi hui, phir pani aaya, phir phir is mein plant aaya, aur phir animal aaye.</w:t>
      </w:r>
    </w:p>
    <w:p>
      <w:pPr>
        <w:jc w:val="right"/>
      </w:pPr>
      <w:r>
        <w:t>۔ ویسے اس کو میں صحیح مانتا ہوں کہ زمین جو تھی، پہلے وہ گرم تھی، پھر ٹھنڈی ہوئی، پھر پانی آیا، پھر پھر اس میں پلانٹ آیا، اور پھر اینیمل آئے۔</w:t>
      </w:r>
    </w:p>
    <w:p>
      <w:r>
        <w:rPr>
          <w:b/>
        </w:rPr>
        <w:t xml:space="preserve">[1:25:35] </w:t>
      </w:r>
      <w:r>
        <w:t>yeh manta hoon main, woh stages. lekin khud jo zindagi hai, zindagi ke bare mein nahi koi proof mila mujhe ab tak, na Quran mein, na science mein, ke is mein se woh nikla, is mein se woh nikla.</w:t>
      </w:r>
    </w:p>
    <w:p>
      <w:pPr>
        <w:jc w:val="right"/>
      </w:pPr>
      <w:r>
        <w:t>یہ مانتا ہوں میں، وہ سٹیجز۔ لیکن خود جو زندگی ہے، زندگی کے بارے میں نہیں کوئی پروف ملا مجھے اب تک، نہ قرآن میں، نہ سائنس میں، کہ اس میں سے وہ نکلا، اس میں سے وہ نکلا۔</w:t>
      </w:r>
    </w:p>
    <w:p>
      <w:r>
        <w:rPr>
          <w:b/>
        </w:rPr>
        <w:t xml:space="preserve">[1:25:46] </w:t>
      </w:r>
      <w:r>
        <w:t>yani is ke pet se woh nikla, yani machhli ke pet se chidiya nikal aayi. yeh main nahi manta. mutation hai. me</w:t>
      </w:r>
    </w:p>
    <w:p>
      <w:pPr>
        <w:jc w:val="right"/>
      </w:pPr>
      <w:r>
        <w:t>یعنی اس کے پیٹ سے وہ نکلا، یعنی مچھلی کے پیٹ سے چڑیا نکل آئی۔ یہ میں نہیں مانتا۔ میوٹیشن ہے۔ می</w:t>
      </w:r>
    </w:p>
    <w:p>
      <w:r>
        <w:rPr>
          <w:b/>
        </w:rPr>
        <w:t xml:space="preserve">[1:25:52] </w:t>
      </w:r>
      <w:r>
        <w:t>utation ka matlab dekhein yeh hai ke woh kehte yeh hain ke ek bakri hai, goat, us se chaar bachhe paida hue.</w:t>
      </w:r>
    </w:p>
    <w:p>
      <w:pPr>
        <w:jc w:val="right"/>
      </w:pPr>
      <w:r>
        <w:t>وٹیشن کا مطلب دیکھیں یہ ہے کہ وہ کہتے یہ ہیں کہ ایک بکری ہے، گوٹ، اس سے چار بچے پیدا ہوئے۔</w:t>
      </w:r>
    </w:p>
    <w:p>
      <w:r>
        <w:rPr>
          <w:b/>
        </w:rPr>
        <w:t xml:space="preserve">[1:26:03] </w:t>
      </w:r>
      <w:r>
        <w:t>ji toh is mein chaaron mein kuch differences the, maslan kisi ki gardan thodi si badi thi, baqi gardan chhoti thi.</w:t>
      </w:r>
    </w:p>
    <w:p>
      <w:pPr>
        <w:jc w:val="right"/>
      </w:pPr>
      <w:r>
        <w:t>جی تو اس میں چاروں میں کچھ ڈیفرنسز تھے، مثلاً کسی کی گردن تھوڑی سی بڑی تھی، باقی گردن چھوٹی تھی۔</w:t>
      </w:r>
    </w:p>
    <w:p>
      <w:r>
        <w:rPr>
          <w:b/>
        </w:rPr>
        <w:t xml:space="preserve">[1:26:13] </w:t>
      </w:r>
      <w:r>
        <w:t>yeh yeh sab taassurat hain, aisa kuch hua waqea tha, is ka koi proof nahi hai.</w:t>
      </w:r>
    </w:p>
    <w:p>
      <w:pPr>
        <w:jc w:val="right"/>
      </w:pPr>
      <w:r>
        <w:t>یہ یہ سب تاثرات ہیں، ایسا کچھ ہوا واقعہ تھا، اس کا کوئی پروف نہیں ہے۔</w:t>
      </w:r>
    </w:p>
    <w:p>
      <w:r>
        <w:rPr>
          <w:b/>
        </w:rPr>
        <w:t xml:space="preserve">[1:26:17] </w:t>
      </w:r>
      <w:r>
        <w:t>toh chalte chalte chalte jab neeche ke charay khatam ho gaye, aur sirf upar ke pead reh gaye, toh sirf woh kha payega jis ki gardan kuch badi ho.</w:t>
      </w:r>
    </w:p>
    <w:p>
      <w:pPr>
        <w:jc w:val="right"/>
      </w:pPr>
      <w:r>
        <w:t>تو چلتے چلتے چلتے جب نیچے کے چارے ختم ہوگئے، اور صرف اوپر کے پیڑ رہ گئے، تو صرف وہ کھا پائے گا جس کی گردن کچھ بڑی ہو۔</w:t>
      </w:r>
    </w:p>
    <w:p>
      <w:r>
        <w:rPr>
          <w:b/>
        </w:rPr>
        <w:t xml:space="preserve">[1:26:27] </w:t>
      </w:r>
      <w:r>
        <w:t>to baqi to mar jayenge. ab bari wali gardan jo thi, us mein se phir jo bachche paida honge, phir chaar bachche farz ke paida hue, to teen ki gardan chhoti hai, ek ki badi hai, to woh zinda rahega, woh baqi mar jayenge.</w:t>
      </w:r>
    </w:p>
    <w:p>
      <w:pPr>
        <w:jc w:val="right"/>
      </w:pPr>
      <w:r>
        <w:t>تو باقی تو مر جائیں گے۔ اب بڑی والی گردن جو تھی، اس میں سے پھر جو بچے پیدا ہوں گے، پھر چار بچے فرض کے پیدا ہوئے، تو تین کی گردن چھوٹی ہے، ایک کی بڑی ہے، تو وہ زندہ رہے گا، وہ باقی مر جائیں گے۔</w:t>
      </w:r>
    </w:p>
    <w:p>
      <w:r>
        <w:rPr>
          <w:b/>
        </w:rPr>
        <w:t xml:space="preserve">[1:26:38] </w:t>
      </w:r>
      <w:r>
        <w:t>yeh sab yeh sab kahaniyan hain, is ka koi proof nahi hai.</w:t>
      </w:r>
    </w:p>
    <w:p>
      <w:pPr>
        <w:jc w:val="right"/>
      </w:pPr>
      <w:r>
        <w:t>یہ سب یہ سب کہانیاں ہیں، اس کا کوئی پروف نہیں ہے۔</w:t>
      </w:r>
    </w:p>
    <w:p>
      <w:r>
        <w:rPr>
          <w:b/>
        </w:rPr>
        <w:t xml:space="preserve">[1:26:43] </w:t>
      </w:r>
      <w:r>
        <w:t>to main basic jis cheez par, jis cheez ko main ab tak nahi samajh paaya hoon, maine bahut study kiye, starvation tareeqe, maine natural history museum jo hai, woh wahan par, woh woh ja ke dekha hai, maine Chandigarh mein, aur bahut books padhi hain.</w:t>
      </w:r>
    </w:p>
    <w:p>
      <w:pPr>
        <w:jc w:val="right"/>
      </w:pPr>
      <w:r>
        <w:t>تو میں بیسک جس چیز پر، جس چیز کو میں اب تک نہیں سمجھ پایا ہوں، میں نے بہت اسٹڈی کیے، اسٹیوریشن طریقے، میں نے نیچرل ہسٹری میوزیم جو ہے، وہ وہاں پر، وہ وہ جا کے دیکھا ہے، میں نے چندی گڑھ میں، اور بہت بکس پڑھی ہیں۔</w:t>
      </w:r>
    </w:p>
    <w:p>
      <w:r>
        <w:rPr>
          <w:b/>
        </w:rPr>
        <w:t xml:space="preserve">[1:26:57] </w:t>
      </w:r>
      <w:r>
        <w:t>is baat ko ab tak proof nahi kiya ja sakta hai, kiya ja saka hai ke ek mein se doosra nikla. jitne skeleton dikhaye jaate hain, woh har ek ko main independent creation maanta hoon, independent creation, na ke is mein se, is mein se woh nikla, is mein se woh nikla.</w:t>
      </w:r>
    </w:p>
    <w:p>
      <w:pPr>
        <w:jc w:val="right"/>
      </w:pPr>
      <w:r>
        <w:t>اس بات کو اب تک پروف نہیں کیا جا سکتا ہے، کیا جا سکا ہے کہ ایک میں سے دوسرا نکلا۔ جتنے سکیلٹن دکھائے جاتے ہیں، وہ ہر ایک کو میں انڈیپینڈنٹ کریشن مانتا ہوں، انڈیپینڈنٹ کریشن، نہ کہ اس میں سے، اس میں سے وہ نکلا، اس میں سے وہ نکلا۔</w:t>
      </w:r>
    </w:p>
    <w:p>
      <w:r>
        <w:rPr>
          <w:b/>
        </w:rPr>
        <w:t xml:space="preserve">[1:27:11] </w:t>
      </w:r>
      <w:r>
        <w:t>Maulana sahib, my question is now adays, there are so many institutions and madrasas, uh to explain each and every thing about Islam, and where we can get the knowledge more and more.</w:t>
      </w:r>
    </w:p>
    <w:p>
      <w:pPr>
        <w:jc w:val="right"/>
      </w:pPr>
      <w:r>
        <w:t>مولانا صاحب، مائی کوئسچن از ناو ایڈیز، دیر ار سو مینی انسٹیٹیوشنز اینڈ مدرساز، اہ ٹو ایکسپلین ایچ اینڈ ایوری تھنگ اباؤٹ اسلام، اینڈ ویئر وی کین گیٹ دا نالج مور اینڈ مور۔</w:t>
      </w:r>
    </w:p>
    <w:p>
      <w:r>
        <w:rPr>
          <w:b/>
        </w:rPr>
        <w:t xml:space="preserve">[1:27:24] </w:t>
      </w:r>
      <w:r>
        <w:t>uh</w:t>
      </w:r>
    </w:p>
    <w:p>
      <w:pPr>
        <w:jc w:val="right"/>
      </w:pPr>
      <w:r>
        <w:t>اہ</w:t>
      </w:r>
    </w:p>
    <w:p>
      <w:r>
        <w:rPr>
          <w:b/>
        </w:rPr>
        <w:t xml:space="preserve">[1:27:25] </w:t>
      </w:r>
      <w:r>
        <w:t>then what is the need and importance of center for peace and spirituality?</w:t>
      </w:r>
    </w:p>
    <w:p>
      <w:pPr>
        <w:jc w:val="right"/>
      </w:pPr>
      <w:r>
        <w:t>دین واٹ از دا نیڈ اینڈ امپورٹنس اف سینٹر فار پیس اینڈ سپرچویلٹی؟</w:t>
      </w:r>
    </w:p>
    <w:p>
      <w:r>
        <w:rPr>
          <w:b/>
        </w:rPr>
        <w:t xml:space="preserve">[1:27:33] </w:t>
      </w:r>
      <w:r>
        <w:t>dekhen, is baat ko kai baar hum keh chuke hain ke history ke do daur hain: pre scientific period aur post scientific period.</w:t>
      </w:r>
    </w:p>
    <w:p>
      <w:pPr>
        <w:jc w:val="right"/>
      </w:pPr>
      <w:r>
        <w:t>دیکھیں، اس بات کو کئی بار ہم کہہ چکے ہیں کہ ہسٹری کے دو دور ہیں: پری سائنٹیفک پیریڈ اور پوسٹ سائنٹیفک پیریڈ۔</w:t>
      </w:r>
    </w:p>
    <w:p>
      <w:r>
        <w:rPr>
          <w:b/>
        </w:rPr>
        <w:t xml:space="preserve">[1:27:49] </w:t>
      </w:r>
      <w:r>
        <w:t>hamara jitna bhi kaam hota raha hai, woh sab pre scientific period ke hisab se hota raha hai, jis ko aap traditional period bhi keh sakte hain.</w:t>
      </w:r>
    </w:p>
    <w:p>
      <w:pPr>
        <w:jc w:val="right"/>
      </w:pPr>
      <w:r>
        <w:t>ہمارا جتنا بھی کام ہوتا رہا ہے، وہ سب پری سائنٹیفک پیریڈ کے حساب سے ہوتا رہا ہے، جس کو آپ ٹریڈیشنل پیریڈ بھی کہہ سکتے ہیں۔</w:t>
      </w:r>
    </w:p>
    <w:p>
      <w:r>
        <w:rPr>
          <w:b/>
        </w:rPr>
        <w:t xml:space="preserve">[1:27:58] </w:t>
      </w:r>
      <w:r>
        <w:t>jitna argument hai, jitne statement hain, jitni books hain, sab ke sab jo hai, woh jo framework tha, jo traditional framework tha, us ke mutabiq baatein log kehte rahe hain.</w:t>
      </w:r>
    </w:p>
    <w:p>
      <w:pPr>
        <w:jc w:val="right"/>
      </w:pPr>
      <w:r>
        <w:t>جتنا ارگیومنٹ ہے، جتنے اسٹیٹمنٹ ہیں، جتنی بکس ہیں، سب کے سب جو ہے، وہ جو فریم ورک تھا، جو ٹریڈیشنل فریم ورک تھا، اس کے مطابق باتیں لوگ کہتے رہے ہیں۔</w:t>
      </w:r>
    </w:p>
    <w:p>
      <w:r>
        <w:rPr>
          <w:b/>
        </w:rPr>
        <w:t xml:space="preserve">[1:28:10] </w:t>
      </w:r>
      <w:r>
        <w:t>ab hum maante hain ke is daur mein ek naya framework bana hai, jo scientific framework, jis ko main keh</w:t>
      </w:r>
    </w:p>
    <w:p>
      <w:pPr>
        <w:jc w:val="right"/>
      </w:pPr>
      <w:r>
        <w:t>اب ہم مانتے ہیں کہ اس دور میں ایک نیا فریم ورک بنا ہے، جو سائنٹیفک فریم ورک، جس کو میں کہ</w:t>
      </w:r>
    </w:p>
    <w:p>
      <w:r>
        <w:rPr>
          <w:b/>
        </w:rPr>
        <w:t xml:space="preserve">[1:28:16] </w:t>
      </w:r>
      <w:r>
        <w:t>ta hoon. to scientific framework ke lehaz se, hisab se, na koi madrasa chal raha hai, na koi adara chal raha hai, na koi Islamic center chal raha hai, na books aisi banayi gayi hain.</w:t>
      </w:r>
    </w:p>
    <w:p>
      <w:pPr>
        <w:jc w:val="right"/>
      </w:pPr>
      <w:r>
        <w:t>تا ہوں۔ تو سائنٹیفک فریم ورک کے لحاظ سے، حساب سے، نہ کوئی مدرسہ چل رہا ہے، نہ کوئی ادارہ چل رہا ہے، نہ کوئی اسلامک سینٹر چل رہا ہے، نہ بکس ایسی بنائی گئی ہیں۔</w:t>
      </w:r>
    </w:p>
    <w:p>
      <w:r>
        <w:rPr>
          <w:b/>
        </w:rPr>
        <w:t xml:space="preserve">[1:28:27] </w:t>
      </w:r>
      <w:r>
        <w:t>to hum jo kar rahe hain, yeh woh yeh hai maqsad is ka ke scientific framework ke mutabiq insaan ke mind ko adjust karen.</w:t>
      </w:r>
    </w:p>
    <w:p>
      <w:pPr>
        <w:jc w:val="right"/>
      </w:pPr>
      <w:r>
        <w:t>تو ہم جو کر رہے ہیں، یہ وہ یہ ہے مقصد اس کا کہ سائنٹیفک فریم ورک کے مطابق انسان کے مائنڈ کو ایڈجسٹ کریں۔</w:t>
      </w:r>
    </w:p>
    <w:p>
      <w:r>
        <w:rPr>
          <w:b/>
        </w:rPr>
        <w:t xml:space="preserve">[1:28:38] </w:t>
      </w:r>
      <w:r>
        <w:t>yeh hai. agar aap hamari kitabein padhen, maslan God rises, to inshallah aap is mein is ka jawab pa lenge. thank you.</w:t>
      </w:r>
    </w:p>
    <w:p>
      <w:pPr>
        <w:jc w:val="right"/>
      </w:pPr>
      <w:r>
        <w:t>یہ ہے۔ اگر آپ ہماری کتابیں پڑھیں، مثلاً گاڈ رائزز، تو انشاءاللہ آپ اس میں اس کا جواب پا لیں گے۔ تھینک یو۔</w:t>
      </w:r>
    </w:p>
    <w:p>
      <w:r>
        <w:rPr>
          <w:b/>
        </w:rPr>
        <w:t xml:space="preserve">[1:28:45] </w:t>
      </w:r>
      <w:r>
        <w:t>question hai Maulana: can we not say all the theories were part of the process to find the truth?</w:t>
      </w:r>
    </w:p>
    <w:p>
      <w:pPr>
        <w:jc w:val="right"/>
      </w:pPr>
      <w:r>
        <w:t>کوئسچن ہے مولانا: کین وی ناٹ سے ال دا تھیوریز وار پارٹ اف دا پروسیس ٹو فائنڈ دا ٹروتھ؟</w:t>
      </w:r>
    </w:p>
    <w:p>
      <w:r>
        <w:rPr>
          <w:b/>
        </w:rPr>
        <w:t xml:space="preserve">[1:28:58] </w:t>
      </w:r>
      <w:r>
        <w:t>all the existing theories Maulana are the part of the process to find the truth?</w:t>
      </w:r>
    </w:p>
    <w:p>
      <w:pPr>
        <w:jc w:val="right"/>
      </w:pPr>
      <w:r>
        <w:t>ال دا ایگزسٹنگ تھیوریز مولانا ار دا پارٹ اف دا پروسیس ٹو فائنڈ دا ٹروتھ؟</w:t>
      </w:r>
    </w:p>
    <w:p>
      <w:r>
        <w:rPr>
          <w:b/>
        </w:rPr>
        <w:t xml:space="preserve">[1:29:07] </w:t>
      </w:r>
      <w:r>
        <w:t>yeh bahut zyada yani clear nahi hai question, main samajhta hoon. is liye ke har aadmi sachai ko dhoondh raha hai, aur sachai ko explain kar raha hai.</w:t>
      </w:r>
    </w:p>
    <w:p>
      <w:pPr>
        <w:jc w:val="right"/>
      </w:pPr>
      <w:r>
        <w:t>یہ بہت زیادہ یعنی کلیئر نہیں ہے کوئسچن، میں سمجھتا ہوں۔ اس لیے کہ ہر آدمی سچائی کو ڈھونڈ رہا ہے، اور سچائی کو ایکسپلین کر رہا ہے۔</w:t>
      </w:r>
    </w:p>
    <w:p>
      <w:r>
        <w:rPr>
          <w:b/>
        </w:rPr>
        <w:t xml:space="preserve">[1:29:19] </w:t>
      </w:r>
      <w:r>
        <w:t>lekin hamara maanna hai ke kuch log sahi pahunchte hain, kuch galti karte hain. to kuch aisi cheezein hain, jis mein woh ghalt rukh par chale, galti ki, to woh jo ultimate truth hai, us ka process to nahi maani jayengi.</w:t>
      </w:r>
    </w:p>
    <w:p>
      <w:pPr>
        <w:jc w:val="right"/>
      </w:pPr>
      <w:r>
        <w:t>لیکن ہمارا ماننا ہے کہ کچھ لوگ صحیح پہنچتے ہیں، کچھ غلطی کرتے ہیں۔ تو کچھ ایسی چیزیں ہیں، جس میں وہ غلط رخ پر چلے، غلطی کی، تو وہ جو الٹیمیٹ ٹروتھ ہے، اس کا پروسیس تو نہیں مانی جائیں گی۔</w:t>
      </w:r>
    </w:p>
    <w:p>
      <w:r>
        <w:rPr>
          <w:b/>
        </w:rPr>
        <w:t xml:space="preserve">[1:29:33] </w:t>
      </w:r>
      <w:r>
        <w:t>woh woh to bhatkane ke, jaise ke maine pichhli baar yeh diya tha, rakha hua hai naqsha ke ek hai straight path, ek hai bhatakne wale raaste. to straight path pe jo chal rahe hain, woh to sahi process pe chal rahe hain.</w:t>
      </w:r>
    </w:p>
    <w:p>
      <w:pPr>
        <w:jc w:val="right"/>
      </w:pPr>
      <w:r>
        <w:t>وہ وہ تو بھٹکانے کے، جیسے کہ میں نے پچھلی بار یہ دیا تھا، رکھا ہوا ہے نقشہ کہ ایک ہے اسٹریٹ پاتھ، ایک ہے بھٹکنے والے راستے۔ تو اسٹریٹ پاتھ پہ جو چل رہے ہیں، وہ تو صحیح پروسیس پہ چل رہے ہیں۔</w:t>
      </w:r>
    </w:p>
    <w:p>
      <w:r>
        <w:rPr>
          <w:b/>
        </w:rPr>
        <w:t xml:space="preserve">[1:29:45] </w:t>
      </w:r>
      <w:r>
        <w:t>aur idhar udhar jo bhatak rahe hain, to woh is baat ko proof kar rahe hain ke insaan talash mein hai. insaan talash mein hai.</w:t>
      </w:r>
    </w:p>
    <w:p>
      <w:pPr>
        <w:jc w:val="right"/>
      </w:pPr>
      <w:r>
        <w:t>اور ادھر ادھر جو بھٹک رہے ہیں، تو وہ اس بات کو پروف کر رہے ہیں کہ انسان تلاش میں ہے۔ انسان تلاش میں ہے۔</w:t>
      </w:r>
    </w:p>
    <w:p>
      <w:r>
        <w:rPr>
          <w:b/>
        </w:rPr>
        <w:t xml:space="preserve">[1:29:54] </w:t>
      </w:r>
      <w:r>
        <w:t>itna to proof zaroor hota hai, lekin khud woh talash us ko pahuncha degi, yeh to proof nahi hota. kyunke aap bhatkenge,</w:t>
      </w:r>
    </w:p>
    <w:p>
      <w:pPr>
        <w:jc w:val="right"/>
      </w:pPr>
      <w:r>
        <w:t>اتنا تو پروف ضرور ہوتا ہے، لیکن خود وہ تلاش اس کو پہنچا دے گی، یہ تو پروف نہیں ہوتا۔ کیونکہ آپ بھٹکیں گے،</w:t>
      </w:r>
    </w:p>
    <w:p>
      <w:r>
        <w:rPr>
          <w:b/>
        </w:rPr>
        <w:t xml:space="preserve">[1:30:01] </w:t>
      </w:r>
      <w:r>
        <w:t>to woh jo ek Persian line hai, Saadi ne kaha hai ke: "tarasab narasi be qab arravi keera ke tumi rabbi betarkistanast" ke: "ae Arravi,</w:t>
      </w:r>
    </w:p>
    <w:p>
      <w:pPr>
        <w:jc w:val="right"/>
      </w:pPr>
      <w:r>
        <w:t>تو وہ جو ایک پرشین لائن ہے، سعدی نے کہا ہے کہ: "ترسب نرسی بقاب عراوی کیرا کہ تمی ربی بترکستانست" کہ: "اے عراوی،</w:t>
      </w:r>
    </w:p>
    <w:p>
      <w:r>
        <w:rPr>
          <w:b/>
        </w:rPr>
        <w:t xml:space="preserve">[1:30:15] </w:t>
      </w:r>
      <w:r>
        <w:t>to jo chal raha hai, chal raha hai, chal raha hai, lekin Kaaba tak nahi pahunchega." kyunke jis taraf chal raha hai, jis raaste par, woh Kaaba ka kahan jaata hai? woh to Turkistan ja raha hai.</w:t>
      </w:r>
    </w:p>
    <w:p>
      <w:pPr>
        <w:jc w:val="right"/>
      </w:pPr>
      <w:r>
        <w:t>تو جو چل رہا ہے، چل رہا ہے، چل رہا ہے، لیکن کعبہ تک نہیں پہنچے گا۔" کیونکہ جس طرف چل رہا ہے، جس راستے پر، وہ کعبہ کا کہاں جاتا ہے؟ وہ تو ترکستان جا رہا ہے۔</w:t>
      </w:r>
    </w:p>
    <w:p>
      <w:r>
        <w:rPr>
          <w:b/>
        </w:rPr>
        <w:t xml:space="preserve">[1:30:29] </w:t>
      </w:r>
      <w:r>
        <w:t>uh creation plan of God aur yeh sari cheezein samajhne ke baad ek sawal aur aata hai dimagh mein ke: "why did God in the first place think of creation?" why did he create the entire universe?</w:t>
      </w:r>
    </w:p>
    <w:p>
      <w:pPr>
        <w:jc w:val="right"/>
      </w:pPr>
      <w:r>
        <w:t>اہ کریشن پلان اف گاڈ اور یہ ساری چیزیں سمجھنے کے بعد ایک سوال اور آتا ہے دماغ میں کہ: "وائی ڈیڈ گاڈ ان دی فرسٹ پلیس تھنک اف کریشن؟" وائی ڈیڈ ہی کریٹ دی انٹائر یونیورس؟</w:t>
      </w:r>
    </w:p>
    <w:p>
      <w:r>
        <w:rPr>
          <w:b/>
        </w:rPr>
        <w:t xml:space="preserve">[1:30:44] </w:t>
      </w:r>
      <w:r>
        <w:t>he created man for certain reasons, these are secondary things, but why the entire creation as a thought in his mind? is ka jawab jo hai, bahut achha ek hadith mein hai.</w:t>
      </w:r>
    </w:p>
    <w:p>
      <w:pPr>
        <w:jc w:val="right"/>
      </w:pPr>
      <w:r>
        <w:t>ہی کریٹڈ مین فار سرٹن ریزنز، دیز ار سیکنڈری تھنگز، بٹ وائی دی انٹائر کریشن ایز ا تھاٹ ان ہز مائنڈ؟ اس کا جواب جو ہے، بہت اچھا ایک حدیث میں ہے۔</w:t>
      </w:r>
    </w:p>
    <w:p>
      <w:r>
        <w:rPr>
          <w:b/>
        </w:rPr>
        <w:t xml:space="preserve">[1:30:57] </w:t>
      </w:r>
      <w:r>
        <w:t>agarche woh log kehte hain ke hadith nahi hai, agar hadith na bhi ho. kisi عارف ka qaul ho, kisi sufi ka qaul ho, yeh hadith qudsi ki zaban mein hai.</w:t>
      </w:r>
    </w:p>
    <w:p>
      <w:pPr>
        <w:jc w:val="right"/>
      </w:pPr>
      <w:r>
        <w:t>اگرچہ وہ لوگ کہتے ہیں کہ حدیث نہیں ہے، اگر حدیث نہ بھی ہو۔ کسی عارف کا قول ہو، کسی صوفی کا قول ہو، یہ حدیث قدسی کی زبان میں ہے۔</w:t>
      </w:r>
    </w:p>
    <w:p>
      <w:r>
        <w:rPr>
          <w:b/>
        </w:rPr>
        <w:t xml:space="preserve">[1:31:12] </w:t>
      </w:r>
      <w:r>
        <w:t>to ya to rasool hadith qudsi ho ya kisi عارف ka qaul ho.</w:t>
      </w:r>
    </w:p>
    <w:p>
      <w:pPr>
        <w:jc w:val="right"/>
      </w:pPr>
      <w:r>
        <w:t>تو یا تو رسول حدیث قدسی ہو یا کسی عارف کا قول ہو۔</w:t>
      </w:r>
    </w:p>
    <w:p>
      <w:r>
        <w:rPr>
          <w:b/>
        </w:rPr>
        <w:t xml:space="preserve">[1:31:18] </w:t>
      </w:r>
      <w:r>
        <w:t>lekin woh mein ne dekha hai, bohat hi acha us isi mein is ka jawab milta hai. woh yeh hai ke Allah taala ne farmaya ke: "kuntu kanzam makhfiya fa aradtu an urifahu fa khalaqtu al khalq".</w:t>
      </w:r>
    </w:p>
    <w:p>
      <w:pPr>
        <w:jc w:val="right"/>
      </w:pPr>
      <w:r>
        <w:t>لیکن وہ میں نے دیکھا ہے، بہت ہی اچھا اس اسی میں اس کا جواب ملتا ہے۔ وہ یہ ہے کہ اللہ تعالی نے فرمایا کہ: "کنت کنزم مخفیہ فارت ان عرفہ فخلق الخلق"۔</w:t>
      </w:r>
    </w:p>
    <w:p>
      <w:r>
        <w:rPr>
          <w:b/>
        </w:rPr>
        <w:t xml:space="preserve">[1:31:40] </w:t>
      </w:r>
      <w:r>
        <w:t>"kuntu kanzam makhfiya fa aradtu an urifahu fa khalaqtu al khalq".</w:t>
      </w:r>
    </w:p>
    <w:p>
      <w:pPr>
        <w:jc w:val="right"/>
      </w:pPr>
      <w:r>
        <w:t>"کنت کنزم مخفیہ فارت العرفہ فخلق الخلق"۔</w:t>
      </w:r>
    </w:p>
    <w:p>
      <w:r>
        <w:rPr>
          <w:b/>
        </w:rPr>
        <w:t xml:space="preserve">[1:31:45] </w:t>
      </w:r>
      <w:r>
        <w:t>mein aik chupa hua khazana tha, yani i was a hidden treasure, then i wanted to be known,</w:t>
      </w:r>
    </w:p>
    <w:p>
      <w:pPr>
        <w:jc w:val="right"/>
      </w:pPr>
      <w:r>
        <w:t>میں ایک چھپا ہوا خزانہ تھا، یعنی ائی واز ا ہڈن ٹریزر، دین ائی وانٹڈ ٹو بی نون،</w:t>
      </w:r>
    </w:p>
    <w:p>
      <w:r>
        <w:rPr>
          <w:b/>
        </w:rPr>
        <w:t xml:space="preserve">[1:31:59] </w:t>
      </w:r>
      <w:r>
        <w:t>so i created man. to is ko sochte hue meri samajh mein baat aati hai ke dunya mein insan ko chhod ke jitni bhi cheezein hain, un mein yeh faculty nahi hai ke kisi cheez ko discover karein.</w:t>
      </w:r>
    </w:p>
    <w:p>
      <w:pPr>
        <w:jc w:val="right"/>
      </w:pPr>
      <w:r>
        <w:t>سو ائی کریٹڈ مین۔ تو اس کو سوچتے ہوئے میری سمجھ میں بات آتی ہے کہ دنیا میں انسان کو چھوڑ کے جتنی بھی چیزیں ہیں، ان میں یہ فیکلٹی نہیں ہے کہ کسی چیز کو ڈسکور کریں۔</w:t>
      </w:r>
    </w:p>
    <w:p>
      <w:r>
        <w:rPr>
          <w:b/>
        </w:rPr>
        <w:t xml:space="preserve">[1:32:13] </w:t>
      </w:r>
      <w:r>
        <w:t>wo matlab sher ya hathi, kisi ko discover nahi kar sakte. apni instinct pe chalte hain, woh ya solar system aur galaxy, kisi ko discover nahi kar sakte.</w:t>
      </w:r>
    </w:p>
    <w:p>
      <w:pPr>
        <w:jc w:val="right"/>
      </w:pPr>
      <w:r>
        <w:t>وہ مطلب شیر یا ہاتھی، کسی کو ڈسکور نہیں کر سکتے۔ اپنی انسٹنکٹ پہ چلتے ہیں، وہ یا سولر سسٹم اور گلیکسی، کسی کو ڈسکور نہیں کر سکتے۔</w:t>
      </w:r>
    </w:p>
    <w:p>
      <w:r>
        <w:rPr>
          <w:b/>
        </w:rPr>
        <w:t xml:space="preserve">[1:32:25] </w:t>
      </w:r>
      <w:r>
        <w:t>yeh yeh jo yeh jo hai, jis ko kehte hain conceptual thought ya thinking, yeh sirf insan ke andar hai.</w:t>
      </w:r>
    </w:p>
    <w:p>
      <w:pPr>
        <w:jc w:val="right"/>
      </w:pPr>
      <w:r>
        <w:t>یہ یہ جو یہ جو ہے، جس کو کہتے ہیں کنسیپچول تھاٹ یا تھنکنگ، یہ صرف انسان کے اندر ہے۔</w:t>
      </w:r>
    </w:p>
    <w:p>
      <w:r>
        <w:rPr>
          <w:b/>
        </w:rPr>
        <w:t xml:space="preserve">[1:32:35] </w:t>
      </w:r>
      <w:r>
        <w:t>to aik aisi aap jante hain ke universe bohat bari hai, bohat bari hai, bohat bari hai, lekin kisi mein bhi yeh power nahi hai, yeh yeh yeh yeh yeh sifat nahi hai ke woh kisi cheez ko soche, soch kar ke kuch realize kare, kuch discover kare.</w:t>
      </w:r>
    </w:p>
    <w:p>
      <w:pPr>
        <w:jc w:val="right"/>
      </w:pPr>
      <w:r>
        <w:t>تو ایک ایسی آپ جانتے ہیں کہ یونیورس بہت بڑی ہے، بہت بڑی ہے، بہت بڑی ہے، لیکن کسی میں بھی یہ پاور نہیں ہے، یہ یہ یہ یہ یہ صفت نہیں ہے کہ وہ کسی چیز کو سوچے، سوچ کر کے کچھ ریلائز کرے، کچھ ڈسکور کرے۔</w:t>
      </w:r>
    </w:p>
    <w:p>
      <w:r>
        <w:rPr>
          <w:b/>
        </w:rPr>
        <w:t xml:space="preserve">[1:32:54] </w:t>
      </w:r>
      <w:r>
        <w:t>to Khuda ko aik aisi makhlooq darkar thi jo apni soch se Khuda ke bare mein marifat tak pahunche. apni soch se yeh bohat bari baat hai ke is universe mein aik aisa insan ho jo yeh keh sake ke Khuda hai, mein ne tujh ko daryaft kiya.</w:t>
      </w:r>
    </w:p>
    <w:p>
      <w:pPr>
        <w:jc w:val="right"/>
      </w:pPr>
      <w:r>
        <w:t>تو خدا کو ایک ایسی مخلوق درکار تھی جو اپنی سوچ سے خدا کے بارے میں معرفت تک پہنچے۔ اپنی سوچ سے یہ بہت بڑی بات ہے کہ اس یونیورس میں ایک ایسا انسان ہو جو یہ کہہ سکے کہ خدا ہے، میں نے تجھ کو دریافت کیا۔</w:t>
      </w:r>
    </w:p>
    <w:p>
      <w:r>
        <w:rPr>
          <w:b/>
        </w:rPr>
        <w:t xml:space="preserve">[1:33:14] </w:t>
      </w:r>
      <w:r>
        <w:t>agarche mein ne tujh ko apni aankhon se nahi dekha, yeh kon keh sakta hai? koi suraj nahi keh sakta, koi galaxy nahi keh sakti, koi sher aur hathi nahi keh sakta.</w:t>
      </w:r>
    </w:p>
    <w:p>
      <w:pPr>
        <w:jc w:val="right"/>
      </w:pPr>
      <w:r>
        <w:t>اگرچہ میں نے تجھ کو اپنی آنکھوں سے نہیں دیکھا، یہ کون کہہ سکتا ہے؟ کوئی سورج نہیں کہہ سکتا، کوئی گلیکسی نہیں کہہ سکتی، کوئی شیر اور ہاتھی نہیں کہہ سکتا۔</w:t>
      </w:r>
    </w:p>
    <w:p>
      <w:r>
        <w:rPr>
          <w:b/>
        </w:rPr>
        <w:t xml:space="preserve">[1:33:25] </w:t>
      </w:r>
      <w:r>
        <w:t>yeh sirf insan ki sifat hai ke yeh zameen par khada ho kar yeh kehta hai ke Khuda ya, mein ne tujh ko daryaft kiya. Khuda ya, tu meri discovery hai.</w:t>
      </w:r>
    </w:p>
    <w:p>
      <w:pPr>
        <w:jc w:val="right"/>
      </w:pPr>
      <w:r>
        <w:t>یہ صرف انسان کی صفت ہے کہ یہ زمین پر کھڑا ہو کر یہ کہتا ہے کہ خدایا، میں نے تجھ کو دریافت کیا۔ خدایا، تو میری ڈسکوری ہے۔</w:t>
      </w:r>
    </w:p>
    <w:p>
      <w:r>
        <w:rPr>
          <w:b/>
        </w:rPr>
        <w:t xml:space="preserve">[1:33:35] </w:t>
      </w:r>
      <w:r>
        <w:t>agarche mein ne tujh ko dekha nahi, magar mein janta hoon ke tu hai. itni bari baat hai.</w:t>
      </w:r>
    </w:p>
    <w:p>
      <w:pPr>
        <w:jc w:val="right"/>
      </w:pPr>
      <w:r>
        <w:t>اگرچہ میں نے تجھ کو دیکھا نہیں، مگر میں جانتا ہوں کہ تو ہے۔ اتنی بڑی بات ہے۔</w:t>
      </w:r>
    </w:p>
    <w:p>
      <w:r>
        <w:rPr>
          <w:b/>
        </w:rPr>
        <w:t xml:space="preserve">[1:33:41] </w:t>
      </w:r>
      <w:r>
        <w:t>puri universe ka weight aik taraf, is ka weight aik taraf. to Khuda ne chaha ke aik aisi insan, aik aisi makhlooq banaye jo bazariya marifat Khuda ko paye,</w:t>
      </w:r>
    </w:p>
    <w:p>
      <w:pPr>
        <w:jc w:val="right"/>
      </w:pPr>
      <w:r>
        <w:t>پوری یونیورس کا ویٹ ایک طرف، اس کا ویٹ ایک طرف۔ تو خدا نے چاہا کہ ایک ایسا انسان، ایک ایسی مخلوق بنائے جو بذریعہ معرفت خدا کو پائے،</w:t>
      </w:r>
    </w:p>
    <w:p>
      <w:r>
        <w:rPr>
          <w:b/>
        </w:rPr>
        <w:t xml:space="preserve">[1:33:54] </w:t>
      </w:r>
      <w:r>
        <w:t>yani discovery ke zariye Khuda ko jaane, apni apni aql ko istemal kar ke, apni reason ko istemal kar ke, apne apne thinking ka jo power hai, us ko istemal kar ke woh jaane.</w:t>
      </w:r>
    </w:p>
    <w:p>
      <w:pPr>
        <w:jc w:val="right"/>
      </w:pPr>
      <w:r>
        <w:t>یعنی ڈسکوری کے ذریعے خدا کو جانے، اپنی اپنی عقل کو استعمال کر کے، اپنی ریزن کو استعمال کر کے، اپنے اپنے تھنکنگ کا جو پاور ہے، اس کو استعمال کر کے وہ جانے۔</w:t>
      </w:r>
    </w:p>
    <w:p>
      <w:r>
        <w:rPr>
          <w:b/>
        </w:rPr>
        <w:t xml:space="preserve">[1:34:06] </w:t>
      </w:r>
      <w:r>
        <w:t>aap dekhiye ke jo migratory bird hoti hain, jo</w:t>
      </w:r>
    </w:p>
    <w:p>
      <w:pPr>
        <w:jc w:val="right"/>
      </w:pPr>
      <w:r>
        <w:t>آپ دیکھیے کہ جو مائیگریٹری برڈ ہوتی ہیں،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