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Signs of Doomsday November 7, 2021 Prof. Farida Khanam</w:t>
      </w:r>
    </w:p>
    <w:p>
      <w:r>
        <w:t>https://www.youtube.com/watch?v=RQZchtP6uRg</w:t>
      </w:r>
    </w:p>
    <w:p>
      <w:r>
        <w:rPr>
          <w:b/>
        </w:rPr>
        <w:t xml:space="preserve">[00:12] </w:t>
      </w:r>
      <w:r>
        <w:t>bismillah rahman rahim. assalam o alaikum wa rahmatullah. aaj hamara topic hai "Signs of Doomsday".</w:t>
      </w:r>
    </w:p>
    <w:p>
      <w:pPr>
        <w:jc w:val="right"/>
      </w:pPr>
      <w:r>
        <w:t>بسم اللہ الرحمن الرحیم۔ السلام علیکم ورحمۃ اللہ۔ آج ہمارا ٹاپک ہے "Signs of Doomsday"۔</w:t>
      </w:r>
    </w:p>
    <w:p>
      <w:r>
        <w:rPr>
          <w:b/>
        </w:rPr>
        <w:t xml:space="preserve">[00:25] </w:t>
      </w:r>
      <w:r>
        <w:t>asal mein aap logon ne sabhi ne dekha hoga, volcano to bohat hote hain lekin yeh laal lapalma ka volcano jo hai bohat zyada cover hua, taqreeban har aadmi ne dekha is ko,</w:t>
      </w:r>
    </w:p>
    <w:p>
      <w:pPr>
        <w:jc w:val="right"/>
      </w:pPr>
      <w:r>
        <w:t>اصل میں آپ لوگوں نے سبھی نے دیکھا ہوگا، والکنو تو بہت ہوتے ہیں لیکن یہ لال لاپالما کا والکنو جو ہے بہت زیادہ کور ہوا، تقریباً ہر آدمی نے دیکھا اس کو،</w:t>
      </w:r>
    </w:p>
    <w:p>
      <w:r>
        <w:rPr>
          <w:b/>
        </w:rPr>
        <w:t xml:space="preserve">[00:40] </w:t>
      </w:r>
      <w:r>
        <w:t>ah, mobile par, media pe, TV pe. to logon ko bohat zyada pareshan hain ke aakhir yeh kya ho raha hai.</w:t>
      </w:r>
    </w:p>
    <w:p>
      <w:pPr>
        <w:jc w:val="right"/>
      </w:pPr>
      <w:r>
        <w:t>اہ، موبائل پر، میڈیا پہ، ٹی وی پہ۔ تو لوگوں کو بہت زیادہ پریشان ہیں کہ آخر یہ کیا ہو رہا ہے۔</w:t>
      </w:r>
    </w:p>
    <w:p>
      <w:r>
        <w:rPr>
          <w:b/>
        </w:rPr>
        <w:t xml:space="preserve">[00:51] </w:t>
      </w:r>
      <w:r>
        <w:t>hote the volcano aam taur par kuch din hue phir inactive ho gaye, phir kuch din ho gaye inactive ho gaye, lekin yeh musalsal aaj 49 day hai aur musalsal yeh active hai.</w:t>
      </w:r>
    </w:p>
    <w:p>
      <w:pPr>
        <w:jc w:val="right"/>
      </w:pPr>
      <w:r>
        <w:t>ہوتے تھے والکنو عام طور پر کچھ دن ہوئے پھر ان ایکٹیو ہو گئے، پھر کچھ دن ہو گئے ان ایکٹیو ہو گئے، لیکن یہ مسلسل آج 49 ڈے ہے اور مسلسل یہ ایکٹیو ہے۔</w:t>
      </w:r>
    </w:p>
    <w:p>
      <w:r>
        <w:rPr>
          <w:b/>
        </w:rPr>
        <w:t xml:space="preserve">[01:04] </w:t>
      </w:r>
      <w:r>
        <w:t>pura lava ki darya jo hai woh ja rahi hai samundar mein aur wahan par pura jazeera ban gaya hai. to isi, ah, real isi se relate kar ke hum ne aaj yeh topic liya hai kyunke bohat sare Quran mein aur hadith mein aisi bohat sari, ah, predictions hain jo batati hain ke aakhri zamanay mein kya hone wala hai.</w:t>
      </w:r>
    </w:p>
    <w:p>
      <w:pPr>
        <w:jc w:val="right"/>
      </w:pPr>
      <w:r>
        <w:t>پورا لاوا کی دریا جو ہے وہ جا رہی ہے سمندر میں اور وہاں پر پورا جزیرہ بن گیا ہے۔ تو اسی، اہ، ریل اسی سے ریلیٹ کر کے ہم نے آج یہ ٹاپک لیا ہے کیونکہ بہت سارے قرآن میں اور حدیث میں ایسی بہت ساری، اہ، پریڈکشنز ہیں جو بتاتی ہیں کہ آخری زمانے میں کیا ہونے والا ہے۔</w:t>
      </w:r>
    </w:p>
    <w:p>
      <w:r>
        <w:rPr>
          <w:b/>
        </w:rPr>
        <w:t xml:space="preserve">[01:31] </w:t>
      </w:r>
      <w:r>
        <w:t>to yeh zamanay shuru hota hai samajh lijiye Hazrat Nuh alaihissalam se. Hazrat Nuh alaihissalam ke jo bete the, teen bete jo un ki kashti mein sawar hue the, to woh teen bete alag alag jagahon par,</w:t>
      </w:r>
    </w:p>
    <w:p>
      <w:pPr>
        <w:jc w:val="right"/>
      </w:pPr>
      <w:r>
        <w:t>تو یہ زمانہ شروع ہوتا ہے سمجھ لیجئے حضرت نوح علیہ السلام سے۔ حضرت نوح علیہ السلام کے جو بیٹے تھے، تین بیٹے جو ان کی کشتی میں سوار ہوئے تھے، تو وہ تین بیٹے الگ الگ جگہوں پر،</w:t>
      </w:r>
    </w:p>
    <w:p>
      <w:r>
        <w:rPr>
          <w:b/>
        </w:rPr>
        <w:t xml:space="preserve">[01:47] </w:t>
      </w:r>
      <w:r>
        <w:t>ah, settle hue. to aik bete jo the Ham aur Sam, to yeh Asia aur Africa mein settle hue, aur aik bete the Yafith, to yeh hue Russia ke ilaqay mein.</w:t>
      </w:r>
    </w:p>
    <w:p>
      <w:pPr>
        <w:jc w:val="right"/>
      </w:pPr>
      <w:r>
        <w:t>اہ، سیٹل ہوئے۔ تو ایک بیٹے جو تھے ہام اور سام، تو یہ ایشیا اور افریقہ میں سیٹل ہوئے، اور ایک بیٹے تھے یافث، تو یہ ہوئے روس کے علاقے میں۔</w:t>
      </w:r>
    </w:p>
    <w:p>
      <w:r>
        <w:rPr>
          <w:b/>
        </w:rPr>
        <w:t xml:space="preserve">[02:03] </w:t>
      </w:r>
      <w:r>
        <w:t>Russia se yeh log jo Inwar Shah Kashmiri ne apni research ke mutabiq bataya hai ke Russia se phir yeh log jo hain Australia gaye, wahan se phir America, Europe ki jo bhi naslein hain woh inhi se talluq rakhti hain.</w:t>
      </w:r>
    </w:p>
    <w:p>
      <w:pPr>
        <w:jc w:val="right"/>
      </w:pPr>
      <w:r>
        <w:t>روس سے یہ لوگ جو انور شاہ کشمیری نے اپنی ریسرچ کے مطابق بتایا ہے کہ روس سے پھر یہ لوگ جو ہیں آسٹریلیا گئے، وہاں سے پھر امریکہ، یورپ کی جو بھی نسلیں ہیں وہ انہی سے تعلق رکھتی ہیں۔</w:t>
      </w:r>
    </w:p>
    <w:p>
      <w:r>
        <w:rPr>
          <w:b/>
        </w:rPr>
        <w:t xml:space="preserve">[02:21] </w:t>
      </w:r>
      <w:r>
        <w:t>to is ke baad jo hain un ke un ki aulad mein se woh kehte hain ke un ke bete jo the Yafith ke, woh kai bete the, is mein se do the Yajuj Majuj.</w:t>
      </w:r>
    </w:p>
    <w:p>
      <w:pPr>
        <w:jc w:val="right"/>
      </w:pPr>
      <w:r>
        <w:t>تو اس کے بعد جو ہیں ان کے ان کی اولاد میں سے وہ کہتے ہیں کہ ان کے بیٹے جو تھے یافث کے، وہ کئی بیٹے تھے، اس میں سے دو تھے یاجوج ماجوج۔</w:t>
      </w:r>
    </w:p>
    <w:p>
      <w:r>
        <w:rPr>
          <w:b/>
        </w:rPr>
        <w:t xml:space="preserve">[02:34] </w:t>
      </w:r>
      <w:r>
        <w:t>to unhon ne un ki jo aulad thi woh ghaliban bohat zyada, ah, bohat zyada energetic log thay, bohat zyada strong log thay.</w:t>
      </w:r>
    </w:p>
    <w:p>
      <w:pPr>
        <w:jc w:val="right"/>
      </w:pPr>
      <w:r>
        <w:t>تو انہوں نے ان کی جو اولاد تھی وہ غالباً بہت زیادہ، اہ، بہت زیادہ انرجیٹک لوگ تھے، بہت زیادہ اسٹرانگ لوگ تھے۔</w:t>
      </w:r>
    </w:p>
    <w:p>
      <w:r>
        <w:rPr>
          <w:b/>
        </w:rPr>
        <w:t xml:space="preserve">[02:44] </w:t>
      </w:r>
      <w:r>
        <w:t>to aisay log is zamanay mein chounkay economic resources bohat kam hotay thay to yeh log qazaq ban gaye thay, daka dalte thay, aur rehzan jin ko kehtay hain, to woh un se log bohat zyada pareshan hotay thay.</w:t>
      </w:r>
    </w:p>
    <w:p>
      <w:pPr>
        <w:jc w:val="right"/>
      </w:pPr>
      <w:r>
        <w:t>تو ایسے لوگ اس زمانے میں چونکہ اکنامک ریسورسز بہت کم ہوتے تھے تو یہ لوگ قزاق بن گئے تھے، ڈاکہ ڈالتے تھے، اور رہزن جن کو کہتے ہیں، تو وہ ان سے لوگ بہت زیادہ پریشان ہوتے تھے۔</w:t>
      </w:r>
    </w:p>
    <w:p>
      <w:r>
        <w:rPr>
          <w:b/>
        </w:rPr>
        <w:t xml:space="preserve">[03:00] </w:t>
      </w:r>
      <w:r>
        <w:t>to aik baar aisa hua ke, ah, jab Zulqarnain jo ke sab se pehla shehanshah tha aur us ne Iran o Khurasan ko mila kar ke bohat bari saltanat banai, phir us ke baad us ne bohat saray jitnay bhi taqreeban is paas ke abad mumalik thay sab us ne fateh kar liye.</w:t>
      </w:r>
    </w:p>
    <w:p>
      <w:pPr>
        <w:jc w:val="right"/>
      </w:pPr>
      <w:r>
        <w:t>تو ایک بار ایسا ہوا کہ، اہ، جب ذوالقرنین جو کہ سب سے پہلا شہنشاہ تھا اور اس نے ایران و خراسان کو ملا کر کے بہت بڑی سلطنت بنائی، پھر اس کے بعد اس نے بہت سارے جتنے بھی تقریباً اس پاس کے آباد ممالک تھے سب اس نے فتح کر لیے۔</w:t>
      </w:r>
    </w:p>
    <w:p>
      <w:r>
        <w:rPr>
          <w:b/>
        </w:rPr>
        <w:t xml:space="preserve">[03:25] </w:t>
      </w:r>
      <w:r>
        <w:t>to isi fateh conquest ke zail mein woh aik jagah gaya jahan do pahar thay aur wahan par aik qaum abad thi, us ko bhi unhon ne fateh kar liya tha.</w:t>
      </w:r>
    </w:p>
    <w:p>
      <w:pPr>
        <w:jc w:val="right"/>
      </w:pPr>
      <w:r>
        <w:t>تو اسی فتح کانکیسٹ کے ذیل میں وہ ایک جگہ گیا جہاں دو پہاڑ تھے اور وہاں پر ایک قوم آباد تھی، اس کو بھی انہوں نے فتح کر لیا تھا۔</w:t>
      </w:r>
    </w:p>
    <w:p>
      <w:r>
        <w:rPr>
          <w:b/>
        </w:rPr>
        <w:t xml:space="preserve">[03:37] </w:t>
      </w:r>
      <w:r>
        <w:t>yeh Caspian Sea aur Black Sea ke ka ilaaqa hai. to yeh un in logon ne, un is in in qaum ne Zulqarnain se kaha ke hum in logon se bohat pareshan hain, Gog aur Magog jo hain hamaray oopar daka dalte hain, to aik aik deewar bana dein.</w:t>
      </w:r>
    </w:p>
    <w:p>
      <w:pPr>
        <w:jc w:val="right"/>
      </w:pPr>
      <w:r>
        <w:t>یہ کیسپین سی اور بلیک سی کے کا علاقہ ہے۔ تو یہ ان ان لوگوں نے، ان اس ان ان قوم نے ذوالقرنین سے کہا کہ ہم ان لوگوں سے بہت پریشان ہیں، گاگ اور مگاگ جو ہیں ہمارے اوپر ڈاکہ ڈالتے ہیں، تو ایک ایک دیوار بنا دیں۔</w:t>
      </w:r>
    </w:p>
    <w:p>
      <w:r>
        <w:rPr>
          <w:b/>
        </w:rPr>
        <w:t xml:space="preserve">[03:58] </w:t>
      </w:r>
      <w:r>
        <w:t>to Zulqarnain bohat hi just king tha, us ke baray mein Quran mein bhi aya hai. kuch log kehtay hain ke woh prophet thay, kuch log kehtay hain prophet ke followers thay, followers mein se thay.</w:t>
      </w:r>
    </w:p>
    <w:p>
      <w:pPr>
        <w:jc w:val="right"/>
      </w:pPr>
      <w:r>
        <w:t>تو ذوالقرنین بہت ہی جسٹ کنگ تھا، اس کے بارے میں قرآن میں بھی آیا ہے۔ کچھ لوگ کہتے ہیں کہ وہ پرافٹ تھے، کچھ لوگ کہتے ہیں پرافٹ کے فالوورز تھے، فالوورز میں سے تھے۔</w:t>
      </w:r>
    </w:p>
    <w:p>
      <w:r>
        <w:rPr>
          <w:b/>
        </w:rPr>
        <w:t xml:space="preserve">[04:10] </w:t>
      </w:r>
      <w:r>
        <w:t>to baharhal woh buzurg nek thay aur Quran mein un ke baray mein bohat achay alfaaz kahay hain. to is ke unhon ne hamesha insaaf ke sath kaam liya, halankay is zamanay mein jo jo jin logon ko conquer kiya jata tha un ke sath kuch bhi karte thay, un ko maar dalte thay, un ko jailon mein band kar dete thay, un un ke un ka koi rights nahi hota tha.</w:t>
      </w:r>
    </w:p>
    <w:p>
      <w:pPr>
        <w:jc w:val="right"/>
      </w:pPr>
      <w:r>
        <w:t>تو بہرحال وہ بزرگ نیک تھے اور قرآن میں ان کے بارے میں بہت اچھے الفاظ کہے ہیں۔ تو اس کے انہوں نے ہمیشہ انصاف کے ساتھ کام لیا، حالانکہ اس زمانے میں جو جو جن لوگوں کو کانکر کیا جاتا تھا ان کے ساتھ کچھ بھی کرتے تھے، ان کو مار ڈالتے تھے، ان کو جیلوں میں بند کر دیتے تھے، ان ان کے ان کا کوئی رائٹس نہیں ہوتا تھا۔</w:t>
      </w:r>
    </w:p>
    <w:p>
      <w:r>
        <w:rPr>
          <w:b/>
        </w:rPr>
        <w:t xml:space="preserve">[04:36] </w:t>
      </w:r>
      <w:r>
        <w:t>lekin unhon ne kaha ke jo acha kaam karega us ko hum acha badla dein ge aur jo bura kaam karega woh jo zalim hoga sirf usi ko saza dein ge.</w:t>
      </w:r>
    </w:p>
    <w:p>
      <w:pPr>
        <w:jc w:val="right"/>
      </w:pPr>
      <w:r>
        <w:t>لیکن انہوں نے کہا کہ جو اچھا کام کرے گا اس کو ہم اچھا بدلہ دیں گے اور جو برا کام کرے گا وہ جو ظالم ہوگا صرف اسی کو سزا دیں گے۔</w:t>
      </w:r>
    </w:p>
    <w:p>
      <w:r>
        <w:rPr>
          <w:b/>
        </w:rPr>
        <w:t xml:space="preserve">[04:46] </w:t>
      </w:r>
      <w:r>
        <w:t>to un in logon ke kehne se unhon ne aik bohat bari deewar bana di. to deewar lohay ki thi aur us mein taamba pighla ke dala to bohat hi mazboot deewar bana di.</w:t>
      </w:r>
    </w:p>
    <w:p>
      <w:pPr>
        <w:jc w:val="right"/>
      </w:pPr>
      <w:r>
        <w:t>تو ان ان لوگوں کے کہنے سے انہوں نے ایک بہت بڑی دیوار بنا دی۔ تو دیوار لوہے کی تھی اور اس میں تانبہ پگھلا کے ڈالا تو بہت ہی مضبوط دیوار بنا دی۔</w:t>
      </w:r>
    </w:p>
    <w:p>
      <w:r>
        <w:rPr>
          <w:b/>
        </w:rPr>
        <w:t xml:space="preserve">[04:58] </w:t>
      </w:r>
      <w:r>
        <w:t>is se jo yeh in ka jo loot maar thi us se logon ko mein log mehfooz ho gaye. to yeh in ka pehla daur tha. log is samajhtay nahi kyunkay sari predictions Hadees mein tamseel ki zaban mein hain to is ke bohat saray interpretations ho saktay hain.</w:t>
      </w:r>
    </w:p>
    <w:p>
      <w:pPr>
        <w:jc w:val="right"/>
      </w:pPr>
      <w:r>
        <w:t>اس سے جو یہ ان کا جو لوٹ مار تھی اس سے لوگوں کو میں لوگ محفوظ ہو گئے۔ تو یہ ان کا پہلا دور تھا۔ لوگ اس سمجھتے نہیں کیونکہ ساری پریڈکشنز حدیث میں تمثیل کی زبان میں ہیں تو اس کے بہت سارے انٹرپریٹیشن ہو سکتے ہیں۔</w:t>
      </w:r>
    </w:p>
    <w:p>
      <w:r>
        <w:rPr>
          <w:b/>
        </w:rPr>
        <w:t xml:space="preserve">[05:16] </w:t>
      </w:r>
      <w:r>
        <w:t>koi kehta hai ke woh jo hain woh aliens hain aur kabhi bhi niklenge aur hamla kar</w:t>
      </w:r>
    </w:p>
    <w:p>
      <w:pPr>
        <w:jc w:val="right"/>
      </w:pPr>
      <w:r>
        <w:t>کوئی کہتا ہے کہ وہ جو ہیں وہ ایلینز ہیں اور کبھی بھی نکلیں گے اور حملہ کر</w:t>
      </w:r>
    </w:p>
    <w:p>
      <w:r>
        <w:rPr>
          <w:b/>
        </w:rPr>
        <w:t xml:space="preserve">[05:21] </w:t>
      </w:r>
      <w:r>
        <w:t>denge. ab yeh sab baaton ka qareen qayas nahi kyunke agar aisa hota to aaj jab ke</w:t>
      </w:r>
    </w:p>
    <w:p>
      <w:pPr>
        <w:jc w:val="right"/>
      </w:pPr>
      <w:r>
        <w:t>دیں گے۔ اب یہ سب باتیں کا قرین قیاس نہیں کیونکہ اگر ایسا ہوتا تو آج جب کہ</w:t>
      </w:r>
    </w:p>
    <w:p>
      <w:r>
        <w:rPr>
          <w:b/>
        </w:rPr>
        <w:t xml:space="preserve">[05:30] </w:t>
      </w:r>
      <w:r>
        <w:t>itni bari bari</w:t>
      </w:r>
    </w:p>
    <w:p>
      <w:pPr>
        <w:jc w:val="right"/>
      </w:pPr>
      <w:r>
        <w:t>اتنی بڑی بڑی</w:t>
      </w:r>
    </w:p>
    <w:p>
      <w:r>
        <w:rPr>
          <w:b/>
        </w:rPr>
        <w:t xml:space="preserve">[05:32] </w:t>
      </w:r>
      <w:r>
        <w:t>tahqiqat ho chuki hain aur sari dunya ke baray mein maloomat ho chuki hain, balkay satellites hain woh</w:t>
      </w:r>
    </w:p>
    <w:p>
      <w:pPr>
        <w:jc w:val="right"/>
      </w:pPr>
      <w:r>
        <w:t>تحقیقات ہو چکی ہیں اور ساری دنیا کے بارے میں معلومات ہو چکی ہیں، بلکہ سیٹلائٹس ہیں وہ</w:t>
      </w:r>
    </w:p>
    <w:p>
      <w:r>
        <w:rPr>
          <w:b/>
        </w:rPr>
        <w:t xml:space="preserve">[05:39] </w:t>
      </w:r>
      <w:r>
        <w:t>upar universe ko sara scan kar rahay hain to</w:t>
      </w:r>
    </w:p>
    <w:p>
      <w:pPr>
        <w:jc w:val="right"/>
      </w:pPr>
      <w:r>
        <w:t>اوپر یونیورس کو سارا اسکین کر رہے ہیں تو</w:t>
      </w:r>
    </w:p>
    <w:p>
      <w:r>
        <w:rPr>
          <w:b/>
        </w:rPr>
        <w:t xml:space="preserve">[05:46] </w:t>
      </w:r>
      <w:r>
        <w:t>yeh pata chal jata agar aisi koi qom hoti loot maar karne wali aur kabhi bhi woh hamla</w:t>
      </w:r>
    </w:p>
    <w:p>
      <w:pPr>
        <w:jc w:val="right"/>
      </w:pPr>
      <w:r>
        <w:t>یہ پتہ چل جاتا اگر ایسی کوئی قوم ہوتی لوٹ مار کرنے والی اور کبھی بھی وہ حملہ</w:t>
      </w:r>
    </w:p>
    <w:p>
      <w:r>
        <w:rPr>
          <w:b/>
        </w:rPr>
        <w:t xml:space="preserve">[05:52] </w:t>
      </w:r>
      <w:r>
        <w:t>kar sakti to woh pata ho jata.</w:t>
      </w:r>
    </w:p>
    <w:p>
      <w:pPr>
        <w:jc w:val="right"/>
      </w:pPr>
      <w:r>
        <w:t>کر سکتی تو وہ پتہ ہو جاتا۔</w:t>
      </w:r>
    </w:p>
    <w:p>
      <w:r>
        <w:rPr>
          <w:b/>
        </w:rPr>
        <w:t xml:space="preserve">[05:55] </w:t>
      </w:r>
      <w:r>
        <w:t>aisa nahi hai, balkay woh is daur ki baat hai jab woh yeh sab hota tha loot maar kyunkay resources bohat kam thay. to yeh Gog Magog jo hain woh insan thay,</w:t>
      </w:r>
    </w:p>
    <w:p>
      <w:pPr>
        <w:jc w:val="right"/>
      </w:pPr>
      <w:r>
        <w:t>ایسا نہیں ہے، بلکہ وہ اس دور کی بات ہے جب وہ یہ سب ہوتا تھا لوٹ مار کیونکہ ریسورسز بہت کم تھے۔ تو یہ گاگ مگاگ جو ہیں وہ انسان تھے،</w:t>
      </w:r>
    </w:p>
    <w:p>
      <w:r>
        <w:rPr>
          <w:b/>
        </w:rPr>
        <w:t xml:space="preserve">[06:09] </w:t>
      </w:r>
      <w:r>
        <w:t>bohat hi energetic log thay to Allah ne un ko istemal kiya fitrat ki taskheer ke liye kyunkay woh is tareeqay ke taqaddus parastana zehan un ka nahi tha.</w:t>
      </w:r>
    </w:p>
    <w:p>
      <w:pPr>
        <w:jc w:val="right"/>
      </w:pPr>
      <w:r>
        <w:t>بہت ہی انرجیٹک لوگ تھے تو اللہ نے ان کو استعمال کیا فطرت کی تسخیر کے لیے کیونکہ وہ اس طریقے کے تقدس پرستانہ ذہن ان کا نہیں تھا۔</w:t>
      </w:r>
    </w:p>
    <w:p>
      <w:r>
        <w:rPr>
          <w:b/>
        </w:rPr>
        <w:t xml:space="preserve">[06:21] </w:t>
      </w:r>
      <w:r>
        <w:t>fitrat ki taskheer mein musalmanon ne bohat zyada kaam kiya aur kyunkay is se pehle jo Islam ke aanay se pehle toheed nahi thi, shirk tha to shirk se superstition aata hai aur superstition ki wajah se taskheer ka kaam nahi ho pata tha kyunkay har cheez ko log revere karte thay, log pooja karte thay to is ki is ki taskheer kaise karte?</w:t>
      </w:r>
    </w:p>
    <w:p>
      <w:pPr>
        <w:jc w:val="right"/>
      </w:pPr>
      <w:r>
        <w:t>فطرت کی تسخیر میں مسلمانوں نے بہت زیادہ کام کیا اور کیونکہ اس سے پہلے جو اسلام کے آنے سے پہلے توحید نہیں تھی، شرک تھا تو شرک سے سپر اسٹیشن آتا ہے اور سپر اسٹیشن کی وجہ سے تسخیر کا کام نہیں ہو پاتا تھا کیونکہ ہر چیز کو لوگ ریور کرتے تھے، لوگ پوجا کرتے تھے تو اس کی اس کی تسخیر کیسے کرتے؟</w:t>
      </w:r>
    </w:p>
    <w:p>
      <w:r>
        <w:rPr>
          <w:b/>
        </w:rPr>
        <w:t xml:space="preserve">[06:47] </w:t>
      </w:r>
      <w:r>
        <w:t>to is wajah se woh log aik had tak hi kaam kar paye. musalmanon ne bhi aik had tak hi kaam kar kar paye. woh bhi buzurg parasti mein lag gaye.</w:t>
      </w:r>
    </w:p>
    <w:p>
      <w:pPr>
        <w:jc w:val="right"/>
      </w:pPr>
      <w:r>
        <w:t>تو اس وجہ سے وہ لوگ ایک حد تک ہی کام کر پائے۔ مسلمانوں نے بھی ایک حد تک ہی کام کر کر پائے۔ وہ بھی بزرگ پرستی میں لگ گئے۔</w:t>
      </w:r>
    </w:p>
    <w:p>
      <w:r>
        <w:rPr>
          <w:b/>
        </w:rPr>
        <w:t xml:space="preserve">[06:57] </w:t>
      </w:r>
      <w:r>
        <w:t>tasawwuf nikla. is mein un logon ne jo tasawwuf ke jo murshid hotay thay un ko bohat hi ooncha darja de diya.</w:t>
      </w:r>
    </w:p>
    <w:p>
      <w:pPr>
        <w:jc w:val="right"/>
      </w:pPr>
      <w:r>
        <w:t>تصوف نکلا۔ اس میں ان لوگوں نے جو تصوف کے جو مرشد ہوتے تھے ان کو بہت ہی اونچا درجہ دے دیا۔</w:t>
      </w:r>
    </w:p>
    <w:p>
      <w:r>
        <w:rPr>
          <w:b/>
        </w:rPr>
        <w:t xml:space="preserve">[07:05] </w:t>
      </w:r>
      <w:r>
        <w:t>to hota kya tha ke jab itna ooncha darja kisi insan ko de diya jaye to us ne jo kuch keh diya hai us ko final truth maantay hain, mazeed tehqeeq nahi karte.</w:t>
      </w:r>
    </w:p>
    <w:p>
      <w:pPr>
        <w:jc w:val="right"/>
      </w:pPr>
      <w:r>
        <w:t>تو ہوتا کیا تھا کہ جب اتنا اونچا درجہ کسی انسان کو دے دیا جائے تو اس نے جو کچھ کہہ دیا ہے اس کو فائنل ٹروتھ مان لیتے ہیں، مزید تحقیق نہیں کرتے۔</w:t>
      </w:r>
    </w:p>
    <w:p>
      <w:r>
        <w:rPr>
          <w:b/>
        </w:rPr>
        <w:t xml:space="preserve">[07:17] </w:t>
      </w:r>
      <w:r>
        <w:t>to is wajah se aik had tak kaam ruk gaya tha. kaam to bohat hua Baghdad mein, Spain mein lekin aik had tak woh ruk gaya.</w:t>
      </w:r>
    </w:p>
    <w:p>
      <w:pPr>
        <w:jc w:val="right"/>
      </w:pPr>
      <w:r>
        <w:t>تو اس وجہ سے ایک حد تک کام رک گیا تھا۔ کام تو بہت ہوا بغداد میں، اسپین میں لیکن ایک حد تک وہ رک گیا۔</w:t>
      </w:r>
    </w:p>
    <w:p>
      <w:r>
        <w:rPr>
          <w:b/>
        </w:rPr>
        <w:t xml:space="preserve">[07:26] </w:t>
      </w:r>
      <w:r>
        <w:t>ab aik aisa secular group chahiye tha jo bilkul hi in sab cheezon se oopar uth kar kaam karta aur tamam jo fitrat ke jo raaz thay un ko discover karta.</w:t>
      </w:r>
    </w:p>
    <w:p>
      <w:pPr>
        <w:jc w:val="right"/>
      </w:pPr>
      <w:r>
        <w:t>اب ایک ایسا سیکولر گروہ چاہیے تھا جو بالکل ہی ان سب چیزوں سے اوپر اٹھ کر کام کرتا اور تمام جو فطرت کے جو راز تھے ان کو ڈسکور کرتا۔</w:t>
      </w:r>
    </w:p>
    <w:p>
      <w:r>
        <w:rPr>
          <w:b/>
        </w:rPr>
        <w:t xml:space="preserve">[07:40] </w:t>
      </w:r>
      <w:r>
        <w:t>kyunki aik Hadees aayi hai ke aakhri zamanay mein zameen apne khazanay ko nigal degi, sab khazanay samnay aa jayen ge.</w:t>
      </w:r>
    </w:p>
    <w:p>
      <w:pPr>
        <w:jc w:val="right"/>
      </w:pPr>
      <w:r>
        <w:t>کیونکہ ایک حدیث آئی ہے کہ آخری زمانے میں زمین اپنے خزانے کو نگل دے گی، سب خزانے سامنے آ جائیں گے۔</w:t>
      </w:r>
    </w:p>
    <w:p>
      <w:r>
        <w:rPr>
          <w:b/>
        </w:rPr>
        <w:t xml:space="preserve">[07:51] </w:t>
      </w:r>
      <w:r>
        <w:t>to khazanay samnay aanay ke liye bohat zyada mehnat karni pari aur har tarah ke biases se, prejudices se, superstition se oopar uthna para.</w:t>
      </w:r>
    </w:p>
    <w:p>
      <w:pPr>
        <w:jc w:val="right"/>
      </w:pPr>
      <w:r>
        <w:t>تو خزانے سامنے آنے کے لیے بہت زیادہ محنت کرنی پڑی اور ہر طرح کے بائسز سے، پریجوڈیسز سے، سپر اسٹیشن سے اوپر اٹھنا پڑا۔</w:t>
      </w:r>
    </w:p>
    <w:p>
      <w:r>
        <w:rPr>
          <w:b/>
        </w:rPr>
        <w:t xml:space="preserve">[08:02] </w:t>
      </w:r>
      <w:r>
        <w:t>to baghair kisi tahaffuz ke in logon ne bilkul dil o jaan se apnay aap ko devote kar diya aur aik bohat bari industrial civilization banai.</w:t>
      </w:r>
    </w:p>
    <w:p>
      <w:pPr>
        <w:jc w:val="right"/>
      </w:pPr>
      <w:r>
        <w:t>تو بغیر کسی تحفظ کے ان لوگوں نے بالکل دل و جان سے اپنے آپ کو ڈیووٹ کر دیا اور ایک بہت بڑی انڈسٹریل سویلائزیشن بنائی۔</w:t>
      </w:r>
    </w:p>
    <w:p>
      <w:r>
        <w:rPr>
          <w:b/>
        </w:rPr>
        <w:t xml:space="preserve">[08:13] </w:t>
      </w:r>
      <w:r>
        <w:t>to is ke references Quran mein aur Hadees mein atay hain. Quran mein hai ke Yajuj Majuj woh din aye ga jo chapter 21 hai ke jab Yajuj Majuj khol diye jayen ge, woh har bulandi se nikal paden ge.</w:t>
      </w:r>
    </w:p>
    <w:p>
      <w:pPr>
        <w:jc w:val="right"/>
      </w:pPr>
      <w:r>
        <w:t>تو اس کے ریفرنسز قرآن میں اور حدیث میں آتے ہیں۔ قرآن میں ہے کہ یاجوج ماجوج وہ دن آئے گا جو چیپٹر 21 ہے کہ جب یاجوج ماجوج کھول دیے جائیں گے، وہ ہر بلندی سے نکل پڑیں گے۔</w:t>
      </w:r>
    </w:p>
    <w:p>
      <w:r>
        <w:rPr>
          <w:b/>
        </w:rPr>
        <w:t xml:space="preserve">[08:31] </w:t>
      </w:r>
      <w:r>
        <w:t>to log samajhtay hain ke yeh koi aik dam aakhri zamanay mein hoga jab ke qayamat aik dam samnay hogi.</w:t>
      </w:r>
    </w:p>
    <w:p>
      <w:pPr>
        <w:jc w:val="right"/>
      </w:pPr>
      <w:r>
        <w:t>تو لوگ سمجھتے ہیں کہ یہ کوئی ایک دم آخری زمانے میں ہوگا جب کہ قیامت ایک دم سامنے ہوگی۔</w:t>
      </w:r>
    </w:p>
    <w:p>
      <w:r>
        <w:rPr>
          <w:b/>
        </w:rPr>
        <w:t xml:space="preserve">[08:40] </w:t>
      </w:r>
      <w:r>
        <w:t>to aisa nahi hoga. khol diye jayen ge. matlab hai ke in in se Allah kuch kaam le ga kyunkay log jo hain fitrat ko conquer nahi kar pa rahay thay.</w:t>
      </w:r>
    </w:p>
    <w:p>
      <w:pPr>
        <w:jc w:val="right"/>
      </w:pPr>
      <w:r>
        <w:t>تو ایسا نہیں ہوگا۔ کھول دیے جائیں گے۔ مطلب ہے کہ ان ان سے اللہ کچھ کام لے گا کیونکہ لوگ جو ہیں فطرت کو کانکر نہیں کر پا رہے تھے۔</w:t>
      </w:r>
    </w:p>
    <w:p>
      <w:r>
        <w:rPr>
          <w:b/>
        </w:rPr>
        <w:t xml:space="preserve">[08:53] </w:t>
      </w:r>
      <w:r>
        <w:t>un ke jo taqaddus parastana nazariya tha us ki wajah se woh kaam nahi kar pa rahe thay. to aisay aik qaum aai jinhon ne in sab cheezon se oopar uth kar kaam kiya aur tamam fitrat ke andar jo potential tha sara ka sara unhon ne us ko actual bana diya.</w:t>
      </w:r>
    </w:p>
    <w:p>
      <w:pPr>
        <w:jc w:val="right"/>
      </w:pPr>
      <w:r>
        <w:t>ان کے جو تقدس پرستانہ نظریہ تھا اس کی وجہ سے وہ کام نہیں کر پا رہے تھے۔ تو ایسے ایک قوم آئی جنہوں نے ان سب چیزوں سے اوپر اٹھ کر کام کیا اور تمام فطرت کے اندر جو پوٹینشل تھا سارا کا سارا انہوں نے اس کو ایکچول بنا دیا۔</w:t>
      </w:r>
    </w:p>
    <w:p>
      <w:r>
        <w:rPr>
          <w:b/>
        </w:rPr>
        <w:t xml:space="preserve">[09:14] </w:t>
      </w:r>
      <w:r>
        <w:t>to is tareeqay se aik aik hadith aur hai ke rasool Allah sal Allah alayh wasallam aik din aaram kar rahay thay to khwab mein dekha yaajooj majooj ke baray mein kuch aur kaha bohat hi ghabra ke kaha ke aaj band mein shagaaf par gaya.</w:t>
      </w:r>
    </w:p>
    <w:p>
      <w:pPr>
        <w:jc w:val="right"/>
      </w:pPr>
      <w:r>
        <w:t>تو اس طریقے سے ایک ایک حدیث اور ہے کہ رسول اللہ صلی اللہ علیہ وسلم ایک دن آرام کر رہے تھے تو خواب میں دیکھا یاجوج ماجوج کے بارے میں کچھ اور کہا بہت ہی گھبرا کے کہا کہ آج بند میں شگاف پڑ گیا۔</w:t>
      </w:r>
    </w:p>
    <w:p>
      <w:r>
        <w:rPr>
          <w:b/>
        </w:rPr>
        <w:t xml:space="preserve">[09:31] </w:t>
      </w:r>
      <w:r>
        <w:t>band refer kar rahay thay usi deewar ko to shagaaf par gaya. yani yaajooj majooj nikal kar jo kaam karein ge us ke dono tarah ke istemal hain, manfi aur musbat.</w:t>
      </w:r>
    </w:p>
    <w:p>
      <w:pPr>
        <w:jc w:val="right"/>
      </w:pPr>
      <w:r>
        <w:t>بند ریفر کر رہے تھے اسی دیوار کو تو شگاف پڑ گیا۔ یعنی یاجوج ماجوج نکل کر جو کام کریں گے اس کے دونوں طرح کے استعمال ہیں، منفی اور مثبت۔</w:t>
      </w:r>
    </w:p>
    <w:p>
      <w:r>
        <w:rPr>
          <w:b/>
        </w:rPr>
        <w:t xml:space="preserve">[09:45] </w:t>
      </w:r>
      <w:r>
        <w:t>to musbat istemal to bohat acha tha, usi se tamam tarraqqiyan huien, tamam communication, media, tamam transport ka system, tamam hi cheezein usi se niklein jo unhon ne kaam kiya.</w:t>
      </w:r>
    </w:p>
    <w:p>
      <w:pPr>
        <w:jc w:val="right"/>
      </w:pPr>
      <w:r>
        <w:t>تو مثبت استعمال تو بہت اچھا تھا، اسی سے تمام ترقیاں ہوئیں، تمام کمیونیکیشن، میڈیا، تمام ٹرانسپورٹ کا سسٹم، تمام ہی چیزیں اسی سے نکلیں جو انہوں نے کام کیا۔</w:t>
      </w:r>
    </w:p>
    <w:p>
      <w:r>
        <w:rPr>
          <w:b/>
        </w:rPr>
        <w:t xml:space="preserve">[09:59] </w:t>
      </w:r>
      <w:r>
        <w:t>lekin usi se bohat sari aisi cheezein paida huien jis ko jis ka hum keh sakte hain negative istemal.</w:t>
      </w:r>
    </w:p>
    <w:p>
      <w:pPr>
        <w:jc w:val="right"/>
      </w:pPr>
      <w:r>
        <w:t>لیکن اسی سے بہت ساری ایسی چیزیں پیدا ہوئیں جس کو جس کا ہم کہہ سکتے ہیں نیگیٹیو استعمال۔</w:t>
      </w:r>
    </w:p>
    <w:p>
      <w:r>
        <w:rPr>
          <w:b/>
        </w:rPr>
        <w:t xml:space="preserve">[10:08] </w:t>
      </w:r>
      <w:r>
        <w:t>to shayad rasool Allah sal Allah alayh wasallam usi negative istemal ko refer kar rahay thay ke log negative is ka istemal kar ke jo sari cheezein jo ijad huien hain jaisay ab aap misal ke tor par atom, atom nuclear energy leejiyay.</w:t>
      </w:r>
    </w:p>
    <w:p>
      <w:pPr>
        <w:jc w:val="right"/>
      </w:pPr>
      <w:r>
        <w:t>تو شاید رسول اللہ صلی اللہ علیہ وسلم اسی نیگیٹیو استعمال کو ریفر کر رہے تھے کہ لوگ نیگیٹیو اس کا استعمال کر کے جو ساری چیزیں جو ایجاد ہوئی ہیں جیسے اب آپ مثال کے طور پر ایٹم، ایٹم نیوکلیئر انرجی لیجئے۔</w:t>
      </w:r>
    </w:p>
    <w:p>
      <w:r>
        <w:rPr>
          <w:b/>
        </w:rPr>
        <w:t xml:space="preserve">[10:28] </w:t>
      </w:r>
      <w:r>
        <w:t>nuclear energy se bohat kuch kaam ho sakta hai lekin logon ne us ko atom bomb ke tor par istemal kiya. to har cheez ka minus pehlu bhi hota hai aur plus pehlu bhi hota hai.</w:t>
      </w:r>
    </w:p>
    <w:p>
      <w:pPr>
        <w:jc w:val="right"/>
      </w:pPr>
      <w:r>
        <w:t>نیوکلیئر انرجی سے بہت کچھ کام ہو سکتا ہے لیکن لوگوں نے اس کو ایٹم بم کے طور پر استعمال کیا۔ تو ہر چیز کا مائنس پہلو بھی ہوتا ہے اور پلس پہلو بھی ہوتا ہے۔</w:t>
      </w:r>
    </w:p>
    <w:p>
      <w:r>
        <w:rPr>
          <w:b/>
        </w:rPr>
        <w:t xml:space="preserve">[10:40] </w:t>
      </w:r>
      <w:r>
        <w:t>negative bhi hota hai, positive bhi hota hai. to agar us ko positively liya jaye, us ka positive istemal kiya jaye to woh progress and development hota hai aur negative istemal kiya jaye to destruction hota hai.</w:t>
      </w:r>
    </w:p>
    <w:p>
      <w:pPr>
        <w:jc w:val="right"/>
      </w:pPr>
      <w:r>
        <w:t>نیگیٹیو بھی ہوتا ہے، پازیٹیو بھی ہوتا ہے۔ تو اگر اس کو پازیٹیولی لیا جائے، اس کا پازیٹیو استعمال کیا جائے تو وہ پروگریس اینڈ ڈیویلپمنٹ ہوتا ہے اور نیگیٹیو استعمال کیا جائے تو ڈسٹرکشن ہوتا ہے۔</w:t>
      </w:r>
    </w:p>
    <w:p>
      <w:r>
        <w:rPr>
          <w:b/>
        </w:rPr>
        <w:t xml:space="preserve">[10:55] </w:t>
      </w:r>
      <w:r>
        <w:t>to is tareeqay se unhon ne la mehdood jo madi taqatein theen un ko discover kiya. misal ke tor par pani se unhon ne steam power banaya, baray baray jahaz unhon ne chalaye aur bohat sari machinery us se chali.</w:t>
      </w:r>
    </w:p>
    <w:p>
      <w:pPr>
        <w:jc w:val="right"/>
      </w:pPr>
      <w:r>
        <w:t>تو اس طریقے سے انہوں نے لامحدود جو مادی طاقتیں تھیں ان کو ڈسکور کیا۔ مثال کے طور پر پانی سے انہوں نے اسٹیم پاور بنایا، بڑے بڑے جہاز انہوں نے چلائے اور بہت ساری مشینری اس سے چلی۔</w:t>
      </w:r>
    </w:p>
    <w:p>
      <w:r>
        <w:rPr>
          <w:b/>
        </w:rPr>
        <w:t xml:space="preserve">[11:13] </w:t>
      </w:r>
      <w:r>
        <w:t>loha se unhon ne mutharrik engine banaya, petrol se jahaz aur car doraye aur sari jo industries mein jo sari machineries hoti hain us se usi se chalti hain.</w:t>
      </w:r>
    </w:p>
    <w:p>
      <w:pPr>
        <w:jc w:val="right"/>
      </w:pPr>
      <w:r>
        <w:t>لوہا سے انہوں نے متحرک انجن بنایا، پٹرول سے جہاز اور کار دوڑائے اور ساری جو انڈسٹریز میں جو ساری مشینریز ہوتی ہیں اس سے اسی سے چلتی ہیں۔</w:t>
      </w:r>
    </w:p>
    <w:p>
      <w:r>
        <w:rPr>
          <w:b/>
        </w:rPr>
        <w:t xml:space="preserve">[11:26] </w:t>
      </w:r>
      <w:r>
        <w:t>to modern communication, tez raftaar zarray, sabhi kuch jo jis ko aaj hum modern civilization kehte hain to inhi taraqqiyon ki wajah se woh paida hua.</w:t>
      </w:r>
    </w:p>
    <w:p>
      <w:pPr>
        <w:jc w:val="right"/>
      </w:pPr>
      <w:r>
        <w:t>تو ماڈرن کمیونیکیشن، تیز رفتار ذرائع، سبھی کچھ جو جس کو آج ہم ماڈرن سویلائزیشن کہتے ہیں تو انہی ترقیوں کی وجہ سے وہ پیدا ہوئی۔</w:t>
      </w:r>
    </w:p>
    <w:p>
      <w:r>
        <w:rPr>
          <w:b/>
        </w:rPr>
        <w:t xml:space="preserve">[11:38] </w:t>
      </w:r>
      <w:r>
        <w:t>to is mein hai ke hadith mein asal mein baat hoti hai tamseeli zaban mein to log us ko jo hain differently interpret karte hain.</w:t>
      </w:r>
    </w:p>
    <w:p>
      <w:pPr>
        <w:jc w:val="right"/>
      </w:pPr>
      <w:r>
        <w:t>تو اس میں ہے کہ حدیث میں اصل میں بات ہوتی ہے تمثیلی زبان میں تو لوگ اس کو جو ہیں ڈفرنٹلی انٹرپریٹ کرتے ہیں۔</w:t>
      </w:r>
    </w:p>
    <w:p>
      <w:r>
        <w:rPr>
          <w:b/>
        </w:rPr>
        <w:t xml:space="preserve">[11:49] </w:t>
      </w:r>
      <w:r>
        <w:t>to aik hadith hai ke woh log sara pani pee jayen ge, sara khana kha jayen ge. to is ka matlab yeh nahi hai ke pani pee jayen ge.</w:t>
      </w:r>
    </w:p>
    <w:p>
      <w:pPr>
        <w:jc w:val="right"/>
      </w:pPr>
      <w:r>
        <w:t>تو ایک حدیث ہے کہ وہ لوگ سارا پانی پی جائیں گے، سارا کھانا کھا جائیں گے۔ تو اس کا مطلب یہ نہیں ہے کہ پانی پی جائیں گے۔</w:t>
      </w:r>
    </w:p>
    <w:p>
      <w:r>
        <w:rPr>
          <w:b/>
        </w:rPr>
        <w:t xml:space="preserve">[11:57] </w:t>
      </w:r>
      <w:r>
        <w:t>log sach much samajhte hain ke pani sara pee jayen ge. to matlab hai ke woh un ko, woh un ki jo ijadat hongi, un ke zariye se jo zameen ke jo saray resources hain woh over use hon ge.</w:t>
      </w:r>
    </w:p>
    <w:p>
      <w:pPr>
        <w:jc w:val="right"/>
      </w:pPr>
      <w:r>
        <w:t>لوگ سچ مچ سمجھتے ہیں کہ پانی سارا پی جائیں گے۔ تو مطلب ہے کہ وہ ان کو، وہ ان کی جو ایجادات ہوں گی، ان کے ذریعے سے جو زمین کے جو سارے ریسورسز ہیں وہ اوور یوز ہوں گے۔</w:t>
      </w:r>
    </w:p>
    <w:p>
      <w:r>
        <w:rPr>
          <w:b/>
        </w:rPr>
        <w:t xml:space="preserve">[12:09] </w:t>
      </w:r>
      <w:r>
        <w:t>log us ko apni luxury mein bohat ziyada istemal karein ge aur zameen ke saray resources jo hain woh exhaust ho jayen ge.</w:t>
      </w:r>
    </w:p>
    <w:p>
      <w:pPr>
        <w:jc w:val="right"/>
      </w:pPr>
      <w:r>
        <w:t>لوگ اس کو اپنی لگزری میں بہت زیادہ استعمال کریں گے اور زمین کے سارے ریسورسز جو ہیں وہ ایگزاسٹ ہو جائیں گے۔</w:t>
      </w:r>
    </w:p>
    <w:p>
      <w:r>
        <w:rPr>
          <w:b/>
        </w:rPr>
        <w:t xml:space="preserve">[12:19] </w:t>
      </w:r>
      <w:r>
        <w:t>to phir woh kahen ge ke apne harbay ko woh aasman ki taraf phenkein ge. to shayad is se rocket murad hai jab dekhte hain ke dunya mein sara jo hai system, zameen ka jo sara system hai jis se hum insaniyat survive karti hai to woh khatam ho raha hai, pani khatam ho raha hai, sailab aa rahay hain jagah jagah to sara disturb ho gaya, ecosystem waghera.</w:t>
      </w:r>
    </w:p>
    <w:p>
      <w:pPr>
        <w:jc w:val="right"/>
      </w:pPr>
      <w:r>
        <w:t>تو پھر وہ کہیں گے کہ اپنے حربے کو وہ آسمان کی طرف پھینکیں گے۔ تو شاید اس سے راکٹ مراد ہے جب دیکھتے ہیں کہ دنیا میں سارا جو ہے سسٹم ہے، زمین کا جو سارا سسٹم ہے جس سے ہم انسانیت سروائیو کرتی ہے تو وہ ختم ہو رہا ہے، پانی ختم ہو رہا ہے، سیلاب آ رہے ہیں جگہ جگہ تو سارا ڈسٹرب ہو گیا، ایکو سسٹم وغیرہ۔</w:t>
      </w:r>
    </w:p>
    <w:p>
      <w:r>
        <w:rPr>
          <w:b/>
        </w:rPr>
        <w:t xml:space="preserve">[12:46] </w:t>
      </w:r>
      <w:r>
        <w:t>to woh woh apna satellite bhej rahay hain ke koi nai jo hai planet discover kare. to koi nai planet discover nahi kar pa rahay hain lekin poori koshish mein lagay hue hain.</w:t>
      </w:r>
    </w:p>
    <w:p>
      <w:pPr>
        <w:jc w:val="right"/>
      </w:pPr>
      <w:r>
        <w:t>تو وہ وہ اپنا سیٹلائٹ بھیج رہے ہیں کہ کوئی نئی جو ہے پلینٹ ڈسکور کرے۔ تو کوئی نئی ڈسک پلینٹ ڈسکور نہیں کر پا رہے ہیں لیکن پوری کوشش میں لگے ہوئے ہیں۔</w:t>
      </w:r>
    </w:p>
    <w:p>
      <w:r>
        <w:rPr>
          <w:b/>
        </w:rPr>
        <w:t xml:space="preserve">[13:03] </w:t>
      </w:r>
      <w:r>
        <w:t>to bohat saray predictions hain kitabon mein. main ne chand predictions khas khas liye hain. to is mein jo sab se pehle jo hum jab aap sahih Muslim dekhen ge to us mein aik hai kitab al fitan.</w:t>
      </w:r>
    </w:p>
    <w:p>
      <w:pPr>
        <w:jc w:val="right"/>
      </w:pPr>
      <w:r>
        <w:t>تو بہت سارے پریڈکشن ہیں کتابوں میں۔ میں نے چند پریڈکشنز خاص خاص لیے ہیں۔ تو اس میں جو سب سے پہلے جو ہم جب آپ صحیح مسلم دیکھیں گے تو اس میں ایک ہے کتاب الفتن۔</w:t>
      </w:r>
    </w:p>
    <w:p>
      <w:r>
        <w:rPr>
          <w:b/>
        </w:rPr>
        <w:t xml:space="preserve">[13:18] </w:t>
      </w:r>
      <w:r>
        <w:t>to is mein aap dekhen ge jo shuru hi is se hota hai ke tum aik azeem hadsa dekho ge jo aik bohat hi bohat hi bara ghar ko jala de gi.</w:t>
      </w:r>
    </w:p>
    <w:p>
      <w:pPr>
        <w:jc w:val="right"/>
      </w:pPr>
      <w:r>
        <w:t>تو اس میں آپ دیکھیں گے جو شروع ہی اس سے ہوتا ہے کہ تم ایک عظیم حادثہ دیکھو گے جو ایک بہت ہی بہت ہی بڑا گھر کو جلا دے گی۔</w:t>
      </w:r>
    </w:p>
    <w:p>
      <w:r>
        <w:rPr>
          <w:b/>
        </w:rPr>
        <w:t xml:space="preserve">[13:28] </w:t>
      </w:r>
      <w:r>
        <w:t>to bohat hi bara ghar aisay to aag lagti hi rehti hai, woh kahin forest mein aag lag rahi hai, kahin gharon mein aag lag rahi hai. to lekin is mein hai ke bohat hi huge house jalay ga.</w:t>
      </w:r>
    </w:p>
    <w:p>
      <w:pPr>
        <w:jc w:val="right"/>
      </w:pPr>
      <w:r>
        <w:t>تو بہت ہی بڑا گھر ایسے تو آگ لگتی ہی رہتی ہے، وہ کہیں فارسٹ میں آگ لگ رہی ہے، کہیں گھروں میں آگ لگ رہی ہے۔ تو لیکن اس میں ہے کہ بہت ہی ہیوج ہاؤس جلے گا۔</w:t>
      </w:r>
    </w:p>
    <w:p>
      <w:r>
        <w:rPr>
          <w:b/>
        </w:rPr>
        <w:t xml:space="preserve">[13:39] </w:t>
      </w:r>
      <w:r>
        <w:t>to is se wohi world trade center murad lag raha hai kyunke is ke baad se hi saray halaat jo hain bigar gaye, saray janghi halaat, sara jo hai system, sara aik jo relationships ka system hota hai woh sara bigar gaya.</w:t>
      </w:r>
    </w:p>
    <w:p>
      <w:pPr>
        <w:jc w:val="right"/>
      </w:pPr>
      <w:r>
        <w:t>تو اس سے وہی ورلڈ ٹریڈ سینٹر مراد لگ رہا ہے کیونکہ اس کے بعد سے ہی سارے حالات جو ہیں بگڑ گئے، سارے جنگی حالات، سارا جو ہے سسٹم، سارا ایک جو ریلیشن شپس کا سسٹم ہوتا ہے وہ سارا بگڑ گیا۔</w:t>
      </w:r>
    </w:p>
    <w:p>
      <w:r>
        <w:rPr>
          <w:b/>
        </w:rPr>
        <w:t xml:space="preserve">[13:57] </w:t>
      </w:r>
      <w:r>
        <w:t>is ke baad se bohat ziyada log jangon mein mulawwis ho gaye kyunke woh jab badla lena hota hai to us ki wajah se woh sari jangain shuru huien aur jangon se bohat ziyada barbadi aai.</w:t>
      </w:r>
    </w:p>
    <w:p>
      <w:pPr>
        <w:jc w:val="right"/>
      </w:pPr>
      <w:r>
        <w:t>اس کے بعد سے بہت زیادہ لوگ جنگوں میں ملوث ہو گئے کیونکہ وہ جب بدلہ لینا ہوتا ہے تو اس کی وجہ سے وہ ساری جنگیں شروع ہوئیں اور جنگوں سے بہت زیادہ بربادی آئی۔</w:t>
      </w:r>
    </w:p>
    <w:p>
      <w:r>
        <w:rPr>
          <w:b/>
        </w:rPr>
        <w:t xml:space="preserve">[14:12] </w:t>
      </w:r>
      <w:r>
        <w:t>to phir wohi hai ke dekhiye aap petrol se aap sahi istemal kar sakte hain, apne caray chala sakte hain, apna maqsad us ko hasil kar sakte hain, jahaz chala sakte hain.</w:t>
      </w:r>
    </w:p>
    <w:p>
      <w:pPr>
        <w:jc w:val="right"/>
      </w:pPr>
      <w:r>
        <w:t>تو پھر وہی ہے کہ دیکھیے آپ پٹرول سے آپ صحیح استعمال کر سکتے ہیں، اپنے کارے چلا سکتے ہیں، اپنا مقصد اس کو حاصل کر سکتے ہیں، جہاز چلا سکتے ہیں۔</w:t>
      </w:r>
    </w:p>
    <w:p>
      <w:r>
        <w:rPr>
          <w:b/>
        </w:rPr>
        <w:t xml:space="preserve">[14:27] </w:t>
      </w:r>
      <w:r>
        <w:t>lekin usi petrol se aap jahaz chala ke aap building takra sakte hain. bohat bari building thi, woh shayad 110 manzila building thi, woh poori building jal ke raakh ho gayi.</w:t>
      </w:r>
    </w:p>
    <w:p>
      <w:pPr>
        <w:jc w:val="right"/>
      </w:pPr>
      <w:r>
        <w:t>لیکن اسی پٹرول سے آپ جہاز چلا کے آپ بلڈنگ ٹکرا سکتے ہیں۔ بہت بڑی بلڈنگ تھی، وہ شاید 110 منزلہ بلڈنگ تھی، وہ پوری بلڈنگ جل کے راکھ ہو گئی۔</w:t>
      </w:r>
    </w:p>
    <w:p>
      <w:r>
        <w:rPr>
          <w:b/>
        </w:rPr>
        <w:t xml:space="preserve">[14:39] </w:t>
      </w:r>
      <w:r>
        <w:t>to yahi hai musbat aur manfi istemal. to isi tareeqay se</w:t>
      </w:r>
    </w:p>
    <w:p>
      <w:pPr>
        <w:jc w:val="right"/>
      </w:pPr>
      <w:r>
        <w:t>تو یہی ہے مثبت اور منفی استعمال۔ تو اسی طریقے سے</w:t>
      </w:r>
    </w:p>
    <w:p>
      <w:r>
        <w:rPr>
          <w:b/>
        </w:rPr>
        <w:t xml:space="preserve">[14:48] </w:t>
      </w:r>
      <w:r>
        <w:t>jo dajjal ka jo zikr hai woh isi se explain hota hai kyunke asal mein is dunya mein kya hai ke is dunya mein shaitan bhi hai aur farishtay bhi hain.</w:t>
      </w:r>
    </w:p>
    <w:p>
      <w:pPr>
        <w:jc w:val="right"/>
      </w:pPr>
      <w:r>
        <w:t>جو دجال کا جو ذکر ہے وہ اسی سے ایکسپلین ہوتا ہے کیونکہ اصل میں اس دنیا میں کیا ہے کہ اس دنیا میں شیطان بھی ہے اور فرشتے بھی ہیں۔</w:t>
      </w:r>
    </w:p>
    <w:p>
      <w:r>
        <w:rPr>
          <w:b/>
        </w:rPr>
        <w:t xml:space="preserve">[15:02] </w:t>
      </w:r>
      <w:r>
        <w:t>toh log jo hain, farishta jo hai woh conscious ko hamare awaken karta hai lekin hamara conscious itna zyada jagrut nahi hota hai toh woh itna zyada woh active nahi kar pata.</w:t>
      </w:r>
    </w:p>
    <w:p>
      <w:pPr>
        <w:jc w:val="right"/>
      </w:pPr>
      <w:r>
        <w:t>تو لوگ جو ہیں، فرشتہ جو ہے وہ کانشیس کو ہمارے اویکن کرتا ہے لیکن ہمارا کانشیس اتنا زیادہ جاگृत نہیں ہوتا ہے تو وہ اتنا زیادہ وہ ایکٹیو نہیں کر پاتا۔</w:t>
      </w:r>
    </w:p>
    <w:p>
      <w:r>
        <w:rPr>
          <w:b/>
        </w:rPr>
        <w:t xml:space="preserve">[15:14] </w:t>
      </w:r>
      <w:r>
        <w:t>lekin hamara jo ego hai, woh hum bohat zyada ego hamare andar hota hai toh ego ko shaitan hit karta hai, ego ke upar activate karta hai.</w:t>
      </w:r>
    </w:p>
    <w:p>
      <w:pPr>
        <w:jc w:val="right"/>
      </w:pPr>
      <w:r>
        <w:t>لیکن ہمارا جو ایگو ہے، وہ ہم بہت زیادہ ایگو ہمارے اندر ہوتا ہے تو ایگو کو شیطان ہٹ کرتا ہے، ایگو کے اوپر ایکٹیویٹ کرتا ہے۔</w:t>
      </w:r>
    </w:p>
    <w:p>
      <w:r>
        <w:rPr>
          <w:b/>
        </w:rPr>
        <w:t xml:space="preserve">[15:25] </w:t>
      </w:r>
      <w:r>
        <w:t>toh isi baat ko zartusht ne kaha tha kyunke hamesha woh dekhte hain ke do cheezein good bhi hain aur evil bhi hain.</w:t>
      </w:r>
    </w:p>
    <w:p>
      <w:pPr>
        <w:jc w:val="right"/>
      </w:pPr>
      <w:r>
        <w:t>تو اسی بات کو زرتشت نے کہا تھا کیونکہ ہمیشہ وہ دیکھتے ہیں کہ دو چیزیں گڈ بھی ہیں اور ایول بھی ہیں۔</w:t>
      </w:r>
    </w:p>
    <w:p>
      <w:r>
        <w:rPr>
          <w:b/>
        </w:rPr>
        <w:t xml:space="preserve">[15:34] </w:t>
      </w:r>
      <w:r>
        <w:t>toh isko unhon ne kaha tha: "the world is a perpetual battleground between good and evil forces".</w:t>
      </w:r>
    </w:p>
    <w:p>
      <w:pPr>
        <w:jc w:val="right"/>
      </w:pPr>
      <w:r>
        <w:t>تو اس کو انہوں نے کہا تھا: "دا ورلڈ از ا پرپیچول بیٹل گراؤنڈ بٹوین گڈ اینڈ ایول فورسز"۔</w:t>
      </w:r>
    </w:p>
    <w:p>
      <w:r>
        <w:rPr>
          <w:b/>
        </w:rPr>
        <w:t xml:space="preserve">[15:42] </w:t>
      </w:r>
      <w:r>
        <w:t>toh musalsal yahan par farishtay bhi hain jo logon ko bhalai ki taraf targheeb dete hain aur shaitan logon ko burai ki taraf le jana chahta hai.</w:t>
      </w:r>
    </w:p>
    <w:p>
      <w:pPr>
        <w:jc w:val="right"/>
      </w:pPr>
      <w:r>
        <w:t>تو مسلسل یہاں پر فرشتے بھی ہیں جو لوگوں کو بھلائی کی طرف ترغیب دیتے ہیں اور شیطان لوگوں کو برائی کی طرف لے جانا چاہتا ہے۔</w:t>
      </w:r>
    </w:p>
    <w:p>
      <w:r>
        <w:rPr>
          <w:b/>
        </w:rPr>
        <w:t xml:space="preserve">[15:57] </w:t>
      </w:r>
      <w:r>
        <w:t>toh yahi cheez hai jis ne dajjalit paida ki. toh dajjal ke maani hote hain great deceiver. toh dekhiye, deception toh hamesha hi hota raha hai.</w:t>
      </w:r>
    </w:p>
    <w:p>
      <w:pPr>
        <w:jc w:val="right"/>
      </w:pPr>
      <w:r>
        <w:t>تو یہی چیز ہے جس نے دجالیت پیدا کی۔ تو دجال کے معنی ہوتے ہیں گریٹ ڈیسیور۔ تو دیکھیے، ڈیسیپشن تو ہمیشہ ہی ہوتا رہا ہے۔</w:t>
      </w:r>
    </w:p>
    <w:p>
      <w:r>
        <w:rPr>
          <w:b/>
        </w:rPr>
        <w:t xml:space="preserve">[16:08] </w:t>
      </w:r>
      <w:r>
        <w:t>hamesha log jo hain,</w:t>
      </w:r>
    </w:p>
    <w:p>
      <w:pPr>
        <w:jc w:val="right"/>
      </w:pPr>
      <w:r>
        <w:t>ہمیشہ لوگ جو ہیں،</w:t>
      </w:r>
    </w:p>
    <w:p>
      <w:r>
        <w:rPr>
          <w:b/>
        </w:rPr>
        <w:t xml:space="preserve">[16:13] </w:t>
      </w:r>
      <w:r>
        <w:t>exploitation waghera, zulm, yeh sab cheezein, injustice waghera hamesha rahi hai. lekin is zamane mein itna zyada ho gaya is liye isko dajjal kaha gaya.</w:t>
      </w:r>
    </w:p>
    <w:p>
      <w:pPr>
        <w:jc w:val="right"/>
      </w:pPr>
      <w:r>
        <w:t>ایکسپلائٹیشن وغیرہ، ظلم، یہ سب چیزیں، انجسٹس وغیرہ ہمیشہ رہی ہے۔ لیکن اس زمانے میں اتنا زیادہ ہو گیا اس لیے اس کو دجال کہا گیا۔</w:t>
      </w:r>
    </w:p>
    <w:p>
      <w:r>
        <w:rPr>
          <w:b/>
        </w:rPr>
        <w:t xml:space="preserve">[16:24] </w:t>
      </w:r>
      <w:r>
        <w:t>dajjal ka matlab great deceiver. mubalgha, mubalgha karte hain na toh isko aise kehte hain. toh great deceiver, dajal toh hamesha hi se tha lekin dajjal jo hai woh great deceiver hai kyunke woh naya zamane ke lehaz se woh communication jo naya hai, media jo hai, uske zariye se woh apni dajal ko sari dunya mein phaila sakega.</w:t>
      </w:r>
    </w:p>
    <w:p>
      <w:pPr>
        <w:jc w:val="right"/>
      </w:pPr>
      <w:r>
        <w:t>دجال کا مطلب گریٹ ڈیسیور۔ مبالغہ، مبالغہ کرتے ہیں نا تو اس کو ایسے کہتے ہیں۔ تو گریٹ ڈیسیور، دجل تو ہمیشہ ہی سے تھا لیکن دجال جو ہے وہ گریٹ ڈیسیور ہے کیونکہ وہ نیا زمانے کے لحاظ سے وہ کمیونیکیشن جو نیا ہے، میڈیا جو ہے، اس کے ذریعے سے وہ اپنی دجل کو ساری دنیا میں پھیلا سکے گا۔</w:t>
      </w:r>
    </w:p>
    <w:p>
      <w:r>
        <w:rPr>
          <w:b/>
        </w:rPr>
        <w:t xml:space="preserve">[16:48] </w:t>
      </w:r>
      <w:r>
        <w:t>toh hadith mein hai ke woh jab bolay ga toh mashriq se maghrib tak uski awaz sunai degi. toh log yeh samajhte hain ke koi aisa janwar hoga woh jiski awaz itni sakht hogi ke woh puri dunya mein sunai degi.</w:t>
      </w:r>
    </w:p>
    <w:p>
      <w:pPr>
        <w:jc w:val="right"/>
      </w:pPr>
      <w:r>
        <w:t>تو حدیث میں ہے کہ وہ جب بولے گا تو مشرق سے مغرب تک اس کی آواز سنائی دے گی۔ تو لوگ یہ سمجھتے ہیں کہ کوئی ایسا جانور ہوگا وہ جس کی آواز اتنی سخت ہوگی کہ وہ پوری دنیا میں سنائی دے گی۔</w:t>
      </w:r>
    </w:p>
    <w:p>
      <w:r>
        <w:rPr>
          <w:b/>
        </w:rPr>
        <w:t xml:space="preserve">[17:02] </w:t>
      </w:r>
      <w:r>
        <w:t>agar aisi awaz ho toh sari dunya jo hai khatam ho jayegi kyunke awaz bohat hi destructive hoti hai. toh woh aisa nahi hai balkeh woh media ke zariye se apna kaam karega aur sari dunya mein apna jo hai,</w:t>
      </w:r>
    </w:p>
    <w:p>
      <w:pPr>
        <w:jc w:val="right"/>
      </w:pPr>
      <w:r>
        <w:t>اگر ایسی آواز ہو تو ساری دنیا جو ہے ختم ہو جائے گی کیونکہ آواز بہت ہی ڈسٹرکٹو ہوتی ہے۔ تو وہ ایسا نہیں ہے بلکہ وہ میڈیا کے ذریعے سے اپنا کام کرے گا اور ساری دنیا میں اپنا جو ہے،</w:t>
      </w:r>
    </w:p>
    <w:p>
      <w:r>
        <w:rPr>
          <w:b/>
        </w:rPr>
        <w:t xml:space="preserve">[17:16] </w:t>
      </w:r>
      <w:r>
        <w:t>apni fasad jo hai woh phaila dega. toh woh misinterpretation aur tazeen ke zariye se hoga. tazeen kehte hain beautification.</w:t>
      </w:r>
    </w:p>
    <w:p>
      <w:pPr>
        <w:jc w:val="right"/>
      </w:pPr>
      <w:r>
        <w:t>اپنی فساد جو ہے وہ پھیلا دے گا۔ تو وہ مس انٹرپریٹیشن اور تزین کے ذریعے سے ہوگا۔ تزین کہتے ہیں بیوٹیفیکیشن۔</w:t>
      </w:r>
    </w:p>
    <w:p>
      <w:r>
        <w:rPr>
          <w:b/>
        </w:rPr>
        <w:t xml:space="preserve">[17:26] </w:t>
      </w:r>
      <w:r>
        <w:t>toh misinterpret karega har cheez ko. misaal ke taur par jaise ek hadith hai ke aakhri zamane mein Khuda ka kalma jo hai sari dunya mein pahunch jayega.</w:t>
      </w:r>
    </w:p>
    <w:p>
      <w:pPr>
        <w:jc w:val="right"/>
      </w:pPr>
      <w:r>
        <w:t>تو مس انٹرپریٹ کرے گا ہر چیز کو۔ مثال کے طور پر جیسے ایک حدیث ہے کہ آخری زمانے میں خدا کا کلمہ جو ہے ساری دنیا میں پہنچ جائے گا۔</w:t>
      </w:r>
    </w:p>
    <w:p>
      <w:r>
        <w:rPr>
          <w:b/>
        </w:rPr>
        <w:t xml:space="preserve">[17:37] </w:t>
      </w:r>
      <w:r>
        <w:t>toh kalma sari dunya mein pahunch jayega. ab in in logon ne isko misinterpret kiya aur kaha ke jo hai tamam logon ko Islamize karna hai aur hukumat hasil karna hai, phir sari dunya mein Islami qanoon qaim karna hai.</w:t>
      </w:r>
    </w:p>
    <w:p>
      <w:pPr>
        <w:jc w:val="right"/>
      </w:pPr>
      <w:r>
        <w:t>تو کلمہ ساری دنیا میں پہنچ جائے گا۔ اب ان ان لوگوں نے اس کو مس انٹرپریٹ کیا اور کہا کہ جو ہے تمام لوگوں کو اسلامائز کرنا ہے اور حکومت حاصل کرنا ہے، پھر ساری دنیا میں اسلامی قانون قائم کرنا ہے۔</w:t>
      </w:r>
    </w:p>
    <w:p>
      <w:r>
        <w:rPr>
          <w:b/>
        </w:rPr>
        <w:t xml:space="preserve">[17:55] </w:t>
      </w:r>
      <w:r>
        <w:t>toh is tarike se in in logon ne har cheez ko Quran aur hadith, Quran ki verses aur hadith ki jo sari traditions hain, usko misinterpret kiya aur ek bilkul ek nayi ek ideology bana di.</w:t>
      </w:r>
    </w:p>
    <w:p>
      <w:pPr>
        <w:jc w:val="right"/>
      </w:pPr>
      <w:r>
        <w:t>تو اس طریقے سے ان ان لوگوں نے ہر چیز کو قرآن اور حدیث، قرآن کی ورسز اور حدیث کی جو ساری ٹریڈیشنز ہیں، اس کو مس انٹرپریٹ کیا اور ایک بالکل ایک نئی ایک آئیڈیالوجی بنا دیا۔</w:t>
      </w:r>
    </w:p>
    <w:p>
      <w:r>
        <w:rPr>
          <w:b/>
        </w:rPr>
        <w:t xml:space="preserve">[18:12] </w:t>
      </w:r>
      <w:r>
        <w:t>aur iski wajah se sare log behak gaye media ke zariye se. woh sari dunya tak unhon ne isko phaila diya. toh yeh tha media ka negative istemal.</w:t>
      </w:r>
    </w:p>
    <w:p>
      <w:pPr>
        <w:jc w:val="right"/>
      </w:pPr>
      <w:r>
        <w:t>اور اس کی وجہ سے سارے لوگ بہک گئے میڈیا کے ذریعے سے۔ وہ ساری دنیا تک انہوں نے اس کو پھیلا دیا۔ تو یہ تھا میڈیا کا نیگیٹیو استعمال۔</w:t>
      </w:r>
    </w:p>
    <w:p>
      <w:r>
        <w:rPr>
          <w:b/>
        </w:rPr>
        <w:t xml:space="preserve">[18:23] </w:t>
      </w:r>
      <w:r>
        <w:t>toh isi zamane mein chunke jo discoveries hui thin, scientific discoveries, toh is mein bohat zyada marifat ka saman tha kyunke jo sari cheezein jo hum ko dikhai nahi deti thin, misaal ke taur par telescope se dekha ke billions and billions substars hain aur sab revolving position mein hain aur koi kisi se takrata nahi hai.</w:t>
      </w:r>
    </w:p>
    <w:p>
      <w:pPr>
        <w:jc w:val="right"/>
      </w:pPr>
      <w:r>
        <w:t>تو اسی زمانے میں چونکہ جو ڈسکوریز ہوئی تھیں، سائنٹیفک ڈسکوریز، تو اس میں بہت زیادہ معرفت کا سامان تھا کیونکہ جو ساری چیزیں جو ہم کو دکھائی نہیں دیتی تھیں، مثال کے طور پر ٹیلیسکوپ سے دیکھا کہ بلینز اینڈ بلینز سب سٹارز ہیں اور سب ریوالونگ پوزیشن میں ہیں اور کوئی کسی سے ٹکراتا نہیں ہے۔</w:t>
      </w:r>
    </w:p>
    <w:p>
      <w:r>
        <w:rPr>
          <w:b/>
        </w:rPr>
        <w:t xml:space="preserve">[18:48] </w:t>
      </w:r>
      <w:r>
        <w:t>khud hamari galaxy mein 200 do billion stars hain aur aisi bohat sari galaxies hain aur aisi hazaron cheezein hain jo Maulana ne apni kitab "God Arises" mein jiska zikr kiya hai.</w:t>
      </w:r>
    </w:p>
    <w:p>
      <w:pPr>
        <w:jc w:val="right"/>
      </w:pPr>
      <w:r>
        <w:t>خود ہماری گیلیکسی میں 200 دو بلین سٹارز ہیں اور ایسی بہت ساری گیلیکسیز ہیں اور ایسی ہزاروں چیزیں ہیں جو مولانا نے اپنی کتاب "گاڈ ارائزز" میں جس کا ذکر کیا ہے۔</w:t>
      </w:r>
    </w:p>
    <w:p>
      <w:r>
        <w:rPr>
          <w:b/>
        </w:rPr>
        <w:t xml:space="preserve">[19:01] </w:t>
      </w:r>
      <w:r>
        <w:t>toh yeh sab cheezein marifat ka rizq hoti hain. toh is zamane mein woh log bhi niklenge jin ko ikhwan-e-rasool kaha gaya hai aur ek rajul-ul-momin kaha gaya hai.</w:t>
      </w:r>
    </w:p>
    <w:p>
      <w:pPr>
        <w:jc w:val="right"/>
      </w:pPr>
      <w:r>
        <w:t>تو یہ سب چیزیں معرفت کا رزق ہوتی ہیں۔ تو اس زمانے میں وہ لوگ بھی نکلیں گے جن کو اخوان رسول کہا گیا ہے اور ایک رجل المومن کہا گیا ہے۔</w:t>
      </w:r>
    </w:p>
    <w:p>
      <w:r>
        <w:rPr>
          <w:b/>
        </w:rPr>
        <w:t xml:space="preserve">[19:13] </w:t>
      </w:r>
      <w:r>
        <w:t>toh yeh log scientific discoveries ko ka musbat istemal kar ke Khuda ki marifat hasil karenge. toh Khuda ki marifat ke zariye se unko woh jo hai bohat hi gehri marifat hogi.</w:t>
      </w:r>
    </w:p>
    <w:p>
      <w:pPr>
        <w:jc w:val="right"/>
      </w:pPr>
      <w:r>
        <w:t>تو یہ لوگ سائنسی ڈسکوریز کو کا مثبت استعمال کر کے خدا کی معرفت حاصل کریں گے۔ تو خدا کی معرفت کے ذریعے سے ان کو وہ جو ہے بہت ہی گہری معرفت ہوگی۔</w:t>
      </w:r>
    </w:p>
    <w:p>
      <w:r>
        <w:rPr>
          <w:b/>
        </w:rPr>
        <w:t xml:space="preserve">[19:28] </w:t>
      </w:r>
      <w:r>
        <w:t>toh ek hadith hai ke bohat hi woh zamane mein jo aisa sajda hoga ke tamam sajdon par bhari hoga toh woh marifat wala sajda hoga.</w:t>
      </w:r>
    </w:p>
    <w:p>
      <w:pPr>
        <w:jc w:val="right"/>
      </w:pPr>
      <w:r>
        <w:t>تو ایک حدیث ہے کہ بہت ہی وہ زمانے میں جو ایسا سجدہ ہوگا کہ تمام سجدوں پر بھاری ہوگا تو وہ معرفت والا سجدہ ہوگا۔</w:t>
      </w:r>
    </w:p>
    <w:p>
      <w:r>
        <w:rPr>
          <w:b/>
        </w:rPr>
        <w:t xml:space="preserve">[19:39] </w:t>
      </w:r>
      <w:r>
        <w:t>toh yeh woh is inhi discoveries se aap marifat hasil kar sakte hain. inhi discoveries se aap jo hain destruction ka kar sakte hain inka ghalat istemal kar ke.</w:t>
      </w:r>
    </w:p>
    <w:p>
      <w:pPr>
        <w:jc w:val="right"/>
      </w:pPr>
      <w:r>
        <w:t>تو یہ وہ اس انہی ڈسکوریز سے آپ معرفت حاصل کر سکتے ہیں۔ انہی ڈسکوریز سے آپ جو ہیں ڈسٹرکشن کا کر سکتے ہیں ان کا غلط استعمال کر کے۔</w:t>
      </w:r>
    </w:p>
    <w:p>
      <w:r>
        <w:rPr>
          <w:b/>
        </w:rPr>
        <w:t xml:space="preserve">[19:53] </w:t>
      </w:r>
      <w:r>
        <w:t>toh ek doosri sign hai qayamat ka prediction hai ke Rasool Allah salallahu alaihi wasallam ne farmaya: "Qayamat qaim na hogi yahan tak ke harj bohat hoga." toh logon ne pucha: "harj kya hai?" toh aap ne bataya: "qatl." qatl toh aap jante hain ke is zamane mein bohat hi zyada jangain hui hain, bohat zyada maar kaat hui hai toh aur barabar maar kaat chali rahi hai.</w:t>
      </w:r>
    </w:p>
    <w:p>
      <w:pPr>
        <w:jc w:val="right"/>
      </w:pPr>
      <w:r>
        <w:t>تو ایک دوسری سائن ہے قیامت کا پریڈکشن ہے کہ رسول اللہ صلی اللہ علیہ وسلم نے فرمایا: "قیامت قائم نہ ہوگی یہاں تک کہ حرج بہت ہوگا۔" تو لوگوں نے پوچھا: "حرج کیا ہے؟" تو آپ نے بتایا: "قتل۔" قتل تو آپ جانتے ہیں کہ اس زمانے میں بہت ہی زیادہ جنگیں ہوئی ہیں، بہت زیادہ مار کاٹ ہوئی ہے تو اور برابر مار کاٹ چلی رہی ہے۔</w:t>
      </w:r>
    </w:p>
    <w:p>
      <w:r>
        <w:rPr>
          <w:b/>
        </w:rPr>
        <w:t xml:space="preserve">[20:20] </w:t>
      </w:r>
      <w:r>
        <w:t>toh yeh jo hai is mein ek main ideology hai jo in logon ne bataya hai misinterpretation ke zariye se ke aakhri zamane mein abhi mein kal hi ek video sun rahi thi ek scholar ka ke tamam jo hai isai jo hain tamam musalman ho jayenge, tamam yahudiyon ko maar dala jayega aur musalmanon ki hukumat qaim ho jayegi aur puri dunya mein Islam ka qanoon nafiz hoga.</w:t>
      </w:r>
    </w:p>
    <w:p>
      <w:pPr>
        <w:jc w:val="right"/>
      </w:pPr>
      <w:r>
        <w:t>تو یہ جو ہے اس میں ایک مین جو آئیڈیالوجی ہے جو ان لوگوں نے بتایا ہے مس انٹرپریٹیشن کے ذریعے سے کہ آخری زمانے میں ابھی میں کل ہی ایک ویڈیو سن رہی تھی ایک سکالر کا کہ تمام جو ہے عیسائی جو ہیں تمام مسلمان ہو جائیں گے، تمام یہودیوں کو مار ڈالا جائے گا اور مسلمانوں کی حکومت قائم ہو جائے گی اور پوری دنیا میں اسلام کا قانون نافذ ہوگا۔</w:t>
      </w:r>
    </w:p>
    <w:p>
      <w:r>
        <w:rPr>
          <w:b/>
        </w:rPr>
        <w:t xml:space="preserve">[20:49] </w:t>
      </w:r>
      <w:r>
        <w:t>to yeh bilkul hi bilkul hi false interpretation hai, aisa kabhi nahi ho sakta. To sirf yeh hai ke Khuda ka kalma logon tak pohnch jayega.</w:t>
      </w:r>
    </w:p>
    <w:p>
      <w:pPr>
        <w:jc w:val="right"/>
      </w:pPr>
      <w:r>
        <w:t>تو یہ بالکل ہی بالکل ہی فالس انٹرپریٹیشن ہے، ایسا کبھی نہیں ہو سکتا۔ تو صرف یہ ہے کہ خدا کا کلمہ لوگوں تک پہنچ جائے گا۔</w:t>
      </w:r>
    </w:p>
    <w:p>
      <w:r>
        <w:rPr>
          <w:b/>
        </w:rPr>
        <w:t xml:space="preserve">[21:00] </w:t>
      </w:r>
      <w:r>
        <w:t>to aisa kabhi nahi na rasool Allah sal Allah alaihi wasallam ke zamanay mein hua na aur peghambaron</w:t>
      </w:r>
    </w:p>
    <w:p>
      <w:pPr>
        <w:jc w:val="right"/>
      </w:pPr>
      <w:r>
        <w:t>تو ایسا کبھی نہیں نہ رسول اللہ صلی اللہ علیہ وسلم کے زمانے میں ہوا نہ اور پیغمبروں</w:t>
      </w:r>
    </w:p>
    <w:p>
      <w:r>
        <w:rPr>
          <w:b/>
        </w:rPr>
        <w:t xml:space="preserve">[21:05] </w:t>
      </w:r>
      <w:r>
        <w:t>ke zamanay mein hua.</w:t>
      </w:r>
    </w:p>
    <w:p>
      <w:pPr>
        <w:jc w:val="right"/>
      </w:pPr>
      <w:r>
        <w:t>کے زمانے میں ہوا۔</w:t>
      </w:r>
    </w:p>
    <w:p>
      <w:r>
        <w:rPr>
          <w:b/>
        </w:rPr>
        <w:t xml:space="preserve">[21:06] </w:t>
      </w:r>
      <w:r>
        <w:t>to aaj kaise ho sakta hai?</w:t>
      </w:r>
    </w:p>
    <w:p>
      <w:pPr>
        <w:jc w:val="right"/>
      </w:pPr>
      <w:r>
        <w:t>تو آج کیسے ہو سکتا ہے؟</w:t>
      </w:r>
    </w:p>
    <w:p>
      <w:r>
        <w:rPr>
          <w:b/>
        </w:rPr>
        <w:t xml:space="preserve">[21:08] </w:t>
      </w:r>
      <w:r>
        <w:t>to yeh jo hai doosri jo hai woh prediction hai ke</w:t>
      </w:r>
    </w:p>
    <w:p>
      <w:pPr>
        <w:jc w:val="right"/>
      </w:pPr>
      <w:r>
        <w:t>تو یہ جو ہے دوسری جو ہے وہ پریڈکشن ہے کہ</w:t>
      </w:r>
    </w:p>
    <w:p>
      <w:r>
        <w:rPr>
          <w:b/>
        </w:rPr>
        <w:t xml:space="preserve">[21:18] </w:t>
      </w:r>
      <w:r>
        <w:t>aakhri zamanay mein aik arab mein yahan tak ke rasool Allah sal Allah alaihi wasallam ne farmaya</w:t>
      </w:r>
    </w:p>
    <w:p>
      <w:pPr>
        <w:jc w:val="right"/>
      </w:pPr>
      <w:r>
        <w:t>آخری زمانے میں ایک ارد عرب میں یہاں تک کہ رسول اللہ صلی اللہ علیہ وسلم نے فرمایا</w:t>
      </w:r>
    </w:p>
    <w:p>
      <w:r>
        <w:rPr>
          <w:b/>
        </w:rPr>
        <w:t xml:space="preserve">[21:25] </w:t>
      </w:r>
      <w:r>
        <w:t>ke qayamat na qaim hogi yahan tak ke darya-e-furaat mein aik sone ka pahar niklega.</w:t>
      </w:r>
    </w:p>
    <w:p>
      <w:pPr>
        <w:jc w:val="right"/>
      </w:pPr>
      <w:r>
        <w:t>کہ قیامت نہ قائم ہوگی یہاں تک کہ دریائے فرات میں ایک سونے کا پہاڑ نکلے گا۔</w:t>
      </w:r>
    </w:p>
    <w:p>
      <w:r>
        <w:rPr>
          <w:b/>
        </w:rPr>
        <w:t xml:space="preserve">[21:33] </w:t>
      </w:r>
      <w:r>
        <w:t>Log is ke liye ladenge jo koi wahan maujood ho is mein se kuch na le. To yeh sone ka pahad ko yani liquid gold ko refer kiya hai jis ko seyal sona bhi kaha jata hai.</w:t>
      </w:r>
    </w:p>
    <w:p>
      <w:pPr>
        <w:jc w:val="right"/>
      </w:pPr>
      <w:r>
        <w:t>لوگ اس کے لیے لڑیں گے جو کوئی وہاں موجود ہو اس میں سے کچھ نہ لے۔ تو یہ سونے کا پہاڑ کو یعنی لیکوڈ گولڈ کو ریفر کیا ہے جس کو سیال سونا بھی کہا جاتا ہے۔</w:t>
      </w:r>
    </w:p>
    <w:p>
      <w:r>
        <w:rPr>
          <w:b/>
        </w:rPr>
        <w:t xml:space="preserve">[21:46] </w:t>
      </w:r>
      <w:r>
        <w:t>To is ke liye bohat jangain huin aur aaj tak log isi par jangain kar kar rahe hain aur tarah tarah se direct in direct.</w:t>
      </w:r>
    </w:p>
    <w:p>
      <w:pPr>
        <w:jc w:val="right"/>
      </w:pPr>
      <w:r>
        <w:t>تو اس کے لیے بہت جنگیں ہوئیں اور آج تک لوگ اسی پر جنگیں کر کر رہے ہیں اور طرح طرح سے ڈائریکٹ ان ڈائریکٹ۔</w:t>
      </w:r>
    </w:p>
    <w:p>
      <w:r>
        <w:rPr>
          <w:b/>
        </w:rPr>
        <w:t xml:space="preserve">[21:56] </w:t>
      </w:r>
      <w:r>
        <w:t>To aur hadith mein hai ke log is mein se kuch mat lena yani Allah ne woh jo rakha tha woh ke ek zamana ayega Allah ko to sab pata tha ke Musalman backward ho jayenge, un ke paas itna resources nahi honge ke sari duniya mein Khuda ka paigham pohanchayen to woh rakh diya tha.</w:t>
      </w:r>
    </w:p>
    <w:p>
      <w:pPr>
        <w:jc w:val="right"/>
      </w:pPr>
      <w:r>
        <w:t>تو اور حدیث میں ہے کہ لوگ اس میں سے کچھ مت لینا یعنی اللہ نے وہ جو رکھا تھا وہ کہ ایک زمانہ آئے گا اللہ کو تو سب پتہ تھا کہ مسلمان بیکورڈ ہو جائیں گے، ان کے پاس اتنا سورسز نہیں ہوں گے کہ ساری دنیا میں خدا کا پیغام پہنچائیں تو وہ رکھ دیا تھا۔</w:t>
      </w:r>
    </w:p>
    <w:p>
      <w:r>
        <w:rPr>
          <w:b/>
        </w:rPr>
        <w:t xml:space="preserve">[22:15] </w:t>
      </w:r>
      <w:r>
        <w:t>Lekin is ko bhi logon ne bohat galat istemal kiya, sara is mein luxury mein is ko istemal kiya gaya. To is ke baad jo hai woh sab se bari cheez jo hai woh global warming hai jis se yeh duniya hi yeh planet hi khatre mein pad gaya hai kyun ke global warming jo hai jo resources the duniya ke jo modern discoveries huin, researches huin us ki wajah se resources ka bohat hi zyada over use hua.</w:t>
      </w:r>
    </w:p>
    <w:p>
      <w:pPr>
        <w:jc w:val="right"/>
      </w:pPr>
      <w:r>
        <w:t>لیکن اس کو بھی لوگوں نے بہت غلط استعمال کیا، سارا اس میں لگزری میں اس کو استعمال کیا گیا۔ تو اس کے بعد جو ہے وہ سب سے بڑی چیز جو ہے وہ گلوبل وارمنگ ہے جس سے یہ دنیا ہی یہ پلینٹ ہی خطرے میں پڑ گیا ہے کیونکہ گلوبل وارمنگ جو ہے جو ریسورسز تھے دنیا کے جو ماڈرن ڈسکوریز ہوئیں، ریسرچز ہوئیں اس کی وجہ سے ریسورسز کا بہت ہی زیادہ اوور یوز ہوا۔</w:t>
      </w:r>
    </w:p>
    <w:p>
      <w:r>
        <w:rPr>
          <w:b/>
        </w:rPr>
        <w:t xml:space="preserve">[22:45] </w:t>
      </w:r>
      <w:r>
        <w:t>To is ki wajah se kehte hain ke jo drilling hoti hai oil ki us ki wajah se zalzale bohat badh gaye hain. To sara ek bohat hi delicate balance tha is duniya ka to pura delicate balance jo hai na woh bilkul disturb ho gaya hai.</w:t>
      </w:r>
    </w:p>
    <w:p>
      <w:pPr>
        <w:jc w:val="right"/>
      </w:pPr>
      <w:r>
        <w:t>تو اس کی وجہ سے کہتے ہیں کہ جو ڈرلنگ ہوتی ہے آئل کی اس کی وجہ سے زلزلے بہت بڑھ گئے ہیں۔ تو سارا ایک بہت ہی ڈیلیکیٹ بیلنس تھا اس دنیا کا تو پورا ڈیلیکیٹ بیلنس جو ہے نا وہ بالکل ڈسٹرب ہو گیا ہے۔</w:t>
      </w:r>
    </w:p>
    <w:p>
      <w:r>
        <w:rPr>
          <w:b/>
        </w:rPr>
        <w:t xml:space="preserve">[23:00] </w:t>
      </w:r>
      <w:r>
        <w:t>To kahin zalzale aa rahe hain, kahin toofan aa rahe hain. To is tarah se global warming jo hai us ki wajah se bohat sari aisi cheezain ho rahi hain ke log keh rahe hain ke das bees saal mushkil se yahan par survival jo hai woh possible rahega.</w:t>
      </w:r>
    </w:p>
    <w:p>
      <w:pPr>
        <w:jc w:val="right"/>
      </w:pPr>
      <w:r>
        <w:t>تو کہیں زلزلے آ رہے ہیں، کہیں طوفان آ رہے ہیں۔ تو اس طریقے سے گلوبل وارمنگ جو ہے اس کی وجہ سے بہت ساری ایسی چیزیں ہو رہی ہیں کہ لوگ کہہ رہے ہیں کہ دس بیس سال مشکل سے یہاں پر سروائیول جو ہے وہ پاسیبل رہے گا۔</w:t>
      </w:r>
    </w:p>
    <w:p>
      <w:r>
        <w:rPr>
          <w:b/>
        </w:rPr>
        <w:t xml:space="preserve">[23:19] </w:t>
      </w:r>
      <w:r>
        <w:t>To floods jo hain ab aap logon ne dekha kis qadar floods aaye sari duniya mein aaye pura pura jo hai in ek hadith ke mutabiq itna zyada pani hoga ke yahan tak aadmi doob jayega, yahan neck tak doob jayega.</w:t>
      </w:r>
    </w:p>
    <w:p>
      <w:pPr>
        <w:jc w:val="right"/>
      </w:pPr>
      <w:r>
        <w:t>تو فلڈز جو ہیں اب آپ لوگوں نے دیکھا کس قدر فلڈز آئے ساری دنیا میں آئے پورا پورا جو ہے ان جو ہے ایک حدیث کے مطابق اتنا زیادہ پانی ہوگا کہ یہاں تک آدمی ڈوب جائے گا، یہاں نیک تک ڈوب جائے گا۔</w:t>
      </w:r>
    </w:p>
    <w:p>
      <w:r>
        <w:rPr>
          <w:b/>
        </w:rPr>
        <w:t xml:space="preserve">[23:35] </w:t>
      </w:r>
      <w:r>
        <w:t>To woh jo hai wohi hum ne tasweeron mein dekha ke neck tak pani tha, ghar doob rahe the, gariyan doob rahi thin aur yeh flash flood aa rahe hain.</w:t>
      </w:r>
    </w:p>
    <w:p>
      <w:pPr>
        <w:jc w:val="right"/>
      </w:pPr>
      <w:r>
        <w:t>تو وہ جو ہے وہی ہم نے تصویروں میں دیکھا کہ نیک تک پانی تھا، گھر ڈوب رہے تھے، گاڑیاں ڈوب رہی تھیں اور یہ فلیش فلڈ آ رہے ہیں۔</w:t>
      </w:r>
    </w:p>
    <w:p>
      <w:r>
        <w:rPr>
          <w:b/>
        </w:rPr>
        <w:t xml:space="preserve">[23:46] </w:t>
      </w:r>
      <w:r>
        <w:t>Flash flood mein kya hota hai? Ek ek mahine mein jo barish hoti thi to woh achaanak chand ghanton mein ho jati hai aur us ki wajah se pani jo hai bilkul bhar jata hai.</w:t>
      </w:r>
    </w:p>
    <w:p>
      <w:pPr>
        <w:jc w:val="right"/>
      </w:pPr>
      <w:r>
        <w:t>فلیش فلڈ میں کیا ہوتا ہے؟ ایک ایک مہینے میں جو بارش ہوتی تھی تو وہ اچانک چند گھنٹوں میں ہو جاتی ہے اور اس کی وجہ سے پانی جو ہے بالکل بھر جاتا ہے۔</w:t>
      </w:r>
    </w:p>
    <w:p>
      <w:r>
        <w:rPr>
          <w:b/>
        </w:rPr>
        <w:t xml:space="preserve">[23:57] </w:t>
      </w:r>
      <w:r>
        <w:t>To yeh cheezain jo hain yeh jo carbon emission hua jis ki wajah se itna zyada jo industries lagin aur itna zyada jo hai is ka use kiya gaya resources ko to us ki wajah se carbon emission bohat badh gaya aur jo woh global warming hui us ki wajah se yeh sari bar bar yeh log kehte hain ke yeh human made hai,</w:t>
      </w:r>
    </w:p>
    <w:p>
      <w:pPr>
        <w:jc w:val="right"/>
      </w:pPr>
      <w:r>
        <w:t>تو یہ چیزیں جو ہیں یہ جو کاربن ایمیشن ہوا جس کی وجہ سے اتنا زیادہ جو انڈسٹریز لگیں اور اتنا زیادہ جو ہے اس کا یوز کیا گیا ریسورسز کو تو اس کی وجہ سے کاربن ایمیشن بہت بڑھ گیا اور جو وہ گلوبل وارمنگ ہوئی اس کی وجہ سے یہ ساری بار بار یہ لوگ کہتے ہیں کہ یہ ہیومن میڈ ہے،</w:t>
      </w:r>
    </w:p>
    <w:p>
      <w:r>
        <w:rPr>
          <w:b/>
        </w:rPr>
        <w:t xml:space="preserve">[24:22] </w:t>
      </w:r>
      <w:r>
        <w:t>man made hai. To is ki jab warming se glaciers pighalte hain, glaciers tak samajh lijiye ek dhakkan hai woh aur bohat sare kaam karta hai.</w:t>
      </w:r>
    </w:p>
    <w:p>
      <w:pPr>
        <w:jc w:val="right"/>
      </w:pPr>
      <w:r>
        <w:t>مین میڈ ہے۔ تو اس کی جب وارمنگ سے گلیشیئرز پگھلتے ہیں، گلیشیئرز تک سمجھ لیجئے ایک ڈھکن ہے وہ اور بہت سارے کام کرتا ہے۔</w:t>
      </w:r>
    </w:p>
    <w:p>
      <w:r>
        <w:rPr>
          <w:b/>
        </w:rPr>
        <w:t xml:space="preserve">[24:34] </w:t>
      </w:r>
      <w:r>
        <w:t>Is ke neeche to volcanoes hain. Jab jis din woh glaciers sare melt honge to bohat bara khatra ho jayega volcanoes ke phatne ka.</w:t>
      </w:r>
    </w:p>
    <w:p>
      <w:pPr>
        <w:jc w:val="right"/>
      </w:pPr>
      <w:r>
        <w:t>اس کے نیچے تو والکینوز ہیں۔ جب جس دن وہ گلیشیئر سارے میلٹ ہوں گے تو بہت بڑا خطرہ ہو جائے گا والکینوز کے پھٹنے کا۔</w:t>
      </w:r>
    </w:p>
    <w:p>
      <w:r>
        <w:rPr>
          <w:b/>
        </w:rPr>
        <w:t xml:space="preserve">[24:44] </w:t>
      </w:r>
      <w:r>
        <w:t>Aur doosre yeh ke glaciers se sara pani ka nizam durust rehta hai, hamesha is mein se pani nikalta rehta hai. Pahaadon par yeh glaciers hote hain aur saal bhar woh halke halke pighalte rehte hain aur woh pani jo hai neeche aata rehta hai naddi naale mein.</w:t>
      </w:r>
    </w:p>
    <w:p>
      <w:pPr>
        <w:jc w:val="right"/>
      </w:pPr>
      <w:r>
        <w:t>اور دوسرے یہ کہ گلیشیئرز سے سارا پانی کا نظام درست رہتا ہے، ہمیشہ اس میں سے پانی نکلتا رہتا ہے۔ پہاڑوں پر یہ گلیشیئرز ہوتے ہیں اور سال بھر وہ ہلکے ہلکے پگھلتے رہتے ہیں اور وہ پانی جو ہے نیچے آتا رہتا ہے ندی نالے میں۔</w:t>
      </w:r>
    </w:p>
    <w:p>
      <w:r>
        <w:rPr>
          <w:b/>
        </w:rPr>
        <w:t xml:space="preserve">[25:01] </w:t>
      </w:r>
      <w:r>
        <w:t>To woh sara jo hai woh achaanak woh glaciers woh jo hain pighal pighal ke samundaron mein gir rahe hain. Samundaron ko level jo hai bohat ooncha hota chala ja raha hai aur us ki wajah se ek to jo aas paas ki jo abadiyan hain woh sab is mein pani bhar raha hai aur doosre yeh hai ke jo level jo ho raha hai bohat zyada pani ho raha hai us ki wajah se bhi floods bohat zyada aa rahe hain.</w:t>
      </w:r>
    </w:p>
    <w:p>
      <w:pPr>
        <w:jc w:val="right"/>
      </w:pPr>
      <w:r>
        <w:t>تو وہ سارا جو ہے وہ اچانک وہ گلیشیئرز وہ جو ہیں پگھل پگھل کے سمندروں میں گر رہے ہیں۔ سمندروں کو لیول جو ہے بہت اونچا ہوتا چلا جا رہا ہے اور اس کی وجہ سے ایک تو جو اس پاس کی جو آبادیاں ہیں وہ سب اس میں پانی بھر رہا ہے اور دوسرے یہ ہے کہ جو لیول جو ہو رہا ہے بہت زیادہ پانی ہو رہا ہے اس کی وجہ سے بھی فلڈز بہت زیادہ آ رہے ہیں۔</w:t>
      </w:r>
    </w:p>
    <w:p>
      <w:r>
        <w:rPr>
          <w:b/>
        </w:rPr>
        <w:t xml:space="preserve">[25:30] </w:t>
      </w:r>
      <w:r>
        <w:t>To global warming se hi related hai forest fires. Jagah jagah forest fire woh aisi forest fire hain ke mahinon fire jalti rehti hai, janghal jalte rehte hain.</w:t>
      </w:r>
    </w:p>
    <w:p>
      <w:pPr>
        <w:jc w:val="right"/>
      </w:pPr>
      <w:r>
        <w:t>تو گلوبل وارمنگ سے ہی ریلیٹڈ ہے فارسٹ فائرز۔ جگہ جگہ فارسٹ فائر وہ ایسی فارسٹ فائر ہیں کہ مہینوں فائر جلتی رہتی ہے، جنگل جلتے رہتے ہیں۔</w:t>
      </w:r>
    </w:p>
    <w:p>
      <w:r>
        <w:rPr>
          <w:b/>
        </w:rPr>
        <w:t xml:space="preserve">[25:42] </w:t>
      </w:r>
      <w:r>
        <w:t>Janghal mein bohat sare aise pear hote hain jis mein thoda woh oil hota hai. To woh jab garmi hoti hai na to ya kisi ne kabhi koi cigarette samajh lijiye pi ke phenk diya hai ya hawa se bhi hota hai.</w:t>
      </w:r>
    </w:p>
    <w:p>
      <w:pPr>
        <w:jc w:val="right"/>
      </w:pPr>
      <w:r>
        <w:t>جنگل میں بہت سارے ایسے پیڑ ہوتے ہیں جس میں تھوڑا وہ آئل ہوتا ہے۔ تو وہ جب گرمی ہوتی ہے نا تو یا کسی نے کبھی کوئی سگریٹ سمجھ لیجئے پی کے پھینک دیا ہے یا ہوا سے بھی ہوتا ہے۔</w:t>
      </w:r>
    </w:p>
    <w:p>
      <w:r>
        <w:rPr>
          <w:b/>
        </w:rPr>
        <w:t xml:space="preserve">[25:58] </w:t>
      </w:r>
      <w:r>
        <w:t>To ek baar aag lag jati hai to phir woh aag bujhti nahi. Jahazon se bujhate hain lekin woh bujhti nahi, jalti rehti hai, jalti rehti hai.</w:t>
      </w:r>
    </w:p>
    <w:p>
      <w:pPr>
        <w:jc w:val="right"/>
      </w:pPr>
      <w:r>
        <w:t>تو ایک بار آگ لگ جاتی ہے تو پھر وہ آگ بجھتی نہیں۔ جہازوں سے بجھاتے ہیں لیکن وہ بجھتی نہیں، جلتی رہتی ہے، جلتی رہتی ہے۔</w:t>
      </w:r>
    </w:p>
    <w:p>
      <w:r>
        <w:rPr>
          <w:b/>
        </w:rPr>
        <w:t xml:space="preserve">[26:09] </w:t>
      </w:r>
      <w:r>
        <w:t>To us ki wajah se heat aur zyada barhti hai. Phir volcanoes to bohat zyada hain. Woh keh rahe hain ke abhi taqreeban taqreeban 25, 30 volcanoes abhi bhi active hain.</w:t>
      </w:r>
    </w:p>
    <w:p>
      <w:pPr>
        <w:jc w:val="right"/>
      </w:pPr>
      <w:r>
        <w:t>تو اس کی وجہ سے ہیٹ اور زیادہ بڑھتی ہے۔ پھر والکینوز تو بہت زیادہ ہیں۔ وہ کہہ رہے ہیں کہ ابھی تقریباً تقریباً 25، 30 والکینوز ابھی بھی ایکٹیو ہیں۔</w:t>
      </w:r>
    </w:p>
    <w:p>
      <w:r>
        <w:rPr>
          <w:b/>
        </w:rPr>
        <w:t xml:space="preserve">[26:25] </w:t>
      </w:r>
      <w:r>
        <w:t>Aise to 1500 volcanoes hain jo kisi bhi waqt potentially woh kisi bhi waqt woh active ho sakte hain lekin 25, 30 volcanoes abhi bhi active hain.</w:t>
      </w:r>
    </w:p>
    <w:p>
      <w:pPr>
        <w:jc w:val="right"/>
      </w:pPr>
      <w:r>
        <w:t>ایسے تو 1500 والکینوز ہیں جو کسی بھی وقت پوٹینشلی وہ کسی بھی وقت وہ ایکٹیو ہو سکتے ہیں لیکن 25، 30 والکینوز ابھی بھی ایکٹیو ہیں۔</w:t>
      </w:r>
    </w:p>
    <w:p>
      <w:r>
        <w:rPr>
          <w:b/>
        </w:rPr>
        <w:t xml:space="preserve">[26:35] </w:t>
      </w:r>
      <w:r>
        <w:t>To ek hadith thi ke dhuan niklega aur woh chaalis din tak woh rahega. Dhuan to yeh jo La Palma ka hai, yeh ab to yeh 48 din ho gaya to chaalis din ho sakta hai ke bata raha ho ke bohat zyada dinon tak rahega.</w:t>
      </w:r>
    </w:p>
    <w:p>
      <w:pPr>
        <w:jc w:val="right"/>
      </w:pPr>
      <w:r>
        <w:t>تو ایک حدیث تھی کہ دھواں نکلے گا اور وہ چالیس دن تک وہ رہے گا۔ دھواں تو یہ جو لاپالما کا ہے، یہ اب تو یہ 48 دن ہو گیا تو چالیس دن ہو سکتا ہے کہ بتا رہا ہو کہ بہت زیادہ دنوں تک رہے گا۔</w:t>
      </w:r>
    </w:p>
    <w:p>
      <w:r>
        <w:rPr>
          <w:b/>
        </w:rPr>
        <w:t xml:space="preserve">[26:52] </w:t>
      </w:r>
      <w:r>
        <w:t>To bohat zyada dhuan nikla, itne pandrah pandrah hazar feet oopar dhuan chala gaya. Bohat sare jahaz band kar diye gaye kyun ke is mein ash bohat hoti thi aur ash se phir engine khatre mein pad jata hai.</w:t>
      </w:r>
    </w:p>
    <w:p>
      <w:pPr>
        <w:jc w:val="right"/>
      </w:pPr>
      <w:r>
        <w:t>تو بہت زیادہ دھواں نکلا، اتنے پندرہ پندرہ ہزار فیٹ اوپر دھواں چلا گیا۔ بہت سارے جہاز بند کر دیے گئے کیونکہ اس میں عیش بہت ہوتی تھی اور عیش سے پھر انجن خطرے میں پڑ جاتا ہے۔</w:t>
      </w:r>
    </w:p>
    <w:p>
      <w:r>
        <w:rPr>
          <w:b/>
        </w:rPr>
        <w:t xml:space="preserve">[27:09] </w:t>
      </w:r>
      <w:r>
        <w:t>To is tarah se yeh duniya jo hai ek khatre mein pad gayi hai aur jo bhi predictions the woh sab sahi sabit ho rahe hain.</w:t>
      </w:r>
    </w:p>
    <w:p>
      <w:pPr>
        <w:jc w:val="right"/>
      </w:pPr>
      <w:r>
        <w:t>تو اس طریقے سے یہ دنیا جو ہے ایک خطرے میں پڑ گئی ہے اور جو بھی پریڈکشنز تھے وہ سب صحیح ثابت ہو رہے ہیں۔</w:t>
      </w:r>
    </w:p>
    <w:p>
      <w:r>
        <w:rPr>
          <w:b/>
        </w:rPr>
        <w:t xml:space="preserve">[27:19] </w:t>
      </w:r>
      <w:r>
        <w:t>Aur is mein hai ke aakhri zamane mein zalzale bohat zyada aayenge. To yeh zalzale jo hain woh mein dekh rahi thi to 55 zalzale taqreeban rozana aate hain.</w:t>
      </w:r>
    </w:p>
    <w:p>
      <w:pPr>
        <w:jc w:val="right"/>
      </w:pPr>
      <w:r>
        <w:t>اور اس میں ہے کہ آخری زمانے میں زلزلے بہت زیادہ آئیں گے۔ تو یہ زلزلے جو ہیں وہ میں دیکھ رہی تھی تو 55 زلزلے تقریباً روزانہ آتے ہیں۔</w:t>
      </w:r>
    </w:p>
    <w:p>
      <w:r>
        <w:rPr>
          <w:b/>
        </w:rPr>
        <w:t xml:space="preserve">[27:31] </w:t>
      </w:r>
      <w:r>
        <w:t>to is mein se jo zyada hotay hain, panch number walay aur chhay number walay woh to kam hotay hain lekin do number walay, teen number walay jo hain jo hotay hain.</w:t>
      </w:r>
    </w:p>
    <w:p>
      <w:pPr>
        <w:jc w:val="right"/>
      </w:pPr>
      <w:r>
        <w:t>تو اس میں سے جو زیادہ ہوتے ہیں، پانچ نمبر والے اور چھ نمبر والے وہ تو کم ہوتے ہیں لیکن دو نمبر والے، تین نمبر والے جو ہیں جو ہوتے ہیں۔</w:t>
      </w:r>
    </w:p>
    <w:p>
      <w:r>
        <w:rPr>
          <w:b/>
        </w:rPr>
        <w:t xml:space="preserve">[27:44] </w:t>
      </w:r>
      <w:r>
        <w:t>matlab seismic activities jo hain woh musalsal hain aur musalsal zaly ho rahay hain. Aur 2017 mein bata rahay thay ke 242 huay, phir 2018 mein 419, 2019 mein 686, 2020 mein 938, 2021 mein ab tak 1200 zaly ho chukay hain.</w:t>
      </w:r>
    </w:p>
    <w:p>
      <w:pPr>
        <w:jc w:val="right"/>
      </w:pPr>
      <w:r>
        <w:t>مطلب سیزمک ایکٹیویٹیز جو ہیں وہ مسلسل ہیں اور مسلسل زلزلے ہو رہے ہیں۔ اور 2017 میں بتا رہے تھے کہ 242 ہوئے، پھر 2018 میں 419، 2019 میں 686، 2020 میں 938، 2021 میں اب تک 1200 زلزلے ہو چکے ہیں۔</w:t>
      </w:r>
    </w:p>
    <w:p>
      <w:r>
        <w:rPr>
          <w:b/>
        </w:rPr>
        <w:t xml:space="preserve">[28:07] </w:t>
      </w:r>
      <w:r>
        <w:t>to is tareeqay se yeh jo hai na barhtay hi chalay ja rahay hain. To yeh sari cheezain is par hadees mein aya hai ke yeh sari cheezain is tarah zahir hongi jaisay kisi ladi ka tanga toot jaye aur pay dar pay danay girnay lagain.</w:t>
      </w:r>
    </w:p>
    <w:p>
      <w:pPr>
        <w:jc w:val="right"/>
      </w:pPr>
      <w:r>
        <w:t>تو اس طریقے سے یہ جو ہے نا بڑھتے ہی چلے جا رہے ہیں۔ تو یہ ساری چیزیں اس پر حدیث میں آیا ہے کہ یہ ساری چیزیں اس طرح ظاہر ہوں گی جیسے کسی لڑی کا تانگا ٹوٹ جائے اور پے در پے دانے گرنے لگیں۔</w:t>
      </w:r>
    </w:p>
    <w:p>
      <w:r>
        <w:rPr>
          <w:b/>
        </w:rPr>
        <w:t xml:space="preserve">[28:24] </w:t>
      </w:r>
      <w:r>
        <w:t>to is tareeqay se yeh ho raha hai aik ke baad aik, aik ke baad aik ke log bhi hairaan hain ke aakhir zameen dunya ko kya ho gaya hai. To jo hai ab yeh aakhri zamanay mein humain kya karna hai?</w:t>
      </w:r>
    </w:p>
    <w:p>
      <w:pPr>
        <w:jc w:val="right"/>
      </w:pPr>
      <w:r>
        <w:t>تو اس طریقے سے یہ ہو رہا ہے ایک کے بعد ایک، ایک کے بعد ایک کہ لوگ بھی حیران ہیں کہ آخر زمین دنیا کو کیا ہو گیا ہے۔ تو جو ہے اب یہ آخری زمانے میں ہمیں کیا کرنا ہے؟</w:t>
      </w:r>
    </w:p>
    <w:p>
      <w:r>
        <w:rPr>
          <w:b/>
        </w:rPr>
        <w:t xml:space="preserve">[28:39] </w:t>
      </w:r>
      <w:r>
        <w:t>to hum ko sab se bara kaam jo humain karna hai woh istighfar karna hai, Khuda se tauba karni hai aur daawa work mein apnay aap ko bilkul jhonk dena hai kyunke yeh aakhri zamanay hai aur humain Khuda ka paigham sari dunya mein pohncha dena hai.</w:t>
      </w:r>
    </w:p>
    <w:p>
      <w:pPr>
        <w:jc w:val="right"/>
      </w:pPr>
      <w:r>
        <w:t>تو ہم کو سب سے بڑا کام جو ہمیں کرنا ہے وہ استغفار کرنا ہے، خدا سے توبہ کرنی ہے اور دعویٰ ورک میں اپنے آپ کو بالکل جھونک دینا ہے کیونکہ یہ آخری زمانہ ہے اور ہمیں خدا کا پیغام ساری دنیا میں پہنچا دینا ہے۔</w:t>
      </w:r>
    </w:p>
    <w:p>
      <w:r>
        <w:rPr>
          <w:b/>
        </w:rPr>
        <w:t xml:space="preserve">[28:57] </w:t>
      </w:r>
      <w:r>
        <w:t>to yeh hukoomat qaim karnay ka koi masla nahi hai, na conversion ka masla hai, sirf Khuda ka paigham logon tak pohnch jaye, yeh hamari zimmedari hai.</w:t>
      </w:r>
    </w:p>
    <w:p>
      <w:pPr>
        <w:jc w:val="right"/>
      </w:pPr>
      <w:r>
        <w:t>تو یہ حکومت قائم کرنے کا کوئی مسئلہ نہیں ہے، نہ کنورژن کا مسئلہ ہے، صرف خدا کا پیغام لوگوں تک پہنچ جائے، یہ ہماری ذمہ داری ہے۔</w:t>
      </w:r>
    </w:p>
    <w:p>
      <w:r>
        <w:rPr>
          <w:b/>
        </w:rPr>
        <w:t xml:space="preserve">[29:08] </w:t>
      </w:r>
      <w:r>
        <w:t>to is mein hai itkhaal kalma. To Quran hadees mein to itkhaal kalma jo hai woh Quran par hi apply hota hai kyunke kalma hi jo hai woh Quran hi jo hai wohi Khuda ka kalma hai.</w:t>
      </w:r>
    </w:p>
    <w:p>
      <w:pPr>
        <w:jc w:val="right"/>
      </w:pPr>
      <w:r>
        <w:t>تو اس میں ہے اتخال کلمہ۔ تو قرآن حدیث میں تو اتخال کلمہ جو ہے وہ قرآن پر ہی اپلائی ہوتا ہے کیونکہ کلمہ ہی جو ہے وہ قرآن ہی جو ہے وہی خدا کا کلمہ ہے۔</w:t>
      </w:r>
    </w:p>
    <w:p>
      <w:r>
        <w:rPr>
          <w:b/>
        </w:rPr>
        <w:t xml:space="preserve">[29:21] </w:t>
      </w:r>
      <w:r>
        <w:t>to is ko humain sari dunya mein pohncha dena hai aur poori apni taqat is mein laga deni hai. To jo aakhri nishani jo hai is mein hadees mein to sahi Muslim mein mein dekh rahi thi to aakhri nishani hai suraj ka maghrib se nikalna, west se nikalna.</w:t>
      </w:r>
    </w:p>
    <w:p>
      <w:pPr>
        <w:jc w:val="right"/>
      </w:pPr>
      <w:r>
        <w:t>تو اس کو ہمیں ساری دنیا میں پہنچا دینا ہے اور پوری اپنی طاقت اس میں لگا دینی ہے۔ تو جو آخری نشانی جو ہے اس میں حدیث میں تو صحیح مسلم میں میں دیکھ رہی تھی تو آخری نشانی ہے سورج کا مغرب سے نکلنا، ویسٹ سے نکلنا۔</w:t>
      </w:r>
    </w:p>
    <w:p>
      <w:r>
        <w:rPr>
          <w:b/>
        </w:rPr>
        <w:t xml:space="preserve">[29:41] </w:t>
      </w:r>
      <w:r>
        <w:t>to kehtay hain ke woh jo axis hai zameen ki woh is mein musalsal farq aa raha hai. Jo three gorges dam hai, woh is ki China ki is ne bhi axis mein woh farq ban kar diya hai.</w:t>
      </w:r>
    </w:p>
    <w:p>
      <w:pPr>
        <w:jc w:val="right"/>
      </w:pPr>
      <w:r>
        <w:t>تو کہتے ہیں کہ وہ جو ایکسس ہے زمین کی وہ اس میں مسلسل فرق آ رہا ہے۔ جو تھری گارجس ڈیم ہے، وہ اس کی چائنہ کی اس نے بھی ایکسس میں وہ فرق بن کر دیا ہے۔</w:t>
      </w:r>
    </w:p>
    <w:p>
      <w:r>
        <w:rPr>
          <w:b/>
        </w:rPr>
        <w:t xml:space="preserve">[29:56] </w:t>
      </w:r>
      <w:r>
        <w:t>to aisay hi dhairay dhairay woh farq aa raha hai. Ab ab ab yeh nahi maloom ke woh kaisay hoga lekin ab prediction jaisay sari predictions sahi sabit ho rahi hain to yeh bhi sahi sabit hogi lekin kab hogi?</w:t>
      </w:r>
    </w:p>
    <w:p>
      <w:pPr>
        <w:jc w:val="right"/>
      </w:pPr>
      <w:r>
        <w:t>تو ایسے ہی دھیرے دھیرے وہ فرق آ رہا ہے۔ اب اب اب یہ نہیں معلوم کہ وہ کیسے ہوگا لیکن اب پریڈکشن جیسے ساری پریڈکشنز صحیح ثابت ہو رہی ہیں تو یہ بھی صحیح ثابت ہوگی لیکن کب ہوگی؟</w:t>
      </w:r>
    </w:p>
    <w:p>
      <w:r>
        <w:rPr>
          <w:b/>
        </w:rPr>
        <w:t xml:space="preserve">[30:12] </w:t>
      </w:r>
      <w:r>
        <w:t>kyunke qayamat jo hai bilkul la tatikum illa bakhtah aya hai ke qayamat bilkul achaanak aye gi. To yahan mein ne abhi kahin parh rahi thi ke Allah taala ne kaha ke mein ne is ko bilkul makfi rakha hai.</w:t>
      </w:r>
    </w:p>
    <w:p>
      <w:pPr>
        <w:jc w:val="right"/>
      </w:pPr>
      <w:r>
        <w:t>کیونکہ قیامت جو ہے بالکل لا تاتیکم الا بختہ آیا ہے کہ قیامت بالکل اچانک آئے گی۔ تو یہاں میں نے ابھی کہیں پڑھ رہی تھی کہ اللہ تعالی نے کہا کہ میں نے اس کو بالکل مخفی رکھا ہے۔</w:t>
      </w:r>
    </w:p>
    <w:p>
      <w:r>
        <w:rPr>
          <w:b/>
        </w:rPr>
        <w:t xml:space="preserve">[30:28] </w:t>
      </w:r>
      <w:r>
        <w:t>agar mumkin hota to mein apnay aap se bhi makfi rakhta. To is ka matlab yeh hai ke Allah taala ne qayamat ko is liye makfi rakha hai ke aakhri had tak hamara test ho jaye.</w:t>
      </w:r>
    </w:p>
    <w:p>
      <w:pPr>
        <w:jc w:val="right"/>
      </w:pPr>
      <w:r>
        <w:t>اگر ممکن ہوتا تو میں اپنے آپ سے بھی مخفی رکھتا۔ تو اس کا مطلب یہ ہے کہ اللہ تعالی نے قیامت کو اس لیے مخفی رکھا ہے کہ آخری حد تک ہمارا ٹیسٹ ہو جائے۔</w:t>
      </w:r>
    </w:p>
    <w:p>
      <w:r>
        <w:rPr>
          <w:b/>
        </w:rPr>
        <w:t xml:space="preserve">[30:40] </w:t>
      </w:r>
      <w:r>
        <w:t>agar humain pata chalay ke aik haftay mein qayamat aanay wali hai to hum koi bhi bura kaam nahi karengay aur yeh dunya test hai ke hum burai ko choose kartay hain ya achai ko choose kartay hain.</w:t>
      </w:r>
    </w:p>
    <w:p>
      <w:pPr>
        <w:jc w:val="right"/>
      </w:pPr>
      <w:r>
        <w:t>اگر ہمیں پتہ چلے کہ ایک ہفتے میں قیامت آنے والی ہے تو ہم کوئی بھی برا کام نہیں کریں گے اور یہ دنیا ٹیسٹ ہے کہ ہم برائی کو چوز کرتے ہیں یا اچھائی کو چوز کرتے ہیں۔</w:t>
      </w:r>
    </w:p>
    <w:p>
      <w:r>
        <w:rPr>
          <w:b/>
        </w:rPr>
        <w:t xml:space="preserve">[30:52] </w:t>
      </w:r>
      <w:r>
        <w:t>to aakhri waqt tak Allah taala hamaray aakhri saans tak Allah taala hamara test letay rahengay aur isi ke mutabiq jo doosri dunya banay gi qayamat ke baad aur isi isi ke mutabiq humain hamara jo yahan par amal hoga isi ke mutabiq humain jaza o saza ka woh diya jaye ga ke kis isi ke mutabiq humain jannat mein dakhla milay ga.</w:t>
      </w:r>
    </w:p>
    <w:p>
      <w:pPr>
        <w:jc w:val="right"/>
      </w:pPr>
      <w:r>
        <w:t>تو آخری وقت تک اللہ تعالی ہمارے آخری سانس تک اللہ تعالی ہمارا ٹیسٹ لیتے رہیں گے اور اسی کے مطابق جو دوسری دنیا بنے گی قیامت کے بعد اور اسی اسی کے مطابق ہمیں ہمارا جو یہاں پر عمل ہوگا اسی کے مطابق ہمیں جزا و سزا کا وہ دیا جائے گا کہ کس اسی کے مطابق ہمیں جنت میں داخلہ ملے گا۔</w:t>
      </w:r>
    </w:p>
    <w:p>
      <w:r>
        <w:rPr>
          <w:b/>
        </w:rPr>
        <w:t xml:space="preserve">[31:18] </w:t>
      </w:r>
      <w:r>
        <w:t>to humain bohat zyada sur phoonknay se israfel jab sur phoonkay to us se pehlay humain apnay aap ko us ke liye qayamat ke liye tayyar kar lena hai.</w:t>
      </w:r>
    </w:p>
    <w:p>
      <w:pPr>
        <w:jc w:val="right"/>
      </w:pPr>
      <w:r>
        <w:t>تو ہمیں بہت زیادہ سور پھونکنے سے اسرافیل جب سور پھونکے تو اس سے پہلے ہمیں اپنے آپ کو اس کے لیے قیامت کے لیے تیار کر لینا ہے۔</w:t>
      </w:r>
    </w:p>
    <w:p>
      <w:r>
        <w:rPr>
          <w:b/>
        </w:rPr>
        <w:t xml:space="preserve">[31:28] </w:t>
      </w:r>
      <w:r>
        <w:t>Khuda ke samnay jo hamari peshi hogi us ke liye humain apnay aap ko tayyar kar lena hai. Allah taala hum logon ki madad farmaye.</w:t>
      </w:r>
    </w:p>
    <w:p>
      <w:pPr>
        <w:jc w:val="right"/>
      </w:pPr>
      <w:r>
        <w:t>خدا کے سامنے جو ہماری پیشی ہوگی اس کے لیے ہمیں اپنے آپ کو تیار کر لینا ہے۔ اللہ تعالی ہم لوگوں کی مدد فرمائے۔</w:t>
      </w:r>
    </w:p>
    <w:p>
      <w:r>
        <w:rPr>
          <w:b/>
        </w:rPr>
        <w:t xml:space="preserve">[31:50] </w:t>
      </w:r>
      <w:r>
        <w:t>Okay, we will now begin with the comments and question session. I request everyone that please also mention your location when you post your comments and questions.</w:t>
      </w:r>
    </w:p>
    <w:p>
      <w:pPr>
        <w:jc w:val="right"/>
      </w:pPr>
      <w:r>
        <w:t>اوکے، وی ویل ناو بیگن ود دی کمنٹس اینڈ کوسچن سیشن۔ آئی ریکویسٹ ایوری ون دیٹ پلیز السو مینشن یور لوکیشن وین یو پوسٹ یور کمنٹس اینڈ کوسچنز۔</w:t>
      </w:r>
    </w:p>
    <w:p>
      <w:r>
        <w:rPr>
          <w:b/>
        </w:rPr>
        <w:t xml:space="preserve">[32:03] </w:t>
      </w:r>
      <w:r>
        <w:t>aap ka kuch sawal lainay se pehlay yeh comment parhna chahoon ga jo bhijay gay hain. Yeh comment bhijaya hai Sajid Ahmed Khan sahib ne Nagpur se.</w:t>
      </w:r>
    </w:p>
    <w:p>
      <w:pPr>
        <w:jc w:val="right"/>
      </w:pPr>
      <w:r>
        <w:t>آپ کا کچھ سوال لینے سے پہلے یہ کمنٹ پڑھنا چاہوں گا جو بھیجے گئے ہیں۔ یہ کمنٹ بھیجا ہے ساجد احمد خان صاحب نے ناکپور سے۔</w:t>
      </w:r>
    </w:p>
    <w:p>
      <w:r>
        <w:rPr>
          <w:b/>
        </w:rPr>
        <w:t xml:space="preserve">[32:15] </w:t>
      </w:r>
      <w:r>
        <w:t>unhon ne likha hai: "Aqwan Rasool ka bilkul naya concept aaj samajh mein aya. Aisay afraad jo scientific facts aur discoveries ko positive way mein interpret karnay walay hain aur marfat mein izafa karnay walay hon gay.</w:t>
      </w:r>
    </w:p>
    <w:p>
      <w:pPr>
        <w:jc w:val="right"/>
      </w:pPr>
      <w:r>
        <w:t>انہوں نے لکھا ہے: "اکوان رسول کا بالکل نیا کانسیپٹ آج سمجھ میں آیا۔ ایسے افراد جو سائنٹیفک فیکٹس اور ڈسکوریز کو پوزیٹیو وے میں انٹرپریٹ کرنے والے ہیں اور معرفت میں اضافہ کرنے والے ہوں گے۔</w:t>
      </w:r>
    </w:p>
    <w:p>
      <w:r>
        <w:rPr>
          <w:b/>
        </w:rPr>
        <w:t xml:space="preserve">[32:32] </w:t>
      </w:r>
      <w:r>
        <w:t>Jazak Allah aap. Ab jo is haqeeqat ko jaan gay hain un ka yeh kaam hai ke is haqeeqat ko saray alam tak pohnchain." Doosra comment bhijaya hai Islamabad Pakistan se Shah Khalid sahib ne.</w:t>
      </w:r>
    </w:p>
    <w:p>
      <w:pPr>
        <w:jc w:val="right"/>
      </w:pPr>
      <w:r>
        <w:t>جزاک اللہ آپا۔ اب جو اس حقیقت کو جان گئے ہیں ان کا یہ کام ہے کہ اس حقیقت کو سارے عالم تک پہنچائیں۔" دوسرا کمنٹ بھیجا ہے اسلام آباد پاکستان سے شاہ خالد صاحب نے۔</w:t>
      </w:r>
    </w:p>
    <w:p>
      <w:r>
        <w:rPr>
          <w:b/>
        </w:rPr>
        <w:t xml:space="preserve">[32:50] </w:t>
      </w:r>
      <w:r>
        <w:t>unhon ne likha hai: "Assalam Assalam o Alaikum all CPS members. Very informative lecture. Humanity is moving towards its end.</w:t>
      </w:r>
    </w:p>
    <w:p>
      <w:pPr>
        <w:jc w:val="right"/>
      </w:pPr>
      <w:r>
        <w:t>انہوں نے لکھا ہے: "السلام السلام علیکم ال سی پی ایس ممبرز۔ ویری انفارمیٹیو لیکچر۔ ہیومینٹی از موونگ ٹورڈز اٹس اینڈ۔</w:t>
      </w:r>
    </w:p>
    <w:p>
      <w:r>
        <w:rPr>
          <w:b/>
        </w:rPr>
        <w:t xml:space="preserve">[33:01] </w:t>
      </w:r>
      <w:r>
        <w:t>In such a situation Allah empower all the CPS members to fulfill their responsibilities in a good manner." Aap ka mein sawal lena chahoon ga jo Lucknow se bhijaya hai.</w:t>
      </w:r>
    </w:p>
    <w:p>
      <w:pPr>
        <w:jc w:val="right"/>
      </w:pPr>
      <w:r>
        <w:t>ان سچ ا سچویشن میں اللہ ایمپاور ال دا سی پی ایس ممبرز ٹو فلفل دے ریسپانسبیلٹیز ان ا گڈ مینر۔" آپ کا میں سوال لینا چاہوں گا جو لکھنو سے بھیجا ہے۔</w:t>
      </w:r>
    </w:p>
    <w:p>
      <w:r>
        <w:rPr>
          <w:b/>
        </w:rPr>
        <w:t xml:space="preserve">[33:16] </w:t>
      </w:r>
      <w:r>
        <w:t>Miss Zeeba Ahmed ne unhon ne likha hai: "All signs are showing that end of human history is very near. What should be our priority now?" Priority yahi hai ke apna jo entertainment culture aaj kal chala hua hai us ko khatam karein aur zyada se zyada rujoo karein Allah ki taraf.</w:t>
      </w:r>
    </w:p>
    <w:p>
      <w:pPr>
        <w:jc w:val="right"/>
      </w:pPr>
      <w:r>
        <w:t>مس زیبہ احمد نے انہوں نے لکھا ہے: "ال سائنز آر شوئنگ دیٹ اینڈ آف ہیومن ہسٹری از ویری نیئر۔ واٹ شوڈ بی اور پرائرٹی ناو؟" پرائرٹی یہی ہے کہ اپنا جو انٹرٹینمنٹ کلچر آج کل چلا ہوا ہے اس کو ختم کریں اور زیادہ سے زیادہ رجوع کریں اللہ کی طرف۔</w:t>
      </w:r>
    </w:p>
    <w:p>
      <w:r>
        <w:rPr>
          <w:b/>
        </w:rPr>
        <w:t xml:space="preserve">[33:38] </w:t>
      </w:r>
      <w:r>
        <w:t>Tauba karein, istighfar karein aur zyada se zyada deen ko samajhnay mein waqt lagayein aur logon tak Khuda ki baatein pohnchanay mein waqt lagayein.</w:t>
      </w:r>
    </w:p>
    <w:p>
      <w:pPr>
        <w:jc w:val="right"/>
      </w:pPr>
      <w:r>
        <w:t>توبہ کریں، استغفار کریں اور زیادہ سے زیادہ دین کو سمجھنے میں وقت لگائیں اور لوگوں تک خدا کی باتیں پہنچانے میں وقت لگائیں۔</w:t>
      </w:r>
    </w:p>
    <w:p>
      <w:r>
        <w:rPr>
          <w:b/>
        </w:rPr>
        <w:t xml:space="preserve">[33:49] </w:t>
      </w:r>
      <w:r>
        <w:t>to yahi aakhri waqt tak achay kaam kartay rahayn. Aik aik aik hadees hai ke agar tum dekho ke qayamat aa rahi hai, apni aankh se dekh rahay ho ke qayamat aa rahi hai aur tumharay hath mein aik poda hai to us poday ko tum laga do.</w:t>
      </w:r>
    </w:p>
    <w:p>
      <w:pPr>
        <w:jc w:val="right"/>
      </w:pPr>
      <w:r>
        <w:t>تو یہی آخری وقت تک اچھے کام کرتے رہیں۔ ایک ایک ایک حدیث ہے کہ اگر تم دیکھو کہ قیامت آ رہی ہے، اپنی آنکھ سے دیکھ رہے ہو کہ قیامت آ رہی ہے اور تمہارے ہاتھ میں ایک پودا ہے تو اس پودے کو تم لگا دو۔</w:t>
      </w:r>
    </w:p>
    <w:p>
      <w:r>
        <w:rPr>
          <w:b/>
        </w:rPr>
        <w:t xml:space="preserve">[34:05] </w:t>
      </w:r>
      <w:r>
        <w:t>to aakhri saans tak hum ab achhe kaam karte rahen. jo bhi kaam hamein Allah ne bataye hain to logon ki madad karna yeh bhi is mein hai.</w:t>
      </w:r>
    </w:p>
    <w:p>
      <w:pPr>
        <w:jc w:val="right"/>
      </w:pPr>
      <w:r>
        <w:t>تو آخری سانس تک ہم اب اچھے کام کرتے رہیں۔ جو بھی کام ہمیں اللہ نے بتائے ہیں تو لوگوں کی مدد کرنا یہ بھی اس میں ہے۔</w:t>
      </w:r>
    </w:p>
    <w:p>
      <w:r>
        <w:rPr>
          <w:b/>
        </w:rPr>
        <w:t xml:space="preserve">[34:14] </w:t>
      </w:r>
      <w:r>
        <w:t>poda lagana yeh bhi is mein hai. aur is waqt jo hai sab se bada kaam logon ki madad yeh hai ke Khuda ka paigham logon tak pahunchaya jaye.</w:t>
      </w:r>
    </w:p>
    <w:p>
      <w:pPr>
        <w:jc w:val="right"/>
      </w:pPr>
      <w:r>
        <w:t>پودا لگانا یہ بھی اس میں ہے۔ اور اس وقت جو ہے سب سے بڑا کام لوگوں کی مدد یہ ہے کہ خدا کا پیغام لوگوں تک پہنچایا جائے۔</w:t>
      </w:r>
    </w:p>
    <w:p>
      <w:r>
        <w:rPr>
          <w:b/>
        </w:rPr>
        <w:t xml:space="preserve">[34:23] </w:t>
      </w:r>
      <w:r>
        <w:t>to isi mein hum hamein apne aap ko lagana hai aur marifat hasil karna hai aur is kaam mein lagna hai. ji, aap ka mein bhi kuch add karna chahunga because this is a very important question that sister Zeeba has asked.</w:t>
      </w:r>
    </w:p>
    <w:p>
      <w:pPr>
        <w:jc w:val="right"/>
      </w:pPr>
      <w:r>
        <w:t>تو اسی میں ہم ہمیں اپنے آپ کو لگانا ہے اور معرفت حاصل کرنا ہے اور اس کام میں لگنا ہے۔ جی، آپ کا میں بھی کچھ ایڈ کرنا چاہوں گا بیکاز دس از ا ویری امپورٹنٹ کوسچن دیٹ سسٹر زیبہ ہیز اسکڈ۔</w:t>
      </w:r>
    </w:p>
    <w:p>
      <w:r>
        <w:rPr>
          <w:b/>
        </w:rPr>
        <w:t xml:space="preserve">[34:40] </w:t>
      </w:r>
      <w:r>
        <w:t>and I remember that there is one hadith that Prophet had said that the distance between me and doomsday is a distance between my two fingers.</w:t>
      </w:r>
    </w:p>
    <w:p>
      <w:pPr>
        <w:jc w:val="right"/>
      </w:pPr>
      <w:r>
        <w:t>اینڈ آئی ریممبر دیٹ دیر از ون حدیث دیٹ پرافٹ ہیڈ سیڈ دیٹ دا ڈسٹنس بٹوین می اینڈ ڈومز ڈے از ا ڈسٹنس بٹوین مائی ٹو فنگرز۔</w:t>
      </w:r>
    </w:p>
    <w:p>
      <w:r>
        <w:rPr>
          <w:b/>
        </w:rPr>
        <w:t xml:space="preserve">[34:50] </w:t>
      </w:r>
      <w:r>
        <w:t>so Maulana Wahiduddin Khan sahib when he was explaining this hadith, he mentioned that the phenomena of global warming that we are seeing today shows that this distance has been covered.</w:t>
      </w:r>
    </w:p>
    <w:p>
      <w:pPr>
        <w:jc w:val="right"/>
      </w:pPr>
      <w:r>
        <w:t>سو مولانا وحید الدین خان صاحب وین ہی واز ایکسپلیننگ دس حدیث، ہی مینشن دیٹ دی فیناومینا آف گلوبل وارمنگ دیٹ وی آر سینگ ٹوڈے شوز دیٹ دس ڈسٹنس ہیز بین کورڈ۔</w:t>
      </w:r>
    </w:p>
    <w:p>
      <w:r>
        <w:rPr>
          <w:b/>
        </w:rPr>
        <w:t xml:space="preserve">[35:05] </w:t>
      </w:r>
      <w:r>
        <w:t>in fact, all the scientists globally are predicting that these climatic changes are irreversible. so, adopting the right right priority becomes increasingly important.</w:t>
      </w:r>
    </w:p>
    <w:p>
      <w:pPr>
        <w:jc w:val="right"/>
      </w:pPr>
      <w:r>
        <w:t>ان فیکٹ، ال دا سائنٹسٹ گلوبلی آر پریڈکٹنگ دیٹ دیز کلائمیٹک چینجز آر اہ اریورسیبل۔ سو، اہ اڈاپٹنگ دا رائٹ رائٹ پرائرٹی بیکمز انکریزنگلی امپورٹنٹ۔</w:t>
      </w:r>
    </w:p>
    <w:p>
      <w:r>
        <w:rPr>
          <w:b/>
        </w:rPr>
        <w:t xml:space="preserve">[35:19] </w:t>
      </w:r>
      <w:r>
        <w:t>so, if you all recall the last sermon of Prophet, so when he urged all his followers that convey the message of Quran, even if it is a single verse.</w:t>
      </w:r>
    </w:p>
    <w:p>
      <w:pPr>
        <w:jc w:val="right"/>
      </w:pPr>
      <w:r>
        <w:t>اہ، اف یو ال ریکال دا لاسٹ سرمن آف پرافٹ، اہ وین ہی ارجڈ ال ہز فالوورز دیٹ اہ کنوے دی میسج آف قرآن، ایون اف اٹ از ا سنگل ورس۔</w:t>
      </w:r>
    </w:p>
    <w:p>
      <w:r>
        <w:rPr>
          <w:b/>
        </w:rPr>
        <w:t xml:space="preserve">[35:33] </w:t>
      </w:r>
      <w:r>
        <w:t>so, it becomes increasingly important that we acquaint humanity about the message of the Quran, like what Fareeda apa just mentioned.</w:t>
      </w:r>
    </w:p>
    <w:p>
      <w:pPr>
        <w:jc w:val="right"/>
      </w:pPr>
      <w:r>
        <w:t>سو، اٹ بیکمز انکریزنگلی امپورٹنٹ دیٹ وی ایکوینٹ ہیومینٹی اہ اباؤٹ دی میسج آف دی قرآن، لائک واٹ فریدہ آپا جسٹ مینشنڈ۔</w:t>
      </w:r>
    </w:p>
    <w:p>
      <w:r>
        <w:rPr>
          <w:b/>
        </w:rPr>
        <w:t xml:space="preserve">[35:44] </w:t>
      </w:r>
      <w:r>
        <w:t>and I just want to remind all of you what Maulana used to tell all of us. he gave us two point agenda.</w:t>
      </w:r>
    </w:p>
    <w:p>
      <w:pPr>
        <w:jc w:val="right"/>
      </w:pPr>
      <w:r>
        <w:t>اینڈ آئی جسٹ وانٹ ٹو ریمائنڈ ال آف یو واٹ مولانا یوز ٹو ٹیل ال آف اس۔ ہی گیو اس ٹو پوائنٹ ایجنڈا۔</w:t>
      </w:r>
    </w:p>
    <w:p>
      <w:r>
        <w:rPr>
          <w:b/>
        </w:rPr>
        <w:t xml:space="preserve">[35:53] </w:t>
      </w:r>
      <w:r>
        <w:t>he said that the first most important thing is that we publish and distribute the Quran worldwide in easy and understandable language.</w:t>
      </w:r>
    </w:p>
    <w:p>
      <w:pPr>
        <w:jc w:val="right"/>
      </w:pPr>
      <w:r>
        <w:t>ہی سیڈ دیٹ دا فرسٹ موسٹ امپورٹنٹ تھنگ از دیٹ وی پبلش اینڈ ڈسٹریبیوٹ دی قرآن ورلڈ وائیڈ ان ایزی اینڈ انڈرسٹینڈیبل لینگویج۔</w:t>
      </w:r>
    </w:p>
    <w:p>
      <w:r>
        <w:rPr>
          <w:b/>
        </w:rPr>
        <w:t xml:space="preserve">[36:04] </w:t>
      </w:r>
      <w:r>
        <w:t>and by the grace of God, this is happening in a very big way with the joint efforts of Good Word Books and CPS International.</w:t>
      </w:r>
    </w:p>
    <w:p>
      <w:pPr>
        <w:jc w:val="right"/>
      </w:pPr>
      <w:r>
        <w:t>اینڈ بائی دی گریس آف گاڈ، دس از ہیپننگ ان ا ویری بگ وے ود دی جوائنٹ ایفرٹس آف گڈ ورڈ بکس اینڈ سی پی ایس انٹرنیشنل۔</w:t>
      </w:r>
    </w:p>
    <w:p>
      <w:r>
        <w:rPr>
          <w:b/>
        </w:rPr>
        <w:t xml:space="preserve">[36:14] </w:t>
      </w:r>
      <w:r>
        <w:t>but the second thing that he said or the second agenda that he gave all the CPS members was equally important. and he said help in creating Islam friendly environment.</w:t>
      </w:r>
    </w:p>
    <w:p>
      <w:pPr>
        <w:jc w:val="right"/>
      </w:pPr>
      <w:r>
        <w:t>بٹ دا سیکنڈ تھنگ دیٹ ہی سیڈ اور دی سیکنڈ ایجنڈا دیٹ ہی گیو ال دا سی پی ایس ممبرز واز ایکولی امپورٹنٹ۔ اینڈ ہی سیڈ ہیلپ ان کریٹنگ اسلام فرینڈلی انوائرمنٹ۔</w:t>
      </w:r>
    </w:p>
    <w:p>
      <w:r>
        <w:rPr>
          <w:b/>
        </w:rPr>
        <w:t xml:space="preserve">[36:27] </w:t>
      </w:r>
      <w:r>
        <w:t>and this is very important because you know when we give out Quran, so it also becomes important that we create curiosity, we create interest, we inspire people that they also want to know or they read Quran and absorb it in their daily life.</w:t>
      </w:r>
    </w:p>
    <w:p>
      <w:pPr>
        <w:jc w:val="right"/>
      </w:pPr>
      <w:r>
        <w:t>اینڈ دس از ویری امپورٹنٹ بیکاز یو نو وین وی گیو آؤٹ قرآن، اہ اٹ السو بیکمز امپورٹنٹ دیٹ وی کریٹ کریوسٹی، وی کریٹ انٹرسٹ، وی انسپائر پیپل دیٹ دے السو وانٹ ٹو نو اور دے ریڈ قرآن اینڈ ابزارب اٹ ان دیر ڈیلی لائف۔</w:t>
      </w:r>
    </w:p>
    <w:p>
      <w:r>
        <w:rPr>
          <w:b/>
        </w:rPr>
        <w:t xml:space="preserve">[36:47] </w:t>
      </w:r>
      <w:r>
        <w:t>and that's why Maulana used to emphasize a lot on you know a good behavior, good conduct. and I remember one hadith Hazrat Ibn Abbas narrated that Prophet was asked by one of his companions that which one of us is best.</w:t>
      </w:r>
    </w:p>
    <w:p>
      <w:pPr>
        <w:jc w:val="right"/>
      </w:pPr>
      <w:r>
        <w:t>اینڈ دیٹس وائی مولانا یوز ٹو ایمفسائز ا لاٹ ان یو نو ا گڈ بیہیویئر، گڈ کنڈکٹ۔ اینڈ آئی ریممبر ون حدیث حضرت ابن عباس نیریٹڈ دیٹ پرافٹ واز اسکڈ بائے ون آف ہز کمپینین دیٹ وچ ون آف اس از بیسٹ۔</w:t>
      </w:r>
    </w:p>
    <w:p>
      <w:r>
        <w:rPr>
          <w:b/>
        </w:rPr>
        <w:t xml:space="preserve">[37:06] </w:t>
      </w:r>
      <w:r>
        <w:t>so, Prophet replied that one whose sight reminds you of Allah and whose conversation aids to your knowledge and whose action helps you in remembering the hereafter.</w:t>
      </w:r>
    </w:p>
    <w:p>
      <w:pPr>
        <w:jc w:val="right"/>
      </w:pPr>
      <w:r>
        <w:t>سو، پرافٹ ریپلائیڈ دیٹ ون ہوز سائیٹ ریمائنڈز یو آف اللہ اینڈ ہوز کنورسیشن ایڈز ٹو یور نالج اینڈ ہوز ایکشن ہیلپس یو ان ریممبرنگ دی ہیر افٹر۔</w:t>
      </w:r>
    </w:p>
    <w:p>
      <w:r>
        <w:rPr>
          <w:b/>
        </w:rPr>
        <w:t xml:space="preserve">[37:22] </w:t>
      </w:r>
      <w:r>
        <w:t>so, picking the right priority at this stage, the end of human history is very important. and these two advice which Maulana Wahiduddin Khan sahib gave to everyone is what we should make mission of our life.</w:t>
      </w:r>
    </w:p>
    <w:p>
      <w:pPr>
        <w:jc w:val="right"/>
      </w:pPr>
      <w:r>
        <w:t>سو، پکنگ دا رائٹ پرائرٹی ایٹ دس سٹیج، دی اینڈ آف ہیومن ہسٹری از ویری امپورٹنٹ۔ اینڈ دیز ٹو ایڈوائس وچ مولانا وحید الدین خان صاحب گیو ٹو ایوری ون از واٹ وی شوڈ میک مشن آف اور لائف۔</w:t>
      </w:r>
    </w:p>
    <w:p>
      <w:r>
        <w:rPr>
          <w:b/>
        </w:rPr>
        <w:t xml:space="preserve">[37:40] </w:t>
      </w:r>
      <w:r>
        <w:t>aap ne jo batai thi ek hadith hai ke tum mein se kisi par qayamat qaim ho rahi ho ke</w:t>
      </w:r>
    </w:p>
    <w:p>
      <w:pPr>
        <w:jc w:val="right"/>
      </w:pPr>
      <w:r>
        <w:t>آپ نے جو بتائی تھی ایک حدیث ہے کہ تم میں سے کسی پر قیامت قائم ہو رہی ہو کہ</w:t>
      </w:r>
    </w:p>
    <w:p>
      <w:r>
        <w:rPr>
          <w:b/>
        </w:rPr>
        <w:t xml:space="preserve">[37:53] </w:t>
      </w:r>
      <w:r>
        <w:t>tum mein se kisi par qayamat qaim ho aur us ke haath mein ek poda ho to us ko zaroor laga de. to is par hum aur dawat ke aitbar se keh sakte hain ke aakhri waqt ho, aap ke haath mein ek kitab ho, Quran ho, zaroor dijiye us ko.</w:t>
      </w:r>
    </w:p>
    <w:p>
      <w:pPr>
        <w:jc w:val="right"/>
      </w:pPr>
      <w:r>
        <w:t>تم میں سے کسی پر قیامت قائم ہو اور اس کے ہاتھ میں ایک پودا ہو تو اس کو ضرور لگا دے۔ تو اس پر ہم اور دعوت کے اعتبار سے کہہ سکتے ہیں کہ آخری وقت ہو، آپ کے ہاتھ میں ایک کتاب ہو، قرآن ہو، ضرور دیجئے اس کو۔</w:t>
      </w:r>
    </w:p>
    <w:p>
      <w:r>
        <w:rPr>
          <w:b/>
        </w:rPr>
        <w:t xml:space="preserve">[38:09] </w:t>
      </w:r>
      <w:r>
        <w:t>yeh nahi sochna ke qayamat aa gayi to ab dene ki kya baat hai. us waqt bhi zaroor dena hai hum ko. agar kitab nahi hai to kam se kam ek achhi baat keh sakte hain jis se woh Khuda se qareeb ho sakta hai.</w:t>
      </w:r>
    </w:p>
    <w:p>
      <w:pPr>
        <w:jc w:val="right"/>
      </w:pPr>
      <w:r>
        <w:t>یہ نہیں سوچنا کہ قیامت آ گئی تو اب دینے کی کیا بات ہے۔ اس وقت بھی ضرور دینا ہے ہم کو۔ اگر کتاب نہیں ہے تو کم سے کم ایک اچھی بات کہہ سکتے ہیں جس سے وہ خدا سے قریب ہو سکتا ہے۔</w:t>
      </w:r>
    </w:p>
    <w:p>
      <w:r>
        <w:rPr>
          <w:b/>
        </w:rPr>
        <w:t xml:space="preserve">[38:20] </w:t>
      </w:r>
      <w:r>
        <w:t>ek achhe tareeqe se muskurakar dekh sakte hain jo hadith mein aaya hai ke aap ke paas agar koi cheez dene ke liye nahi hai to aap us ke liye dua kijiye. to yeh kuch na kuch zaroor karna hai hum ko kyunke ab time nahi hai hamare paas.</w:t>
      </w:r>
    </w:p>
    <w:p>
      <w:pPr>
        <w:jc w:val="right"/>
      </w:pPr>
      <w:r>
        <w:t>ایک اچھے طریقے سے مسکرا کر دیکھ سکتے ہیں جو حدیث میں آیا ہے کہ آپ کے پاس اگر کوئی چیز دینے کے لیے نہیں ہے تو آپ اس کے لیے دعا کیجئے۔ تو یہ کچھ نہ کچھ ضرور کرنا ہے ہم کو کیونکہ اب ٹائم نہیں ہے ہمارے پاس۔</w:t>
      </w:r>
    </w:p>
    <w:p>
      <w:r>
        <w:rPr>
          <w:b/>
        </w:rPr>
        <w:t xml:space="preserve">[38:33] </w:t>
      </w:r>
      <w:r>
        <w:t>to har cheez honi chahiye dil se. kam se kam agar kuch nahi kar sakte to dil se dushmani hum nikalein insaniyat ke khilaf. jo hamare dil mein dushmani hai, us ko hum nikalein.</w:t>
      </w:r>
    </w:p>
    <w:p>
      <w:pPr>
        <w:jc w:val="right"/>
      </w:pPr>
      <w:r>
        <w:t>تو ہر چیز ہونی چاہیے دل سے۔ کم سے کم اگر کچھ نہیں کر سکتے تو دل سے دشمنی ہم نکالیں انسانیت کے خلاف۔ جو ہمارے دل میں دشمنی ہے، اس کو ہم نکالیں۔</w:t>
      </w:r>
    </w:p>
    <w:p>
      <w:r>
        <w:rPr>
          <w:b/>
        </w:rPr>
        <w:t xml:space="preserve">[38:42] </w:t>
      </w:r>
      <w:r>
        <w:t>is se badhkar kuch nahi ho sakta. aur global warming ke upar jo itni sari hadithain sunai hain, to Rasool Allah salallaho alaihi wasallam jab koi nishani dekhte, misaal ke taur par suraj gahan hua, suraj gahan ka mauqa aata hai to Rasool Allah salallaho alaihi wasallam ne yeh kaha tha ke Allah ki nishaniyon mein se yeh nishaniyan hain.</w:t>
      </w:r>
    </w:p>
    <w:p>
      <w:pPr>
        <w:jc w:val="right"/>
      </w:pPr>
      <w:r>
        <w:t>اس سے بڑھ کر کچھ نہیں ہو سکتا۔ اور گلوبل وارمنگ کے اوپر جو اتنی ساری حدیثیں سنائی ہیں، تو رسول اللہ صلی اللہ علیہ وسلم جب کوئی نشانی دیکھتے، مثال کے طور پر سورج گرہن ہوا، سورج گرہن کا موقع آتا ہے تو رسول اللہ صلی اللہ علیہ وسلم نے یہ کہا تھا کہ اللہ کی نشانیوں میں سے یہ نشانیاں ہیں۔</w:t>
      </w:r>
    </w:p>
    <w:p>
      <w:r>
        <w:rPr>
          <w:b/>
        </w:rPr>
        <w:t xml:space="preserve">[39:02] </w:t>
      </w:r>
      <w:r>
        <w:t>Allah taala is ke zariye se tum ko aagah kar raha hai. suraj gahan hamesha hota hai, Rasool Allah salallaho alaihi wasallam ke zamane mein bhi hota tha. sirf suraj gahan ka mamla nahi hai.</w:t>
      </w:r>
    </w:p>
    <w:p>
      <w:pPr>
        <w:jc w:val="right"/>
      </w:pPr>
      <w:r>
        <w:t>اللہ تعالی اس کے ذریعے سے تم کو آگاہ کر رہا ہے۔ سورج گرہن ہمیشہ ہوتا ہے، رسول اللہ صلی اللہ علیہ وسلم کے زمانے میں بھی ہوتا تھا۔ صرف سورج گرہن کا معاملہ نہیں ہے۔</w:t>
      </w:r>
    </w:p>
    <w:p>
      <w:r>
        <w:rPr>
          <w:b/>
        </w:rPr>
        <w:t xml:space="preserve">[39:12] </w:t>
      </w:r>
      <w:r>
        <w:t>aaj itni sari cheezein hum dekh rahe hain, yeh sab cheezein Allah taala warning ke taur par de raha hai ke hum ko ab tayyari karni hai.</w:t>
      </w:r>
    </w:p>
    <w:p>
      <w:pPr>
        <w:jc w:val="right"/>
      </w:pPr>
      <w:r>
        <w:t>آج اتنی ساری چیزیں ہم دیکھ رہے ہیں، یہ سب چیزیں اللہ تعالی وارننگ کے طور پر دے رہا ہے کہ ہم کو اب تیاری کرنی ہے۔</w:t>
      </w:r>
    </w:p>
    <w:p>
      <w:r>
        <w:rPr>
          <w:b/>
        </w:rPr>
        <w:t xml:space="preserve">[39:20] </w:t>
      </w:r>
      <w:r>
        <w:t>time nahi hai. insaan ab apne aap ko sambhalo, islaah karo apne aap ki. aur yeh khaas taur se un logon ke liye zyada warning hai jo apne aap ko kehte hain ke hum Quran ko manne wale hain, Rasool Allah salallaho alaihi wasallam ko manne wale.</w:t>
      </w:r>
    </w:p>
    <w:p>
      <w:pPr>
        <w:jc w:val="right"/>
      </w:pPr>
      <w:r>
        <w:t>ٹائم نہیں ہے۔ انسان اب اپنے آپ کو سنبھالو، اصلاح کرو اپنے آپ کی۔ اور یہ خاص طور سے ان لوگوں کے لیے زیادہ وارننگ ہے جو اپنے آپ کو کہتے ہیں کہ ہم قرآن کو ماننے والے ہیں، رسول اللہ صلی اللہ علیہ وسلم کو ماننے والے۔</w:t>
      </w:r>
    </w:p>
    <w:p>
      <w:r>
        <w:rPr>
          <w:b/>
        </w:rPr>
        <w:t xml:space="preserve">[39:34] </w:t>
      </w:r>
      <w:r>
        <w:t>is ki ziyada zimmedari hoti hai is mein ke in logon ko agah kare jis ke paas yeh baat nahi pohnchi hai. ek hadith aur bhi hai ke global warming ke talluq se yeh hadith hai ke ek aag nikle gi, adan, yehiman ka ilaaqa hai, adan ke door se nikle gi aur logon ko haank kar le jaye gi mahshar ki taraf, yaani hashar ke maidan ki taraf.</w:t>
      </w:r>
    </w:p>
    <w:p>
      <w:pPr>
        <w:jc w:val="right"/>
      </w:pPr>
      <w:r>
        <w:t>اس کی زیادہ ذمہ داری ہوتی ہے اس میں کہ ان لوگوں کو آگاہ کرے جس کے پاس یہ بات نہیں پہنچی ہے۔ ایک حدیث اور بھی ہے کہ گلوبل وارمنگ کے تعلق سے یہ حدیث ہے کہ ایک آگ نکلے گی، عدن، یہیمن کا علاقہ ہے، عدن کے دور سے نکلے گی اور لوگوں کو ہانک کر لے جائے گی محشر کی طرف، یعنی حشر کے میدان کی طرف۔</w:t>
      </w:r>
    </w:p>
    <w:p>
      <w:r>
        <w:rPr>
          <w:b/>
        </w:rPr>
        <w:t xml:space="preserve">[39:56] </w:t>
      </w:r>
      <w:r>
        <w:t>to goya ek tareeqe se samajh lijiye ke woh ek process shuru ho chuka hai. jo aap ne kaha, process shuru ho chuka hai ke garmi barhti ja rahi hai. har tareeqe se dekhiye, lapalma ya aatish fishan pahaad phoot rahe hain,</w:t>
      </w:r>
    </w:p>
    <w:p>
      <w:pPr>
        <w:jc w:val="right"/>
      </w:pPr>
      <w:r>
        <w:t>تو گویا ایک طریقے سے سمجھ لیجئے کہ وہ ایک پراسیس شروع ہو چکا ہے۔ جو آپ نے کہا، پراسیس شروع ہو چکا ہے کہ گرمی بڑھتی جا رہی ہے۔ ہر طریقے سے دیکھیے، لاپالما یا آتش فشاں پہاڑ پھوٹ رہے ہیں،</w:t>
      </w:r>
    </w:p>
    <w:p>
      <w:r>
        <w:rPr>
          <w:b/>
        </w:rPr>
        <w:t xml:space="preserve">[40:09] </w:t>
      </w:r>
      <w:r>
        <w:t>zameen ke rotation mein farq aa raha hai. yeh sab cheezein nishaniyan zahir kar rahi hain ke hum hashar ki taraf ja rahe hain. to yeh ek tareeqe se zimmedari barha deti hai un logon ki jo quran ko mante hain ke aage barhein, logon ko khuda ka paigham pohanchayein taake kal qayamat ke din kisi ko kehne ka mauqa na ho ke hum ko, hum ko teri baat nahi pohnchi, khuda ka tera kalam nahi pohncha.</w:t>
      </w:r>
    </w:p>
    <w:p>
      <w:pPr>
        <w:jc w:val="right"/>
      </w:pPr>
      <w:r>
        <w:t>زمین کے روٹیشن میں فرق آ رہا ہے۔ یہ سب چیزیں نشانیاں ظاہر کر رہی ہیں کہ ہم حشر کی طرف جا رہے ہیں۔ تو یہ ایک طریقے سے ذمہ داری بڑھا دیتی ہے ان لوگوں کی جو قرآن کو مانتے ہیں کہ آگے بڑھیں، لوگوں کو خدا کا پیغام پہنچائیں تاکہ کل قیامت کے دن کسی کو کہنے کا موقع نہ ہو کہ ہم کو، ہم کو تیری بات نہیں پہنچی، خدا کا تیرا کلام نہیں پہنچا۔</w:t>
      </w:r>
    </w:p>
    <w:p>
      <w:r>
        <w:rPr>
          <w:b/>
        </w:rPr>
        <w:t xml:space="preserve">[40:38] </w:t>
      </w:r>
      <w:r>
        <w:t>aap ka yeh comment bheja hai Maulana Iqbal Umri ne Chennai se. unhone likha hai: "kisi bhi tareeqe se qayamat ke bare mein fikr karna chahiye.</w:t>
      </w:r>
    </w:p>
    <w:p>
      <w:pPr>
        <w:jc w:val="right"/>
      </w:pPr>
      <w:r>
        <w:t>آپ کا یہ کمنٹ بھیجا ہے مولانا اقبال عمری نے چنئی سے۔ انہوں نے لکھا ہے: "کسی بھی طریقے سے قیامت کے بارے میں فکر کرنا چاہیے۔</w:t>
      </w:r>
    </w:p>
    <w:p>
      <w:r>
        <w:rPr>
          <w:b/>
        </w:rPr>
        <w:t xml:space="preserve">[40:48] </w:t>
      </w:r>
      <w:r>
        <w:t>qayamat, qayamat yaani duniya fana hone wali hai. aaj ek qabil e fahm cheez ho gayi hai. hamara kaam hai ke insano ko intezar karein.</w:t>
      </w:r>
    </w:p>
    <w:p>
      <w:pPr>
        <w:jc w:val="right"/>
      </w:pPr>
      <w:r>
        <w:t>قیامت، قیامت یعنی دنیا فنا ہونے والی ہے۔ آج ایک قابل فہم چیز ہو گئی ہے۔ ہمارا کام ہے کہ انسانوں کو انتظار کریں۔</w:t>
      </w:r>
    </w:p>
    <w:p>
      <w:r>
        <w:rPr>
          <w:b/>
        </w:rPr>
        <w:t xml:space="preserve">[40:59] </w:t>
      </w:r>
      <w:r>
        <w:t>Allah taala hum ko istiqamat de. ameen. jazak Allah aap ka." Muhammad Ammar sahib ne Delhi se bheja hai: "apa, after the coming of covid 19 and getting involved more into cps dawa work, i daily feel the nearness of qayamat." apa, agla sawal leta hoon.</w:t>
      </w:r>
    </w:p>
    <w:p>
      <w:pPr>
        <w:jc w:val="right"/>
      </w:pPr>
      <w:r>
        <w:t>اللہ تعالی ہم کو استقامت دے۔ آمین۔ جزاک اللہ آپا۔" محمد عمار صاحب نے دلی سے بھیجا ہے: "آپا، افٹر دی کمنگ آف کووڈ 19 اینڈ گیٹنگ انوالوڈ مور انٹو سی پی ایس داوا ورک، آئی ڈیلی فیل دا نیئرنس آف قیامت۔" آپا، اگلا سوال لیتا ہوں۔</w:t>
      </w:r>
    </w:p>
    <w:p>
      <w:r>
        <w:rPr>
          <w:b/>
        </w:rPr>
        <w:t xml:space="preserve">[41:21] </w:t>
      </w:r>
      <w:r>
        <w:t>yeh Bangalore se Javed Ali sahib ne bheja hai. unhone likha hai: "with such less time available, what should we do to fulfill our responsibility of conveying God's message to mankind?" ab yeh abhi jaise Farah sahib ne kaha ke sab se pehle to hamein apne andar se dushmani ka, hatred ka yeh sara nikal ke mahaul ko normalize karna hai.</w:t>
      </w:r>
    </w:p>
    <w:p>
      <w:pPr>
        <w:jc w:val="right"/>
      </w:pPr>
      <w:r>
        <w:t>یہ بینگلور سے جاوید علی صاحب نے بھیجا ہے۔ انہوں نے لکھا ہے: "وچ سچ لیس ٹائم اویلیبل، واٹ شوڈ وی ڈو ٹو فلفل اور ریسپانسبیلٹی آف کنوینگ گاڈز میسج ٹو مین کائنڈ؟" اب یہ ابھی جیسے فرح صاحب نے کہا کہ سب سے پہلے تو ہمیں اپنے اندر سے دشمنی کا، ہیٹریٹ کا یہ سارا نکال کے ماحول کو نارملائز کرنا ہے۔</w:t>
      </w:r>
    </w:p>
    <w:p>
      <w:r>
        <w:rPr>
          <w:b/>
        </w:rPr>
        <w:t xml:space="preserve">[41:51] </w:t>
      </w:r>
      <w:r>
        <w:t>is un ke liye duaen karna hai aur jo bhi hamare paas literature hai, aap is ko de sakte hain aur aap is ko achhi baatein bata sakte hain.</w:t>
      </w:r>
    </w:p>
    <w:p>
      <w:pPr>
        <w:jc w:val="right"/>
      </w:pPr>
      <w:r>
        <w:t>اس ان کے لیے دعائیں کرنا ہے اور جو بھی ہمارے پاس لٹریچر ہے، آپ اس کو دے سکتے ہیں اور آپ اس کو اچھی باتیں بتا سکتے ہیں۔</w:t>
      </w:r>
    </w:p>
    <w:p>
      <w:r>
        <w:rPr>
          <w:b/>
        </w:rPr>
        <w:t xml:space="preserve">[42:00] </w:t>
      </w:r>
      <w:r>
        <w:t>bahut sari baatein to logon ko maloom hi rehti hain. un se baat kijiye, dialogue kariye un se aur un ko bataiye jo creation plan bataiye.</w:t>
      </w:r>
    </w:p>
    <w:p>
      <w:pPr>
        <w:jc w:val="right"/>
      </w:pPr>
      <w:r>
        <w:t>بہت ساری باتیں تو لوگوں کو معلوم ہی رہتی ہیں۔ ان سے بات کیجئے، ڈائیلاگ کریے ان سے اور ان کو بتائیے جو کریشن پلان بتائیے۔</w:t>
      </w:r>
    </w:p>
    <w:p>
      <w:r>
        <w:rPr>
          <w:b/>
        </w:rPr>
        <w:t xml:space="preserve">[42:10] </w:t>
      </w:r>
      <w:r>
        <w:t>sab se badi baat jo hai woh creation plan hai ke is duniya mein hum hamesha ke liye aaye hi nahi hain. yeh duniya jo hai temporary aboard hai hamara aur yeh duniya khatm hone wali hai.</w:t>
      </w:r>
    </w:p>
    <w:p>
      <w:pPr>
        <w:jc w:val="right"/>
      </w:pPr>
      <w:r>
        <w:t>سب سے بڑی بات جو ہے وہ کریشن پلان ہے کہ اس دنیا میں ہم ہمیشہ کے لیے آئے ہی نہیں ہیں۔ یہ دنیا جو ہے ٹیمپریری ابورڈ ہے ہمارا اور یہ دنیا ختم ہونے والی ہے۔</w:t>
      </w:r>
    </w:p>
    <w:p>
      <w:r>
        <w:rPr>
          <w:b/>
        </w:rPr>
        <w:t xml:space="preserve">[42:22] </w:t>
      </w:r>
      <w:r>
        <w:t>aur is ke baad jo hai doosri duniya aaye gi. to is doosri duniya ke liye hamein tayyar apne aap ko karna hai. to tayyari karni zaroori hai.</w:t>
      </w:r>
    </w:p>
    <w:p>
      <w:pPr>
        <w:jc w:val="right"/>
      </w:pPr>
      <w:r>
        <w:t>اور اس کے بعد جو ہے دوسری دنیا آئے گی۔ تو اس دوسری دنیا کے لیے ہمیں تیار اپنے آپ کو کرنا ہے۔ تو تیاری کرنی ضروری ہے۔</w:t>
      </w:r>
    </w:p>
    <w:p>
      <w:r>
        <w:rPr>
          <w:b/>
        </w:rPr>
        <w:t xml:space="preserve">[42:32] </w:t>
      </w:r>
      <w:r>
        <w:t>to tayyari apni bhi tayyari karni hai aur doosron ko bhi is ke liye tayyar karna hai ke jab woh Khuda ke aage ab hazir kiye jayein to to woh un un ko ko un ko pachtana na pade ke unhone apni pichhli zindagi mein waste kar diya hai.</w:t>
      </w:r>
    </w:p>
    <w:p>
      <w:pPr>
        <w:jc w:val="right"/>
      </w:pPr>
      <w:r>
        <w:t>تو تیاری اپنی بھی تیاری کرنی ہے اور دوسروں کو بھی اس کے لیے تیار کرنا ہے کہ جب وہ خدا کے آگے اب حاضر کیے جائیں تو تو وہ ان ان کو کو ان کو پچھتانا نہ پڑے کہ انہوں نے اپنی پچھلی زندگی میں ویسٹ کر دیا ہے۔</w:t>
      </w:r>
    </w:p>
    <w:p>
      <w:r>
        <w:rPr>
          <w:b/>
        </w:rPr>
        <w:t xml:space="preserve">[42:52] </w:t>
      </w:r>
      <w:r>
        <w:t>to bas yahi karna hai. mujhe ek waqia yaad aata hai: Rasool Allah Sal Allah o Alaihe Wasallam ke zamane mein kisi aadmi ne koi galati kar di to sab us ko bura bhala kehne lage.</w:t>
      </w:r>
    </w:p>
    <w:p>
      <w:pPr>
        <w:jc w:val="right"/>
      </w:pPr>
      <w:r>
        <w:t>تو بس یہی کرنا ہے۔ مجھے ایک واقعہ یاد آتا ہے: رسول اللہ صلی اللہ علیہ وسلم کے زمانے میں کسی آدمی نے کوئی غلطی کر دی تو سب اس کو برا بھلا کہنے لگے۔</w:t>
      </w:r>
    </w:p>
    <w:p>
      <w:r>
        <w:rPr>
          <w:b/>
        </w:rPr>
        <w:t xml:space="preserve">[43:04] </w:t>
      </w:r>
      <w:r>
        <w:t>yahan tak ke ek aadmi ne yeh kaha ke Allah taala tum ko ruswa kare. Rasool Allah Sal Allah o Alaihe Wasallam ne sun liya to kaha ke tum aise mat kaho: "apne bhai ke khilaaf shaitan ke madadgar mat bano" balkeh yeh kaho ke "Allah taala tum par reham kare, Allah taala tum ko hidayat de" yeh dua karo.</w:t>
      </w:r>
    </w:p>
    <w:p>
      <w:pPr>
        <w:jc w:val="right"/>
      </w:pPr>
      <w:r>
        <w:t>یہاں تک کہ ایک آدمی نے یہ کہا کہ اللہ تعالی تم کو رسوا کرے۔ رسول اللہ صلی اللہ علیہ وسلم نے سن لیا تو کہا کہ تم ایسے مت کہو: "اپنے بھائی کے خلاف شیطان کے مددگار مت بنو" بلکہ یہ کہو کہ "اللہ تعالی تم پر رحم کرے، اللہ تعالی تم کو ہدایت دے" یہ دعا کرو۔</w:t>
      </w:r>
    </w:p>
    <w:p>
      <w:r>
        <w:rPr>
          <w:b/>
        </w:rPr>
        <w:t xml:space="preserve">[43:20] </w:t>
      </w:r>
      <w:r>
        <w:t>to yeh basic jo bahut hi buniyadi point Rasool Allah Sal Allah o Alaihe Wasallam ne is mein bataya tha ke apne bhai ke khilaaf shaitan ke madadgar mat bano.</w:t>
      </w:r>
    </w:p>
    <w:p>
      <w:pPr>
        <w:jc w:val="right"/>
      </w:pPr>
      <w:r>
        <w:t>تو یہ بیسک جو بہت ہی بنیادی پوائنٹ رسول اللہ صلی اللہ علیہ وسلم نے اس میں بتایا تھا کہ اپنے بھائی کے خلاف شیطان کے مددگار مت بنو۔</w:t>
      </w:r>
    </w:p>
    <w:p>
      <w:r>
        <w:rPr>
          <w:b/>
        </w:rPr>
        <w:t xml:space="preserve">[43:29] </w:t>
      </w:r>
      <w:r>
        <w:t>shaitan ki madad karna kya hai? sari koshish jo shaitan ki ho rahi hai woh yahi ho rahi hai ke hum kisi bhi tareeqe se insaan ko Allah ke raaste se hata kar hamesha ke liye ruswai aur Allah ki narazgi mein is ko daal dein.</w:t>
      </w:r>
    </w:p>
    <w:p>
      <w:pPr>
        <w:jc w:val="right"/>
      </w:pPr>
      <w:r>
        <w:t>شیطان کی مدد کرنا کیا ہے؟ ساری کوشش جو شیطان کی ہو رہی ہے وہ یہی ہو رہی ہے کہ ہم کسی بھی طریقے سے انسان کو اللہ کے راستے سے ہٹا کر ہمیشہ کے لیے رسوائی اور اللہ کی ناراضگی میں اس کو ڈال دیں۔</w:t>
      </w:r>
    </w:p>
    <w:p>
      <w:r>
        <w:rPr>
          <w:b/>
        </w:rPr>
        <w:t xml:space="preserve">[43:44] </w:t>
      </w:r>
      <w:r>
        <w:t>kisi bhi tareeqe se. to ab yahan par hum koi aisa kaam karte hain jis ki wajah se insaan Allah se door ho jata hai hamare reason se. to hum ne shaitan ki madad ki.</w:t>
      </w:r>
    </w:p>
    <w:p>
      <w:pPr>
        <w:jc w:val="right"/>
      </w:pPr>
      <w:r>
        <w:t>کسی بھی طریقے سے۔ تو اب یہاں پر ہم کوئی ایسا کام کرتے ہیں جس کی وجہ سے انسان اللہ سے دور ہو جاتا ہے ہمارے ریزن سے۔ تو ہم نے شیطان کی مدد کی۔</w:t>
      </w:r>
    </w:p>
    <w:p>
      <w:r>
        <w:rPr>
          <w:b/>
        </w:rPr>
        <w:t xml:space="preserve">[43:54] </w:t>
      </w:r>
      <w:r>
        <w:t>hum ne koi bad dua kiya jaise bad dua karte hain: "Allah dammir diyarahum wa shattit shimlaha" yeh sab dua karte hain, "qunoot e nazila" karte hain. yeh sab cheezein kya hain?</w:t>
      </w:r>
    </w:p>
    <w:p>
      <w:pPr>
        <w:jc w:val="right"/>
      </w:pPr>
      <w:r>
        <w:t>ہم نے کوئی بد دعا کیا جیسے بد دعا کرتے ہیں: "اللہ دمر دیارہم وشت شملہ" یہ سب دعا کرتے ہیں، "قنوت نازلہ" کرتے ہیں۔ یہ سب چیزیں کیا ہیں؟</w:t>
      </w:r>
    </w:p>
    <w:p>
      <w:r>
        <w:rPr>
          <w:b/>
        </w:rPr>
        <w:t xml:space="preserve">[44:02] </w:t>
      </w:r>
      <w:r>
        <w:t>apne bhai ke khilaaf shaitan ki madad kar di hain. yeh sab cheezein bilkul na karein. hatred nikal dein. dua karein un ko dawat ka kaam pohanchayein. is se barh kar Allah taala ki raza ka koi doosra kaam nahi ho sakta.</w:t>
      </w:r>
    </w:p>
    <w:p>
      <w:pPr>
        <w:jc w:val="right"/>
      </w:pPr>
      <w:r>
        <w:t>اپنے بھائی کے خلاف شیطان کی مدد کر دی ہیں۔ یہ سب چیزیں بالکل نہ کریں۔ ہیٹریٹ نکال دیں۔ دعا کریں ان کو دعوت کا کام پہنچائیں۔ اس سے بڑھ کر اللہ تعالی کی رضا کا کوئی دوسرا کام نہیں ہو سکتا۔</w:t>
      </w:r>
    </w:p>
    <w:p>
      <w:r>
        <w:rPr>
          <w:b/>
        </w:rPr>
        <w:t xml:space="preserve">[44:19] </w:t>
      </w:r>
      <w:r>
        <w:t>ek aur important cheez jo kyunke sawal mein yeh bhi poocha gaya ke "what should we do to fulfill our responsibility of conveying God's message?" and Quran mein bhi jaise aaya hai ke yeh bola gaya ke yeh message jo hai Quran ka woh logon tak pohanchaya jaye taake aakhirat mein koi excuse na le sake Allah taala ke samne ke hamein bataya nahi gaya.</w:t>
      </w:r>
    </w:p>
    <w:p>
      <w:pPr>
        <w:jc w:val="right"/>
      </w:pPr>
      <w:r>
        <w:t>ایک اور امپورٹنٹ چیز جو کیونکہ سوال میں یہ بھی پوچھا گیا کہ "واٹ شوڈ وی ڈو ٹو فلفل اور ریسپانسبیلٹی آف کنوینگ گاڈز میسج؟" اینڈ قرآن میں بھی جیسے آیا ہے کہ یہ بولا گیا کہ یہ میسج جو ہے قرآن کا وہ لوگوں تک پہنچایا جائے تاکہ آخرت میں کوئی ایکسکیوز نہ لے سکے اللہ تعالی کے سامنے کہ ہمیں بتایا نہیں گیا۔</w:t>
      </w:r>
    </w:p>
    <w:p>
      <w:r>
        <w:rPr>
          <w:b/>
        </w:rPr>
        <w:t xml:space="preserve">[44:42] </w:t>
      </w:r>
      <w:r>
        <w:t>aur aaj ke daur mein jab multimedia aur internet hai to Maulana sahib hum sab logon ko bahut zyada is cheez ke bare mein kehte the ke "fill the internet and social media with the message of the Quran".</w:t>
      </w:r>
    </w:p>
    <w:p>
      <w:pPr>
        <w:jc w:val="right"/>
      </w:pPr>
      <w:r>
        <w:t>اور آج کے دور میں جب ملٹی میڈیا اور انٹرنیٹ ہے تو مولانا صاحب ہم سب لوگوں کو بہت زیادہ اس چیز کے بارے میں کہتے تھے کہ "فل دی انٹرنیٹ اینڈ سوشل میڈیا ود دی میسج آف دا قرآن"۔</w:t>
      </w:r>
    </w:p>
    <w:p>
      <w:r>
        <w:rPr>
          <w:b/>
        </w:rPr>
        <w:t xml:space="preserve">[44:57] </w:t>
      </w:r>
      <w:r>
        <w:t>so CPS international is increasingly creating new material, adding articles, videos into internet, because potentially internet has made it possible that it reaches each and every home.</w:t>
      </w:r>
    </w:p>
    <w:p>
      <w:pPr>
        <w:jc w:val="right"/>
      </w:pPr>
      <w:r>
        <w:t>سو سی پی ایس انٹرنیشنل از انکریزنگلی کریٹنگ نیو مٹیریل، ایڈنگ آرٹیکلز، ویڈیوز انٹو انٹرنیٹ، بیکاز پوٹینشلی انٹرنیٹ ہیز میڈ اٹ پوسیبل دیٹ اٹ ریچز ایچ اینڈ ایوری ہوم۔</w:t>
      </w:r>
    </w:p>
    <w:p>
      <w:r>
        <w:rPr>
          <w:b/>
        </w:rPr>
        <w:t xml:space="preserve">[45:15] </w:t>
      </w:r>
      <w:r>
        <w:t>and this is what prophet had said: "that there will be no house big or small where the word of God has not entered". and social media and internet practically makes it possible.</w:t>
      </w:r>
    </w:p>
    <w:p>
      <w:pPr>
        <w:jc w:val="right"/>
      </w:pPr>
      <w:r>
        <w:t>اینڈ دس از واٹ پرافٹ ہیڈ سیڈ: "دیٹ دیر ول بی نو ہاؤس بگ اور سمال ویر دا ورڈ آف گاڈ ہیز ناٹ انٹرڈ"۔ اینڈ سوشل میڈیا اینڈ انٹرنیٹ پریکٹیکلی میکس اٹ پوسیبل۔</w:t>
      </w:r>
    </w:p>
    <w:p>
      <w:r>
        <w:rPr>
          <w:b/>
        </w:rPr>
        <w:t xml:space="preserve">[45:27] </w:t>
      </w:r>
      <w:r>
        <w:t>so all of you who cannot upload it, you can use CPS website, CPS social media handles like Facebook, YouTube, Instagram, and you can share it in your circle, you know, your colleagues, your friends, your neighbors.</w:t>
      </w:r>
    </w:p>
    <w:p>
      <w:pPr>
        <w:jc w:val="right"/>
      </w:pPr>
      <w:r>
        <w:t>سو ال آف یو ہو کین ناٹ اپلوڈ اٹ، یو کین یوز سی پی ایس ویب سائٹ، سی پی ایس سوشل میڈیا ہینڈلز لائک فیس بک، یوٹیوب، انسٹاگرام، اینڈ یو کین شیئر اٹ ان یور سرکل، یو نو، یور کولیگز، یور فرینڈز، یور نیبرز۔</w:t>
      </w:r>
    </w:p>
    <w:p>
      <w:r>
        <w:rPr>
          <w:b/>
        </w:rPr>
        <w:t xml:space="preserve">[45:43] </w:t>
      </w:r>
      <w:r>
        <w:t>and that is a biggest work or the biggest responsibility that you will fulfill, you know, from your side, and you will be able to use the time in a right manner.</w:t>
      </w:r>
    </w:p>
    <w:p>
      <w:pPr>
        <w:jc w:val="right"/>
      </w:pPr>
      <w:r>
        <w:t>اینڈ دیٹ از اے بگسٹ ورک اور دا بگسٹ ریسپانسبیلٹی دیٹ یو ول فلفل، یو نو، فرام یور سائیڈ، اینڈ یو ول بی ایبل ٹو یوز دا ٹائم ان ا رائٹ مینر۔</w:t>
      </w:r>
    </w:p>
    <w:p>
      <w:r>
        <w:rPr>
          <w:b/>
        </w:rPr>
        <w:t xml:space="preserve">[45:56] </w:t>
      </w:r>
      <w:r>
        <w:t>so thats another important thing.</w:t>
      </w:r>
    </w:p>
    <w:p>
      <w:pPr>
        <w:jc w:val="right"/>
      </w:pPr>
      <w:r>
        <w:t>سو دیٹس انادر امپورٹنٹ تھنگ۔</w:t>
      </w:r>
    </w:p>
    <w:p>
      <w:r>
        <w:rPr>
          <w:b/>
        </w:rPr>
        <w:t xml:space="preserve">[46:02] </w:t>
      </w:r>
      <w:r>
        <w:t>apa aik comment aur parhna chahunga. yeh sister baseerat taj ne bheja hai: "i like it simple to the point, normal, no rambling stories, no theatrical speech.</w:t>
      </w:r>
    </w:p>
    <w:p>
      <w:pPr>
        <w:jc w:val="right"/>
      </w:pPr>
      <w:r>
        <w:t>آپا ایک کمنٹ اور پڑھنا چاہوں گا۔ یہ سسٹر بصیرت تاج نے بھیجا ہے: "آئی لائک اٹ سمپل ٹو دا پوائنٹ، نارمل، نو ریمبلنگ سٹوریز، نو تھیٹریکل سپیچ۔</w:t>
      </w:r>
    </w:p>
    <w:p>
      <w:r>
        <w:rPr>
          <w:b/>
        </w:rPr>
        <w:t xml:space="preserve">[46:17] </w:t>
      </w:r>
      <w:r>
        <w:t>i wonder why why why we cant have such a simple preacher on other side of border."</w:t>
      </w:r>
    </w:p>
    <w:p>
      <w:pPr>
        <w:jc w:val="right"/>
      </w:pPr>
      <w:r>
        <w:t>آئی ونڈر وائی وائی وائی وی کانٹ ہیو سچ اے سمپل پریچر ان ادر سائیڈ آف بارڈر۔"</w:t>
      </w:r>
    </w:p>
    <w:p>
      <w:r>
        <w:rPr>
          <w:b/>
        </w:rPr>
        <w:t xml:space="preserve">[46:29] </w:t>
      </w:r>
      <w:r>
        <w:t>agla sawal apa mein leta hoon. yeh sawal bheja hai ahmedabad se irfan khan sahib ne, aur unhone likha hai: "how can people realize god and paradise as a reality?" iske bare mein batayein.</w:t>
      </w:r>
    </w:p>
    <w:p>
      <w:pPr>
        <w:jc w:val="right"/>
      </w:pPr>
      <w:r>
        <w:t>اگلا سوال آپا میں لیتا ہوں۔ یہ سوال بھیجا ہے احمد آباد سے عرفان خان صاحب نے، اور انہوں نے لکھا ہے: "ہاؤ کین پیپل ریلائز گاڈ اینڈ پیراڈائز ایز ا ریلیٹی؟" اس کے بارے میں بتائیں۔</w:t>
      </w:r>
    </w:p>
    <w:p>
      <w:r>
        <w:rPr>
          <w:b/>
        </w:rPr>
        <w:t xml:space="preserve">[46:46] </w:t>
      </w:r>
      <w:r>
        <w:t>is par to maulana sahib ne bohat zyada likha hai. aap unki kitabein parhiye, urdu mein bhi hain, english mein bhi hain. al-rabaniyah hai, allah akbar hai, kitab-e-marifat hai.</w:t>
      </w:r>
    </w:p>
    <w:p>
      <w:pPr>
        <w:jc w:val="right"/>
      </w:pPr>
      <w:r>
        <w:t>اس پر تو مولانا صاحب نے بہت زیادہ لکھا ہے۔ آپ ان کی کتابیں پڑھیے، اردو میں بھی ہیں، انگلش میں بھی ہیں۔ الربانیہ ہے، اللہ اکبر ہے، کتاب معرفت ہے۔</w:t>
      </w:r>
    </w:p>
    <w:p>
      <w:r>
        <w:rPr>
          <w:b/>
        </w:rPr>
        <w:t xml:space="preserve">[46:59] </w:t>
      </w:r>
      <w:r>
        <w:t>sabhi kitabein jo hain isi subject par hain. to aap kitabein parhiye aur ghor-o-fikr kariye. woh tabassum aur tadabbur aur yeh sab zaroori hai.</w:t>
      </w:r>
    </w:p>
    <w:p>
      <w:pPr>
        <w:jc w:val="right"/>
      </w:pPr>
      <w:r>
        <w:t>سبھی کتابیں جو ہیں اسی سبجیکٹ پر ہیں۔ تو آپ کتابیں پڑھیے اور غور و فکر کریے۔ وہ تبسم اور تدبر اور یہ سب ضروری ہے۔</w:t>
      </w:r>
    </w:p>
    <w:p>
      <w:r>
        <w:rPr>
          <w:b/>
        </w:rPr>
        <w:t xml:space="preserve">[47:10] </w:t>
      </w:r>
      <w:r>
        <w:t>sirf parh lene se poori baat samajh mein nahi aati. aap thoda parhiye aur is par bohat hi sanjeedgi se ghor kariye, is par sochiye, is par logon se discussion kijiye.</w:t>
      </w:r>
    </w:p>
    <w:p>
      <w:pPr>
        <w:jc w:val="right"/>
      </w:pPr>
      <w:r>
        <w:t>صرف پڑھ لینے سے پوری بات سمجھ میں نہیں آتی۔ آپ تھوڑا پڑھیے اور اس پر بہت ہی سنجیدگی سے غور کریے، اس پر سوچیے، اس پر لوگوں سے ڈسکشن کیجئے۔</w:t>
      </w:r>
    </w:p>
    <w:p>
      <w:r>
        <w:rPr>
          <w:b/>
        </w:rPr>
        <w:t xml:space="preserve">[47:23] </w:t>
      </w:r>
      <w:r>
        <w:t>to isi ko apna orhna bichona bana lijiye. tab aise nahi hoga ke kabhi zara sa kuch parh liya to aise nahi samajh mein aata hai. isi ko apni zindagi bana dijiye, apne aap ko devote kar dijiye.</w:t>
      </w:r>
    </w:p>
    <w:p>
      <w:pPr>
        <w:jc w:val="right"/>
      </w:pPr>
      <w:r>
        <w:t>تو اسی کو اپنا اوڑھنا بچھونا بنائیے۔ تب ایسے نہیں ہوگا کہ کبھی ذرا سا کچھ پڑھ لیا تو ایسے نہیں سمجھ میں آتا ہے۔ اسی کو اپنی زندگی بنا دیجئے، اپنے آپ کو ڈیووٹ کر دیجئے۔</w:t>
      </w:r>
    </w:p>
    <w:p>
      <w:r>
        <w:rPr>
          <w:b/>
        </w:rPr>
        <w:t xml:space="preserve">[47:36] </w:t>
      </w:r>
      <w:r>
        <w:t>marifat aise nahi milti. koi choti cheezein bhi dunya mein aise nahi milti. iske liye bohat mehnat karni padti hai. to marifat aise kaise mil jayegi?</w:t>
      </w:r>
    </w:p>
    <w:p>
      <w:pPr>
        <w:jc w:val="right"/>
      </w:pPr>
      <w:r>
        <w:t>معرفت ایسے نہیں ملتی۔ کوئی چھوٹی چیزیں بھی دنیا میں ایسے نہیں ملتی۔ اس کے لیے بہت محنت کرنی پڑتی ہے۔ تو معرفت ایسے کیسے مل جائے گی؟</w:t>
      </w:r>
    </w:p>
    <w:p>
      <w:r>
        <w:rPr>
          <w:b/>
        </w:rPr>
        <w:t xml:space="preserve">[47:44] </w:t>
      </w:r>
      <w:r>
        <w:t>to iske liye aap sab se pehle to aap study kariye, phir is par ghor-o-fikr kariye, aur is par logon se baat cheet kariye, discussion kariye.</w:t>
      </w:r>
    </w:p>
    <w:p>
      <w:pPr>
        <w:jc w:val="right"/>
      </w:pPr>
      <w:r>
        <w:t>تو اس کے لیے آپ سب سے پہلے تو آپ اسٹڈی کریے، پھر اس پر غور و فکر کریے، اور اس پر لوگوں سے بات چیت کریے، ڈسکشن کریے۔</w:t>
      </w:r>
    </w:p>
    <w:p>
      <w:r>
        <w:rPr>
          <w:b/>
        </w:rPr>
        <w:t xml:space="preserve">[47:53] </w:t>
      </w:r>
      <w:r>
        <w:t>aur chhote chhote program bhi aap kar sakte hain. bohat sare aisa hota hai ke family mein hi log hote hain, rishtedar hote hain, dost hote hain.</w:t>
      </w:r>
    </w:p>
    <w:p>
      <w:pPr>
        <w:jc w:val="right"/>
      </w:pPr>
      <w:r>
        <w:t>اور چھوٹے چھوٹے پروگرام بھی آپ کر سکتے ہیں۔ بہت سارے ایسا ہوتا ہے کہ فیملی میں ہی لوگ ہوتے ہیں، رشتہ دار ہوتے ہیں، دوست ہوتے ہیں۔</w:t>
      </w:r>
    </w:p>
    <w:p>
      <w:r>
        <w:rPr>
          <w:b/>
        </w:rPr>
        <w:t xml:space="preserve">[48:03] </w:t>
      </w:r>
      <w:r>
        <w:t>unko bulaiye, in discussion kijiye. to is tareeqe se baatein jo hain na, bohat zyada gehrai se dimaagh mein baithti hain. to tabhi allah se qurbat hogi.</w:t>
      </w:r>
    </w:p>
    <w:p>
      <w:pPr>
        <w:jc w:val="right"/>
      </w:pPr>
      <w:r>
        <w:t>ان کو بلائیے، ان ڈسکشن کریے۔ تو اس طریقے سے باتیں جو ہیں نا، بہت زیادہ گہرائی سے دماغ میں بیٹھتی ہیں۔ تو تبھی اللہ سے قربت ہوگی۔</w:t>
      </w:r>
    </w:p>
    <w:p>
      <w:r>
        <w:rPr>
          <w:b/>
        </w:rPr>
        <w:t xml:space="preserve">[48:14] </w:t>
      </w:r>
      <w:r>
        <w:t>to phir aap ko marifat aap ko hasil hone lagegi. allah se qurbat zaroori hai, jisko spiritual provision kehte hain.</w:t>
      </w:r>
    </w:p>
    <w:p>
      <w:pPr>
        <w:jc w:val="right"/>
      </w:pPr>
      <w:r>
        <w:t>تو پھر آپ کو معرفت آپ کو حاصل ہونے لگے گی۔ اللہ سے قربت ضروری ہے، جس کو سپریچول پروویژن کہتے ہیں۔</w:t>
      </w:r>
    </w:p>
    <w:p>
      <w:r>
        <w:rPr>
          <w:b/>
        </w:rPr>
        <w:t xml:space="preserve">[48:25] </w:t>
      </w:r>
      <w:r>
        <w:t>to yeh sab aap karenge to phir aap ko spiritual provision mein se hissa milne lagega.</w:t>
      </w:r>
    </w:p>
    <w:p>
      <w:pPr>
        <w:jc w:val="right"/>
      </w:pPr>
      <w:r>
        <w:t>تو یہ سب آپ کریں گے تو پھر آپ کو سپریچول پروویژن میں سے حصہ ملنے لگے گا۔</w:t>
      </w:r>
    </w:p>
    <w:p>
      <w:r>
        <w:rPr>
          <w:b/>
        </w:rPr>
        <w:t xml:space="preserve">[48:36] </w:t>
      </w:r>
      <w:r>
        <w:t>aaj kal jo khuda ki marifat se doori ka aik aham reason yeh hai ke hum dekhte hain ke hamare bhai hamare saath koi takleef deh kaam kar jaate hain to hum usko le kar baith jaate hain.</w:t>
      </w:r>
    </w:p>
    <w:p>
      <w:pPr>
        <w:jc w:val="right"/>
      </w:pPr>
      <w:r>
        <w:t>آج کل جو خدا کی معرفت سے دوری کا ایک اہم ریزن یہ ہے کہ ہم دیکھتے ہیں کہ ہمارے بھائی ہمارے ساتھ کوئی تکلیف دہ کام کر جاتے ہیں تو ہم اس کو لے کر بیٹھ جاتے ہیں۔</w:t>
      </w:r>
    </w:p>
    <w:p>
      <w:r>
        <w:rPr>
          <w:b/>
        </w:rPr>
        <w:t xml:space="preserve">[48:46] </w:t>
      </w:r>
      <w:r>
        <w:t>samajhte hain yahi asal cheez hai. rasool allah salallahu alaihi wasallam ke zamane mein bhi jitna aaj hum ko raha is se zyada hua. aap jante hain ke hijrat ke mauqe par rasool allah salallahu alaihi wasallam jab nikle to sab log aap ko talash kar rahe the.</w:t>
      </w:r>
    </w:p>
    <w:p>
      <w:pPr>
        <w:jc w:val="right"/>
      </w:pPr>
      <w:r>
        <w:t>سمجھتے ہیں یہی اصل چیز ہے۔ رسول اللہ صلی اللہ علیہ وسلم کے زمانے میں بھی جتنا آج ہم کو رہا اس سے زیادہ ہوا۔ آپ جانتے ہیں کہ ہجرت کے موقع پر رسول اللہ صلی اللہ علیہ وسلم جب نکلے تو سب لوگ آپ کو تلاش کر رہے تھے۔</w:t>
      </w:r>
    </w:p>
    <w:p>
      <w:r>
        <w:rPr>
          <w:b/>
        </w:rPr>
        <w:t xml:space="preserve">[49:01] </w:t>
      </w:r>
      <w:r>
        <w:t>ghaar mein chale gaye, ghaar-e-soor mein. to woh log talash karte karte ghaar ke munh par aa gaye. us waqt hazrat abubakar ne yeh kaha tha: "allah ke rasool! agar woh apne qadam ko bhi dekhein to hum ko dekh lenge." lekin rasool allah salallahu alaihi wasallam ne is par dhyan nahi diya.</w:t>
      </w:r>
    </w:p>
    <w:p>
      <w:pPr>
        <w:jc w:val="right"/>
      </w:pPr>
      <w:r>
        <w:t>غار میں چلے گئے، غار ثور میں۔ تو وہ لوگ تلاش کرتے کرتے غار کے منہ پر آ گئے۔ اس وقت حضرت ابوبکر نے یہ کہا تھا: "اللہ کے رسول! اگر وہ اپنے قدم کو بھی دیکھیں تو ہم کو دیکھ لیں گے۔" لیکن رسول اللہ صلی اللہ علیہ وسلم نے اس پر دھیان نہیں دیا۔</w:t>
      </w:r>
    </w:p>
    <w:p>
      <w:r>
        <w:rPr>
          <w:b/>
        </w:rPr>
        <w:t xml:space="preserve">[49:14] </w:t>
      </w:r>
      <w:r>
        <w:t>bilkul yeh kaha: "la tahzan, inna allaha ma'ana." gham na karo, allah taala hamare saath hai. iske muqable mein dekhiye, abhi jis pas manzar mein baat ho rahi hai ke rasool allah salallahu alaihi wasallam kehte hain ke hazrat aisha kehti hain ke rasool allah salallahu alaihi wasallam jab bhi koi badal dekhte ya koi tabdeeli dekhte, aafat jaisi, bohat pareshan hote,</w:t>
      </w:r>
    </w:p>
    <w:p>
      <w:pPr>
        <w:jc w:val="right"/>
      </w:pPr>
      <w:r>
        <w:t>بالکل یہ کہا: "لا تحزن، ان اللہ معنا۔" غم نہ کرو، اللہ تعالی ہمارے ساتھ ہے۔ اس کے مقابلے میں دیکھیے، ابھی جس پس منظر میں بات ہو رہی ہے کہ رسول اللہ صلی اللہ علیہ وسلم کہتے ہیں کہ حضرت عائشہ کہتی ہیں کہ رسول اللہ صلی اللہ علیہ وسلم جب بھی کوئی بادل دیکھتے یا کوئی تبدیلی دیکھتے، افت جیسی، بہت پریشان ہوتے،</w:t>
      </w:r>
    </w:p>
    <w:p>
      <w:r>
        <w:rPr>
          <w:b/>
        </w:rPr>
        <w:t xml:space="preserve">[49:37] </w:t>
      </w:r>
      <w:r>
        <w:t>bohat pareshan hote, darte rehte, duayein karte rehte ke allah taala is se khair nazil farmaye, is se khair nazil farma karte rehte. to aik taraf dekhiye, insaan ki jo takleef deh baatein thi, usko bhula diya, khuda ko uske muqable mein yaad kiya.</w:t>
      </w:r>
    </w:p>
    <w:p>
      <w:pPr>
        <w:jc w:val="right"/>
      </w:pPr>
      <w:r>
        <w:t>بہت پریشان ہوتے، ڈرتے رہتے، دعائیں کرتے رہتے کہ اللہ تعالی اس سے خیر نازل فرمائے، اس سے خیر نازل فرما کرتے رہتے۔ تو ایک طرف دیکھیے، انسان کی جو تکلیف دہ باتیں تھیں، اس کو بھلا دیا، خدا کو اس کے مقابلے میں یاد کیا۔</w:t>
      </w:r>
    </w:p>
    <w:p>
      <w:r>
        <w:rPr>
          <w:b/>
        </w:rPr>
        <w:t xml:space="preserve">[49:52] </w:t>
      </w:r>
      <w:r>
        <w:t>lekin jab khuda ki taraf se koi aafat jaisi koi cheez dekhte to bohat dar jaate the rasool allah salallahu alaihi wasallam. to yeh cheezein hain ke hum aaj hum shikayatein karte hain ke hum ko falan yeh nahi de raha, hum ko huqooq nahi mil rahe.</w:t>
      </w:r>
    </w:p>
    <w:p>
      <w:pPr>
        <w:jc w:val="right"/>
      </w:pPr>
      <w:r>
        <w:t>لیکن جب خدا کی طرف سے کوئی افت جیسی کوئی چیز دیکھتے تو بہت ڈر جاتے تھے رسول اللہ صلی اللہ علیہ وسلم۔ تو یہ چیزیں ہیں کہ ہم آج ہم شکایتیں کرتے ہیں کہ ہم کو فلاں یہ نہیں دے رہا، ہم کو حقوق نہیں مل رہے۔</w:t>
      </w:r>
    </w:p>
    <w:p>
      <w:r>
        <w:rPr>
          <w:b/>
        </w:rPr>
        <w:t xml:space="preserve">[50:04] </w:t>
      </w:r>
      <w:r>
        <w:t>yeh sab cheezon ko bhulana hai hum ko taake hum khuda ko yaad karein. insaan bohat sari cheezon ko yaad nahi kar sakta. ya to woh yaad karega dunya ki cheezon ko ya akhirat ki cheezon ko yaad karega.</w:t>
      </w:r>
    </w:p>
    <w:p>
      <w:pPr>
        <w:jc w:val="right"/>
      </w:pPr>
      <w:r>
        <w:t>یہ سب چیزوں کو بھلانا ہے ہم کو تاکہ ہم خدا کو یاد کریں۔ انسان بہت ساری چیزوں کو یاد نہیں کر سکتا۔ یا تو وہ یاد کرے گا دنیا کی چیزوں کو یا آخرت کی چیزوں کو یاد کرے گا۔</w:t>
      </w:r>
    </w:p>
    <w:p>
      <w:r>
        <w:rPr>
          <w:b/>
        </w:rPr>
        <w:t xml:space="preserve">[50:16] </w:t>
      </w:r>
      <w:r>
        <w:t>to yeh hum ko faisla karna hai. agar hum ko akhirat ki cheezon ko yaad karna hai, marifat ko yaad karna hai to hum ko bhulana padega dunya ki takleefon ko, insaan ki takleefon ko, museebaton ko bhulana padega.</w:t>
      </w:r>
    </w:p>
    <w:p>
      <w:pPr>
        <w:jc w:val="right"/>
      </w:pPr>
      <w:r>
        <w:t>تو یہ ہم کو فیصلہ کرنا ہے۔ اگر ہم کو آخرت کی چیزوں کو یاد کرنا ہے، معرفت کو یاد کرنا ہے تو ہم کو بھلانا پڑے گا دنیا کی تکلیفوں کو، انسان کی تکلیفوں کو، مصیبتوں کو بھلانا پڑے گا۔</w:t>
      </w:r>
    </w:p>
    <w:p>
      <w:r>
        <w:rPr>
          <w:b/>
        </w:rPr>
        <w:t xml:space="preserve">[50:27] </w:t>
      </w:r>
      <w:r>
        <w:t>apa, agla sawal lena chahunga. yeh sawal bheja hai miss halima ne. unhone likha hai ke mera sawal hai ke qyamat ke qareeb quran pak ke alfaaz mita diye jayenge to kya jinhone quran hifz kiya hai,</w:t>
      </w:r>
    </w:p>
    <w:p>
      <w:pPr>
        <w:jc w:val="right"/>
      </w:pPr>
      <w:r>
        <w:t>آپا، اگلا سوال لینا چاہوں گا۔ یہ سوال بھیجا ہے مس حلیمہ نے۔ انہوں نے لکھا ہے کہ میرا سوال ہے کہ قیامت کے قریب قرآن پاک کے الفاظ مٹا دیے جائیں گے تو کیا جنہوں نے قرآن حفظ کیا ہے،</w:t>
      </w:r>
    </w:p>
    <w:p>
      <w:r>
        <w:rPr>
          <w:b/>
        </w:rPr>
        <w:t xml:space="preserve">[50:46] </w:t>
      </w:r>
      <w:r>
        <w:t>woh bhi woh bhi usko bhool jayenge? iske bare mein batayein. woh mita diye jayenge yeh nahi ke ab jo print edition hota hai ya jo seenon mein logon ko woh mit jayega, balke iska matlab yeh hai ke jo uski spirit nadarad hogi.</w:t>
      </w:r>
    </w:p>
    <w:p>
      <w:pPr>
        <w:jc w:val="right"/>
      </w:pPr>
      <w:r>
        <w:t>وہ بھی وہ بھی اس کو بھول جائیں گے؟ اس کے بارے میں بتائیں۔ وہ مٹا دیے جائیں گے یہ نہیں کہ اب جو پرنٹ ایڈیشن ہوتا ہے یا جو سینوں میں لوگوں کو وہ مٹ جائے گا، بلکہ اس کا مطلب یہ ہے کہ جو اس کی سپرٹ ندارد ہوگی۔</w:t>
      </w:r>
    </w:p>
    <w:p>
      <w:r>
        <w:rPr>
          <w:b/>
        </w:rPr>
        <w:t xml:space="preserve">[51:04] </w:t>
      </w:r>
      <w:r>
        <w:t>log spirit se mehroom ho jayenge. sirf alfaaz padhenge, usko to yeh yaad karenge, usko namazon mein dohraenge, lekin uske, uski jo hai, uske jo maani aur matlab hain aur tadabbur, yeh sab nahi karenge.</w:t>
      </w:r>
    </w:p>
    <w:p>
      <w:pPr>
        <w:jc w:val="right"/>
      </w:pPr>
      <w:r>
        <w:t>لوگ سپرٹ سے محروم ہو جائیں گے۔ صرف الفاظ پڑھیں گے، اس کو تو یہ یاد کریں گے، اس کو نمازوں میں دہرائیں گے، لیکن اس کے، اس کی جو ہے، اس کے جو معنی اور مطلب ہیں اور تدبر ہے، یہ سب نہیں کریں گے۔</w:t>
      </w:r>
    </w:p>
    <w:p>
      <w:r>
        <w:rPr>
          <w:b/>
        </w:rPr>
        <w:t xml:space="preserve">[51:20] </w:t>
      </w:r>
      <w:r>
        <w:t>sirf sirf is ko dohra lena, is ko kafi samjhenge. aaj kal yahi ho hi raha hai. abhi qayamat to qareeb hai hi, yeh sab to ho hi raha hai.</w:t>
      </w:r>
    </w:p>
    <w:p>
      <w:pPr>
        <w:jc w:val="right"/>
      </w:pPr>
      <w:r>
        <w:t>صرف صرف اس کو دہرا لینا، اس کو کافی سمجھیں گے۔ آج کل یہی ہو ہی رہا ہے۔ ابھی قیامت تو قریب ہے ہی، یہ سب تو ہو ہی رہا ہے۔</w:t>
      </w:r>
    </w:p>
    <w:p>
      <w:r>
        <w:rPr>
          <w:b/>
        </w:rPr>
        <w:t xml:space="preserve">[51:30] </w:t>
      </w:r>
      <w:r>
        <w:t>aap dekhiye ke jo log jo hain, paanch waqt namaz padhte hain, namaz ke baad kya karte hain? namaz ke baad thori der ke liye bhi woh yaad nahi karte ke namaz mein kya padh kar aaye hain.</w:t>
      </w:r>
    </w:p>
    <w:p>
      <w:pPr>
        <w:jc w:val="right"/>
      </w:pPr>
      <w:r>
        <w:t>آپ دیکھیے کہ جو لوگ جو ہیں، پانچ وقت نماز پڑھتے ہیں، نماز کے بعد کیا کرتے ہیں؟ نماز کے بعد تھوڑی دیر کے لیے بھی وہ یاد نہیں کرتے کہ نماز میں کیا پڑھ کر آئے ہیں۔</w:t>
      </w:r>
    </w:p>
    <w:p>
      <w:r>
        <w:rPr>
          <w:b/>
        </w:rPr>
        <w:t xml:space="preserve">[51:41] </w:t>
      </w:r>
      <w:r>
        <w:t>to pehle aisa nahi hota tha. pehle log jo hain, saara saara din jo hain, woh jo chand aayaton par ghaur karte rehte the. rasool Allah sal Allah alaih wasallam jab raat ko quran padhte the to ek ek aayat par woh ghanta ghanta bhar sochte rehte the.</w:t>
      </w:r>
    </w:p>
    <w:p>
      <w:pPr>
        <w:jc w:val="right"/>
      </w:pPr>
      <w:r>
        <w:t>تو پہلے ایسا نہیں ہوتا تھا۔ پہلے لوگ جو ہیں، سارا سارا دن جو ہیں، وہ جو چند آیتوں پر غور کرتے رہتے تھے۔ رسول اللہ صلی اللہ علیہ وسلم جب رات کو قرآن پڑھتے تھے تو ایک ایک آیت پر وہ گھنٹہ گھنٹہ بھر سوچتے رہتے تھے۔</w:t>
      </w:r>
    </w:p>
    <w:p>
      <w:r>
        <w:rPr>
          <w:b/>
        </w:rPr>
        <w:t xml:space="preserve">[51:58] </w:t>
      </w:r>
      <w:r>
        <w:t>to aaj aisa kaun karta hai? yeh matlab hai ke mita dena. to is par woh arabi mein aap bata dijiye jo hadith mein aaya hai: "lam yabqa min al-islami illa ismuhu wa lam yabqa min al-qurani illa rasmuhu.</w:t>
      </w:r>
    </w:p>
    <w:p>
      <w:pPr>
        <w:jc w:val="right"/>
      </w:pPr>
      <w:r>
        <w:t>تو آج ایسا کون کرتا ہے؟ یہ مطلب ہے کہ مٹا دینا۔ تو اس پر وہ عربی میں آپ بتا دیجئے جو حدیث میں آیا ہے: "لم یبق من الاسلام الا اسمہ ولم یبق من القرآن الا رسمہ۔</w:t>
      </w:r>
    </w:p>
    <w:p>
      <w:r>
        <w:rPr>
          <w:b/>
        </w:rPr>
        <w:t xml:space="preserve">[52:10] </w:t>
      </w:r>
      <w:r>
        <w:t>masajid aamira wa hi kharab min al-huda. ulama sharr taht min adim al-samaa." shuab al-iman ki hadith hai ke islam ke naam par sirf uska naam rahega, quran ke naam par sirf uske alfaaz rahenge.</w:t>
      </w:r>
    </w:p>
    <w:p>
      <w:pPr>
        <w:jc w:val="right"/>
      </w:pPr>
      <w:r>
        <w:t>مساجد عامرہ وحی خراب من الہدی۔ علماء شر تحت من عدیم السمائے۔" شعاب الایمان کی حدیث ہے کہ اسلام کے نام پر صرف اس کا نام رہے گا، قرآن کے نام پر صرف اس کے الفاظ رہیں گے۔</w:t>
      </w:r>
    </w:p>
    <w:p>
      <w:r>
        <w:rPr>
          <w:b/>
        </w:rPr>
        <w:t xml:space="preserve">[52:26] </w:t>
      </w:r>
      <w:r>
        <w:t>masajid to khoob abad honge lekin woh hidayat se khali honge. in ko ulama, ulama aasman ke neeche sab se bure makhlooq honge. to yahi matlab hai iska ke ulama jo rahenge, jis ko aalim kehna chahiye, woh to khatam ho jayenge.</w:t>
      </w:r>
    </w:p>
    <w:p>
      <w:pPr>
        <w:jc w:val="right"/>
      </w:pPr>
      <w:r>
        <w:t>مساجد تو خوب آباد ہوں گے لیکن وہ ہدایت سے خالی ہوں گے۔ ان کو علماء، علماء آسمان کے نیچے سب سے برے مخلوق ہوں گے۔ تو یہی مطلب ہے اس کا کہ علماء جو رہیں گے، جس کو عالم کہنا چاہیے، وہ تو ختم ہو جائیں گے۔</w:t>
      </w:r>
    </w:p>
    <w:p>
      <w:r>
        <w:rPr>
          <w:b/>
        </w:rPr>
        <w:t xml:space="preserve">[52:43] </w:t>
      </w:r>
      <w:r>
        <w:t>bas woh log rahenge jinka maqsad hoga dunya kamana, jinka maqsad hoga dunya mein kuch hasil karna. aise log rahenge jo manne wale bhi rahenge aur bas rasam ke taur par manenge.</w:t>
      </w:r>
    </w:p>
    <w:p>
      <w:pPr>
        <w:jc w:val="right"/>
      </w:pPr>
      <w:r>
        <w:t>بس وہ لوگ رہیں گے جن کا مقصد ہوگا دنیا کمانا، جن کا مقصد ہوگا دنیا میں کچھ حاصل کرنا۔ ایسے لوگ رہیں گے جو ماننے والے بھی رہیں گے اور بس رسم کے طور پر مانیں گے۔</w:t>
      </w:r>
    </w:p>
    <w:p>
      <w:r>
        <w:rPr>
          <w:b/>
        </w:rPr>
        <w:t xml:space="preserve">[52:54] </w:t>
      </w:r>
      <w:r>
        <w:t>jo is musalman ghar mein paida ho gaye the, woh log rahenge. islam ko daryaft kar ke Khuda ko daryaft karne wale musalman nahi rahenge.</w:t>
      </w:r>
    </w:p>
    <w:p>
      <w:pPr>
        <w:jc w:val="right"/>
      </w:pPr>
      <w:r>
        <w:t>جو اس مسلمان گھر میں پیدا ہوگئے تھے، وہ لوگ رہیں گے۔ اسلام کو دریافت کر کے خدا کو دریافت کرنے والے مسلمان نہیں رہیں گے۔</w:t>
      </w:r>
    </w:p>
    <w:p>
      <w:r>
        <w:rPr>
          <w:b/>
        </w:rPr>
        <w:t xml:space="preserve">[53:03] </w:t>
      </w:r>
      <w:r>
        <w:t>yeh matlab hai iska. apa, yeh ek sawal bheja hai kashmir se aasim abbasi sahab ne. unhone aapse poocha hai ke roohaniyat kya hai?</w:t>
      </w:r>
    </w:p>
    <w:p>
      <w:pPr>
        <w:jc w:val="right"/>
      </w:pPr>
      <w:r>
        <w:t>یہ مطلب ہے اس کا۔ آپا، یہ ایک سوال بھیجا ہے کشمیر سے عاصم عباسی صاحب نے۔ انہوں نے آپ سے پوچھا ہے کہ روحانیت کیا ہے؟</w:t>
      </w:r>
    </w:p>
    <w:p>
      <w:r>
        <w:rPr>
          <w:b/>
        </w:rPr>
        <w:t xml:space="preserve">[53:15] </w:t>
      </w:r>
      <w:r>
        <w:t>is ke bare mein kuch batayein. asal mein ek hai insaan ka physical self aur ek hai spiritual self. body and soul ka majmooa hai insaan.</w:t>
      </w:r>
    </w:p>
    <w:p>
      <w:pPr>
        <w:jc w:val="right"/>
      </w:pPr>
      <w:r>
        <w:t>اس کے بارے میں کچھ بتائیں۔ اصل میں ایک ہے انسان کا فزیکل سیلف اور ایک ہے سپریچول سیلف۔ باڈی اینڈ سول کا مجموعہ ہے انسان۔</w:t>
      </w:r>
    </w:p>
    <w:p>
      <w:r>
        <w:rPr>
          <w:b/>
        </w:rPr>
        <w:t xml:space="preserve">[53:25] </w:t>
      </w:r>
      <w:r>
        <w:t>to hum kya kar rahe hain? body ko to khoob khoob feed karte hain aur soul ko feed nahi karte hain. to isi soul ko jab hum feed karenge, woh isi se hota hai ke Khuda ki baatein karein, Khuda quran padhein, is ko samjhein aur Khuda se taalluq banayein, duaayein karein.</w:t>
      </w:r>
    </w:p>
    <w:p>
      <w:pPr>
        <w:jc w:val="right"/>
      </w:pPr>
      <w:r>
        <w:t>تو ہم کیا کر رہے ہیں؟ باڈی کو تو خوب خوب فیڈ کرتے ہیں اور سول کو فیڈ نہیں کرتے ہیں۔ تو اسی سول کو جب ہم فیڈ کریں گے، وہ اسی سے ہوتا ہے کہ خدا کی باتیں کریں، خدا قرآن پڑھیں، اس کو سمجھیں اور خدا سے تعلق بنائیں، دعائیں کریں۔</w:t>
      </w:r>
    </w:p>
    <w:p>
      <w:r>
        <w:rPr>
          <w:b/>
        </w:rPr>
        <w:t xml:space="preserve">[53:43] </w:t>
      </w:r>
      <w:r>
        <w:t>to yeh sab isi mein ghaur o fikr karein. to is se jo hum ko jo is spiritual provision milta hai, spiritual food milta hai, wahi roohaniyat hai.</w:t>
      </w:r>
    </w:p>
    <w:p>
      <w:pPr>
        <w:jc w:val="right"/>
      </w:pPr>
      <w:r>
        <w:t>تو یہ سب اسی میں غور و فکر کریں۔ تو اس سے جو ہم کو جو اس سپریچول پروویژن ملتا ہے، سپریچول فوڈ ملتا ہے، وہی روحانیت ہے۔</w:t>
      </w:r>
    </w:p>
    <w:p>
      <w:r>
        <w:rPr>
          <w:b/>
        </w:rPr>
        <w:t xml:space="preserve">[53:55] </w:t>
      </w:r>
      <w:r>
        <w:t>to humein chahiye ke musalsal is mein apna waqt lagayein, apna dhyan lagayein aur need based life.</w:t>
      </w:r>
    </w:p>
    <w:p>
      <w:pPr>
        <w:jc w:val="right"/>
      </w:pPr>
      <w:r>
        <w:t>تو ہمیں چاہیے کہ مسلسل اس میں اپنا وقت لگائیں، اپنا دھیان لگائیں اور نیڈ بیسڈ لائف۔</w:t>
      </w:r>
    </w:p>
    <w:p>
      <w:r>
        <w:rPr>
          <w:b/>
        </w:rPr>
        <w:t xml:space="preserve">[54:06] </w:t>
      </w:r>
      <w:r>
        <w:t>jo Maulana keh dete hain: "simple living, high thinking." to bas wahi hum logon ko guzarna hoga, need based life aur baqi tamam waqt jo hai, woh marifat mein guzarna hai.</w:t>
      </w:r>
    </w:p>
    <w:p>
      <w:pPr>
        <w:jc w:val="right"/>
      </w:pPr>
      <w:r>
        <w:t>جو مولانا کہہ دیتے ہیں: "سمپل لیونگ، ہائی تھنکنگ۔" تو بس وہی ہم لوگوں کو گزارنا ہوگا، نیڈ بیسڈ لائف اور باقی تمام وقت جو ہے، وہ معرفت میں گزارنا ہے۔</w:t>
      </w:r>
    </w:p>
    <w:p>
      <w:r>
        <w:rPr>
          <w:b/>
        </w:rPr>
        <w:t xml:space="preserve">[54:18] </w:t>
      </w:r>
      <w:r>
        <w:t>to yahi roohaniyat hai. to Maulana, woh woh roohaniyat jo tasawwuf wali hai, us ko nahi mante the kyunke woh to sirf hamein extasy tak le jati hai.</w:t>
      </w:r>
    </w:p>
    <w:p>
      <w:pPr>
        <w:jc w:val="right"/>
      </w:pPr>
      <w:r>
        <w:t>تو یہی روحانیت ہے۔ تو مولانا، وہ وہ روحانیت جو تصوف والی ہے، اس کو نہیں مانتے تھے کیونکہ وہ تو صرف ہمیں ایکسٹسی تک لے جاتی ہے۔</w:t>
      </w:r>
    </w:p>
    <w:p>
      <w:r>
        <w:rPr>
          <w:b/>
        </w:rPr>
        <w:t xml:space="preserve">[54:30] </w:t>
      </w:r>
      <w:r>
        <w:t>woh ek spiritual, ek trance hota hai. isi ko woh roohaniyat samajhte hain. roohaniyat yeh nahi hai. roohaniyat hamein spiritual food, intellectual food jo hamein milta hai, Khuda ki baaton mein ghaur o fikr karne se aur Khuda ki jo nishaniyan kainat mein hain, us mein ghaur o fikr karne se jo spiritual food milta hai, woh us se hamari roohaniyat, yani hamari soul, musalsal taraqqi karti rehti hai.</w:t>
      </w:r>
    </w:p>
    <w:p>
      <w:pPr>
        <w:jc w:val="right"/>
      </w:pPr>
      <w:r>
        <w:t>وہ ایک سپریچول، ایک ٹرانس ہوتا ہے۔ اسی کو وہ روحانیت سمجھتے ہیں۔ روحانیت یہ نہیں ہے۔ روحانیت ہمیں سپریچول فوڈ، انٹلیکچول فوڈ جو ہمیں ملتا ہے، خدا کی باتوں میں غور و فکر کرنے سے اور خدا کی جو نشانیاں کائنات میں ہیں، اس میں غور و فکر کرنے سے جو سپریچول فوڈ ملتا ہے، وہ اس سے ہماری روحانیت، یعنی ہماری سول، مسلسل ترقی کرتی رہتی ہے۔</w:t>
      </w:r>
    </w:p>
    <w:p>
      <w:r>
        <w:rPr>
          <w:b/>
        </w:rPr>
        <w:t xml:space="preserve">[54:56] </w:t>
      </w:r>
      <w:r>
        <w:t>to woh taraqqi karte karte is mein phir hum ko marifat hasil hone lag jati hai. jaise Hazrat Maryam ke paas jab Hazrat Zakariya aate the to woh kehte the ke tum ko yeh sab rizq kahan se milta hai?</w:t>
      </w:r>
    </w:p>
    <w:p>
      <w:pPr>
        <w:jc w:val="right"/>
      </w:pPr>
      <w:r>
        <w:t>تو وہ ترقی کرتے کرتے اس میں پھر ہم کو معرفت حاصل ہونے لگ جاتی ہے۔ جیسے حضرت مریم کے پاس جب حضرت زکریا آتے تھے تو وہ کہتے تھے کہ تم کو یہ سب رزق کہاں سے ملتا ہے؟</w:t>
      </w:r>
    </w:p>
    <w:p>
      <w:r>
        <w:rPr>
          <w:b/>
        </w:rPr>
        <w:t xml:space="preserve">[55:11] </w:t>
      </w:r>
      <w:r>
        <w:t>to log samajhte nahi. log samajhte the koi baqayda tafseeron mein likha hua hai ke tray mein phal rakh rakh ke jannat se aate the.</w:t>
      </w:r>
    </w:p>
    <w:p>
      <w:pPr>
        <w:jc w:val="right"/>
      </w:pPr>
      <w:r>
        <w:t>تو لوگ سمجھتے نہیں۔ لوگ سمجھتے تھے کوئی باقاعدہ تفسیروں میں لکھا ہوا ہے کہ ٹرے میں پھل رکھ رکھ کے جنت سے آتے تھے۔</w:t>
      </w:r>
    </w:p>
    <w:p>
      <w:r>
        <w:rPr>
          <w:b/>
        </w:rPr>
        <w:t xml:space="preserve">[55:21] </w:t>
      </w:r>
      <w:r>
        <w:t>ab aap sochiye ke paighambaron, paighambar bhooka rehta tha, us ke liye to tray mein phal nahi aaye. to Hazrat Maryam ke liye phal aate the.</w:t>
      </w:r>
    </w:p>
    <w:p>
      <w:pPr>
        <w:jc w:val="right"/>
      </w:pPr>
      <w:r>
        <w:t>اب آپ سوچیے کہ پیغمبروں، پیغمبر بھوکا رہتا تھا، اس کے لیے تو ٹرے میں پھل نہیں آئے۔ تو حضرت مریم کے لیے پھل آتے تھے۔</w:t>
      </w:r>
    </w:p>
    <w:p>
      <w:r>
        <w:rPr>
          <w:b/>
        </w:rPr>
        <w:t xml:space="preserve">[55:29] </w:t>
      </w:r>
      <w:r>
        <w:t>to balkeh woh spiritual food hota tha. Maulana ne likha hai ke woh spiritual food hota tha. is ko woh kehte the tum ko yeh rizq kahan se milta hai?</w:t>
      </w:r>
    </w:p>
    <w:p>
      <w:pPr>
        <w:jc w:val="right"/>
      </w:pPr>
      <w:r>
        <w:t>تو بلکہ وہ سپریچول فوڈ ہوتا تھا۔ مولانا نے لکھا ہے کہ وہ سپریچول فوڈ ہوتا تھا۔ اس کو وہ کہتے تھے تم کو یہ رزق کہاں سے ملتا ہے؟</w:t>
      </w:r>
    </w:p>
    <w:p>
      <w:r>
        <w:rPr>
          <w:b/>
        </w:rPr>
        <w:t xml:space="preserve">[55:39] </w:t>
      </w:r>
      <w:r>
        <w:t>to ab woh to full time ibadat mein lagi rehti thi. to jo bhi aisa karega, Allah Ta'ala ko apne tamam bando se equal mohabbat hai.</w:t>
      </w:r>
    </w:p>
    <w:p>
      <w:pPr>
        <w:jc w:val="right"/>
      </w:pPr>
      <w:r>
        <w:t>تو اب وہ تو فل ٹائم عبادت میں لگی رہتی تھی۔ تو جو بھی ایسا کرے گا، اللہ تعالی کو اپنے تمام بندوں سے ایکول محبت ہے۔</w:t>
      </w:r>
    </w:p>
    <w:p>
      <w:r>
        <w:rPr>
          <w:b/>
        </w:rPr>
        <w:t xml:space="preserve">[55:49] </w:t>
      </w:r>
      <w:r>
        <w:t>yeh nahi ke kisi ke liye hai, kisi ke liye nahi hai. to jo bhi Allah ke liye apne aap ko waqf karega, Allah ki baaton ko samajhne ke liye poora dhyan lagayega, to us ko spiritual food milega.</w:t>
      </w:r>
    </w:p>
    <w:p>
      <w:pPr>
        <w:jc w:val="right"/>
      </w:pPr>
      <w:r>
        <w:t>یہ نہیں کہ کسی کے لیے ہے، کسی کے لیے نہیں ہے۔ تو جو بھی اللہ کے لیے اپنے آپ کو وقف کرے گا، اللہ کی باتوں کو سمجھنے کے لیے پورا دھیان لگائے گا، تو اس کو سپریچول فوڈ ملے گا۔</w:t>
      </w:r>
    </w:p>
    <w:p>
      <w:r>
        <w:rPr>
          <w:b/>
        </w:rPr>
        <w:t xml:space="preserve">[56:02] </w:t>
      </w:r>
      <w:r>
        <w:t>aur wahi jo hai, wahi roohaniyat hai. islam, quraani roohaniyat wahi hai.</w:t>
      </w:r>
    </w:p>
    <w:p>
      <w:pPr>
        <w:jc w:val="right"/>
      </w:pPr>
      <w:r>
        <w:t>اور وہی جو ہے، وہی روحانیت ہے۔ اسلام، قرآنی روحانیت وہی ہے۔</w:t>
      </w:r>
    </w:p>
    <w:p>
      <w:r>
        <w:rPr>
          <w:b/>
        </w:rPr>
        <w:t xml:space="preserve">[56:11] </w:t>
      </w:r>
      <w:r>
        <w:t>saadi zindagi guzarni chahiye. is par ek hadith mujhe yaad aa rahi hai, woh mein sunata hoon: "man ahabb dunya</w:t>
      </w:r>
    </w:p>
    <w:p>
      <w:pPr>
        <w:jc w:val="right"/>
      </w:pPr>
      <w:r>
        <w:t>سادی زندگی گزارنی چاہیے۔ اس پر ایک حدیث مجھے یاد آ رہی ہے، وہ میں سناتا ہوں: "من احب دنیا</w:t>
      </w:r>
    </w:p>
    <w:p>
      <w:r>
        <w:rPr>
          <w:b/>
        </w:rPr>
        <w:t xml:space="preserve">[56:23] </w:t>
      </w:r>
      <w:r>
        <w:t>akhratahu</w:t>
      </w:r>
    </w:p>
    <w:p>
      <w:pPr>
        <w:jc w:val="right"/>
      </w:pPr>
      <w:r>
        <w:t>آخرتہ</w:t>
      </w:r>
    </w:p>
    <w:p>
      <w:r>
        <w:rPr>
          <w:b/>
        </w:rPr>
        <w:t xml:space="preserve">[56:26] </w:t>
      </w:r>
      <w:r>
        <w:t>ma yafqah" ke jo apni dunya ko zyada chahega, woh apni akhirat ko nuqsan pohanchayega. aur jo apni akhirat ko zyada chahega, woh apni dunya ko nuqsan pohanchayega.</w:t>
      </w:r>
    </w:p>
    <w:p>
      <w:pPr>
        <w:jc w:val="right"/>
      </w:pPr>
      <w:r>
        <w:t>ما یفقہ" کہ جو اپنی دنیا کو زیادہ چاہے گا، وہ اپنی آخرت کو نقصان پہنچائے گا۔ اور جو اپنی آخرت کو زیادہ چاہے گا، وہ اپنی دنیا کو نقصان پہنچائے گا۔</w:t>
      </w:r>
    </w:p>
    <w:p>
      <w:r>
        <w:rPr>
          <w:b/>
        </w:rPr>
        <w:t xml:space="preserve">[56:39] </w:t>
      </w:r>
      <w:r>
        <w:t>to jo hamesha baqi rehni hai, us ko tarjeeh do in cheezon par jo fana hone wali hain, khatam hone wali hain. to rabbaniyat ya rohaniyat, rohaniyat ko hi quran mein rabbaniyat kaha gaya hai.</w:t>
      </w:r>
    </w:p>
    <w:p>
      <w:pPr>
        <w:jc w:val="right"/>
      </w:pPr>
      <w:r>
        <w:t>تو جو ہمیشہ باقی رہنی ہے، اس کو ترجیح دو ان چیزوں پر جو فنا ہونے والی ہیں، ختم ہونے والی ہیں۔ تو ربانیت یا روحانیت، روحانیت کو ہی قرآن میں ربانیت کہا گیا ہے۔</w:t>
      </w:r>
    </w:p>
    <w:p>
      <w:r>
        <w:rPr>
          <w:b/>
        </w:rPr>
        <w:t xml:space="preserve">[56:51] </w:t>
      </w:r>
      <w:r>
        <w:t>rabbaniyat yahi cheez hai ke hamara soul concern hona chahiye, akhirat ko yaad karna, akhirat ko tarjeeh dena hona chahiye. ek waqia yaad aata hai hazrat umar r.a. ka, un ki khilafat ke zamane ka waqia hai ke ek sahab gaye aur un ko kafi bura bhala kehne lage, jo galat tha, magar fact nahi tha.</w:t>
      </w:r>
    </w:p>
    <w:p>
      <w:pPr>
        <w:jc w:val="right"/>
      </w:pPr>
      <w:r>
        <w:t>ربانیت یہی چیز ہے کہ ہمارا سول کنسرن ہونا چاہیے، آخرت کو یاد کرنا، آخرت کو ترجیح دینا ہونا چاہیے۔ ایک واقعہ یاد آتا ہے حضرت عمر رضی اللہ عنہ کا، ان کی خلافت کے زمانے کا واقعہ ہے کہ ایک صاحب گئے اور ان کو کافی برا بھلا کہنے لگے، جو غلط تھا، مگر فیکٹ نہیں تھا۔</w:t>
      </w:r>
    </w:p>
    <w:p>
      <w:r>
        <w:rPr>
          <w:b/>
        </w:rPr>
        <w:t xml:space="preserve">[57:10] </w:t>
      </w:r>
      <w:r>
        <w:t>to hazrat umar ko ghussa aaya. to us us waqt wahan par ek aur sahab khade hue the, unhone kaha: "afi ka</w:t>
      </w:r>
    </w:p>
    <w:p>
      <w:pPr>
        <w:jc w:val="right"/>
      </w:pPr>
      <w:r>
        <w:t>تو حضرت عمر کو غصہ آیا۔ تو اس اس وقت وہاں پر ایک اور صاحب کھڑے ہوئے تھے، انہوں نے کہا: "عافی کا</w:t>
      </w:r>
    </w:p>
    <w:p>
      <w:r>
        <w:rPr>
          <w:b/>
        </w:rPr>
        <w:t xml:space="preserve">[57:22] </w:t>
      </w:r>
      <w:r>
        <w:t>mamla kijiye aur jo nadan hai, us se darguzar kijiye." yeh sunna tha ke hazrat umar bilkul thande ho gaye. yahi cheez akhirat ko yaad karna hai.</w:t>
      </w:r>
    </w:p>
    <w:p>
      <w:pPr>
        <w:jc w:val="right"/>
      </w:pPr>
      <w:r>
        <w:t>معاملہ کیجئے اور جو نادان ہے، اس سے درگزر کیجئے۔" یہ سننا تھا کہ حضرت عمر بالکل ٹھنڈے ہو گئے۔ یہی چیز آخرت کو یاد کرنا ہے۔</w:t>
      </w:r>
    </w:p>
    <w:p>
      <w:r>
        <w:rPr>
          <w:b/>
        </w:rPr>
        <w:t xml:space="preserve">[57:32] </w:t>
      </w:r>
      <w:r>
        <w:t>rohaniyat yahi cheez hai ke jahan hukum aaye ke khuda ka yeh hukum hai, hum bilkul thande ho jayein. hum apne jo jazbat hamare hain, woh thande ho jane chahiye.</w:t>
      </w:r>
    </w:p>
    <w:p>
      <w:pPr>
        <w:jc w:val="right"/>
      </w:pPr>
      <w:r>
        <w:t>روحانیت یہی چیز ہے کہ جہاں حکم آئے کہ خدا کا یہ حکم ہے، ہم بالکل ٹھنڈے ہو جائیں۔ ہم اپنے جو جذبات ہمارے ہیں، وہ ٹھنڈے ہو جانے چاہیے۔</w:t>
      </w:r>
    </w:p>
    <w:p>
      <w:r>
        <w:rPr>
          <w:b/>
        </w:rPr>
        <w:t xml:space="preserve">[57:43] </w:t>
      </w:r>
      <w:r>
        <w:t>asal cheez jo honi chahiye, woh allah aur allah ki yaad aur akhirat ki zindagi honi chahiye hamari. apa, yeh kuch comment parhna chahunga.</w:t>
      </w:r>
    </w:p>
    <w:p>
      <w:pPr>
        <w:jc w:val="right"/>
      </w:pPr>
      <w:r>
        <w:t>اصل چیز جو ہونی چاہیے، وہ اللہ اور اللہ کی یاد اور آخرت کی زندگی ہونی چاہیے ہماری۔ آپا، یہ کچھ کمنٹ پڑھنا چاہوں گا۔</w:t>
      </w:r>
    </w:p>
    <w:p>
      <w:r>
        <w:rPr>
          <w:b/>
        </w:rPr>
        <w:t xml:space="preserve">[57:53] </w:t>
      </w:r>
      <w:r>
        <w:t>yeh comment bheja hai miss sofia akhtar ne. unhone likha hai: "jazak allah khair, aap</w:t>
      </w:r>
    </w:p>
    <w:p>
      <w:pPr>
        <w:jc w:val="right"/>
      </w:pPr>
      <w:r>
        <w:t>یہ کمنٹ بھیجا ہے مس صوفیہ اختر نے۔ انہوں نے لکھا ہے: "جزاک اللہ خیر، آپ</w:t>
      </w:r>
    </w:p>
    <w:p>
      <w:r>
        <w:rPr>
          <w:b/>
        </w:rPr>
        <w:t xml:space="preserve">[58:00] </w:t>
      </w:r>
      <w:r>
        <w:t>a. aap ne hamein akhirat ki yaad dilai. hamein do kaam zaroor karne hain: pehla, zyada se zyada quran samajhna aur doosron tak pohanchana hai.</w:t>
      </w:r>
    </w:p>
    <w:p>
      <w:pPr>
        <w:jc w:val="right"/>
      </w:pPr>
      <w:r>
        <w:t>ا۔ آپ نے ہمیں آخرت کی یاد دلائی۔ ہمیں دو کام ضرور کرنے ہیں: پہلا، زیادہ سے زیادہ قرآن سمجھنا اور دوسروں تک پہنچانا ہے۔</w:t>
      </w:r>
    </w:p>
    <w:p>
      <w:r>
        <w:rPr>
          <w:b/>
        </w:rPr>
        <w:t xml:space="preserve">[58:12] </w:t>
      </w:r>
      <w:r>
        <w:t>doosra, positive friendly environment banana hai. allah hamein distract hone se bachayein, hamein aur naseehat karein." yeh comment bheja hai maulana yaqoob umri ne dilli se.</w:t>
      </w:r>
    </w:p>
    <w:p>
      <w:pPr>
        <w:jc w:val="right"/>
      </w:pPr>
      <w:r>
        <w:t>دوسرا، پوزیٹیو فرینڈلی انوائرمنٹ بنانا ہے۔ اللہ ہمیں ڈسٹریکٹ ہونے سے بچائیں، ہمیں اور نصیحت کریں۔" یہ کمنٹ بھیجا ہے مولانا یعقوب عمری نے دلی سے۔</w:t>
      </w:r>
    </w:p>
    <w:p>
      <w:r>
        <w:rPr>
          <w:b/>
        </w:rPr>
        <w:t xml:space="preserve">[58:24] </w:t>
      </w:r>
      <w:r>
        <w:t>unhone likha hai: "jazak allah, aap</w:t>
      </w:r>
    </w:p>
    <w:p>
      <w:pPr>
        <w:jc w:val="right"/>
      </w:pPr>
      <w:r>
        <w:t>انہوں نے لکھا ہے: "جزاک اللہ، آپ</w:t>
      </w:r>
    </w:p>
    <w:p>
      <w:r>
        <w:rPr>
          <w:b/>
        </w:rPr>
        <w:t xml:space="preserve">[58:28] </w:t>
      </w:r>
      <w:r>
        <w:t>a, for the motivational lecture and making us remember our responsibility towards our self and humanity.</w:t>
      </w:r>
    </w:p>
    <w:p>
      <w:pPr>
        <w:jc w:val="right"/>
      </w:pPr>
      <w:r>
        <w:t>ا، فار دی موٹیویشنل لیکچر اینڈ میکنگ اس ریممبر اور ریسپانسبیلٹی ٹورڈز اور سیلف اینڈ ہیومینٹی۔</w:t>
      </w:r>
    </w:p>
    <w:p>
      <w:r>
        <w:rPr>
          <w:b/>
        </w:rPr>
        <w:t xml:space="preserve">[58:38] </w:t>
      </w:r>
      <w:r>
        <w:t>creating dawah friendly environment is the responsibility of every muslim, uh that that he should do." apa, yeh aakhri sawal lena chahunga aaj ka.</w:t>
      </w:r>
    </w:p>
    <w:p>
      <w:pPr>
        <w:jc w:val="right"/>
      </w:pPr>
      <w:r>
        <w:t>کریٹنگ دعوی فرینڈلی انوائرمنٹ از دا ریسپانسبیلٹی اف ایوری مسلم، اہ دیٹ دیٹ ہی شوڈ ڈو۔" آپا، یہ آخری سوال لینا چاہوں گا آج کا۔</w:t>
      </w:r>
    </w:p>
    <w:p>
      <w:r>
        <w:rPr>
          <w:b/>
        </w:rPr>
        <w:t xml:space="preserve">[58:51] </w:t>
      </w:r>
      <w:r>
        <w:t>yeh bheja hai muhammad mustafa sahab ne. unhone location nahi likhi hai. unka sawal hai:</w:t>
      </w:r>
    </w:p>
    <w:p>
      <w:pPr>
        <w:jc w:val="right"/>
      </w:pPr>
      <w:r>
        <w:t>یہ بھیجا ہے محمد مصطفی صاحب نے۔ انہوں نے لوکیشن نہیں لکھی ہے۔ ان کا سوال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