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Spirituality in Islam January 1, 2006 Maulana Wahiduddin Khan</w:t>
      </w:r>
    </w:p>
    <w:p>
      <w:r>
        <w:t>https://www.youtube.com/watch?v=XO4htFBEkV4</w:t>
      </w:r>
    </w:p>
    <w:p>
      <w:r>
        <w:rPr>
          <w:b/>
        </w:rPr>
        <w:t xml:space="preserve">[00:14] </w:t>
      </w:r>
      <w:r>
        <w:t>bismillah hir rahman nir rahim, wa salallahu ala nabi al kareem. rab ishrah li sadri, wa yassir li amri,</w:t>
      </w:r>
    </w:p>
    <w:p>
      <w:pPr>
        <w:jc w:val="right"/>
      </w:pPr>
      <w:r>
        <w:t>بسم اللہ الرحمن الرحیم، وصلی اللہ علی النبی الکریم۔ رب اشرح لی صدری، ویسر لی امری،</w:t>
      </w:r>
    </w:p>
    <w:p>
      <w:r>
        <w:rPr>
          <w:b/>
        </w:rPr>
        <w:t xml:space="preserve">[00:29] </w:t>
      </w:r>
      <w:r>
        <w:t>wahlul uqdatan min lisani yafqahu qawli.</w:t>
      </w:r>
    </w:p>
    <w:p>
      <w:pPr>
        <w:jc w:val="right"/>
      </w:pPr>
      <w:r>
        <w:t>واحل العقدۃ من لسانی یفقہ قولی۔</w:t>
      </w:r>
    </w:p>
    <w:p>
      <w:r>
        <w:rPr>
          <w:b/>
        </w:rPr>
        <w:t xml:space="preserve">[00:40] </w:t>
      </w:r>
      <w:r>
        <w:t>pichle</w:t>
      </w:r>
    </w:p>
    <w:p>
      <w:pPr>
        <w:jc w:val="right"/>
      </w:pPr>
      <w:r>
        <w:t>پچھلے</w:t>
      </w:r>
    </w:p>
    <w:p>
      <w:r>
        <w:rPr>
          <w:b/>
        </w:rPr>
        <w:t xml:space="preserve">[00:44] </w:t>
      </w:r>
      <w:r>
        <w:t>sunday ko maine spirituality par kuch kaha tha, aaj inshallah dobara spirituality hi ke subject par kuch kehne ki koshish karunga.</w:t>
      </w:r>
    </w:p>
    <w:p>
      <w:pPr>
        <w:jc w:val="right"/>
      </w:pPr>
      <w:r>
        <w:t>سنڈے کو میں نے اسپریچولٹی پر کچھ کہا تھا، آج انشاءاللہ دوبارہ اسپریچولٹی ہی کے سبجیکٹ پر کچھ کہنے کی کوشش کروں گا۔</w:t>
      </w:r>
    </w:p>
    <w:p>
      <w:r>
        <w:rPr>
          <w:b/>
        </w:rPr>
        <w:t xml:space="preserve">[01:04] </w:t>
      </w:r>
      <w:r>
        <w:t>aap jante hain ke spirituality aaj ki dunya mein</w:t>
      </w:r>
    </w:p>
    <w:p>
      <w:pPr>
        <w:jc w:val="right"/>
      </w:pPr>
      <w:r>
        <w:t>آپ جانتے ہیں کہ اسپریچولٹی آج کی دنیا میں</w:t>
      </w:r>
    </w:p>
    <w:p>
      <w:r>
        <w:rPr>
          <w:b/>
        </w:rPr>
        <w:t xml:space="preserve">[01:11] </w:t>
      </w:r>
      <w:r>
        <w:t>bahut zyada popular subject hai. us ko angrezi mein kehte hain fad, fad.</w:t>
      </w:r>
    </w:p>
    <w:p>
      <w:pPr>
        <w:jc w:val="right"/>
      </w:pPr>
      <w:r>
        <w:t>بہت زیادہ پاپولر سبجیکٹ ہے۔ اس کو انگریزی میں کہتے ہیں فیڈ، ایف اے ڈی۔</w:t>
      </w:r>
    </w:p>
    <w:p>
      <w:r>
        <w:rPr>
          <w:b/>
        </w:rPr>
        <w:t xml:space="preserve">[01:23] </w:t>
      </w:r>
      <w:r>
        <w:t>yeh subject jo hai fad bana hua hai sari dunya mein.</w:t>
      </w:r>
    </w:p>
    <w:p>
      <w:pPr>
        <w:jc w:val="right"/>
      </w:pPr>
      <w:r>
        <w:t>یہ سبجیکٹ جو ہے فیڈ بنا ہوا ہے ساری دنیا میں۔</w:t>
      </w:r>
    </w:p>
    <w:p>
      <w:r>
        <w:rPr>
          <w:b/>
        </w:rPr>
        <w:t xml:space="preserve">[01:31] </w:t>
      </w:r>
      <w:r>
        <w:t>lekin yeh anokhi baat hai ke jab spirituality ka charcha hota hai to us mein islam ka naam nahi aata.</w:t>
      </w:r>
    </w:p>
    <w:p>
      <w:pPr>
        <w:jc w:val="right"/>
      </w:pPr>
      <w:r>
        <w:t>لیکن یہ انوکھی بات ہے کہ جب اسپریچولٹی کا چرچہ ہوتا ہے تو اس میں اسلام کا نام نہیں آتا۔</w:t>
      </w:r>
    </w:p>
    <w:p>
      <w:r>
        <w:rPr>
          <w:b/>
        </w:rPr>
        <w:t xml:space="preserve">[01:46] </w:t>
      </w:r>
      <w:r>
        <w:t>log samajhte hain ke islam</w:t>
      </w:r>
    </w:p>
    <w:p>
      <w:pPr>
        <w:jc w:val="right"/>
      </w:pPr>
      <w:r>
        <w:t>لوگ سمجھتے ہیں کہ اسلام</w:t>
      </w:r>
    </w:p>
    <w:p>
      <w:r>
        <w:rPr>
          <w:b/>
        </w:rPr>
        <w:t xml:space="preserve">[01:50] </w:t>
      </w:r>
      <w:r>
        <w:t>mein spirituality nahi hai. spirituality doosre religion mein hai magar islam mein nahi hai.</w:t>
      </w:r>
    </w:p>
    <w:p>
      <w:pPr>
        <w:jc w:val="right"/>
      </w:pPr>
      <w:r>
        <w:t>میں اسپریچولٹی نہیں ہے۔ اسپریچولٹی دوسرے ریلیجن میں ہے مگر اسلام میں نہیں ہے۔</w:t>
      </w:r>
    </w:p>
    <w:p>
      <w:r>
        <w:rPr>
          <w:b/>
        </w:rPr>
        <w:t xml:space="preserve">[02:00] </w:t>
      </w:r>
      <w:r>
        <w:t>islam to religion of sword hai.</w:t>
      </w:r>
    </w:p>
    <w:p>
      <w:pPr>
        <w:jc w:val="right"/>
      </w:pPr>
      <w:r>
        <w:t>اسلام تو ریلیجن آف سورڈ ہے۔</w:t>
      </w:r>
    </w:p>
    <w:p>
      <w:r>
        <w:rPr>
          <w:b/>
        </w:rPr>
        <w:t xml:space="preserve">[02:07] </w:t>
      </w:r>
      <w:r>
        <w:t>yeh jo impression bana hai, mein is ka blame doosron ko nahi doonga. Is ka blame khud musalmanon par jata hai.</w:t>
      </w:r>
    </w:p>
    <w:p>
      <w:pPr>
        <w:jc w:val="right"/>
      </w:pPr>
      <w:r>
        <w:t>یہ جو امپریشن بنا ہے، میں اس کا بلیم دوسروں کو نہیں دوں گا۔ اس کا بلیم خود مسلمانوں پر جاتا ہے۔</w:t>
      </w:r>
    </w:p>
    <w:p>
      <w:r>
        <w:rPr>
          <w:b/>
        </w:rPr>
        <w:t xml:space="preserve">[02:19] </w:t>
      </w:r>
      <w:r>
        <w:t>pichhle 200 saal mein aisa hua hai ke islam ke naam par sab se zyada jo activities ki gayi hain saari hi duniya mein,</w:t>
      </w:r>
    </w:p>
    <w:p>
      <w:pPr>
        <w:jc w:val="right"/>
      </w:pPr>
      <w:r>
        <w:t>پچھلے 200 سال میں ایسا ہوا ہے کہ اسلام کے نام پر سب سے زیادہ جو ایکٹیویٹیز کی گئی ہیں ساری ہی دنیا میں،</w:t>
      </w:r>
    </w:p>
    <w:p>
      <w:r>
        <w:rPr>
          <w:b/>
        </w:rPr>
        <w:t xml:space="preserve">[02:35] </w:t>
      </w:r>
      <w:r>
        <w:t>wo artist ko le kar ki gayi hain.</w:t>
      </w:r>
    </w:p>
    <w:p>
      <w:pPr>
        <w:jc w:val="right"/>
      </w:pPr>
      <w:r>
        <w:t>وہ آرٹسٹ کو لے کر کی گئی ہیں۔</w:t>
      </w:r>
    </w:p>
    <w:p>
      <w:r>
        <w:rPr>
          <w:b/>
        </w:rPr>
        <w:t xml:space="preserve">[02:42] </w:t>
      </w:r>
      <w:r>
        <w:t>political activities ko islamic activities bana diya gaya hai. Aur musalman chuki apni political activities mein kuch gain nahi kar sake to wo phir chale gaye violence tak.</w:t>
      </w:r>
    </w:p>
    <w:p>
      <w:pPr>
        <w:jc w:val="right"/>
      </w:pPr>
      <w:r>
        <w:t>پولیٹیکل ایکٹیویٹیز کو اسلامک ایکٹیویٹیز بنا دیا گیا ہے۔ اور مسلمان چونکہ اپنی پولیٹیکل ایکٹیویٹیز میں کچھ گین نہیں کر سکے تو وہ پھر چلے گئے وائلنس تک۔</w:t>
      </w:r>
    </w:p>
    <w:p>
      <w:r>
        <w:rPr>
          <w:b/>
        </w:rPr>
        <w:t xml:space="preserve">[03:00] </w:t>
      </w:r>
      <w:r>
        <w:t>yani pehle political activity shuru hui ek peaceful activity ke taur par, lekin jab peaceful taur par political gain unhein nahi hua kisi bhi country mein to unhon ne violence shuru kar diya, gun aur bomb culture.</w:t>
      </w:r>
    </w:p>
    <w:p>
      <w:pPr>
        <w:jc w:val="right"/>
      </w:pPr>
      <w:r>
        <w:t>یعنی پہلے پولیٹیکل ایکٹیویٹی شروع ہوئی ایک پیس فل ایکٹیویٹی کے طور پر، لیکن جب پیس فل طور پر پولیٹیکل گین انہیں نہیں ہوا کسی بھی کنٹری میں تو انہوں نے وائلنس شروع کر دیا، گن اور بم کلچر۔</w:t>
      </w:r>
    </w:p>
    <w:p>
      <w:r>
        <w:rPr>
          <w:b/>
        </w:rPr>
        <w:t xml:space="preserve">[03:22] </w:t>
      </w:r>
      <w:r>
        <w:t>to unfortunately yahi 200 saal hain jabke sab se zyada media ko phailaao mila duniya mein.</w:t>
      </w:r>
    </w:p>
    <w:p>
      <w:pPr>
        <w:jc w:val="right"/>
      </w:pPr>
      <w:r>
        <w:t>تو انفارچونیٹلی یہی 200 سال ہیں جبکہ سب سے زیادہ میڈیا کو پھیلاؤ ملا دنیا میں۔</w:t>
      </w:r>
    </w:p>
    <w:p>
      <w:r>
        <w:rPr>
          <w:b/>
        </w:rPr>
        <w:t xml:space="preserve">[03:34] </w:t>
      </w:r>
      <w:r>
        <w:t>yani yeh waqea agar aaj se 800 saal pehle hua hota mislan to duniya mein yeh impression na jata.</w:t>
      </w:r>
    </w:p>
    <w:p>
      <w:pPr>
        <w:jc w:val="right"/>
      </w:pPr>
      <w:r>
        <w:t>یعنی یہ واقعہ اگر آج سے 800 سال پہلے ہوا ہوتا مثلاً تو دنیا میں یہ امپریشن نہ جاتا۔</w:t>
      </w:r>
    </w:p>
    <w:p>
      <w:r>
        <w:rPr>
          <w:b/>
        </w:rPr>
        <w:t xml:space="preserve">[03:45] </w:t>
      </w:r>
      <w:r>
        <w:t>kyunki media tha nahi us zamane mein jo logon ko bataye.</w:t>
      </w:r>
    </w:p>
    <w:p>
      <w:pPr>
        <w:jc w:val="right"/>
      </w:pPr>
      <w:r>
        <w:t>کیونکہ میڈیا تھا نہیں اس زمانے میں جو لوگوں کو بتائے۔</w:t>
      </w:r>
    </w:p>
    <w:p>
      <w:r>
        <w:rPr>
          <w:b/>
        </w:rPr>
        <w:t xml:space="preserve">[03:52] </w:t>
      </w:r>
      <w:r>
        <w:t>to ab jab ke media ka zamana aa chuka tha, us zamane mein yeh violent activities jihad ke naam par, islami jihad ke naam par ki gayeen.</w:t>
      </w:r>
    </w:p>
    <w:p>
      <w:pPr>
        <w:jc w:val="right"/>
      </w:pPr>
      <w:r>
        <w:t>تو اب جب کہ میڈیا کا زمانہ آ چکا تھا، اس زمانے میں یہ وائلنٹ ایکٹیویٹیز جہاد کے نام پر، اسلامی جہاد کے نام پر کی گئیں۔</w:t>
      </w:r>
    </w:p>
    <w:p>
      <w:r>
        <w:rPr>
          <w:b/>
        </w:rPr>
        <w:t xml:space="preserve">[04:07] </w:t>
      </w:r>
      <w:r>
        <w:t>to it was but natural ke logon ke saamne islam ki jo tasweer bane wo yahi ho.</w:t>
      </w:r>
    </w:p>
    <w:p>
      <w:pPr>
        <w:jc w:val="right"/>
      </w:pPr>
      <w:r>
        <w:t>تو اٹ واز بٹ نیچرل کہ لوگوں کے سامنے اسلام کی جو تصویر بنے وہ یہی ہو۔</w:t>
      </w:r>
    </w:p>
    <w:p>
      <w:r>
        <w:rPr>
          <w:b/>
        </w:rPr>
        <w:t xml:space="preserve">[04:15] </w:t>
      </w:r>
      <w:r>
        <w:t>jab musalman hi khud islam ke naam par violent activities kar rahe hon to zahir hai ke duniya violence ka transition flower nahi karegi.</w:t>
      </w:r>
    </w:p>
    <w:p>
      <w:pPr>
        <w:jc w:val="right"/>
      </w:pPr>
      <w:r>
        <w:t>جب مسلمان ہی خود اسلام کے نام پر وائلنٹ ایکٹیویٹیز کر رہے ہوں تو ظاہر ہے کہ دنیا وائلنس کا ٹرانزیشن فلاور نہیں کرے گی۔</w:t>
      </w:r>
    </w:p>
    <w:p>
      <w:r>
        <w:rPr>
          <w:b/>
        </w:rPr>
        <w:t xml:space="preserve">[04:30] </w:t>
      </w:r>
      <w:r>
        <w:t>yeh flower activities.</w:t>
      </w:r>
    </w:p>
    <w:p>
      <w:pPr>
        <w:jc w:val="right"/>
      </w:pPr>
      <w:r>
        <w:t>یہ فلاور ایکٹیویٹیز۔</w:t>
      </w:r>
    </w:p>
    <w:p>
      <w:r>
        <w:rPr>
          <w:b/>
        </w:rPr>
        <w:t xml:space="preserve">[04:35] </w:t>
      </w:r>
      <w:r>
        <w:t>dekhein yahan par ek baat mein ziman kahunga ke ek bohat bari baat jo maujooda zamane ke musalmanon ko aisa lagta hai ke unhein is ka saray se ilm hi nahi hai.</w:t>
      </w:r>
    </w:p>
    <w:p>
      <w:pPr>
        <w:jc w:val="right"/>
      </w:pPr>
      <w:r>
        <w:t>دیکھیں یہاں پر ایک بات میں ضمناً کہنا چاہوں گا کہ ایک بہت بڑی بات جو موجودہ زمانے کے مسلمانوں کو ایسا لگتا ہے کہ انہیں اس کا سرے سے علم ہی نہیں ہے۔</w:t>
      </w:r>
    </w:p>
    <w:p>
      <w:r>
        <w:rPr>
          <w:b/>
        </w:rPr>
        <w:t xml:space="preserve">[04:49] </w:t>
      </w:r>
      <w:r>
        <w:t>yani islam ki ek teaching wo yeh hai ke aap jab bhi koi kaam karein, koi step lein to yeh sochein ke mera yeh step apne result ke aitbar se kaisa hoga.</w:t>
      </w:r>
    </w:p>
    <w:p>
      <w:pPr>
        <w:jc w:val="right"/>
      </w:pPr>
      <w:r>
        <w:t>یعنی اسلام کی ایک ٹیچنگ وہ یہ ہے کہ آپ جب بھی کوئی کام کریں، کوئی سٹیپ لیں تو یہ سوچیں کہ میرا یہ سٹیپ اپنے رزلٹ کے اعتبار سے کیسا ہوگا۔</w:t>
      </w:r>
    </w:p>
    <w:p>
      <w:r>
        <w:rPr>
          <w:b/>
        </w:rPr>
        <w:t xml:space="preserve">[05:08] </w:t>
      </w:r>
      <w:r>
        <w:t>yani result oriented step hona chahiye aap ka. Aur yeh baat khaas taur par dhyan mein rakhne ki hai ke agar aap ke kisi step se islam badnaam hota ho to wo step chahe kitna hi sachha ho, us se aap ko rukna padega.</w:t>
      </w:r>
    </w:p>
    <w:p>
      <w:pPr>
        <w:jc w:val="right"/>
      </w:pPr>
      <w:r>
        <w:t>یعنی رزلٹ اورینٹڈ سٹیپ ہونا چاہیے آپ کا۔ اور یہ بات خاص طور پر دھیان میں رکھنے کی ہے کہ اگر آپ کے کسی سٹیپ سے اسلام بدنام ہوتا ہو تو وہ سٹیپ چاہے کتنا ہی سچا ہو، اس سے آپ کو رکنا پڑے گا۔</w:t>
      </w:r>
    </w:p>
    <w:p>
      <w:r>
        <w:rPr>
          <w:b/>
        </w:rPr>
        <w:t xml:space="preserve">[05:29] </w:t>
      </w:r>
      <w:r>
        <w:t>is ki kai misalein prophet ki zindagi mein hain, rasool Allah salallahu alaihi wasallam ki zindagi mein. Is mein se ek misal yeh hai ke rasool Allah ke zamane mein madine mein ek shakhs tha, uska naam tha Abdullah bin Ubay.</w:t>
      </w:r>
    </w:p>
    <w:p>
      <w:pPr>
        <w:jc w:val="right"/>
      </w:pPr>
      <w:r>
        <w:t>اس کی کئی مثالیں پرافٹ کی زندگی میں ہیں، رسول اللہ صلی اللہ علیہ وسلم کی زندگی میں۔ اس میں سے ایک مثال یہ ہے کہ رسول اللہ کے زمانے میں مدینے میں ایک شخص تھا، اس کا نام تھا عبداللہ بن ابی۔</w:t>
      </w:r>
    </w:p>
    <w:p>
      <w:r>
        <w:rPr>
          <w:b/>
        </w:rPr>
        <w:t xml:space="preserve">[05:47] </w:t>
      </w:r>
      <w:r>
        <w:t>poori early period jo islam ka hai, us mein sabza fitna isi ne barpa kiya, Abdullah bin Ubay mein.</w:t>
      </w:r>
    </w:p>
    <w:p>
      <w:pPr>
        <w:jc w:val="right"/>
      </w:pPr>
      <w:r>
        <w:t>پوری ارلی پیریڈ جو اسلام کا ہے، اس میں سبزہ فتنہ اسی نے برپا کیا، عبداللہ بن ابی میں۔</w:t>
      </w:r>
    </w:p>
    <w:p>
      <w:r>
        <w:rPr>
          <w:b/>
        </w:rPr>
        <w:t xml:space="preserve">[05:56] </w:t>
      </w:r>
      <w:r>
        <w:t>is</w:t>
      </w:r>
    </w:p>
    <w:p>
      <w:pPr>
        <w:jc w:val="right"/>
      </w:pPr>
      <w:r>
        <w:t>اس</w:t>
      </w:r>
    </w:p>
    <w:p>
      <w:r>
        <w:rPr>
          <w:b/>
        </w:rPr>
        <w:t xml:space="preserve">[05:57] </w:t>
      </w:r>
      <w:r>
        <w:t>waqt rasool Allah ko political power mila hua tha aur saare log kehte the ke is ko qatl kar diya jaye. Hata ke Abdullah Ubay ka beta bhi kehta tha ke is ko qatl kar diya jaye, khud is ka apna beta jis ka bhi naam Abdullah tha.</w:t>
      </w:r>
    </w:p>
    <w:p>
      <w:pPr>
        <w:jc w:val="right"/>
      </w:pPr>
      <w:r>
        <w:t>وقت رسول اللہ کو پولیٹیکل پاور ملا ہوا تھا اور سارے لوگ کہتے تھے کہ اس کو قتل کر دیا جائے۔ حتیٰ کہ عبداللہ ابی کا بیٹا بھی کہتا تھا کہ اس کو قتل کر دیا جائے، خود اس کا اپنا بیٹا جس کا بھی نام عبداللہ تھا۔</w:t>
      </w:r>
    </w:p>
    <w:p>
      <w:r>
        <w:rPr>
          <w:b/>
        </w:rPr>
        <w:t xml:space="preserve">[06:18] </w:t>
      </w:r>
      <w:r>
        <w:t>yani Abdullah bin Abdullah bin Ubay wo bhi kehta tha ke is ko qatl kar dena chahiye. Tab bhi rasool Allah ne is ko qatl nahi karwaya, power rakhte hue.</w:t>
      </w:r>
    </w:p>
    <w:p>
      <w:pPr>
        <w:jc w:val="right"/>
      </w:pPr>
      <w:r>
        <w:t>یعنی عبداللہ بن عبداللہ بن ابی وہ بھی کہتا تھا کہ اس کو قتل کر دینا چاہیے۔ تب بھی رسول اللہ نے اس کو قتل نہیں کروایا، پاور رکھتے ہوئے۔</w:t>
      </w:r>
    </w:p>
    <w:p>
      <w:r>
        <w:rPr>
          <w:b/>
        </w:rPr>
        <w:t xml:space="preserve">[06:34] </w:t>
      </w:r>
      <w:r>
        <w:t>kyun? Isi liye rasool Allah ne farmaya ke agar main is ko qatl karwaoon to har taraf yeh kaha jayega ke Muhammad logon ko qatl karte hain.</w:t>
      </w:r>
    </w:p>
    <w:p>
      <w:pPr>
        <w:jc w:val="right"/>
      </w:pPr>
      <w:r>
        <w:t>کیوں؟ اسی لیے رسول اللہ نے فرمایا کہ اگر میں اس کو قتل کرواؤں تو ہر طرف یہ کہا جائے گا کہ محمد لوگوں کو قتل کرتے ہیں۔</w:t>
      </w:r>
    </w:p>
    <w:p>
      <w:r>
        <w:rPr>
          <w:b/>
        </w:rPr>
        <w:t xml:space="preserve">[06:48] </w:t>
      </w:r>
      <w:r>
        <w:t>yani islam ki image jo hai yeh banegi ke islam killing mein believe karta hai, violence mein believe karta hai.</w:t>
      </w:r>
    </w:p>
    <w:p>
      <w:pPr>
        <w:jc w:val="right"/>
      </w:pPr>
      <w:r>
        <w:t>یعنی اسلام کی امیج جو ہے یہ بنے گی کہ اسلام کلنگ میں بیلیو کرتا ہے، وائلنس میں بیلیو کرتا ہے۔</w:t>
      </w:r>
    </w:p>
    <w:p>
      <w:r>
        <w:rPr>
          <w:b/>
        </w:rPr>
        <w:t xml:space="preserve">[06:59] </w:t>
      </w:r>
      <w:r>
        <w:t>to is ko aap chhoday rahein yahan tak ke wo natural death mara aur saara fitna barpa karte hue Hazrat Aisha ke khilaf jo fitna barpa hua tha, itna zabardast wo isi ne barpa kiya tha.</w:t>
      </w:r>
    </w:p>
    <w:p>
      <w:pPr>
        <w:jc w:val="right"/>
      </w:pPr>
      <w:r>
        <w:t>تو اس کو آپ چھوڑے رہیں یہاں تک کہ وہ نیچرل ڈیتھ مرا اور سارا فتنہ برپا کرتے ہوئے حضرت عائشہ کے خلاف جو فتنہ برپا ہوا تھا، اتنا زبردست وہ اسی نے برپا کیا تھا۔</w:t>
      </w:r>
    </w:p>
    <w:p>
      <w:r>
        <w:rPr>
          <w:b/>
        </w:rPr>
        <w:t xml:space="preserve">[07:18] </w:t>
      </w:r>
      <w:r>
        <w:t>to is se kya principle mila ke aisa koi bhi kaam, koi bol, koi step, koi action aisa nahi liya jayega jis ke nateeje mein islam badnaam hota ho.</w:t>
      </w:r>
    </w:p>
    <w:p>
      <w:pPr>
        <w:jc w:val="right"/>
      </w:pPr>
      <w:r>
        <w:t>تو اس سے کیا پرنسپل ملا کہ ایسا کوئی بھی کام، کوئی بول، کوئی سٹیپ، کوئی ایکشن ایسا نہیں لیا جائے گا جس کے نتیجے میں اسلام بدنام ہوتا ہو۔</w:t>
      </w:r>
    </w:p>
    <w:p>
      <w:r>
        <w:rPr>
          <w:b/>
        </w:rPr>
        <w:t xml:space="preserve">[07:37] </w:t>
      </w:r>
      <w:r>
        <w:t>kitni bari yeh taleem hai islam ki lekin is 200 saal ke andar musalmanon ne one percent bhi is ka dhyan nahi kiya.</w:t>
      </w:r>
    </w:p>
    <w:p>
      <w:pPr>
        <w:jc w:val="right"/>
      </w:pPr>
      <w:r>
        <w:t>کتنی بڑی یہ تعلیم ہے اسلام کی لیکن اس 200 سال کے اندر مسلمانوں نے ون پرسنٹ بھی اس کا دھیان نہیں کیا۔</w:t>
      </w:r>
    </w:p>
    <w:p>
      <w:r>
        <w:rPr>
          <w:b/>
        </w:rPr>
        <w:t xml:space="preserve">[07:47] </w:t>
      </w:r>
      <w:r>
        <w:t>woh aise kaam karte rahe jo media ke zamane mein islam ko badnaam karne wala tha. aur phir double crime yeh hua hai ke jab islam badnaam ho chuka to kya kehte hain?</w:t>
      </w:r>
    </w:p>
    <w:p>
      <w:pPr>
        <w:jc w:val="right"/>
      </w:pPr>
      <w:r>
        <w:t>وہ ایسے کام کرتے رہے جو میڈیا کے زمانے میں اسلام کو بدنام کرنے والا تھا۔ اور پھر ڈبل کرائم یہ ہوا ہے کہ جب اسلام بدنام ہو چکا تو کیا کہتے ہیں؟</w:t>
      </w:r>
    </w:p>
    <w:p>
      <w:r>
        <w:rPr>
          <w:b/>
        </w:rPr>
        <w:t xml:space="preserve">[08:03] </w:t>
      </w:r>
      <w:r>
        <w:t>saara blame media par dete hain ke media jo hai islam ki image ko distort karta hai.</w:t>
      </w:r>
    </w:p>
    <w:p>
      <w:pPr>
        <w:jc w:val="right"/>
      </w:pPr>
      <w:r>
        <w:t>سارا بلیم میڈیا پر دیتے ہیں کہ میڈیا جو ہے اسلام کی امیج کو ڈسٹارٹ کرتا ہے۔</w:t>
      </w:r>
    </w:p>
    <w:p>
      <w:r>
        <w:rPr>
          <w:b/>
        </w:rPr>
        <w:t xml:space="preserve">[08:10] </w:t>
      </w:r>
      <w:r>
        <w:t>mere nazdeek yeh hundred percent jhoot hai. media start nahi karta. musalmanon ke apne amal jo media mein report hote hain, us se islam badnaam hota hai.</w:t>
      </w:r>
    </w:p>
    <w:p>
      <w:pPr>
        <w:jc w:val="right"/>
      </w:pPr>
      <w:r>
        <w:t>میرے نزدیک یہ ہنڈرڈ پرسنٹ جھوٹ ہے۔ میڈیا سٹارٹ نہیں کرتا۔ مسلمانوں کے اپنے عمل جو میڈیا میں رپورٹ ہوتے ہیں، اس سے اسلام بدنام ہوتا ہے۔</w:t>
      </w:r>
    </w:p>
    <w:p>
      <w:r>
        <w:rPr>
          <w:b/>
        </w:rPr>
        <w:t xml:space="preserve">[08:23] </w:t>
      </w:r>
      <w:r>
        <w:t>to baharhal main yeh keh raha tha ke is zamane mein jo spirituality ko islam ka, islam ka,</w:t>
      </w:r>
    </w:p>
    <w:p>
      <w:pPr>
        <w:jc w:val="right"/>
      </w:pPr>
      <w:r>
        <w:t>تو بہرحال میں یہ کہہ رہا تھا کہ اس زمانے میں جو اسپریچولٹی کو اسلام کا، اسلام کا،</w:t>
      </w:r>
    </w:p>
    <w:p>
      <w:r>
        <w:rPr>
          <w:b/>
        </w:rPr>
        <w:t xml:space="preserve">[08:40] </w:t>
      </w:r>
      <w:r>
        <w:t>islam se alag samjha jata hai to is ka sabab yahi musalman hai aur media mein aa kar yeh nazariya bana hai.</w:t>
      </w:r>
    </w:p>
    <w:p>
      <w:pPr>
        <w:jc w:val="right"/>
      </w:pPr>
      <w:r>
        <w:t>اسلام سے الگ سمجھا جاتا ہے تو اس کا سبب یہی مسلمان ہے اور میڈیا میں آ کر یہ نظریہ بنا ہے۔</w:t>
      </w:r>
    </w:p>
    <w:p>
      <w:r>
        <w:rPr>
          <w:b/>
        </w:rPr>
        <w:t xml:space="preserve">[08:50] </w:t>
      </w:r>
      <w:r>
        <w:t>main yeh kahunga ke islam sar ta pa spirituality hai. is se bhi barh kar main yeh kahunga ke spirituality mein islam ki deen, islam ka contribution itna bara hai jo kai hazar saal tak nahi ho saka tha.</w:t>
      </w:r>
    </w:p>
    <w:p>
      <w:pPr>
        <w:jc w:val="right"/>
      </w:pPr>
      <w:r>
        <w:t>میں یہ کہوں گا کہ اسلام سر تپا اسپریچولٹی ہے۔ اس سے بھی بڑھ کر میں یہ کہوں گا کہ اسپریچولٹی میں اسلام کی دین، اسلام کا کنٹریبیوشن اتنا بڑا ہے جو کئی ہزار سال تک نہیں ہو سکا تھا۔</w:t>
      </w:r>
    </w:p>
    <w:p>
      <w:r>
        <w:rPr>
          <w:b/>
        </w:rPr>
        <w:t xml:space="preserve">[09:14] </w:t>
      </w:r>
      <w:r>
        <w:t>spirituality ki field mein islam ka contribution bohat hi zyada hai, bohat zyada hai. is ki main aik misaal aap ke samne rakhta hoon.</w:t>
      </w:r>
    </w:p>
    <w:p>
      <w:pPr>
        <w:jc w:val="right"/>
      </w:pPr>
      <w:r>
        <w:t>اسپریچولٹی کی فیلڈ میں اسلام کا کنٹریبیوشن بہت ہی زیادہ ہے، بہت زیادہ ہے۔ اس کی میں ایک مثال آپ کے سامنے رکھتا ہوں۔</w:t>
      </w:r>
    </w:p>
    <w:p>
      <w:r>
        <w:rPr>
          <w:b/>
        </w:rPr>
        <w:t xml:space="preserve">[09:26] </w:t>
      </w:r>
      <w:r>
        <w:t>spirituality ke jitne bhi schools hain, aap un ko parhiye to sab mein aap painge ke un ka jo goal hai woh kya hai?</w:t>
      </w:r>
    </w:p>
    <w:p>
      <w:pPr>
        <w:jc w:val="right"/>
      </w:pPr>
      <w:r>
        <w:t>اسپریچولٹی کے جتنے بھی اسکولز ہیں، آپ ان کو پڑھیے تو سب میں آپ پائیں گے کہ ان کا جو گول ہے وہ کیا ہے؟</w:t>
      </w:r>
    </w:p>
    <w:p>
      <w:r>
        <w:rPr>
          <w:b/>
        </w:rPr>
        <w:t xml:space="preserve">[09:38] </w:t>
      </w:r>
      <w:r>
        <w:t>ecstasy, wajd ya ecstasy.</w:t>
      </w:r>
    </w:p>
    <w:p>
      <w:pPr>
        <w:jc w:val="right"/>
      </w:pPr>
      <w:r>
        <w:t>ایکسٹسی، وجد یا ایکسٹسی۔</w:t>
      </w:r>
    </w:p>
    <w:p>
      <w:r>
        <w:rPr>
          <w:b/>
        </w:rPr>
        <w:t xml:space="preserve">[09:44] </w:t>
      </w:r>
      <w:r>
        <w:t>jahan tak main janta hoon, spirituality ke har school ka yahi hai mamla ke un ke haan ecstasy jo hai yeh aakhri goal hai.</w:t>
      </w:r>
    </w:p>
    <w:p>
      <w:pPr>
        <w:jc w:val="right"/>
      </w:pPr>
      <w:r>
        <w:t>جہاں تک میں جانتا ہوں، اسپریچولٹی کے ہر اسکول کا یہی ہے معاملہ کہ ان کے ہاں ایکسٹسی جو ہے یہ آخری گول ہے۔</w:t>
      </w:r>
    </w:p>
    <w:p>
      <w:r>
        <w:rPr>
          <w:b/>
        </w:rPr>
        <w:t xml:space="preserve">[10:00] </w:t>
      </w:r>
      <w:r>
        <w:t>ecstasy kya hai? apne aap ko aik aisi state mein le jana jahan aap tension free hon, jahan koi stress na ho, jahan koi aap ko gham na ho.</w:t>
      </w:r>
    </w:p>
    <w:p>
      <w:pPr>
        <w:jc w:val="right"/>
      </w:pPr>
      <w:r>
        <w:t>ایکسٹسی کیا ہے؟ اپنے آپ کو ایک ایسی اسٹیٹ میں لے جانا جہاں آپ ٹینشن فری ہوں، جہاں کوئی سٹریس نہ ہو، جہاں کوئی آپ کو غم نہ ہو۔</w:t>
      </w:r>
    </w:p>
    <w:p>
      <w:r>
        <w:rPr>
          <w:b/>
        </w:rPr>
        <w:t xml:space="preserve">[10:14] </w:t>
      </w:r>
      <w:r>
        <w:t>yani yeh hai is ka matlab. main main aap se arz karta hoon ke aisi spirituality kis kaam ki?</w:t>
      </w:r>
    </w:p>
    <w:p>
      <w:pPr>
        <w:jc w:val="right"/>
      </w:pPr>
      <w:r>
        <w:t>یعنی یہ ہے اس کا مطلب۔ میں میں آپ سے عرض کرتا ہوں کہ ایسی اسپریچولٹی کس کام کی؟</w:t>
      </w:r>
    </w:p>
    <w:p>
      <w:r>
        <w:rPr>
          <w:b/>
        </w:rPr>
        <w:t xml:space="preserve">[10:24] </w:t>
      </w:r>
      <w:r>
        <w:t>aisi spirituality se society ko kya mila? insaniyat ko kya mila?</w:t>
      </w:r>
    </w:p>
    <w:p>
      <w:pPr>
        <w:jc w:val="right"/>
      </w:pPr>
      <w:r>
        <w:t>ایسی اسپریچولٹی سے سوسائٹی کو کیا ملا؟ انسانیت کو کیا ملا؟</w:t>
      </w:r>
    </w:p>
    <w:p>
      <w:r>
        <w:rPr>
          <w:b/>
        </w:rPr>
        <w:t xml:space="preserve">[10:33] </w:t>
      </w:r>
      <w:r>
        <w:t>kuch bhi nahi mila. isi liye is spirituality mein applied spirituality ki koi jagah nahi hai.</w:t>
      </w:r>
    </w:p>
    <w:p>
      <w:pPr>
        <w:jc w:val="right"/>
      </w:pPr>
      <w:r>
        <w:t>کچھ بھی نہیں ملا۔ اسی لیے اس اسپریچولٹی میں اپلائیڈ اسپریچولٹی کی کوئی جگہ نہیں ہے۔</w:t>
      </w:r>
    </w:p>
    <w:p>
      <w:r>
        <w:rPr>
          <w:b/>
        </w:rPr>
        <w:t xml:space="preserve">[10:43] </w:t>
      </w:r>
      <w:r>
        <w:t>yani logically applied spirituality has no room in this kind of spirituality, which is prevalent among other people.</w:t>
      </w:r>
    </w:p>
    <w:p>
      <w:pPr>
        <w:jc w:val="right"/>
      </w:pPr>
      <w:r>
        <w:t>یعنی لاجیکلی اپلائیڈ اسپریچولٹی ہیز نو روم ان دس کائنڈ آف اسپریچولٹی، وچ از پریونٹ امنگ ادر پیپل۔</w:t>
      </w:r>
    </w:p>
    <w:p>
      <w:r>
        <w:rPr>
          <w:b/>
        </w:rPr>
        <w:t xml:space="preserve">[10:55] </w:t>
      </w:r>
      <w:r>
        <w:t>kyun? yeh spirituality jo hai society se apne ko detach kar ke hasil ki jati hai.</w:t>
      </w:r>
    </w:p>
    <w:p>
      <w:pPr>
        <w:jc w:val="right"/>
      </w:pPr>
      <w:r>
        <w:t>کیوں؟ یہ اسپریچولٹی جو ہے سوسائٹی سے اپنے کو ڈیٹیچ کر کے حاصل کی جاتی ہے۔</w:t>
      </w:r>
    </w:p>
    <w:p>
      <w:r>
        <w:rPr>
          <w:b/>
        </w:rPr>
        <w:t xml:space="preserve">[11:06] </w:t>
      </w:r>
      <w:r>
        <w:t>society se apne ko detach kar ke, society mein kya ho raha hai is se alag kar ke, apne ko aik individual level par tension free mind banana.</w:t>
      </w:r>
    </w:p>
    <w:p>
      <w:pPr>
        <w:jc w:val="right"/>
      </w:pPr>
      <w:r>
        <w:t>سوسائٹی سے اپنے کو ڈیٹیچ کر کے، سوسائٹی میں کیا ہو رہا ہے اس سے الگ کر کے، اپنے کو ایک انڈیویجول لیول پر ٹینشن فری مائنڈ بنانا۔</w:t>
      </w:r>
    </w:p>
    <w:p>
      <w:r>
        <w:rPr>
          <w:b/>
        </w:rPr>
        <w:t xml:space="preserve">[11:21] </w:t>
      </w:r>
      <w:r>
        <w:t>tension free apne ko banaya jata hai, jis ko ecstasy kehte hain.</w:t>
      </w:r>
    </w:p>
    <w:p>
      <w:pPr>
        <w:jc w:val="right"/>
      </w:pPr>
      <w:r>
        <w:t>ٹینشن فری اپنے کو بنایا جاتا ہے، جس کو ایکسٹسی کہتے ہیں۔</w:t>
      </w:r>
    </w:p>
    <w:p>
      <w:r>
        <w:rPr>
          <w:b/>
        </w:rPr>
        <w:t xml:space="preserve">[11:30] </w:t>
      </w:r>
      <w:r>
        <w:t>islam ki spirituality yeh nahi hai.</w:t>
      </w:r>
    </w:p>
    <w:p>
      <w:pPr>
        <w:jc w:val="right"/>
      </w:pPr>
      <w:r>
        <w:t>اسلام کی اسپریچولٹی یہ نہیں ہے۔</w:t>
      </w:r>
    </w:p>
    <w:p>
      <w:r>
        <w:rPr>
          <w:b/>
        </w:rPr>
        <w:t xml:space="preserve">[11:37] </w:t>
      </w:r>
      <w:r>
        <w:t>yani main agar aik lafz mein kahun to yeh kahunga ke doosri spirituality jo hai woh base karti hai detach living par aur islam ki spirituality base karti hai detach thinking par.</w:t>
      </w:r>
    </w:p>
    <w:p>
      <w:pPr>
        <w:jc w:val="right"/>
      </w:pPr>
      <w:r>
        <w:t>یعنی میں اگر ایک لفظ میں کہوں تو یہ کہوں گا کہ دوسری اسپریچولٹی جو ہے وہ بیس کرتی ہے ڈیٹیچ لیونگ پر اور اسلام کی اسپریچولٹی بیس کرتی ہے ڈیٹیچ تھنکنگ پر۔</w:t>
      </w:r>
    </w:p>
    <w:p>
      <w:r>
        <w:rPr>
          <w:b/>
        </w:rPr>
        <w:t xml:space="preserve">[11:54] </w:t>
      </w:r>
      <w:r>
        <w:t>detach living aur detach thinking yeh do word mein poori story chupi hui hai.</w:t>
      </w:r>
    </w:p>
    <w:p>
      <w:pPr>
        <w:jc w:val="right"/>
      </w:pPr>
      <w:r>
        <w:t>ڈیٹیچ لیونگ اور ڈیٹیچ تھنکنگ یہ دو ورڈ میں پوری سٹوری چھپی ہوئی ہے۔</w:t>
      </w:r>
    </w:p>
    <w:p>
      <w:r>
        <w:rPr>
          <w:b/>
        </w:rPr>
        <w:t xml:space="preserve">[12:04] </w:t>
      </w:r>
      <w:r>
        <w:t>yani society jo hai, society kaisi hai? society mein kya beet raha hai? kya ho raha hai? apne kuch se alag kar ke aap kisi jungle mein, kisi pahaar par, kisi khanqah mein, kisi ashram mein le jate hain.</w:t>
      </w:r>
    </w:p>
    <w:p>
      <w:pPr>
        <w:jc w:val="right"/>
      </w:pPr>
      <w:r>
        <w:t>یعنی سوسائٹی جو ہے، سوسائٹی کیسی ہے؟ سوسائٹی میں کیا بیت رہا ہے؟ کیا ہو رہا ہے؟ اپنے کچھ سے الگ کر کے آپ کسی جنگل میں، کسی پہاڑ پر، کسی خانقاہ میں، کسی آشرم میں لے جاتے ہیں۔</w:t>
      </w:r>
    </w:p>
    <w:p>
      <w:r>
        <w:rPr>
          <w:b/>
        </w:rPr>
        <w:t xml:space="preserve">[12:20] </w:t>
      </w:r>
      <w:r>
        <w:t>isi ko main kehta hoon detach living, alag kar ke rehna.</w:t>
      </w:r>
    </w:p>
    <w:p>
      <w:pPr>
        <w:jc w:val="right"/>
      </w:pPr>
      <w:r>
        <w:t>اسی کو میں کہتا ہوں ڈیٹیچ لیونگ، الگ کر کے رہنا۔</w:t>
      </w:r>
    </w:p>
    <w:p>
      <w:r>
        <w:rPr>
          <w:b/>
        </w:rPr>
        <w:t xml:space="preserve">[12:27] </w:t>
      </w:r>
      <w:r>
        <w:t>to is mein applied spirituality ki kya jagah hai? aap ne agar koi ecstasy ka maqam attain kar liya to to is society ko kya mila?</w:t>
      </w:r>
    </w:p>
    <w:p>
      <w:pPr>
        <w:jc w:val="right"/>
      </w:pPr>
      <w:r>
        <w:t>تو اس میں اپلائیڈ اسپریچولٹی کی کیا جگہ ہے؟ آپ نے اگر کوئی ایکسٹسی کا مقام اٹین کر لیا تو تو اس سوسائٹی کو کیا ملا؟</w:t>
      </w:r>
    </w:p>
    <w:p>
      <w:r>
        <w:rPr>
          <w:b/>
        </w:rPr>
        <w:t xml:space="preserve">[12:41] </w:t>
      </w:r>
      <w:r>
        <w:t>society to wahin ki wahin rahi hai. to yeh detach living jo hai woh is mein applied spirituality ki koi jagah nahi hai.</w:t>
      </w:r>
    </w:p>
    <w:p>
      <w:pPr>
        <w:jc w:val="right"/>
      </w:pPr>
      <w:r>
        <w:t>سوسائٹی تو وہیں کی وہیں رہی ہے۔ تو یہ ڈیٹیچ لیونگ جو ہے وہ اس میں اپلائیڈ اسپریچولٹی کی کوئی جگہ نہیں ہے۔</w:t>
      </w:r>
    </w:p>
    <w:p>
      <w:r>
        <w:rPr>
          <w:b/>
        </w:rPr>
        <w:t xml:space="preserve">[12:55] </w:t>
      </w:r>
      <w:r>
        <w:t>is ke muqable mein islam ki spirituality kya hai? that is based on detach thinking.</w:t>
      </w:r>
    </w:p>
    <w:p>
      <w:pPr>
        <w:jc w:val="right"/>
      </w:pPr>
      <w:r>
        <w:t>اس کے مقابلے میں اسلام کی اسپریچولٹی کیا ہے؟ دیٹ از بیسڈ ان ڈیٹیچ تھنکنگ۔</w:t>
      </w:r>
    </w:p>
    <w:p>
      <w:r>
        <w:rPr>
          <w:b/>
        </w:rPr>
        <w:t xml:space="preserve">[13:06] </w:t>
      </w:r>
      <w:r>
        <w:t>ek hadith mein aap ko sunaoon ga jo islamic spirituality ka just batati hai.</w:t>
      </w:r>
    </w:p>
    <w:p>
      <w:pPr>
        <w:jc w:val="right"/>
      </w:pPr>
      <w:r>
        <w:t>ایک حدیث میں آپ کو سناؤں گا جو اسلامک اسپریچولٹی کا جست بتاتی ہے۔</w:t>
      </w:r>
    </w:p>
    <w:p>
      <w:r>
        <w:rPr>
          <w:b/>
        </w:rPr>
        <w:t xml:space="preserve">[13:17] </w:t>
      </w:r>
      <w:r>
        <w:t>khulasa islamic spirituality ka khulasa ya just batati hai.</w:t>
      </w:r>
    </w:p>
    <w:p>
      <w:pPr>
        <w:jc w:val="right"/>
      </w:pPr>
      <w:r>
        <w:t>خلاصہ اسلامک اسپریچولٹی کا خلاصہ یا جست بتاتی ہے۔</w:t>
      </w:r>
    </w:p>
    <w:p>
      <w:r>
        <w:rPr>
          <w:b/>
        </w:rPr>
        <w:t xml:space="preserve">[13:24] </w:t>
      </w:r>
      <w:r>
        <w:t>woh hadith yeh hai:</w:t>
      </w:r>
    </w:p>
    <w:p>
      <w:pPr>
        <w:jc w:val="right"/>
      </w:pPr>
      <w:r>
        <w:t>وہ حدیث یہ ہے:</w:t>
      </w:r>
    </w:p>
    <w:p>
      <w:r>
        <w:rPr>
          <w:b/>
        </w:rPr>
        <w:t xml:space="preserve">[13:29] </w:t>
      </w:r>
      <w:r>
        <w:t>"ma zahad abd fi al-dunya illa anbat Allah al-hikmat fi qalbihi wa intaq lisanihi wa sirrihi ayb al-dunya wa da'ahu wa dawa'ahu wa akhrajahu saliman ila dar al-salam." dekhen, is mein zuhd ka lafz istemal hua hai.</w:t>
      </w:r>
    </w:p>
    <w:p>
      <w:pPr>
        <w:jc w:val="right"/>
      </w:pPr>
      <w:r>
        <w:t>"ما زہد عبد فی الدنیا الا انبت اللہ الحکمت فی قلبہ وانتق لسانہ وسرہ عیب الدنیا وداعہ ودواہ واخرجہ سالما الی دار السلام۔" دیکھیں، اس میں زہد کا لفظ استعمال ہوا ہے۔</w:t>
      </w:r>
    </w:p>
    <w:p>
      <w:r>
        <w:rPr>
          <w:b/>
        </w:rPr>
        <w:t xml:space="preserve">[13:54] </w:t>
      </w:r>
      <w:r>
        <w:t>zuhd ka literal mani jo bhi hon, lekin is ka sense jo yahan par hai woh yahi hai: detach thinking, alag kar ke sochna.</w:t>
      </w:r>
    </w:p>
    <w:p>
      <w:pPr>
        <w:jc w:val="right"/>
      </w:pPr>
      <w:r>
        <w:t>زہد کا لٹرل معنی جو بھی ہوں، لیکن اس کا سینس جو یہاں پر ہے وہ یہی ہے: ڈیٹیچ تھنکنگ، الگ کر کے سوچنا۔</w:t>
      </w:r>
    </w:p>
    <w:p>
      <w:r>
        <w:rPr>
          <w:b/>
        </w:rPr>
        <w:t xml:space="preserve">[14:07] </w:t>
      </w:r>
      <w:r>
        <w:t>detach thinking yani alag kar ke rehna nahi, lekin ek alag kar ke rehna, ek alag rakh kar sochna.</w:t>
      </w:r>
    </w:p>
    <w:p>
      <w:pPr>
        <w:jc w:val="right"/>
      </w:pPr>
      <w:r>
        <w:t>ڈیٹیچ تھنکنگ یعنی الگ کر کے رہنا نہیں، لیکن ایک الگ کر کے رہنا، ایک الگ رکھ کر سوچنا۔</w:t>
      </w:r>
    </w:p>
    <w:p>
      <w:r>
        <w:rPr>
          <w:b/>
        </w:rPr>
        <w:t xml:space="preserve">[14:19] </w:t>
      </w:r>
      <w:r>
        <w:t>yani society mein log farz kijiye sharab peete hon to ek yeh hai ke aap khud sharab na peeyen.</w:t>
      </w:r>
    </w:p>
    <w:p>
      <w:pPr>
        <w:jc w:val="right"/>
      </w:pPr>
      <w:r>
        <w:t>یعنی سوسائٹی میں لوگ فرض کیجئے شراب پیتے ہوں تو ایک یہ ہے کہ آپ خود شراب نہ پیئیں۔</w:t>
      </w:r>
    </w:p>
    <w:p>
      <w:r>
        <w:rPr>
          <w:b/>
        </w:rPr>
        <w:t xml:space="preserve">[14:30] </w:t>
      </w:r>
      <w:r>
        <w:t>ek yeh hai ke aap yeh sochen alag ho kar ke ke bhai sharab peete hain log, is mein itna yani nuqsan hai, kya kya jaye?</w:t>
      </w:r>
    </w:p>
    <w:p>
      <w:pPr>
        <w:jc w:val="right"/>
      </w:pPr>
      <w:r>
        <w:t>ایک یہ ہے کہ آپ یہ سوچیں الگ ہو کر کے کہ بھئی شراب پیتے ہیں لوگ، اس میں اتنا یعنی نقصان ہے، کیا کیا جائے؟</w:t>
      </w:r>
    </w:p>
    <w:p>
      <w:r>
        <w:rPr>
          <w:b/>
        </w:rPr>
        <w:t xml:space="preserve">[14:41] </w:t>
      </w:r>
      <w:r>
        <w:t>to detach thinking ka matlab yeh hota hai ke is se asar na lete hue sochna, jo kuch ho raha hai is se asar na lete hue sochna.</w:t>
      </w:r>
    </w:p>
    <w:p>
      <w:pPr>
        <w:jc w:val="right"/>
      </w:pPr>
      <w:r>
        <w:t>تو ڈیٹیچ تھنکنگ کا مطلب یہ ہوتا ہے کہ اس سے اثر نہ لیتے ہوئے سوچنا، جو کچھ ہو رہا ہے اس سے اثر نہ لیتے ہوئے سوچنا۔</w:t>
      </w:r>
    </w:p>
    <w:p>
      <w:r>
        <w:rPr>
          <w:b/>
        </w:rPr>
        <w:t xml:space="preserve">[14:54] </w:t>
      </w:r>
      <w:r>
        <w:t>yeh hai zuhd. to hadith mein farmaya ke koi shakhs jab zahid banta hai, yani apne andar detach thinking wali sifat paida karta hai to kya hota hai?</w:t>
      </w:r>
    </w:p>
    <w:p>
      <w:pPr>
        <w:jc w:val="right"/>
      </w:pPr>
      <w:r>
        <w:t>یہ ہے زہد۔ تو حدیث میں فرمایا کہ کوئی شخص جب زاہد بنتا ہے، یعنی اپنے اندر ڈیٹیچ تھنکنگ والی صفت پیدا کرتا ہے تو کیا ہوتا ہے؟</w:t>
      </w:r>
    </w:p>
    <w:p>
      <w:r>
        <w:rPr>
          <w:b/>
        </w:rPr>
        <w:t xml:space="preserve">[15:08] </w:t>
      </w:r>
      <w:r>
        <w:t>ke Khuda is ko, is par Khuda ki blessing hoti hai. is blessing ko chand word mein bataya gaya yahan par.</w:t>
      </w:r>
    </w:p>
    <w:p>
      <w:pPr>
        <w:jc w:val="right"/>
      </w:pPr>
      <w:r>
        <w:t>کہ خدا اس کو، اس پر خدا کی بلیسنگ ہوتی ہے۔ اس بلیسنگ کو چند ورڈ میں بتایا گیا یہاں پر۔</w:t>
      </w:r>
    </w:p>
    <w:p>
      <w:r>
        <w:rPr>
          <w:b/>
        </w:rPr>
        <w:t xml:space="preserve">[15:20] </w:t>
      </w:r>
      <w:r>
        <w:t>woh yeh hai ke Khuda is ke andar yani wisdom grow karta hai.</w:t>
      </w:r>
    </w:p>
    <w:p>
      <w:pPr>
        <w:jc w:val="right"/>
      </w:pPr>
      <w:r>
        <w:t>وہ یہ ہے کہ خدا اس کے اندر یعنی وزڈم گرو کرتا ہے۔</w:t>
      </w:r>
    </w:p>
    <w:p>
      <w:r>
        <w:rPr>
          <w:b/>
        </w:rPr>
        <w:t xml:space="preserve">[15:30] </w:t>
      </w:r>
      <w:r>
        <w:t>wisdom is ke andar ugti hai. illa anbat Allah al-hikmat fi qalbihi. hikmat is ke dil mein ugti hai. yani wisdom grow karti hai is ke andar.</w:t>
      </w:r>
    </w:p>
    <w:p>
      <w:pPr>
        <w:jc w:val="right"/>
      </w:pPr>
      <w:r>
        <w:t>وزڈم اس کے اندر اگتی ہے۔ الا ابت اللہ الحکمت فی قلبہ۔ حکمت اس کے دل میں اگتی ہے۔ یعنی وزڈم گرو کرتی ہے اس کے اندر۔</w:t>
      </w:r>
    </w:p>
    <w:p>
      <w:r>
        <w:rPr>
          <w:b/>
        </w:rPr>
        <w:t xml:space="preserve">[15:45] </w:t>
      </w:r>
      <w:r>
        <w:t>ma zahad abd fi fi al-dunya illa anbat Allah al-hikmat fi qalbihi. dunya se detach ho kar jab sochta hai koi aadmi to Allah is ke dil mein wisdom grow karta hai aur intaq lisanihi aur wisdom is ke munh se nikalne lagta hai.</w:t>
      </w:r>
    </w:p>
    <w:p>
      <w:pPr>
        <w:jc w:val="right"/>
      </w:pPr>
      <w:r>
        <w:t>ما زہد عبد فی فی الدنیا الا انبت اللہ الحکمت فی قلبہ۔ دنیا سے ڈیٹیچ ہو کر جب سوچتا ہے کوئی آدمی تو اللہ اس کے دل میں وزڈم گرو کرتا ہے اور انتق لسانہ اور وزڈم اس کے منہ سے نکلنے لگتا ہے۔</w:t>
      </w:r>
    </w:p>
    <w:p>
      <w:r>
        <w:rPr>
          <w:b/>
        </w:rPr>
        <w:t xml:space="preserve">[16:07] </w:t>
      </w:r>
      <w:r>
        <w:t>is ki zaban par wisdom jari kar deta hai. is ki boli mein wisdom aa jati hai.</w:t>
      </w:r>
    </w:p>
    <w:p>
      <w:pPr>
        <w:jc w:val="right"/>
      </w:pPr>
      <w:r>
        <w:t>اس کی زبان پر وزڈم جاری کر دیتا ہے۔ اس کی بولی میں وزڈم آ جاتی ہے۔</w:t>
      </w:r>
    </w:p>
    <w:p>
      <w:r>
        <w:rPr>
          <w:b/>
        </w:rPr>
        <w:t xml:space="preserve">[16:18] </w:t>
      </w:r>
      <w:r>
        <w:t>aur kya hota hai?</w:t>
      </w:r>
    </w:p>
    <w:p>
      <w:pPr>
        <w:jc w:val="right"/>
      </w:pPr>
      <w:r>
        <w:t>اور کیا ہوتا ہے؟</w:t>
      </w:r>
    </w:p>
    <w:p>
      <w:r>
        <w:rPr>
          <w:b/>
        </w:rPr>
        <w:t xml:space="preserve">[16:23] </w:t>
      </w:r>
      <w:r>
        <w:t>aur farmaya ke</w:t>
      </w:r>
    </w:p>
    <w:p>
      <w:pPr>
        <w:jc w:val="right"/>
      </w:pPr>
      <w:r>
        <w:t>اور فرمایا کہ</w:t>
      </w:r>
    </w:p>
    <w:p>
      <w:r>
        <w:rPr>
          <w:b/>
        </w:rPr>
        <w:t xml:space="preserve">[16:27] </w:t>
      </w:r>
      <w:r>
        <w:t>biserrihi ayb al-dunya wa da'ahu wa dawa'ahu. Khuda is ko dikha deta hai dunya ka good and evil aur is ka ilaj.</w:t>
      </w:r>
    </w:p>
    <w:p>
      <w:pPr>
        <w:jc w:val="right"/>
      </w:pPr>
      <w:r>
        <w:t>بسرہ عیب الدنیا وداعہ ودواہ۔ خدا اس کو دکھا دیتا ہے دنیا کا گڈ اینڈ ایول اور اس کا علاج۔</w:t>
      </w:r>
    </w:p>
    <w:p>
      <w:r>
        <w:rPr>
          <w:b/>
        </w:rPr>
        <w:t xml:space="preserve">[16:42] </w:t>
      </w:r>
      <w:r>
        <w:t>kya cheez good hai? kya cheez evil hai? aur kaise is ko theek kiya ja sakta hai?</w:t>
      </w:r>
    </w:p>
    <w:p>
      <w:pPr>
        <w:jc w:val="right"/>
      </w:pPr>
      <w:r>
        <w:t>کیا چیز گڈ ہے؟ کیا چیز ایول ہے؟ اور کیسے اس کو ٹھیک کیا جا سکتا ہے؟</w:t>
      </w:r>
    </w:p>
    <w:p>
      <w:r>
        <w:rPr>
          <w:b/>
        </w:rPr>
        <w:t xml:space="preserve">[16:51] </w:t>
      </w:r>
      <w:r>
        <w:t>yani corrective measure sahi taur par kya ho sakte hain? yani kitni bari baat hai ke yahan par spirituality aap ko corrective measure batati hai.</w:t>
      </w:r>
    </w:p>
    <w:p>
      <w:pPr>
        <w:jc w:val="right"/>
      </w:pPr>
      <w:r>
        <w:t>یعنی کریکٹیو میژر صحیح طور پر کیا ہو سکتے ہیں؟ یعنی کتنی بڑی بات ہے کہ یہاں پر اسپریچولٹی آپ کو کریکٹیو میژر بتاتی ہے۔</w:t>
      </w:r>
    </w:p>
    <w:p>
      <w:r>
        <w:rPr>
          <w:b/>
        </w:rPr>
        <w:t xml:space="preserve">[17:04] </w:t>
      </w:r>
      <w:r>
        <w:t>wahan par kya hota hai? ke aap ko is se alag kar deti hai ke aap sochen bhi ke what is the corrective measure in in such a situation?</w:t>
      </w:r>
    </w:p>
    <w:p>
      <w:pPr>
        <w:jc w:val="right"/>
      </w:pPr>
      <w:r>
        <w:t>وہاں پر کیا ہوتا ہے؟ کہ آپ کو اس سے الگ کر دیتی ہے کہ آپ سوچیں بھی کہ واٹ از دا کریکٹیو میژر ان ان سچ ا سچویشن؟</w:t>
      </w:r>
    </w:p>
    <w:p>
      <w:r>
        <w:rPr>
          <w:b/>
        </w:rPr>
        <w:t xml:space="preserve">[17:14] </w:t>
      </w:r>
      <w:r>
        <w:t>yeh difference hai.</w:t>
      </w:r>
    </w:p>
    <w:p>
      <w:pPr>
        <w:jc w:val="right"/>
      </w:pPr>
      <w:r>
        <w:t>یہ ڈیفرنس ہے۔</w:t>
      </w:r>
    </w:p>
    <w:p>
      <w:r>
        <w:rPr>
          <w:b/>
        </w:rPr>
        <w:t xml:space="preserve">[17:19] </w:t>
      </w:r>
      <w:r>
        <w:t>aur phir kya hota hai?</w:t>
      </w:r>
    </w:p>
    <w:p>
      <w:pPr>
        <w:jc w:val="right"/>
      </w:pPr>
      <w:r>
        <w:t>اور پھر کیا ہوتا ہے؟</w:t>
      </w:r>
    </w:p>
    <w:p>
      <w:r>
        <w:rPr>
          <w:b/>
        </w:rPr>
        <w:t xml:space="preserve">[17:24] </w:t>
      </w:r>
      <w:r>
        <w:t>wa akhrajahu saliman ila dar al-salam. aur phir is ko pohncha deta hai hifazat ke sath jannat tak. yahan par dekhen, goal kya hai islamic spirituality ki?</w:t>
      </w:r>
    </w:p>
    <w:p>
      <w:pPr>
        <w:jc w:val="right"/>
      </w:pPr>
      <w:r>
        <w:t>واخرجہ سالما الی دار السلام۔ اور پھر اس کو پہنچا دیتا ہے حفاظت کے ساتھ جنت تک۔ یہاں پر دیکھیں، گول کیا ہے اسلامک اسپریچولٹی کی؟</w:t>
      </w:r>
    </w:p>
    <w:p>
      <w:r>
        <w:rPr>
          <w:b/>
        </w:rPr>
        <w:t xml:space="preserve">[17:37] </w:t>
      </w:r>
      <w:r>
        <w:t>woh hai paradise. ecstasy nahi hai.</w:t>
      </w:r>
    </w:p>
    <w:p>
      <w:pPr>
        <w:jc w:val="right"/>
      </w:pPr>
      <w:r>
        <w:t>وہ ہے پیراڈائز۔ ایکسٹسی نہیں ہے۔</w:t>
      </w:r>
    </w:p>
    <w:p>
      <w:r>
        <w:rPr>
          <w:b/>
        </w:rPr>
        <w:t xml:space="preserve">[17:43] </w:t>
      </w:r>
      <w:r>
        <w:t>doosri jo school hain, spiritual school jo hain, doosre in mein goal hai ecstasy. yaani isi duniya hi mein apne ko ecstasy ki halat mein le jaana.</w:t>
      </w:r>
    </w:p>
    <w:p>
      <w:pPr>
        <w:jc w:val="right"/>
      </w:pPr>
      <w:r>
        <w:t>دوسری جو اسکول ہیں، اسپریچول اسکول جو ہیں، دوسرے ان میں گول ہے ایکسٹسی۔ یعنی اسی دنیا ہی میں اپنے کو ایکسٹسی کی حالت میں لے جانا۔</w:t>
      </w:r>
    </w:p>
    <w:p>
      <w:r>
        <w:rPr>
          <w:b/>
        </w:rPr>
        <w:t xml:space="preserve">[17:54] </w:t>
      </w:r>
      <w:r>
        <w:t>islam ki spirituality jo hai woh yeh goal iska nahi hai. akharjah saliman ila dar al-salam ke khuda us ko hifazat se, us ko bachate hue pahuncha deta hai paradise ke dar tak.</w:t>
      </w:r>
    </w:p>
    <w:p>
      <w:pPr>
        <w:jc w:val="right"/>
      </w:pPr>
      <w:r>
        <w:t>اسلام کی اسپریچولٹی جو ہے وہ یہ گول اس کا نہیں ہے۔ اخرجہ سالما الی دار السلام کہ خدا اس کو حفاظت سے، اس کو بچاتے ہوئے پہنچا دیتا ہے پیراڈائز کے ڈور تک۔</w:t>
      </w:r>
    </w:p>
    <w:p>
      <w:r>
        <w:rPr>
          <w:b/>
        </w:rPr>
        <w:t xml:space="preserve">[18:12] </w:t>
      </w:r>
      <w:r>
        <w:t>yeh hai true spirituality jo base karti hai detach thinking par. ab aap is ko aur aage badha kar sochiye to jo thinkers hain woh kehte hain ke sab se bari jo insan ke andar paida hoti hai,</w:t>
      </w:r>
    </w:p>
    <w:p>
      <w:pPr>
        <w:jc w:val="right"/>
      </w:pPr>
      <w:r>
        <w:t>یہ ہے ٹرو اسپریچولٹی جو بیس کرتی ہے ڈیٹیچ تھنکنگ پر۔ اب آپ اس کو اور آگے بڑھا کر سوچیے تو جو تھنکرز ہیں وہ کہتے ہیں کہ سب سے بڑی جو انسان کے اندر پیدا ہوتی ہے،</w:t>
      </w:r>
    </w:p>
    <w:p>
      <w:r>
        <w:rPr>
          <w:b/>
        </w:rPr>
        <w:t xml:space="preserve">[18:36] </w:t>
      </w:r>
      <w:r>
        <w:t>jo kharabiyan aati hain woh condition thinking se aati hain. yaani conditioning jo hai, har aadmi conditioning ka shikar ho jata hai aur conditioning se us ki soch jo hai galat ho jati hai.</w:t>
      </w:r>
    </w:p>
    <w:p>
      <w:pPr>
        <w:jc w:val="right"/>
      </w:pPr>
      <w:r>
        <w:t>جو خرابیاں آتی ہیں وہ کنڈیشن تھنکنگز آتی ہیں۔ یعنی کنڈیشننگ جو ہے، ہر آدمی کنڈیشننگ کا شکار ہو جاتا ہے اور کنڈیشننگ سے اس کی سوچ جو ہے غلط ہو جاتی ہے۔</w:t>
      </w:r>
    </w:p>
    <w:p>
      <w:r>
        <w:rPr>
          <w:b/>
        </w:rPr>
        <w:t xml:space="preserve">[18:50] </w:t>
      </w:r>
      <w:r>
        <w:t>ab yahan par dekhiye, spirituality ka matlab yeh hai ke ek process of deconditioning shuru ho jata hai is ke andar. kaisi ajib baat hai?</w:t>
      </w:r>
    </w:p>
    <w:p>
      <w:pPr>
        <w:jc w:val="right"/>
      </w:pPr>
      <w:r>
        <w:t>اب یہاں پر دیکھیے، اسپریچولٹی کا مطلب یہ ہے کہ ایک پروسیس آف ڈی کنڈیشننگ شروع ہو جاتا ہے اس کے اندر۔ کیسی عجیب بات ہے؟</w:t>
      </w:r>
    </w:p>
    <w:p>
      <w:r>
        <w:rPr>
          <w:b/>
        </w:rPr>
        <w:t xml:space="preserve">[19:01] </w:t>
      </w:r>
      <w:r>
        <w:t>yaani de detach thinking means a process of deconditioning. yaani har din ek hai ke aap pachas saal ho gaye,</w:t>
      </w:r>
    </w:p>
    <w:p>
      <w:pPr>
        <w:jc w:val="right"/>
      </w:pPr>
      <w:r>
        <w:t>یعنی ڈی ڈیٹائز تھنکنگ مینز ا پروسیس آف ڈی کنڈیشننگ۔ یعنی ہر دن ایک ہے کہ آپ پچاس سال ہو گئے،</w:t>
      </w:r>
    </w:p>
    <w:p>
      <w:r>
        <w:rPr>
          <w:b/>
        </w:rPr>
        <w:t xml:space="preserve">[19:15] </w:t>
      </w:r>
      <w:r>
        <w:t>aap ke phir aap ne introspection kiya aur apne ko sochne lage ke bhai yeh ghalti thi, woh ghalti thi, woh karne lage.</w:t>
      </w:r>
    </w:p>
    <w:p>
      <w:pPr>
        <w:jc w:val="right"/>
      </w:pPr>
      <w:r>
        <w:t>آپ کے پھر آپ نے انٹراسپیکشن کیا اور اپنے کو سوچنے لگے کہ بھئی یہ غلطی تھی، وہ غلطی تھی، وہ کرنے لگے۔</w:t>
      </w:r>
    </w:p>
    <w:p>
      <w:r>
        <w:rPr>
          <w:b/>
        </w:rPr>
        <w:t xml:space="preserve">[19:27] </w:t>
      </w:r>
      <w:r>
        <w:t>lekin spirituality jo hai din andar deconditioning karti hai. aap ki har subah shaam ke jis jis jo cheez aap ko, yaani aap ke mind ko mutasir karne wali hai,</w:t>
      </w:r>
    </w:p>
    <w:p>
      <w:pPr>
        <w:jc w:val="right"/>
      </w:pPr>
      <w:r>
        <w:t>لیکن اسپریچولٹی جو ہے دن اندر ڈی کنڈیشننگ کرتی ہے۔ آپ کی ہر صبح شام کہ جس جس جو چیز آپ کو، یعنی آپ کے مائنڈ کو متاثر کرنے والی ہے،</w:t>
      </w:r>
    </w:p>
    <w:p>
      <w:r>
        <w:rPr>
          <w:b/>
        </w:rPr>
        <w:t xml:space="preserve">[19:46] </w:t>
      </w:r>
      <w:r>
        <w:t>jo cheez aap ke mind par asar daal kar ke us ko condition karne wali hai, to wahin wahin aap sochte hain. kyunke aap ke andar detach thinking hoti hai.</w:t>
      </w:r>
    </w:p>
    <w:p>
      <w:pPr>
        <w:jc w:val="right"/>
      </w:pPr>
      <w:r>
        <w:t>جو چیز آپ کے مائنڈ پر اثر ڈال کر کے اس کو کنڈیشن کرنے والی ہے، تو وہیں وہیں آپ سوچتے ہیں۔ کیونکہ آپ کے اندر ڈیٹیچ تھنکنگ ہوتی ہے۔</w:t>
      </w:r>
    </w:p>
    <w:p>
      <w:r>
        <w:rPr>
          <w:b/>
        </w:rPr>
        <w:t xml:space="preserve">[19:56] </w:t>
      </w:r>
      <w:r>
        <w:t>alag ho kar sochna, society se alag ho kar sochna, zamane mein kya ho raha hai, us se alag ho kar sochna, duniya wale kya kehte hain, us se alag ho kar sochna.</w:t>
      </w:r>
    </w:p>
    <w:p>
      <w:pPr>
        <w:jc w:val="right"/>
      </w:pPr>
      <w:r>
        <w:t>الگ ہو کر سوچنا، سوسائٹی سے الگ ہو کر سوچنا، زمانے میں کیا ہو رہا ہے، اس سے الگ ہو کر سوچنا، دنیا والے کیا کہتے ہیں، اس سے الگ ہو کر سوچنا۔</w:t>
      </w:r>
    </w:p>
    <w:p>
      <w:r>
        <w:rPr>
          <w:b/>
        </w:rPr>
        <w:t xml:space="preserve">[20:07] </w:t>
      </w:r>
      <w:r>
        <w:t>to wahin kahin conditioning hoti hai. jaise misaal ke taur par aaj kal aap kisi bhi naujawan ko lijiye, koi bhi naujawan, ladki ya ladka, to kya hoga?</w:t>
      </w:r>
    </w:p>
    <w:p>
      <w:pPr>
        <w:jc w:val="right"/>
      </w:pPr>
      <w:r>
        <w:t>تو وہیں کہیں کنڈیشننگ ہوتی ہے۔ جیسے مثال کے طور پر آج کل آپ کسی بھی نوجوان کو لیجئے، کوئی بھی نوجوان، لڑکی یا لڑکا، تو کیا ہوگا؟</w:t>
      </w:r>
    </w:p>
    <w:p>
      <w:r>
        <w:rPr>
          <w:b/>
        </w:rPr>
        <w:t xml:space="preserve">[20:19] </w:t>
      </w:r>
      <w:r>
        <w:t>aap dekhen ke har aadmi fashion ki baatein kar raha hai, har aadmi shopping ki baatein kar raha hai, har aadmi outing ki baatein kar raha hai, har aadmi jo hai entertainment ki baatein kar raha hai.</w:t>
      </w:r>
    </w:p>
    <w:p>
      <w:pPr>
        <w:jc w:val="right"/>
      </w:pPr>
      <w:r>
        <w:t>آپ دیکھیں کہ ہر آدمی فیشن کی باتیں کر رہا ہے، ہر آدمی شاپنگ کی باتیں کر رہا ہے، ہر آدمی آؤٹنگ کی باتیں کر رہا ہے، ہر آدمی جو ہے انٹرٹینمنٹ کی باتیں کر رہا ہے۔</w:t>
      </w:r>
    </w:p>
    <w:p>
      <w:r>
        <w:rPr>
          <w:b/>
        </w:rPr>
        <w:t xml:space="preserve">[20:32] </w:t>
      </w:r>
      <w:r>
        <w:t>kyun? koi bhi aadmi in cheezon ko pet se le kar nahi paida hua. kisi bhi ladki ya ladke ki maa ne jab us ko jina, us waqt woh ladki ya ladka is cheezon se bilkul hi,</w:t>
      </w:r>
    </w:p>
    <w:p>
      <w:pPr>
        <w:jc w:val="right"/>
      </w:pPr>
      <w:r>
        <w:t>کیوں؟ کوئی بھی آدمی ان چیزوں کو پیٹ سے لے کر نہیں پیدا ہوا۔ کسی بھی لڑکی یا لڑکے کی ماں نے جب اس کو جنا، اس وقت وہ لڑکی یا لڑکا اس ان چیزوں سے بالکل ہی،</w:t>
      </w:r>
    </w:p>
    <w:p>
      <w:r>
        <w:rPr>
          <w:b/>
        </w:rPr>
        <w:t xml:space="preserve">[20:49] </w:t>
      </w:r>
      <w:r>
        <w:t>yaani unaware the, bilkul unaware the ke kya hai fashion, kya hai shopping, kya hai entertainment, kya hai pleasure, kya hai outing.</w:t>
      </w:r>
    </w:p>
    <w:p>
      <w:pPr>
        <w:jc w:val="right"/>
      </w:pPr>
      <w:r>
        <w:t>یعنی ان اویئر تھے، بالکل ان اویئر تھے کہ کیا ہے فیشن، کیا ہے شاپنگ، کیا ہے انٹرٹینمنٹ، کیا ہے پلیژر، کیا ہے آؤٹنگ۔</w:t>
      </w:r>
    </w:p>
    <w:p>
      <w:r>
        <w:rPr>
          <w:b/>
        </w:rPr>
        <w:t xml:space="preserve">[21:06] </w:t>
      </w:r>
      <w:r>
        <w:t>woh bachcha jo nikla tha maa ke pet se, us ki dictionary mein yeh sab word nahi thay. to kahan se aaye?</w:t>
      </w:r>
    </w:p>
    <w:p>
      <w:pPr>
        <w:jc w:val="right"/>
      </w:pPr>
      <w:r>
        <w:t>وہ بچہ جو نکلا تھا ماں کے پیٹ سے، اس کی ڈکشنری میں یہ سب ورڈ نہیں تھے۔ تو کہاں سے آئے؟</w:t>
      </w:r>
    </w:p>
    <w:p>
      <w:r>
        <w:rPr>
          <w:b/>
        </w:rPr>
        <w:t xml:space="preserve">[21:16] </w:t>
      </w:r>
      <w:r>
        <w:t>yeh aaye society se. jis society mein woh jee raha tha, us society ne us ko yeh sab word diye, woh yeh soch di.</w:t>
      </w:r>
    </w:p>
    <w:p>
      <w:pPr>
        <w:jc w:val="right"/>
      </w:pPr>
      <w:r>
        <w:t>یہ آئے سوسائٹی سے۔ جس سوسائٹی میں وہ جی رہا تھا، اس سوسائٹی نے اس کو یہ سب ورڈ دیے، وہ یہ سوچ دی۔</w:t>
      </w:r>
    </w:p>
    <w:p>
      <w:r>
        <w:rPr>
          <w:b/>
        </w:rPr>
        <w:t xml:space="preserve">[21:27] </w:t>
      </w:r>
      <w:r>
        <w:t>ab spirituality agar aa jaye kisi ke andar, yaani detach thinking aa jaye, to woh society se alag ho kar sochega. zamane ke mein kya ho raha hai, us se alag ho kar sochega.</w:t>
      </w:r>
    </w:p>
    <w:p>
      <w:pPr>
        <w:jc w:val="right"/>
      </w:pPr>
      <w:r>
        <w:t>اب اسپریچولٹی اگر آ جائے کسی کے اندر، یعنی ڈیٹیچ تھنکنگ آ جائے، تو وہ سوسائٹی سے الگ ہو کر سوچے گا۔ زمانے کے میں کیا ہو رہا ہے، اس سے الگ ہو کر سوچے گا۔</w:t>
      </w:r>
    </w:p>
    <w:p>
      <w:r>
        <w:rPr>
          <w:b/>
        </w:rPr>
        <w:t xml:space="preserve">[21:41] </w:t>
      </w:r>
      <w:r>
        <w:t>to is ke maani kya hue? is is spirituality jo hai, ek aisi, ek aisa discipline hai jis mein deconditioning ka process sath sath chalta rehta hai.</w:t>
      </w:r>
    </w:p>
    <w:p>
      <w:pPr>
        <w:jc w:val="right"/>
      </w:pPr>
      <w:r>
        <w:t>تو اس کے معنی کیا ہوئے؟ اس اس اسپریچولٹی جو ہے، ایک ایسی، ایک ایسا ڈسپلن ہے جس میں ڈی کنڈیشننگ کا پروسیس ساتھ ساتھ چلتا رہتا ہے۔</w:t>
      </w:r>
    </w:p>
    <w:p>
      <w:r>
        <w:rPr>
          <w:b/>
        </w:rPr>
        <w:t xml:space="preserve">[21:53] </w:t>
      </w:r>
      <w:r>
        <w:t>yeh kitni bari blessing hai, aisi spirituality.</w:t>
      </w:r>
    </w:p>
    <w:p>
      <w:pPr>
        <w:jc w:val="right"/>
      </w:pPr>
      <w:r>
        <w:t>یہ کتنی بڑی بلیسنگ ہے، ایسی اسپریچولٹی۔</w:t>
      </w:r>
    </w:p>
    <w:p>
      <w:r>
        <w:rPr>
          <w:b/>
        </w:rPr>
        <w:t xml:space="preserve">[21:58] </w:t>
      </w:r>
      <w:r>
        <w:t>to woh spirituality jo hai, ek jis mein jis ka goal ecstasy hai, woh to just like anesthesia hai. kabhi bhi aap pachas saal ke ho, 60 saal, 70 saal ke ho, aap anesthesia ka woh le lijiye, treatment,</w:t>
      </w:r>
    </w:p>
    <w:p>
      <w:pPr>
        <w:jc w:val="right"/>
      </w:pPr>
      <w:r>
        <w:t>تو وہ اسپریچولٹی جو ہے، ایک جس میں جس کا گول ایکسٹسی ہے، وہ تو جسٹ لائک انستھیشیا ہے۔ کبھی بھی آپ پچاس سال کے ہو، 60 سال، 70 سال کے ہو، آپ انستھیشیا کا وہ لے لیجئے، ٹریٹمنٹ،</w:t>
      </w:r>
    </w:p>
    <w:p>
      <w:r>
        <w:rPr>
          <w:b/>
        </w:rPr>
        <w:t xml:space="preserve">[22:14] </w:t>
      </w:r>
      <w:r>
        <w:t>aap bekhabar ho jayenge kisi bhi mauqe par. lekin yeh jo spirituality hai jo sath sath chalti hai, woh har din aap ko decondition karti rehti hai.</w:t>
      </w:r>
    </w:p>
    <w:p>
      <w:pPr>
        <w:jc w:val="right"/>
      </w:pPr>
      <w:r>
        <w:t>آپ بے خبر ہو جائیں گے کسی بھی موقع پر۔ لیکن یہ جو اسپریچولٹی ہے جو ساتھ ساتھ چلتی ہے، وہ ہر دن آپ کو ڈی کنڈیشن کرتی رہتی ہے۔</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