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Position of Woman in Islam October 31, 2021 Prof. Farida Khanam</w:t>
      </w:r>
    </w:p>
    <w:p>
      <w:r>
        <w:t>https://www.youtube.com/watch?v=ytlR1ELCRwc</w:t>
      </w:r>
    </w:p>
    <w:p>
      <w:r>
        <w:rPr>
          <w:b/>
        </w:rPr>
        <w:t xml:space="preserve">[00:12] </w:t>
      </w:r>
      <w:r>
        <w:t>bismillah al-rahman al-rahim, assalamu alaikum wa rahmatullah. aaj hum kuch baatein karenge, position of women in islam par.</w:t>
      </w:r>
    </w:p>
    <w:p>
      <w:pPr>
        <w:jc w:val="right"/>
      </w:pPr>
      <w:r>
        <w:t>بسم اللہ الرحمن الرحیم، السلام علیکم ورحمۃ اللہ۔ آج ہم کچھ باتیں کریں گے، پوزیشن آف وومن ان اسلام پر۔</w:t>
      </w:r>
    </w:p>
    <w:p>
      <w:r>
        <w:rPr>
          <w:b/>
        </w:rPr>
        <w:t xml:space="preserve">[00:25] </w:t>
      </w:r>
      <w:r>
        <w:t>to Maulana ne kai kitabein likhi hain, ek kitab hai "women between islam and western society", to uska urdu mein hai aur us ki translation english mein hai.</w:t>
      </w:r>
    </w:p>
    <w:p>
      <w:pPr>
        <w:jc w:val="right"/>
      </w:pPr>
      <w:r>
        <w:t>تو مولانا نے کئی کتابیں لکھی ہیں، ایک کتاب ہے "وومن بٹوین اسلام اینڈ ویسٹرن سوسائٹی"، تو اس کا اردو میں ہے اور اس کی ٹرانسلیشن انگلش میں ہے۔</w:t>
      </w:r>
    </w:p>
    <w:p>
      <w:r>
        <w:rPr>
          <w:b/>
        </w:rPr>
        <w:t xml:space="preserve">[00:38] </w:t>
      </w:r>
      <w:r>
        <w:t>to woh aap agar kuch detail aap ko chahiye to aap us mein se dekh dekh sakte hain. aur asal mein position of women jo itni zyada kharab thi, inferior position thi, to uska reason jo tha woh zamana tha.</w:t>
      </w:r>
    </w:p>
    <w:p>
      <w:pPr>
        <w:jc w:val="right"/>
      </w:pPr>
      <w:r>
        <w:t>تو وہ آپ اگر کچھ ڈیٹیل آپ کو چاہیے تو آپ اس میں سے دیکھ دیکھ سکتے ہیں۔ اور اصل میں پوزیشن آف وومن جو اتنی زیادہ خراب تھی، انفیریئر پوزیشن تھی، تو اس کا ریزن جو تھا وہ زمانہ تھا۔</w:t>
      </w:r>
    </w:p>
    <w:p>
      <w:r>
        <w:rPr>
          <w:b/>
        </w:rPr>
        <w:t xml:space="preserve">[00:58] </w:t>
      </w:r>
      <w:r>
        <w:t>qadeem zamanay mein bohat ziyada superstition, irrational belief ka riwaj tha, to isi ka nateeja tha ke women ki jo position thi to woh bohat hi is ka darja kam ho gaya tha.</w:t>
      </w:r>
    </w:p>
    <w:p>
      <w:pPr>
        <w:jc w:val="right"/>
      </w:pPr>
      <w:r>
        <w:t>قدیم زمانے میں بہت زیادہ سپر سٹیشنز، ارریشنل بیلیف کا رواج تھا، تو اسی کا نتیجہ تھا کہ وومن کی جو پوزیشن تھی تو وہ بہت ہی اس کا درجہ کم ہو گیا تھا۔</w:t>
      </w:r>
    </w:p>
    <w:p>
      <w:r>
        <w:rPr>
          <w:b/>
        </w:rPr>
        <w:t xml:space="preserve">[01:15] </w:t>
      </w:r>
      <w:r>
        <w:t>har cheez mein jo nizam-e-aqaaid tha us zamanay ka, to har cheez jo hai qayaasaat par mabni thi, koi observation nahi, koi verification nahi.</w:t>
      </w:r>
    </w:p>
    <w:p>
      <w:pPr>
        <w:jc w:val="right"/>
      </w:pPr>
      <w:r>
        <w:t>ہر چیز میں جو نظام عقائد تھا اس زمانے کا، تو ہر چیز جو ہے قیاسات پر مبنی تھی، کوئی ابزرویشن نہیں، کوئی ویریفکیشن نہیں۔</w:t>
      </w:r>
    </w:p>
    <w:p>
      <w:r>
        <w:rPr>
          <w:b/>
        </w:rPr>
        <w:t xml:space="preserve">[01:26] </w:t>
      </w:r>
      <w:r>
        <w:t>yeh sab to jab Islam aaya seventh century mein, is ke baad yeh saari cheezein jo hain dunya ne jaani ke koi bhi nateeja akhaz karne ke liye observation kiya jata hai, verification kiya jata hai.</w:t>
      </w:r>
    </w:p>
    <w:p>
      <w:pPr>
        <w:jc w:val="right"/>
      </w:pPr>
      <w:r>
        <w:t>یہ سب تو جب اسلام آیا سیونتھ سینچری میں، اس کے بعد یہ ساری چیزیں جو ہیں دنیا نے جانی کہ کوئی بھی نتیجہ اخذ کرنے کے لیے ابزرویشن کیا جاتا ہے، ویریفکیشن کیا جاتا ہے۔</w:t>
      </w:r>
    </w:p>
    <w:p>
      <w:r>
        <w:rPr>
          <w:b/>
        </w:rPr>
        <w:t xml:space="preserve">[01:43] </w:t>
      </w:r>
      <w:r>
        <w:t>pehlay to bas supposition tha, isi wajah se har mamlay mein logon ki jo rai thi woh irrational thi, to supposition based thi, conjecture based thi.</w:t>
      </w:r>
    </w:p>
    <w:p>
      <w:pPr>
        <w:jc w:val="right"/>
      </w:pPr>
      <w:r>
        <w:t>پہلے تو بس سپوزیشن تھا، اسی وجہ سے ہر معاملے میں لوگوں کی جو رائے تھی وہ ارریشنل تھی، تو سپوزیشن بیس تھی، کنجکچر بیس تھی۔</w:t>
      </w:r>
    </w:p>
    <w:p>
      <w:r>
        <w:rPr>
          <w:b/>
        </w:rPr>
        <w:t xml:space="preserve">[01:55] </w:t>
      </w:r>
      <w:r>
        <w:t>to mein aap ko chand misaal pesh karungi jis se aap ko pata chalay ga ke yeh be-buniyad ohaam jo hain woh kya thay aur is ko Islam ne kis tarah khatam kiya.</w:t>
      </w:r>
    </w:p>
    <w:p>
      <w:pPr>
        <w:jc w:val="right"/>
      </w:pPr>
      <w:r>
        <w:t>تو میں آپ کو چند مثال پیش کروں گی جس سے آپ کو پتہ چلے گا کہ یہ بے بنیاد اوہام جو ہیں وہ کیا تھے اور اس کو اسلام نے کس طرح ختم کیا۔</w:t>
      </w:r>
    </w:p>
    <w:p>
      <w:r>
        <w:rPr>
          <w:b/>
        </w:rPr>
        <w:t xml:space="preserve">[02:09] </w:t>
      </w:r>
      <w:r>
        <w:t>to aik aik misaal hai solar eclipse aur lunar eclipse ki. to jab yeh eclipse hotay hain to ab is zamanay mein koi scientific explanation nahi tha, koi cause and effect kuch maloom nahi tha.</w:t>
      </w:r>
    </w:p>
    <w:p>
      <w:pPr>
        <w:jc w:val="right"/>
      </w:pPr>
      <w:r>
        <w:t>تو ایک ایک مثال ہے سولر ایکلپس اور لیونر ایکلپس کی۔ تو جب یہ ایکلپس ہوتے ہیں تو اب اس زمانے میں کوئی سائنٹیفک ایکسپلینیشن نہیں تھا، کوئی کاز اینڈ ایفیکٹ کچھ معلوم نہیں تھا۔</w:t>
      </w:r>
    </w:p>
    <w:p>
      <w:r>
        <w:rPr>
          <w:b/>
        </w:rPr>
        <w:t xml:space="preserve">[02:24] </w:t>
      </w:r>
      <w:r>
        <w:t>to log tarah tarah ki be-buniyad suppositions farz kar letay thay. to China mein yeh tha ke jab grehan lagta tha to woh log kehtay thay ke aik bohat bara aasmani azhda hai jo suraj ko nigal raha hai ya chand ko nigal raha hai.</w:t>
      </w:r>
    </w:p>
    <w:p>
      <w:pPr>
        <w:jc w:val="right"/>
      </w:pPr>
      <w:r>
        <w:t>تو لوگ طرح طرح کی بے بنیاد سپوزیشنز فرض کر لیتے تھے۔ تو چائنہ میں یہ تھا کہ جب گرہن لگتا تھا تو وہ لوگ کہتے تھے کہ ایک بہت بڑا آسمانی ازدہا ہے جو سورج کو نگل رہا ہے یا چاند کو نگل رہا ہے۔</w:t>
      </w:r>
    </w:p>
    <w:p>
      <w:r>
        <w:rPr>
          <w:b/>
        </w:rPr>
        <w:t xml:space="preserve">[02:42] </w:t>
      </w:r>
      <w:r>
        <w:t>to is tareeqay se unhon ne kya kartay thay, aik bohat baray maidan mein aa kar jama ho kar shor macha detay us ko daranay ke liye.</w:t>
      </w:r>
    </w:p>
    <w:p>
      <w:pPr>
        <w:jc w:val="right"/>
      </w:pPr>
      <w:r>
        <w:t>تو اس طریقے سے انہوں نے کیا کرتے تھے، ایک بہت بڑے میدان میں آ کر جمع ہو کے شور مچا دیتے اس کو ڈرانے کے لیے۔</w:t>
      </w:r>
    </w:p>
    <w:p>
      <w:r>
        <w:rPr>
          <w:b/>
        </w:rPr>
        <w:t xml:space="preserve">[02:52] </w:t>
      </w:r>
      <w:r>
        <w:t>to woh kuch dair mein to woh grehan khatam hi ho jata hai, woh to aik alignment hai, bodies sab rotate kar rahi hain.</w:t>
      </w:r>
    </w:p>
    <w:p>
      <w:pPr>
        <w:jc w:val="right"/>
      </w:pPr>
      <w:r>
        <w:t>تو وہ کچھ دیر میں تو وہ گرہن ختم ہی ہو جاتا ہے، وہ تو ایک الائنمنٹ ہے، باڈیز سب روٹیٹ کر رہی ہیں۔</w:t>
      </w:r>
    </w:p>
    <w:p>
      <w:r>
        <w:rPr>
          <w:b/>
        </w:rPr>
        <w:t xml:space="preserve">[03:00] </w:t>
      </w:r>
      <w:r>
        <w:t>aik aisa aik alignment ho jata hai ke woh beech mein aa jata hai, kabhi chand beech mein aa jata hai, kabhi earth beech mein aa jati hai. isi ke hisab se woh eclipse hota hai.</w:t>
      </w:r>
    </w:p>
    <w:p>
      <w:pPr>
        <w:jc w:val="right"/>
      </w:pPr>
      <w:r>
        <w:t>ایک ایسا ایک الائنمنٹ ہو جاتا ہے کہ وہ بیچ میں آ جاتا ہے، کبھی چاند بیچ میں آ جاتا ہے، کبھی ارتھ بیچ میں آ جاتی ہے۔ اسی کے حساب سے وہ ایکلپس ہوتا ہے۔</w:t>
      </w:r>
    </w:p>
    <w:p>
      <w:r>
        <w:rPr>
          <w:b/>
        </w:rPr>
        <w:t xml:space="preserve">[03:12] </w:t>
      </w:r>
      <w:r>
        <w:t>to woh waqt woh thori dair mein khatam ho jata hai. to yeh log yeh samajhtay thay ke jo hum ne shor machaya to us se jo hai azhda dar ke bhag gaya.</w:t>
      </w:r>
    </w:p>
    <w:p>
      <w:pPr>
        <w:jc w:val="right"/>
      </w:pPr>
      <w:r>
        <w:t>تو وہ وقت وہ تھوڑی دیر میں ختم ہو جاتا ہے۔ تو یہ لوگ یہ سمجھتے تھے کہ جو ہم نے شور مچایا تو اس سے جو ہے ازدہا ڈر کے بھاگ گیا۔</w:t>
      </w:r>
    </w:p>
    <w:p>
      <w:r>
        <w:rPr>
          <w:b/>
        </w:rPr>
        <w:t xml:space="preserve">[03:21] </w:t>
      </w:r>
      <w:r>
        <w:t>to is tareeqay se woh aur ziyada un ko yaqeen ho jata tha ke jo hamara tareeqa hai shor machanay ka woh sahi hai. to aur bhi doosray mafroozat thay, matlab yeh bhi tha ke jab koi baray aadmi ka intiqal hota hai to yeh grehan lagtay hain.</w:t>
      </w:r>
    </w:p>
    <w:p>
      <w:pPr>
        <w:jc w:val="right"/>
      </w:pPr>
      <w:r>
        <w:t>تو اس طریقے سے وہ اور زیادہ ان کو یقین ہو جاتا تھا کہ جو ہمارا طریقہ ہے شور مچانے کا وہ صحیح ہے۔ تو اور بھی دوسرے مفروضات تھے، مطلب یہ بھی تھا کہ جب کوئی بڑے آدمی کا انتقال ہوتا ہے تو یہ گرہن لگتے ہیں۔</w:t>
      </w:r>
    </w:p>
    <w:p>
      <w:r>
        <w:rPr>
          <w:b/>
        </w:rPr>
        <w:t xml:space="preserve">[03:38] </w:t>
      </w:r>
      <w:r>
        <w:t>to aisa hua hai ke aik bar jab Rasool Allah Sal Allahu Alaihi Wasallam ka beta Hazrat Ibrahim ke betay Ibrahim ke Shawaal das Hijri mein un ka intiqal hua to ittefaq aisa tha ke suraj grehan par gaya.</w:t>
      </w:r>
    </w:p>
    <w:p>
      <w:pPr>
        <w:jc w:val="right"/>
      </w:pPr>
      <w:r>
        <w:t>تو ایسا ہوا ہے کہ ایک بار جب رسول اللہ صلی اللہ علیہ وسلم کا بیٹا حضرت ابراہیم کے بیٹے ابراہیم کے شوال دس ہجری میں ان کا انتقال ہوا تو اتفاق ایسا تھا کہ سورج گرہن پڑا۔</w:t>
      </w:r>
    </w:p>
    <w:p>
      <w:r>
        <w:rPr>
          <w:b/>
        </w:rPr>
        <w:t xml:space="preserve">[03:52] </w:t>
      </w:r>
      <w:r>
        <w:t>to log logon ne kehna shuru kar diya ke prophet ke betay ka intiqal hua hai to is wajah se grehan para hai. to jab Rasool Allah Sal Allahu Alaihi Wasallam ko maloom hua to foran woh aaye masjid mein aur unhon ne logon ko jama kiya.</w:t>
      </w:r>
    </w:p>
    <w:p>
      <w:pPr>
        <w:jc w:val="right"/>
      </w:pPr>
      <w:r>
        <w:t>تو لوگ لوگوں نے کہنا شروع کر دیا کہ پرافٹ کے بیٹے کا انتقال ہوا ہے تو اس وجہ سے گرہن پڑا ہے۔ تو جب رسول اللہ صلی اللہ علیہ وسلم کو معلوم ہوا تو فوراً وہ آئے مسجد میں اور انہوں نے لوگوں کو جمع کیا۔</w:t>
      </w:r>
    </w:p>
    <w:p>
      <w:r>
        <w:rPr>
          <w:b/>
        </w:rPr>
        <w:t xml:space="preserve">[04:05] </w:t>
      </w:r>
      <w:r>
        <w:t>jab koi bara masla hota tha to foran logon ko jama kar ke aap wahan address kartay thay. to foran address kiya ke yeh sab bilkul galat baatein hain, be-buniyad baatein hain.</w:t>
      </w:r>
    </w:p>
    <w:p>
      <w:pPr>
        <w:jc w:val="right"/>
      </w:pPr>
      <w:r>
        <w:t>جب کوئی بڑا مسئلہ ہوتا تھا تو فوراً لوگوں کو جمع کر کے آپ وہاں ایڈریس کرتے تھے۔ تو فوراً ایڈریس کیا کہ یہ سب بالکل غلط باتیں ہیں، بے بنیاد باتیں ہیں۔</w:t>
      </w:r>
    </w:p>
    <w:p>
      <w:r>
        <w:rPr>
          <w:b/>
        </w:rPr>
        <w:t xml:space="preserve">[04:17] </w:t>
      </w:r>
      <w:r>
        <w:t>kisi ke marnay se jeenay se yeh sab nahi hota, balkay yeh sab Khuda ki nishaniyan hain. aisa ho to tum log Khuda ko yaad karo, Khuda ka zikr karo.</w:t>
      </w:r>
    </w:p>
    <w:p>
      <w:pPr>
        <w:jc w:val="right"/>
      </w:pPr>
      <w:r>
        <w:t>کسی کے مرنے سے جینے سے یہ سب نہیں ہوتا، بلکہ یہ سب خدا کی نشانیاں ہیں۔ ایسا ہو تو تم لوگ خدا کو یاد کرو، خدا کا ذکر کرو۔</w:t>
      </w:r>
    </w:p>
    <w:p>
      <w:r>
        <w:rPr>
          <w:b/>
        </w:rPr>
        <w:t xml:space="preserve">[04:28] </w:t>
      </w:r>
      <w:r>
        <w:t>to is tareeqay se Islam ne aik aik kar ke, aik aik kar ke irrational belief jo hain woh sab khatam kiye. to isi tareeqay se jab Misr fatah hua to Misr ke fateh hain Umar Ibn Al Aas.</w:t>
      </w:r>
    </w:p>
    <w:p>
      <w:pPr>
        <w:jc w:val="right"/>
      </w:pPr>
      <w:r>
        <w:t>تو اس طریقے سے اسلام نے ایک ایک کر کے، ایک ایک کر کے ارریشنل بیلیف جو ہیں وہ سب ختم کیے۔ تو اسی طریقے سے جب مصر فتح ہوا تو مصر کے فاتح ہیں عمر ابن العاص۔</w:t>
      </w:r>
    </w:p>
    <w:p>
      <w:r>
        <w:rPr>
          <w:b/>
        </w:rPr>
        <w:t xml:space="preserve">[04:44] </w:t>
      </w:r>
      <w:r>
        <w:t>to un shuru jab woh wahan par governor ho ke gaye wahan to wahan par kya hua ke log un ke paas aaye.</w:t>
      </w:r>
    </w:p>
    <w:p>
      <w:pPr>
        <w:jc w:val="right"/>
      </w:pPr>
      <w:r>
        <w:t>تو ان شروع جب وہ وہاں پر گورنر ہو کے گئے وہاں تو وہاں پر کیا ہوا کہ لوگ ان کے پاس آئے۔</w:t>
      </w:r>
    </w:p>
    <w:p>
      <w:r>
        <w:rPr>
          <w:b/>
        </w:rPr>
        <w:t xml:space="preserve">[04:53] </w:t>
      </w:r>
      <w:r>
        <w:t>aik wahan par jo local calendar tha to us ka aik month tha Bahouna. to Bahouna ke mahinay mein un ko un ka riwaj tha ke darya-e-Neel ka pani jo ruka rehta hai to Bahouna ke mahinay mein woh barahween din aur aik doshiza ko khoob zevar kapray pehna kar aur aisi doshiza jo apnay maa baap ki akeli ho, phir woh us ko darya mein daal detay thay.</w:t>
      </w:r>
    </w:p>
    <w:p>
      <w:pPr>
        <w:jc w:val="right"/>
      </w:pPr>
      <w:r>
        <w:t>ایک وہاں پر جو لوکل کیلنڈر تھا تو اس کا ایک منتھ تھا بہونہ۔ تو بہونہ کے مہینے میں ان کو ان کا رواج تھا کہ دریائے نیل کا پانی جو رکا رہتا ہے تو بہونہ کے مہینے میں وہ بارہویں دن اور ایک دوشیزہ کو خوب زیور کپڑے پہنا کر اور ایسی دوشیزہ جو اپنے ماں باپ کی اکیلی ہو، پھر وہ اس کو دریا میں ڈال دیتے تھے۔</w:t>
      </w:r>
    </w:p>
    <w:p>
      <w:r>
        <w:rPr>
          <w:b/>
        </w:rPr>
        <w:t xml:space="preserve">[05:19] </w:t>
      </w:r>
      <w:r>
        <w:t>to phir pani aa jata tha. to unhon ne jab Islam aaya to to woh gaye Umar Ibn Al Aas ke paas ke pani nahi aa raha hai darya mein to ab kya karein.</w:t>
      </w:r>
    </w:p>
    <w:p>
      <w:pPr>
        <w:jc w:val="right"/>
      </w:pPr>
      <w:r>
        <w:t>تو پھر پانی آ جاتا تھا۔ تو انہوں نے جب اسلام آیا تو تو وہ گئے عمر ابن العاص کے پاس کہ پانی نہیں آ رہا ہے دریا میں تو اب کیا کریں۔</w:t>
      </w:r>
    </w:p>
    <w:p>
      <w:r>
        <w:rPr>
          <w:b/>
        </w:rPr>
        <w:t xml:space="preserve">[05:32] </w:t>
      </w:r>
      <w:r>
        <w:t>to phir unhon ne kaha ke nahi yeh to Islam mein allowed nahi hai. to phir jab log bohat ziyada pareshan hue, pani jari nahi ho raha tha to us ke baad Umar Ibn Al Aas ne Hazrat Umar jo Khalifa thay un ko khat likha ke aisa aisa mamla hai.</w:t>
      </w:r>
    </w:p>
    <w:p>
      <w:pPr>
        <w:jc w:val="right"/>
      </w:pPr>
      <w:r>
        <w:t>تو پھر انہوں نے کہا کہ نہیں یہ تو اسلام میں الاؤڈ نہیں ہے۔ تو پھر جب لوگ بہت زیادہ پریشان ہوئے، پانی جاری نہیں ہو رہا تھا تو اس کے بعد عمر ابن العاص نے حضرت عمر جو خلیفہ تھے ان کو خط لکھا کہ ایسا ایسا معاملہ ہے۔</w:t>
      </w:r>
    </w:p>
    <w:p>
      <w:r>
        <w:rPr>
          <w:b/>
        </w:rPr>
        <w:t xml:space="preserve">[05:51] </w:t>
      </w:r>
      <w:r>
        <w:t>to unhon ne aik parche par yeh message likh kar bheja ke yeh parcha jo hai woh darya-e</w:t>
      </w:r>
    </w:p>
    <w:p>
      <w:pPr>
        <w:jc w:val="right"/>
      </w:pPr>
      <w:r>
        <w:t>تو انہوں نے ایک پرچے پر یہ میسج لکھ کر بھیجا کہ یہ پرچہ جو ہے وہ دریائے</w:t>
      </w:r>
    </w:p>
    <w:p>
      <w:r>
        <w:rPr>
          <w:b/>
        </w:rPr>
        <w:t xml:space="preserve">[05:57] </w:t>
      </w:r>
      <w:r>
        <w:t>neel mein daal do.</w:t>
      </w:r>
    </w:p>
    <w:p>
      <w:pPr>
        <w:jc w:val="right"/>
      </w:pPr>
      <w:r>
        <w:t>نیل میں ڈال دو۔</w:t>
      </w:r>
    </w:p>
    <w:p>
      <w:r>
        <w:rPr>
          <w:b/>
        </w:rPr>
        <w:t xml:space="preserve">[05:59] </w:t>
      </w:r>
      <w:r>
        <w:t>to is mein yeh likha hua tha: "khuda ke bande umar, amir-ul-momineen ki taraf se misr walon ke</w:t>
      </w:r>
    </w:p>
    <w:p>
      <w:pPr>
        <w:jc w:val="right"/>
      </w:pPr>
      <w:r>
        <w:t>تو اس میں یہ لکھا ہوا تھا: "خدا کے بندے عمر، امیرالمومنین کی طرف سے مصر والوں کے</w:t>
      </w:r>
    </w:p>
    <w:p>
      <w:r>
        <w:rPr>
          <w:b/>
        </w:rPr>
        <w:t xml:space="preserve">[06:07] </w:t>
      </w:r>
      <w:r>
        <w:t>darya-e-neel ke naam, agar tu khud apni taraf se jari hota tha to tu na jari ho,</w:t>
      </w:r>
    </w:p>
    <w:p>
      <w:pPr>
        <w:jc w:val="right"/>
      </w:pPr>
      <w:r>
        <w:t>دریائے نیل کے نام، اگر تو خود اپنی طرف سے جاری ہوتا تھا تو تو نہ جاری ہو،</w:t>
      </w:r>
    </w:p>
    <w:p>
      <w:r>
        <w:rPr>
          <w:b/>
        </w:rPr>
        <w:t xml:space="preserve">[06:15] </w:t>
      </w:r>
      <w:r>
        <w:t>aur agar Allah rab-ul-alameen tha jo tujh ko jari karta tha to hum Allah se darkhwast karte</w:t>
      </w:r>
    </w:p>
    <w:p>
      <w:pPr>
        <w:jc w:val="right"/>
      </w:pPr>
      <w:r>
        <w:t>اور اگر اللہ رب العالمین تھا جو تجھ کو جاری کرتا تھا تو ہم اللہ سے درخواست کرتے</w:t>
      </w:r>
    </w:p>
    <w:p>
      <w:r>
        <w:rPr>
          <w:b/>
        </w:rPr>
        <w:t xml:space="preserve">[06:21] </w:t>
      </w:r>
      <w:r>
        <w:t>hain ke woh tujh ko jari kar de."</w:t>
      </w:r>
    </w:p>
    <w:p>
      <w:pPr>
        <w:jc w:val="right"/>
      </w:pPr>
      <w:r>
        <w:t>ہیں کہ وہ تجھ کو جاری کر دے۔"</w:t>
      </w:r>
    </w:p>
    <w:p>
      <w:r>
        <w:rPr>
          <w:b/>
        </w:rPr>
        <w:t xml:space="preserve">[06:25] </w:t>
      </w:r>
      <w:r>
        <w:t>to yeh parcha is mein daal diya gaya aur doosray din khoob is mein pani jo hai bohat</w:t>
      </w:r>
    </w:p>
    <w:p>
      <w:pPr>
        <w:jc w:val="right"/>
      </w:pPr>
      <w:r>
        <w:t>تو یہ پرچہ اس میں ڈال دیا گیا اور دوسرے دن خوب اس میں پانی جو ہے بہت</w:t>
      </w:r>
    </w:p>
    <w:p>
      <w:r>
        <w:rPr>
          <w:b/>
        </w:rPr>
        <w:t xml:space="preserve">[06:30] </w:t>
      </w:r>
      <w:r>
        <w:t>zyada pani is mein aa gaya, jari ho gaya.</w:t>
      </w:r>
    </w:p>
    <w:p>
      <w:pPr>
        <w:jc w:val="right"/>
      </w:pPr>
      <w:r>
        <w:t>زیادہ پانی اس میں آ گیا، جاری ہو گیا۔</w:t>
      </w:r>
    </w:p>
    <w:p>
      <w:r>
        <w:rPr>
          <w:b/>
        </w:rPr>
        <w:t xml:space="preserve">[06:33] </w:t>
      </w:r>
      <w:r>
        <w:t>to is tareeqay se saari jo mythology based poora nizam tha puranay zamanay ka to woh dheeray dheeray Islam ne khatam kiya aur isi ki wajah se saari taraqqiyan ruki hui theen.</w:t>
      </w:r>
    </w:p>
    <w:p>
      <w:pPr>
        <w:jc w:val="right"/>
      </w:pPr>
      <w:r>
        <w:t>تو اس طریقے سے ساری جو میتھالوجی بیسڈ پورا نظام تھا پرانے زمانے کا تو وہ دھیرے دھیرے اسلام نے ختم کیا اور اسی کی وجہ سے ساری ترقیاں رکی ہوئی تھیں۔</w:t>
      </w:r>
    </w:p>
    <w:p>
      <w:r>
        <w:rPr>
          <w:b/>
        </w:rPr>
        <w:t xml:space="preserve">[06:45] </w:t>
      </w:r>
      <w:r>
        <w:t>to jab yeh saari mythological system khatam hua aur logon ne jo cheezon ki haqeeqat ko jana tab dheeray dheeray log research aur investigation mein apnay aap ko unhon ne engage kiya.</w:t>
      </w:r>
    </w:p>
    <w:p>
      <w:pPr>
        <w:jc w:val="right"/>
      </w:pPr>
      <w:r>
        <w:t>تو جب یہ ساری میتھالوجیکل سسٹم ختم ہوا اور لوگوں نے جو چیزوں کی حقیقت کو جانا تب دھیرے دھیرے لوگ ریسرچ اور انویسٹیگیشن میں اپنے آپ کو انہوں نے انگیج کیا۔</w:t>
      </w:r>
    </w:p>
    <w:p>
      <w:r>
        <w:rPr>
          <w:b/>
        </w:rPr>
        <w:t xml:space="preserve">[07:00] </w:t>
      </w:r>
      <w:r>
        <w:t>to isi tareeqay se aurat ke baray mein chounkay aaj hamara mozu aurat hai to aurat ke baray mein tarah tarah ke be-buniyad aqeeday thay.</w:t>
      </w:r>
    </w:p>
    <w:p>
      <w:pPr>
        <w:jc w:val="right"/>
      </w:pPr>
      <w:r>
        <w:t>تو اسی طریقے سے عورت کے بارے میں چونکہ آج ہمارا موضوع عورت ہے تو عورت کے بارے میں طرح طرح کے بے بنیاد عقیدے تھے۔</w:t>
      </w:r>
    </w:p>
    <w:p>
      <w:r>
        <w:rPr>
          <w:b/>
        </w:rPr>
        <w:t xml:space="preserve">[07:09] </w:t>
      </w:r>
      <w:r>
        <w:t>to kaha jata hai ke ek jo pehli aurat dunya mein aai woh pandora thi aur ek badshah tha zeus, is ne yeh aurat banai aur aurat ko dunya mein bhej diya.</w:t>
      </w:r>
    </w:p>
    <w:p>
      <w:pPr>
        <w:jc w:val="right"/>
      </w:pPr>
      <w:r>
        <w:t>تو کہا جاتا ہے کہ ایک جو پہلی عورت دنیا میں آئی وہ پینڈورا تھی اور ایک بادشاہ تھا زیئس، اس نے یہ عورت بنائی اور عورت کو دنیا میں بھیج دیا۔</w:t>
      </w:r>
    </w:p>
    <w:p>
      <w:r>
        <w:rPr>
          <w:b/>
        </w:rPr>
        <w:t xml:space="preserve">[07:22] </w:t>
      </w:r>
      <w:r>
        <w:t>to dunya mein ek ek devta tha, yeh badshah zeus jo na devtaon ka badshah tha, to jo epithymius ek devta tha jo dunya mein rehta tha, to is ne is ko apni biwi bana liya.</w:t>
      </w:r>
    </w:p>
    <w:p>
      <w:pPr>
        <w:jc w:val="right"/>
      </w:pPr>
      <w:r>
        <w:t>تو دنیا میں ایک ایک دیوتا تھا، یہ بادشاہ زیئس جو نا دیوتاؤں کا بادشاہ تھا، تو جو ایپیتھیمیس ایک دیوتا تھا جو دنیا میں رہتا تھا، تو اس نے اس کو اپنی بیوی بنا لیا۔</w:t>
      </w:r>
    </w:p>
    <w:p>
      <w:r>
        <w:rPr>
          <w:b/>
        </w:rPr>
        <w:t xml:space="preserve">[07:38] </w:t>
      </w:r>
      <w:r>
        <w:t>to yeh pandora jo hai na ek box le kar aai thi aur is ne dunya mein yeh box khol diya to is box mein evil bhari hui thi.</w:t>
      </w:r>
    </w:p>
    <w:p>
      <w:pPr>
        <w:jc w:val="right"/>
      </w:pPr>
      <w:r>
        <w:t>تو یہ پینڈورا جو ہے نا ایک بکس لے کر آئی تھی اور اس نے دنیا میں یہ بکس کھول دیا تو اس بکس میں ایول بھری ہوئی تھی۔</w:t>
      </w:r>
    </w:p>
    <w:p>
      <w:r>
        <w:rPr>
          <w:b/>
        </w:rPr>
        <w:t xml:space="preserve">[07:47] </w:t>
      </w:r>
      <w:r>
        <w:t>to aap soch sakte hain ke jab ek pehli aurat ka yeh image hai ke woh sari evil le kar dunya mein aai hai to aurat ki kya position hogi.</w:t>
      </w:r>
    </w:p>
    <w:p>
      <w:pPr>
        <w:jc w:val="right"/>
      </w:pPr>
      <w:r>
        <w:t>تو آپ سوچ سکتے ہیں کہ جب ایک پہلی عورت کا یہ امیج ہے کہ وہ ساری ایول لے کر دنیا میں آئی ہے تو عورت کی کیا پوزیشن ہوگی۔</w:t>
      </w:r>
    </w:p>
    <w:p>
      <w:r>
        <w:rPr>
          <w:b/>
        </w:rPr>
        <w:t xml:space="preserve">[07:58] </w:t>
      </w:r>
      <w:r>
        <w:t>to isi tarah se jo semitic religions hain is mein sab se pehli khatoon jo hain woh eve hain aur pehle insan jo hai woh adam hain.</w:t>
      </w:r>
    </w:p>
    <w:p>
      <w:pPr>
        <w:jc w:val="right"/>
      </w:pPr>
      <w:r>
        <w:t>تو اسی طریقے سے جو سیمیٹک ریلیجنز ہیں اس میں سب سے پہلی خاتون جو ہیں وہ ایو ہیں اور پہلے انسان جو ہے وہ ایڈم ہیں۔</w:t>
      </w:r>
    </w:p>
    <w:p>
      <w:r>
        <w:rPr>
          <w:b/>
        </w:rPr>
        <w:t xml:space="preserve">[08:09] </w:t>
      </w:r>
      <w:r>
        <w:t>to allah taala ne adam aur eve ko banaya. to jo is islam se pehle aisa tha jo bhi bible hain aur doosre jo is tarah ki kitaben hain is mein yeh hai ke eve jo hain woh responsible hain for original sin for the fall of man.</w:t>
      </w:r>
    </w:p>
    <w:p>
      <w:pPr>
        <w:jc w:val="right"/>
      </w:pPr>
      <w:r>
        <w:t>تو اللہ تعالی نے ایڈم اور ایو کو بنایا۔ تو جو اس اسلام سے پہلے ایسا تھا جو بھی بائبل ہیں اور دوسرے جو اس طریقے کی کتابیں ہیں اس میں یہ ہے کہ ایو جو ہیں وہ ریسپانسبل ہیں فار اوریجنل سن فار دی فال آف مین۔</w:t>
      </w:r>
    </w:p>
    <w:p>
      <w:r>
        <w:rPr>
          <w:b/>
        </w:rPr>
        <w:t xml:space="preserve">[08:27] </w:t>
      </w:r>
      <w:r>
        <w:t>woh is tarah ke ke allah taala ne is pehle jore ko jannat mein rakha. ab is ke bare mein kai baaten hain ke asal jannat mein rakha ya yeh dunya hi is waqt jis ko bible mein bagh-e-adan kaha gaya hai.</w:t>
      </w:r>
    </w:p>
    <w:p>
      <w:pPr>
        <w:jc w:val="right"/>
      </w:pPr>
      <w:r>
        <w:t>وہ اس طرح کے کہ اللہ تعالی نے اس پہلے جوڑے کو جنت میں رکھا۔ اب اس کے بارے میں کئی باتیں ہیں کہ اصل جنت میں رکھا یا یہ دنیا ہی اس وقت جس کو بائبل میں باغ عدن کہا گیا ہے۔</w:t>
      </w:r>
    </w:p>
    <w:p>
      <w:r>
        <w:rPr>
          <w:b/>
        </w:rPr>
        <w:t xml:space="preserve">[08:41] </w:t>
      </w:r>
      <w:r>
        <w:t>to is waqt jo unpolluted dunya hogi woh to khud hi jannat lagti rahi hogi. to beharhal woh yahi hai ke jannat mein rakha.</w:t>
      </w:r>
    </w:p>
    <w:p>
      <w:pPr>
        <w:jc w:val="right"/>
      </w:pPr>
      <w:r>
        <w:t>تو اس وقت جو ان پولیوٹڈ دنیا ہوگی وہ تو خود ہی جنت لگتی رہی ہوگی۔ تو بہرحال وہ یہی ہے کہ جنت میں رکھا۔</w:t>
      </w:r>
    </w:p>
    <w:p>
      <w:r>
        <w:rPr>
          <w:b/>
        </w:rPr>
        <w:t xml:space="preserve">[08:50] </w:t>
      </w:r>
      <w:r>
        <w:t>to allah taala ne ek pear ke bare mein kaha ke is pear ka phal tum mat khana. to allah taala test karna chah rahe the ke kitna zyada yeh log jo hain mature hain, kitne obedient hain.</w:t>
      </w:r>
    </w:p>
    <w:p>
      <w:pPr>
        <w:jc w:val="right"/>
      </w:pPr>
      <w:r>
        <w:t>تو اللہ تعالی نے ایک پیڑ کے بارے میں کہا کہ اس پیڑ کا پھل تم مت کھانا۔ تو اللہ تعالی ٹیسٹ کرنا چاہ رہے تھے کہ کتنا زیادہ یہ لوگ جو ہیں میچور ہیں، کتنے اوبیڈینٹ ہیں۔</w:t>
      </w:r>
    </w:p>
    <w:p>
      <w:r>
        <w:rPr>
          <w:b/>
        </w:rPr>
        <w:t xml:space="preserve">[09:05] </w:t>
      </w:r>
      <w:r>
        <w:t>to lekin kya hua ke shaitan aaya serpent ke roop mein aur is ne behkaya. bible ka yeh version hai ke is ne hawa ko behkaya aur hawa ne adam ko behkaya.</w:t>
      </w:r>
    </w:p>
    <w:p>
      <w:pPr>
        <w:jc w:val="right"/>
      </w:pPr>
      <w:r>
        <w:t>تو لیکن کیا ہوا کہ شیطان آیا سرپنٹ کے روپ میں اور اس نے بہکایا۔ بائبل کا یہ ورژن ہے کہ اس نے حوا کو بہکایا اور حوا نے آدم کو بہکایا۔</w:t>
      </w:r>
    </w:p>
    <w:p>
      <w:r>
        <w:rPr>
          <w:b/>
        </w:rPr>
        <w:t xml:space="preserve">[09:16] </w:t>
      </w:r>
      <w:r>
        <w:t>is tarah se dono ne phal khaya aur allah naraz ho gaya aur un ko zameen mein bhej diya mushaqqat uthane ke liye. to yeh hai aur woh jo hai jo adam ne jo gunah kiya us ko original sin kehte hain christianity mein.</w:t>
      </w:r>
    </w:p>
    <w:p>
      <w:pPr>
        <w:jc w:val="right"/>
      </w:pPr>
      <w:r>
        <w:t>اس طریقے سے دونوں نے پھل کھایا اور اللہ ناراض ہو گیا اور ان کو زمین میں بھیج دیا مشقت اٹھانے کے لیے۔ تو یہ ہے اور وہ جو ہے جو آدم نے جو گناہ کیا اس کو اوریجنل سن کہتے ہیں کرسچینٹی میں۔</w:t>
      </w:r>
    </w:p>
    <w:p>
      <w:r>
        <w:rPr>
          <w:b/>
        </w:rPr>
        <w:t xml:space="preserve">[09:33] </w:t>
      </w:r>
      <w:r>
        <w:t>original sin jo hai woh ab maaf nahi hota. har bachcha jo paida hota hai woh is sin ke sath inherit karta hai.</w:t>
      </w:r>
    </w:p>
    <w:p>
      <w:pPr>
        <w:jc w:val="right"/>
      </w:pPr>
      <w:r>
        <w:t>اوریجنل سن جو ہے وہ اب معاف نہیں ہوتا۔ ہر بچہ جو پیدا ہوتا ہے وہ اس سن کے ساتھ انہیریٹ کرتا ہے۔</w:t>
      </w:r>
    </w:p>
    <w:p>
      <w:r>
        <w:rPr>
          <w:b/>
        </w:rPr>
        <w:t xml:space="preserve">[09:41] </w:t>
      </w:r>
      <w:r>
        <w:t>matlab is sin ko har bachcha inherit karta hai. phir is ke baad bachche ko kai bar church le jate hain aur us ko absolve karte hain is sin se.</w:t>
      </w:r>
    </w:p>
    <w:p>
      <w:pPr>
        <w:jc w:val="right"/>
      </w:pPr>
      <w:r>
        <w:t>مطلب اس سن کو ہر بچہ انہیریٹ کرتا ہے۔ پھر اس کے بعد بچے کو کئی بار چرچ لے جاتے ہیں اور اس کو ابسولو کرتے ہیں اس سن سے۔</w:t>
      </w:r>
    </w:p>
    <w:p>
      <w:r>
        <w:rPr>
          <w:b/>
        </w:rPr>
        <w:t xml:space="preserve">[09:52] </w:t>
      </w:r>
      <w:r>
        <w:t>to ab yahi qissa jo quran mein aaya hai woh yeh hai ke arabi mein ek dual form hota hai verb ka.</w:t>
      </w:r>
    </w:p>
    <w:p>
      <w:pPr>
        <w:jc w:val="right"/>
      </w:pPr>
      <w:r>
        <w:t>تو اب یہی قصہ جو قرآن میں آیا ہے وہ یہ ہے کہ عربی میں ایک ڈول فارم ہوتا ہے ورب کا۔</w:t>
      </w:r>
    </w:p>
    <w:p>
      <w:r>
        <w:rPr>
          <w:b/>
        </w:rPr>
        <w:t xml:space="preserve">[10:01] </w:t>
      </w:r>
      <w:r>
        <w:t>to dono ne kiya to jaise qala do do aadmi bole. to is tarah se quran mein poora jo qissa bataya hai surah al-araf mein verse hai 20 to 23.</w:t>
      </w:r>
    </w:p>
    <w:p>
      <w:pPr>
        <w:jc w:val="right"/>
      </w:pPr>
      <w:r>
        <w:t>تو دونوں نے کیا تو جیسے قال دو دو آدمی بولے۔ تو اس طریقے سے قرآن میں پورا جو قصہ بتایا ہے سورہ الاعراف میں ورس ہے 20 ٹو 23۔</w:t>
      </w:r>
    </w:p>
    <w:p>
      <w:r>
        <w:rPr>
          <w:b/>
        </w:rPr>
        <w:t xml:space="preserve">[10:15] </w:t>
      </w:r>
      <w:r>
        <w:t>to is mein bataya hai ke dono ko shaitan ne behkaya, dono ne phal khaya, dono se allah naraz hua, dono ko jannat se nikala gaya aur dono ne phir baad mein maafi mangi aur allah ne un ko maaf kiya.</w:t>
      </w:r>
    </w:p>
    <w:p>
      <w:pPr>
        <w:jc w:val="right"/>
      </w:pPr>
      <w:r>
        <w:t>تو اس میں بتایا ہے کہ دونوں کو شیطان نے بہکایا، دونوں نے پھل کھایا، دونوں سے اللہ ناراض ہوا، دونوں کو جنت سے نکالا گیا اور دونوں نے پھر بعد میں معافی مانگی اور اللہ نے ان کو معاف کیا۔</w:t>
      </w:r>
    </w:p>
    <w:p>
      <w:r>
        <w:rPr>
          <w:b/>
        </w:rPr>
        <w:t xml:space="preserve">[10:31] </w:t>
      </w:r>
      <w:r>
        <w:t>jab dono ne maafi hoti hai to woh maaf hoti hoti hai. allah taala maaf karte hain aur Hazrat Adam ko peghambar banaya, pehla peghambar.</w:t>
      </w:r>
    </w:p>
    <w:p>
      <w:pPr>
        <w:jc w:val="right"/>
      </w:pPr>
      <w:r>
        <w:t>جب جینون معافی ہوتی ہے تو وہ معاف ہوتی ہوتی ہے۔ اللہ تعالی معاف کرتے ہیں اور حضرت آدم کو پیغمبر بنایا، پہلا پیغمبر۔</w:t>
      </w:r>
    </w:p>
    <w:p>
      <w:r>
        <w:rPr>
          <w:b/>
        </w:rPr>
        <w:t xml:space="preserve">[10:40] </w:t>
      </w:r>
      <w:r>
        <w:t>to yeh is mein hawa ka koi alag se woh nahi hai ke hawa evil thin aur unhon ne evil ko dunya mein phaila diya.</w:t>
      </w:r>
    </w:p>
    <w:p>
      <w:pPr>
        <w:jc w:val="right"/>
      </w:pPr>
      <w:r>
        <w:t>تو یہ اس میں حوا کا کوئی الگ سے وہ نہیں ہے کہ حوا ایول تھیں اور انہوں نے ایول کو دنیا میں پھیلا دیا۔</w:t>
      </w:r>
    </w:p>
    <w:p>
      <w:r>
        <w:rPr>
          <w:b/>
        </w:rPr>
        <w:t xml:space="preserve">[10:49] </w:t>
      </w:r>
      <w:r>
        <w:t>to woh dono responsible the aur dono ki maafi bhi ho gayi. asal mein kya tha ke pehle zamane mein dunya mein jo hai koi taraqqi nahi hui thi, koi sahoolaten nahi thin.</w:t>
      </w:r>
    </w:p>
    <w:p>
      <w:pPr>
        <w:jc w:val="right"/>
      </w:pPr>
      <w:r>
        <w:t>تو وہ دونوں ریسپانسبل تھے اور دونوں کی معافی بھی ہو گئی۔ اصل میں کیا تھا کہ پہلے زمانے میں دنیا میں جو ہے کوئی ترقی نہیں ہوئی تھی، کوئی سہولتیں نہیں تھیں۔</w:t>
      </w:r>
    </w:p>
    <w:p>
      <w:r>
        <w:rPr>
          <w:b/>
        </w:rPr>
        <w:t xml:space="preserve">[11:03] </w:t>
      </w:r>
      <w:r>
        <w:t>bahar ki dunya jo hai, outside of home jo dunya thi, woh bohat hi harsh dunya thi, bohat hi bohat hi hard struggle wali dunya thi.</w:t>
      </w:r>
    </w:p>
    <w:p>
      <w:pPr>
        <w:jc w:val="right"/>
      </w:pPr>
      <w:r>
        <w:t>باہر کی دنیا جو ہے، آؤٹ سائیڈ آف ہوم جو دنیا تھی، وہ بہت ہی ہارش دنیا تھی، بہت ہی بہت ہی ہارڈ سٹرگل والی دنیا تھی۔</w:t>
      </w:r>
    </w:p>
    <w:p>
      <w:r>
        <w:rPr>
          <w:b/>
        </w:rPr>
        <w:t xml:space="preserve">[11:14] </w:t>
      </w:r>
      <w:r>
        <w:t>to wahan defense karna hota tha, bread winning jo hai woh bhi bohat mushkil kaam hota tha. tarah tarah ke masail the, daaku hote the, na koi police thi, na fauj thi.</w:t>
      </w:r>
    </w:p>
    <w:p>
      <w:pPr>
        <w:jc w:val="right"/>
      </w:pPr>
      <w:r>
        <w:t>تو وہاں ڈیفنس کرنا ہوتا تھا، بریڈ وننگ جو ہے وہ بھی بہت مشکل کام ہوتا تھا۔ طرح طرح کے مسائل تھے، ڈاکو ہوتے تھے، نہ کوئی پولیس تھی، نہ فوج تھی۔</w:t>
      </w:r>
    </w:p>
    <w:p>
      <w:r>
        <w:rPr>
          <w:b/>
        </w:rPr>
        <w:t xml:space="preserve">[11:26] </w:t>
      </w:r>
      <w:r>
        <w:t>to logon ko bohat struggle karni hoti thi. to auraten jo hain woh woh ghar mein rehti thin. to is wajah se un ka jo darja jo hai woh kam ho gaya tha.</w:t>
      </w:r>
    </w:p>
    <w:p>
      <w:pPr>
        <w:jc w:val="right"/>
      </w:pPr>
      <w:r>
        <w:t>تو لوگوں کو بہت سٹرگل کرنی ہوتی تھی۔ تو عورتیں جو ہیں وہ وہ گھر میں رہتی تھیں۔ تو اس وجہ سے ان کا جو درجہ جو ہے وہ کم ہو گیا تھا۔</w:t>
      </w:r>
    </w:p>
    <w:p>
      <w:r>
        <w:rPr>
          <w:b/>
        </w:rPr>
        <w:t xml:space="preserve">[11:35] </w:t>
      </w:r>
      <w:r>
        <w:t>woh ghar ke kaam ko woh koi bara cheez nahi samajhti thin. to yeh darja itna zyada kam hua ke aristotle jaisa itna bara philosopher Yunan ka, us ne apni kitab mein likha ke auraton ke munh mein daant kam hote hain.</w:t>
      </w:r>
    </w:p>
    <w:p>
      <w:pPr>
        <w:jc w:val="right"/>
      </w:pPr>
      <w:r>
        <w:t>وہ گھر کے کام کو وہ کوئی بڑا چیز نہیں سمجھتی تھیں۔ تو یہ درجہ اتنا زیادہ کم ہوا کہ ارسطو جیسا اتنا بڑا فلاسفر یونان کا، اس نے اپنی کتاب میں لکھا کہ عورتوں کے منہ میں دانت کم ہوتے ہیں۔</w:t>
      </w:r>
    </w:p>
    <w:p>
      <w:r>
        <w:rPr>
          <w:b/>
        </w:rPr>
        <w:t xml:space="preserve">[11:51] </w:t>
      </w:r>
      <w:r>
        <w:t>to is mein do baaten hain: ek to auraton ka darja kam tha, doosre yeh ke woh is zamane mein hi nahi tha observation ka, verification ka.</w:t>
      </w:r>
    </w:p>
    <w:p>
      <w:pPr>
        <w:jc w:val="right"/>
      </w:pPr>
      <w:r>
        <w:t>تو اس میں دو باتیں ہیں: ایک تو عورتوں کا درجہ کم تھا، دوسرے یہ کہ وہ اس زمانے میں ہی نہیں تھا ابزرویشن کا، ویریفکیشن کا۔</w:t>
      </w:r>
    </w:p>
    <w:p>
      <w:r>
        <w:rPr>
          <w:b/>
        </w:rPr>
        <w:t xml:space="preserve">[12:01] </w:t>
      </w:r>
      <w:r>
        <w:t>to bertrand russell, jo 20th century ka philosopher hai, bohat bara philosopher hai, to us ne kaha hai ke aristotle ke do biwiyan thin, to woh check nahi kar sakta tha apni biwi ke daant.</w:t>
      </w:r>
    </w:p>
    <w:p>
      <w:pPr>
        <w:jc w:val="right"/>
      </w:pPr>
      <w:r>
        <w:t>تو برٹن رسل، جو ٹونٹی سینچری کا فلاسفر ہے، بہت بڑا فلاسفر ہے، تو اس نے کہا ہے کہ ارسطو کے دو بیویاں تھیں، تو وہ چیک نہیں کر سکتا تھا اپنی بیوی کے دانت۔</w:t>
      </w:r>
    </w:p>
    <w:p>
      <w:r>
        <w:rPr>
          <w:b/>
        </w:rPr>
        <w:t xml:space="preserve">[12:12] </w:t>
      </w:r>
      <w:r>
        <w:t>to yeh halat thi qadeem zamanay ki. to is liye auratain jo hain bilkul inferior position un ki thi, second class human beings theen, un ko huqooq se mehroom theen, un ko jaidad mein hissa nahi banaya jata, jaidad mein hissa nahi diya jata tha, aur un ko aik chattel jis ko kehte hain, ghar ka saman samjha jata tha.</w:t>
      </w:r>
    </w:p>
    <w:p>
      <w:pPr>
        <w:jc w:val="right"/>
      </w:pPr>
      <w:r>
        <w:t>تو یہ حالت تھی قدیم زمانے کی۔ تو اس لیے عورتیں جو ہیں بالکل انفیریئر پوزیشن ان کی تھی، سیکنڈ کلاس ہیومن بینگز تھیں، ان کو حقوق سے محروم تھیں، ان کو جائیداد میں حصہ نہیں بنایا جاتا، جائیداد میں حصہ نہیں دیا جاتا تھا، اور ان کو ایک چیٹل جس کو کہتے ہیں، گھر کا سامان سمجھا جاتا تھا۔</w:t>
      </w:r>
    </w:p>
    <w:p>
      <w:r>
        <w:rPr>
          <w:b/>
        </w:rPr>
        <w:t xml:space="preserve">[12:36] </w:t>
      </w:r>
      <w:r>
        <w:t>to Islam ne pehli baar auraton ko jaidad mein hissa diya ke jaidad mein hissa dene se aik dam insan ki jo hai woh position bilkul barh jati hai, oonchi ho jati hai.</w:t>
      </w:r>
    </w:p>
    <w:p>
      <w:pPr>
        <w:jc w:val="right"/>
      </w:pPr>
      <w:r>
        <w:t>تو اسلام نے پہلی بار عورتوں کو جائیداد میں حصہ دیا کہ جائیداد میں حصہ دینے سے ایک دم انسان کی جو ہے وہ پوزیشن بالکل بڑھ جاتی ہے، اونچی ہو جاتی ہے۔</w:t>
      </w:r>
    </w:p>
    <w:p>
      <w:r>
        <w:rPr>
          <w:b/>
        </w:rPr>
        <w:t xml:space="preserve">[12:49] </w:t>
      </w:r>
      <w:r>
        <w:t>aur na sirf dunya mein tamam huqooq aurat ko diye gaye balkeh akhirat ke lehaz se kaha gaya ke jo bhi naik amal karega, to aik had aik Quran mein Surah Nisa mein hai, jo koi naik amal karega, woh mard ho ya aurat, bashart ke woh momin ho, to aisay log jannat mein dakhil honge.</w:t>
      </w:r>
    </w:p>
    <w:p>
      <w:pPr>
        <w:jc w:val="right"/>
      </w:pPr>
      <w:r>
        <w:t>اور نہ صرف دنیا میں تمام حقوق عورت کو دیے گئے بلکہ آخرت کے لحاظ سے کہا گیا کہ جو بھی نیک عمل کرے گا، تو ایک حد ایک قرآن میں سورہ النساء میں ہے، جو کوئی نیک عمل کرے گا، وہ مرد ہو یا عورت، بشرط کہ وہ مومن ہو، تو ایسے لوگ جنت میں داخل ہوں گے۔</w:t>
      </w:r>
    </w:p>
    <w:p>
      <w:r>
        <w:rPr>
          <w:b/>
        </w:rPr>
        <w:t xml:space="preserve">[13:12] </w:t>
      </w:r>
      <w:r>
        <w:t>to dunya ki bhi blessings aurat ke liye barabar hain aur akhirat ki bhi blessings aurat ke liye barabar hain. ab mein kuch thore se misalein doongi ke jo Rasool Allah Sal Allah Alayhi Wasallam ke zamanay ki khawateen hain, to is se pata chalega ke Islam ne aurat ko kya darja diya hai.</w:t>
      </w:r>
    </w:p>
    <w:p>
      <w:pPr>
        <w:jc w:val="right"/>
      </w:pPr>
      <w:r>
        <w:t>تو دنیا کی بھی بلیسنگز عورت کے لیے برابر ہیں اور آخرت کی بھی بلیسنگز عورت کے لیے برابر ہیں۔ اب میں کچھ تھوڑے سے مثالیں دوں گی کہ جو رسول اللہ صلی اللہ علیہ وسلم کے زمانے کی خواتین ہیں، تو اس سے پتہ چلے گا کہ اسلام نے عورت کو کیا درجہ دیا ہے۔</w:t>
      </w:r>
    </w:p>
    <w:p>
      <w:r>
        <w:rPr>
          <w:b/>
        </w:rPr>
        <w:t xml:space="preserve">[13:34] </w:t>
      </w:r>
      <w:r>
        <w:t>to aik Hazrat Khadija, sab se pehle Hazrat Khadija ka role aata hai ke jab Rasool Allah Sal Allah Alayhi Wasallam aaye Hira se to bohat hi ghabraye hue thay.</w:t>
      </w:r>
    </w:p>
    <w:p>
      <w:pPr>
        <w:jc w:val="right"/>
      </w:pPr>
      <w:r>
        <w:t>تو ایک حضرت خدیجہ، سب سے پہلے حضرت خدیجہ کا رول آتا ہے کہ جب رسول اللہ صلی اللہ علیہ وسلم آئے غار حرا سے تو بہت ہی گھبرائے ہوئے تھے۔</w:t>
      </w:r>
    </w:p>
    <w:p>
      <w:r>
        <w:rPr>
          <w:b/>
        </w:rPr>
        <w:t xml:space="preserve">[13:45] </w:t>
      </w:r>
      <w:r>
        <w:t>pehla un ka aisa experience tha to unhon ne ghar mein aaye aur unhon ne sab bataya Hazrat Khadija ko ke aisa aisa waqia hua, wahan koi aaya tha, woh us ne kaha mein farishta hoon.</w:t>
      </w:r>
    </w:p>
    <w:p>
      <w:pPr>
        <w:jc w:val="right"/>
      </w:pPr>
      <w:r>
        <w:t>پہلا ان کا ایسا ایکسپیرینس تھا تو انہوں نے گھر میں آئے اور انہوں نے سب بتایا حضرت خدیجہ کو کہ ایسا ایسا واقعہ ہوا، وہاں کوئی آیا تھا، وہ اس نے کہا میں فرشتہ ہوں۔</w:t>
      </w:r>
    </w:p>
    <w:p>
      <w:r>
        <w:rPr>
          <w:b/>
        </w:rPr>
        <w:t xml:space="preserve">[13:58] </w:t>
      </w:r>
      <w:r>
        <w:t>to woh bohat ghabraye hue thay. Hazrat Khadija ne un ko lita diya aur un ko dharas di. aur phir is ke baad kitni mature woh theen aur auratain bahar nikalti theen apne kaam se.</w:t>
      </w:r>
    </w:p>
    <w:p>
      <w:pPr>
        <w:jc w:val="right"/>
      </w:pPr>
      <w:r>
        <w:t>تو وہ بہت گھبرائے ہوئے تھے۔ حضرت خدیجہ نے ان کو لٹا دیا اور ان کو ڈھارس دی۔ اور پھر اس کے بعد کتنی میچور وہ تھیں اور عورتیں باہر نکلتی تھیں اپنے کام سے۔</w:t>
      </w:r>
    </w:p>
    <w:p>
      <w:r>
        <w:rPr>
          <w:b/>
        </w:rPr>
        <w:t xml:space="preserve">[14:10] </w:t>
      </w:r>
      <w:r>
        <w:t>is ke baad unhon ne chadar daali apne upar aur bahar nikal gaeen. chadar dalna aik nobility ki alamat hoti thi kyunke jo wahan par labor class hoti thi, woh upar se chadar nahi dalti thi balkeh aisi sar dhaka rehta tha aur yeh ploo peechay rehta tha jaise labor class ki auratain aaj bhi karti hain.</w:t>
      </w:r>
    </w:p>
    <w:p>
      <w:pPr>
        <w:jc w:val="right"/>
      </w:pPr>
      <w:r>
        <w:t>اس کے بعد انہوں نے چادر ڈالی اپنے اوپر اور باہر نکل گئیں۔ چادر ڈالنا ایک نوبلٹی کی علامت ہوتی تھی کیونکہ جو وہاں پر لیبر کلاس ہوتی تھی، وہ اوپر سے چادر نہیں ڈالتی تھی بلکہ ایسی سر ڈھکا رہتا تھا اور یہ پلو پیچھے رہتا تھا جیسے لیبر کلاس کی عورتیں آج بھی کرتی ہیں۔</w:t>
      </w:r>
    </w:p>
    <w:p>
      <w:r>
        <w:rPr>
          <w:b/>
        </w:rPr>
        <w:t xml:space="preserve">[14:32] </w:t>
      </w:r>
      <w:r>
        <w:t>to jo noble class ki auratain theen, jo tribe wali hoti theen, to woh chadar daal leti theen taake woh pehchani jaaein. to woh chadar daal kar bahar gayeen, munh nahi dhakti theen.</w:t>
      </w:r>
    </w:p>
    <w:p>
      <w:pPr>
        <w:jc w:val="right"/>
      </w:pPr>
      <w:r>
        <w:t>تو جو نوبل کلاس کی عورتیں تھیں، جو ٹرائب والی ہوتی تھیں، تو وہ چادر ڈال لیتی تھیں تاکہ وہ پہچانی جائیں۔ تو وہ چادر ڈال کر باہر گئیں، منہ نہیں ڈھکتی تھیں۔</w:t>
      </w:r>
    </w:p>
    <w:p>
      <w:r>
        <w:rPr>
          <w:b/>
        </w:rPr>
        <w:t xml:space="preserve">[14:42] </w:t>
      </w:r>
      <w:r>
        <w:t>is zamanay mein yeh burqa ka riwaj nahi tha, yeh to bohat baad mein burqa ka riwaj aaya hai. yeh convert jo converts hue hain doosri qomon se, khaas tor par Iran se aur doosri qomon se, to un ke haan riwaj tha ghunghat ka aur munh dhakne ka.</w:t>
      </w:r>
    </w:p>
    <w:p>
      <w:pPr>
        <w:jc w:val="right"/>
      </w:pPr>
      <w:r>
        <w:t>اس زمانے میں یہ برقے کا رواج نہیں تھا، یہ تو بہت بعد میں برقے کا رواج آیا ہے۔ یہ کنورٹ جو کنورٹس ہوئے ہیں دوسری قوموں سے، خاص طور پر ایران سے اور دوسری قوموں سے، تو ان کے ہاں رواج تھا گھونگھٹ کا اور منہ ڈھکنے کا۔</w:t>
      </w:r>
    </w:p>
    <w:p>
      <w:r>
        <w:rPr>
          <w:b/>
        </w:rPr>
        <w:t xml:space="preserve">[14:59] </w:t>
      </w:r>
      <w:r>
        <w:t>aur to wahan se yeh aaya convert culture hai, yeh yeh na Arab culture hai na Islam culture hai. to Hazrat Khadija gayeen aur kai Isai hazraat se mileen aur sara maloomat ki to pata chala ke haan, woh jo farishtay aaye thay, woh Hazrat Jibrael hi thay aur Rasool Allah Sal Allah Alayhi Wasallam ko ab peghambar banaya gaya hai.</w:t>
      </w:r>
    </w:p>
    <w:p>
      <w:pPr>
        <w:jc w:val="right"/>
      </w:pPr>
      <w:r>
        <w:t>اور تو وہاں سے یہ آیا کنورٹ کلچر ہے، یہ یہ نہ عرب کلچر ہے نہ اسلام کلچر ہے۔ تو حضرت خدیجہ گئیں اور کئی عیسائی حضرات سے ملیں اور سارا معلومات کی تو پتہ چلا کہ ہاں، وہ جو فرشتے آئے تھے، وہ حضرت جبرائیل ہی تھے اور رسول اللہ صلی اللہ علیہ وسلم کو اب پیغمبر بنایا گیا ہے۔</w:t>
      </w:r>
    </w:p>
    <w:p>
      <w:r>
        <w:rPr>
          <w:b/>
        </w:rPr>
        <w:t xml:space="preserve">[15:21] </w:t>
      </w:r>
      <w:r>
        <w:t>to woh sara maloomat kar kar aaeen, phir is ke baad Rasool Allah Sal Allah Alayhi Wasallam ko le kar gayeen. ab Rasool Allah ne nahi kaha ke mein aik aurat ke sath bahar nahi jaunga, woh le kar gayeen aur phir Warqa bin Naufal se milaya, phir un se baat cheet hui aur phir itminan ho gaya ke haan, woh farishta hi tha.</w:t>
      </w:r>
    </w:p>
    <w:p>
      <w:pPr>
        <w:jc w:val="right"/>
      </w:pPr>
      <w:r>
        <w:t>تو وہ سارا معلومات کر کر آئیں، پھر اس کے بعد رسول اللہ صلی اللہ علیہ وسلم کو لے کر گئیں۔ اب رسول اللہ نے نہیں کہا کہ میں ایک عورت کے ساتھ باہر نہیں جاؤں گا، وہ لے کر گئیں اور پھر ورقہ ابن نوفل سے ملایا، پھر ان سے بات چیت ہوئی اور پھر اطمینان ہو گیا کہ ہاں، وہ فرشتہ ہی تھا۔</w:t>
      </w:r>
    </w:p>
    <w:p>
      <w:r>
        <w:rPr>
          <w:b/>
        </w:rPr>
        <w:t xml:space="preserve">[15:43] </w:t>
      </w:r>
      <w:r>
        <w:t>to Rasool Allah Sal Allah Alayhi Wasallam ke sath Hazrat Khadija namaz padhti theen, sab se pehli woh momina theen, phir Abu Bakr, Hazrat Abu Bakr musalman hue, phir is ke baad Hazrat Ali aur kai log hue, lekin auraton mein sab se pehli Hazrat Khadija theen.</w:t>
      </w:r>
    </w:p>
    <w:p>
      <w:pPr>
        <w:jc w:val="right"/>
      </w:pPr>
      <w:r>
        <w:t>تو رسول اللہ صلی اللہ علیہ وسلم کے ساتھ حضرت خدیجہ نماز پڑھتی تھیں، سب سے پہلی وہ مومنہ تھیں، پھر ابوبکر، حضرت ابوبکر مسلمان ہوئے، پھر اس کے بعد حضرت علی اور کئی لوگ ہوئے، لیکن عورتوں میں سب سے پہلی حضرت خدیجہ تھیں۔</w:t>
      </w:r>
    </w:p>
    <w:p>
      <w:r>
        <w:rPr>
          <w:b/>
        </w:rPr>
        <w:t xml:space="preserve">[16:01] </w:t>
      </w:r>
      <w:r>
        <w:t>to woh aap ke sath namaz padhti theen, tijarat karti theen, har kaam karti theen. kabhi bhi Rasool Allah Sal Allah Alayhi Wasallam ne mana nahi kiya ke auraton ke liye yeh sab kaam theek nahi hain.</w:t>
      </w:r>
    </w:p>
    <w:p>
      <w:pPr>
        <w:jc w:val="right"/>
      </w:pPr>
      <w:r>
        <w:t>تو وہ آپ کے ساتھ نماز پڑھتی تھیں، تجارت کرتی تھیں، ہر کام کرتی تھیں۔ کبھی بھی رسول اللہ صلی اللہ علیہ وسلم نے منع نہیں کیا کہ عورتیں کے لیے یہ سب کام ٹھیک نہیں ہیں۔</w:t>
      </w:r>
    </w:p>
    <w:p>
      <w:r>
        <w:rPr>
          <w:b/>
        </w:rPr>
        <w:t xml:space="preserve">[16:16] </w:t>
      </w:r>
      <w:r>
        <w:t>to doosri rasool Allah sal Allah alaihi wasallam ki wife jo theen, hazrat ayesha, to woh chounke bohat</w:t>
      </w:r>
    </w:p>
    <w:p>
      <w:pPr>
        <w:jc w:val="right"/>
      </w:pPr>
      <w:r>
        <w:t>تو دوسری رسول اللہ صلی اللہ علیہ وسلم کی وائف جو تھیں، حضرت عائشہ، تو وہ چونکہ بہت</w:t>
      </w:r>
    </w:p>
    <w:p>
      <w:r>
        <w:rPr>
          <w:b/>
        </w:rPr>
        <w:t xml:space="preserve">[16:23] </w:t>
      </w:r>
      <w:r>
        <w:t>zyada zeheen theen, bohat zyada khaas theen, un ki memory bhi bohat achi thi, to rasool Allah sal</w:t>
      </w:r>
    </w:p>
    <w:p>
      <w:pPr>
        <w:jc w:val="right"/>
      </w:pPr>
      <w:r>
        <w:t>زیادہ ذہین تھیں، بہت زیادہ خاص تھیں، ان کی میموری بھی بہت اچھی تھی، تو رسول اللہ صلی</w:t>
      </w:r>
    </w:p>
    <w:p>
      <w:r>
        <w:rPr>
          <w:b/>
        </w:rPr>
        <w:t xml:space="preserve">[16:30] </w:t>
      </w:r>
      <w:r>
        <w:t>Allah alaihi wasallam ne bohat khaas tareeqay se un ki training ki, un ko tayyar kiya taake rasool,</w:t>
      </w:r>
    </w:p>
    <w:p>
      <w:pPr>
        <w:jc w:val="right"/>
      </w:pPr>
      <w:r>
        <w:t>اللہ علیہ وسلم نے بہت خاص طریقے سے ان کی ٹریننگ کی، ان کو تیار کیا تاکہ رسول،</w:t>
      </w:r>
    </w:p>
    <w:p>
      <w:r>
        <w:rPr>
          <w:b/>
        </w:rPr>
        <w:t xml:space="preserve">[16:36] </w:t>
      </w:r>
      <w:r>
        <w:t>kyunke in ki umar kam thi, to tayyar kiya ke rasool Allah ke baad pachas baras tak woh</w:t>
      </w:r>
    </w:p>
    <w:p>
      <w:pPr>
        <w:jc w:val="right"/>
      </w:pPr>
      <w:r>
        <w:t>کیونکہ ان کی عمر کم تھی، تو تیار کیا کہ رسول اللہ کے بعد پچاس برس تک وہ</w:t>
      </w:r>
    </w:p>
    <w:p>
      <w:r>
        <w:rPr>
          <w:b/>
        </w:rPr>
        <w:t xml:space="preserve">[16:44] </w:t>
      </w:r>
      <w:r>
        <w:t>qaum ko taleem deti rahen.</w:t>
      </w:r>
    </w:p>
    <w:p>
      <w:pPr>
        <w:jc w:val="right"/>
      </w:pPr>
      <w:r>
        <w:t>قوم کو تعلیم دیتی رہیں۔</w:t>
      </w:r>
    </w:p>
    <w:p>
      <w:r>
        <w:rPr>
          <w:b/>
        </w:rPr>
        <w:t xml:space="preserve">[16:46] </w:t>
      </w:r>
      <w:r>
        <w:t>to chunke unhon ne itna zyada azaad kiya tha ke un ki to 2210 to riwayatein hain aur riwayaton ki hikmat bhi batati theen.</w:t>
      </w:r>
    </w:p>
    <w:p>
      <w:pPr>
        <w:jc w:val="right"/>
      </w:pPr>
      <w:r>
        <w:t>تو چونکہ انہوں نے اتنا زیادہ عقض کیا تھا کہ ان کی تو 2210 تو روایتیں ہیں اور روایتوں کی حکمت بھی بتاتی تھیں۔</w:t>
      </w:r>
    </w:p>
    <w:p>
      <w:r>
        <w:rPr>
          <w:b/>
        </w:rPr>
        <w:t xml:space="preserve">[16:56] </w:t>
      </w:r>
      <w:r>
        <w:t>kai cheezein jo hain woh logon ko maloom nahi rehti theen. Sahabi aate thay, baray baray Sahabi, Abdullah Ibn Abbas jaisay Sahabi aate thay aur un se maloom jab bhi koi ishkal hota,</w:t>
      </w:r>
    </w:p>
    <w:p>
      <w:pPr>
        <w:jc w:val="right"/>
      </w:pPr>
      <w:r>
        <w:t>کئی چیزیں جو ہیں وہ لوگوں کو معلوم نہیں رہتی تھیں۔ صحابی آتے تھے، بڑے بڑے صحابی، عبداللہ ابن عباس جیسے صحابی آتے تھے اور ان سے معلوم جب بھی کوئی اشکال ہوتا،</w:t>
      </w:r>
    </w:p>
    <w:p>
      <w:r>
        <w:rPr>
          <w:b/>
        </w:rPr>
        <w:t xml:space="preserve">[17:09] </w:t>
      </w:r>
      <w:r>
        <w:t>Abu Musa Ashari ne kaha ke jab bhi koi ishkal hota to hum un ke paas jatay aur wahan ilm paate. to is tareeqay se aap ne Hazrat Aisha ko tayyar kiya.</w:t>
      </w:r>
    </w:p>
    <w:p>
      <w:pPr>
        <w:jc w:val="right"/>
      </w:pPr>
      <w:r>
        <w:t>ابو موسی اشعری نے کہا کہ جب بھی کوئی اشکال ہوتا تو ہم ان کے پاس جاتے اور وہاں علم پاتے۔ تو اس طریقے سے آپ نے حضرت عائشہ کو تیار کیا۔</w:t>
      </w:r>
    </w:p>
    <w:p>
      <w:r>
        <w:rPr>
          <w:b/>
        </w:rPr>
        <w:t xml:space="preserve">[17:19] </w:t>
      </w:r>
      <w:r>
        <w:t>woh sirf auraton ko taleem nahi deti theen balkeh mard bhi un ke paas aate thay aur un se ilm hasil karte thay. to is tareeqay se auratain jo hain bagh mein jati theen, apne bagh mein apna kaam karti theen.</w:t>
      </w:r>
    </w:p>
    <w:p>
      <w:pPr>
        <w:jc w:val="right"/>
      </w:pPr>
      <w:r>
        <w:t>وہ صرف عورتوں کو تعلیم نہیں دیتی تھیں بلکہ مرد بھی ان کے پاس آتے تھے اور ان سے علم حاصل کرتے تھے۔ تو اس طریقے سے عورتیں جو ہیں باغ میں جاتی تھیں، اپنے باغ میں اپنا کام کرتی تھیں۔</w:t>
      </w:r>
    </w:p>
    <w:p>
      <w:r>
        <w:rPr>
          <w:b/>
        </w:rPr>
        <w:t xml:space="preserve">[17:36] </w:t>
      </w:r>
      <w:r>
        <w:t>is mein aik Hazrat Asma, jo Hazrat Abu Bakr ki beti theen, un ka naam aata hai aur aik Abu Dhuhdha ki wife theen, Umm Dhuhdha, un ka naam aata hai.</w:t>
      </w:r>
    </w:p>
    <w:p>
      <w:pPr>
        <w:jc w:val="right"/>
      </w:pPr>
      <w:r>
        <w:t>اس میں ایک حضرت اسماء، جو حضرت ابوبکر کی بیٹی تھیں، ان کا نام آتا ہے اور ایک ابو دھدہ کی وائف تھیں، ام الدھدہ، ان کا نام آتا ہے۔</w:t>
      </w:r>
    </w:p>
    <w:p>
      <w:r>
        <w:rPr>
          <w:b/>
        </w:rPr>
        <w:t xml:space="preserve">[17:49] </w:t>
      </w:r>
      <w:r>
        <w:t>aik baar Abu Dhuhdha ne apna aik bagh sadqa kar diya to us waqt woh jab gaye to Umm Dhuhdha wahan bagh mein theen.</w:t>
      </w:r>
    </w:p>
    <w:p>
      <w:pPr>
        <w:jc w:val="right"/>
      </w:pPr>
      <w:r>
        <w:t>ایک بار ابو دھدہ نے اپنا ایک باغ صدقہ کر دیا تو اس وقت وہ جب گئے تو ام الدھدہ وہاں باغ میں تھیں۔</w:t>
      </w:r>
    </w:p>
    <w:p>
      <w:r>
        <w:rPr>
          <w:b/>
        </w:rPr>
        <w:t xml:space="preserve">[17:59] </w:t>
      </w:r>
      <w:r>
        <w:t>to jo bhi bagh mein kaam hota hai, woh yeh log karti theen. to unhon ne kaha ke Umm Dhuhdha, ab yahan bagh mein se niklo, yeh bagh mein ne sadqa kar diya hai.</w:t>
      </w:r>
    </w:p>
    <w:p>
      <w:pPr>
        <w:jc w:val="right"/>
      </w:pPr>
      <w:r>
        <w:t>تو جو بھی باغ میں کام ہوتا ہے، وہ یہ لوگ کرتی تھیں۔ تو انہوں نے کہا کہ ام الدھدہ، اب یہاں باغ میں سے نکلو، یہ باغ میں نے صدقہ کر دیا ہے۔</w:t>
      </w:r>
    </w:p>
    <w:p>
      <w:r>
        <w:rPr>
          <w:b/>
        </w:rPr>
        <w:t xml:space="preserve">[18:10] </w:t>
      </w:r>
      <w:r>
        <w:t>to is tareeqay se auratain jo hain har cheez mein shareek hoti theen. is zamanay mein jo kaam thay, jo activities theen, is mein auratain shareek hoti theen aur chehray ka parda nahi tha.</w:t>
      </w:r>
    </w:p>
    <w:p>
      <w:pPr>
        <w:jc w:val="right"/>
      </w:pPr>
      <w:r>
        <w:t>تو اس طریقے سے عورتیں جو ہیں ہر چیز میں شریک ہوتی تھیں۔ اس زمانے میں جو کام تھے، جو ایکٹیویٹیز تھیں، اس میں عورتیں شریک ہوتی تھیں اور چہرے کا پردہ نہیں تھا۔</w:t>
      </w:r>
    </w:p>
    <w:p>
      <w:r>
        <w:rPr>
          <w:b/>
        </w:rPr>
        <w:t xml:space="preserve">[18:21] </w:t>
      </w:r>
      <w:r>
        <w:t>bas chadar orti theen aur bas wohi parda tha aur saada kapray aur jo hai bilkul dignified behaviour, woh to aik musalman aurat se expected hi hai.</w:t>
      </w:r>
    </w:p>
    <w:p>
      <w:pPr>
        <w:jc w:val="right"/>
      </w:pPr>
      <w:r>
        <w:t>بس چادر اوڑھتی تھیں اور بس وہی پردہ تھا اور سادہ کپڑے اور جو ہے بالکل ڈگنیفائیڈ بیہیویئر، وہ تو ایک مسلمان عورت سے ایکسپیکٹڈ ہی ہے۔</w:t>
      </w:r>
    </w:p>
    <w:p>
      <w:r>
        <w:rPr>
          <w:b/>
        </w:rPr>
        <w:t xml:space="preserve">[18:35] </w:t>
      </w:r>
      <w:r>
        <w:t>to woh namaz mein shareek hoti theen, yahan tak ke raat ki namaz mein bhi shareek hoti theen. aur jinke ghar mein bachcha, chota bachcha hota tha aur ghar mein bachay ko dekhnay wala koi nahi hota tha, to woh bachay ko le kar aa jati theen.</w:t>
      </w:r>
    </w:p>
    <w:p>
      <w:pPr>
        <w:jc w:val="right"/>
      </w:pPr>
      <w:r>
        <w:t>تو وہ نماز میں شریک ہوتی تھیں، یہاں تک کہ رات کی نماز میں بھی شریک ہوتی تھیں۔ اور جن کے گھر میں بچہ، چھوٹا بچہ ہوتا تھا اور گھر میں بچے کو دیکھنے والا کوئی نہیں ہوتا تھا، تو وہ بچے کو لے کر آ جاتی تھیں۔</w:t>
      </w:r>
    </w:p>
    <w:p>
      <w:r>
        <w:rPr>
          <w:b/>
        </w:rPr>
        <w:t xml:space="preserve">[18:48] </w:t>
      </w:r>
      <w:r>
        <w:t>aur kabhi kabhi aisa hota hai ke bachcha rone lagta to rasool Allah sal Allah aleh wasallam aur woh un se yeh nahi kehte ke tum bachche ko le kar aate ho aur mera namaz kharab karte ho, disturb karte ho, balkeh rasool Allah khud apni namaz ko mukhtasar kar dete the.</w:t>
      </w:r>
    </w:p>
    <w:p>
      <w:pPr>
        <w:jc w:val="right"/>
      </w:pPr>
      <w:r>
        <w:t>اور کبھی کبھی ایسا ہوتا ہے کہ بچہ رونے لگتا تو رسول اللہ صلی اللہ علیہ وسلم اور وہ ان سے یہ نہیں کہتے کہ تم بچے کو لے کر آتے ہو اور میرا نماز خراب کرتے ہو، ڈسٹرب کرتے ہو، بلکہ رسول اللہ خود اپنی نماز کو مختصر کر دیتے۔</w:t>
      </w:r>
    </w:p>
    <w:p>
      <w:r>
        <w:rPr>
          <w:b/>
        </w:rPr>
        <w:t xml:space="preserve">[19:04] </w:t>
      </w:r>
      <w:r>
        <w:t>aur un se aap se poocha gaya to unhone kaha ke main nahi chahta ke maan ko takleef ho bachche ke rone se, is liye main apni namaz mukhtasar kar deta hoon.</w:t>
      </w:r>
    </w:p>
    <w:p>
      <w:pPr>
        <w:jc w:val="right"/>
      </w:pPr>
      <w:r>
        <w:t>اور ان سے آپ سے پوچھا گیا تو انہوں نے کہا کہ میں نہیں چاہتا کہ ماں کو تکلیف ہو بچے کے رونے سے، اس لیے میں اپنی نماز مختصر کر دیتا ہوں۔</w:t>
      </w:r>
    </w:p>
    <w:p>
      <w:r>
        <w:rPr>
          <w:b/>
        </w:rPr>
        <w:t xml:space="preserve">[19:17] </w:t>
      </w:r>
      <w:r>
        <w:t>ab aaj kuch bhi hoga to aadmi yahi kahega ke tum bachche ko le kar kyun aati ho, hamari namaz disturb hoti hai. to rasool Allah sal Allah aleh wasallam ka is woh kuch aur tha aur aaj hum kuch aur follow kar rahe hain.</w:t>
      </w:r>
    </w:p>
    <w:p>
      <w:pPr>
        <w:jc w:val="right"/>
      </w:pPr>
      <w:r>
        <w:t>اب آج کچھ بھی ہوگا تو آدمی یہی کہے گا کہ تم بچے کو لے کر کیوں آتی ہو، ہماری نماز ڈسٹرب ہوتی ہے۔ تو رسول اللہ صلی اللہ علیہ وسلم کا اسوہ کچھ اور تھا اور آج ہم کچھ اور فالو کر رہے ہیں۔</w:t>
      </w:r>
    </w:p>
    <w:p>
      <w:r>
        <w:rPr>
          <w:b/>
        </w:rPr>
        <w:t xml:space="preserve">[19:31] </w:t>
      </w:r>
      <w:r>
        <w:t>to aurtein jo hain battlefield mein bhi jaati theen, wahan zakhmiyon ki marham patti karti theen aur is tarah ke jo bhi kaam hote hain, aurton ke matlab ke woh karti theen.</w:t>
      </w:r>
    </w:p>
    <w:p>
      <w:pPr>
        <w:jc w:val="right"/>
      </w:pPr>
      <w:r>
        <w:t>تو عورتیں جو ہیں بیٹل فیلڈ میں بھی جاتی تھیں، وہاں زخمیوں کی محرم پٹی کرتی تھیں اور اس طریقے کے جو بھی کام ہوتے ہیں، عورتوں کے مطلب کہ وہ کرتی تھیں۔</w:t>
      </w:r>
    </w:p>
    <w:p>
      <w:r>
        <w:rPr>
          <w:b/>
        </w:rPr>
        <w:t xml:space="preserve">[19:42] </w:t>
      </w:r>
      <w:r>
        <w:t>to ek umm amtiya theen, unhone kaha ke main saat ghazwaat mein aap ke saath shareek hui hoon. aur jab yeh log poochte hain rasool Allah se ke hum ja sakte hain, aap kabhi un ko mana nahi karte.</w:t>
      </w:r>
    </w:p>
    <w:p>
      <w:pPr>
        <w:jc w:val="right"/>
      </w:pPr>
      <w:r>
        <w:t>تو ایک ام عطیہ تھیں، انہوں نے کہا کہ میں سات غزوات میں آپ کے ساتھ شریک ہوئی ہوں۔ اور جب یہ لوگ پوچھتے ہیں رسول اللہ سے کہ ہم جا سکتے ہیں، آپ کبھی ان کو منع نہیں کرتے۔</w:t>
      </w:r>
    </w:p>
    <w:p>
      <w:r>
        <w:rPr>
          <w:b/>
        </w:rPr>
        <w:t xml:space="preserve">[19:56] </w:t>
      </w:r>
      <w:r>
        <w:t>to ek theen bareera aur un ke husband thay mugeeth. mugeeth thay black, to bareera ko mugeeth pasand nahi thay, to woh separation chahti theen.</w:t>
      </w:r>
    </w:p>
    <w:p>
      <w:pPr>
        <w:jc w:val="right"/>
      </w:pPr>
      <w:r>
        <w:t>تو ایک تھیں بریرہ اور ان کے ہسبینڈ تھے مغیث۔ مغیث تھے بلیک، تو بریرہ کو مغیث پسند نہیں تھے، تو وہ سیپریشن چاہتی تھیں۔</w:t>
      </w:r>
    </w:p>
    <w:p>
      <w:r>
        <w:rPr>
          <w:b/>
        </w:rPr>
        <w:t xml:space="preserve">[20:08] </w:t>
      </w:r>
      <w:r>
        <w:t>to unhone rasool Allah sal Allah aleh wasallam ke paas aaeen aur kaha ke mujhe separation chahiye. aap mugeeth bohat ro rahe thay, to rasool Allah bohat hi reham dil thay, to un ko reham aaya aur kaha ke tum rujoo kar lo, mat talaq lo.</w:t>
      </w:r>
    </w:p>
    <w:p>
      <w:pPr>
        <w:jc w:val="right"/>
      </w:pPr>
      <w:r>
        <w:t>تو انہوں نے رسول اللہ صلی اللہ علیہ وسلم کے پاس آئیں اور کہا کہ مجھے سیپریشن چاہیے۔ آپ مغیث بہت رو رہے تھے، تو رسول اللہ بہت ہی رحم دل تھے، تو ان کو رحم آیا اور کہا کہ تم رجوع کر لو، مت طلاق لو۔</w:t>
      </w:r>
    </w:p>
    <w:p>
      <w:r>
        <w:rPr>
          <w:b/>
        </w:rPr>
        <w:t xml:space="preserve">[20:25] </w:t>
      </w:r>
      <w:r>
        <w:t>to unhone yeh poocha, bareera ne, ab dekhiye ke aurat kitni azaad thi. unhone poocha ke yeh aap ki rai hai ya Khuda ka hukum hai?</w:t>
      </w:r>
    </w:p>
    <w:p>
      <w:pPr>
        <w:jc w:val="right"/>
      </w:pPr>
      <w:r>
        <w:t>تو انہوں نے یہ پوچھا، بریرہ نے، اب دیکھیے کہ عورت کتنی آزاد تھی۔ انہوں نے پوچھا کہ یہ آپ کی رائے ہے یا خدا کا حکم ہے؟</w:t>
      </w:r>
    </w:p>
    <w:p>
      <w:r>
        <w:rPr>
          <w:b/>
        </w:rPr>
        <w:t xml:space="preserve">[20:35] </w:t>
      </w:r>
      <w:r>
        <w:t>to aap ne kaha nahi, yeh meri rai hai, main tum se sifarish kar raha hoon. to bareera ne kaha nahi, mujhe koi zaroorat nahi hai in ki. aur she went for separation.</w:t>
      </w:r>
    </w:p>
    <w:p>
      <w:pPr>
        <w:jc w:val="right"/>
      </w:pPr>
      <w:r>
        <w:t>تو آپ نے کہا نہیں، یہ میری رائے ہے، میں تم سے سفارش کر رہا ہوں۔ تو بریرہ نے کہا نہیں، مجھے کوئی ضرورت نہیں ہے ان کی۔ اور شی وینٹ فار سیپریشن۔</w:t>
      </w:r>
    </w:p>
    <w:p>
      <w:r>
        <w:rPr>
          <w:b/>
        </w:rPr>
        <w:t xml:space="preserve">[20:45] </w:t>
      </w:r>
      <w:r>
        <w:t>to is tarah se rasool Allah ne un ko kuch nahi kaha ke dekho tum meri rai ki, tum ne kuch bhi khayal nahi kiya aur tum apni marzi chala rahi ho.</w:t>
      </w:r>
    </w:p>
    <w:p>
      <w:pPr>
        <w:jc w:val="right"/>
      </w:pPr>
      <w:r>
        <w:t>تو اس طریقے سے رسول اللہ نے ان کو کچھ نہیں کہا کہ دیکھو تم میری رائے کی، تم نے کچھ بھی خیال نہیں کیا اور تم اپنی مرضی چلا رہی ہو۔</w:t>
      </w:r>
    </w:p>
    <w:p>
      <w:r>
        <w:rPr>
          <w:b/>
        </w:rPr>
        <w:t xml:space="preserve">[20:55] </w:t>
      </w:r>
      <w:r>
        <w:t>kuch nahi kaha kyunke aurat ko poori azaadi mili hui thi. aur ek baar, ek to bohat hi dilchasp waqia hai ke ek fazl bin abbas thay, to woh make ke jo hajj ke zamane mein woh rasool Allah ke saath thay,</w:t>
      </w:r>
    </w:p>
    <w:p>
      <w:pPr>
        <w:jc w:val="right"/>
      </w:pPr>
      <w:r>
        <w:t>کچھ نہیں کہا کیونکہ عورت کو پوری آزادی ملی ہوئی تھی۔ اور ایک بار، ایک تو بہت ہی دلچسپ واقعہ ہے کہ ایک فضل ابن عباس تھے، تو وہ مکے کے جو حج کے زمانے میں وہ رسول اللہ کے ساتھ تھے،</w:t>
      </w:r>
    </w:p>
    <w:p>
      <w:r>
        <w:rPr>
          <w:b/>
        </w:rPr>
        <w:t xml:space="preserve">[21:13] </w:t>
      </w:r>
      <w:r>
        <w:t>aur غالباً woh is par thay, camel par, camel par baithe hue thay. to ek khatoon aaeen to un ko kuch masla poochna tha.</w:t>
      </w:r>
    </w:p>
    <w:p>
      <w:pPr>
        <w:jc w:val="right"/>
      </w:pPr>
      <w:r>
        <w:t>اور غالباً وہ اس پر تھے، کیمل پر، کیمل پر بیٹھے ہوئے تھے۔ تو ایک خاتون آئیں تو ان کو کچھ مسئلہ پوچھنا تھا۔</w:t>
      </w:r>
    </w:p>
    <w:p>
      <w:r>
        <w:rPr>
          <w:b/>
        </w:rPr>
        <w:t xml:space="preserve">[21:23] </w:t>
      </w:r>
      <w:r>
        <w:t>hajj ke mauqe par pehla hajj tha, logon ko masle masail nahi maloom thay. to aaeen to fazl bin abbas bhi handsome thay aur woh woh jo khatoon theen, woh bhi khoobsurat theen.</w:t>
      </w:r>
    </w:p>
    <w:p>
      <w:pPr>
        <w:jc w:val="right"/>
      </w:pPr>
      <w:r>
        <w:t>حج کے موقع پر پہلا حج تھا، لوگوں کو مسئلے مسائل نہیں معلوم تھے۔ تو آئیں تو فضل ابن عباس بھی ہینڈسم تھے اور وہ وہ جو خاتون تھیں، وہ بھی خوبصورت تھیں۔</w:t>
      </w:r>
    </w:p>
    <w:p>
      <w:r>
        <w:rPr>
          <w:b/>
        </w:rPr>
        <w:t xml:space="preserve">[21:34] </w:t>
      </w:r>
      <w:r>
        <w:t>to dono ek doosre ko dekhne lage. to rasool Allah ne woh khatoon se kuch nahi kaha. woh jo un ke fazl ko haath aise kar ke unhone aise kar diya, idhar munh kar diya aur khatoon se kuch nahi kaha.</w:t>
      </w:r>
    </w:p>
    <w:p>
      <w:pPr>
        <w:jc w:val="right"/>
      </w:pPr>
      <w:r>
        <w:t>تو دونوں ایک دوسرے کو دیکھنے لگے۔ تو رسول اللہ نے وہ خاتون سے کچھ نہیں کہا۔ وہ جو ان کے فضل کو ہاتھ ایسے کر کے انہوں نے ایسے کر دیا، ادھر منہ کر دیا اور خاتون سے کچھ نہیں کہا۔</w:t>
      </w:r>
    </w:p>
    <w:p>
      <w:r>
        <w:rPr>
          <w:b/>
        </w:rPr>
        <w:t xml:space="preserve">[21:49] </w:t>
      </w:r>
      <w:r>
        <w:t>to aap soch sakte hain ke khatoon ke liye koi bhi rukawat nahi thi kaam karne ki. rasool Allah sal Allah aleh wasallam ke zamane mein, sahaba ke zamane mein, yeh to bohat baad mein jab iran wagera fateh hua to iran culture asal mein jo hai woh chha gaya aur log jo hain auraton ko gharon mein rakhna pasand karne lage.</w:t>
      </w:r>
    </w:p>
    <w:p>
      <w:pPr>
        <w:jc w:val="right"/>
      </w:pPr>
      <w:r>
        <w:t>تو آپ سوچ سکتے ہیں کہ خاتون کے لیے کوئی بھی رکاوٹ نہیں تھی کام کرنے کی۔ رسول اللہ صلی اللہ علیہ وسلم کے زمانے میں، صحابہ کے زمانے میں، یہ تو بہت بعد میں جب ایران وغیرہ فتح ہوا تو ایران کلچر اصل میں جو ہے وہ چھا گیا اور لوگ جو ہیں عورتوں کو گھروں میں رکھنا پسند کرنے لگے۔</w:t>
      </w:r>
    </w:p>
    <w:p>
      <w:r>
        <w:rPr>
          <w:b/>
        </w:rPr>
        <w:t xml:space="preserve">[22:12] </w:t>
      </w:r>
      <w:r>
        <w:t>kyunke iran mein kya tha ke jo nobility thi, royal class thi, jo elite class thi, un ki aurtein ghar se bahar nahi nikalti theen.</w:t>
      </w:r>
    </w:p>
    <w:p>
      <w:pPr>
        <w:jc w:val="right"/>
      </w:pPr>
      <w:r>
        <w:t>کیونکہ ایران میں کیا تھا کہ جو نوبلٹی تھی، رائل کلاس تھی، جو ایلیٹ کلاس تھی، ان کی عورتیں گھر سے باہر نہیں نکلتی تھیں۔</w:t>
      </w:r>
    </w:p>
    <w:p>
      <w:r>
        <w:rPr>
          <w:b/>
        </w:rPr>
        <w:t xml:space="preserve">[22:21] </w:t>
      </w:r>
      <w:r>
        <w:t>woh samajhte thay bohat hi haq, bohat hi kam samajhte thay kyunke labor class bahar nikalti thi to us se apne ko alag karne ke liye un ki aurtein bahar nahi nikalti theen.</w:t>
      </w:r>
    </w:p>
    <w:p>
      <w:pPr>
        <w:jc w:val="right"/>
      </w:pPr>
      <w:r>
        <w:t>وہ سمجھتے تھے بہت ہی حق، بہت ہی کم سمجھتے تھے کیونکہ لیبر کلاس باہر نکلتی تھی تو اس سے اپنے کو الگ کرنے کے لیے ان کی عورتیں باہر نہیں نکلتی تھیں۔</w:t>
      </w:r>
    </w:p>
    <w:p>
      <w:r>
        <w:rPr>
          <w:b/>
        </w:rPr>
        <w:t xml:space="preserve">[22:31] </w:t>
      </w:r>
      <w:r>
        <w:t>to is tarah se kyunke ab musalmanon ki ek empire ban gayi thi to unhone is jo royal culture ko apna liya tha.</w:t>
      </w:r>
    </w:p>
    <w:p>
      <w:pPr>
        <w:jc w:val="right"/>
      </w:pPr>
      <w:r>
        <w:t>تو اس طریقے سے چونکہ اب مسلمانوں کی ایک ایمپائر بن گئی تھی تو انہوں نے اس جو رائل کلچر کو اپنا لیا تھا۔</w:t>
      </w:r>
    </w:p>
    <w:p>
      <w:r>
        <w:rPr>
          <w:b/>
        </w:rPr>
        <w:t xml:space="preserve">[22:41] </w:t>
      </w:r>
      <w:r>
        <w:t>is tarah se woh culture musalmanon mein aa gaya. ab kyunke 1400 saal se yeh culture chal raha hai to log samajhte hain yahi islam hai, yeh islam nahi hai, yeh to convert culture hai.</w:t>
      </w:r>
    </w:p>
    <w:p>
      <w:pPr>
        <w:jc w:val="right"/>
      </w:pPr>
      <w:r>
        <w:t>اس طریقے سے وہ کلچر مسلمانوں میں آ گیا۔ اب چونکہ 1400 سال سے یہ کلچر چل رہا ہے تو لوگ سمجھتے ہیں یہی اسلام ہے، یہ اسلام نہیں ہے، یہ تو کنورٹ کلچر ہے۔</w:t>
      </w:r>
    </w:p>
    <w:p>
      <w:r>
        <w:rPr>
          <w:b/>
        </w:rPr>
        <w:t xml:space="preserve">[22:56] </w:t>
      </w:r>
      <w:r>
        <w:t>to is tarah se hum aur bohat saare waqiat hain, aap ko milenge kitabon mein. to ek is par main hazrat hajra par main khatam karungi ke ab hazrat hajra ka kitna bada role hai ke woh aakeli sehra mein raheen aur wahan par unhone itni badi qurbani di.</w:t>
      </w:r>
    </w:p>
    <w:p>
      <w:pPr>
        <w:jc w:val="right"/>
      </w:pPr>
      <w:r>
        <w:t>تو اس طریقے سے ہم اور بہت سارے واقعات ہیں، آپ کو ملیں گے کتابوں میں۔ تو ایک اس پر میں حضرت ہاجرہ پر میں ختم کروں گی کہ اب حضرت ہاجرہ کا کتنا بڑا رول ہے کہ وہ اکیلی صحرا میں رہیں اور وہاں پر انہوں نے اتنی بڑی قربانی دی۔</w:t>
      </w:r>
    </w:p>
    <w:p>
      <w:r>
        <w:rPr>
          <w:b/>
        </w:rPr>
        <w:t xml:space="preserve">[23:18] </w:t>
      </w:r>
      <w:r>
        <w:t>ek aakeli khatoon ne, ab woh to Allah ne hi hukum diya tha na hazrat ibrahim ko, to is liye woh hazrat ibrahim ne un ko le ja ke wahan basa diya tha.</w:t>
      </w:r>
    </w:p>
    <w:p>
      <w:pPr>
        <w:jc w:val="right"/>
      </w:pPr>
      <w:r>
        <w:t>ایک اکیلی خاتون نے، اب وہ تو اللہ نے ہی حکم دیا تھا نا حضرت ابراہیم کو، تو اس لیے وہ حضرت ابراہیم نے ان کو لے جا کے وہاں بسا دیا تھا۔</w:t>
      </w:r>
    </w:p>
    <w:p>
      <w:r>
        <w:rPr>
          <w:b/>
        </w:rPr>
        <w:t xml:space="preserve">[23:27] </w:t>
      </w:r>
      <w:r>
        <w:t>phir wahan qabeela jerhoom aaya, un se baat cheet hui to woh aakeli wahan rehti theen. to is ka matlab hai ke aurat ke andar jitni salahiyat hai, us ke mutabiq woh har kaam kar sakti hai.</w:t>
      </w:r>
    </w:p>
    <w:p>
      <w:pPr>
        <w:jc w:val="right"/>
      </w:pPr>
      <w:r>
        <w:t>پھر وہاں قبیلہ جروم آیا، ان سے بات چیت ہوئی تو وہ اکیلی وہاں رہتی تھیں۔ تو اس کا مطلب ہے کہ عورت کے اندر جتنی صلاحیت ہے، اس کے مطابق وہ ہر کام کر سکتی ہے۔</w:t>
      </w:r>
    </w:p>
    <w:p>
      <w:r>
        <w:rPr>
          <w:b/>
        </w:rPr>
        <w:t xml:space="preserve">[23:39] </w:t>
      </w:r>
      <w:r>
        <w:t>lekin wahi hai ke decency aur sharafat aur yeh sab cheezon, sab taqazon ko samne rakhte hue, uska khayal rakhte hue, woh har kaam kar sakti hai.</w:t>
      </w:r>
    </w:p>
    <w:p>
      <w:pPr>
        <w:jc w:val="right"/>
      </w:pPr>
      <w:r>
        <w:t>لیکن وہی ہے کہ ڈیسنسی اور شرافت اور یہ سب چیزوں، سب تقاضوں کو سامنے رکھتے ہوئے، اس کا خیال رکھتے ہوئے، وہ ہر کام کر سکتی ہے۔</w:t>
      </w:r>
    </w:p>
    <w:p>
      <w:r>
        <w:rPr>
          <w:b/>
        </w:rPr>
        <w:t xml:space="preserve">[23:53] </w:t>
      </w:r>
      <w:r>
        <w:t>to yeh maine kuch baatein kehni theen. ab agar koi sawal jawab ho to woh kar sakte hain.</w:t>
      </w:r>
    </w:p>
    <w:p>
      <w:pPr>
        <w:jc w:val="right"/>
      </w:pPr>
      <w:r>
        <w:t>تو یہ میں نے کچھ باتیں کہنی تھیں۔ اب اگر کوئی سوال جواب ہو تو وہ کر سکتے ہیں۔</w:t>
      </w:r>
    </w:p>
    <w:p>
      <w:r>
        <w:rPr>
          <w:b/>
        </w:rPr>
        <w:t xml:space="preserve">[24:10] </w:t>
      </w:r>
      <w:r>
        <w:t>ji, jazak Allah aap ka. kuch sawal logon ne bheje hain aur main yeh bhi request karunga sab se ke woh apni location zaroor mention karein when you post your comments or questions.</w:t>
      </w:r>
    </w:p>
    <w:p>
      <w:pPr>
        <w:jc w:val="right"/>
      </w:pPr>
      <w:r>
        <w:t>جی، جزاک اللہ آپا۔ کچھ سوال لوگوں نے بھیجے ہیں اور میں یہ بھی ریکویسٹ کروں گا سب سے کہ وہ اپنی لوکیشن ضرور مینشن کریں وین یو پوسٹ یور کمنٹس اور کوئسچنز۔</w:t>
      </w:r>
    </w:p>
    <w:p>
      <w:r>
        <w:rPr>
          <w:b/>
        </w:rPr>
        <w:t xml:space="preserve">[24:26] </w:t>
      </w:r>
      <w:r>
        <w:t>aapa, yeh aik pehla sawal aaya hai merit se aur zuber iqbal sahib ne bheja hai yeh sawal. sawal yeh hai ke how did the prophet of islam elevate the position of women?</w:t>
      </w:r>
    </w:p>
    <w:p>
      <w:pPr>
        <w:jc w:val="right"/>
      </w:pPr>
      <w:r>
        <w:t>آپا، یہ ایک پہلا سوال آیا ہے میرٹ سے اور زبیر اقبال صاحب نے بھیجا ہے یہ سوال۔ سوال یہ ہے کہ ہاؤ ڈیڈ دا پرافٹ آف اسلام ایلیویٹ دی پوزیشن آف وومن؟</w:t>
      </w:r>
    </w:p>
    <w:p>
      <w:r>
        <w:rPr>
          <w:b/>
        </w:rPr>
        <w:t xml:space="preserve">[24:42] </w:t>
      </w:r>
      <w:r>
        <w:t>to is ke baray mein aap kya kahengi?</w:t>
      </w:r>
    </w:p>
    <w:p>
      <w:pPr>
        <w:jc w:val="right"/>
      </w:pPr>
      <w:r>
        <w:t>تو اس کے بارے میں آپ کیا کہیں گی؟</w:t>
      </w:r>
    </w:p>
    <w:p>
      <w:r>
        <w:rPr>
          <w:b/>
        </w:rPr>
        <w:t xml:space="preserve">[24:47] </w:t>
      </w:r>
      <w:r>
        <w:t>yehi tareeqa tha prophet ka ke har moqa unhon ne diya auraton ko kaam karne ka. koi kisi kaam ke liye auraton ko mana nahi kiya gaya.</w:t>
      </w:r>
    </w:p>
    <w:p>
      <w:pPr>
        <w:jc w:val="right"/>
      </w:pPr>
      <w:r>
        <w:t>یہی طریقہ تھا پرافٹ کا کہ ہر موقع انہوں نے دیا عورتوں کو کام کرنے کا۔ کوئی کسی کام کے لیے عورتوں کو منع نہیں کیا گیا۔</w:t>
      </w:r>
    </w:p>
    <w:p>
      <w:r>
        <w:rPr>
          <w:b/>
        </w:rPr>
        <w:t xml:space="preserve">[24:57] </w:t>
      </w:r>
      <w:r>
        <w:t>auraton ko baqayda taleem hasil karti theen, sermon attend karti theen, namaz aap ke sath parti theen. jo sermon aik bar kisi khatoon ne kaha ke yahan bohat gents hotay hain to humein thora hesitation hota hai, to aap ne un ke liye alag weekly class bana di.</w:t>
      </w:r>
    </w:p>
    <w:p>
      <w:pPr>
        <w:jc w:val="right"/>
      </w:pPr>
      <w:r>
        <w:t>عورتوں کو باقاعدہ تعلیم حاصل کرتی تھیں، سرمن اٹینڈ کرتی تھیں، نماز آپ کے ساتھ پڑھتی تھیں۔ جو سرمن ایک بار کسی خاتون نے کہا کہ یہاں بہت جینٹس ہوتے ہیں تو ہمیں تھوڑا ہیزیٹیشن ہوتا ہے، تو آپ نے ان کے لیے الگ ویکلی کلاس بنا دیا۔</w:t>
      </w:r>
    </w:p>
    <w:p>
      <w:r>
        <w:rPr>
          <w:b/>
        </w:rPr>
        <w:t xml:space="preserve">[25:16] </w:t>
      </w:r>
      <w:r>
        <w:t>yeh nahi kaha ke tum hesitation hota hai to ghar mein baith ke taleem hasil kar lo, aisa nahi kaha. balkay koi bhi aisa moqa jo hai nahi aap ne diya ke auraton ko taleem hasil karne ka.</w:t>
      </w:r>
    </w:p>
    <w:p>
      <w:pPr>
        <w:jc w:val="right"/>
      </w:pPr>
      <w:r>
        <w:t>یہ نہیں کہا کہ تم ہیزیٹیشن ہوتا ہے تو گھر میں بیٹھ کے تعلیم حاصل کر لو، ایسا نہیں کہا۔ بلکہ کوئی بھی ایسا موقع جو ہے نہیں آپ نے دیا کہ عورتوں کو تعلیم حاصل کرنے کا۔</w:t>
      </w:r>
    </w:p>
    <w:p>
      <w:r>
        <w:rPr>
          <w:b/>
        </w:rPr>
        <w:t xml:space="preserve">[25:31] </w:t>
      </w:r>
      <w:r>
        <w:t>aur jo is zamanay mein dekhiye, activities bohat hi limited theen. auraten jo hain apne bagh mein jati theen, apne battlefield mein zaroorat hoti thi to jati theen.</w:t>
      </w:r>
    </w:p>
    <w:p>
      <w:pPr>
        <w:jc w:val="right"/>
      </w:pPr>
      <w:r>
        <w:t>اور جو اس زمانے میں دیکھیے، ایکٹیویٹیز بہت ہی لمیٹڈ تھیں۔ عورتیں جو ہیں اپنے باغ میں جاتی تھیں، اپنے بیٹل فیلڈ میں ضرورت ہوتی تھی تو جاتی تھیں۔</w:t>
      </w:r>
    </w:p>
    <w:p>
      <w:r>
        <w:rPr>
          <w:b/>
        </w:rPr>
        <w:t xml:space="preserve">[25:41] </w:t>
      </w:r>
      <w:r>
        <w:t>aur jo hai, jaisa ke maine abhi bataya ke har kaam tijarat bhi karti theen Hazrat Khadija aur taleem hasil kar ke gharon mein bachon ko parhati theen.</w:t>
      </w:r>
    </w:p>
    <w:p>
      <w:pPr>
        <w:jc w:val="right"/>
      </w:pPr>
      <w:r>
        <w:t>اور جو ہے، جیسا کہ میں نے ابھی بتایا کہ ہر کام تجارت بھی کرتی تھیں حضرت خدیجہ اور تعلیم حاصل کر کے گھروں میں بچوں کو پڑھاتی تھیں۔</w:t>
      </w:r>
    </w:p>
    <w:p>
      <w:r>
        <w:rPr>
          <w:b/>
        </w:rPr>
        <w:t xml:space="preserve">[25:53] </w:t>
      </w:r>
      <w:r>
        <w:t>jab bachay barhay ho jatay thay, tab chounke ab makka madina mein to koi barhay barhay taleem gahein to theen hi nahi, to is zamanay mein idaray itnay hotay bhi nahi thay.</w:t>
      </w:r>
    </w:p>
    <w:p>
      <w:pPr>
        <w:jc w:val="right"/>
      </w:pPr>
      <w:r>
        <w:t>جب بچے بڑے ہو جاتے تھے، تب چونکہ اب مکہ مدینہ میں تو کوئی بڑے بڑے تعلیم گاہیں تو تھیں ہی نہیں، تو اس زمانے میں ادارے اتنے ہوتے بھی نہیں تھے۔</w:t>
      </w:r>
    </w:p>
    <w:p>
      <w:r>
        <w:rPr>
          <w:b/>
        </w:rPr>
        <w:t xml:space="preserve">[26:04] </w:t>
      </w:r>
      <w:r>
        <w:t>logon ke gharon mein jo scholars hotay thay, woh apne gharon mein parhatay thay, class letay thay. to woh makka madina mein to aisa tha nahi.</w:t>
      </w:r>
    </w:p>
    <w:p>
      <w:pPr>
        <w:jc w:val="right"/>
      </w:pPr>
      <w:r>
        <w:t>لوگوں کے گھروں میں جو اسکالرز ہوتے تھے، وہ اپنے گھروں میں پڑھاتے تھے، کلاس لیتے تھے۔ تو وہ مکہ مدینہ میں تو ایسا تھا نہیں۔</w:t>
      </w:r>
    </w:p>
    <w:p>
      <w:r>
        <w:rPr>
          <w:b/>
        </w:rPr>
        <w:t xml:space="preserve">[26:15] </w:t>
      </w:r>
      <w:r>
        <w:t>abhi to wahan taleem shuru hi hui thi, lekin doosray doosray shehron mein jahan intizam tha, to yeh bachay taleem hasil kar ke khawateen se phir bahar jatay thay.</w:t>
      </w:r>
    </w:p>
    <w:p>
      <w:pPr>
        <w:jc w:val="right"/>
      </w:pPr>
      <w:r>
        <w:t>ابھی تو وہاں تعلیم شروع ہی ہوئی تھی، لیکن دوسرے دوسرے شہروں میں جہاں انتظام تھا، تو یہ بچے تعلیم حاصل کر کے خواتین سے پھر باہر جاتے تھے۔</w:t>
      </w:r>
    </w:p>
    <w:p>
      <w:r>
        <w:rPr>
          <w:b/>
        </w:rPr>
        <w:t xml:space="preserve">[26:27] </w:t>
      </w:r>
      <w:r>
        <w:t>to is tareeqay se auraten is zamanay ke jitnay bhi kaam thay, woh auraton ko kabhi mana nahi kiya aap ne, balkay baqayda train kiya.</w:t>
      </w:r>
    </w:p>
    <w:p>
      <w:pPr>
        <w:jc w:val="right"/>
      </w:pPr>
      <w:r>
        <w:t>تو اس طریقے سے عورتیں اس زمانے کے جتنے بھی کام تھے، وہ عورتوں کو کبھی منع نہیں کیا آپ نے، بلکہ باقاعدہ ٹرین کیا۔</w:t>
      </w:r>
    </w:p>
    <w:p>
      <w:r>
        <w:rPr>
          <w:b/>
        </w:rPr>
        <w:t xml:space="preserve">[26:36] </w:t>
      </w:r>
      <w:r>
        <w:t>Hazrat Aisha ko train kiya, auraton se mashwaray liye. Umm Salama se mashwara aik liya tha, woh lamba ho jayega.</w:t>
      </w:r>
    </w:p>
    <w:p>
      <w:pPr>
        <w:jc w:val="right"/>
      </w:pPr>
      <w:r>
        <w:t>حضرت عائشہ کو ٹرین کیا، عورتوں سے مشورے لیے۔ ام سلمہ سے مشورہ ایک لیا تھا، وہ لمبا ہو جائے گا۔</w:t>
      </w:r>
    </w:p>
    <w:p>
      <w:r>
        <w:rPr>
          <w:b/>
        </w:rPr>
        <w:t xml:space="preserve">[26:45] </w:t>
      </w:r>
      <w:r>
        <w:t>to har kaam aap ne auraton se karwaya, aur agar auraten koi kaam kar rahi theen to us ko mana nahi kiya. to yehi tareeqa tha Rasool Allah Sal Allah Alayhi Wasallam ka ke auraton ko moqa diya gaya agay barhnay ka.</w:t>
      </w:r>
    </w:p>
    <w:p>
      <w:pPr>
        <w:jc w:val="right"/>
      </w:pPr>
      <w:r>
        <w:t>تو ہر کام آپ نے عورتوں سے کروایا، اور اگر عورتیں کوئی کام کر رہی تھیں تو اس کو منع نہیں کیا۔ تو یہی طریقہ تھا رسول اللہ صلی اللہ علیہ وسلم کا کہ عورتوں کو موقع دیا گیا آگے بڑھنے کا۔</w:t>
      </w:r>
    </w:p>
    <w:p>
      <w:r>
        <w:rPr>
          <w:b/>
        </w:rPr>
        <w:t xml:space="preserve">[27:03] </w:t>
      </w:r>
      <w:r>
        <w:t>aapa, i would like to in fact add because i have you know also interacted with many people, and usually this question crops up that the position of women is you know inferior in islam, or that they don't enjoy respect in islam</w:t>
      </w:r>
    </w:p>
    <w:p>
      <w:pPr>
        <w:jc w:val="right"/>
      </w:pPr>
      <w:r>
        <w:t>آپا، آئی وڈ لائک ٹو ان فیکٹ ایڈ بیکاز آئی ہیو یو نو السو انٹریکٹڈ ود مینی پیپل، اینڈ یوزلی دس کوئسچن کراپس اپ دیٹ دی پوزیشن آف وومن از یو نو انفیریر ان اسلام، اور دیٹ دے ڈونٹ انجوائے ریسپیکٹ ان اسلام</w:t>
      </w:r>
    </w:p>
    <w:p>
      <w:r>
        <w:rPr>
          <w:b/>
        </w:rPr>
        <w:t xml:space="preserve">[27:21] </w:t>
      </w:r>
      <w:r>
        <w:t>. but there were two hadith which are very widely known, but i would still like to make a mention of it. ah, that gave me complete clarity in terms of ah, ah the position of w</w:t>
      </w:r>
    </w:p>
    <w:p>
      <w:pPr>
        <w:jc w:val="right"/>
      </w:pPr>
      <w:r>
        <w:t>۔ بٹ دیر وار ٹو حدیث وچ آر ویری وائیڈلی نون، بٹ آئی وڈ سٹل لائک ٹو میک ا مینشن آف اٹ۔ آہ، دیٹ گیو می کمپلیٹ کلیرٹی ان ٹرمز آف آہ، آہ دی پوزیشن آف و</w:t>
      </w:r>
    </w:p>
    <w:p>
      <w:r>
        <w:rPr>
          <w:b/>
        </w:rPr>
        <w:t xml:space="preserve">[27:34] </w:t>
      </w:r>
      <w:r>
        <w:t>omen in islam. and the first one is you know been reported by Abu Hurairah, that a person comes to the prophet and then asks him that ah, who rightfully deserves the best treatment from me.</w:t>
      </w:r>
    </w:p>
    <w:p>
      <w:pPr>
        <w:jc w:val="right"/>
      </w:pPr>
      <w:r>
        <w:t>ومن ان اسلام۔ اینڈ دا فرسٹ ون از یو نو بین رپورٹڈ بائے ابو ہریرہ، دیٹ ا پرسن کمز ٹو دا پرافٹ اینڈ دین اسک ہم دیٹ آہ، ہو رائٹ فلی ڈیزروز دا بیسٹ ٹریٹمنٹ فرام می۔</w:t>
      </w:r>
    </w:p>
    <w:p>
      <w:r>
        <w:rPr>
          <w:b/>
        </w:rPr>
        <w:t xml:space="preserve">[27:47] </w:t>
      </w:r>
      <w:r>
        <w:t>and prophet immediately replied that your mother. ah, so the man then asks the prophet again that ah, after that. and prophet again replied your mother.</w:t>
      </w:r>
    </w:p>
    <w:p>
      <w:pPr>
        <w:jc w:val="right"/>
      </w:pPr>
      <w:r>
        <w:t>اینڈ پرافٹ امیڈیٹلی ریپلائیڈ دیٹ یور مدر۔ آہ، سو دا مین دین اسک دی پرافٹ اگین دیٹ آہ، افٹر دیٹ۔ اینڈ پرافٹ اگین ریپلائیڈ یور مدر۔</w:t>
      </w:r>
    </w:p>
    <w:p>
      <w:r>
        <w:rPr>
          <w:b/>
        </w:rPr>
        <w:t xml:space="preserve">[27:58] </w:t>
      </w:r>
      <w:r>
        <w:t>then for the third time, the man again asks the prophet who after that. and prophet again gave the same response that your mother.</w:t>
      </w:r>
    </w:p>
    <w:p>
      <w:pPr>
        <w:jc w:val="right"/>
      </w:pPr>
      <w:r>
        <w:t>دین فار دا تھرڈ ٹائم، دی مین اگین اسک دی پرافٹ ہو افٹر دیٹ۔ اینڈ پرافٹ اگین گیو دا سیم رسپانس دیٹ یور مدر۔</w:t>
      </w:r>
    </w:p>
    <w:p>
      <w:r>
        <w:rPr>
          <w:b/>
        </w:rPr>
        <w:t xml:space="preserve">[28:08] </w:t>
      </w:r>
      <w:r>
        <w:t>so when the man asked the fourth time, ah, prophet said your father. so this clearly shows that ah, you know the respect for women i would say is even greater than men.</w:t>
      </w:r>
    </w:p>
    <w:p>
      <w:pPr>
        <w:jc w:val="right"/>
      </w:pPr>
      <w:r>
        <w:t>سو وین دا مین اسکڈ دا فورتھ ٹائم، آہ، پرافٹ سیڈ یور فادر۔ سو دس کلیئرلی شوز دیٹ آہ، یو نو دی ریسپیکٹ فار وومن آئی وڈ سی از ایون گریٹر دین مین۔</w:t>
      </w:r>
    </w:p>
    <w:p>
      <w:r>
        <w:rPr>
          <w:b/>
        </w:rPr>
        <w:t xml:space="preserve">[28:24] </w:t>
      </w:r>
      <w:r>
        <w:t>ah, but the second hadith ah, aapa which really touched me was that when prophet said that paradise lies at the feet of your mothers, which means that serving your mother makes you deserving of paradise.</w:t>
      </w:r>
    </w:p>
    <w:p>
      <w:pPr>
        <w:jc w:val="right"/>
      </w:pPr>
      <w:r>
        <w:t>آہ، بٹ دا سیکنڈ حدیث آہ، آپا وچ ریلی ٹچ می واز دیٹ وین پرافٹ سیڈ دیٹ پیراڈائز لائز ایٹ دا فیٹ آف یور مدرز، وچ مینز دیٹ سروونگ یور مدر میکس یو ڈیزرونگ آف پیراڈائز۔</w:t>
      </w:r>
    </w:p>
    <w:p>
      <w:r>
        <w:rPr>
          <w:b/>
        </w:rPr>
        <w:t xml:space="preserve">[28:41] </w:t>
      </w:r>
      <w:r>
        <w:t>now, when ah, somebody ah, you know ah, hears this coming from the prophet, then i would say that there is no argument, no narrative which can prove that the position of women is less in islam.</w:t>
      </w:r>
    </w:p>
    <w:p>
      <w:pPr>
        <w:jc w:val="right"/>
      </w:pPr>
      <w:r>
        <w:t>ناؤ، وین آہ، سمبڈی آہ، یو نو آہ، ہیئرز دس کمنگ فرام دا پرافٹ، دین آئی وڈ سی دیٹ دیر از نو ارگیومنٹ، نو نیریٹو وچ کین پروف دیٹ دی پوزیشن آف وومن از لیس ان اسلام۔</w:t>
      </w:r>
    </w:p>
    <w:p>
      <w:r>
        <w:rPr>
          <w:b/>
        </w:rPr>
        <w:t xml:space="preserve">[28:56] </w:t>
      </w:r>
      <w:r>
        <w:t>ah</w:t>
      </w:r>
    </w:p>
    <w:p>
      <w:pPr>
        <w:jc w:val="right"/>
      </w:pPr>
      <w:r>
        <w:t>آہ</w:t>
      </w:r>
    </w:p>
    <w:p>
      <w:r>
        <w:rPr>
          <w:b/>
        </w:rPr>
        <w:t xml:space="preserve">[28:57] </w:t>
      </w:r>
      <w:r>
        <w:t>, this very well clarifies ah, that prophet ah, ah, you know always gave huge respect, and the position of women in islam is very high.</w:t>
      </w:r>
    </w:p>
    <w:p>
      <w:pPr>
        <w:jc w:val="right"/>
      </w:pPr>
      <w:r>
        <w:t>، دس ویری ویل کلیریفائیز آہ، دیٹ پرافٹ آہ، آہ، یو نو الویز گیو ہیوج ریسپیکٹ، اینڈ دی پوزیشن آف وومن ان اسلام از ویری ہائی۔</w:t>
      </w:r>
    </w:p>
    <w:p>
      <w:r>
        <w:rPr>
          <w:b/>
        </w:rPr>
        <w:t xml:space="preserve">[29:09] </w:t>
      </w:r>
      <w:r>
        <w:t>main is mein kuch add karna chahunga.</w:t>
      </w:r>
    </w:p>
    <w:p>
      <w:pPr>
        <w:jc w:val="right"/>
      </w:pPr>
      <w:r>
        <w:t>میں اس میں کچھ ایڈ کرنا چاہوں گا۔</w:t>
      </w:r>
    </w:p>
    <w:p>
      <w:r>
        <w:rPr>
          <w:b/>
        </w:rPr>
        <w:t xml:space="preserve">[29:14] </w:t>
      </w:r>
      <w:r>
        <w:t>aik sahabi thi, shifa bint Abdullah. yeh Hazrat Umar Farooq Razi Allah Anhu ke zamanay ka waqia hai. un ko Rasool Allah Sal Allah Alayhi Wasallam ne madina ke bazaar ka incharge banaya tha.</w:t>
      </w:r>
    </w:p>
    <w:p>
      <w:pPr>
        <w:jc w:val="right"/>
      </w:pPr>
      <w:r>
        <w:t>ایک صحابیہ تھیں، شیفاء بنت عبداللہ۔ یہ حضرت عمر فاروق رضی اللہ عنہ کے زمانے کا واقعہ ہے۔ ان کو رسول اللہ صلی اللہ علیہ وسلم نے مدینہ کے بازار کا انچارج بنایا تھا۔</w:t>
      </w:r>
    </w:p>
    <w:p>
      <w:r>
        <w:rPr>
          <w:b/>
        </w:rPr>
        <w:t xml:space="preserve">[29:29] </w:t>
      </w:r>
      <w:r>
        <w:t>to agar yeh equality nahi hoti to incharge nahi banate, Hazrat Umar R.A. aur ek hadith aati hai jisko Maulana Barar quote kiya karte the</w:t>
      </w:r>
    </w:p>
    <w:p>
      <w:pPr>
        <w:jc w:val="right"/>
      </w:pPr>
      <w:r>
        <w:t>تو اگر یہ ایکولٹی نہیں ہوتی تو انچارج نہیں بناتے، حضرت عمر رضی اللہ عنہ۔ اور ایک حدیث آتی ہے جس کو مولانا براور کوٹ کیا کرتے تھے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