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 and Teachings of Prophet Muhammad October 27, 2021 Prof. Farida Khanam</w:t>
      </w:r>
    </w:p>
    <w:p>
      <w:r>
        <w:t>https://www.youtube.com/watch?v=1E0ofZ4MWbs</w:t>
      </w:r>
    </w:p>
    <w:p>
      <w:r>
        <w:rPr>
          <w:b/>
        </w:rPr>
        <w:t xml:space="preserve">[00:01] </w:t>
      </w:r>
      <w:r>
        <w:t>bismillah hir rahman nir rahim, wa salla Allahu ala nabiyyi al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[00:07] </w:t>
      </w:r>
      <w:r>
        <w:t>jaisa ke aap logon ko maloom hai, yeh rasool Allah sal Allahu alaihi wa sallam ki paidaish ka mubarak</w:t>
      </w:r>
    </w:p>
    <w:p>
      <w:pPr>
        <w:jc w:val="right"/>
      </w:pPr>
      <w:r>
        <w:t>جیسا کہ آپ لوگوں کو معلوم ہے، یہ رسول اللہ صلی اللہ علیہ وسلم کی پیدائش کا مبارک</w:t>
      </w:r>
    </w:p>
    <w:p>
      <w:r>
        <w:rPr>
          <w:b/>
        </w:rPr>
        <w:t xml:space="preserve">[00:13] </w:t>
      </w:r>
      <w:r>
        <w:t>mahina hai, aur isi silsile mein yeh program munnaqid hua hai.</w:t>
      </w:r>
    </w:p>
    <w:p>
      <w:pPr>
        <w:jc w:val="right"/>
      </w:pPr>
      <w:r>
        <w:t>مہینہ ہے، اور اسی سلسلے میں یہ پروگرام منعقد ہوا ہے۔</w:t>
      </w:r>
    </w:p>
    <w:p>
      <w:r>
        <w:rPr>
          <w:b/>
        </w:rPr>
        <w:t xml:space="preserve">[00:18] </w:t>
      </w:r>
      <w:r>
        <w:t>to aap Quran mein aap ko kaha gaya hai ke "Innaka la ala khulqin azeem".</w:t>
      </w:r>
    </w:p>
    <w:p>
      <w:pPr>
        <w:jc w:val="right"/>
      </w:pPr>
      <w:r>
        <w:t>تو آپ قرآن میں آپ کو کہا گیا ہے کہ "إنك لعلى خلق عظيم"۔</w:t>
      </w:r>
    </w:p>
    <w:p>
      <w:r>
        <w:rPr>
          <w:b/>
        </w:rPr>
        <w:t xml:space="preserve">[00:27] </w:t>
      </w:r>
      <w:r>
        <w:t>aap ka ek bohat hi sublime character hai,</w:t>
      </w:r>
    </w:p>
    <w:p>
      <w:pPr>
        <w:jc w:val="right"/>
      </w:pPr>
      <w:r>
        <w:t>آپ کا ایک بہت ہی سبلائم کریکٹر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