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My Discovery of Truth January 8, 2006 Maulana Wahiduddin Khan</w:t>
      </w:r>
    </w:p>
    <w:p>
      <w:r>
        <w:t>https://www.youtube.com/watch?v=Q8ErBn6pGV8</w:t>
      </w:r>
    </w:p>
    <w:p>
      <w:r>
        <w:rPr>
          <w:b/>
        </w:rPr>
        <w:t xml:space="preserve">[00:39] </w:t>
      </w:r>
      <w:r>
        <w:t>Quran ki Surah Ar-Rum,</w:t>
      </w:r>
    </w:p>
    <w:p>
      <w:pPr>
        <w:jc w:val="right"/>
      </w:pPr>
      <w:r>
        <w:t>قرآن کی سورہ الروم،</w:t>
      </w:r>
    </w:p>
    <w:p>
      <w:r>
        <w:rPr>
          <w:b/>
        </w:rPr>
        <w:t xml:space="preserve">[00:47] </w:t>
      </w:r>
      <w:r>
        <w:t>chapter number thirty, verse number thirty.</w:t>
      </w:r>
    </w:p>
    <w:p>
      <w:pPr>
        <w:jc w:val="right"/>
      </w:pPr>
      <w:r>
        <w:t>چیپٹر نمبر تھرٹی، ورس نمبر تھرٹی۔</w:t>
      </w:r>
    </w:p>
    <w:p>
      <w:r>
        <w:rPr>
          <w:b/>
        </w:rPr>
        <w:t xml:space="preserve">[00:54] </w:t>
      </w:r>
      <w:r>
        <w:t>is mein ek ayat, ek verse ishtirahi hai:</w:t>
      </w:r>
    </w:p>
    <w:p>
      <w:pPr>
        <w:jc w:val="right"/>
      </w:pPr>
      <w:r>
        <w:t>اس میں ایک آیت، ایک ورس اشتراعی ہے:</w:t>
      </w:r>
    </w:p>
    <w:p>
      <w:r>
        <w:rPr>
          <w:b/>
        </w:rPr>
        <w:t xml:space="preserve">[01:03] </w:t>
      </w:r>
      <w:r>
        <w:t>"Fitrat Allah allati fatara al-nas alaiha".</w:t>
      </w:r>
    </w:p>
    <w:p>
      <w:pPr>
        <w:jc w:val="right"/>
      </w:pPr>
      <w:r>
        <w:t>"فطرت اللہ التی فطر الناس علیہا"۔</w:t>
      </w:r>
    </w:p>
    <w:p>
      <w:r>
        <w:rPr>
          <w:b/>
        </w:rPr>
        <w:t xml:space="preserve">[01:11] </w:t>
      </w:r>
      <w:r>
        <w:t>theek yahi baat hadith mein</w:t>
      </w:r>
    </w:p>
    <w:p>
      <w:pPr>
        <w:jc w:val="right"/>
      </w:pPr>
      <w:r>
        <w:t>ٹھیک یہی بات حدیث میں</w:t>
      </w:r>
    </w:p>
    <w:p>
      <w:r>
        <w:rPr>
          <w:b/>
        </w:rPr>
        <w:t xml:space="preserve">[01:16] </w:t>
      </w:r>
      <w:r>
        <w:t>bhi aap dekh sakte hain. Sahih al Bukhari, Kitab al Janaiz mein hai ke Rasool Allah S.A.W ne farmaya:</w:t>
      </w:r>
    </w:p>
    <w:p>
      <w:pPr>
        <w:jc w:val="right"/>
      </w:pPr>
      <w:r>
        <w:t>بھی آپ دیکھ سکتے ہیں۔ صحیح البخاری، کتاب الجنائز میں ہے کہ رسول اللہ صلی اللہ علیہ وسلم نے فرمایا:</w:t>
      </w:r>
    </w:p>
    <w:p>
      <w:r>
        <w:rPr>
          <w:b/>
        </w:rPr>
        <w:t xml:space="preserve">[01:33] </w:t>
      </w:r>
      <w:r>
        <w:t>"Kul mauludin yuladu ala al-fitra".</w:t>
      </w:r>
    </w:p>
    <w:p>
      <w:pPr>
        <w:jc w:val="right"/>
      </w:pPr>
      <w:r>
        <w:t>"کل مولودی یولد علی الفطرہ"۔</w:t>
      </w:r>
    </w:p>
    <w:p>
      <w:r>
        <w:rPr>
          <w:b/>
        </w:rPr>
        <w:t xml:space="preserve">[01:40] </w:t>
      </w:r>
      <w:r>
        <w:t>lekin dono ka matlab ek hai. Quran ki ayat aur hadith, dono ka matlab ek hai.</w:t>
      </w:r>
    </w:p>
    <w:p>
      <w:pPr>
        <w:jc w:val="right"/>
      </w:pPr>
      <w:r>
        <w:t>لیکن دونوں کا مطلب ایک ہے۔ قرآن کی آیت اور حدیث، دونوں کا مطلب ایک ہے۔</w:t>
      </w:r>
    </w:p>
    <w:p>
      <w:r>
        <w:rPr>
          <w:b/>
        </w:rPr>
        <w:t xml:space="preserve">[01:49] </w:t>
      </w:r>
      <w:r>
        <w:t>woh yeh hai ke: "Every human being is born in divine nature".</w:t>
      </w:r>
    </w:p>
    <w:p>
      <w:pPr>
        <w:jc w:val="right"/>
      </w:pPr>
      <w:r>
        <w:t>وہ یہ ہے کہ: "ایوری ہیومن بینگ از بورن ان ڈیوائن نیچر"۔</w:t>
      </w:r>
    </w:p>
    <w:p>
      <w:r>
        <w:rPr>
          <w:b/>
        </w:rPr>
        <w:t xml:space="preserve">[02:00] </w:t>
      </w:r>
      <w:r>
        <w:t>har insan jo paida hota hai, woh khudaai fitrat ko le kar paida hota hai.</w:t>
      </w:r>
    </w:p>
    <w:p>
      <w:pPr>
        <w:jc w:val="right"/>
      </w:pPr>
      <w:r>
        <w:t>ہر انسان جو پیدا ہوتا ہے، وہ خدائی فطرت کو لے کر پیدا ہوتا ہے۔</w:t>
      </w:r>
    </w:p>
    <w:p>
      <w:r>
        <w:rPr>
          <w:b/>
        </w:rPr>
        <w:t xml:space="preserve">[02:14] </w:t>
      </w:r>
      <w:r>
        <w:t>isko agar mein word badal kar kahoon to mein kahoon ga ke:</w:t>
      </w:r>
    </w:p>
    <w:p>
      <w:pPr>
        <w:jc w:val="right"/>
      </w:pPr>
      <w:r>
        <w:t>اس کو اگر میں ورڈ بدل کر کہوں تو میں کہوں گا کہ:</w:t>
      </w:r>
    </w:p>
    <w:p>
      <w:r>
        <w:rPr>
          <w:b/>
        </w:rPr>
        <w:t xml:space="preserve">[02:24] </w:t>
      </w:r>
      <w:r>
        <w:t>"Every human being is truth seeker by birth".</w:t>
      </w:r>
    </w:p>
    <w:p>
      <w:pPr>
        <w:jc w:val="right"/>
      </w:pPr>
      <w:r>
        <w:t>"ایوری ہیومن بینگ از ٹروتھ سیکر بائی برتھ"۔</w:t>
      </w:r>
    </w:p>
    <w:p>
      <w:r>
        <w:rPr>
          <w:b/>
        </w:rPr>
        <w:t xml:space="preserve">[02:34] </w:t>
      </w:r>
      <w:r>
        <w:t>Every human being is truth seeker by birth.</w:t>
      </w:r>
    </w:p>
    <w:p>
      <w:pPr>
        <w:jc w:val="right"/>
      </w:pPr>
      <w:r>
        <w:t>ایوری ہیومن بینگ از ٹروتھ سیکر بائی برتھ۔</w:t>
      </w:r>
    </w:p>
    <w:p>
      <w:r>
        <w:rPr>
          <w:b/>
        </w:rPr>
        <w:t xml:space="preserve">[02:43] </w:t>
      </w:r>
      <w:r>
        <w:t>Truth seeker mein kyun keh raha hoon? Is liye ke aap jante hain ke</w:t>
      </w:r>
    </w:p>
    <w:p>
      <w:pPr>
        <w:jc w:val="right"/>
      </w:pPr>
      <w:r>
        <w:t>ٹروتھ سیکر میں کیوں کہہ رہا ہوں؟ اس لیے کہ آپ جانتے ہیں کہ</w:t>
      </w:r>
    </w:p>
    <w:p>
      <w:r>
        <w:rPr>
          <w:b/>
        </w:rPr>
        <w:t xml:space="preserve">[02:51] </w:t>
      </w:r>
      <w:r>
        <w:t>har aadmi kisi environment mein paida hota hai, kisi institution mein woh parhta hai,</w:t>
      </w:r>
    </w:p>
    <w:p>
      <w:pPr>
        <w:jc w:val="right"/>
      </w:pPr>
      <w:r>
        <w:t>ہر آدمی کسی انوائرمنٹ میں پیدا ہوتا ہے، کسی انسٹیٹیوشن میں وہ پڑھتا ہے،</w:t>
      </w:r>
    </w:p>
    <w:p>
      <w:r>
        <w:rPr>
          <w:b/>
        </w:rPr>
        <w:t xml:space="preserve">[03:01] </w:t>
      </w:r>
      <w:r>
        <w:t>kisi society mein woh rehta hai. Is se us ki conditioning hoti rehti hai.</w:t>
      </w:r>
    </w:p>
    <w:p>
      <w:pPr>
        <w:jc w:val="right"/>
      </w:pPr>
      <w:r>
        <w:t>کسی سوسائٹی میں وہ رہتا ہے۔ اس سے اس کی کنڈیشننگ ہوتی رہتی ہے۔</w:t>
      </w:r>
    </w:p>
    <w:p>
      <w:r>
        <w:rPr>
          <w:b/>
        </w:rPr>
        <w:t xml:space="preserve">[03:10] </w:t>
      </w:r>
      <w:r>
        <w:t>conditioning. To woh divine nature jo hai aadmi ka, us ke upar layer chartay rehte hain. Conditioning ke layer.</w:t>
      </w:r>
    </w:p>
    <w:p>
      <w:pPr>
        <w:jc w:val="right"/>
      </w:pPr>
      <w:r>
        <w:t>کنڈیشننگ۔ تو وہ ڈیوائن نیچر جو ہے آدمی کا، اس کے اوپر لیئر چڑھتے رہتے ہیں۔ کنڈیشننگ کے لیئر۔</w:t>
      </w:r>
    </w:p>
    <w:p>
      <w:r>
        <w:rPr>
          <w:b/>
        </w:rPr>
        <w:t xml:space="preserve">[03:23] </w:t>
      </w:r>
      <w:r>
        <w:t>yahan tak ke aisa ho sakta hai ke woh jo divine nature hai andar, woh isi tarah dhak jaye</w:t>
      </w:r>
    </w:p>
    <w:p>
      <w:pPr>
        <w:jc w:val="right"/>
      </w:pPr>
      <w:r>
        <w:t>یہاں تک کہ ایسا ہو سکتا ہے کہ وہ جو ڈیوائن نیچر ہے اندر، وہ اسی طرح ڈھک جائے</w:t>
      </w:r>
    </w:p>
    <w:p>
      <w:r>
        <w:rPr>
          <w:b/>
        </w:rPr>
        <w:t xml:space="preserve">[03:30] </w:t>
      </w:r>
      <w:r>
        <w:t>jaise onion ka, piaz ka, andar jo ek chota sa gol maghz hota hai, woh upar ke layer se dhak jaye.</w:t>
      </w:r>
    </w:p>
    <w:p>
      <w:pPr>
        <w:jc w:val="right"/>
      </w:pPr>
      <w:r>
        <w:t>جیسے انین کا، پیاز کا، اندر جو ایک چھوٹا سا گول مغز ہوتا ہے، وہ اوپر کے لیئر سے ڈھک جائے۔</w:t>
      </w:r>
    </w:p>
    <w:p>
      <w:r>
        <w:rPr>
          <w:b/>
        </w:rPr>
        <w:t xml:space="preserve">[03:42] </w:t>
      </w:r>
      <w:r>
        <w:t>lekin phir bhi woh rehta hai.</w:t>
      </w:r>
    </w:p>
    <w:p>
      <w:pPr>
        <w:jc w:val="right"/>
      </w:pPr>
      <w:r>
        <w:t>لیکن پھر بھی وہ رہتا ہے۔</w:t>
      </w:r>
    </w:p>
    <w:p>
      <w:r>
        <w:rPr>
          <w:b/>
        </w:rPr>
        <w:t xml:space="preserve">[03:47] </w:t>
      </w:r>
      <w:r>
        <w:t>yani agar yeh conditioning na hoti to har aadmi ke baray mein kaha jata hai ke har aadmi truth finder ke tor par paida hota hai.</w:t>
      </w:r>
    </w:p>
    <w:p>
      <w:pPr>
        <w:jc w:val="right"/>
      </w:pPr>
      <w:r>
        <w:t>یعنی اگر یہ کنڈیشننگ نہ ہوتی تو ہر آدمی کے بارے میں کہا جاتا ہے کہ ہر آدمی ٹروتھ فائنڈر کے طور پر پیدا ہوتا ہے۔</w:t>
      </w:r>
    </w:p>
    <w:p>
      <w:r>
        <w:rPr>
          <w:b/>
        </w:rPr>
        <w:t xml:space="preserve">[04:00] </w:t>
      </w:r>
      <w:r>
        <w:t>truth ko le kar.</w:t>
      </w:r>
    </w:p>
    <w:p>
      <w:pPr>
        <w:jc w:val="right"/>
      </w:pPr>
      <w:r>
        <w:t>ٹروتھ کو لے کر۔</w:t>
      </w:r>
    </w:p>
    <w:p>
      <w:r>
        <w:rPr>
          <w:b/>
        </w:rPr>
        <w:t xml:space="preserve">[04:04] </w:t>
      </w:r>
      <w:r>
        <w:t>lekin conditioning ki waja se yeh baat ho jati hai ke andar to sachai ki</w:t>
      </w:r>
    </w:p>
    <w:p>
      <w:pPr>
        <w:jc w:val="right"/>
      </w:pPr>
      <w:r>
        <w:t>لیکن کنڈیشننگ کی وجہ سے یہ بات ہو جاتی ہے کہ اندر تو سچائی کی</w:t>
      </w:r>
    </w:p>
    <w:p>
      <w:r>
        <w:rPr>
          <w:b/>
        </w:rPr>
        <w:t xml:space="preserve">[04:12] </w:t>
      </w:r>
      <w:r>
        <w:t>arz hai is ke andar, lekin oper ki conditioning ki waja se woh dabi hui hai.</w:t>
      </w:r>
    </w:p>
    <w:p>
      <w:pPr>
        <w:jc w:val="right"/>
      </w:pPr>
      <w:r>
        <w:t>عرض ہے اس کے اندر، لیکن اوپر کی کنڈیشننگ کی وجہ سے وہ دبی ہوئی ہے۔</w:t>
      </w:r>
    </w:p>
    <w:p>
      <w:r>
        <w:rPr>
          <w:b/>
        </w:rPr>
        <w:t xml:space="preserve">[04:21] </w:t>
      </w:r>
      <w:r>
        <w:t>dabi hui hai. Isi liye is ko dhoondna parta hai. Yani andar ki jo nature hai, woh andar se is ko, yani, activate karti hai.</w:t>
      </w:r>
    </w:p>
    <w:p>
      <w:pPr>
        <w:jc w:val="right"/>
      </w:pPr>
      <w:r>
        <w:t>دبی ہوئی ہے۔ اسی لیے اس کو ڈھونڈنا پڑتا ہے۔ یعنی اندر کی جو نیچر ہے، وہ اندر سے اس کو، یعنی، ایکٹیویٹ کرتی ہے۔</w:t>
      </w:r>
    </w:p>
    <w:p>
      <w:r>
        <w:rPr>
          <w:b/>
        </w:rPr>
        <w:t xml:space="preserve">[04:36] </w:t>
      </w:r>
      <w:r>
        <w:t>activate karne ka matlab yeh hai ke jo kuch hai unconscious mind mein, is ko conscious mind mein lao.</w:t>
      </w:r>
    </w:p>
    <w:p>
      <w:pPr>
        <w:jc w:val="right"/>
      </w:pPr>
      <w:r>
        <w:t>ایکٹیویٹ کرنے کا مطلب یہ ہے کہ جو کچھ ہے انکانسشیس مائنڈ میں، اس کو کانشیس مائنڈ میں لاؤ۔</w:t>
      </w:r>
    </w:p>
    <w:p>
      <w:r>
        <w:rPr>
          <w:b/>
        </w:rPr>
        <w:t xml:space="preserve">[04:46] </w:t>
      </w:r>
      <w:r>
        <w:t>jo cheez ghair shaoori tor par hai, is ko shaoori tor par discover karo. Isi ko le kar main yeh keh raha hoon ke: "every human being is truth seeker by birth".</w:t>
      </w:r>
    </w:p>
    <w:p>
      <w:pPr>
        <w:jc w:val="right"/>
      </w:pPr>
      <w:r>
        <w:t>جو چیز غیر شعوری طور پر ہے، اس کو شعوری طور پر ڈسکور کرو۔ اسی کو لے کر میں یہ کہہ رہا ہوں کہ: "ایوری ہیومن بینگ از ٹروتھ سیکر بائی برتھ"۔</w:t>
      </w:r>
    </w:p>
    <w:p>
      <w:r>
        <w:rPr>
          <w:b/>
        </w:rPr>
        <w:t xml:space="preserve">[05:05] </w:t>
      </w:r>
      <w:r>
        <w:t>ab dekhiye</w:t>
      </w:r>
    </w:p>
    <w:p>
      <w:pPr>
        <w:jc w:val="right"/>
      </w:pPr>
      <w:r>
        <w:t>اب دیکھیے</w:t>
      </w:r>
    </w:p>
    <w:p>
      <w:r>
        <w:rPr>
          <w:b/>
        </w:rPr>
        <w:t xml:space="preserve">[05:08] </w:t>
      </w:r>
      <w:r>
        <w:t>ke agarchay potentially har aadmi truth seeker hai,</w:t>
      </w:r>
    </w:p>
    <w:p>
      <w:pPr>
        <w:jc w:val="right"/>
      </w:pPr>
      <w:r>
        <w:t>کہ اگرچہ پوٹینشیلی ہر آدمی ٹروتھ سیکر ہے،</w:t>
      </w:r>
    </w:p>
    <w:p>
      <w:r>
        <w:rPr>
          <w:b/>
        </w:rPr>
        <w:t xml:space="preserve">[05:17] </w:t>
      </w:r>
      <w:r>
        <w:t>by birth har aadmi truth seeker hai,</w:t>
      </w:r>
    </w:p>
    <w:p>
      <w:pPr>
        <w:jc w:val="right"/>
      </w:pPr>
      <w:r>
        <w:t>بائی برتھ ہر آدمی ٹروتھ سیکر ہے،</w:t>
      </w:r>
    </w:p>
    <w:p>
      <w:r>
        <w:rPr>
          <w:b/>
        </w:rPr>
        <w:t xml:space="preserve">[05:22] </w:t>
      </w:r>
      <w:r>
        <w:t>lekin aisa hota hai ke kisi ka, kisi ki yeh nature ya kisi ki yeh arz</w:t>
      </w:r>
    </w:p>
    <w:p>
      <w:pPr>
        <w:jc w:val="right"/>
      </w:pPr>
      <w:r>
        <w:t>لیکن ایسا ہوتا ہے کہ کسی کا، کسی کی یہ نیچر یا کسی کی یہ عرض</w:t>
      </w:r>
    </w:p>
    <w:p>
      <w:r>
        <w:rPr>
          <w:b/>
        </w:rPr>
        <w:t xml:space="preserve">[05:33] </w:t>
      </w:r>
      <w:r>
        <w:t>puri tarah active hoti hai is ke andar, aur kisi ki thori dabi hui rehti hai.</w:t>
      </w:r>
    </w:p>
    <w:p>
      <w:pPr>
        <w:jc w:val="right"/>
      </w:pPr>
      <w:r>
        <w:t>پوری طرح ایکٹیو ہوتی ہے اس کے اندر، اور کسی کی تھوڑی دبی ہوئی رہتی ہے۔</w:t>
      </w:r>
    </w:p>
    <w:p>
      <w:r>
        <w:rPr>
          <w:b/>
        </w:rPr>
        <w:t xml:space="preserve">[05:47] </w:t>
      </w:r>
      <w:r>
        <w:t>jaise Mahatma Gandhi ki kitaab aap ne dekhi hogi ke: "My Experiments in Search of Truth". To Mahatma Gandhi ke andar yeh cheez bohat hi active thi.</w:t>
      </w:r>
    </w:p>
    <w:p>
      <w:pPr>
        <w:jc w:val="right"/>
      </w:pPr>
      <w:r>
        <w:t>جیسے مہاتما گاندھی کی کتاب آپ نے دیکھی ہوگی کہ: "مائی ایکسپیریمنٹس ان سرچ آف ٹروتھ"۔ تو مہاتما گاندھی کے اندر یہ چیز بہت ہی ایکٹیو تھی۔</w:t>
      </w:r>
    </w:p>
    <w:p>
      <w:r>
        <w:rPr>
          <w:b/>
        </w:rPr>
        <w:t xml:space="preserve">[06:01] </w:t>
      </w:r>
      <w:r>
        <w:t>sachai ko dhoondna, sachai ko talash karna. To unhon ne jo life likhi apni, us ka naam hi yeh rakh diya: "My Experiments in Search of Truth".</w:t>
      </w:r>
    </w:p>
    <w:p>
      <w:pPr>
        <w:jc w:val="right"/>
      </w:pPr>
      <w:r>
        <w:t>سچائی کو ڈھونڈنا، سچائی کو تلاش کرنا۔ تو انہوں نے جو لائف لکھی اپنی، اس کا نام ہی یہ رکھ دیا: "مائی ایکسپیریمنٹس ان سرچ آف ٹروتھ"۔</w:t>
      </w:r>
    </w:p>
    <w:p>
      <w:r>
        <w:rPr>
          <w:b/>
        </w:rPr>
        <w:t xml:space="preserve">[06:15] </w:t>
      </w:r>
      <w:r>
        <w:t>aur kisi ke andar woh cheez dabi rehti hai. bohat ziyada khul kar nahi hoti.</w:t>
      </w:r>
    </w:p>
    <w:p>
      <w:pPr>
        <w:jc w:val="right"/>
      </w:pPr>
      <w:r>
        <w:t>اور کسی کے اندر وہ چیز دبی رہتی ہے۔ بہت زیادہ کھل کر نہیں ہوتی۔</w:t>
      </w:r>
    </w:p>
    <w:p>
      <w:r>
        <w:rPr>
          <w:b/>
        </w:rPr>
        <w:t xml:space="preserve">[06:23] </w:t>
      </w:r>
      <w:r>
        <w:t>to main apne baray mein yeh keh sakta hoon ke mere andar yeh divine nature bohat ziyada active thi.</w:t>
      </w:r>
    </w:p>
    <w:p>
      <w:pPr>
        <w:jc w:val="right"/>
      </w:pPr>
      <w:r>
        <w:t>تو میں اپنے بارے میں یہ کہہ سکتا ہوں کہ میرے اندر یہ ڈیوائن نیچر بہت زیادہ ایکٹیو تھی۔</w:t>
      </w:r>
    </w:p>
    <w:p>
      <w:r>
        <w:rPr>
          <w:b/>
        </w:rPr>
        <w:t xml:space="preserve">[06:36] </w:t>
      </w:r>
      <w:r>
        <w:t>bachpan se.</w:t>
      </w:r>
    </w:p>
    <w:p>
      <w:pPr>
        <w:jc w:val="right"/>
      </w:pPr>
      <w:r>
        <w:t>بچپن سے۔</w:t>
      </w:r>
    </w:p>
    <w:p>
      <w:r>
        <w:rPr>
          <w:b/>
        </w:rPr>
        <w:t xml:space="preserve">[06:38] </w:t>
      </w:r>
      <w:r>
        <w:t>yani agar main kahoon to shayad yeh galat nahi hoga ke main ab paida hotay hi truth seeker ban gaya.</w:t>
      </w:r>
    </w:p>
    <w:p>
      <w:pPr>
        <w:jc w:val="right"/>
      </w:pPr>
      <w:r>
        <w:t>یعنی اگر میں کہوں تو شاید یہ غلط نہیں ہوگا کہ میں اب پیدا ہوتے ہی ٹروتھ سیکر بن گیا۔</w:t>
      </w:r>
    </w:p>
    <w:p>
      <w:r>
        <w:rPr>
          <w:b/>
        </w:rPr>
        <w:t xml:space="preserve">[06:51] </w:t>
      </w:r>
      <w:r>
        <w:t>yani paida honay ke baad chand saal to aaj aadmi bilkul hi samajhta nahi kisi baat ko.</w:t>
      </w:r>
    </w:p>
    <w:p>
      <w:pPr>
        <w:jc w:val="right"/>
      </w:pPr>
      <w:r>
        <w:t>یعنی پیدا ہونے کے بعد چند سال تو آج آدمی بالکل ہی سمجھتا نہیں کسی بات کو۔</w:t>
      </w:r>
    </w:p>
    <w:p>
      <w:r>
        <w:rPr>
          <w:b/>
        </w:rPr>
        <w:t xml:space="preserve">[07:00] </w:t>
      </w:r>
      <w:r>
        <w:t>lekin bohat jald aisa hua ke main truth seeker ban gaya. Aur main agar is ki exact date bataoon to woh hogi: December 29, 1929.</w:t>
      </w:r>
    </w:p>
    <w:p>
      <w:pPr>
        <w:jc w:val="right"/>
      </w:pPr>
      <w:r>
        <w:t>لیکن بہت جلد ایسا ہوا کہ میں ٹروتھ سیکر بن گیا۔ اور میں اگر اس کی ایگزیکٹ ڈیٹ بتاؤں تو وہ ہوگی: دسمبر 29، 1929۔</w:t>
      </w:r>
    </w:p>
    <w:p>
      <w:r>
        <w:rPr>
          <w:b/>
        </w:rPr>
        <w:t xml:space="preserve">[07:21] </w:t>
      </w:r>
      <w:r>
        <w:t>29 December 1929.</w:t>
      </w:r>
    </w:p>
    <w:p>
      <w:pPr>
        <w:jc w:val="right"/>
      </w:pPr>
      <w:r>
        <w:t>29 دسمبر 1929۔</w:t>
      </w:r>
    </w:p>
    <w:p>
      <w:r>
        <w:rPr>
          <w:b/>
        </w:rPr>
        <w:t xml:space="preserve">[07:28] </w:t>
      </w:r>
      <w:r>
        <w:t>yeh date woh hai jab ke mere father ki death hui.</w:t>
      </w:r>
    </w:p>
    <w:p>
      <w:pPr>
        <w:jc w:val="right"/>
      </w:pPr>
      <w:r>
        <w:t>یہ ڈیٹ وہ ہے جب کہ میرے فادر کی ڈیتھ ہوئی۔</w:t>
      </w:r>
    </w:p>
    <w:p>
      <w:r>
        <w:rPr>
          <w:b/>
        </w:rPr>
        <w:t xml:space="preserve">[07:35] </w:t>
      </w:r>
      <w:r>
        <w:t>main UP ke aik gaon mein, Awdh Road district ke aik gaon mein paida hua. Mere father ka naam Fariduddin tha.</w:t>
      </w:r>
    </w:p>
    <w:p>
      <w:pPr>
        <w:jc w:val="right"/>
      </w:pPr>
      <w:r>
        <w:t>میں یو پی کے ایک گاؤں میں، اودھروڈ ڈسٹرکٹ کے ایک گاؤں میں پیدا ہوا۔ میرے فادر کا نام فرید الدین تھا۔</w:t>
      </w:r>
    </w:p>
    <w:p>
      <w:r>
        <w:rPr>
          <w:b/>
        </w:rPr>
        <w:t xml:space="preserve">[07:47] </w:t>
      </w:r>
      <w:r>
        <w:t>woh aik zamindar thay.</w:t>
      </w:r>
    </w:p>
    <w:p>
      <w:pPr>
        <w:jc w:val="right"/>
      </w:pPr>
      <w:r>
        <w:t>وہ ایک زمیندار تھے۔</w:t>
      </w:r>
    </w:p>
    <w:p>
      <w:r>
        <w:rPr>
          <w:b/>
        </w:rPr>
        <w:t xml:space="preserve">[07:51] </w:t>
      </w:r>
      <w:r>
        <w:t>to 29 December 1929 ko un ka intiqal ho gaya.</w:t>
      </w:r>
    </w:p>
    <w:p>
      <w:pPr>
        <w:jc w:val="right"/>
      </w:pPr>
      <w:r>
        <w:t>تو 29 دسمبر 1929 کو ان کا انتقال ہو گیا۔</w:t>
      </w:r>
    </w:p>
    <w:p>
      <w:r>
        <w:rPr>
          <w:b/>
        </w:rPr>
        <w:t xml:space="preserve">[08:02] </w:t>
      </w:r>
      <w:r>
        <w:t>shayad brain hemorrhage tha, aisa kuch tha. To us waqt main chota tha, yani shayad chhay saal ka hoonga.</w:t>
      </w:r>
    </w:p>
    <w:p>
      <w:pPr>
        <w:jc w:val="right"/>
      </w:pPr>
      <w:r>
        <w:t>شاید برین ہیمریج تھا، ایسا کچھ تھا۔ تو اس وقت میں چھوٹا تھا، یعنی شاید چھ سال کا ہوں گا۔</w:t>
      </w:r>
    </w:p>
    <w:p>
      <w:r>
        <w:rPr>
          <w:b/>
        </w:rPr>
        <w:t xml:space="preserve">[08:15] </w:t>
      </w:r>
      <w:r>
        <w:t>aise hi kuch panch chah saal ki umar hogi is waqt meri.</w:t>
      </w:r>
    </w:p>
    <w:p>
      <w:pPr>
        <w:jc w:val="right"/>
      </w:pPr>
      <w:r>
        <w:t>ایسے ہی کچھ پانچ چھ سال کی عمر ہوگی اس وقت میری۔</w:t>
      </w:r>
    </w:p>
    <w:p>
      <w:r>
        <w:rPr>
          <w:b/>
        </w:rPr>
        <w:t xml:space="preserve">[08:19] </w:t>
      </w:r>
      <w:r>
        <w:t>to meri maan batati hain ke jab tak baap zinda thay to mein bohat bolta tha. har waqt bolta hi rehta tha. baap se bohat choakhi karta tha.</w:t>
      </w:r>
    </w:p>
    <w:p>
      <w:pPr>
        <w:jc w:val="right"/>
      </w:pPr>
      <w:r>
        <w:t>تو میری ماں بتاتی ہیں کہ جب تک باپ زندہ تھے تو میں بہت بولتا تھا۔ ہر وقت بولتا ہی رہتا تھا۔ باپ سے بہت چوخی کرتا تھا۔</w:t>
      </w:r>
    </w:p>
    <w:p>
      <w:r>
        <w:rPr>
          <w:b/>
        </w:rPr>
        <w:t xml:space="preserve">[08:35] </w:t>
      </w:r>
      <w:r>
        <w:t>unki daadhi pakar ke hansta tha.</w:t>
      </w:r>
    </w:p>
    <w:p>
      <w:pPr>
        <w:jc w:val="right"/>
      </w:pPr>
      <w:r>
        <w:t>ان کی داڑھی پکڑ کے ہنستا تھا۔</w:t>
      </w:r>
    </w:p>
    <w:p>
      <w:r>
        <w:rPr>
          <w:b/>
        </w:rPr>
        <w:t xml:space="preserve">[08:40] </w:t>
      </w:r>
      <w:r>
        <w:t>to bohat bolta tha, bohat bolta tha. aur mere baap mujh ko bohat zyada mante bhi thay. har waqt apne paas rakhte thay.</w:t>
      </w:r>
    </w:p>
    <w:p>
      <w:pPr>
        <w:jc w:val="right"/>
      </w:pPr>
      <w:r>
        <w:t>تو بہت بولتا تھا، بہت بولتا تھا۔ اور میرے باپ مجھ کو بہت زیادہ مانتے بھی تھے۔ ہر وقت اپنے پاس رکھتے تھے۔</w:t>
      </w:r>
    </w:p>
    <w:p>
      <w:r>
        <w:rPr>
          <w:b/>
        </w:rPr>
        <w:t xml:space="preserve">[08:53] </w:t>
      </w:r>
      <w:r>
        <w:t>unki daadhi ko pakar kar mein khinchta tha to woh burani mante thay is ko. lekin jab 29 december 1929 ko achaanak ek raat ko unka intqaal ho gaya</w:t>
      </w:r>
    </w:p>
    <w:p>
      <w:pPr>
        <w:jc w:val="right"/>
      </w:pPr>
      <w:r>
        <w:t>ان کی داڑھی کو پکڑ کر میں کھینچتا تھا تو وہ برانی مانتے تھے اس کو۔ لیکن جب 29 دسمبر 1929 کو اچانک ایک رات کو ان کا انتقال ہو گیا</w:t>
      </w:r>
    </w:p>
    <w:p>
      <w:r>
        <w:rPr>
          <w:b/>
        </w:rPr>
        <w:t xml:space="preserve">[09:11] </w:t>
      </w:r>
      <w:r>
        <w:t>to meri maan batati hain ke jaise hi unko unki death hui, achaanak meri bolti band ho gayi.</w:t>
      </w:r>
    </w:p>
    <w:p>
      <w:pPr>
        <w:jc w:val="right"/>
      </w:pPr>
      <w:r>
        <w:t>تو میری ماں بتاتی ہیں کہ جیسے ہی ان کو ان کی ڈیتھ ہوئی، اچانک میری بولتی بند ہو گئی۔</w:t>
      </w:r>
    </w:p>
    <w:p>
      <w:r>
        <w:rPr>
          <w:b/>
        </w:rPr>
        <w:t xml:space="preserve">[09:22] </w:t>
      </w:r>
      <w:r>
        <w:t>speechless ho gaya mein. yaani jis ko kehte hain arfarj. yateemi ne mujhe, meri zubaan ko band kar diya.</w:t>
      </w:r>
    </w:p>
    <w:p>
      <w:pPr>
        <w:jc w:val="right"/>
      </w:pPr>
      <w:r>
        <w:t>اسپیچ لیس ہو گیا میں۔ یعنی جس کو کہتے ہیں ارفرج۔ یتیمی نے مجھے، میری زبان کو بند کر دیا۔</w:t>
      </w:r>
    </w:p>
    <w:p>
      <w:r>
        <w:rPr>
          <w:b/>
        </w:rPr>
        <w:t xml:space="preserve">[09:34] </w:t>
      </w:r>
      <w:r>
        <w:t>yateemi thi, bohat jald convert ho gayi sachai ki talash mein.</w:t>
      </w:r>
    </w:p>
    <w:p>
      <w:pPr>
        <w:jc w:val="right"/>
      </w:pPr>
      <w:r>
        <w:t>یتیمی تھی، بہت جلد کنورٹ ہو گئی سچائی کی تلاش میں۔</w:t>
      </w:r>
    </w:p>
    <w:p>
      <w:r>
        <w:rPr>
          <w:b/>
        </w:rPr>
        <w:t xml:space="preserve">[09:41] </w:t>
      </w:r>
      <w:r>
        <w:t>yaani bahar ki duniya mein meri bol band hui to andar ki duniya mein meri bol jaari ho gayi. sochna, yaani bolne ki bajaye sochna mera kaam ban gaya.</w:t>
      </w:r>
    </w:p>
    <w:p>
      <w:pPr>
        <w:jc w:val="right"/>
      </w:pPr>
      <w:r>
        <w:t>یعنی باہر کی دنیا میں میری بول بند ہوئی تو اندر کی دنیا میں میری بول جاری ہو گئی۔ سوچنا، یعنی بولنے کی بجائے سوچنا میرا کام بن گیا۔</w:t>
      </w:r>
    </w:p>
    <w:p>
      <w:r>
        <w:rPr>
          <w:b/>
        </w:rPr>
        <w:t xml:space="preserve">[09:55] </w:t>
      </w:r>
      <w:r>
        <w:t>kisi European thinker ne kaha hai ke: "jab mein bolta hoon to mein soch nahi raha hoon.</w:t>
      </w:r>
    </w:p>
    <w:p>
      <w:pPr>
        <w:jc w:val="right"/>
      </w:pPr>
      <w:r>
        <w:t>کسی یورپین تھنکر نے کہا ہے کہ: "جب میں بولتا ہوں تو میں سوچ نہیں رہا ہوں۔</w:t>
      </w:r>
    </w:p>
    <w:p>
      <w:r>
        <w:rPr>
          <w:b/>
        </w:rPr>
        <w:t xml:space="preserve">[10:10] </w:t>
      </w:r>
      <w:r>
        <w:t>" jab mein bolta hoon to mein soch nahi raha hoon. is ka ulta matlab agar lein aap ke jo aadmi na bolay woh kya karega?</w:t>
      </w:r>
    </w:p>
    <w:p>
      <w:pPr>
        <w:jc w:val="right"/>
      </w:pPr>
      <w:r>
        <w:t>" جب میں بولتا ہوں تو میں سوچ نہیں رہا ہوں۔ اس کا الٹا مطلب اگر لیں آپ کہ جو آدمی نہ بولے وہ کیا کرے گا؟</w:t>
      </w:r>
    </w:p>
    <w:p>
      <w:r>
        <w:rPr>
          <w:b/>
        </w:rPr>
        <w:t xml:space="preserve">[10:21] </w:t>
      </w:r>
      <w:r>
        <w:t>woh think kar raha hoga, soch raha hoga.</w:t>
      </w:r>
    </w:p>
    <w:p>
      <w:pPr>
        <w:jc w:val="right"/>
      </w:pPr>
      <w:r>
        <w:t>وہ تھنک کر رہا ہوگا، سوچ رہا ہوگا۔</w:t>
      </w:r>
    </w:p>
    <w:p>
      <w:r>
        <w:rPr>
          <w:b/>
        </w:rPr>
        <w:t xml:space="preserve">[10:26] </w:t>
      </w:r>
      <w:r>
        <w:t>to Khuda ne mujhe yateemi ka jo tajurba karaya, yeh orphan ban gaya mein. choti umar mein.</w:t>
      </w:r>
    </w:p>
    <w:p>
      <w:pPr>
        <w:jc w:val="right"/>
      </w:pPr>
      <w:r>
        <w:t>تو خدا نے مجھے یتیمی کا جو تجربہ کرایا، یہ ارفن بن گیا میں۔ چھوٹی عمر میں۔</w:t>
      </w:r>
    </w:p>
    <w:p>
      <w:r>
        <w:rPr>
          <w:b/>
        </w:rPr>
        <w:t xml:space="preserve">[10:36] </w:t>
      </w:r>
      <w:r>
        <w:t>yaani 29 december 1929 ko.</w:t>
      </w:r>
    </w:p>
    <w:p>
      <w:pPr>
        <w:jc w:val="right"/>
      </w:pPr>
      <w:r>
        <w:t>یعنی 29 دسمبر 1929 کو۔</w:t>
      </w:r>
    </w:p>
    <w:p>
      <w:r>
        <w:rPr>
          <w:b/>
        </w:rPr>
        <w:t xml:space="preserve">[10:41] </w:t>
      </w:r>
      <w:r>
        <w:t>to yateemi ka tajurba mere liye kya ban gaya? bolne ki bajaye sochna.</w:t>
      </w:r>
    </w:p>
    <w:p>
      <w:pPr>
        <w:jc w:val="right"/>
      </w:pPr>
      <w:r>
        <w:t>تو یتیمی کا تجربہ میرے لیے کیا بن گیا؟ بولنے کی بجائے سوچنا۔</w:t>
      </w:r>
    </w:p>
    <w:p>
      <w:r>
        <w:rPr>
          <w:b/>
        </w:rPr>
        <w:t xml:space="preserve">[10:50] </w:t>
      </w:r>
      <w:r>
        <w:t>aise nahi hua ke mera mind khatam ho gaya ho, meri aqal chali gayi ho, meri aankhein na hon. sab kuch intact tha. sirf bolna bohat kam ho gaya tha.</w:t>
      </w:r>
    </w:p>
    <w:p>
      <w:pPr>
        <w:jc w:val="right"/>
      </w:pPr>
      <w:r>
        <w:t>ایسا نہیں ہوا کہ میرا مائنڈ ختم ہو گیا ہو، میری عقل چلی گئی ہو، میری آنکھیں نہ ہوں۔ سب کچھ انٹیکٹ تھا۔ صرف بولنا بہت کم ہو گیا تھا۔</w:t>
      </w:r>
    </w:p>
    <w:p>
      <w:r>
        <w:rPr>
          <w:b/>
        </w:rPr>
        <w:t xml:space="preserve">[11:04] </w:t>
      </w:r>
      <w:r>
        <w:t>is ke baad mera saara shauq bhi khatam ho gaya.</w:t>
      </w:r>
    </w:p>
    <w:p>
      <w:pPr>
        <w:jc w:val="right"/>
      </w:pPr>
      <w:r>
        <w:t>اس کے بعد میرا سارا شوق بھی ختم ہو گیا۔</w:t>
      </w:r>
    </w:p>
    <w:p>
      <w:r>
        <w:rPr>
          <w:b/>
        </w:rPr>
        <w:t xml:space="preserve">[11:08] </w:t>
      </w:r>
      <w:r>
        <w:t>meri maan, jinka intqaal yahi Delhi mein hua tha, koi 90 saal ki umar mein, woh batati theen ke koi shauq hi nahi raha mujhe.</w:t>
      </w:r>
    </w:p>
    <w:p>
      <w:pPr>
        <w:jc w:val="right"/>
      </w:pPr>
      <w:r>
        <w:t>میری ماں، جن کا انتقال یہی دلی میں ہوا تھا، کوئی 90 سال کی عمر میں، وہ بتاتی تھیں کہ کوئی شوق ہی نہیں رہا مجھے۔</w:t>
      </w:r>
    </w:p>
    <w:p>
      <w:r>
        <w:rPr>
          <w:b/>
        </w:rPr>
        <w:t xml:space="preserve">[11:23] </w:t>
      </w:r>
      <w:r>
        <w:t>jaise maan meri poochti ke kya khana khaoge, kya pakayen? to mein kehta tha: "jo hai wahi kha lenge."</w:t>
      </w:r>
    </w:p>
    <w:p>
      <w:pPr>
        <w:jc w:val="right"/>
      </w:pPr>
      <w:r>
        <w:t>جیسے ماں میری پوچھتی کہ کیا کھانا کھاؤ گے، کیا پکائیں؟ تو میں کہتا تھا: "جو ہے وہی کھا لیں گے۔"</w:t>
      </w:r>
    </w:p>
    <w:p>
      <w:r>
        <w:rPr>
          <w:b/>
        </w:rPr>
        <w:t xml:space="preserve">[11:34] </w:t>
      </w:r>
      <w:r>
        <w:t>kabhi bhi zindagi mein ek baar bhi mein ne apni maan se nahi kaha ke aaj falan cheez pakaiye, woh mujhe khana hai. kabhi ek baar bhi nahi kaha.</w:t>
      </w:r>
    </w:p>
    <w:p>
      <w:pPr>
        <w:jc w:val="right"/>
      </w:pPr>
      <w:r>
        <w:t>کبھی بھی زندگی میں ایک بار بھی میں نے اپنی ماں سے نہیں کہا کہ آج فلاں چیز پکائیے، وہ مجھے کھانا ہے۔ کبھی ایک بار بھی نہیں کہا۔</w:t>
      </w:r>
    </w:p>
    <w:p>
      <w:r>
        <w:rPr>
          <w:b/>
        </w:rPr>
        <w:t xml:space="preserve">[11:45] </w:t>
      </w:r>
      <w:r>
        <w:t>jo hai wahi kha lenge. kapray ka maamla batati hain woh ke Eid ke din naye kapray bante thay ghar walon ke liye, bachon ke liye.</w:t>
      </w:r>
    </w:p>
    <w:p>
      <w:pPr>
        <w:jc w:val="right"/>
      </w:pPr>
      <w:r>
        <w:t>جو ہے وہی کھا لیں گے۔ کپڑے کا معاملہ بتاتی ہیں وہ کہ عید کے دن نئے کپڑے بنتے تھے گھر والوں کے لیے، بچوں کے لیے۔</w:t>
      </w:r>
    </w:p>
    <w:p>
      <w:r>
        <w:rPr>
          <w:b/>
        </w:rPr>
        <w:t xml:space="preserve">[11:59] </w:t>
      </w:r>
      <w:r>
        <w:t>sab bari khushi khushi kapray pehante thay subah ko.</w:t>
      </w:r>
    </w:p>
    <w:p>
      <w:pPr>
        <w:jc w:val="right"/>
      </w:pPr>
      <w:r>
        <w:t>سب بڑی خوشی خوشی کپڑے پہنتے تھے صبح کو۔</w:t>
      </w:r>
    </w:p>
    <w:p>
      <w:r>
        <w:rPr>
          <w:b/>
        </w:rPr>
        <w:t xml:space="preserve">[12:03] </w:t>
      </w:r>
      <w:r>
        <w:t>mein pehanta hi nahi tha. meri maan kehti thi: "pehan lo, pehan lo." to mein kehta tha: "kya farq parta hai?" abhi bhi mere meri body par to kapra hai.</w:t>
      </w:r>
    </w:p>
    <w:p>
      <w:pPr>
        <w:jc w:val="right"/>
      </w:pPr>
      <w:r>
        <w:t>میں پہنتا ہی نہیں تھا۔ میری ماں کہتی تھی: "پہن لو، پہن لو۔" تو میں کہتا تھا: "کیا فرق پڑتا ہے؟" ابھی بھی میرے میری باڈی پر تو کپڑا ہے۔</w:t>
      </w:r>
    </w:p>
    <w:p>
      <w:r>
        <w:rPr>
          <w:b/>
        </w:rPr>
        <w:t xml:space="preserve">[12:16] </w:t>
      </w:r>
      <w:r>
        <w:t>naya kapra pehnein ya yahi kapra rahe to kya farq parta hai?</w:t>
      </w:r>
    </w:p>
    <w:p>
      <w:pPr>
        <w:jc w:val="right"/>
      </w:pPr>
      <w:r>
        <w:t>نیا کپڑا پہنیں یا یہی کپڑا رہے تو کیا فرق پڑتا ہے؟</w:t>
      </w:r>
    </w:p>
    <w:p>
      <w:r>
        <w:rPr>
          <w:b/>
        </w:rPr>
        <w:t xml:space="preserve">[12:23] </w:t>
      </w:r>
      <w:r>
        <w:t>aaj kal jis ko dekhein woh shopping ka shauq hota hai is ko. shopping. har aadmi shopping.</w:t>
      </w:r>
    </w:p>
    <w:p>
      <w:pPr>
        <w:jc w:val="right"/>
      </w:pPr>
      <w:r>
        <w:t>آج کل جس کو دیکھیں وہ شاپنگ کا شوق ہوتا ہے اس کو۔ شاپنگ۔ ہر آدمی شاپنگ۔</w:t>
      </w:r>
    </w:p>
    <w:p>
      <w:r>
        <w:rPr>
          <w:b/>
        </w:rPr>
        <w:t xml:space="preserve">[12:31] </w:t>
      </w:r>
      <w:r>
        <w:t>mera yeh haal tha ke hum gaon mein rehte thay is zamane mein. to gaon se koi do kilometer, do kilometer ki doori par ek gaon tha,</w:t>
      </w:r>
    </w:p>
    <w:p>
      <w:pPr>
        <w:jc w:val="right"/>
      </w:pPr>
      <w:r>
        <w:t>میرا یہ حال تھا کہ ہم گاؤں میں رہتے تھے اس زمانے میں۔ تو گاؤں سے کوئی دو کلومیٹر، دو کلومیٹر کی دوری پر ایک گاؤں تھا،</w:t>
      </w:r>
    </w:p>
    <w:p>
      <w:r>
        <w:rPr>
          <w:b/>
        </w:rPr>
        <w:t xml:space="preserve">[12:45] </w:t>
      </w:r>
      <w:r>
        <w:t>beseen pur is ka naam tha.</w:t>
      </w:r>
    </w:p>
    <w:p>
      <w:pPr>
        <w:jc w:val="right"/>
      </w:pPr>
      <w:r>
        <w:t>بیسین پور اس کا نام تھا۔</w:t>
      </w:r>
    </w:p>
    <w:p>
      <w:r>
        <w:rPr>
          <w:b/>
        </w:rPr>
        <w:t xml:space="preserve">[12:49] </w:t>
      </w:r>
      <w:r>
        <w:t>to wahan par mela hua karta tha, dasahre ka mela. aur dasahre ke mele mein khoob market lagta tha. cheezein bikti theen.</w:t>
      </w:r>
    </w:p>
    <w:p>
      <w:pPr>
        <w:jc w:val="right"/>
      </w:pPr>
      <w:r>
        <w:t>تو وہاں پر میلہ ہوا کرتا تھا، دسہرے کا میلہ۔ اور دسہرے کے میلے میں خوب مارکیٹ لگتا تھا۔ چیزیں بکتی تھیں۔</w:t>
      </w:r>
    </w:p>
    <w:p>
      <w:r>
        <w:rPr>
          <w:b/>
        </w:rPr>
        <w:t xml:space="preserve">[12:58] </w:t>
      </w:r>
      <w:r>
        <w:t>bachay jatay thay wahan par.</w:t>
      </w:r>
    </w:p>
    <w:p>
      <w:pPr>
        <w:jc w:val="right"/>
      </w:pPr>
      <w:r>
        <w:t>بچے جاتے تھے وہاں پر۔</w:t>
      </w:r>
    </w:p>
    <w:p>
      <w:r>
        <w:rPr>
          <w:b/>
        </w:rPr>
        <w:t xml:space="preserve">[13:01] </w:t>
      </w:r>
      <w:r>
        <w:t>to bachon ko un ke maa baap paisa detay thay. wahan ja kar khoob khoob woh shopping karte thay. lotatay hue un ke paas, un ki jeeb mein ek paisa bhi nahi rehta tha.</w:t>
      </w:r>
    </w:p>
    <w:p>
      <w:pPr>
        <w:jc w:val="right"/>
      </w:pPr>
      <w:r>
        <w:t>تو بچوں کو ان کے ماں باپ پیسہ دیتے تھے۔ وہاں جا کر خوب خوب وہ شاپنگ کرتے تھے۔ لوٹتے ہوئے ان کے پاس، ان کی جیب میں ایک پیسہ بھی نہیں رہتا تھا۔</w:t>
      </w:r>
    </w:p>
    <w:p>
      <w:r>
        <w:rPr>
          <w:b/>
        </w:rPr>
        <w:t xml:space="preserve">[13:12] </w:t>
      </w:r>
      <w:r>
        <w:t>sab wahin kharch kar detay thay. mera yeh haal tha ke meri maa jab mein mele mein jata, bachay le atay thay mujh ko: "chaliye, chaliye, chaliye."</w:t>
      </w:r>
    </w:p>
    <w:p>
      <w:pPr>
        <w:jc w:val="right"/>
      </w:pPr>
      <w:r>
        <w:t>سب وہیں خرچ کر دیتے تھے۔ میرا یہ حال تھا کہ میری ماں جب میں میلے میں جاتا، بچے لے آتے تھے مجھ کو: "چلیے، چلیے، چلیے۔"</w:t>
      </w:r>
    </w:p>
    <w:p>
      <w:r>
        <w:rPr>
          <w:b/>
        </w:rPr>
        <w:t xml:space="preserve">[13:23] </w:t>
      </w:r>
      <w:r>
        <w:t>us waqt ki baat hai jab mein chota tha. to bachon ke sath mein jab mela janay lagta to meri maa meri jeeb mein kuch paisay daal deti.</w:t>
      </w:r>
    </w:p>
    <w:p>
      <w:pPr>
        <w:jc w:val="right"/>
      </w:pPr>
      <w:r>
        <w:t>اس وقت کی بات ہے جب میں چھوٹا تھا۔ تو بچوں کے ساتھ میں جب میلہ جانے لگتا تو میری ماں میری جیب میں کچھ پیسے ڈال دیتی۔</w:t>
      </w:r>
    </w:p>
    <w:p>
      <w:r>
        <w:rPr>
          <w:b/>
        </w:rPr>
        <w:t xml:space="preserve">[13:34] </w:t>
      </w:r>
      <w:r>
        <w:t>kuch paisay. aap yaqeen kijiye ke in paison ko mein nay kabhi gina nahi ke woh kehtay hain: "paisay daalay hue meri jeeb mein." aur na kabhi istemal kiya in ko.</w:t>
      </w:r>
    </w:p>
    <w:p>
      <w:pPr>
        <w:jc w:val="right"/>
      </w:pPr>
      <w:r>
        <w:t>کچھ پیسے۔ آپ یقین کیجئے کہ ان پیسوں کو میں نے کبھی گنا نہیں کہ وہ کہتے ہیں: "پیسے ڈالے ہوئے میری جیب میں۔" اور نہ کبھی استعمال کیا ان کو۔</w:t>
      </w:r>
    </w:p>
    <w:p>
      <w:r>
        <w:rPr>
          <w:b/>
        </w:rPr>
        <w:t xml:space="preserve">[13:45] </w:t>
      </w:r>
      <w:r>
        <w:t>mele mein bachon ke ghar chalaya tha. aur waise hi ke waise hi lot aata. na koi shopping, na kuch.</w:t>
      </w:r>
    </w:p>
    <w:p>
      <w:pPr>
        <w:jc w:val="right"/>
      </w:pPr>
      <w:r>
        <w:t>میلے میں بچوں کے گھر چلایا تھا۔ اور ویسے ہی کے ویسے ہی لوٹ آتا۔ نہ کوئی شاپنگ، نہ کچھ۔</w:t>
      </w:r>
    </w:p>
    <w:p>
      <w:r>
        <w:rPr>
          <w:b/>
        </w:rPr>
        <w:t xml:space="preserve">[13:55] </w:t>
      </w:r>
      <w:r>
        <w:t>is zamane mein ek paisa bhi bohat kuch cheezein mila karti theen. ab to ek paisay ke baad kuch nahi milay ga aap ko bazaar mein. is is zamane mein ek paisay ki qeemat is se ziyada thi ke aaj ek rupay ki hoti hai.</w:t>
      </w:r>
    </w:p>
    <w:p>
      <w:pPr>
        <w:jc w:val="right"/>
      </w:pPr>
      <w:r>
        <w:t>اس زمانے میں ایک پیسے بھی بہت کچھ چیزیں ملا کرتی تھیں۔ اب تو ایک پیسے کے بعد کچھ نہیں ملے گا آپ کو بازار میں۔ اس اس زمانے میں ایک پیسے کی قیمت اس سے زیادہ تھی کہ آج ایک روپے کی ہوتی ہے۔</w:t>
      </w:r>
    </w:p>
    <w:p>
      <w:r>
        <w:rPr>
          <w:b/>
        </w:rPr>
        <w:t xml:space="preserve">[14:11] </w:t>
      </w:r>
      <w:r>
        <w:t>to mein ek paisay ki bhi koi cheez nahi khareedta tha.</w:t>
      </w:r>
    </w:p>
    <w:p>
      <w:pPr>
        <w:jc w:val="right"/>
      </w:pPr>
      <w:r>
        <w:t>تو میں ایک پیسے کی بھی کوئی چیز نہیں خریدتا تھا۔</w:t>
      </w:r>
    </w:p>
    <w:p>
      <w:r>
        <w:rPr>
          <w:b/>
        </w:rPr>
        <w:t xml:space="preserve">[14:16] </w:t>
      </w:r>
      <w:r>
        <w:t>to na fashion ka shoq, na kapray ka shoq, na body display ka shoq, na shopping ka shoq, na khanay ka shoq.</w:t>
      </w:r>
    </w:p>
    <w:p>
      <w:pPr>
        <w:jc w:val="right"/>
      </w:pPr>
      <w:r>
        <w:t>تو نہ فیشن کا شوق، نہ کپڑے کا شوق، نہ باڈی ڈسپلے کا شوق، نہ شاپنگ کا شوق، نہ کھانے کا شوق۔</w:t>
      </w:r>
    </w:p>
    <w:p>
      <w:r>
        <w:rPr>
          <w:b/>
        </w:rPr>
        <w:t xml:space="preserve">[14:30] </w:t>
      </w:r>
      <w:r>
        <w:t>koi shoq nahi. sirf sochna. is yeh jo mera mizaj bana, is nay ek mujhe bohat bari cheez di, bohat hi bari cheez.</w:t>
      </w:r>
    </w:p>
    <w:p>
      <w:pPr>
        <w:jc w:val="right"/>
      </w:pPr>
      <w:r>
        <w:t>کوئی شوق نہیں۔ صرف سوچنا۔ اس یہ جو میرا مزاج بنا، اس نے ایک مجھے بہت بڑی چیز دی، بہت ہی بڑی چیز۔</w:t>
      </w:r>
    </w:p>
    <w:p>
      <w:r>
        <w:rPr>
          <w:b/>
        </w:rPr>
        <w:t xml:space="preserve">[14:43] </w:t>
      </w:r>
      <w:r>
        <w:t>woh kiya? mein insani duniya se hat kar nature ki duniya mein aa gaya.</w:t>
      </w:r>
    </w:p>
    <w:p>
      <w:pPr>
        <w:jc w:val="right"/>
      </w:pPr>
      <w:r>
        <w:t>وہ کیا؟ میں انسانی دنیا سے ہٹ کر نیچر کی دنیا میں آ گیا۔</w:t>
      </w:r>
    </w:p>
    <w:p>
      <w:r>
        <w:rPr>
          <w:b/>
        </w:rPr>
        <w:t xml:space="preserve">[14:54] </w:t>
      </w:r>
      <w:r>
        <w:t>insani duniya se be raghbat ho gaya. yani baap ki wafat ke baad insani duniya se mujhe koi dilchaspi nahi rahi. na market se, na shopping se, na kapray se.</w:t>
      </w:r>
    </w:p>
    <w:p>
      <w:pPr>
        <w:jc w:val="right"/>
      </w:pPr>
      <w:r>
        <w:t>انسانی دنیا سے بے رغبت ہو گیا۔ یعنی باپ کی وفات کے بعد انسانی دنیا سے مجھے کوئی دلچسپی نہیں رہی۔ نہ مارکیٹ سے، نہ شاپنگ سے، نہ کپڑے سے۔</w:t>
      </w:r>
    </w:p>
    <w:p>
      <w:r>
        <w:rPr>
          <w:b/>
        </w:rPr>
        <w:t xml:space="preserve">[15:06] </w:t>
      </w:r>
      <w:r>
        <w:t>koi passion, koi shoq, kuch bhi nahi. sab bekar.</w:t>
      </w:r>
    </w:p>
    <w:p>
      <w:pPr>
        <w:jc w:val="right"/>
      </w:pPr>
      <w:r>
        <w:t>کوئی پیشن، کوئی شوق، کچھ بھی نہیں۔ سب بیکار۔</w:t>
      </w:r>
    </w:p>
    <w:p>
      <w:r>
        <w:rPr>
          <w:b/>
        </w:rPr>
        <w:t xml:space="preserve">[15:12] </w:t>
      </w:r>
      <w:r>
        <w:t>lekin aas paas mere ek ek aur bari cheez maujood thi jis ko mein ignore nahi kar sakta tha. woh tha nature.</w:t>
      </w:r>
    </w:p>
    <w:p>
      <w:pPr>
        <w:jc w:val="right"/>
      </w:pPr>
      <w:r>
        <w:t>لیکن آس پاس میرے ایک ایک اور بڑی چیز موجود تھی جس کو میں اگنور نہیں کر سکتا تھا۔ وہ تھا نیچر۔</w:t>
      </w:r>
    </w:p>
    <w:p>
      <w:r>
        <w:rPr>
          <w:b/>
        </w:rPr>
        <w:t xml:space="preserve">[15:24] </w:t>
      </w:r>
      <w:r>
        <w:t>nature. to us waqt mein gaon mein rehta tha.</w:t>
      </w:r>
    </w:p>
    <w:p>
      <w:pPr>
        <w:jc w:val="right"/>
      </w:pPr>
      <w:r>
        <w:t>نیچر۔ تو اس وقت میں گاؤں میں رہتا تھا۔</w:t>
      </w:r>
    </w:p>
    <w:p>
      <w:r>
        <w:rPr>
          <w:b/>
        </w:rPr>
        <w:t xml:space="preserve">[15:34] </w:t>
      </w:r>
      <w:r>
        <w:t>aur yeh us waqt kuch bhi pollution nahi tha fiza mein. abhi bhi gaon mein pollution kam hai.</w:t>
      </w:r>
    </w:p>
    <w:p>
      <w:pPr>
        <w:jc w:val="right"/>
      </w:pPr>
      <w:r>
        <w:t>اور یہ اس وقت کچھ بھی پولیوشن نہیں تھا فضا میں۔ ابھی بھی گاؤں میں پولیوشن کم ہے۔</w:t>
      </w:r>
    </w:p>
    <w:p>
      <w:r>
        <w:rPr>
          <w:b/>
        </w:rPr>
        <w:t xml:space="preserve">[15:41] </w:t>
      </w:r>
      <w:r>
        <w:t>us waqt to pollution ko koi koi word bhi nahi janta tha. yeh air pollution aur water pollution yeh sab to ab bolay jatay hain.</w:t>
      </w:r>
    </w:p>
    <w:p>
      <w:pPr>
        <w:jc w:val="right"/>
      </w:pPr>
      <w:r>
        <w:t>اس وقت تو پولیوشن کو کوئی کوئی ورڈ بھی نہیں جانتا تھا۔ یہ ایئر پولیوشن اور واٹر پولیوشن یہ سب تو اب بولے جاتے ہیں۔</w:t>
      </w:r>
    </w:p>
    <w:p>
      <w:r>
        <w:rPr>
          <w:b/>
        </w:rPr>
        <w:t xml:space="preserve">[15:50] </w:t>
      </w:r>
      <w:r>
        <w:t>tab koi yeh yeh word bolta bhi nahi tha. clean thi bilkul fiza. to mujhe yaad hai ab tak ke mein raat ko khulay,</w:t>
      </w:r>
    </w:p>
    <w:p>
      <w:pPr>
        <w:jc w:val="right"/>
      </w:pPr>
      <w:r>
        <w:t>تب کوئی یہ یہ ورڈ بولتا بھی نہیں تھا۔ کلین تھی بالکل فضا۔ تو مجھے یاد ہے اب تک کہ میں رات کو کھلے،</w:t>
      </w:r>
    </w:p>
    <w:p>
      <w:r>
        <w:rPr>
          <w:b/>
        </w:rPr>
        <w:t xml:space="preserve">[16:04] </w:t>
      </w:r>
      <w:r>
        <w:t>is mein khuli jagah sota tha. khuli chhat par ya khulay angan mein akela.</w:t>
      </w:r>
    </w:p>
    <w:p>
      <w:pPr>
        <w:jc w:val="right"/>
      </w:pPr>
      <w:r>
        <w:t>اس میں کھلی جگہ سوتا تھا۔ کھلی چھت پر یا کھلے انگن میں اکیلا۔</w:t>
      </w:r>
    </w:p>
    <w:p>
      <w:r>
        <w:rPr>
          <w:b/>
        </w:rPr>
        <w:t xml:space="preserve">[16:11] </w:t>
      </w:r>
      <w:r>
        <w:t>sab log idhar udhar sotay thay. magar mein khuli jagah akela sota tha. aur phir kiya hota tha?</w:t>
      </w:r>
    </w:p>
    <w:p>
      <w:pPr>
        <w:jc w:val="right"/>
      </w:pPr>
      <w:r>
        <w:t>سب لوگ ادھر ادھر سوتے تھے۔ مگر میں کھلی جگہ اکیلا سوتا تھا۔ اور پھر کیا ہوتا تھا؟</w:t>
      </w:r>
    </w:p>
    <w:p>
      <w:r>
        <w:rPr>
          <w:b/>
        </w:rPr>
        <w:t xml:space="preserve">[16:22] </w:t>
      </w:r>
      <w:r>
        <w:t>aasman ki taraf dekhta tha. aur jagmag jagmag jagmag jagmag sitaray dikhai partay thay. jo twinkle twinkle little star jo hai,</w:t>
      </w:r>
    </w:p>
    <w:p>
      <w:pPr>
        <w:jc w:val="right"/>
      </w:pPr>
      <w:r>
        <w:t>آسمان کی طرف دیکھتا تھا۔ اور جگمگ جگمگ جگمگ جگمگ ستارے دکھائی پڑتے تھے۔ جو ٹوینکل ٹوینکل لٹل اسٹار جو ہے،</w:t>
      </w:r>
    </w:p>
    <w:p>
      <w:r>
        <w:rPr>
          <w:b/>
        </w:rPr>
        <w:t xml:space="preserve">[16:35] </w:t>
      </w:r>
      <w:r>
        <w:t>jo hum nazam sheron mein parhtay hain, to aasman ek to saaf, us par jagmag jagmag kartay hue sitaray</w:t>
      </w:r>
    </w:p>
    <w:p>
      <w:pPr>
        <w:jc w:val="right"/>
      </w:pPr>
      <w:r>
        <w:t>جو ہم نظم شعروں میں پڑھتے ہیں، تو آسمان ایک تو صاف، اس پر جگمگ جگمگ کرتے ہوئے ستارے</w:t>
      </w:r>
    </w:p>
    <w:p>
      <w:r>
        <w:rPr>
          <w:b/>
        </w:rPr>
        <w:t xml:space="preserve">[16:44] </w:t>
      </w:r>
      <w:r>
        <w:t>dekhte dekhte so jata tha mein.</w:t>
      </w:r>
    </w:p>
    <w:p>
      <w:pPr>
        <w:jc w:val="right"/>
      </w:pPr>
      <w:r>
        <w:t>، دیکھتے دیکھتے سو جاتا تھا میں۔</w:t>
      </w:r>
    </w:p>
    <w:p>
      <w:r>
        <w:rPr>
          <w:b/>
        </w:rPr>
        <w:t xml:space="preserve">[16:51] </w:t>
      </w:r>
      <w:r>
        <w:t>yeh thi meri raat. din ko hamare gaon ke paas ek nadi thi, uska naam tha kaur nadi. mein wahan chalata tha, akele pada rehta tha wahan.</w:t>
      </w:r>
    </w:p>
    <w:p>
      <w:pPr>
        <w:jc w:val="right"/>
      </w:pPr>
      <w:r>
        <w:t>یہ تھی میری رات۔ دن کو ہمارے گاؤں کے پاس ایک ندی تھی، اس کا نام تھا کور ندی۔ میں وہاں چلاتا تھا، اکیلے پڑا رہتا تھا وہاں۔</w:t>
      </w:r>
    </w:p>
    <w:p>
      <w:r>
        <w:rPr>
          <w:b/>
        </w:rPr>
        <w:t xml:space="preserve">[17:03] </w:t>
      </w:r>
      <w:r>
        <w:t>wahan ke jo scene hote the, subah suraj nikalne ka scene, suraj doobne ka scene,</w:t>
      </w:r>
    </w:p>
    <w:p>
      <w:pPr>
        <w:jc w:val="right"/>
      </w:pPr>
      <w:r>
        <w:t>وہاں کے جو سین ہوتے تھے، صبح سورج نکلنے کا سین، سورج ڈوبنے کا سین،</w:t>
      </w:r>
    </w:p>
    <w:p>
      <w:r>
        <w:rPr>
          <w:b/>
        </w:rPr>
        <w:t xml:space="preserve">[17:11] </w:t>
      </w:r>
      <w:r>
        <w:t>bas dekhta rehta tha usko. darakht, faslein, chidiyon ke chehchehe, suraj aur chand ka manzar.</w:t>
      </w:r>
    </w:p>
    <w:p>
      <w:pPr>
        <w:jc w:val="right"/>
      </w:pPr>
      <w:r>
        <w:t>بس دیکھتا رہتا تھا اس کو۔ درخت، فصلیں، چڑیوں کے چہچہے، سورج اور چاند کا منظر۔</w:t>
      </w:r>
    </w:p>
    <w:p>
      <w:r>
        <w:rPr>
          <w:b/>
        </w:rPr>
        <w:t xml:space="preserve">[17:22] </w:t>
      </w:r>
      <w:r>
        <w:t>yani nature hi mein mere bahut baras beete nature ko dekhne mein. yani nature watching. aaj kehte hain bird watching.</w:t>
      </w:r>
    </w:p>
    <w:p>
      <w:pPr>
        <w:jc w:val="right"/>
      </w:pPr>
      <w:r>
        <w:t>یعنی نیچر ہی میں میرے بہت برس بیتے نیچر کو دیکھنے میں۔ یعنی نیچر واچنگ۔ آج کہتے ہیں برڈ واچنگ۔</w:t>
      </w:r>
    </w:p>
    <w:p>
      <w:r>
        <w:rPr>
          <w:b/>
        </w:rPr>
        <w:t xml:space="preserve">[17:32] </w:t>
      </w:r>
      <w:r>
        <w:t>bird watcher bahut se hote hain. to mein nature watching karta tha, goya nature ko dekhta tha.</w:t>
      </w:r>
    </w:p>
    <w:p>
      <w:pPr>
        <w:jc w:val="right"/>
      </w:pPr>
      <w:r>
        <w:t>برڈ واچر بہت سے ہوتے ہیں۔ تو میں نیچر واچنگ کرتا تھا، گویا نیچر کو دیکھتا تھا۔</w:t>
      </w:r>
    </w:p>
    <w:p>
      <w:r>
        <w:rPr>
          <w:b/>
        </w:rPr>
        <w:t xml:space="preserve">[17:43] </w:t>
      </w:r>
      <w:r>
        <w:t>yeh mera jo tajurba tha, baad ko jab maine bahut si cheezein padhin to yeh bilkul usi se similar tha jo hum padhte hain kitaab mein borts mun ke liye.</w:t>
      </w:r>
    </w:p>
    <w:p>
      <w:pPr>
        <w:jc w:val="right"/>
      </w:pPr>
      <w:r>
        <w:t>یہ میرا جو تجربہ تھا، بعد کو جب میں نے بہت سی چیزیں پڑھیں تو یہ بالکل اسی سے سمیلر تھا جو ہم پڑھتے ہیں کتاب میں بورٹس من کے لیے۔</w:t>
      </w:r>
    </w:p>
    <w:p>
      <w:r>
        <w:rPr>
          <w:b/>
        </w:rPr>
        <w:t xml:space="preserve">[17:57] </w:t>
      </w:r>
      <w:r>
        <w:t>borts mun ek ek german tha, scientist. woh nature mein jo usne dekha, yeh sab cheezein:</w:t>
      </w:r>
    </w:p>
    <w:p>
      <w:pPr>
        <w:jc w:val="right"/>
      </w:pPr>
      <w:r>
        <w:t>بورٹس من ایک ایک جرمن تھا، سائنٹسٹ۔ وہ نیچر میں جو اس نے دیکھا، یہ سب چیزیں:</w:t>
      </w:r>
    </w:p>
    <w:p>
      <w:r>
        <w:rPr>
          <w:b/>
        </w:rPr>
        <w:t xml:space="preserve">[18:08] </w:t>
      </w:r>
      <w:r>
        <w:t>stars, planets, sun, moon, plant, animal, river, mountain.</w:t>
      </w:r>
    </w:p>
    <w:p>
      <w:pPr>
        <w:jc w:val="right"/>
      </w:pPr>
      <w:r>
        <w:t>اسٹارز، پلینٹس، سن، مون، پلانٹ، اینیمل، ریور، ماؤنٹن۔</w:t>
      </w:r>
    </w:p>
    <w:p>
      <w:r>
        <w:rPr>
          <w:b/>
        </w:rPr>
        <w:t xml:space="preserve">[18:18] </w:t>
      </w:r>
      <w:r>
        <w:t>to usne ek ajeeb baat kahi.</w:t>
      </w:r>
    </w:p>
    <w:p>
      <w:pPr>
        <w:jc w:val="right"/>
      </w:pPr>
      <w:r>
        <w:t>تو اس نے ایک عجیب بات کہی۔</w:t>
      </w:r>
    </w:p>
    <w:p>
      <w:r>
        <w:rPr>
          <w:b/>
        </w:rPr>
        <w:t xml:space="preserve">[18:26] </w:t>
      </w:r>
      <w:r>
        <w:t>usne kaha ke: "who was the god who wrote these signs SIG N?" "who was the god who wrote these signs?</w:t>
      </w:r>
    </w:p>
    <w:p>
      <w:pPr>
        <w:jc w:val="right"/>
      </w:pPr>
      <w:r>
        <w:t>اس نے کہا کہ: "ہو واز دا گاڈ ہو روڈ دیز سائنز ایس آئی جی این؟" "ہو واز دا گاڈ ہو روڈ دیز سائنز؟</w:t>
      </w:r>
    </w:p>
    <w:p>
      <w:r>
        <w:rPr>
          <w:b/>
        </w:rPr>
        <w:t xml:space="preserve">[18:39] </w:t>
      </w:r>
      <w:r>
        <w:t>" theek yahi mera ehsaas hota tha us zamane mein. agarche mein us waqt mein english nahi jaanta tha, mein borts mun ka naam bhi nahi jaanta tha.</w:t>
      </w:r>
    </w:p>
    <w:p>
      <w:pPr>
        <w:jc w:val="right"/>
      </w:pPr>
      <w:r>
        <w:t>" ٹھیک یہی میرا احساس ہوتا تھا اس زمانے میں۔ اگرچہ میں اس وقت میں انگلش نہیں جانتا تھا، میں بورٹس من کا نام بھی نہیں جانتا تھا۔</w:t>
      </w:r>
    </w:p>
    <w:p>
      <w:r>
        <w:rPr>
          <w:b/>
        </w:rPr>
        <w:t xml:space="preserve">[18:48] </w:t>
      </w:r>
      <w:r>
        <w:t>lekin theek yahi ehsaas mere upar rehta tha ke kaun hai jisne yeh sab banaya?</w:t>
      </w:r>
    </w:p>
    <w:p>
      <w:pPr>
        <w:jc w:val="right"/>
      </w:pPr>
      <w:r>
        <w:t>لیکن ٹھیک یہی احساس میرے اوپر رہتا تھا کہ کون ہے جس نے یہ سب بنایا؟</w:t>
      </w:r>
    </w:p>
    <w:p>
      <w:r>
        <w:rPr>
          <w:b/>
        </w:rPr>
        <w:t xml:space="preserve">[18:57] </w:t>
      </w:r>
      <w:r>
        <w:t>"who was the god that wrote out these signs?</w:t>
      </w:r>
    </w:p>
    <w:p>
      <w:pPr>
        <w:jc w:val="right"/>
      </w:pPr>
      <w:r>
        <w:t>"ہو واز دا گاڈ دیٹ روٹ آؤٹ دیز سائنز؟</w:t>
      </w:r>
    </w:p>
    <w:p>
      <w:r>
        <w:rPr>
          <w:b/>
        </w:rPr>
        <w:t xml:space="preserve">[19:03] </w:t>
      </w:r>
      <w:r>
        <w:t>" yeh sitare, yeh suraj, yeh chand, yeh hawaein, yeh chidiya, yeh plant,</w:t>
      </w:r>
    </w:p>
    <w:p>
      <w:pPr>
        <w:jc w:val="right"/>
      </w:pPr>
      <w:r>
        <w:t>" یہ ستارے، یہ سورج، یہ چاند، یہ ہوائیں، یہ چڑیا، یہ پلانٹ،</w:t>
      </w:r>
    </w:p>
    <w:p>
      <w:r>
        <w:rPr>
          <w:b/>
        </w:rPr>
        <w:t xml:space="preserve">[19:16] </w:t>
      </w:r>
      <w:r>
        <w:t>yeh river.</w:t>
      </w:r>
    </w:p>
    <w:p>
      <w:pPr>
        <w:jc w:val="right"/>
      </w:pPr>
      <w:r>
        <w:t>یہ ریور۔</w:t>
      </w:r>
    </w:p>
    <w:p>
      <w:r>
        <w:rPr>
          <w:b/>
        </w:rPr>
        <w:t xml:space="preserve">[19:22] </w:t>
      </w:r>
      <w:r>
        <w:t>to mein paida hua ek aam bachche ki tarah</w:t>
      </w:r>
    </w:p>
    <w:p>
      <w:pPr>
        <w:jc w:val="right"/>
      </w:pPr>
      <w:r>
        <w:t>تو میں پیدا ہوا ایک عام بچے کی طرح</w:t>
      </w:r>
    </w:p>
    <w:p>
      <w:r>
        <w:rPr>
          <w:b/>
        </w:rPr>
        <w:t xml:space="preserve">[19:28] </w:t>
      </w:r>
      <w:r>
        <w:t>. aam bachche jin ko shauq hota hai khane peene ka, kapda pehenne ka, fashion karne ka. sab bachchon ko shopping karne ka.</w:t>
      </w:r>
    </w:p>
    <w:p>
      <w:pPr>
        <w:jc w:val="right"/>
      </w:pPr>
      <w:r>
        <w:t>۔ عام بچے جن کو شوق ہوتا ہے کھانے پینے کا، کپڑا پہننے کا، فیشن کرنے کا۔ سب بچوں کو شاپنگ کرنے کا۔</w:t>
      </w:r>
    </w:p>
    <w:p>
      <w:r>
        <w:rPr>
          <w:b/>
        </w:rPr>
        <w:t xml:space="preserve">[19:38] </w:t>
      </w:r>
      <w:r>
        <w:t>har bachche ko yahi sab shauq hota hai. lekin orphange ne, yateemi ne mere saare shauq ko kill kar diya.</w:t>
      </w:r>
    </w:p>
    <w:p>
      <w:pPr>
        <w:jc w:val="right"/>
      </w:pPr>
      <w:r>
        <w:t>ہر بچے کو یہی سب شوق ہوتا ہے۔ لیکن ارفرج نے، یتیمی نے میرے سارے شوق کو کل کر دیا۔</w:t>
      </w:r>
    </w:p>
    <w:p>
      <w:r>
        <w:rPr>
          <w:b/>
        </w:rPr>
        <w:t xml:space="preserve">[19:48] </w:t>
      </w:r>
      <w:r>
        <w:t>yeh goya khuda ka pehla intervention tha meri zindagi mein.</w:t>
      </w:r>
    </w:p>
    <w:p>
      <w:pPr>
        <w:jc w:val="right"/>
      </w:pPr>
      <w:r>
        <w:t>یہ گویا خدا کا پہلا انٹروینشن تھا میری زندگی میں۔</w:t>
      </w:r>
    </w:p>
    <w:p>
      <w:r>
        <w:rPr>
          <w:b/>
        </w:rPr>
        <w:t xml:space="preserve">[19:58] </w:t>
      </w:r>
      <w:r>
        <w:t>meri zindagi mein yeh khuda ka pehla intervention tha</w:t>
      </w:r>
    </w:p>
    <w:p>
      <w:pPr>
        <w:jc w:val="right"/>
      </w:pPr>
      <w:r>
        <w:t>میری زندگی میں یہ خدا کا پہلا انٹروینشن تھا</w:t>
      </w:r>
    </w:p>
    <w:p>
      <w:r>
        <w:rPr>
          <w:b/>
        </w:rPr>
        <w:t xml:space="preserve">[20:06] </w:t>
      </w:r>
      <w:r>
        <w:t>ke mere andar se woh saare passion khatm kar diye. ek hi passion baqi raha, woh tha sachai ki talash, khuda ki talash.</w:t>
      </w:r>
    </w:p>
    <w:p>
      <w:pPr>
        <w:jc w:val="right"/>
      </w:pPr>
      <w:r>
        <w:t>کہ میرے اندر سے وہ سارے پیشن ختم کر دیے۔ ایک ہی پیشن باقی رہا، وہ تھا سچائی کی تلاش، خدا کی تلاش۔</w:t>
      </w:r>
    </w:p>
    <w:p>
      <w:r>
        <w:rPr>
          <w:b/>
        </w:rPr>
        <w:t xml:space="preserve">[20:19] </w:t>
      </w:r>
      <w:r>
        <w:t>to us zamane ki jo nafsiyat meri thi, meri jo psychology thi, woh theek wahi thi jo borts mun ki maine batai: "who was the god who wrote these signs?"</w:t>
      </w:r>
    </w:p>
    <w:p>
      <w:pPr>
        <w:jc w:val="right"/>
      </w:pPr>
      <w:r>
        <w:t>تو اس زمانے کی جو نفسیات میری تھی، میری جو سائیکالوجی تھی، وہ ٹھیک وہی تھی جو بورٹس من کی میں نے بتائی: "ہو واز دا گاڈ ہو روڈ دیز سائنز؟"</w:t>
      </w:r>
    </w:p>
    <w:p>
      <w:r>
        <w:rPr>
          <w:b/>
        </w:rPr>
        <w:t xml:space="preserve">[20:35] </w:t>
      </w:r>
      <w:r>
        <w:t>is tarah se nature ki study karte hue, nature ko observe karte hue zindagi guzarti rahi.</w:t>
      </w:r>
    </w:p>
    <w:p>
      <w:pPr>
        <w:jc w:val="right"/>
      </w:pPr>
      <w:r>
        <w:t>اس طرح سے نیچر کی اسٹڈی کرتے ہوئے، نیچر کو ابزرو کرتے ہوئے زندگی گزرتی رہی۔</w:t>
      </w:r>
    </w:p>
    <w:p>
      <w:r>
        <w:rPr>
          <w:b/>
        </w:rPr>
        <w:t xml:space="preserve">[20:47] </w:t>
      </w:r>
      <w:r>
        <w:t>phir mein wahan pahuncha jab meri sachai ki talash khuda ki talash ban gayi.</w:t>
      </w:r>
    </w:p>
    <w:p>
      <w:pPr>
        <w:jc w:val="right"/>
      </w:pPr>
      <w:r>
        <w:t>پھر میں وہاں پہنچا جب میری سچائی کی تلاش خدا کی تلاش بن گئی۔</w:t>
      </w:r>
    </w:p>
    <w:p>
      <w:r>
        <w:rPr>
          <w:b/>
        </w:rPr>
        <w:t xml:space="preserve">[20:57] </w:t>
      </w:r>
      <w:r>
        <w:t>yani pehle jo hai woh ambiguous term mein nature ki talash thi. Agle stage par jab mein aur bada hua to nature ki talash ya sachai ki talash jo thi, woh Khuda ki talash ban gai.</w:t>
      </w:r>
    </w:p>
    <w:p>
      <w:pPr>
        <w:jc w:val="right"/>
      </w:pPr>
      <w:r>
        <w:t>یعنی پہلے جو ہے وہ ایمبیگوس ٹرم میں نیچر کی تلاش تھی۔ اگلے اسٹیج پر جب میں اور بڑا ہوا تو نیچر کی تلاش یا سچائی کی تلاش جو تھی، وہ خدا کی تلاش بن گئی۔</w:t>
      </w:r>
    </w:p>
    <w:p>
      <w:r>
        <w:rPr>
          <w:b/>
        </w:rPr>
        <w:t xml:space="preserve">[21:16] </w:t>
      </w:r>
      <w:r>
        <w:t>Mujhe ab tak woh manzar yaad hai.</w:t>
      </w:r>
    </w:p>
    <w:p>
      <w:pPr>
        <w:jc w:val="right"/>
      </w:pPr>
      <w:r>
        <w:t>مجھے اب تک وہ منظر یاد ہے۔</w:t>
      </w:r>
    </w:p>
    <w:p>
      <w:r>
        <w:rPr>
          <w:b/>
        </w:rPr>
        <w:t xml:space="preserve">[21:22] </w:t>
      </w:r>
      <w:r>
        <w:t>Adam Garh mein jo wahan ki Jamia Masjid hai,</w:t>
      </w:r>
    </w:p>
    <w:p>
      <w:pPr>
        <w:jc w:val="right"/>
      </w:pPr>
      <w:r>
        <w:t>آدم گڑھ میں جو وہاں کی جامع مسجد ہے،</w:t>
      </w:r>
    </w:p>
    <w:p>
      <w:r>
        <w:rPr>
          <w:b/>
        </w:rPr>
        <w:t xml:space="preserve">[21:29] </w:t>
      </w:r>
      <w:r>
        <w:t>us waqt ab mujhe nahi maloom ke ab kya naqsha hai Jamia Masjid ka kyunke bohat dinon se mein nahi gaya.</w:t>
      </w:r>
    </w:p>
    <w:p>
      <w:pPr>
        <w:jc w:val="right"/>
      </w:pPr>
      <w:r>
        <w:t>اس وقت اب مجھے نہیں معلوم کہ اب کیا نقشہ ہے جامع مسجد کا کیونکہ بہت دنوں سے میں نہیں گیا۔</w:t>
      </w:r>
    </w:p>
    <w:p>
      <w:r>
        <w:rPr>
          <w:b/>
        </w:rPr>
        <w:t xml:space="preserve">[21:39] </w:t>
      </w:r>
      <w:r>
        <w:t>us waqt</w:t>
      </w:r>
    </w:p>
    <w:p>
      <w:pPr>
        <w:jc w:val="right"/>
      </w:pPr>
      <w:r>
        <w:t>اس وقت</w:t>
      </w:r>
    </w:p>
    <w:p>
      <w:r>
        <w:rPr>
          <w:b/>
        </w:rPr>
        <w:t xml:space="preserve">[21:46] </w:t>
      </w:r>
      <w:r>
        <w:t>ek din ka manzar, woh scene mujhe ab tak yaad hai, meri aankhon ke samne hai ke Masjid ke samne bahar khula sahan tha, kacha.</w:t>
      </w:r>
    </w:p>
    <w:p>
      <w:pPr>
        <w:jc w:val="right"/>
      </w:pPr>
      <w:r>
        <w:t>ایک دن کا منظر، وہ سین مجھے اب تک یاد ہے، میری آنکھوں کے سامنے ہے کہ مسجد کے سامنے باہر کھلا صحن تھا، کچا۔</w:t>
      </w:r>
    </w:p>
    <w:p>
      <w:r>
        <w:rPr>
          <w:b/>
        </w:rPr>
        <w:t xml:space="preserve">[22:02] </w:t>
      </w:r>
      <w:r>
        <w:t>peon peonnt bhi is mein nahi tha.</w:t>
      </w:r>
    </w:p>
    <w:p>
      <w:pPr>
        <w:jc w:val="right"/>
      </w:pPr>
      <w:r>
        <w:t>پیون پیونٹ بھی اس میں نہیں تھا۔</w:t>
      </w:r>
    </w:p>
    <w:p>
      <w:r>
        <w:rPr>
          <w:b/>
        </w:rPr>
        <w:t xml:space="preserve">[22:05] </w:t>
      </w:r>
      <w:r>
        <w:t>is kache sahan mein ek kuwan tha,</w:t>
      </w:r>
    </w:p>
    <w:p>
      <w:pPr>
        <w:jc w:val="right"/>
      </w:pPr>
      <w:r>
        <w:t>اس کچے صحن میں ایک کنواں تھا،</w:t>
      </w:r>
    </w:p>
    <w:p>
      <w:r>
        <w:rPr>
          <w:b/>
        </w:rPr>
        <w:t xml:space="preserve">[22:14] </w:t>
      </w:r>
      <w:r>
        <w:t>ek well. Uske samne ek pead tha. Pead kis cheez ka? Papite ka pead. Akela ek pead.</w:t>
      </w:r>
    </w:p>
    <w:p>
      <w:pPr>
        <w:jc w:val="right"/>
      </w:pPr>
      <w:r>
        <w:t>ایک ویل۔ اس کے سامنے ایک پیڑ تھا۔ پیڑ کس چیز کا؟ پپیتے کا پیڑ۔ اکیلا ایک پیڑ۔</w:t>
      </w:r>
    </w:p>
    <w:p>
      <w:r>
        <w:rPr>
          <w:b/>
        </w:rPr>
        <w:t xml:space="preserve">[22:35] </w:t>
      </w:r>
      <w:r>
        <w:t>is pead ke neeche meri zindagi ne ek naya turn liya. Wahi sachai ki talash Khuda ki talash mein tabdeel hui.</w:t>
      </w:r>
    </w:p>
    <w:p>
      <w:pPr>
        <w:jc w:val="right"/>
      </w:pPr>
      <w:r>
        <w:t>اس پیڑ کے نیچے میری زندگی نے ایک نیا ٹرن لیا۔ وہی سچائی کی تلاش خدا کی تلاش میں تبدیل ہوئی۔</w:t>
      </w:r>
    </w:p>
    <w:p>
      <w:r>
        <w:rPr>
          <w:b/>
        </w:rPr>
        <w:t xml:space="preserve">[22:48] </w:t>
      </w:r>
      <w:r>
        <w:t>Mujhe yaad hai ke is Masjid mein koi ek insaan bhi us waqt nahi tha. Mein akela is papite ke neeche khara hua tha.</w:t>
      </w:r>
    </w:p>
    <w:p>
      <w:pPr>
        <w:jc w:val="right"/>
      </w:pPr>
      <w:r>
        <w:t>مجھے یاد ہے کہ اس مسجد میں کوئی ایک انسان بھی اس وقت نہیں تھا۔ میں اکیلا اس پپیتے کے نیچے کھڑا ہوا تھا۔</w:t>
      </w:r>
    </w:p>
    <w:p>
      <w:r>
        <w:rPr>
          <w:b/>
        </w:rPr>
        <w:t xml:space="preserve">[22:58] </w:t>
      </w:r>
      <w:r>
        <w:t>Bilkul akela. Adam Garh shehar mein. Aur achaanak mere zuban se ek aisa jumla nikla jo mein ne pehle kabhi socha nahi tha.</w:t>
      </w:r>
    </w:p>
    <w:p>
      <w:pPr>
        <w:jc w:val="right"/>
      </w:pPr>
      <w:r>
        <w:t>بالکل اکیلا۔ آدم گڑھ شہر میں۔ اور اچانک میرے زبان سے ایک ایسا جملہ نکلا جو میں نے پہلے کبھی سوچا نہیں تھا۔</w:t>
      </w:r>
    </w:p>
    <w:p>
      <w:r>
        <w:rPr>
          <w:b/>
        </w:rPr>
        <w:t xml:space="preserve">[23:11] </w:t>
      </w:r>
      <w:r>
        <w:t>Jab mein is papite ke neeche khara hua tha aur agar agar kabhi aap ne papita dekha ho to papite ke upar bohat phool hote hain.</w:t>
      </w:r>
    </w:p>
    <w:p>
      <w:pPr>
        <w:jc w:val="right"/>
      </w:pPr>
      <w:r>
        <w:t>جب میں اس پپیتے کے نیچے کھڑا ہوا تھا اور اگر اگر کبھی آپ نے پپیتا دیکھا ہو تو پپیتے کے اوپر بہت پھول ہوتے ہیں۔</w:t>
      </w:r>
    </w:p>
    <w:p>
      <w:r>
        <w:rPr>
          <w:b/>
        </w:rPr>
        <w:t xml:space="preserve">[23:26] </w:t>
      </w:r>
      <w:r>
        <w:t>kuch to phool hote hain aur bohat zyada phool. Woh phool jo hai girte rehte hain, toot toot kar.</w:t>
      </w:r>
    </w:p>
    <w:p>
      <w:pPr>
        <w:jc w:val="right"/>
      </w:pPr>
      <w:r>
        <w:t>کچھ تو پھل ہوتے ہیں اور بہت زیادہ پھول۔ وہ پھول جو ہے گرتے رہتے ہیں، ٹوٹ ٹوٹ کر۔</w:t>
      </w:r>
    </w:p>
    <w:p>
      <w:r>
        <w:rPr>
          <w:b/>
        </w:rPr>
        <w:t xml:space="preserve">[23:36] </w:t>
      </w:r>
      <w:r>
        <w:t>Agar aap ne kabhi papite ko dekha ho.</w:t>
      </w:r>
    </w:p>
    <w:p>
      <w:pPr>
        <w:jc w:val="right"/>
      </w:pPr>
      <w:r>
        <w:t>اگر آپ نے کبھی پپیتے کو دیکھا ہو۔</w:t>
      </w:r>
    </w:p>
    <w:p>
      <w:r>
        <w:rPr>
          <w:b/>
        </w:rPr>
        <w:t xml:space="preserve">[23:43] </w:t>
      </w:r>
      <w:r>
        <w:t>to mein is papite ke neeche khara hua tha aur uske phool</w:t>
      </w:r>
    </w:p>
    <w:p>
      <w:pPr>
        <w:jc w:val="right"/>
      </w:pPr>
      <w:r>
        <w:t>تو میں اس پپیتے کے نیچے کھڑا ہوا تھا اور اس کے پھول</w:t>
      </w:r>
    </w:p>
    <w:p>
      <w:r>
        <w:rPr>
          <w:b/>
        </w:rPr>
        <w:t xml:space="preserve">[23:52] </w:t>
      </w:r>
      <w:r>
        <w:t>toot toot girne lagay.</w:t>
      </w:r>
    </w:p>
    <w:p>
      <w:pPr>
        <w:jc w:val="right"/>
      </w:pPr>
      <w:r>
        <w:t>ٹوٹ ٹوٹ گرنے لگے۔</w:t>
      </w:r>
    </w:p>
    <w:p>
      <w:r>
        <w:rPr>
          <w:b/>
        </w:rPr>
        <w:t xml:space="preserve">[23:54] </w:t>
      </w:r>
      <w:r>
        <w:t>us waqt kya hua?</w:t>
      </w:r>
    </w:p>
    <w:p>
      <w:pPr>
        <w:jc w:val="right"/>
      </w:pPr>
      <w:r>
        <w:t>اس وقت کیا ہوا؟</w:t>
      </w:r>
    </w:p>
    <w:p>
      <w:r>
        <w:rPr>
          <w:b/>
        </w:rPr>
        <w:t xml:space="preserve">[23:59] </w:t>
      </w:r>
      <w:r>
        <w:t>Meri aankhon se bhi aansuon ke qatray girne lagay. Yani ek taraf papite ke upar, papite ke upar se uske phool gir rahe thay.</w:t>
      </w:r>
    </w:p>
    <w:p>
      <w:pPr>
        <w:jc w:val="right"/>
      </w:pPr>
      <w:r>
        <w:t>میری آنکھوں سے بھی آنسوؤں کے قطرے گرنے لگے۔ یعنی ایک طرف پپیتے کے اوپر، پپیتے کے اوپر سے اس کے پھول گر رہے تھے۔</w:t>
      </w:r>
    </w:p>
    <w:p>
      <w:r>
        <w:rPr>
          <w:b/>
        </w:rPr>
        <w:t xml:space="preserve">[24:11] </w:t>
      </w:r>
      <w:r>
        <w:t>dusri taraf meri aankhon se aansu qatray gir rahe thay zameen par, tip tip. Achaanak mere zuban se nikla jaise ek inspiration ke tehat.</w:t>
      </w:r>
    </w:p>
    <w:p>
      <w:pPr>
        <w:jc w:val="right"/>
      </w:pPr>
      <w:r>
        <w:t>دوسری طرف میری آنکھوں سے آنسو قطرے گر رہے تھے زمین پر، ٹپ ٹپ۔ اچانک میرے زبان سے نکلا جیسے ایک انسپیریشن کے تحت۔</w:t>
      </w:r>
    </w:p>
    <w:p>
      <w:r>
        <w:rPr>
          <w:b/>
        </w:rPr>
        <w:t xml:space="preserve">[24:25] </w:t>
      </w:r>
      <w:r>
        <w:t>Bilkul expiry inspiration tha woh kyunke is se pehle mein ne yeh sentence, yeh shab kabhi socha nahi tha.</w:t>
      </w:r>
    </w:p>
    <w:p>
      <w:pPr>
        <w:jc w:val="right"/>
      </w:pPr>
      <w:r>
        <w:t>بالکل ایکسپری انسپیریشن تھا وہ کیونکہ اس سے پہلے میں نے یہ سینٹنس، یہ شب کبھی سوچا نہیں تھا۔</w:t>
      </w:r>
    </w:p>
    <w:p>
      <w:r>
        <w:rPr>
          <w:b/>
        </w:rPr>
        <w:t xml:space="preserve">[24:35] </w:t>
      </w:r>
      <w:r>
        <w:t>to meri zuban se nikla rote hue: "Khawand to kab aye ga?"</w:t>
      </w:r>
    </w:p>
    <w:p>
      <w:pPr>
        <w:jc w:val="right"/>
      </w:pPr>
      <w:r>
        <w:t>تو میری زبان سے نکلا روتے ہوئے: "خداوند تو کب آئے گا؟"</w:t>
      </w:r>
    </w:p>
    <w:p>
      <w:r>
        <w:rPr>
          <w:b/>
        </w:rPr>
        <w:t xml:space="preserve">[25:02] </w:t>
      </w:r>
      <w:r>
        <w:t>"Khawand to kab aye ga? Mein kab tak tera intezar karoon?"</w:t>
      </w:r>
    </w:p>
    <w:p>
      <w:pPr>
        <w:jc w:val="right"/>
      </w:pPr>
      <w:r>
        <w:t>"خداوند تو کب آئے گا؟ میں کب تک تیرا انتظار کروں؟"</w:t>
      </w:r>
    </w:p>
    <w:p>
      <w:r>
        <w:rPr>
          <w:b/>
        </w:rPr>
        <w:t xml:space="preserve">[25:11] </w:t>
      </w:r>
      <w:r>
        <w:t>to gaon mein jo zindagi meri shuru hui thi, nature ko observation karte hue,</w:t>
      </w:r>
    </w:p>
    <w:p>
      <w:pPr>
        <w:jc w:val="right"/>
      </w:pPr>
      <w:r>
        <w:t>تو گاؤں میں جو زندگی میری شروع ہوئی تھی، نیچر کو ابزرویشن کرتے ہوئے،</w:t>
      </w:r>
    </w:p>
    <w:p>
      <w:r>
        <w:rPr>
          <w:b/>
        </w:rPr>
        <w:t xml:space="preserve">[25:21] </w:t>
      </w:r>
      <w:r>
        <w:t>ek unknown sachai ki talash mein</w:t>
      </w:r>
    </w:p>
    <w:p>
      <w:pPr>
        <w:jc w:val="right"/>
      </w:pPr>
      <w:r>
        <w:t>ایک ان نون سچائی کی تلاش میں</w:t>
      </w:r>
    </w:p>
    <w:p>
      <w:r>
        <w:rPr>
          <w:b/>
        </w:rPr>
        <w:t xml:space="preserve">[25:27] </w:t>
      </w:r>
      <w:r>
        <w:t>jo yahin tak pahunchi thi ke "who was the God that wrote out these signs?" woh kon khuda tha jis ne yeh tamam nishanat likh diye?</w:t>
      </w:r>
    </w:p>
    <w:p>
      <w:pPr>
        <w:jc w:val="right"/>
      </w:pPr>
      <w:r>
        <w:t>جو یہیں تک پہنچی تھی کہ "ہو واز دا گاڈ دیٹ روٹ آؤٹ دیز سائنز؟" وہ کون خدا تھا جس نے یہ تمام نشانات لکھ دیے؟</w:t>
      </w:r>
    </w:p>
    <w:p>
      <w:r>
        <w:rPr>
          <w:b/>
        </w:rPr>
        <w:t xml:space="preserve">[25:39] </w:t>
      </w:r>
      <w:r>
        <w:t>yeh alfaaz mere paas nahi thay lekin unconsciously yeh mere mind mein yeh yeh thought tha us waqt. phir woh adam garh ki masjid mein papite ke neeche jab yeh nikla meri zuban se: "khawand tu kab aye ga?</w:t>
      </w:r>
    </w:p>
    <w:p>
      <w:pPr>
        <w:jc w:val="right"/>
      </w:pPr>
      <w:r>
        <w:t>یہ الفاظ میرے پاس نہیں تھے لیکن انکانشیسلی یہ میرے مائنڈ میں یہ یہ تھاٹ تھا اس وقت۔ پھر وہ آدم گڑھ کی مسجد میں پپیتے کے نیچے جب یہ نکلا میری زبان سے: "خداوند تو کب آئے گا؟</w:t>
      </w:r>
    </w:p>
    <w:p>
      <w:r>
        <w:rPr>
          <w:b/>
        </w:rPr>
        <w:t xml:space="preserve">[25:53] </w:t>
      </w:r>
      <w:r>
        <w:t>mein kab tak tere aanay ka intezar karoon?"</w:t>
      </w:r>
    </w:p>
    <w:p>
      <w:pPr>
        <w:jc w:val="right"/>
      </w:pPr>
      <w:r>
        <w:t>میں کب تک تیرے آنے کا انتظار کروں؟"</w:t>
      </w:r>
    </w:p>
    <w:p>
      <w:r>
        <w:rPr>
          <w:b/>
        </w:rPr>
        <w:t xml:space="preserve">[26:01] </w:t>
      </w:r>
      <w:r>
        <w:t>is ke baad meri aik nai zindagi shuru hui.</w:t>
      </w:r>
    </w:p>
    <w:p>
      <w:pPr>
        <w:jc w:val="right"/>
      </w:pPr>
      <w:r>
        <w:t>اس کے بعد میری ایک نئی زندگی شروع ہوئی۔</w:t>
      </w:r>
    </w:p>
    <w:p>
      <w:r>
        <w:rPr>
          <w:b/>
        </w:rPr>
        <w:t xml:space="preserve">[26:07] </w:t>
      </w:r>
      <w:r>
        <w:t>yani sachai ki talash ab khuda ki talash mein badal chuki thi. is zamane mein kai saal aise beetay hain ke mein idhar udhar jata tha.</w:t>
      </w:r>
    </w:p>
    <w:p>
      <w:pPr>
        <w:jc w:val="right"/>
      </w:pPr>
      <w:r>
        <w:t>یعنی سچائی کی تلاش اب خدا کی تلاش میں بدل چکی تھی۔ اس زمانے میں کئی سال ایسے بیتے ہیں کہ میں ادھر ادھر جاتا تھا۔</w:t>
      </w:r>
    </w:p>
    <w:p>
      <w:r>
        <w:rPr>
          <w:b/>
        </w:rPr>
        <w:t xml:space="preserve">[26:19] </w:t>
      </w:r>
      <w:r>
        <w:t>aap taajub karein ge ke mein pahunch gaya kahan? kanya kumari, aakhri tip jo hai south india ka. is waqt gaya tha mein jab ke wahan koi construction nahi thi.</w:t>
      </w:r>
    </w:p>
    <w:p>
      <w:pPr>
        <w:jc w:val="right"/>
      </w:pPr>
      <w:r>
        <w:t>آپ تعجب کریں گے کہ میں پہنچ گیا کہاں؟ کنیا کماری، آخری ٹپ جو ہے ساؤتھ انڈیا کا۔ اس وقت گیا تھا میں جب کہ وہاں کوئی کنسٹرکشن نہیں تھا۔</w:t>
      </w:r>
    </w:p>
    <w:p>
      <w:r>
        <w:rPr>
          <w:b/>
        </w:rPr>
        <w:t xml:space="preserve">[26:31] </w:t>
      </w:r>
      <w:r>
        <w:t>ab to wahan construction hai, ab to wahan aik shehar ban gaya hai.</w:t>
      </w:r>
    </w:p>
    <w:p>
      <w:pPr>
        <w:jc w:val="right"/>
      </w:pPr>
      <w:r>
        <w:t>اب تو وہاں کنسٹرکشن ہے، اب تو وہاں ایک شہر بن گیا ہے۔</w:t>
      </w:r>
    </w:p>
    <w:p>
      <w:r>
        <w:rPr>
          <w:b/>
        </w:rPr>
        <w:t xml:space="preserve">[26:34] </w:t>
      </w:r>
      <w:r>
        <w:t>wahan bilkul sunata tha. kuch bhi nahi tha. aik taraf coast hai, is ke baad pani hai, is ke aage rock hai.</w:t>
      </w:r>
    </w:p>
    <w:p>
      <w:pPr>
        <w:jc w:val="right"/>
      </w:pPr>
      <w:r>
        <w:t>وہاں بالکل سناٹا تھا۔ کچھ بھی نہیں تھا۔ ایک طرف کوسٹ ہے، اس کے بعد پانی ہے، اس کے آگے راک ہے۔</w:t>
      </w:r>
    </w:p>
    <w:p>
      <w:r>
        <w:rPr>
          <w:b/>
        </w:rPr>
        <w:t xml:space="preserve">[26:47] </w:t>
      </w:r>
      <w:r>
        <w:t>wahan mein baitha hua hoon. yeh soch raha hoon ke swami vivekanand kabhi yahan aaye thay. unhon ne chhalang laga kar samandar mein woh teer kar rock par pahunche.</w:t>
      </w:r>
    </w:p>
    <w:p>
      <w:pPr>
        <w:jc w:val="right"/>
      </w:pPr>
      <w:r>
        <w:t>وہاں میں بیٹھا ہوا ہوں۔ یہ سوچ رہا ہوں کہ سوامی ویکانند کبھی یہاں آئے تھے۔ انہوں نے چھلانگ لگا کر سمندر میں وہ تیرے تیر کر راک پر پہنچے۔</w:t>
      </w:r>
    </w:p>
    <w:p>
      <w:r>
        <w:rPr>
          <w:b/>
        </w:rPr>
        <w:t xml:space="preserve">[27:01] </w:t>
      </w:r>
      <w:r>
        <w:t>wahan par unhon ne dhyan gyan kiya. sochte sochte mein wahin baitha raha yahan tak ke suraj doob gaya. woh adhera shuru ho gaya.</w:t>
      </w:r>
    </w:p>
    <w:p>
      <w:pPr>
        <w:jc w:val="right"/>
      </w:pPr>
      <w:r>
        <w:t>وہاں پر انہوں نے دھیان گیان کیا۔ سوچتے سوچتے میں وہیں بیٹھا رہا یہاں تک کہ سورج ڈوب گیا۔ وہ ادھیرا شروع ہو گیا۔</w:t>
      </w:r>
    </w:p>
    <w:p>
      <w:r>
        <w:rPr>
          <w:b/>
        </w:rPr>
        <w:t xml:space="preserve">[27:14] </w:t>
      </w:r>
      <w:r>
        <w:t>tab mein wahan se wapas gaya. kisi shehar mein mein thehra hua tha. bus se wahan aya tha mein.</w:t>
      </w:r>
    </w:p>
    <w:p>
      <w:pPr>
        <w:jc w:val="right"/>
      </w:pPr>
      <w:r>
        <w:t>تب میں وہاں سے واپس گیا۔ کسی شہر میں میں ٹھہرا ہوا تھا۔ بس سے وہاں آیا تھا میں۔</w:t>
      </w:r>
    </w:p>
    <w:p>
      <w:r>
        <w:rPr>
          <w:b/>
        </w:rPr>
        <w:t xml:space="preserve">[27:24] </w:t>
      </w:r>
      <w:r>
        <w:t>is tarah misaal ke tor par lahore pahunch gaya.</w:t>
      </w:r>
    </w:p>
    <w:p>
      <w:pPr>
        <w:jc w:val="right"/>
      </w:pPr>
      <w:r>
        <w:t>اس طرح مثال کے طور پر لاہور پہنچ گیا۔</w:t>
      </w:r>
    </w:p>
    <w:p>
      <w:r>
        <w:rPr>
          <w:b/>
        </w:rPr>
        <w:t xml:space="preserve">[27:27] </w:t>
      </w:r>
      <w:r>
        <w:t>is zamane mein hamare haan se shagun se direct gari lahore jati thi. deradun express shayad naam tha is ka.</w:t>
      </w:r>
    </w:p>
    <w:p>
      <w:pPr>
        <w:jc w:val="right"/>
      </w:pPr>
      <w:r>
        <w:t>اس زمانے میں ہمارے ہاں سے شاگن سے ڈائریکٹ گاڑی لاہور جاتی تھی۔ درادون ایکسپریس شاید نام تھا اس کا۔</w:t>
      </w:r>
    </w:p>
    <w:p>
      <w:r>
        <w:rPr>
          <w:b/>
        </w:rPr>
        <w:t xml:space="preserve">[27:37] </w:t>
      </w:r>
      <w:r>
        <w:t>sirf gyarah rupay is ka ticket tha. to mein</w:t>
      </w:r>
    </w:p>
    <w:p>
      <w:pPr>
        <w:jc w:val="right"/>
      </w:pPr>
      <w:r>
        <w:t>صرف گیارہ روپے اس کا ٹکٹ تھا۔ تو میں</w:t>
      </w:r>
    </w:p>
    <w:p>
      <w:r>
        <w:rPr>
          <w:b/>
        </w:rPr>
        <w:t xml:space="preserve">[27:45] </w:t>
      </w:r>
      <w:r>
        <w:t>adam garh se shagun pahuncha aur shagun se is gari par baith gaya aur lahore utar gaya. lahore mein is waqt aik bhi shakhs mera janne wala nahi tha.</w:t>
      </w:r>
    </w:p>
    <w:p>
      <w:pPr>
        <w:jc w:val="right"/>
      </w:pPr>
      <w:r>
        <w:t>آدم گڑھ سے شاگن پہنچا اور شاگن سے اس گاڑی پر بیٹھ گیا اور لاہور اتر گیا۔ لاہور میں اس وقت ایک بھی شخص میرا جاننے والا نہیں تھا۔</w:t>
      </w:r>
    </w:p>
    <w:p>
      <w:r>
        <w:rPr>
          <w:b/>
        </w:rPr>
        <w:t xml:space="preserve">[28:00] </w:t>
      </w:r>
      <w:r>
        <w:t>abhi meri beti farida gayi thi lahore do teen din ke liye. to unhon ne bataya ke wahan jis se bhi mulaqat hui, har aik mujh ko janta tha.</w:t>
      </w:r>
    </w:p>
    <w:p>
      <w:pPr>
        <w:jc w:val="right"/>
      </w:pPr>
      <w:r>
        <w:t>ابھی میری بیٹی فریدہ گئی تھی لاہور دو تین دن کے لیے۔ تو انہوں نے بتایا کہ وہاں جس سے بھی ملاقات ہوئی، ہر ایک مجھ کو جانتا تھا۔</w:t>
      </w:r>
    </w:p>
    <w:p>
      <w:r>
        <w:rPr>
          <w:b/>
        </w:rPr>
        <w:t xml:space="preserve">[28:15] </w:t>
      </w:r>
      <w:r>
        <w:t>lekin us waqt jab mein gaya tha, tab koi shakhs bhi mera naam nahi janta tha. mein yun hi ja kar utar gaya. utar kar ke mein sarkon par chalne laga.</w:t>
      </w:r>
    </w:p>
    <w:p>
      <w:pPr>
        <w:jc w:val="right"/>
      </w:pPr>
      <w:r>
        <w:t>لیکن اس وقت جب میں گیا تھا، تب کوئی شخص بھی میرا نام نہیں جانتا تھا۔ میں یوں ہی جا کر اتر گیا۔ اتر کر کے میں سڑکوں پر چلنے لگا۔</w:t>
      </w:r>
    </w:p>
    <w:p>
      <w:r>
        <w:rPr>
          <w:b/>
        </w:rPr>
        <w:t xml:space="preserve">[28:28] </w:t>
      </w:r>
      <w:r>
        <w:t>aise hi</w:t>
      </w:r>
    </w:p>
    <w:p>
      <w:pPr>
        <w:jc w:val="right"/>
      </w:pPr>
      <w:r>
        <w:t>ایسے ہی</w:t>
      </w:r>
    </w:p>
    <w:p>
      <w:r>
        <w:rPr>
          <w:b/>
        </w:rPr>
        <w:t xml:space="preserve">[28:31] </w:t>
      </w:r>
      <w:r>
        <w:t>koi na manzil, na koi destination. chalte chalte mcleod road par aik hai, wahan par mcleod road abhi bhi woh road hai, isi naam se shayad.</w:t>
      </w:r>
    </w:p>
    <w:p>
      <w:pPr>
        <w:jc w:val="right"/>
      </w:pPr>
      <w:r>
        <w:t>کوئی نہ منزل، نہ کوئی ڈیسٹینیشن۔ چلتے چلتے میکلو روڈ پر ایک ہے، وہاں پر میکلوڈ روڈ ابھی بھی وہ روڈ ہے، اسی نام سے شاید۔</w:t>
      </w:r>
    </w:p>
    <w:p>
      <w:r>
        <w:rPr>
          <w:b/>
        </w:rPr>
        <w:t xml:space="preserve">[28:41] </w:t>
      </w:r>
      <w:r>
        <w:t>is par mein ne dekha hai aik ghar to board laga hua tha: "iqbal".</w:t>
      </w:r>
    </w:p>
    <w:p>
      <w:pPr>
        <w:jc w:val="right"/>
      </w:pPr>
      <w:r>
        <w:t>اس پر میں نے دیکھا ہے ایک گھر تو بورڈ لگا ہوا تھا: "اقبال"۔</w:t>
      </w:r>
    </w:p>
    <w:p>
      <w:r>
        <w:rPr>
          <w:b/>
        </w:rPr>
        <w:t xml:space="preserve">[28:50] </w:t>
      </w:r>
      <w:r>
        <w:t>yani woh allama iqbal ka ghar tha. woh mein wahan khara ho gaya.</w:t>
      </w:r>
    </w:p>
    <w:p>
      <w:pPr>
        <w:jc w:val="right"/>
      </w:pPr>
      <w:r>
        <w:t>یعنی وہ علامہ اقبال کا گھر تھا۔ وہ میں وہاں کھڑا ہو گیا۔</w:t>
      </w:r>
    </w:p>
    <w:p>
      <w:r>
        <w:rPr>
          <w:b/>
        </w:rPr>
        <w:t xml:space="preserve">[28:57] </w:t>
      </w:r>
      <w:r>
        <w:t>to wahan par jo pole tha, ghaliban telegraph ka pole tha, woh</w:t>
      </w:r>
    </w:p>
    <w:p>
      <w:pPr>
        <w:jc w:val="right"/>
      </w:pPr>
      <w:r>
        <w:t>تو وہاں پر جو پول تھا، غالباً ٹیلی گراف کا پول تھا، وہ</w:t>
      </w:r>
    </w:p>
    <w:p>
      <w:r>
        <w:rPr>
          <w:b/>
        </w:rPr>
        <w:t xml:space="preserve">[29:08] </w:t>
      </w:r>
      <w:r>
        <w:t>to mein is ke neeche khara ho gaya. theek waise hi jaise adam garh mein mein papite ke darakht ke neeche khara hua tha.</w:t>
      </w:r>
    </w:p>
    <w:p>
      <w:pPr>
        <w:jc w:val="right"/>
      </w:pPr>
      <w:r>
        <w:t>تو میں اس کے نیچے کھڑا ہو گیا۔ ٹھیک ویسے ہی جیسے آدم گڑھ میں میں پپیتے کے درخت کے نیچے کھڑا ہوا تھا۔</w:t>
      </w:r>
    </w:p>
    <w:p>
      <w:r>
        <w:rPr>
          <w:b/>
        </w:rPr>
        <w:t xml:space="preserve">[29:17] </w:t>
      </w:r>
      <w:r>
        <w:t>abhi tak mujhe yaad hai ke wahan kharay ho kar bhi wahi mera haal tha ke us pole ke se lag kar is ka sahara le kar mein khara hua hoon.</w:t>
      </w:r>
    </w:p>
    <w:p>
      <w:pPr>
        <w:jc w:val="right"/>
      </w:pPr>
      <w:r>
        <w:t>ابھی تک مجھے یاد ہے کہ وہاں کھڑے ہو کر بھی وہی میرا حال تھا کہ اس پول کے سے لگ کر اس کا سہارا لے کر میں کھڑا ہوا ہوں۔</w:t>
      </w:r>
    </w:p>
    <w:p>
      <w:r>
        <w:rPr>
          <w:b/>
        </w:rPr>
        <w:t xml:space="preserve">[29:30] </w:t>
      </w:r>
      <w:r>
        <w:t>meri aankhon se aansu jari hain aur mein keh raha hoon: "khawand tu kab aye ga? mein kab tak tere aanay ka intezar karoon?"</w:t>
      </w:r>
    </w:p>
    <w:p>
      <w:pPr>
        <w:jc w:val="right"/>
      </w:pPr>
      <w:r>
        <w:t>میری آنکھوں سے آنسو جاری ہیں اور میں کہہ رہا ہوں: "خداوند تو کب آئے گا؟ میں کب تک تیرے آنے کا انتظار کروں؟"</w:t>
      </w:r>
    </w:p>
    <w:p>
      <w:r>
        <w:rPr>
          <w:b/>
        </w:rPr>
        <w:t xml:space="preserve">[29:39] </w:t>
      </w:r>
      <w:r>
        <w:t>to papite ke darakht se le kar telegraph ke pol tak har jagah yahi mera haal tha ke aansu bahata tha aur yeh kehta tha ke "khawand tu kab aayega?</w:t>
      </w:r>
    </w:p>
    <w:p>
      <w:pPr>
        <w:jc w:val="right"/>
      </w:pPr>
      <w:r>
        <w:t>تو پپیتے کے درخت سے لے کر ٹیلی گراف کے پول تک ہر جگہ یہی میرا حال تھا کہ آنسو بہاتا تھا اور یہ کہتا تھا کہ "خداوند تو کب آئے گا؟</w:t>
      </w:r>
    </w:p>
    <w:p>
      <w:r>
        <w:rPr>
          <w:b/>
        </w:rPr>
        <w:t xml:space="preserve">[29:54] </w:t>
      </w:r>
      <w:r>
        <w:t>main kab tak tere aane ka intezar karoon?" to yeh tha meri talash ka doosra stage.</w:t>
      </w:r>
    </w:p>
    <w:p>
      <w:pPr>
        <w:jc w:val="right"/>
      </w:pPr>
      <w:r>
        <w:t>میں کب تک تیرے آنے کا انتظار کروں؟" تو یہ تھا میری تلاش کا دوسرا اسٹیج۔</w:t>
      </w:r>
    </w:p>
    <w:p>
      <w:r>
        <w:rPr>
          <w:b/>
        </w:rPr>
        <w:t xml:space="preserve">[30:03] </w:t>
      </w:r>
      <w:r>
        <w:t>pehlay stage mein sachai ki talash aur doosre stage mein khuda ki talash.</w:t>
      </w:r>
    </w:p>
    <w:p>
      <w:pPr>
        <w:jc w:val="right"/>
      </w:pPr>
      <w:r>
        <w:t>پہلے اسٹیج میں سچائی کی تلاش اور دوسرے اسٹیج میں خدا کی تلاش۔</w:t>
      </w:r>
    </w:p>
    <w:p>
      <w:r>
        <w:rPr>
          <w:b/>
        </w:rPr>
        <w:t xml:space="preserve">[30:21] </w:t>
      </w:r>
      <w:r>
        <w:t>talash-e-haq ke liye mera safar</w:t>
      </w:r>
    </w:p>
    <w:p>
      <w:pPr>
        <w:jc w:val="right"/>
      </w:pPr>
      <w:r>
        <w:t>تلاش حق کے لیے میرا سفر</w:t>
      </w:r>
    </w:p>
    <w:p>
      <w:r>
        <w:rPr>
          <w:b/>
        </w:rPr>
        <w:t xml:space="preserve">[30:29] </w:t>
      </w:r>
      <w:r>
        <w:t>jaisa ke maine arz kiya, december 1929 mein shuru hua.</w:t>
      </w:r>
    </w:p>
    <w:p>
      <w:pPr>
        <w:jc w:val="right"/>
      </w:pPr>
      <w:r>
        <w:t>جیسا کہ میں نے عرض کیا، دسمبر 1929 میں شروع ہوا۔</w:t>
      </w:r>
    </w:p>
    <w:p>
      <w:r>
        <w:rPr>
          <w:b/>
        </w:rPr>
        <w:t xml:space="preserve">[30:38] </w:t>
      </w:r>
      <w:r>
        <w:t>unconsciously</w:t>
      </w:r>
    </w:p>
    <w:p>
      <w:pPr>
        <w:jc w:val="right"/>
      </w:pPr>
      <w:r>
        <w:t>انکانشیسلی</w:t>
      </w:r>
    </w:p>
    <w:p>
      <w:r>
        <w:rPr>
          <w:b/>
        </w:rPr>
        <w:t xml:space="preserve">[30:42] </w:t>
      </w:r>
      <w:r>
        <w:t>yeh safar,</w:t>
      </w:r>
    </w:p>
    <w:p>
      <w:pPr>
        <w:jc w:val="right"/>
      </w:pPr>
      <w:r>
        <w:t>یہ سفر،</w:t>
      </w:r>
    </w:p>
    <w:p>
      <w:r>
        <w:rPr>
          <w:b/>
        </w:rPr>
        <w:t xml:space="preserve">[30:47] </w:t>
      </w:r>
      <w:r>
        <w:t>is safar ke kai phases hain, yeh kai periods hain.</w:t>
      </w:r>
    </w:p>
    <w:p>
      <w:pPr>
        <w:jc w:val="right"/>
      </w:pPr>
      <w:r>
        <w:t>اس سفر کے کئی فیزز ہیں، یہ کئی پیریڈ ہیں۔</w:t>
      </w:r>
    </w:p>
    <w:p>
      <w:r>
        <w:rPr>
          <w:b/>
        </w:rPr>
        <w:t xml:space="preserve">[30:56] </w:t>
      </w:r>
      <w:r>
        <w:t>pehla period</w:t>
      </w:r>
    </w:p>
    <w:p>
      <w:pPr>
        <w:jc w:val="right"/>
      </w:pPr>
      <w:r>
        <w:t>پہلا پیریڈ</w:t>
      </w:r>
    </w:p>
    <w:p>
      <w:r>
        <w:rPr>
          <w:b/>
        </w:rPr>
        <w:t xml:space="preserve">[31:00] </w:t>
      </w:r>
      <w:r>
        <w:t>december 1929 se shuru ho kar taqreeban 1940 tak jaari raha.</w:t>
      </w:r>
    </w:p>
    <w:p>
      <w:pPr>
        <w:jc w:val="right"/>
      </w:pPr>
      <w:r>
        <w:t>دسمبر 1929 سے شروع ہو کر تقریباً 1940 تک جاری رہا۔</w:t>
      </w:r>
    </w:p>
    <w:p>
      <w:r>
        <w:rPr>
          <w:b/>
        </w:rPr>
        <w:t xml:space="preserve">[31:12] </w:t>
      </w:r>
      <w:r>
        <w:t>yeh daur ambiguous term mein sachai ki talash ka daur tha</w:t>
      </w:r>
    </w:p>
    <w:p>
      <w:pPr>
        <w:jc w:val="right"/>
      </w:pPr>
      <w:r>
        <w:t>یہ دور ایمبیگوس ٹرم میں سچائی کی تلاش کا دور تھا</w:t>
      </w:r>
    </w:p>
    <w:p>
      <w:r>
        <w:rPr>
          <w:b/>
        </w:rPr>
        <w:t xml:space="preserve">[31:22] </w:t>
      </w:r>
      <w:r>
        <w:t>jo ziyada tar nature ki observation ke zariye hota raha.</w:t>
      </w:r>
    </w:p>
    <w:p>
      <w:pPr>
        <w:jc w:val="right"/>
      </w:pPr>
      <w:r>
        <w:t>جو زیادہ تر نیچر کی ابزرویشن کے ذریعے ہوتا رہا۔</w:t>
      </w:r>
    </w:p>
    <w:p>
      <w:r>
        <w:rPr>
          <w:b/>
        </w:rPr>
        <w:t xml:space="preserve">[31:31] </w:t>
      </w:r>
      <w:r>
        <w:t>is ke baad 1940 se le kar</w:t>
      </w:r>
    </w:p>
    <w:p>
      <w:pPr>
        <w:jc w:val="right"/>
      </w:pPr>
      <w:r>
        <w:t>اس کے بعد 1940 سے لے کر</w:t>
      </w:r>
    </w:p>
    <w:p>
      <w:r>
        <w:rPr>
          <w:b/>
        </w:rPr>
        <w:t xml:space="preserve">[31:39] </w:t>
      </w:r>
      <w:r>
        <w:t>1947 tak, yaani azadi ke zamanay tak,</w:t>
      </w:r>
    </w:p>
    <w:p>
      <w:pPr>
        <w:jc w:val="right"/>
      </w:pPr>
      <w:r>
        <w:t>1947 تک، یعنی آزادی کے زمانے تک،</w:t>
      </w:r>
    </w:p>
    <w:p>
      <w:r>
        <w:rPr>
          <w:b/>
        </w:rPr>
        <w:t xml:space="preserve">[31:45] </w:t>
      </w:r>
      <w:r>
        <w:t>doosra period hai jo jab ke sachai ki talash khuda ki talash mein badal chuki thi.</w:t>
      </w:r>
    </w:p>
    <w:p>
      <w:pPr>
        <w:jc w:val="right"/>
      </w:pPr>
      <w:r>
        <w:t>دوسرا پیریڈ ہے جو جب کہ سچائی کی تلاش خدا کی تلاش میں بدل چکی تھی۔</w:t>
      </w:r>
    </w:p>
    <w:p>
      <w:r>
        <w:rPr>
          <w:b/>
        </w:rPr>
        <w:t xml:space="preserve">[31:56] </w:t>
      </w:r>
      <w:r>
        <w:t>aur ab main khuda ki talash mein</w:t>
      </w:r>
    </w:p>
    <w:p>
      <w:pPr>
        <w:jc w:val="right"/>
      </w:pPr>
      <w:r>
        <w:t>اور اب میں خدا کی تلاش میں</w:t>
      </w:r>
    </w:p>
    <w:p>
      <w:r>
        <w:rPr>
          <w:b/>
        </w:rPr>
        <w:t xml:space="preserve">[32:04] </w:t>
      </w:r>
      <w:r>
        <w:t>sargardan tha.</w:t>
      </w:r>
    </w:p>
    <w:p>
      <w:pPr>
        <w:jc w:val="right"/>
      </w:pPr>
      <w:r>
        <w:t>سرگرداں تھا۔</w:t>
      </w:r>
    </w:p>
    <w:p>
      <w:r>
        <w:rPr>
          <w:b/>
        </w:rPr>
        <w:t xml:space="preserve">[32:10] </w:t>
      </w:r>
      <w:r>
        <w:t>yeh talash mukhtalif sooraton mein jaari rahi.</w:t>
      </w:r>
    </w:p>
    <w:p>
      <w:pPr>
        <w:jc w:val="right"/>
      </w:pPr>
      <w:r>
        <w:t>یہ تلاش مختلف صورتوں میں جاری رہی۔</w:t>
      </w:r>
    </w:p>
    <w:p>
      <w:r>
        <w:rPr>
          <w:b/>
        </w:rPr>
        <w:t xml:space="preserve">[32:16] </w:t>
      </w:r>
      <w:r>
        <w:t>mutalea karna, idhar udhar safar karna, janglon aur paharon mein jana, libraries mein jana waghera.</w:t>
      </w:r>
    </w:p>
    <w:p>
      <w:pPr>
        <w:jc w:val="right"/>
      </w:pPr>
      <w:r>
        <w:t>مطالعہ کرنا، ادھر ادھر سفر کرنا، جنگلوں اور پہاڑوں میں جانا، لائبریریوں میں جانا وغیرہ۔</w:t>
      </w:r>
    </w:p>
    <w:p>
      <w:r>
        <w:rPr>
          <w:b/>
        </w:rPr>
        <w:t xml:space="preserve">[32:28] </w:t>
      </w:r>
      <w:r>
        <w:t>yeh jo safar tha,</w:t>
      </w:r>
    </w:p>
    <w:p>
      <w:pPr>
        <w:jc w:val="right"/>
      </w:pPr>
      <w:r>
        <w:t>یہ جو سفر تھا،</w:t>
      </w:r>
    </w:p>
    <w:p>
      <w:r>
        <w:rPr>
          <w:b/>
        </w:rPr>
        <w:t xml:space="preserve">[32:33] </w:t>
      </w:r>
      <w:r>
        <w:t>taqreeban</w:t>
      </w:r>
    </w:p>
    <w:p>
      <w:pPr>
        <w:jc w:val="right"/>
      </w:pPr>
      <w:r>
        <w:t>تقریباً</w:t>
      </w:r>
    </w:p>
    <w:p>
      <w:r>
        <w:rPr>
          <w:b/>
        </w:rPr>
        <w:t xml:space="preserve">[32:38] </w:t>
      </w:r>
      <w:r>
        <w:t>1947 aur 48</w:t>
      </w:r>
    </w:p>
    <w:p>
      <w:pPr>
        <w:jc w:val="right"/>
      </w:pPr>
      <w:r>
        <w:t>1947 اور 48</w:t>
      </w:r>
    </w:p>
    <w:p>
      <w:r>
        <w:rPr>
          <w:b/>
        </w:rPr>
        <w:t xml:space="preserve">[32:43] </w:t>
      </w:r>
      <w:r>
        <w:t>mein poora hua.</w:t>
      </w:r>
    </w:p>
    <w:p>
      <w:pPr>
        <w:jc w:val="right"/>
      </w:pPr>
      <w:r>
        <w:t>میں پورا ہوا۔</w:t>
      </w:r>
    </w:p>
    <w:p>
      <w:r>
        <w:rPr>
          <w:b/>
        </w:rPr>
        <w:t xml:space="preserve">[32:45] </w:t>
      </w:r>
      <w:r>
        <w:t>yaani ghaliban 1948 ka zamana hai jab ke maine pehli bar Islam ko rediscover kiya ya shaoori taur par mujhe Islam ki discovery hui.</w:t>
      </w:r>
    </w:p>
    <w:p>
      <w:pPr>
        <w:jc w:val="right"/>
      </w:pPr>
      <w:r>
        <w:t>یعنی غالباً 1948 کا زمانہ ہے جب کہ میں نے پہلی بار اسلام کو ری ڈسکور کیا یا شعوری طور پر مجھے اسلام کی ڈسکوری ہوئی۔</w:t>
      </w:r>
    </w:p>
    <w:p>
      <w:r>
        <w:rPr>
          <w:b/>
        </w:rPr>
        <w:t xml:space="preserve">[33:01] </w:t>
      </w:r>
      <w:r>
        <w:t>main paida hua tha Muslim khandan mein, Muslim mahol mein raha, Muslim madrase mein parha.</w:t>
      </w:r>
    </w:p>
    <w:p>
      <w:pPr>
        <w:jc w:val="right"/>
      </w:pPr>
      <w:r>
        <w:t>میں پیدا ہوا تھا مسلم خاندان میں، مسلم ماحول میں رہا، مسلم مدرسے میں پڑھا۔</w:t>
      </w:r>
    </w:p>
    <w:p>
      <w:r>
        <w:rPr>
          <w:b/>
        </w:rPr>
        <w:t xml:space="preserve">[33:14] </w:t>
      </w:r>
      <w:r>
        <w:t>lekin baad ko yeh sab cheezein meri zindagi mein irrelevant ho gayeen kyunke meri fitrat jis azeem haqeeqat ko dhoondh rahi thi,</w:t>
      </w:r>
    </w:p>
    <w:p>
      <w:pPr>
        <w:jc w:val="right"/>
      </w:pPr>
      <w:r>
        <w:t>لیکن بعد کو یہ سب چیزیں میری زندگی میں ارریلیونٹ ہو گئیں کیونکہ میری فطرت جس عظیم حقیقت کو ڈھونڈ رہی تھی،</w:t>
      </w:r>
    </w:p>
    <w:p>
      <w:r>
        <w:rPr>
          <w:b/>
        </w:rPr>
        <w:t xml:space="preserve">[33:29] </w:t>
      </w:r>
      <w:r>
        <w:t>woh mujhe nahin mila na madrase mein, na mahaul mein, na masjidon mein, na kahein. Haqeeqat is se ziyada bari thi jo mujhe mil rahi thi un jagahon par.</w:t>
      </w:r>
    </w:p>
    <w:p>
      <w:pPr>
        <w:jc w:val="right"/>
      </w:pPr>
      <w:r>
        <w:t>وہ مجھے نہیں ملا نہ مدرسے میں، نہ ماحول میں، نہ مسجدوں میں، نہ کہیں۔ حقیقت اس سے زیادہ بڑی تھی جو مجھے مل رہی تھی ان جگہوں پر۔</w:t>
      </w:r>
    </w:p>
    <w:p>
      <w:r>
        <w:rPr>
          <w:b/>
        </w:rPr>
        <w:t xml:space="preserve">[33:48] </w:t>
      </w:r>
      <w:r>
        <w:t>yaani logon ke zariye ya kitabon ke zariye ya masjidon aur madarison ke zariye jo haqeeqat mujhe batai ja rahi thi, woh is se kam thi jo mere zehen mein basi hui thi.</w:t>
      </w:r>
    </w:p>
    <w:p>
      <w:pPr>
        <w:jc w:val="right"/>
      </w:pPr>
      <w:r>
        <w:t>یعنی لوگوں کے ذریعے یا کتابوں کے ذریعے یا مسجدوں اور مدرسوں کے ذریعے جو حقیقت مجھے بتائی جا رہی تھی، وہ اس سے کم تھی جو میرے ذہن میں بسی ہوئی تھی۔</w:t>
      </w:r>
    </w:p>
    <w:p>
      <w:r>
        <w:rPr>
          <w:b/>
        </w:rPr>
        <w:t xml:space="preserve">[34:07] </w:t>
      </w:r>
      <w:r>
        <w:t>is wajah se mera itminan is par qaim na ho saka.</w:t>
      </w:r>
    </w:p>
    <w:p>
      <w:pPr>
        <w:jc w:val="right"/>
      </w:pPr>
      <w:r>
        <w:t>اس وجہ سے میرا اطمینان اس پر قائم نہ ہو سکا۔</w:t>
      </w:r>
    </w:p>
    <w:p>
      <w:r>
        <w:rPr>
          <w:b/>
        </w:rPr>
        <w:t xml:space="preserve">[34:12] </w:t>
      </w:r>
      <w:r>
        <w:t>yahan tak ke</w:t>
      </w:r>
    </w:p>
    <w:p>
      <w:pPr>
        <w:jc w:val="right"/>
      </w:pPr>
      <w:r>
        <w:t>یہاں تک کہ</w:t>
      </w:r>
    </w:p>
    <w:p>
      <w:r>
        <w:rPr>
          <w:b/>
        </w:rPr>
        <w:t xml:space="preserve">[34:17] </w:t>
      </w:r>
      <w:r>
        <w:t>ghaaliban 1948 ka zamana tha jab ke maine sachai ko Islam ke roop mein daryaft kiya.</w:t>
      </w:r>
    </w:p>
    <w:p>
      <w:pPr>
        <w:jc w:val="right"/>
      </w:pPr>
      <w:r>
        <w:t>غالباً 1948 کا زمانہ تھا جب کہ میں نے سچائی کو اسلام کے روپ میں دریافت کیا۔</w:t>
      </w:r>
    </w:p>
    <w:p>
      <w:r>
        <w:rPr>
          <w:b/>
        </w:rPr>
        <w:t xml:space="preserve">[34:30] </w:t>
      </w:r>
      <w:r>
        <w:t>yeh talash baad ko bohat dinon tak jaari rahi yahan tak ke meri woh kitab likhi jis ka naam hai "Islam Rediscovered".</w:t>
      </w:r>
    </w:p>
    <w:p>
      <w:pPr>
        <w:jc w:val="right"/>
      </w:pPr>
      <w:r>
        <w:t>یہ تلاش بعد کو بہت دنوں تک جاری رہی یہاں تک کہ میری وہ کتاب لکھی جس کا نام ہے "اسلام ری ڈسکورڈ"۔</w:t>
      </w:r>
    </w:p>
    <w:p>
      <w:r>
        <w:rPr>
          <w:b/>
        </w:rPr>
        <w:t xml:space="preserve">[34:43] </w:t>
      </w:r>
      <w:r>
        <w:t>"Islam Rediscovered" to Islam meri discovery hai. Islam mujhe</w:t>
      </w:r>
    </w:p>
    <w:p>
      <w:pPr>
        <w:jc w:val="right"/>
      </w:pPr>
      <w:r>
        <w:t>"اسلام ری ڈسکورڈ" تو اسلام میری ڈسکوری ہے۔ اسلام مجھے</w:t>
      </w:r>
    </w:p>
    <w:p>
      <w:r>
        <w:rPr>
          <w:b/>
        </w:rPr>
        <w:t xml:space="preserve">[34:55] </w:t>
      </w:r>
      <w:r>
        <w:t>by birth nahin mila. Islam mujhe khud apni daryaft ke taur par mila.</w:t>
      </w:r>
    </w:p>
    <w:p>
      <w:pPr>
        <w:jc w:val="right"/>
      </w:pPr>
      <w:r>
        <w:t>بائی برتھ نہیں ملا۔ اسلام مجھے خود اپنی دریافت کے طور پر ملا۔</w:t>
      </w:r>
    </w:p>
    <w:p>
      <w:r>
        <w:rPr>
          <w:b/>
        </w:rPr>
        <w:t xml:space="preserve">[35:05] </w:t>
      </w:r>
      <w:r>
        <w:t>to ek aitbar se aap keh sakte hain ke Islam meri discovery hai ya agar aap yeh dekhen ke main Muslim family mein paida hua to aap keh sakte hain ke Islam ko maine rediscover kiya.</w:t>
      </w:r>
    </w:p>
    <w:p>
      <w:pPr>
        <w:jc w:val="right"/>
      </w:pPr>
      <w:r>
        <w:t>تو ایک اعتبار سے آپ کہہ سکتے ہیں کہ اسلام میری ڈسکوری ہے یا اگر آپ یہ دیکھیں کہ میں مسلم فیملی میں پیدا ہوا تو آپ کہہ سکتے ہیں کہ اسلام کو میں نے ری ڈسکور کیا۔</w:t>
      </w:r>
    </w:p>
    <w:p>
      <w:r>
        <w:rPr>
          <w:b/>
        </w:rPr>
        <w:t xml:space="preserve">[35:18] </w:t>
      </w:r>
      <w:r>
        <w:t>ab ek naya daur shuru hua</w:t>
      </w:r>
    </w:p>
    <w:p>
      <w:pPr>
        <w:jc w:val="right"/>
      </w:pPr>
      <w:r>
        <w:t>اب ایک نیا دور شروع ہوا</w:t>
      </w:r>
    </w:p>
    <w:p>
      <w:r>
        <w:rPr>
          <w:b/>
        </w:rPr>
        <w:t xml:space="preserve">[35:23] </w:t>
      </w:r>
      <w:r>
        <w:t>1948 se yaani Islam ka phir se mutalia.</w:t>
      </w:r>
    </w:p>
    <w:p>
      <w:pPr>
        <w:jc w:val="right"/>
      </w:pPr>
      <w:r>
        <w:t>1948 سے یعنی اسلام کا پھر سے مطالعہ۔</w:t>
      </w:r>
    </w:p>
    <w:p>
      <w:r>
        <w:rPr>
          <w:b/>
        </w:rPr>
        <w:t xml:space="preserve">[35:27] </w:t>
      </w:r>
      <w:r>
        <w:t>agarche main Islam ko parh chuka tha madrase mein lekin ab maine khud se Islam ko parhna shuru kiya.</w:t>
      </w:r>
    </w:p>
    <w:p>
      <w:pPr>
        <w:jc w:val="right"/>
      </w:pPr>
      <w:r>
        <w:t>اگرچہ میں اسلام کو پڑھ چکا تھا مدرسے میں لیکن اب میں نے خود سے اسلام کو پڑھنا شروع کیا۔</w:t>
      </w:r>
    </w:p>
    <w:p>
      <w:r>
        <w:rPr>
          <w:b/>
        </w:rPr>
        <w:t xml:space="preserve">[35:40] </w:t>
      </w:r>
      <w:r>
        <w:t>aur ek lambi muddat guzri hai jab ke maine Islam ko Quran se, hadith se, tafseeron se, mukhtalif literature se samajhne ki koshish ki.</w:t>
      </w:r>
    </w:p>
    <w:p>
      <w:pPr>
        <w:jc w:val="right"/>
      </w:pPr>
      <w:r>
        <w:t>اور ایک لمبی مدت گزری ہے جب کہ میں نے اسلام کو قرآن سے، حدیث سے، تفسیروں سے، مختلف لٹریچر سے سمجھنے کی کوشش کی۔</w:t>
      </w:r>
    </w:p>
    <w:p>
      <w:r>
        <w:rPr>
          <w:b/>
        </w:rPr>
        <w:t xml:space="preserve">[35:57] </w:t>
      </w:r>
      <w:r>
        <w:t>yahan tak ke mujhe poora yaqeen ho gaya ke woh sachai sirf Islam hai jis ki main talash kar raha tha. Woh Khuda sirf Islam ke zariye milta hai jis ko main talash kar raha tha.</w:t>
      </w:r>
    </w:p>
    <w:p>
      <w:pPr>
        <w:jc w:val="right"/>
      </w:pPr>
      <w:r>
        <w:t>یہاں تک کہ مجھے پورا یقین ہو گیا کہ وہ سچائی صرف اسلام ہے جس کی میں تلاش کر رہا تھا۔ وہ خدا صرف اسلام کے ذریعے ملتا ہے جس کو میں تلاش کر رہا تھا۔</w:t>
      </w:r>
    </w:p>
    <w:p>
      <w:r>
        <w:rPr>
          <w:b/>
        </w:rPr>
        <w:t xml:space="preserve">[36:14] </w:t>
      </w:r>
      <w:r>
        <w:t>woh</w:t>
      </w:r>
    </w:p>
    <w:p>
      <w:pPr>
        <w:jc w:val="right"/>
      </w:pPr>
      <w:r>
        <w:t>وہ</w:t>
      </w:r>
    </w:p>
    <w:p>
      <w:r>
        <w:rPr>
          <w:b/>
        </w:rPr>
        <w:t xml:space="preserve">[36:18] </w:t>
      </w:r>
      <w:r>
        <w:t>woh sab se bari haqeeqat jis ko meri fitrat talash kar rahi thi, woh Quran mein mujhe hasil hui.</w:t>
      </w:r>
    </w:p>
    <w:p>
      <w:pPr>
        <w:jc w:val="right"/>
      </w:pPr>
      <w:r>
        <w:t>وہ سب سے بڑی حقیقت جس کو میری فطرت تلاش کر رہی تھی، وہ قرآن میں مجھے حاصل ہوئی۔</w:t>
      </w:r>
    </w:p>
    <w:p>
      <w:r>
        <w:rPr>
          <w:b/>
        </w:rPr>
        <w:t xml:space="preserve">[36:29] </w:t>
      </w:r>
      <w:r>
        <w:t>to</w:t>
      </w:r>
    </w:p>
    <w:p>
      <w:pPr>
        <w:jc w:val="right"/>
      </w:pPr>
      <w:r>
        <w:t>تو</w:t>
      </w:r>
    </w:p>
    <w:p>
      <w:r>
        <w:rPr>
          <w:b/>
        </w:rPr>
        <w:t xml:space="preserve">[36:32] </w:t>
      </w:r>
      <w:r>
        <w:t>lekin phir bhi ek masla tha.</w:t>
      </w:r>
    </w:p>
    <w:p>
      <w:pPr>
        <w:jc w:val="right"/>
      </w:pPr>
      <w:r>
        <w:t>لیکن پھر بھی ایک مسئلہ تھا۔</w:t>
      </w:r>
    </w:p>
    <w:p>
      <w:r>
        <w:rPr>
          <w:b/>
        </w:rPr>
        <w:t xml:space="preserve">[36:37] </w:t>
      </w:r>
      <w:r>
        <w:t>woh masla tha ke naye daur ke relevance mein Islam ko samajhna.</w:t>
      </w:r>
    </w:p>
    <w:p>
      <w:pPr>
        <w:jc w:val="right"/>
      </w:pPr>
      <w:r>
        <w:t>وہ مسئلہ تھا کہ نئے دور کے ریلیونس میں اسلام کو سمجھنا۔</w:t>
      </w:r>
    </w:p>
    <w:p>
      <w:r>
        <w:rPr>
          <w:b/>
        </w:rPr>
        <w:t xml:space="preserve">[36:50] </w:t>
      </w:r>
      <w:r>
        <w:t>yaani aaj ka jo zamana hai, woh poori tarah badla hua zamana hai.</w:t>
      </w:r>
    </w:p>
    <w:p>
      <w:pPr>
        <w:jc w:val="right"/>
      </w:pPr>
      <w:r>
        <w:t>یعنی آج کا جو زمانہ ہے، وہ پوری طرح بدلا ہوا زمانہ ہے۔</w:t>
      </w:r>
    </w:p>
    <w:p>
      <w:r>
        <w:rPr>
          <w:b/>
        </w:rPr>
        <w:t xml:space="preserve">[36:54] </w:t>
      </w:r>
      <w:r>
        <w:t>hamara jo poora literature, jo hum jis ko Islamic literature kehte hain, woh sab ka sab pre-scientific period mein bana.</w:t>
      </w:r>
    </w:p>
    <w:p>
      <w:pPr>
        <w:jc w:val="right"/>
      </w:pPr>
      <w:r>
        <w:t>ہمارا جو پورا لٹریچر، جو ہم جس کو اسلامک لٹریچر کہتے ہیں، وہ سب کا سب پری سائنٹیفک پیریڈ میں بنا۔</w:t>
      </w:r>
    </w:p>
    <w:p>
      <w:r>
        <w:rPr>
          <w:b/>
        </w:rPr>
        <w:t xml:space="preserve">[37:05] </w:t>
      </w:r>
      <w:r>
        <w:t>pre-science period mein bana. Aur main ab post-science science period mein jee raha tha. To pre-scientific period aur post-scientific period mein jo farq hai, us ko aap samajh sakte hain.</w:t>
      </w:r>
    </w:p>
    <w:p>
      <w:pPr>
        <w:jc w:val="right"/>
      </w:pPr>
      <w:r>
        <w:t>پری سائنس پیریڈ میں بنا۔ اور میں اب پوسٹ سائنس سائنس پیریڈ میں جی رہا تھا۔ تو پری سائنٹیفک پیریڈ اور پوسٹ سائنٹیفک پیریڈ میں جو فرق ہے، اس کو آپ سمجھ سکتے ہیں۔</w:t>
      </w:r>
    </w:p>
    <w:p>
      <w:r>
        <w:rPr>
          <w:b/>
        </w:rPr>
        <w:t xml:space="preserve">[37:16] </w:t>
      </w:r>
      <w:r>
        <w:t>aap</w:t>
      </w:r>
    </w:p>
    <w:p>
      <w:pPr>
        <w:jc w:val="right"/>
      </w:pPr>
      <w:r>
        <w:t>آپ</w:t>
      </w:r>
    </w:p>
    <w:p>
      <w:r>
        <w:rPr>
          <w:b/>
        </w:rPr>
        <w:t xml:space="preserve">[37:19] </w:t>
      </w:r>
      <w:r>
        <w:t>to mujhe Islam ko</w:t>
      </w:r>
    </w:p>
    <w:p>
      <w:pPr>
        <w:jc w:val="right"/>
      </w:pPr>
      <w:r>
        <w:t>تو مجھے اسلام کو</w:t>
      </w:r>
    </w:p>
    <w:p>
      <w:r>
        <w:rPr>
          <w:b/>
        </w:rPr>
        <w:t xml:space="preserve">[37:23] </w:t>
      </w:r>
      <w:r>
        <w:t>aaj ke zamane ke lihaz se samajhna tha. to is liye mujhe zarurat pesh aai ke main angrezi parhoon.</w:t>
      </w:r>
    </w:p>
    <w:p>
      <w:pPr>
        <w:jc w:val="right"/>
      </w:pPr>
      <w:r>
        <w:t>آج کے زمانے کے لحاظ سے سمجھنا تھا۔ تو اس لیے مجھے ضرورت پیش آئی کہ میں انگریزی پڑھوں۔</w:t>
      </w:r>
    </w:p>
    <w:p>
      <w:r>
        <w:rPr>
          <w:b/>
        </w:rPr>
        <w:t xml:space="preserve">[37:37] </w:t>
      </w:r>
      <w:r>
        <w:t>ek lambi muddat maine aisi guzari hai jab ke maine angrezi zaban seekhne mein apne ko laga diya tha. aur jo literature angrezi mein faraham hua hai, modern thought ko batane ke liye,</w:t>
      </w:r>
    </w:p>
    <w:p>
      <w:pPr>
        <w:jc w:val="right"/>
      </w:pPr>
      <w:r>
        <w:t>ایک لمبی مدت میں نے ایسی گزاری ہے جب کہ میں نے انگریزی زبان سیکھنے میں اپنے کو لگا دیا تھا۔ اور جو لٹریچر انگریزی میں فراہم ہوا ہے، ماڈرن تھاٹ کو بتانے کے لیے،</w:t>
      </w:r>
    </w:p>
    <w:p>
      <w:r>
        <w:rPr>
          <w:b/>
        </w:rPr>
        <w:t xml:space="preserve">[37:51] </w:t>
      </w:r>
      <w:r>
        <w:t>un ko parhne mein.</w:t>
      </w:r>
    </w:p>
    <w:p>
      <w:pPr>
        <w:jc w:val="right"/>
      </w:pPr>
      <w:r>
        <w:t>ان کو پڑھنے میں۔</w:t>
      </w:r>
    </w:p>
    <w:p>
      <w:r>
        <w:rPr>
          <w:b/>
        </w:rPr>
        <w:t xml:space="preserve">[37:56] </w:t>
      </w:r>
      <w:r>
        <w:t>to yeh ek lamba daur hai.</w:t>
      </w:r>
    </w:p>
    <w:p>
      <w:pPr>
        <w:jc w:val="right"/>
      </w:pPr>
      <w:r>
        <w:t>تو یہ ایک لمبا دور ہے۔</w:t>
      </w:r>
    </w:p>
    <w:p>
      <w:r>
        <w:rPr>
          <w:b/>
        </w:rPr>
        <w:t xml:space="preserve">[38:00] </w:t>
      </w:r>
      <w:r>
        <w:t>is mutale'e mein mujhe jo cheez daryaft hui, woh yeh hai ke</w:t>
      </w:r>
    </w:p>
    <w:p>
      <w:pPr>
        <w:jc w:val="right"/>
      </w:pPr>
      <w:r>
        <w:t>اس مطالعے میں مجھے جو چیز دریافت ہوئی، وہ یہ ہے کہ</w:t>
      </w:r>
    </w:p>
    <w:p>
      <w:r>
        <w:rPr>
          <w:b/>
        </w:rPr>
        <w:t xml:space="preserve">[38:08] </w:t>
      </w:r>
      <w:r>
        <w:t>modern discoveries ya modern science Islam ka sirf ilm-e-kalam hai. yaani Islam ko scientific base faraham kar raha hai.</w:t>
      </w:r>
    </w:p>
    <w:p>
      <w:pPr>
        <w:jc w:val="right"/>
      </w:pPr>
      <w:r>
        <w:t>ماڈرن ڈسکوریز یا ماڈرن سائنس اسلام کا صرف علم کلام ہے۔ یعنی اسلام کو سائنسی بیس فراہم کر رہا ہے۔</w:t>
      </w:r>
    </w:p>
    <w:p>
      <w:r>
        <w:rPr>
          <w:b/>
        </w:rPr>
        <w:t xml:space="preserve">[38:21] </w:t>
      </w:r>
      <w:r>
        <w:t>Islam ki teaching ko, Islam ki belief ko, Islam ki ideology ko modern science jo hai, woh scientific base faraham kar rahi</w:t>
      </w:r>
    </w:p>
    <w:p>
      <w:pPr>
        <w:jc w:val="right"/>
      </w:pPr>
      <w:r>
        <w:t>اسلام کی ٹیچنگ کو، اسلام کی بیلیف کو، اسلام کی آئیڈیالوجی کو ماڈرن سائنس جو ہے، وہ سائنٹیفک بیس فراہم کر رہی</w:t>
      </w:r>
    </w:p>
    <w:p>
      <w:r>
        <w:rPr>
          <w:b/>
        </w:rPr>
        <w:t xml:space="preserve">[38:33] </w:t>
      </w:r>
      <w:r>
        <w:t>hai. yaani aur zyada is ko mudallal bana rahi hai. aur yeh wohi cheez hai jo Quran mein bataya gaya tha ke "fi al-haqq" yaani future mein aisa hoga.</w:t>
      </w:r>
    </w:p>
    <w:p>
      <w:pPr>
        <w:jc w:val="right"/>
      </w:pPr>
      <w:r>
        <w:t>ہے۔ یعنی اور زیادہ اس کو مدلل بنا رہی ہے۔ اور یہ وہی چیز ہے جو قرآن میں بتایا گیا تھا کہ "فی الحق" یعنی فیوچر میں ایسا ہوگا۔</w:t>
      </w:r>
    </w:p>
    <w:p>
      <w:r>
        <w:rPr>
          <w:b/>
        </w:rPr>
        <w:t xml:space="preserve">[38:49] </w:t>
      </w:r>
      <w:r>
        <w:t>yaani saatvi sadi eesvi mein yeh aelan kiya gaya tha. Quran aap jante hain ke utra seven seven century AD mein.</w:t>
      </w:r>
    </w:p>
    <w:p>
      <w:pPr>
        <w:jc w:val="right"/>
      </w:pPr>
      <w:r>
        <w:t>یعنی ساتویں صدی عیسوی میں یہ اعلان کیا گیا تھا۔ قرآن آپ جانتے ہیں کہ اترا سیون سیون سینچری اے ڈی میں۔</w:t>
      </w:r>
    </w:p>
    <w:p>
      <w:r>
        <w:rPr>
          <w:b/>
        </w:rPr>
        <w:t xml:space="preserve">[39:02] </w:t>
      </w:r>
      <w:r>
        <w:t>us waqt yeh aelan kiya gaya tha ke future mein aisa hoga ke naye naye haqaiq samne aayenge. naye naye baatein daryaft hongi jo Islam ki sachai ko ya Quran ki sachai ko</w:t>
      </w:r>
    </w:p>
    <w:p>
      <w:pPr>
        <w:jc w:val="right"/>
      </w:pPr>
      <w:r>
        <w:t>اس وقت یہ اعلان کیا گیا تھا کہ فیوچر میں ایسا ہوگا کہ نئے نئے حقائق سامنے آئیں گے۔ نئے نئے باتیں دریافت ہوں گی جو اسلام کی سچائی کو یا قرآن کی سچائی کو</w:t>
      </w:r>
    </w:p>
    <w:p>
      <w:r>
        <w:rPr>
          <w:b/>
        </w:rPr>
        <w:t xml:space="preserve">[39:24] </w:t>
      </w:r>
      <w:r>
        <w:t>scientific usloob mein aur zyada numayan kari</w:t>
      </w:r>
    </w:p>
    <w:p>
      <w:pPr>
        <w:jc w:val="right"/>
      </w:pPr>
      <w:r>
        <w:t>سائنسی اسلوب میں اور زیادہ نمایاں کری</w:t>
      </w:r>
    </w:p>
    <w:p>
      <w:r>
        <w:rPr>
          <w:b/>
        </w:rPr>
        <w:t xml:space="preserve">[39:27] </w:t>
      </w:r>
      <w:r>
        <w:t>ngi. yaani afaq aur anfus bhi jo dalail hain, jo science hai, us ko aap keh sakte hain ke scientific dalail. to us waqt scientific dalail chhupe hue the kyunke un ki discovery nahi hui thi.</w:t>
      </w:r>
    </w:p>
    <w:p>
      <w:pPr>
        <w:jc w:val="right"/>
      </w:pPr>
      <w:r>
        <w:t>ں گی۔ یعنی افاق اور انفس بھی جو دلائل ہیں، جو سائنس ہے، اس کو آپ کہہ سکتے ہیں کہ سائنسی دلائل۔ تو اس وقت سائنسی دلائل چھپے ہوئے تھے کیونکہ ان کی ڈسکوری نہیں ہوئی تھی۔</w:t>
      </w:r>
    </w:p>
    <w:p>
      <w:r>
        <w:rPr>
          <w:b/>
        </w:rPr>
        <w:t xml:space="preserve">[39:41] </w:t>
      </w:r>
      <w:r>
        <w:t>to scientific discovery ki taraf is mein ishara kiya gaya hai ke aage future mein scientific discoveries hongi jo Islam ki sachaiyon ko ilm-e-insani ki satah par mudallal karengi.</w:t>
      </w:r>
    </w:p>
    <w:p>
      <w:pPr>
        <w:jc w:val="right"/>
      </w:pPr>
      <w:r>
        <w:t>تو سائنٹیفک ڈسکوری کی طرف اس میں اشارہ کیا گیا ہے کہ آگے فیوچر میں سائنٹیفک ڈسکوریز ہوں گی جو اسلام کی سچائیوں کو علم انسانی کی سطح پر مدلل کریں گی۔</w:t>
      </w:r>
    </w:p>
    <w:p>
      <w:r>
        <w:rPr>
          <w:b/>
        </w:rPr>
        <w:t xml:space="preserve">[40:01] </w:t>
      </w:r>
      <w:r>
        <w:t>to is ko maine jana apne mutale'e ke zariye.</w:t>
      </w:r>
    </w:p>
    <w:p>
      <w:pPr>
        <w:jc w:val="right"/>
      </w:pPr>
      <w:r>
        <w:t>تو اس کو میں نے جانا اپنے مطالعے کے ذریعے۔</w:t>
      </w:r>
    </w:p>
    <w:p>
      <w:r>
        <w:rPr>
          <w:b/>
        </w:rPr>
        <w:t xml:space="preserve">[40:08] </w:t>
      </w:r>
      <w:r>
        <w:t>is zamane mein maine bohat kaafi parha.</w:t>
      </w:r>
    </w:p>
    <w:p>
      <w:pPr>
        <w:jc w:val="right"/>
      </w:pPr>
      <w:r>
        <w:t>اس زمانے میں میں نے بہت کافی پڑھا۔</w:t>
      </w:r>
    </w:p>
    <w:p>
      <w:r>
        <w:rPr>
          <w:b/>
        </w:rPr>
        <w:t xml:space="preserve">[40:13] </w:t>
      </w:r>
      <w:r>
        <w:t>aur is ke baad mujhe yaqeen ho gaya ke science ne ya ilm-e-insani ne Islam ki sachaiyon ko radd nahi kiya balkeh aur zyada is ko pakka kiya hai aur zyada sabit shuda banaya hai.</w:t>
      </w:r>
    </w:p>
    <w:p>
      <w:pPr>
        <w:jc w:val="right"/>
      </w:pPr>
      <w:r>
        <w:t>اور اس کے بعد مجھے یقین ہو گیا کہ سائنس نے یا علم انسانی نے اسلام کی سچائیوں کو رد نہیں کیا بلکہ اور زیادہ اس کو پکا کیا ہے اور زیادہ ثابت شدہ بنایا ہے۔</w:t>
      </w:r>
    </w:p>
    <w:p>
      <w:r>
        <w:rPr>
          <w:b/>
        </w:rPr>
        <w:t xml:space="preserve">[40:32] </w:t>
      </w:r>
      <w:r>
        <w:t>to jis zamane mein parh raha tha, main</w:t>
      </w:r>
    </w:p>
    <w:p>
      <w:pPr>
        <w:jc w:val="right"/>
      </w:pPr>
      <w:r>
        <w:t>تو جس زمانے میں پڑھ رہا تھا، میں</w:t>
      </w:r>
    </w:p>
    <w:p>
      <w:r>
        <w:rPr>
          <w:b/>
        </w:rPr>
        <w:t xml:space="preserve">[40:37] </w:t>
      </w:r>
      <w:r>
        <w:t>is ke do ek baatein aap ke samne rakhunga.</w:t>
      </w:r>
    </w:p>
    <w:p>
      <w:pPr>
        <w:jc w:val="right"/>
      </w:pPr>
      <w:r>
        <w:t>اس کے دو ایک باتیں آپ کے سامنے رکھوں گا۔</w:t>
      </w:r>
    </w:p>
    <w:p>
      <w:r>
        <w:rPr>
          <w:b/>
        </w:rPr>
        <w:t xml:space="preserve">[40:45] </w:t>
      </w:r>
      <w:r>
        <w:t>yaani jo meri kitab hai "Mazhab aur Jadeed Challenge" Urdu mein likhi thi, phir woh chhapi English mein "God Arises" ke naam se.</w:t>
      </w:r>
    </w:p>
    <w:p>
      <w:pPr>
        <w:jc w:val="right"/>
      </w:pPr>
      <w:r>
        <w:t>یعنی جو میری کتاب ہے "مذہب اور جدید چیلنج" اردو میں لکھی تھی، پھر وہ چھپی انگلش میں "گاڈ ارائزز" کے نام سے۔</w:t>
      </w:r>
    </w:p>
    <w:p>
      <w:r>
        <w:rPr>
          <w:b/>
        </w:rPr>
        <w:t xml:space="preserve">[41:00] </w:t>
      </w:r>
      <w:r>
        <w:t>p</w:t>
      </w:r>
    </w:p>
    <w:p>
      <w:pPr>
        <w:jc w:val="right"/>
      </w:pPr>
      <w:r>
        <w:t>پ</w:t>
      </w:r>
    </w:p>
    <w:p>
      <w:r>
        <w:rPr>
          <w:b/>
        </w:rPr>
        <w:t xml:space="preserve">[41:01] </w:t>
      </w:r>
      <w:r>
        <w:t>her woh chhapi Arabic mein "Al-Islam wa Al-Wahdah" ke naam se. aur kai zabanon mein is ke translation chhape.</w:t>
      </w:r>
    </w:p>
    <w:p>
      <w:pPr>
        <w:jc w:val="right"/>
      </w:pPr>
      <w:r>
        <w:t>ھر وہ چھپی عربک میں "الاسلام و اتحدہ" کے نام سے۔ اور کئی زبانوں میں اس کے ٹرانسلیشن چھپے۔</w:t>
      </w:r>
    </w:p>
    <w:p>
      <w:r>
        <w:rPr>
          <w:b/>
        </w:rPr>
        <w:t xml:space="preserve">[41:11] </w:t>
      </w:r>
      <w:r>
        <w:t>to is mein bohat si baatein, scientific data maine pesh kiye hain jis se andaza hota hai ke is universe ka creator ek hai.</w:t>
      </w:r>
    </w:p>
    <w:p>
      <w:pPr>
        <w:jc w:val="right"/>
      </w:pPr>
      <w:r>
        <w:t>تو اس میں بہت سی باتیں، سائنٹیفک ڈیٹا میں نے پیش کیے ہیں جس سے اندازہ ہوتا ہے کہ اس یونیورس کا کریٹر ایک ہے۔</w:t>
      </w:r>
    </w:p>
    <w:p>
      <w:r>
        <w:rPr>
          <w:b/>
        </w:rPr>
        <w:t xml:space="preserve">[41:22] </w:t>
      </w:r>
      <w:r>
        <w:t>yeh at random nahi ban gayi hai.</w:t>
      </w:r>
    </w:p>
    <w:p>
      <w:pPr>
        <w:jc w:val="right"/>
      </w:pPr>
      <w:r>
        <w:t>یہ اٹینڈم نہیں بن گئی ہے۔</w:t>
      </w:r>
    </w:p>
    <w:p>
      <w:r>
        <w:rPr>
          <w:b/>
        </w:rPr>
        <w:t xml:space="preserve">[41:25] </w:t>
      </w:r>
      <w:r>
        <w:t>yaani wohi cheez jo Quran mein kaha gaya hai ke ek khaliq hai, jis ne banaya hai is universe ko, to usi ki scientific tasdeeq, scientific affirmation.</w:t>
      </w:r>
    </w:p>
    <w:p>
      <w:pPr>
        <w:jc w:val="right"/>
      </w:pPr>
      <w:r>
        <w:t>یعنی وہی چیز جو قرآن میں کہا گیا ہے کہ ایک خالق ہے، جس نے بنایا ہے اس یونیورس کو، تو اسی کی سائنٹیفک تصدیق، سائنٹیفک افرمیشن۔</w:t>
      </w:r>
    </w:p>
    <w:p>
      <w:r>
        <w:rPr>
          <w:b/>
        </w:rPr>
        <w:t xml:space="preserve">[41:37] </w:t>
      </w:r>
      <w:r>
        <w:t>misal ke taur par agar aap dekhen, yaani "God Arises" ke page 99 ko aap dekhen to is mein aap padhenge</w:t>
      </w:r>
    </w:p>
    <w:p>
      <w:pPr>
        <w:jc w:val="right"/>
      </w:pPr>
      <w:r>
        <w:t>مثال کے طور پر اگر آپ دیکھیں، یعنی "گاڈ ارائزز" کے پیج 99 کو آپ دیکھیں تو اس میں آپ پڑھیں گے</w:t>
      </w:r>
    </w:p>
    <w:p>
      <w:r>
        <w:rPr>
          <w:b/>
        </w:rPr>
        <w:t xml:space="preserve">[41:52] </w:t>
      </w:r>
      <w:r>
        <w:t>ye ye baat mein ne likhi thi urdu mein taqreeban 1960 mein. yaani waqea pesh aane se 40 saal pehle.</w:t>
      </w:r>
    </w:p>
    <w:p>
      <w:pPr>
        <w:jc w:val="right"/>
      </w:pPr>
      <w:r>
        <w:t>، یہ یہ بات میں نے لکھی تھی اردو میں تقریباً 1960 میں۔ یعنی واقعہ پیش آنے سے 40 سال پہلے۔</w:t>
      </w:r>
    </w:p>
    <w:p>
      <w:r>
        <w:rPr>
          <w:b/>
        </w:rPr>
        <w:t xml:space="preserve">[42:05] </w:t>
      </w:r>
      <w:r>
        <w:t>is mein aik waqea ka zikr hai jo pesh aaye ga 1999 mein.</w:t>
      </w:r>
    </w:p>
    <w:p>
      <w:pPr>
        <w:jc w:val="right"/>
      </w:pPr>
      <w:r>
        <w:t>اس میں ایک واقعے کا ذکر ہے جو پیش آئے گا 1999 میں۔</w:t>
      </w:r>
    </w:p>
    <w:p>
      <w:r>
        <w:rPr>
          <w:b/>
        </w:rPr>
        <w:t xml:space="preserve">[42:13] </w:t>
      </w:r>
      <w:r>
        <w:t>aur is ka zikr mein ne kitaab mein kiya tha 40 saal pehle, 1960 mein.</w:t>
      </w:r>
    </w:p>
    <w:p>
      <w:pPr>
        <w:jc w:val="right"/>
      </w:pPr>
      <w:r>
        <w:t>اور اس کا ذکر میں نے کتاب میں کیا تھا 40 سال پہلے، 1960 میں۔</w:t>
      </w:r>
    </w:p>
    <w:p>
      <w:r>
        <w:rPr>
          <w:b/>
        </w:rPr>
        <w:t xml:space="preserve">[42:24] </w:t>
      </w:r>
      <w:r>
        <w:t>to is mein aap yeh parhen ge ke "in</w:t>
      </w:r>
    </w:p>
    <w:p>
      <w:pPr>
        <w:jc w:val="right"/>
      </w:pPr>
      <w:r>
        <w:t>تو اس میں آپ یہ پڑھیں گے کہ "ان</w:t>
      </w:r>
    </w:p>
    <w:p>
      <w:r>
        <w:rPr>
          <w:b/>
        </w:rPr>
        <w:t xml:space="preserve">[42:28] </w:t>
      </w:r>
      <w:r>
        <w:t>August eleven 1999</w:t>
      </w:r>
    </w:p>
    <w:p>
      <w:pPr>
        <w:jc w:val="right"/>
      </w:pPr>
      <w:r>
        <w:t>اگست الیون 1999"</w:t>
      </w:r>
    </w:p>
    <w:p>
      <w:r>
        <w:rPr>
          <w:b/>
        </w:rPr>
        <w:t xml:space="preserve">[42:36] </w:t>
      </w:r>
      <w:r>
        <w:t>deer will be</w:t>
      </w:r>
    </w:p>
    <w:p>
      <w:pPr>
        <w:jc w:val="right"/>
      </w:pPr>
      <w:r>
        <w:t>دیر ول بی</w:t>
      </w:r>
    </w:p>
    <w:p>
      <w:r>
        <w:rPr>
          <w:b/>
        </w:rPr>
        <w:t xml:space="preserve">[42:38] </w:t>
      </w:r>
      <w:r>
        <w:t>a solar eclipse</w:t>
      </w:r>
    </w:p>
    <w:p>
      <w:pPr>
        <w:jc w:val="right"/>
      </w:pPr>
      <w:r>
        <w:t>ا سولر ایکلپس</w:t>
      </w:r>
    </w:p>
    <w:p>
      <w:r>
        <w:rPr>
          <w:b/>
        </w:rPr>
        <w:t xml:space="preserve">[42:42] </w:t>
      </w:r>
      <w:r>
        <w:t>that will be completely</w:t>
      </w:r>
    </w:p>
    <w:p>
      <w:pPr>
        <w:jc w:val="right"/>
      </w:pPr>
      <w:r>
        <w:t>دیٹ ول بی کمپلیٹلی</w:t>
      </w:r>
    </w:p>
    <w:p>
      <w:r>
        <w:rPr>
          <w:b/>
        </w:rPr>
        <w:t xml:space="preserve">[42:48] </w:t>
      </w:r>
      <w:r>
        <w:t>visible at Cornwall.</w:t>
      </w:r>
    </w:p>
    <w:p>
      <w:pPr>
        <w:jc w:val="right"/>
      </w:pPr>
      <w:r>
        <w:t>ویزیبل ایٹ کارن وال۔</w:t>
      </w:r>
    </w:p>
    <w:p>
      <w:r>
        <w:rPr>
          <w:b/>
        </w:rPr>
        <w:t xml:space="preserve">[42:57] </w:t>
      </w:r>
      <w:r>
        <w:t>11 august ko, 11 august 1999 ko aik suraj grehan hoga jo cornwall mein poori tarah dikhai de ga.</w:t>
      </w:r>
    </w:p>
    <w:p>
      <w:pPr>
        <w:jc w:val="right"/>
      </w:pPr>
      <w:r>
        <w:t>11 اگست کو، 11 اگست 1999 کو ایک سورج گرہن ہوگا جو کارنوال میں پوری طرح دکھائی دے گا۔</w:t>
      </w:r>
    </w:p>
    <w:p>
      <w:r>
        <w:rPr>
          <w:b/>
        </w:rPr>
        <w:t xml:space="preserve">[43:11] </w:t>
      </w:r>
      <w:r>
        <w:t>cornwall is mein aik island hai atlantic mein jo canada ke paas hai.</w:t>
      </w:r>
    </w:p>
    <w:p>
      <w:pPr>
        <w:jc w:val="right"/>
      </w:pPr>
      <w:r>
        <w:t>کارنوال اس میں ایک آئی لینڈ ہے اٹلانٹک میں جو کینیڈا کے پاس ہے۔</w:t>
      </w:r>
    </w:p>
    <w:p>
      <w:r>
        <w:rPr>
          <w:b/>
        </w:rPr>
        <w:t xml:space="preserve">[43:20] </w:t>
      </w:r>
      <w:r>
        <w:t>ye baat mein ne koi apne taur par nahi likhi thi. astronomers ne calculate kar ke bataya tha.</w:t>
      </w:r>
    </w:p>
    <w:p>
      <w:pPr>
        <w:jc w:val="right"/>
      </w:pPr>
      <w:r>
        <w:t>یہ بات میں نے کوئی اپنے طور پر نہیں لکھی تھی۔ اسٹرانمرز نے کیلکولیٹ کر کے بتایا تھا۔</w:t>
      </w:r>
    </w:p>
    <w:p>
      <w:r>
        <w:rPr>
          <w:b/>
        </w:rPr>
        <w:t xml:space="preserve">[43:27] </w:t>
      </w:r>
      <w:r>
        <w:t>is ko mein ne wahan par naqal kiya tha. astronomers ne calculate kar ke bataya tha ye baat ke "in august eleven 1999" there will be a solar eclipse that</w:t>
      </w:r>
    </w:p>
    <w:p>
      <w:pPr>
        <w:jc w:val="right"/>
      </w:pPr>
      <w:r>
        <w:t>اس کو میں نے وہاں پر نقل کیا تھا۔ اسٹرانمرز نے کیلکولیٹ کر کے بتایا تھا یہ بات کہ "ان اگست الیون 1999" دیر ول بی ا سولر ایکلپس دیٹ</w:t>
      </w:r>
    </w:p>
    <w:p>
      <w:r>
        <w:rPr>
          <w:b/>
        </w:rPr>
        <w:t xml:space="preserve">[43:45] </w:t>
      </w:r>
      <w:r>
        <w:t>will be completely visible at cornwall.</w:t>
      </w:r>
    </w:p>
    <w:p>
      <w:pPr>
        <w:jc w:val="right"/>
      </w:pPr>
      <w:r>
        <w:t>ول بی کمپلیٹلی ویزیبل ایٹ کارنوال۔</w:t>
      </w:r>
    </w:p>
    <w:p>
      <w:r>
        <w:rPr>
          <w:b/>
        </w:rPr>
        <w:t xml:space="preserve">[43:52] </w:t>
      </w:r>
      <w:r>
        <w:t>yaani 40 saal pehle mein ne is ko naqal kiya tha apni kitaab mein. aur 40 saal ke baad theek isi date ko, theek isi time ko logon ne dekha ke woh waqea ho gaya.</w:t>
      </w:r>
    </w:p>
    <w:p>
      <w:pPr>
        <w:jc w:val="right"/>
      </w:pPr>
      <w:r>
        <w:t>یعنی 40 سال پہلے میں نے اس کو نقل کیا تھا اپنی کتاب میں۔ اور 40 سال کے بعد ٹھیک اسی ڈیٹ کو، ٹھیک اسی ٹائم کو لوگوں نے دیکھا کہ وہ واقعہ ہو گیا۔</w:t>
      </w:r>
    </w:p>
    <w:p>
      <w:r>
        <w:rPr>
          <w:b/>
        </w:rPr>
        <w:t xml:space="preserve">[44:06] </w:t>
      </w:r>
      <w:r>
        <w:t>ye mein ne aik misaal di thi kitaab mein ke aik poori poori kainat jo hai, poori poori universe jo hai, woh predictable hai. aap mathematics ki language mein is ko explain kar sakte hain.</w:t>
      </w:r>
    </w:p>
    <w:p>
      <w:pPr>
        <w:jc w:val="right"/>
      </w:pPr>
      <w:r>
        <w:t>یہ میں نے ایک مثال دی تھی کتاب میں کہ ایک پوری پوری کائنات جو ہے، پوری پوری یونیورس جو ہے، وہ پریڈکٹیبل ہے۔ آپ میتھمیٹکس کی لینگویج میں اس کو ایکسپلین کر سکتے ہیں۔</w:t>
      </w:r>
    </w:p>
    <w:p>
      <w:r>
        <w:rPr>
          <w:b/>
        </w:rPr>
        <w:t xml:space="preserve">[44:21] </w:t>
      </w:r>
      <w:r>
        <w:t>isi liye sir james jeans ne likha hai apni kitaab "the mysterious universe" mein ke aisa maloom hota hai ke kainat ko banane wala, universe ko banane wala aik mathematical mind hai.</w:t>
      </w:r>
    </w:p>
    <w:p>
      <w:pPr>
        <w:jc w:val="right"/>
      </w:pPr>
      <w:r>
        <w:t>اسی لیے سر جیمز جیز نے لکھا ہے اپنی کتاب "دا مسٹیریس یونیورس" میں کہ ایسا معلوم ہوتا ہے کہ کائنات کو بنانے والا، یونیورس کو بنانے والا ایک میتھمیٹیکل مائنڈ ہے۔</w:t>
      </w:r>
    </w:p>
    <w:p>
      <w:r>
        <w:rPr>
          <w:b/>
        </w:rPr>
        <w:t xml:space="preserve">[44:38] </w:t>
      </w:r>
      <w:r>
        <w:t>itni zabardast mathematics hai, itna zabardast calculation hai.</w:t>
      </w:r>
    </w:p>
    <w:p>
      <w:pPr>
        <w:jc w:val="right"/>
      </w:pPr>
      <w:r>
        <w:t>اتنی زبردست میتھمیٹکس ہے، اتنا زبردست کیلکولیشن ہے۔</w:t>
      </w:r>
    </w:p>
    <w:p>
      <w:r>
        <w:rPr>
          <w:b/>
        </w:rPr>
        <w:t xml:space="preserve">[44:46] </w:t>
      </w:r>
      <w:r>
        <w:t>to kaise aisa hai</w:t>
      </w:r>
    </w:p>
    <w:p>
      <w:pPr>
        <w:jc w:val="right"/>
      </w:pPr>
      <w:r>
        <w:t>تو کیسے ایسا ہے</w:t>
      </w:r>
    </w:p>
    <w:p>
      <w:r>
        <w:rPr>
          <w:b/>
        </w:rPr>
        <w:t xml:space="preserve">[44:47] </w:t>
      </w:r>
      <w:r>
        <w:t>? hum aap jante hain ke ab chota sa bhi plan karte hain, koi kaam, is mein pachas ghaltiyan nikalti hain. hamara koi bhi plan bohat der tak sustainable nahi hota.</w:t>
      </w:r>
    </w:p>
    <w:p>
      <w:pPr>
        <w:jc w:val="right"/>
      </w:pPr>
      <w:r>
        <w:t>؟ ہم آپ جانتے ہیں کہ اب چھوٹا سا بھی پلان کرتے ہیں، کوئی کام، اس میں پچاس غلطیاں نکلتی ہیں۔ ہمارا کوئی بھی پلان بہت دیر تک سسٹینیبل نہیں ہوتا۔</w:t>
      </w:r>
    </w:p>
    <w:p>
      <w:r>
        <w:rPr>
          <w:b/>
        </w:rPr>
        <w:t xml:space="preserve">[45:00] </w:t>
      </w:r>
      <w:r>
        <w:t>aur yahan par universe billion billion years chali ja rahi hai, sustain kar rahi hai, waisi ki waisi. aur quran mein ye bhi challenge ke taur par kaha gaya tha ke "hal min futoor" quran</w:t>
      </w:r>
    </w:p>
    <w:p>
      <w:pPr>
        <w:jc w:val="right"/>
      </w:pPr>
      <w:r>
        <w:t>اور یہاں پر یونیورس بلین بلین ایئرز چلی جا رہی ہے، سسٹین کر رہی ہے، ویسی کی ویسی۔ اور قرآن میں یہ بھی چیلنج کے طور پر کہا گیا تھا کہ "حل من فتور" قر</w:t>
      </w:r>
    </w:p>
    <w:p>
      <w:r>
        <w:rPr>
          <w:b/>
        </w:rPr>
        <w:t xml:space="preserve">[45:18] </w:t>
      </w:r>
      <w:r>
        <w:t>mein ye challenge diya gaya tha ke tum universe ko dekho, zameen o aasman ko dekho, tum is mein koi bhi fault nahi nikaal sako ge, koi defect nahi nikaal sako ge.</w:t>
      </w:r>
    </w:p>
    <w:p>
      <w:pPr>
        <w:jc w:val="right"/>
      </w:pPr>
      <w:r>
        <w:t>آن میں یہ چیلنج دیا گیا تھا کہ تم یونیورس کو دیکھو، زمین و آسمان کو دیکھو، تم اس میں کوئی بھی فالٹ نہیں نکال سکو گے، کوئی ڈیفیکٹ نہیں نکال سکو گے۔</w:t>
      </w:r>
    </w:p>
    <w:p>
      <w:r>
        <w:rPr>
          <w:b/>
        </w:rPr>
        <w:t xml:space="preserve">[45:31] </w:t>
      </w:r>
      <w:r>
        <w:t>yaani aik defect, yaani aik aisi universe jo zero defect hai, complete sense mein, zero defect universe pao ge tum is ko.</w:t>
      </w:r>
    </w:p>
    <w:p>
      <w:pPr>
        <w:jc w:val="right"/>
      </w:pPr>
      <w:r>
        <w:t>یعنی ایک ڈیفیکٹ، یعنی ایک ایسی یونیورس جو زیرو ڈیفیکٹ ہے، کمپلیٹ سینس میں، زیرو ڈیفیکٹ یونیورس پاؤ گے تم اس کو۔</w:t>
      </w:r>
    </w:p>
    <w:p>
      <w:r>
        <w:rPr>
          <w:b/>
        </w:rPr>
        <w:t xml:space="preserve">[45:44] </w:t>
      </w:r>
      <w:r>
        <w:t>aur aaj tak ye challenge baqi hai.</w:t>
      </w:r>
    </w:p>
    <w:p>
      <w:pPr>
        <w:jc w:val="right"/>
      </w:pPr>
      <w:r>
        <w:t>اور آج تک یہ چیلنج باقی ہے۔</w:t>
      </w:r>
    </w:p>
    <w:p>
      <w:r>
        <w:rPr>
          <w:b/>
        </w:rPr>
        <w:t xml:space="preserve">[45:47] </w:t>
      </w:r>
      <w:r>
        <w:t>koi aik bhi defect universe mein, zameen o aasman mein, aaj tak nikala nahi ja saka. koi bhi nahi.</w:t>
      </w:r>
    </w:p>
    <w:p>
      <w:pPr>
        <w:jc w:val="right"/>
      </w:pPr>
      <w:r>
        <w:t>کوئی ایک بھی ڈیفیکٹ یونیورس میں، زمین و آسمان میں، آج تک نکالا نہیں جا سکا۔ کوئی بھی نہیں۔</w:t>
      </w:r>
    </w:p>
    <w:p>
      <w:r>
        <w:rPr>
          <w:b/>
        </w:rPr>
        <w:t xml:space="preserve">[45:59] </w:t>
      </w:r>
      <w:r>
        <w:t>aik sahib ne, aik european author ne, aik martaba aik bewakoofana baat aik kahi thi, aik ke mein ne aik defect ko nikala hai, aik aik defect ko discover kiya hai universe mein.</w:t>
      </w:r>
    </w:p>
    <w:p>
      <w:pPr>
        <w:jc w:val="right"/>
      </w:pPr>
      <w:r>
        <w:t>ایک صاحب نے، ایک یورپین اتھر نے، ایک مرتبہ ایک بیوقوفانہ بات ایک کہی تھی، ایک کہ میں نے ایک ڈیفیکٹ کو نکالا ہے، ایک ایک ڈیفیکٹ کو ڈسکور کیا ہے یونیورس میں۔</w:t>
      </w:r>
    </w:p>
    <w:p>
      <w:r>
        <w:rPr>
          <w:b/>
        </w:rPr>
        <w:t xml:space="preserve">[46:17] </w:t>
      </w:r>
      <w:r>
        <w:t>woh kya? woh woh aik ridiculous baat thi jis ko unhon ne defect bataya. unhon ne kaha ke zameen mein jo gravity hai, woh zyada hai.</w:t>
      </w:r>
    </w:p>
    <w:p>
      <w:pPr>
        <w:jc w:val="right"/>
      </w:pPr>
      <w:r>
        <w:t>وہ کیا؟ وہ وہ ایک ریڈیکولس بات تھی جس کو انہوں نے ڈیفیکٹ بتایا۔ انہوں نے کہا کہ زمین میں جو گریویٹی ہے، وہ زیادہ ہے۔</w:t>
      </w:r>
    </w:p>
    <w:p>
      <w:r>
        <w:rPr>
          <w:b/>
        </w:rPr>
        <w:t xml:space="preserve">[46:31] </w:t>
      </w:r>
      <w:r>
        <w:t>yaani creator ko yahan par ghalti ho gayi calculate karne mein ke gravity itni zyada rakh di ke hum das pound ka bhi aik weight, aik aik aik cheez le kar chalte hain to hum thak jaate hain kuch door ja kar ke.</w:t>
      </w:r>
    </w:p>
    <w:p>
      <w:pPr>
        <w:jc w:val="right"/>
      </w:pPr>
      <w:r>
        <w:t>یعنی کریٹر کو یہاں پر غلطی ہو گئی کیلکولیٹ کرنے میں کہ گریویٹی اتنی زیادہ رکھ دی کہ ہم دس پاؤنڈ کا بھی ایک ویٹ، ایک ایک ایک چیز لے کر چلتے ہیں تو ہم تھک جاتے ہیں کچھ دور جا کر کے۔</w:t>
      </w:r>
    </w:p>
    <w:p>
      <w:r>
        <w:rPr>
          <w:b/>
        </w:rPr>
        <w:t xml:space="preserve">[46:48] </w:t>
      </w:r>
      <w:r>
        <w:t>ab ye bilkul ahmaqana baat thi. is liye ke agar zameen ki gravity kam ho to hamari building hawa mein ure gi. ye hum jab chalenge sarak par to hum hawa mein uren ge, hamari carain nahi chal saken gi zameen par.</w:t>
      </w:r>
    </w:p>
    <w:p>
      <w:pPr>
        <w:jc w:val="right"/>
      </w:pPr>
      <w:r>
        <w:t>اب یہ بالکل احمقانہ بات تھی۔ اس لیے کہ اگر زمین کی گریویٹی کم ہو تو ہماری بلڈنگ ہوا میں اڑے گی۔ یہ ہم جب چلیں گے سڑک پر تو ہم ہوا میں اڑیں گے، ہماری کاریں نہیں چل سکیں گی زمین پر۔</w:t>
      </w:r>
    </w:p>
    <w:p>
      <w:r>
        <w:rPr>
          <w:b/>
        </w:rPr>
        <w:t xml:space="preserve">[47:01] </w:t>
      </w:r>
      <w:r>
        <w:t>ye gravity jo hai, aap jante hain ke neeche se gravity, ooper se hawa ka dabaao,</w:t>
      </w:r>
    </w:p>
    <w:p>
      <w:pPr>
        <w:jc w:val="right"/>
      </w:pPr>
      <w:r>
        <w:t>یہ گریویٹی جو ہے، آپ جانتے ہیں کہ نیچے سے گریویٹی، اوپر سے ہوا کا دباؤ،</w:t>
      </w:r>
    </w:p>
    <w:p>
      <w:r>
        <w:rPr>
          <w:b/>
        </w:rPr>
        <w:t xml:space="preserve">[47:09] </w:t>
      </w:r>
      <w:r>
        <w:t>yahi hai jo hum ko road par chalata hai, hamari caron ko dorata hai. aur yeh sab muntashir ho jaye, jaisay ke toofan mein woh patiyan muntashir ho jati hain.</w:t>
      </w:r>
    </w:p>
    <w:p>
      <w:pPr>
        <w:jc w:val="right"/>
      </w:pPr>
      <w:r>
        <w:t>یہی ہے جو ہم کو روڈ پر چلاتا ہے، ہماری کاروں کو دوڑاتا ہے۔ اور یہ سب منتشر ہو جائے، جیسے کہ طوفان میں وہ پتیاں منتشر ہو جاتی ہیں۔</w:t>
      </w:r>
    </w:p>
    <w:p>
      <w:r>
        <w:rPr>
          <w:b/>
        </w:rPr>
        <w:t xml:space="preserve">[47:23] </w:t>
      </w:r>
      <w:r>
        <w:t>to yeh aik is ridiculous baat thi. zameen ki jo gravity hai, jitni woh theek theek well calculated hai, na us se kam, na us se ziyada.</w:t>
      </w:r>
    </w:p>
    <w:p>
      <w:pPr>
        <w:jc w:val="right"/>
      </w:pPr>
      <w:r>
        <w:t>تو یہ ایک اس ریڈیکولس بات تھی۔ زمین کی جو گریویٹی ہے، جتنی وہ ٹھیک ٹھیک ویل کیلکولیٹڈ ہے، نہ اس سے کم، نہ اس سے زیادہ۔</w:t>
      </w:r>
    </w:p>
    <w:p>
      <w:r>
        <w:rPr>
          <w:b/>
        </w:rPr>
        <w:t xml:space="preserve">[47:36] </w:t>
      </w:r>
      <w:r>
        <w:t>to is tarah ki cheezein</w:t>
      </w:r>
    </w:p>
    <w:p>
      <w:pPr>
        <w:jc w:val="right"/>
      </w:pPr>
      <w:r>
        <w:t>تو اس طرح کی چیزیں</w:t>
      </w:r>
    </w:p>
    <w:p>
      <w:r>
        <w:rPr>
          <w:b/>
        </w:rPr>
        <w:t xml:space="preserve">[47:42] </w:t>
      </w:r>
      <w:r>
        <w:t>bohat si maine apni kitab mein jama ki hain.</w:t>
      </w:r>
    </w:p>
    <w:p>
      <w:pPr>
        <w:jc w:val="right"/>
      </w:pPr>
      <w:r>
        <w:t>بہت سی میں نے اپنی کتاب میں جمع کی ہیں۔</w:t>
      </w:r>
    </w:p>
    <w:p>
      <w:r>
        <w:rPr>
          <w:b/>
        </w:rPr>
        <w:t xml:space="preserve">[47:48] </w:t>
      </w:r>
      <w:r>
        <w:t>is kitab mein aur bhi kai kitabein hain, mislan Islam aur aqliyat waghera, aqliyat Islam waghera. to misal ke tor par is mein hum aik baat yeh, is zamanay mein aik waqia guzra, woh mein arz karoon aap ki khidmat mein.</w:t>
      </w:r>
    </w:p>
    <w:p>
      <w:pPr>
        <w:jc w:val="right"/>
      </w:pPr>
      <w:r>
        <w:t>اس کتاب میں اور بھی کئی کتابیں ہیں، مثلاً اسلام اور اقلیات وغیرہ، اقلیات اسلام وغیرہ۔ تو مثال کے طور پر اس میں ہم ایک بات یہ، اس زمانے میں ایک واقعہ گزرا، وہ میں عرض کروں آپ کی خدمت میں۔</w:t>
      </w:r>
    </w:p>
    <w:p>
      <w:r>
        <w:rPr>
          <w:b/>
        </w:rPr>
        <w:t xml:space="preserve">[48:06] </w:t>
      </w:r>
      <w:r>
        <w:t>jab mein kitab likh raha tha, "God Arise" wali kitab jab likh raha tha, mein to mein Adam Garh mein tha.</w:t>
      </w:r>
    </w:p>
    <w:p>
      <w:pPr>
        <w:jc w:val="right"/>
      </w:pPr>
      <w:r>
        <w:t>جب میں کتاب لکھ رہا تھا، "گاڈ ارائز" والی کتاب جب لکھ رہا تھا، میں تو میں آدم گڑھ میں تھا۔</w:t>
      </w:r>
    </w:p>
    <w:p>
      <w:r>
        <w:rPr>
          <w:b/>
        </w:rPr>
        <w:t xml:space="preserve">[48:14] </w:t>
      </w:r>
      <w:r>
        <w:t>to is zamanay mein jab mein yeh sab mutala kar raha tha to ajeeb mere par kaifiyat taari thi.</w:t>
      </w:r>
    </w:p>
    <w:p>
      <w:pPr>
        <w:jc w:val="right"/>
      </w:pPr>
      <w:r>
        <w:t>تو اس زمانے میں جب میں یہ سب مطالعہ کر رہا تھا تو عجیب میرے پر کیفیت طاری تھی۔</w:t>
      </w:r>
    </w:p>
    <w:p>
      <w:r>
        <w:rPr>
          <w:b/>
        </w:rPr>
        <w:t xml:space="preserve">[48:24] </w:t>
      </w:r>
      <w:r>
        <w:t>wahi kaifiyat jo aap parhein ge ke Colonel Irwin jab chand par gaya,</w:t>
      </w:r>
    </w:p>
    <w:p>
      <w:pPr>
        <w:jc w:val="right"/>
      </w:pPr>
      <w:r>
        <w:t>وہی کیفیت جو آپ پڑھیں گے کہ کرنل ایروین جب چاند پر گیا،</w:t>
      </w:r>
    </w:p>
    <w:p>
      <w:r>
        <w:rPr>
          <w:b/>
        </w:rPr>
        <w:t xml:space="preserve">[48:34] </w:t>
      </w:r>
      <w:r>
        <w:t>na ghaleban 1971 mein, Colonel Irwin, American astronomer, to us ne jab woh chand par gaya aur wahan par us ne dekha to zameen se aap chand ko samajhte hain ke woh bohat hi beautiful hai,</w:t>
      </w:r>
    </w:p>
    <w:p>
      <w:pPr>
        <w:jc w:val="right"/>
      </w:pPr>
      <w:r>
        <w:t>نہ غالباً 1971 میں، کلر ایروین، امریکن اسٹرانمرز، تو اس نے جب وہ چاند پر گیا اور وہاں پر اس نے دیکھا تو زمین سے آپ چاند کو سمجھتے ہیں کہ وہ بہت ہی بیوٹی فل ہے،</w:t>
      </w:r>
    </w:p>
    <w:p>
      <w:r>
        <w:rPr>
          <w:b/>
        </w:rPr>
        <w:t xml:space="preserve">[48:50] </w:t>
      </w:r>
      <w:r>
        <w:t>wahan par light hai, wahan par yeh hai, wahan par woh hai. lekin jab us chand par khara hua ja kar ke woh to wahan siwa chattan ke aur kuch nahi tha.</w:t>
      </w:r>
    </w:p>
    <w:p>
      <w:pPr>
        <w:jc w:val="right"/>
      </w:pPr>
      <w:r>
        <w:t>وہاں پر لائٹ ہے، وہاں پر یہ ہے، وہاں پر وہ ہے۔ لیکن جب اس چاند پر کھڑا ہوا جا کر کے وہ تو وہاں سوا چٹان کا اور کچھ نہیں تھا۔</w:t>
      </w:r>
    </w:p>
    <w:p>
      <w:r>
        <w:rPr>
          <w:b/>
        </w:rPr>
        <w:t xml:space="preserve">[49:02] </w:t>
      </w:r>
      <w:r>
        <w:t>chattan ke siwa aur kuch bhi nahi tha. rock,</w:t>
      </w:r>
    </w:p>
    <w:p>
      <w:pPr>
        <w:jc w:val="right"/>
      </w:pPr>
      <w:r>
        <w:t>چٹان کے سوا اور کچھ بھی نہیں تھا۔ راک،</w:t>
      </w:r>
    </w:p>
    <w:p>
      <w:r>
        <w:rPr>
          <w:b/>
        </w:rPr>
        <w:t xml:space="preserve">[49:08] </w:t>
      </w:r>
      <w:r>
        <w:t>na pani, na sabza, na light, kuch bhi nahi. aik bhayanak sannata.</w:t>
      </w:r>
    </w:p>
    <w:p>
      <w:pPr>
        <w:jc w:val="right"/>
      </w:pPr>
      <w:r>
        <w:t>نہ پانی، نہ سبزہ، نہ لائٹ، کچھ بھی نہیں۔ ایک بھیانک سناٹا۔</w:t>
      </w:r>
    </w:p>
    <w:p>
      <w:r>
        <w:rPr>
          <w:b/>
        </w:rPr>
        <w:t xml:space="preserve">[49:19] </w:t>
      </w:r>
      <w:r>
        <w:t>is alam mein jab us ne apna ko paya to woh wapas aanay ke baad us ne kaha tha ke "I felt the presence of God there".</w:t>
      </w:r>
    </w:p>
    <w:p>
      <w:pPr>
        <w:jc w:val="right"/>
      </w:pPr>
      <w:r>
        <w:t>اس عالم میں جب اس نے اپنا کو پایا تو وہ واپس آنے کے بعد اس نے کہا تھا کہ "آئی فیلٹ دا پریزنس آف گاڈ دیر"۔</w:t>
      </w:r>
    </w:p>
    <w:p>
      <w:r>
        <w:rPr>
          <w:b/>
        </w:rPr>
        <w:t xml:space="preserve">[49:35] </w:t>
      </w:r>
      <w:r>
        <w:t>"I felt the presence of God there". maine jab mein chand ke oopar tha to maine wahan Khuda ke, Khuda ki mojoodgi ka ka ehsas kiya.</w:t>
      </w:r>
    </w:p>
    <w:p>
      <w:pPr>
        <w:jc w:val="right"/>
      </w:pPr>
      <w:r>
        <w:t>"آئی فیلٹ دا پریزنس آف گاڈ دیر"۔ میں نے جب میں چاند کے اوپر تھا تو میں نے وہاں خدا کے، خدا کی موجودگی کا کا احساس کیا۔</w:t>
      </w:r>
    </w:p>
    <w:p>
      <w:r>
        <w:rPr>
          <w:b/>
        </w:rPr>
        <w:t xml:space="preserve">[49:44] </w:t>
      </w:r>
      <w:r>
        <w:t>to dekhiye kya baat hai, aadmi jab helpless ho jaye, akela par jaye, us ke source khatam ho jayein, us ki jawani khatam ho jaye, us ki beauty khatam ho jaye, us ka paisa khatam ho jaye to wahan par us help, us helplessness ki halat mein us ko discovery hoti hai God ki.</w:t>
      </w:r>
    </w:p>
    <w:p>
      <w:pPr>
        <w:jc w:val="right"/>
      </w:pPr>
      <w:r>
        <w:t>تو دیکھیے کیا بات ہے، آدمی جب ہیلپ لیس ہو جائے، اکیلا پڑ جائے، اس کے سورس ختم ہو جائیں، اس کی جوانی ختم ہو جائے، اس کی بیوٹی ختم ہو جائے، اس کا پیسہ ختم ہو جائے تو وہاں پر اس ہیلپ، اس ہیلپ لیسنس کی حالت میں اس کو ڈسکوری ہوتی ہے گاڈ کی۔</w:t>
      </w:r>
    </w:p>
    <w:p>
      <w:r>
        <w:rPr>
          <w:b/>
        </w:rPr>
        <w:t xml:space="preserve">[50:13] </w:t>
      </w:r>
      <w:r>
        <w:t>isi liye hadith mein aata hai ke "Ana indal munkasirat quloob". mein toote hue dilo ke paas hota hoon. jab tak insaan ke paas sahara ho, jab tak aainay mein us ka chehra apne ko bara beautiful chehra dikhai de to woh Khuda ko nahi yaad kar pata.</w:t>
      </w:r>
    </w:p>
    <w:p>
      <w:pPr>
        <w:jc w:val="right"/>
      </w:pPr>
      <w:r>
        <w:t>اسی لیے حدیث میں آتا ہے کہ "انا عند المنکثرت قلوب"۔ میں ٹوٹے ہوئے دلوں کے پاس ہوتا ہوں۔ جب تک انسان کے پاس سہارا ہو، جب تک آئینے میں اس کا چہرہ اپنے کو بڑا بیوٹی فل چہرہ دکھائی دے تو وہ خدا کو نہیں یاد کر پاتا۔</w:t>
      </w:r>
    </w:p>
    <w:p>
      <w:r>
        <w:rPr>
          <w:b/>
        </w:rPr>
        <w:t xml:space="preserve">[50:32] </w:t>
      </w:r>
      <w:r>
        <w:t>lekin jab woh boorha ho jata hai aur aaina batata hai ke tumhari beauty khatam ho chuki hai,</w:t>
      </w:r>
    </w:p>
    <w:p>
      <w:pPr>
        <w:jc w:val="right"/>
      </w:pPr>
      <w:r>
        <w:t>لیکن جب وہ بوڑھا ہو جاتا ہے اور آئینہ بتاتا ہے کہ تمہاری بیوٹی ختم ہو چکی ہے،</w:t>
      </w:r>
    </w:p>
    <w:p>
      <w:r>
        <w:rPr>
          <w:b/>
        </w:rPr>
        <w:t xml:space="preserve">[50:42] </w:t>
      </w:r>
      <w:r>
        <w:t>jab</w:t>
      </w:r>
    </w:p>
    <w:p>
      <w:pPr>
        <w:jc w:val="right"/>
      </w:pPr>
      <w:r>
        <w:t>جب</w:t>
      </w:r>
    </w:p>
    <w:p>
      <w:r>
        <w:rPr>
          <w:b/>
        </w:rPr>
        <w:t xml:space="preserve">[50:43] </w:t>
      </w:r>
      <w:r>
        <w:t>maal chala jata hai, jab business toot jata hai to helplessness ka jab us ko tajurba hota hai, us waqt us ko nazar aata hai ke Khuda hai.</w:t>
      </w:r>
    </w:p>
    <w:p>
      <w:pPr>
        <w:jc w:val="right"/>
      </w:pPr>
      <w:r>
        <w:t>مال چلا جاتا ہے، جب بزنس ٹوٹ جاتا ہے تو ہیلپ لیسنس کا جب اس کو تجربہ ہوتا ہے، اس وقت اس کو نظر آتا ہے کہ خدا ہے۔</w:t>
      </w:r>
    </w:p>
    <w:p>
      <w:r>
        <w:rPr>
          <w:b/>
        </w:rPr>
        <w:t xml:space="preserve">[50:55] </w:t>
      </w:r>
      <w:r>
        <w:t>matlab is ka arrogance khatam ho jata hai, sara ka sara. to us waqt woh us ko woh daryaft karta hai ke mere siwa koi Khuda hai jo taqaton wala hai.</w:t>
      </w:r>
    </w:p>
    <w:p>
      <w:pPr>
        <w:jc w:val="right"/>
      </w:pPr>
      <w:r>
        <w:t>مطلب اس کا اروگنس ختم ہو جاتا ہے، سارا کا سارا۔ تو اس وقت وہ اس کو وہ دریافت کرتا ہے کہ میرے سوا کوئی خدا ہے جو طاقتوں والا ہے۔</w:t>
      </w:r>
    </w:p>
    <w:p>
      <w:r>
        <w:rPr>
          <w:b/>
        </w:rPr>
        <w:t xml:space="preserve">[51:09] </w:t>
      </w:r>
      <w:r>
        <w:t>mein ajeez hoon, woh qadir hai.</w:t>
      </w:r>
    </w:p>
    <w:p>
      <w:pPr>
        <w:jc w:val="right"/>
      </w:pPr>
      <w:r>
        <w:t>میں عاجز ہوں، وہ قادر ہے۔</w:t>
      </w:r>
    </w:p>
    <w:p>
      <w:r>
        <w:rPr>
          <w:b/>
        </w:rPr>
        <w:t xml:space="preserve">[51:15] </w:t>
      </w:r>
      <w:r>
        <w:t>to yeh ehsas hua us ko wahan par chand par, Colonel Irwin ko ke us ne chand par Khuda ke presence ko mehsoos kiya.</w:t>
      </w:r>
    </w:p>
    <w:p>
      <w:pPr>
        <w:jc w:val="right"/>
      </w:pPr>
      <w:r>
        <w:t>تو یہ احساس ہوا اس کو وہاں پر چاند پر، کرنل ایروین کو کہ اس نے چاند پر خدا کے پریزنس کو محسوس کیا۔</w:t>
      </w:r>
    </w:p>
    <w:p>
      <w:r>
        <w:rPr>
          <w:b/>
        </w:rPr>
        <w:t xml:space="preserve">[51:30] </w:t>
      </w:r>
      <w:r>
        <w:t>to yeh mera haal hua tha is zamanay mein jab ke mein mutala kar raha tha, parh raha tha apni kitab ke silsilay mein, matter ikatha kar raha tha.</w:t>
      </w:r>
    </w:p>
    <w:p>
      <w:pPr>
        <w:jc w:val="right"/>
      </w:pPr>
      <w:r>
        <w:t>تو یہ میرا حال ہوا تھا اس زمانے میں جب کہ میں مطالعہ کر رہا تھا، پڑھ رہا تھا اپنی کتاب کے سلسلے میں، میٹر اکٹھا کر رہا تھا۔</w:t>
      </w:r>
    </w:p>
    <w:p>
      <w:r>
        <w:rPr>
          <w:b/>
        </w:rPr>
        <w:t xml:space="preserve">[51:42] </w:t>
      </w:r>
      <w:r>
        <w:t>to mujhe yaad hai ke mein Adam Garh mein tha to hamare paros mein aik sahib thay, un ka naam tha Shah Naseer Ahmed.</w:t>
      </w:r>
    </w:p>
    <w:p>
      <w:pPr>
        <w:jc w:val="right"/>
      </w:pPr>
      <w:r>
        <w:t>تو مجھے یاد ہے کہ میں آدم گڑھ میں تھا تو ہمارے پڑوس میں ایک صاحب تھے، ان کا نام تھا شاہ نصیر احمد۔</w:t>
      </w:r>
    </w:p>
    <w:p>
      <w:r>
        <w:rPr>
          <w:b/>
        </w:rPr>
        <w:t xml:space="preserve">[51:54] </w:t>
      </w:r>
      <w:r>
        <w:t>ab un ka intiqal ho chuka hai, woh hamare paros mein rehte thay. to Adam Garh mein mein tha, wahan par aik building hai, baqi manzil wahan par tha.</w:t>
      </w:r>
    </w:p>
    <w:p>
      <w:pPr>
        <w:jc w:val="right"/>
      </w:pPr>
      <w:r>
        <w:t>اب ان کا انتقال ہو چکا ہے، وہ ہمارے پڑوس میں رہتے تھے۔ تو آدم گڑھ میں میں تھا، وہاں پر ایک بلڈنگ ہے، باقی منزل وہاں پر تھا۔</w:t>
      </w:r>
    </w:p>
    <w:p>
      <w:r>
        <w:rPr>
          <w:b/>
        </w:rPr>
        <w:t xml:space="preserve">[52:04] </w:t>
      </w:r>
      <w:r>
        <w:t>mein to aik roz woh aaye, kabhi kabhi building kiraye karte thay woh.</w:t>
      </w:r>
    </w:p>
    <w:p>
      <w:pPr>
        <w:jc w:val="right"/>
      </w:pPr>
      <w:r>
        <w:t>میں تو ایک روز وہ آئے، کبھی کبھی بلڈنگ کرائے کرتے تھے وہ۔</w:t>
      </w:r>
    </w:p>
    <w:p>
      <w:r>
        <w:rPr>
          <w:b/>
        </w:rPr>
        <w:t xml:space="preserve">[52:11] </w:t>
      </w:r>
      <w:r>
        <w:t>to achaanak unhon ne mujh se aik sawal kiya.</w:t>
      </w:r>
    </w:p>
    <w:p>
      <w:pPr>
        <w:jc w:val="right"/>
      </w:pPr>
      <w:r>
        <w:t>تو اچانک انہوں نے مجھ سے ایک سوال کیا۔</w:t>
      </w:r>
    </w:p>
    <w:p>
      <w:r>
        <w:rPr>
          <w:b/>
        </w:rPr>
        <w:t xml:space="preserve">[52:18] </w:t>
      </w:r>
      <w:r>
        <w:t>achaanak unhon ne kaha ke kya insaan Khuda ko dekh sakta hai?</w:t>
      </w:r>
    </w:p>
    <w:p>
      <w:pPr>
        <w:jc w:val="right"/>
      </w:pPr>
      <w:r>
        <w:t>اچانک انہوں نے کہا کہ کیا انسان خدا کو دیکھ سکتا ہے؟</w:t>
      </w:r>
    </w:p>
    <w:p>
      <w:r>
        <w:rPr>
          <w:b/>
        </w:rPr>
        <w:t xml:space="preserve">[52:29] </w:t>
      </w:r>
      <w:r>
        <w:t>achaanak hi, abrapatli, kya insaan Khuda ko dekh sakta hai?</w:t>
      </w:r>
    </w:p>
    <w:p>
      <w:pPr>
        <w:jc w:val="right"/>
      </w:pPr>
      <w:r>
        <w:t>اچانک ہی، ابرپٹلی، کیا انسان خدا کو دیکھ سکتا ہے؟</w:t>
      </w:r>
    </w:p>
    <w:p>
      <w:r>
        <w:rPr>
          <w:b/>
        </w:rPr>
        <w:t xml:space="preserve">[52:37] </w:t>
      </w:r>
      <w:r>
        <w:t>to jab unhon ne yeh kaha to meri zubaan se bhi achaanak nikla</w:t>
      </w:r>
    </w:p>
    <w:p>
      <w:pPr>
        <w:jc w:val="right"/>
      </w:pPr>
      <w:r>
        <w:t>تو جب انہوں نے یہ کہا تو میری زبان سے بھی اچانک نکلا</w:t>
      </w:r>
    </w:p>
    <w:p>
      <w:r>
        <w:rPr>
          <w:b/>
        </w:rPr>
        <w:t xml:space="preserve">[52:45] </w:t>
      </w:r>
      <w:r>
        <w:t>ke aap ne abhi tak Khuda ko nahi dekha?</w:t>
      </w:r>
    </w:p>
    <w:p>
      <w:pPr>
        <w:jc w:val="right"/>
      </w:pPr>
      <w:r>
        <w:t>کہ آپ نے ابھی تک خدا کو نہیں دیکھا؟</w:t>
      </w:r>
    </w:p>
    <w:p>
      <w:r>
        <w:rPr>
          <w:b/>
        </w:rPr>
        <w:t xml:space="preserve">[52:51] </w:t>
      </w:r>
      <w:r>
        <w:t>kya aap ne abhi tak Khuda ko nahi dekha? is waqt jo mein study kar raha tha, is history mein apne aap, yani Khuda ke presence ka 24 ghante mujhe ehsaas rehta tha.</w:t>
      </w:r>
    </w:p>
    <w:p>
      <w:pPr>
        <w:jc w:val="right"/>
      </w:pPr>
      <w:r>
        <w:t>کیا آپ نے ابھی تک خدا کو نہیں دیکھا؟ اس وقت جو میں اسٹڈی کر رہا تھا، اس ہسٹری میں اپنے آپ، یعنی خدا کے پریزنس کا 24 گھنٹے مجھے احساس رہتا تھا۔</w:t>
      </w:r>
    </w:p>
    <w:p>
      <w:r>
        <w:rPr>
          <w:b/>
        </w:rPr>
        <w:t xml:space="preserve">[53:06] </w:t>
      </w:r>
      <w:r>
        <w:t>chaaron taraf mujhe Khuda dikhai deta tha.</w:t>
      </w:r>
    </w:p>
    <w:p>
      <w:pPr>
        <w:jc w:val="right"/>
      </w:pPr>
      <w:r>
        <w:t>چاروں طرف مجھے خدا دکھائی دیتا تھا۔</w:t>
      </w:r>
    </w:p>
    <w:p>
      <w:r>
        <w:rPr>
          <w:b/>
        </w:rPr>
        <w:t xml:space="preserve">[53:13] </w:t>
      </w:r>
      <w:r>
        <w:t>peR ki pattiyon se le kar solar system tak, stars tak, har taraf Khudaai Khuda dikhai paRta tha.</w:t>
      </w:r>
    </w:p>
    <w:p>
      <w:pPr>
        <w:jc w:val="right"/>
      </w:pPr>
      <w:r>
        <w:t>پیڑ کی پتیوں سے لے کر سولر سسٹم تک، اسٹارز تک، ہر طرف خدائی خدا دکھائی پڑتا تھا۔</w:t>
      </w:r>
    </w:p>
    <w:p>
      <w:r>
        <w:rPr>
          <w:b/>
        </w:rPr>
        <w:t xml:space="preserve">[53:23] </w:t>
      </w:r>
      <w:r>
        <w:t>to is kaifiyat mein, is aalam mein meri zubaan se nikla ke aap ne abhi tak Khuda ko dekha nahi?</w:t>
      </w:r>
    </w:p>
    <w:p>
      <w:pPr>
        <w:jc w:val="right"/>
      </w:pPr>
      <w:r>
        <w:t>تو اس کیفیت میں، اس عالم میں میری زبان سے نکلا کہ آپ نے ابھی تک خدا کو دیکھا نہیں؟</w:t>
      </w:r>
    </w:p>
    <w:p>
      <w:r>
        <w:rPr>
          <w:b/>
        </w:rPr>
        <w:t xml:space="preserve">[53:33] </w:t>
      </w:r>
      <w:r>
        <w:t>ke Khuda to yeh kya dikhai de raha hai</w:t>
      </w:r>
    </w:p>
    <w:p>
      <w:pPr>
        <w:jc w:val="right"/>
      </w:pPr>
      <w:r>
        <w:t>کہ خدا تو یہ کیا دکھائی دے رہا ہے</w:t>
      </w:r>
    </w:p>
    <w:p>
      <w:r>
        <w:rPr>
          <w:b/>
        </w:rPr>
        <w:t xml:space="preserve">[53:35] </w:t>
      </w:r>
      <w:r>
        <w:t>? kya hum ne, hamare saamne hai? aap kaise blind hain ke aap ko Khuda dikhai nahi de raha hai?</w:t>
      </w:r>
    </w:p>
    <w:p>
      <w:pPr>
        <w:jc w:val="right"/>
      </w:pPr>
      <w:r>
        <w:t>؟ کیا ہم نے، ہمارے سامنے ہے؟ آپ کیسے بلائنڈ ہیں کہ آپ کو خدا دکھائی نہیں دے رہا ہے؟</w:t>
      </w:r>
    </w:p>
    <w:p>
      <w:r>
        <w:rPr>
          <w:b/>
        </w:rPr>
        <w:t xml:space="preserve">[53:46] </w:t>
      </w:r>
      <w:r>
        <w:t>yeh baat dekhiye, koi sha'ari nahi thi.</w:t>
      </w:r>
    </w:p>
    <w:p>
      <w:pPr>
        <w:jc w:val="right"/>
      </w:pPr>
      <w:r>
        <w:t>یہ بات دیکھیے، کوئی شعاری نہیں تھی۔</w:t>
      </w:r>
    </w:p>
    <w:p>
      <w:r>
        <w:rPr>
          <w:b/>
        </w:rPr>
        <w:t xml:space="preserve">[53:52] </w:t>
      </w:r>
      <w:r>
        <w:t>is kitaab ke likhne ke baad aik aur bohat bari discovery hui jis ko mein ne likha apni doosri kitaab mein.</w:t>
      </w:r>
    </w:p>
    <w:p>
      <w:pPr>
        <w:jc w:val="right"/>
      </w:pPr>
      <w:r>
        <w:t>اس کتاب کے لکھنے کے بعد ایک اور بہت بڑی ڈسکوری ہوئی جس کو میں نے لکھا اپنی دوسری کتاب میں۔</w:t>
      </w:r>
    </w:p>
    <w:p>
      <w:r>
        <w:rPr>
          <w:b/>
        </w:rPr>
        <w:t xml:space="preserve">[53:59] </w:t>
      </w:r>
      <w:r>
        <w:t>jab mein yeh kitaab likh raha tha, "God Arises", tab woh discovery abhi ibtidaai marhale mein thi. woh hai Big Bang theory.</w:t>
      </w:r>
    </w:p>
    <w:p>
      <w:pPr>
        <w:jc w:val="right"/>
      </w:pPr>
      <w:r>
        <w:t>جب میں یہ کتاب لکھ رہا تھا، "گاڈ ارائزز"، تب وہ ڈسکوری ابھی ابتدائی مرحلے میں تھی۔ وہ ہے بگ بینگ تھیوری۔</w:t>
      </w:r>
    </w:p>
    <w:p>
      <w:r>
        <w:rPr>
          <w:b/>
        </w:rPr>
        <w:t xml:space="preserve">[54:10] </w:t>
      </w:r>
      <w:r>
        <w:t>to 1919, 1927 mein is ka pehla clue mila tha scientist ko. 1927 mein Big Bang theory ka.</w:t>
      </w:r>
    </w:p>
    <w:p>
      <w:pPr>
        <w:jc w:val="right"/>
      </w:pPr>
      <w:r>
        <w:t>تو 1919، 1927 میں اس کا پہلا کلو ملا تھا سائنٹسٹ کو۔ 1927 میں بگ بینگ تھیوری کا۔</w:t>
      </w:r>
    </w:p>
    <w:p>
      <w:r>
        <w:rPr>
          <w:b/>
        </w:rPr>
        <w:t xml:space="preserve">[54:24] </w:t>
      </w:r>
      <w:r>
        <w:t>phir is par research hoti rahi, hoti rahi, hoti rahi, yahan tak ke 1989 mein aik bohat bara waqea hua. is ke baad yeh theory establish ho gayi.</w:t>
      </w:r>
    </w:p>
    <w:p>
      <w:pPr>
        <w:jc w:val="right"/>
      </w:pPr>
      <w:r>
        <w:t>پھر اس پر ریسرچ ہوتی رہی، ہوتی رہی، ہوتی رہی، یہاں تک کہ 1989 میں ایک بہت بڑا واقعہ ہوا۔ اس کے بعد یہ تھیوری اسٹیبلش ہو گئی۔</w:t>
      </w:r>
    </w:p>
    <w:p>
      <w:r>
        <w:rPr>
          <w:b/>
        </w:rPr>
        <w:t xml:space="preserve">[54:36] </w:t>
      </w:r>
      <w:r>
        <w:t>1989 mein America ne aik aik rocket bheja space mein jo bohat ooper ja kar ke, yani zameen se koi saade paanch sau mile ooper ja kar ke, us ne photo liya.</w:t>
      </w:r>
    </w:p>
    <w:p>
      <w:pPr>
        <w:jc w:val="right"/>
      </w:pPr>
      <w:r>
        <w:t>1989 میں امریکہ نے ایک ایک راکٹ بھیجا اسپیس میں جو بہت اوپر جا کر کے، یعنی زمین سے کوئی ساڑھے پانچ سو میل اوپر جا کر کے، اس نے فوٹو لیا۔</w:t>
      </w:r>
    </w:p>
    <w:p>
      <w:r>
        <w:rPr>
          <w:b/>
        </w:rPr>
        <w:t xml:space="preserve">[54:55] </w:t>
      </w:r>
      <w:r>
        <w:t>asal mein aap jante hain ke zameen ke ooper, zameen ke, zameen se hum jab photo lete hain to hum space ka to bohat saaf photo nahi le paate.</w:t>
      </w:r>
    </w:p>
    <w:p>
      <w:pPr>
        <w:jc w:val="right"/>
      </w:pPr>
      <w:r>
        <w:t>اصل میں آپ جانتے ہیں کہ زمین کے اوپر، زمین کے، زمین سے ہم جب فوٹو لیتے ہیں تو ہم اسپیس کا تو بہت صاف فوٹو نہیں لے پاتے۔</w:t>
      </w:r>
    </w:p>
    <w:p>
      <w:r>
        <w:rPr>
          <w:b/>
        </w:rPr>
        <w:t xml:space="preserve">[55:09] </w:t>
      </w:r>
      <w:r>
        <w:t>kyun? pollution, faza jo hai, faza ka jo pollution hai, woh rukawat ban jata hai.</w:t>
      </w:r>
    </w:p>
    <w:p>
      <w:pPr>
        <w:jc w:val="right"/>
      </w:pPr>
      <w:r>
        <w:t>کیوں؟ پولیوشن، فضا جو ہے، فضا کا جو پولیوشن ہے، وہ رکاوٹ بن جاتا ہے۔</w:t>
      </w:r>
    </w:p>
    <w:p>
      <w:r>
        <w:rPr>
          <w:b/>
        </w:rPr>
        <w:t xml:space="preserve">[55:21] </w:t>
      </w:r>
      <w:r>
        <w:t>yani yeh pollution jo industrial pollution hai, is ke siwa bhi jo zameen ke ooper hai, particle hain aur hawa hai, gases hain.</w:t>
      </w:r>
    </w:p>
    <w:p>
      <w:pPr>
        <w:jc w:val="right"/>
      </w:pPr>
      <w:r>
        <w:t>یعنی یہ پولیوشن جو انڈسٹریل پولیوشن ہے، اس کے سوا بھی جو زمین کے اوپر ہے، پارٹیکل ہیں اور ہوا ہے، گیسز ہیں۔</w:t>
      </w:r>
    </w:p>
    <w:p>
      <w:r>
        <w:rPr>
          <w:b/>
        </w:rPr>
        <w:t xml:space="preserve">[55:33] </w:t>
      </w:r>
      <w:r>
        <w:t>to is wajah se rocket ko ooper bheja jata hai taake space se woh photo le. zameen se photo lene ke bajaye space se photo le to bilkul clear photo aata hai wahan se aa kar.</w:t>
      </w:r>
    </w:p>
    <w:p>
      <w:pPr>
        <w:jc w:val="right"/>
      </w:pPr>
      <w:r>
        <w:t>تو اس وجہ سے راکٹ کو اوپر بھیجا جاتا ہے تاکہ اسپیس سے وہ فوٹو لے۔ زمین سے فوٹو لینے کے بجائے اسپیس سے فوٹو لے تو بالکل کلیئر فوٹو آتا ہے وہاں سے آ کر۔</w:t>
      </w:r>
    </w:p>
    <w:p>
      <w:r>
        <w:rPr>
          <w:b/>
        </w:rPr>
        <w:t xml:space="preserve">[55:48] </w:t>
      </w:r>
      <w:r>
        <w:t>isi liye bheja gaya tha woh,</w:t>
      </w:r>
    </w:p>
    <w:p>
      <w:pPr>
        <w:jc w:val="right"/>
      </w:pPr>
      <w:r>
        <w:t>اسی لیے بھیجا گیا تھا وہ،</w:t>
      </w:r>
    </w:p>
    <w:p>
      <w:r>
        <w:rPr>
          <w:b/>
        </w:rPr>
        <w:t xml:space="preserve">[55:51] </w:t>
      </w:r>
      <w:r>
        <w:t>bohat kaafi kharch kar ke. to kai attempt hui thi, aakhir kaar aik aik pohncha ooper, us ne photo liye.</w:t>
      </w:r>
    </w:p>
    <w:p>
      <w:pPr>
        <w:jc w:val="right"/>
      </w:pPr>
      <w:r>
        <w:t>بہت کافی خرچ کر کے۔ تو کئی اٹیمپٹ ہوئی تھی، آخر کار ایک ایک پہنچا اوپر، اس نے فوٹو لیے۔</w:t>
      </w:r>
    </w:p>
    <w:p>
      <w:r>
        <w:rPr>
          <w:b/>
        </w:rPr>
        <w:t xml:space="preserve">[56:00] </w:t>
      </w:r>
      <w:r>
        <w:t>to</w:t>
      </w:r>
    </w:p>
    <w:p>
      <w:pPr>
        <w:jc w:val="right"/>
      </w:pPr>
      <w:r>
        <w:t>تو</w:t>
      </w:r>
    </w:p>
    <w:p>
      <w:r>
        <w:rPr>
          <w:b/>
        </w:rPr>
        <w:t xml:space="preserve">[56:02] </w:t>
      </w:r>
      <w:r>
        <w:t>outer space ka photo lena tha is is rocket ke mein jo telescope lagaya gaya tha us mein aur jo us mein camera lage hue the, un ko space ke outer side ka photo lena tha taake big bang theory ki woh ho sake jankari aur zyada.</w:t>
      </w:r>
    </w:p>
    <w:p>
      <w:pPr>
        <w:jc w:val="right"/>
      </w:pPr>
      <w:r>
        <w:t>آؤٹر اسپیس کا فوٹو لینا تھا اس اس راکٹ کے میں جو ٹیلیسکوپ لگایا گیا تھا اس میں اور جو اس میں کیمرے لگے ہوئے تھے، ان کو اسپیس کے آؤٹر سائیڈ کا فوٹو لینا تھا تاکہ بگ بینگ تھیوری کی وہ ہو سکے جانکاری اور زیادہ۔</w:t>
      </w:r>
    </w:p>
    <w:p>
      <w:r>
        <w:rPr>
          <w:b/>
        </w:rPr>
        <w:t xml:space="preserve">[56:23] </w:t>
      </w:r>
      <w:r>
        <w:t>toh ek hairat anghez baat hui ke jo photo liya rocket ne, jab us ki study ki scientiston ne toh unhon ne paya paya ke</w:t>
      </w:r>
    </w:p>
    <w:p>
      <w:pPr>
        <w:jc w:val="right"/>
      </w:pPr>
      <w:r>
        <w:t>تو ایک حیرت انگیز بات ہوئی کہ جو فوٹو لیا راکٹ نے، جب اس کی اسٹڈی کی سائنٹسٹوں نے تو انہوں نے پایا پایا کہ</w:t>
      </w:r>
    </w:p>
    <w:p>
      <w:r>
        <w:rPr>
          <w:b/>
        </w:rPr>
        <w:t xml:space="preserve">[56:38] </w:t>
      </w:r>
      <w:r>
        <w:t>15 billion light, 15 billion light year ke upar jo jo universe ka upri jo layer hai, upri jo hissa hai, wahan par ripples hain,</w:t>
      </w:r>
    </w:p>
    <w:p>
      <w:pPr>
        <w:jc w:val="right"/>
      </w:pPr>
      <w:r>
        <w:t>15 بلین لائٹ، 15 بلین لائٹ ایئر کے اوپر جو جو یونیورس کا اوپری جو لیئر ہے، اوپری جو حصہ ہے، وہاں پر ریپلز ہیں،</w:t>
      </w:r>
    </w:p>
    <w:p>
      <w:r>
        <w:rPr>
          <w:b/>
        </w:rPr>
        <w:t xml:space="preserve">[56:52] </w:t>
      </w:r>
      <w:r>
        <w:t>lehrein, lehrein, rip ripples.</w:t>
      </w:r>
    </w:p>
    <w:p>
      <w:pPr>
        <w:jc w:val="right"/>
      </w:pPr>
      <w:r>
        <w:t>لہریں، لہریں، لپ ریپلز۔</w:t>
      </w:r>
    </w:p>
    <w:p>
      <w:r>
        <w:rPr>
          <w:b/>
        </w:rPr>
        <w:t xml:space="preserve">[56:58] </w:t>
      </w:r>
      <w:r>
        <w:t>toh is ki jab study ki gayi toh woh kya tha? Woh jo residue tha ya us ka isi ka ek nish tha big bang ke waqeye ka ke big bang ka waqea hua hai universe mein.</w:t>
      </w:r>
    </w:p>
    <w:p>
      <w:pPr>
        <w:jc w:val="right"/>
      </w:pPr>
      <w:r>
        <w:t>تو اس کی جب اسٹڈی کی گئی تو وہ کیا تھا؟ وہ جو ریزیڈیو تھا یا اس کا اسی کا ایک نقش تھا بگ بینگ کے واقعے کا کہ بگ بینگ کا واقعہ ہوا ہے یونیورس میں۔</w:t>
      </w:r>
    </w:p>
    <w:p>
      <w:r>
        <w:rPr>
          <w:b/>
        </w:rPr>
        <w:t xml:space="preserve">[57:17] </w:t>
      </w:r>
      <w:r>
        <w:t>is ko aakhri proof mil gaya in ripples mein.</w:t>
      </w:r>
    </w:p>
    <w:p>
      <w:pPr>
        <w:jc w:val="right"/>
      </w:pPr>
      <w:r>
        <w:t>اس کو آخری پروف مل گیا ان ریپلز میں۔</w:t>
      </w:r>
    </w:p>
    <w:p>
      <w:r>
        <w:rPr>
          <w:b/>
        </w:rPr>
        <w:t xml:space="preserve">[57:22] </w:t>
      </w:r>
      <w:r>
        <w:t>toh ek scientist ne, Los Angeles ke ek ek professor ne, science ke professor ne kaha tha is ko dekhne ke baad, is photo ko dekhne ke baad, woh jo dekha us ne photo jo rockets ke mein lagi hui telescope ne se jo liya gaya tha,</w:t>
      </w:r>
    </w:p>
    <w:p>
      <w:pPr>
        <w:jc w:val="right"/>
      </w:pPr>
      <w:r>
        <w:t>تو ایک سائنٹسٹ نے، لاس اینجلس کے ایک ایک پروفیسر نے، سائنس کے پروفیسر نے کہا تھا اس کو دیکھنے کے بعد، اس فوٹو کو دیکھنے کے بعد، وہ جو دیکھا اس نے فوٹو جو راکٹس کے میں لگی ہوئی ٹیلیسکوپ نے سے جو لیا گیا تھا،</w:t>
      </w:r>
    </w:p>
    <w:p>
      <w:r>
        <w:rPr>
          <w:b/>
        </w:rPr>
        <w:t xml:space="preserve">[57:41] </w:t>
      </w:r>
      <w:r>
        <w:t>toh us ne kaha ke "these ripples are no less than the handwriting of God".</w:t>
      </w:r>
    </w:p>
    <w:p>
      <w:pPr>
        <w:jc w:val="right"/>
      </w:pPr>
      <w:r>
        <w:t>تو اس نے کہا کہ "دیز ریپلز آر نو لیس دین دا ہینڈ رائٹنگ آف گاڈ"۔</w:t>
      </w:r>
    </w:p>
    <w:p>
      <w:r>
        <w:rPr>
          <w:b/>
        </w:rPr>
        <w:t xml:space="preserve">[57:51] </w:t>
      </w:r>
      <w:r>
        <w:t>kya is ki ajeeb baat hai? Yeh jo lehrein hain, yeh toh Khuda ki handwriting hai. "these ripples are no less than the handwriting of God".</w:t>
      </w:r>
    </w:p>
    <w:p>
      <w:pPr>
        <w:jc w:val="right"/>
      </w:pPr>
      <w:r>
        <w:t>کیا اس کی عجیب بات ہے؟ یہ جو لہریں ہیں، یہ تو خدا کی ہینڈ رائٹنگ ہے۔ "دیز ریپلز آر نو لیس دین دا ہینڈ رائٹنگ آف گاڈ"۔</w:t>
      </w:r>
    </w:p>
    <w:p>
      <w:r>
        <w:rPr>
          <w:b/>
        </w:rPr>
        <w:t xml:space="preserve">[58:12] </w:t>
      </w:r>
      <w:r>
        <w:t>yeh baat jo hai ab se chaudah sau saal pehle Quran mein batai ja chuki thi.</w:t>
      </w:r>
    </w:p>
    <w:p>
      <w:pPr>
        <w:jc w:val="right"/>
      </w:pPr>
      <w:r>
        <w:t>یہ بات جو ہے اب سے چودہ سو سال پہلے قرآن میں بتائی جا چکی تھی۔</w:t>
      </w:r>
    </w:p>
    <w:p>
      <w:r>
        <w:rPr>
          <w:b/>
        </w:rPr>
        <w:t xml:space="preserve">[58:21] </w:t>
      </w:r>
      <w:r>
        <w:t>yeh hairat anghez baat hai. Quran mein likhi ek ayat hai: "inna al-samawati wal-arḍa kānatā ratqan fa-fataqnāhumā".</w:t>
      </w:r>
    </w:p>
    <w:p>
      <w:pPr>
        <w:jc w:val="right"/>
      </w:pPr>
      <w:r>
        <w:t>یہ حیرت انگیز بات ہے۔ قرآن میں لکھی ایک آیت ہے: "إن السماوات والارض كانت رتقا ففتقناهم"۔</w:t>
      </w:r>
    </w:p>
    <w:p>
      <w:r>
        <w:rPr>
          <w:b/>
        </w:rPr>
        <w:t xml:space="preserve">[58:35] </w:t>
      </w:r>
      <w:r>
        <w:t>zameen aur aasman ratq ki halat mein the, ratq ke state mein the. Phir hum ne fateh kar diya un ka. Dekhein, ratq ka matlab kya hota hai?</w:t>
      </w:r>
    </w:p>
    <w:p>
      <w:pPr>
        <w:jc w:val="right"/>
      </w:pPr>
      <w:r>
        <w:t>زمین اور آسمان رتق کی حالت میں تھے، رتق کے اسٹیٹ میں تھے۔ پھر ہم نے فتح کر دیا ان کا۔ دیکھیں، رتق کا مطلب کیا ہوتا ہے؟</w:t>
      </w:r>
    </w:p>
    <w:p>
      <w:r>
        <w:rPr>
          <w:b/>
        </w:rPr>
        <w:t xml:space="preserve">[58:48] </w:t>
      </w:r>
      <w:r>
        <w:t>ratq ka matlab hota hai aapas mein juda hua, mila hua. Yani is ko kehte hain arabi mein "munzama al-ajzaa".</w:t>
      </w:r>
    </w:p>
    <w:p>
      <w:pPr>
        <w:jc w:val="right"/>
      </w:pPr>
      <w:r>
        <w:t>رتق کا مطلب ہوتا ہے آپس میں جڑا ہوا، ملا ہوا۔ یعنی اس کو کہتے ہیں عربی میں "منزم الاجزاء"۔</w:t>
      </w:r>
    </w:p>
    <w:p>
      <w:r>
        <w:rPr>
          <w:b/>
        </w:rPr>
        <w:t xml:space="preserve">[58:58] </w:t>
      </w:r>
      <w:r>
        <w:t>is liye dono haath ki ungliyan hain, ab yeh alag alag hain. Agar hum aise kar dein ke yeh ratq hua, yeh ratq hua toh zameen o aasman yani poori universe ka jo mass tha, mass M A double S, woh is tarah tha, ratq ki halat mein,</w:t>
      </w:r>
    </w:p>
    <w:p>
      <w:pPr>
        <w:jc w:val="right"/>
      </w:pPr>
      <w:r>
        <w:t>اس لیے دونوں ہاتھ کی انگلیاں ہیں، اب یہ الگ الگ ہیں۔ اگر ہم ایسے کر دیں کہ یہ رتق ہوا، یہ رتق ہوا تو زمین و آسمان یعنی پوری یونیورس کا جو ماس تھا، ماس ایم اے ڈبل ایس، وہ اس طرح تھا، رتق کی حالت میں،</w:t>
      </w:r>
    </w:p>
    <w:p>
      <w:r>
        <w:rPr>
          <w:b/>
        </w:rPr>
        <w:t xml:space="preserve">[59:19] </w:t>
      </w:r>
      <w:r>
        <w:t>munzama al-ajzaa, juda hua aapas mein, compact tha bilkul. Phir hum ne fateh kar diya, phir is ko khol diya.</w:t>
      </w:r>
    </w:p>
    <w:p>
      <w:pPr>
        <w:jc w:val="right"/>
      </w:pPr>
      <w:r>
        <w:t>منزم الاجزاء، جڑا ہوا آپس میں، کمپیکٹ تھا بالکل۔ پھر ہم نے فتح کر دیا، پھر اس کو کھول دیا۔</w:t>
      </w:r>
    </w:p>
    <w:p>
      <w:r>
        <w:rPr>
          <w:b/>
        </w:rPr>
        <w:t xml:space="preserve">[59:30] </w:t>
      </w:r>
      <w:r>
        <w:t>toh scientist yeh kehte hain, is ka sach poochhein toh 1927 mein jo mein ne kaha, sab se pehla jo clue mila tha woh yeh tha ke yeh pata chala ke kainaat expand kar rahi hai.</w:t>
      </w:r>
    </w:p>
    <w:p>
      <w:pPr>
        <w:jc w:val="right"/>
      </w:pPr>
      <w:r>
        <w:t>تو سائنس دان یہ کہتے ہیں، اس کا سچ پوچھیں تو 1927 میں جو میں نے کہا، سب سے پہلا جو کلو ملا تھا وہ یہ تھا کہ یہ پتہ چلا کہ کائنات سے ایکسپینڈ کر رہی ہے۔</w:t>
      </w:r>
    </w:p>
    <w:p>
      <w:r>
        <w:rPr>
          <w:b/>
        </w:rPr>
        <w:t xml:space="preserve">[59:45] </w:t>
      </w:r>
      <w:r>
        <w:t>"the evidence of God in an expanding universe".</w:t>
      </w:r>
    </w:p>
    <w:p>
      <w:pPr>
        <w:jc w:val="right"/>
      </w:pPr>
      <w:r>
        <w:t>اسی لیے ایک کتاب چھپی ہے: "دا ایویڈنس آف گاڈ ان این ایکسپینڈنگ یونیورس"۔</w:t>
      </w:r>
    </w:p>
    <w:p>
      <w:r>
        <w:rPr>
          <w:b/>
        </w:rPr>
        <w:t xml:space="preserve">[59:53] </w:t>
      </w:r>
      <w:r>
        <w:t>"the evidence of God in an expanding universe". Toh scientist, scientist logon ko yeh pata chala ke ke universe expand kar rahi hai, phail rahi hai.</w:t>
      </w:r>
    </w:p>
    <w:p>
      <w:pPr>
        <w:jc w:val="right"/>
      </w:pPr>
      <w:r>
        <w:t>"دا ایویڈنس آف گاڈ ان این ایکسپینڈنگ یونیورس"۔ تو سائنٹسٹ، سائنٹسٹ لوگوں کو یہ پتہ چلا کہ کہ یونیورس ایکسپینڈ کر رہی ہے، پھیل رہی ہے۔</w:t>
      </w:r>
    </w:p>
    <w:p>
      <w:r>
        <w:rPr>
          <w:b/>
        </w:rPr>
        <w:t xml:space="preserve">[1:00:08] </w:t>
      </w:r>
      <w:r>
        <w:t>ab jaise ghubara phail raha ho is tarah, toh jo koi phail rahi ho toh us ko kabhi woh simti hui thi.</w:t>
      </w:r>
    </w:p>
    <w:p>
      <w:pPr>
        <w:jc w:val="right"/>
      </w:pPr>
      <w:r>
        <w:t>اب جیسے غبارہ پھیل رہا ہو اس طرح، تو جو کوئی پھیل رہی ہو تو اس کو کبھی وہ سمٹی ہوئی تھی۔</w:t>
      </w:r>
    </w:p>
    <w:p>
      <w:r>
        <w:rPr>
          <w:b/>
        </w:rPr>
        <w:t xml:space="preserve">[1:00:17] </w:t>
      </w:r>
      <w:r>
        <w:t>agar simti hui na ho toh phailay gi kaise? Woh yani ghubara kabhi simta hua tha toh phir phailne laga. Woh</w:t>
      </w:r>
    </w:p>
    <w:p>
      <w:pPr>
        <w:jc w:val="right"/>
      </w:pPr>
      <w:r>
        <w:t>اگر سمٹی ہوئی نہ ہو تو پھیلے گی کیسے؟ وہ یعنی غبارہ کبھی سمٹا ہوا تھا تو پھر پھیلنے لگا۔ وہ</w:t>
      </w:r>
    </w:p>
    <w:p>
      <w:r>
        <w:rPr>
          <w:b/>
        </w:rPr>
        <w:t xml:space="preserve">[1:00:27] </w:t>
      </w:r>
      <w:r>
        <w:t>is se pata chala ke kainaat mein, universe mein expansion ka amal hua hai.</w:t>
      </w:r>
    </w:p>
    <w:p>
      <w:pPr>
        <w:jc w:val="right"/>
      </w:pPr>
      <w:r>
        <w:t>اس سے پتہ چلا کہ کائنات میں، یونیورس میں ایکسپینشن کا عمل ہوا ہے۔</w:t>
      </w:r>
    </w:p>
    <w:p>
      <w:r>
        <w:rPr>
          <w:b/>
        </w:rPr>
        <w:t xml:space="preserve">[1:00:37] </w:t>
      </w:r>
      <w:r>
        <w:t>yani kabhi universe simti hui thi, compact halat mein thi, phir is mein expansion hua. Isi ko kehte hain big bang theory.</w:t>
      </w:r>
    </w:p>
    <w:p>
      <w:pPr>
        <w:jc w:val="right"/>
      </w:pPr>
      <w:r>
        <w:t>یعنی کبھی یونیورس سمٹی ہوئی تھی، کمپیکٹ حالت میں تھی، پھر اس میں ایکسپینشن ہوا۔ اسی کو کہتے ہیں بگ بینگ تھیوری۔</w:t>
      </w:r>
    </w:p>
    <w:p>
      <w:r>
        <w:rPr>
          <w:b/>
        </w:rPr>
        <w:t xml:space="preserve">[1:00:50] </w:t>
      </w:r>
      <w:r>
        <w:t>toh yeh maana gaya ke ek cosmic ball tha pehle, saara particle jo aaj universe mein hai, saare ke saare particle is cosmic ball mein the.</w:t>
      </w:r>
    </w:p>
    <w:p>
      <w:pPr>
        <w:jc w:val="right"/>
      </w:pPr>
      <w:r>
        <w:t>تو یہ مانا گیا کہ ایک کاسمک بال تھا پہلے، سارا پارٹیکل جو آج یونیورس میں ہے، سارے کے سارے پارٹیکل اس کاسمک بال میں تھے۔</w:t>
      </w:r>
    </w:p>
    <w:p>
      <w:r>
        <w:rPr>
          <w:b/>
        </w:rPr>
        <w:t xml:space="preserve">[1:01:03] </w:t>
      </w:r>
      <w:r>
        <w:t>phir un mein explosion hua aur woh particle phailne lage saari universe mein, space mein. Toh phail kar ke phir woh star bane, planet bane, solar system bana, Earth bani, star bana.</w:t>
      </w:r>
    </w:p>
    <w:p>
      <w:pPr>
        <w:jc w:val="right"/>
      </w:pPr>
      <w:r>
        <w:t>پھر ان میں ایکسپلوژن ہوا اور وہ پارٹیکل پھیلنے لگے ساری یونیورس میں، اسپیس میں۔ تو پھیل کر کے پھر وہ اسٹار بنے، پلینٹ بنے، سولر سسٹم بنا، ارتھ بنی، اسٹار بنا۔</w:t>
      </w:r>
    </w:p>
    <w:p>
      <w:r>
        <w:rPr>
          <w:b/>
        </w:rPr>
        <w:t xml:space="preserve">[1:01:18] </w:t>
      </w:r>
      <w:r>
        <w:t>toh cosmic ball mein expansion hona kaise mumkin hua? Is mein ek ek ek intervention hona chahiye.</w:t>
      </w:r>
    </w:p>
    <w:p>
      <w:pPr>
        <w:jc w:val="right"/>
      </w:pPr>
      <w:r>
        <w:t>تو کاسمک بال میں ایکسپینشن ہونا کیسے ممکن ہوا؟ اس میں ایک ایک ایک انٹروین کرنا ہونا چاہیے۔</w:t>
      </w:r>
    </w:p>
    <w:p>
      <w:r>
        <w:rPr>
          <w:b/>
        </w:rPr>
        <w:t xml:space="preserve">[1:01:29] </w:t>
      </w:r>
      <w:r>
        <w:t>agar koi intarven na kare to expansion nahi ho sakta. jaise aap dekhiye ke do magnet, north pole aur south pole, jure hue hote hain.</w:t>
      </w:r>
    </w:p>
    <w:p>
      <w:pPr>
        <w:jc w:val="right"/>
      </w:pPr>
      <w:r>
        <w:t>اگر کوئی انٹروین نہ کرے تو ایکسپینشن نہیں ہو سکتا۔ جیسے آپ دیکھیے کہ دو میگنیٹ، نارتھ پول اور ساؤتھ پول، جڑے ہوئے ہوتے ہیں۔</w:t>
      </w:r>
    </w:p>
    <w:p>
      <w:r>
        <w:rPr>
          <w:b/>
        </w:rPr>
        <w:t xml:space="preserve">[1:01:42] </w:t>
      </w:r>
      <w:r>
        <w:t>jab jab tak aap hath se kheench kar alag na karein, alag nahi honge, wo wo jure rahenge. wo to ye jo compact halat mein tha, cosmic ball, jab tak is mein bahar se koi intarven na kare, is mein expansion nahi ho sakta.</w:t>
      </w:r>
    </w:p>
    <w:p>
      <w:pPr>
        <w:jc w:val="right"/>
      </w:pPr>
      <w:r>
        <w:t>جب جب تک آپ ہاتھ سے کھینچ کر الگ نہ کریں، الگ نہیں ہوں گے، وہ وہ جڑے رہیں گے۔ وہ تو یہ جو کمپیکٹ حالت میں تھا، کاسمک بال، جب تک اس میں باہر سے کوئی انٹروین نہ کرے، اس میں ایکسپینشن نہیں ہو سکتا۔</w:t>
      </w:r>
    </w:p>
    <w:p>
      <w:r>
        <w:rPr>
          <w:b/>
        </w:rPr>
        <w:t xml:space="preserve">[1:01:59] </w:t>
      </w:r>
      <w:r>
        <w:t>ye hai cosmic, ye hai big bang theory, aur ye quran mein likha hua tha ke ye waqea jo hai hua aur is se poori universe bani.</w:t>
      </w:r>
    </w:p>
    <w:p>
      <w:pPr>
        <w:jc w:val="right"/>
      </w:pPr>
      <w:r>
        <w:t>یہ ہے کاسمک، یہ ہے بگ بینگ تھیوری، اور یہ قرآن میں لکھا ہوا تھا کہ یہ واقعہ جو ہے ہوا اور اس سے پوری یونیورس بنی۔</w:t>
      </w:r>
    </w:p>
    <w:p>
      <w:r>
        <w:rPr>
          <w:b/>
        </w:rPr>
        <w:t xml:space="preserve">[1:02:19] </w:t>
      </w:r>
      <w:r>
        <w:t>bahut pehle ki baat hai, ek jagah log behas kar rahe the,</w:t>
      </w:r>
    </w:p>
    <w:p>
      <w:pPr>
        <w:jc w:val="right"/>
      </w:pPr>
      <w:r>
        <w:t>بہت پہلے کی بات ہے، ایک جگہ لوگ بحث کر رہے تھے،</w:t>
      </w:r>
    </w:p>
    <w:p>
      <w:r>
        <w:rPr>
          <w:b/>
        </w:rPr>
        <w:t xml:space="preserve">[1:02:26] </w:t>
      </w:r>
      <w:r>
        <w:t>discuss kar rahe the ke kya khuda hai? kuch log kehte the khuda hai, kuch kehte the khuda nahi hai.</w:t>
      </w:r>
    </w:p>
    <w:p>
      <w:pPr>
        <w:jc w:val="right"/>
      </w:pPr>
      <w:r>
        <w:t>ڈسکس کر رہے تھے کہ کیا خدا ہے؟ کچھ لوگ کہتے تھے خدا ہے، کچھ کہتے تھے خدا نہیں ہے۔</w:t>
      </w:r>
    </w:p>
    <w:p>
      <w:r>
        <w:rPr>
          <w:b/>
        </w:rPr>
        <w:t xml:space="preserve">[1:02:36] </w:t>
      </w:r>
      <w:r>
        <w:t>to khuda ke existence par wo behas kar rahe the, koi baat tay nahi ho pa rahi thi.</w:t>
      </w:r>
    </w:p>
    <w:p>
      <w:pPr>
        <w:jc w:val="right"/>
      </w:pPr>
      <w:r>
        <w:t>تو خدا کے ایگزسٹنس پر وہ بحث کر رہے تھے، کوئی بات طے نہیں ہو پا رہی تھی۔</w:t>
      </w:r>
    </w:p>
    <w:p>
      <w:r>
        <w:rPr>
          <w:b/>
        </w:rPr>
        <w:t xml:space="preserve">[1:02:50] </w:t>
      </w:r>
      <w:r>
        <w:t>aakhir mein ye naujawan log the, aakhir mein ek naujawan ne ek suggestion diya.</w:t>
      </w:r>
    </w:p>
    <w:p>
      <w:pPr>
        <w:jc w:val="right"/>
      </w:pPr>
      <w:r>
        <w:t>آخر میں یہ نوجوان لوگ تھے، آخر میں ایک نوجوان نے ایک سجیشن دیا۔</w:t>
      </w:r>
    </w:p>
    <w:p>
      <w:r>
        <w:rPr>
          <w:b/>
        </w:rPr>
        <w:t xml:space="preserve">[1:03:02] </w:t>
      </w:r>
      <w:r>
        <w:t>us ne kaha ke hamari basti ke falan masjid mein ek boodhe buzurg rehte hain, un ko bulao, wo is ka kuch solution nikalenge.</w:t>
      </w:r>
    </w:p>
    <w:p>
      <w:pPr>
        <w:jc w:val="right"/>
      </w:pPr>
      <w:r>
        <w:t>اس نے کہا کہ ہماری بستی کے فلاں مسجد میں ایک بوڑھے بزرگ رہتے ہیں، ان کو بلاؤ، وہ اس کا کچھ سولیوشن نکالیں گے۔</w:t>
      </w:r>
    </w:p>
    <w:p>
      <w:r>
        <w:rPr>
          <w:b/>
        </w:rPr>
        <w:t xml:space="preserve">[1:03:19] </w:t>
      </w:r>
      <w:r>
        <w:t>to un se ja kar kaha gaya ke kuch log is par behas kar rahe hain ke khuda hai ke nahi hai, shakk kar rahe hain khuda ke existence par,</w:t>
      </w:r>
    </w:p>
    <w:p>
      <w:pPr>
        <w:jc w:val="right"/>
      </w:pPr>
      <w:r>
        <w:t>تو ان سے جا کر کہا گیا کہ کچھ لوگ اس پر بحث کر رہے ہیں کہ خدا ہے کہ نہیں ہے، شک کر رہے ہیں خدا کے ایگزسٹنس پر،</w:t>
      </w:r>
    </w:p>
    <w:p>
      <w:r>
        <w:rPr>
          <w:b/>
        </w:rPr>
        <w:t xml:space="preserve">[1:03:35] </w:t>
      </w:r>
      <w:r>
        <w:t>yani "they are doubtful about the existence of god".</w:t>
      </w:r>
    </w:p>
    <w:p>
      <w:pPr>
        <w:jc w:val="right"/>
      </w:pPr>
      <w:r>
        <w:t>یعنی "دے آر ڈاؤٹ فل اباؤٹ دا ایگزسٹنس آف گاڈ"۔</w:t>
      </w:r>
    </w:p>
    <w:p>
      <w:r>
        <w:rPr>
          <w:b/>
        </w:rPr>
        <w:t xml:space="preserve">[1:03:41] </w:t>
      </w:r>
      <w:r>
        <w:t>to wo masjid se aaye aur jahan wo log baithe hue the, wahan pohnche.</w:t>
      </w:r>
    </w:p>
    <w:p>
      <w:pPr>
        <w:jc w:val="right"/>
      </w:pPr>
      <w:r>
        <w:t>تو وہ مسجد سے آئے اور جہاں وہ لوگ بیٹھے ہوئے تھے، وہاں پہنچے۔</w:t>
      </w:r>
    </w:p>
    <w:p>
      <w:r>
        <w:rPr>
          <w:b/>
        </w:rPr>
        <w:t xml:space="preserve">[1:03:52] </w:t>
      </w:r>
      <w:r>
        <w:t>khade ho kar unhone sirf ek quran ki ek ayat padhi aur wapas chale gaye.</w:t>
      </w:r>
    </w:p>
    <w:p>
      <w:pPr>
        <w:jc w:val="right"/>
      </w:pPr>
      <w:r>
        <w:t>کھڑے ہو کر انہوں نے صرف ایک قرآن کی ایک آیت پڑھی اور واپس چلے گئے۔</w:t>
      </w:r>
    </w:p>
    <w:p>
      <w:r>
        <w:rPr>
          <w:b/>
        </w:rPr>
        <w:t xml:space="preserve">[1:04:05] </w:t>
      </w:r>
      <w:r>
        <w:t>unhone bismillah rahman rahim padh kar quran ki ayat padhi: "afla shakka fatir al-samawati wal-ard".</w:t>
      </w:r>
    </w:p>
    <w:p>
      <w:pPr>
        <w:jc w:val="right"/>
      </w:pPr>
      <w:r>
        <w:t>انہوں نے بسم اللہ الرحمن الرحیم پڑھ کر قرآن کی آیت پڑھی: "افلا شک فاطر السماوات والارض"۔</w:t>
      </w:r>
    </w:p>
    <w:p>
      <w:r>
        <w:rPr>
          <w:b/>
        </w:rPr>
        <w:t xml:space="preserve">[1:04:20] </w:t>
      </w:r>
      <w:r>
        <w:t>kya tum ko shakk hai khuda ke bare mein jo fatir hai universe ka? bas chale gaye.</w:t>
      </w:r>
    </w:p>
    <w:p>
      <w:pPr>
        <w:jc w:val="right"/>
      </w:pPr>
      <w:r>
        <w:t>کیا تم کو شک ہے خدا کے بارے میں جو فاطر ہے یونیورس کا؟ بس چلے گئے۔</w:t>
      </w:r>
    </w:p>
    <w:p>
      <w:r>
        <w:rPr>
          <w:b/>
        </w:rPr>
        <w:t xml:space="preserve">[1:04:31] </w:t>
      </w:r>
      <w:r>
        <w:t>us waqt jab ke ye baat hai pre-science period ki, pre-scientific period ki, to unhone jis yaqeen se kaha, us se wo wo wo log mutmaeen ho gaye aur chale gaye.</w:t>
      </w:r>
    </w:p>
    <w:p>
      <w:pPr>
        <w:jc w:val="right"/>
      </w:pPr>
      <w:r>
        <w:t>اس وقت جب کہ یہ بات ہے پری سائنس پیریڈ کی، پری سائنٹیفک پیریڈ کی، تو انہوں نے جس یقین سے کہا، اس سے وہ وہ وہ لوگ مطمئن ہو گئے اور چلے گئے۔</w:t>
      </w:r>
    </w:p>
    <w:p>
      <w:r>
        <w:rPr>
          <w:b/>
        </w:rPr>
        <w:t xml:space="preserve">[1:04:48] </w:t>
      </w:r>
      <w:r>
        <w:t>lekin post-scientific period mein is tarah ka andaaz logon ko satisfy nahi kar sakta.</w:t>
      </w:r>
    </w:p>
    <w:p>
      <w:pPr>
        <w:jc w:val="right"/>
      </w:pPr>
      <w:r>
        <w:t>لیکن پوسٹ سائنٹیفک پیریڈ میں اس طرح کا انداز لوگوں کو سیٹسفائی نہیں کر سکتا۔</w:t>
      </w:r>
    </w:p>
    <w:p>
      <w:r>
        <w:rPr>
          <w:b/>
        </w:rPr>
        <w:t xml:space="preserve">[1:05:01] </w:t>
      </w:r>
      <w:r>
        <w:t>lekin isi ayat mein wo maujood tha, wo yani isi ayat hi mein wo cheez hi maujood thi jo post-scientific aalim bhi logon ko mutmaeen kare.</w:t>
      </w:r>
    </w:p>
    <w:p>
      <w:pPr>
        <w:jc w:val="right"/>
      </w:pPr>
      <w:r>
        <w:t>لیکن اسی آیت میں وہ موجود تھا، وہ یعنی اسی آیت ہی میں وہ چیز ہی موجود تھی جو پوسٹ سائنٹیفک کرام بھی لوگوں کو مطمئن کرے۔</w:t>
      </w:r>
    </w:p>
    <w:p>
      <w:r>
        <w:rPr>
          <w:b/>
        </w:rPr>
        <w:t xml:space="preserve">[1:05:13] </w:t>
      </w:r>
      <w:r>
        <w:t>dekhiye, ayat hai: "afla shakka fatir al-samawati wal-ard". kya tum ko doubt hai khuda ke bare mein jo universe ka fatir hai?</w:t>
      </w:r>
    </w:p>
    <w:p>
      <w:pPr>
        <w:jc w:val="right"/>
      </w:pPr>
      <w:r>
        <w:t>دیکھیے، آیت ہے: "کیا فی اللہ شک فاطر السماوات والارض"۔ کیا تم کو ڈاؤٹ ہے خدا کے بارے میں جو یونیورس کا فاطر ہے؟</w:t>
      </w:r>
    </w:p>
    <w:p>
      <w:r>
        <w:rPr>
          <w:b/>
        </w:rPr>
        <w:t xml:space="preserve">[1:05:27] </w:t>
      </w:r>
      <w:r>
        <w:t>f-a-t-i-r, fatir.</w:t>
      </w:r>
    </w:p>
    <w:p>
      <w:pPr>
        <w:jc w:val="right"/>
      </w:pPr>
      <w:r>
        <w:t>ایف اے ٹی آئی آر، فاطر۔</w:t>
      </w:r>
    </w:p>
    <w:p>
      <w:r>
        <w:rPr>
          <w:b/>
        </w:rPr>
        <w:t xml:space="preserve">[1:05:32] </w:t>
      </w:r>
      <w:r>
        <w:t>to sare log is ka translate karte hain: "paida karne wala".</w:t>
      </w:r>
    </w:p>
    <w:p>
      <w:pPr>
        <w:jc w:val="right"/>
      </w:pPr>
      <w:r>
        <w:t>تو سارے لوگ اس کا ٹرانسلیٹ کرتے ہیں: "پیدا کرنے والا"۔</w:t>
      </w:r>
    </w:p>
    <w:p>
      <w:r>
        <w:rPr>
          <w:b/>
        </w:rPr>
        <w:t xml:space="preserve">[1:05:41] </w:t>
      </w:r>
      <w:r>
        <w:t>yani kya tum</w:t>
      </w:r>
    </w:p>
    <w:p>
      <w:pPr>
        <w:jc w:val="right"/>
      </w:pPr>
      <w:r>
        <w:t>یعنی کیا تم</w:t>
      </w:r>
    </w:p>
    <w:p>
      <w:r>
        <w:rPr>
          <w:b/>
        </w:rPr>
        <w:t xml:space="preserve">[1:05:45] </w:t>
      </w:r>
      <w:r>
        <w:t>to paida karne wala ke sath translate karte hain? yani kya tum shakk karte ho paida karne wale khuda par? halanke fatir ke mane paida karne nahi hote, fatir ke mane paida karna nahi hota hai.</w:t>
      </w:r>
    </w:p>
    <w:p>
      <w:pPr>
        <w:jc w:val="right"/>
      </w:pPr>
      <w:r>
        <w:t>تو پیدا کرنے والا کے ساتھ ٹرانسلیٹ کرتے ہیں؟ یعنی کیا تم شک کرتے ہو پیدا کرنے والے خدا پر؟ حالانکہ فاطر کے معنی پیدا کرنے نہیں ہوتے، فاطر کے معنی پیدا کرنا نہیں ہوتا ہے۔</w:t>
      </w:r>
    </w:p>
    <w:p>
      <w:r>
        <w:rPr>
          <w:b/>
        </w:rPr>
        <w:t xml:space="preserve">[1:06:02] </w:t>
      </w:r>
      <w:r>
        <w:t>fatir ke mane hote hain arabic language mein "phadne wala", "phadne wala"</w:t>
      </w:r>
    </w:p>
    <w:p>
      <w:pPr>
        <w:jc w:val="right"/>
      </w:pPr>
      <w:r>
        <w:t>فاطر کے معنی ہوتے ہیں عربک لینگویج میں "پھاڑنے والا"، "پھاڑنے والا"</w:t>
      </w:r>
    </w:p>
    <w:p>
      <w:r>
        <w:rPr>
          <w:b/>
        </w:rPr>
        <w:t xml:space="preserve">[1:06:13] </w:t>
      </w:r>
      <w:r>
        <w:t>yani split karne wala. to is ka literal translation ye hoga ke kya tum ko shakk hai us khuda par jis ne zameen o asman ko phada?</w:t>
      </w:r>
    </w:p>
    <w:p>
      <w:pPr>
        <w:jc w:val="right"/>
      </w:pPr>
      <w:r>
        <w:t>یعنی سپلٹ کرنے والا۔ تو اس کا لٹرل ٹرانسلیشن یہ ہوگا کہ کیا تم کو شک ہے اس خدا پر جس نے زمین و آسمان کو پھاڑا؟</w:t>
      </w:r>
    </w:p>
    <w:p>
      <w:r>
        <w:rPr>
          <w:b/>
        </w:rPr>
        <w:t xml:space="preserve">[1:06:26] </w:t>
      </w:r>
      <w:r>
        <w:t>ab chunke koi samajh mein nahi aata tha logon ke ke phada kya matlab ho sakta hai pehle zamane mein,</w:t>
      </w:r>
    </w:p>
    <w:p>
      <w:pPr>
        <w:jc w:val="right"/>
      </w:pPr>
      <w:r>
        <w:t>اب چونکہ کوئی سمجھ میں نہیں آتا تھا لوگوں کے کہ پھاڑا کیا مطلب ہو سکتا ہے پہلے زمانے میں،</w:t>
      </w:r>
    </w:p>
    <w:p>
      <w:r>
        <w:rPr>
          <w:b/>
        </w:rPr>
        <w:t xml:space="preserve">[1:06:34] </w:t>
      </w:r>
      <w:r>
        <w:t>yani pre scientific verage, is ko main keh raha hoon, ya</w:t>
      </w:r>
    </w:p>
    <w:p>
      <w:pPr>
        <w:jc w:val="right"/>
      </w:pPr>
      <w:r>
        <w:t>یعنی پری سائنٹیفک ویریج، اس کو میں کہہ رہا ہوں، یا</w:t>
      </w:r>
    </w:p>
    <w:p>
      <w:r>
        <w:rPr>
          <w:b/>
        </w:rPr>
        <w:t xml:space="preserve">[1:06:42] </w:t>
      </w:r>
      <w:r>
        <w:t>big bang theory ke samne aane se pehle kisi ko yeh pata nahi tha ke pharna kya cheez hai, zameen o asman ko pharna kya hai.</w:t>
      </w:r>
    </w:p>
    <w:p>
      <w:pPr>
        <w:jc w:val="right"/>
      </w:pPr>
      <w:r>
        <w:t>بگ بینگ تھیوری کے سامنے آنے سے پہلے کسی کو یہ پتہ نہیں تھا کہ پھاڑنا کیا چیز ہے، زمین و آسمان کو پھاڑنا کیا ہے۔</w:t>
      </w:r>
    </w:p>
    <w:p>
      <w:r>
        <w:rPr>
          <w:b/>
        </w:rPr>
        <w:t xml:space="preserve">[1:06:53] </w:t>
      </w:r>
      <w:r>
        <w:t>to chounke yeh samajh mein nahi aata tha in ke ke fatir ke mani pharne wala lein, to unhon ne keh diya ke paida karne wala.</w:t>
      </w:r>
    </w:p>
    <w:p>
      <w:pPr>
        <w:jc w:val="right"/>
      </w:pPr>
      <w:r>
        <w:t>تو چونکہ یہ سمجھ میں نہیں آتا تھا ان کے کہ فاطر کے معنی پھاڑنے والا لیں، تو انہوں نے کہہ دیا کہ پیدا کرنے والا۔</w:t>
      </w:r>
    </w:p>
    <w:p>
      <w:r>
        <w:rPr>
          <w:b/>
        </w:rPr>
        <w:t xml:space="preserve">[1:07:04] </w:t>
      </w:r>
      <w:r>
        <w:t>halanke woh tarjuma sahi nahi tha, woh translation jo hai ghalat tha. woh</w:t>
      </w:r>
    </w:p>
    <w:p>
      <w:pPr>
        <w:jc w:val="right"/>
      </w:pPr>
      <w:r>
        <w:t>حالانکہ وہ ترجمہ صحیح نہیں تھا، وہ ٹرانسلیشن جو ہے غلط تھا۔ وہ</w:t>
      </w:r>
    </w:p>
    <w:p>
      <w:r>
        <w:rPr>
          <w:b/>
        </w:rPr>
        <w:t xml:space="preserve">[1:07:11] </w:t>
      </w:r>
      <w:r>
        <w:t>ab dekhiye, aap jab ke big bang theory samne aa chuki hai aur jaisa ke maine arz kiya ke sare universe ke sare hi particle ek super atom mein maujood the,</w:t>
      </w:r>
    </w:p>
    <w:p>
      <w:pPr>
        <w:jc w:val="right"/>
      </w:pPr>
      <w:r>
        <w:t>اب دیکھیے، آپ جب کہ بگ بینگ تھیوری سامنے آ چکی ہے اور جیسا کہ میں نے عرض کیا کہ سارے یونیورس کے سارے ہی پارٹیکل ایک سپر ایٹم میں موجود تھے،</w:t>
      </w:r>
    </w:p>
    <w:p>
      <w:r>
        <w:rPr>
          <w:b/>
        </w:rPr>
        <w:t xml:space="preserve">[1:07:29] </w:t>
      </w:r>
      <w:r>
        <w:t>main yeh yeh scene jo hai maine dekha hai wahan washington mein, wahan ke aaj is mein planetarium mein,</w:t>
      </w:r>
    </w:p>
    <w:p>
      <w:pPr>
        <w:jc w:val="right"/>
      </w:pPr>
      <w:r>
        <w:t>میں یہ یہ سین جو ہے میں نے دیکھا ہے وہاں واشنگٹن میں، وہاں کے آج اس میں پلینیٹیریم میں،</w:t>
      </w:r>
    </w:p>
    <w:p>
      <w:r>
        <w:rPr>
          <w:b/>
        </w:rPr>
        <w:t xml:space="preserve">[1:07:39] </w:t>
      </w:r>
      <w:r>
        <w:t>aaj washington mein bohat bara planetarium hai, is mein is ko dikhaya jata hai. to wahan bethe hue the, achank ek dam andhera ho gaya planetarium mein aur phir samne ek bohat bara ball samne aya, wohi jo cosmic ball,</w:t>
      </w:r>
    </w:p>
    <w:p>
      <w:pPr>
        <w:jc w:val="right"/>
      </w:pPr>
      <w:r>
        <w:t>آج واشنگٹن میں بہت بڑا پلینیٹیریم ہے، اس میں اس کو دکھایا جاتا ہے۔ تو وہاں بیٹھے ہوئے تھے، اچانک ایک دم اندھیرا ہو گیا پلینیٹیریم میں اور پھر سامنے ایک بہت بڑا بال سامنے آیا، وہی جو کاسمک بال،</w:t>
      </w:r>
    </w:p>
    <w:p>
      <w:r>
        <w:rPr>
          <w:b/>
        </w:rPr>
        <w:t xml:space="preserve">[1:08:01] </w:t>
      </w:r>
      <w:r>
        <w:t>woh move karne laga space mein.</w:t>
      </w:r>
    </w:p>
    <w:p>
      <w:pPr>
        <w:jc w:val="right"/>
      </w:pPr>
      <w:r>
        <w:t>وہ موو کرنے لگا اسپیس میں۔</w:t>
      </w:r>
    </w:p>
    <w:p>
      <w:r>
        <w:rPr>
          <w:b/>
        </w:rPr>
        <w:t xml:space="preserve">[1:08:05] </w:t>
      </w:r>
      <w:r>
        <w:t>phir achank is mein explosion hua aur sare particle is ke bikhar gaye. woh particle jo aapas mein jure hue the, woh bikhar kar ke idhar udhar phail gaye.</w:t>
      </w:r>
    </w:p>
    <w:p>
      <w:pPr>
        <w:jc w:val="right"/>
      </w:pPr>
      <w:r>
        <w:t>پھر اچانک اس میں ایکسپلوژن ہوا اور سارے پارٹیکل اس کے بکھر گئے۔ وہ پارٹیکل جو آپس میں جڑے ہوئے تھے، وہ بکھر کر کے ادھر ادھر پھیل گئے۔</w:t>
      </w:r>
    </w:p>
    <w:p>
      <w:r>
        <w:rPr>
          <w:b/>
        </w:rPr>
        <w:t xml:space="preserve">[1:08:17] </w:t>
      </w:r>
      <w:r>
        <w:t>phir hum ne dekha ke wahan par star ban rahe hain, planet ban rahe hain, galaxy ban rahi hai, solar system ban raha hai, earth ban rahi hai. to yeh woh log dikhate hain planetarium mein jo ab scientifically establish ho chuka hai.</w:t>
      </w:r>
    </w:p>
    <w:p>
      <w:pPr>
        <w:jc w:val="right"/>
      </w:pPr>
      <w:r>
        <w:t>پھر ہم نے دیکھا کہ وہاں پر اسٹار بن رہے ہیں، پلینٹ بن رہے ہیں، گلیکسی بن رہی ہے، سولر سسٹم بن رہا ہے، ارتھ بن رہی ہے۔ تو یہ وہ لوگ دکھاتے ہیں پلینیٹیریم میں جو اب سائنٹیفیکلی اسٹیبلش ہو چکا ہے۔</w:t>
      </w:r>
    </w:p>
    <w:p>
      <w:r>
        <w:rPr>
          <w:b/>
        </w:rPr>
        <w:t xml:space="preserve">[1:08:34] </w:t>
      </w:r>
      <w:r>
        <w:t>ab aap dekhiye ke is se maloom hota hai ke zameen jo shuru hui ya ya universe jo shuru hui, 15 billion saal pehle, is mein kai woh hain, koi kehta hai ke 15 billion, koi kehta hai 23 billion, koi kehta hai 10 billion.</w:t>
      </w:r>
    </w:p>
    <w:p>
      <w:pPr>
        <w:jc w:val="right"/>
      </w:pPr>
      <w:r>
        <w:t>اب آپ دیکھیے کہ اس سے معلوم ہوتا ہے کہ زمین جو شروع ہوئی یا یا یونیورس جو شروع ہوئی، 15 بلین سال پہلے، اس میں کئی وہ ہیں، کوئی کہتا ہے کہ 15 بلین، کوئی کہتا ہے 23 بلین، کوئی کہتا ہے 10 بلین۔</w:t>
      </w:r>
    </w:p>
    <w:p>
      <w:r>
        <w:rPr>
          <w:b/>
        </w:rPr>
        <w:t xml:space="preserve">[1:08:54] </w:t>
      </w:r>
      <w:r>
        <w:t>behral yeh koi pakki baat nahi hai ke 15 billion hi ho. bilkul baat yeh hai ke bohat billion saal pehle zameen jab shuru hui to us waqt ek explosion hua,</w:t>
      </w:r>
    </w:p>
    <w:p>
      <w:pPr>
        <w:jc w:val="right"/>
      </w:pPr>
      <w:r>
        <w:t>بہرحال یہ کوئی پکی بات نہیں ہے کہ 15 بلین ہی ہو۔ بالکل بات یہ ہے کہ بہت بلین سال پہلے زمین جب شروع ہوئی تو اس وقت ایک ایکسپلوژن ہوا،</w:t>
      </w:r>
    </w:p>
    <w:p>
      <w:r>
        <w:rPr>
          <w:b/>
        </w:rPr>
        <w:t xml:space="preserve">[1:09:09] </w:t>
      </w:r>
      <w:r>
        <w:t>wohi fatir ka amal hua, fitra ka amal hua. yani jo quran mein hai ke kya tum ko shakk hai is khuda par jo zameen ko pharne wala hai?</w:t>
      </w:r>
    </w:p>
    <w:p>
      <w:pPr>
        <w:jc w:val="right"/>
      </w:pPr>
      <w:r>
        <w:t>وہی فاطر کا عمل ہوا، فطرہ کا عمل ہوا۔ یعنی جو قرآن میں ہے کہ کیا تم کو شک ہے اس خدا پر جو زمین کو پھاڑنے والا ہے؟</w:t>
      </w:r>
    </w:p>
    <w:p>
      <w:r>
        <w:rPr>
          <w:b/>
        </w:rPr>
        <w:t xml:space="preserve">[1:09:20] </w:t>
      </w:r>
      <w:r>
        <w:t>to is ko yun kahein ke kya tum ko shakk hai is zameen, is is khuda par jis ne cosmic ball ko phar kar yeh universe banai?</w:t>
      </w:r>
    </w:p>
    <w:p>
      <w:pPr>
        <w:jc w:val="right"/>
      </w:pPr>
      <w:r>
        <w:t>تو اس کو یوں کہیں کہ کیا تم کو شک ہے اس زمین، اس اس خدا پر جس نے کاسمک بال کو پھاڑ کر یہ یونیورس بنائی؟</w:t>
      </w:r>
    </w:p>
    <w:p>
      <w:r>
        <w:rPr>
          <w:b/>
        </w:rPr>
        <w:t xml:space="preserve">[1:09:31] </w:t>
      </w:r>
      <w:r>
        <w:t>to yeh jo argument tha, yeh khud quran mein maujood tha, lekin woh buzurg chounke jante nahi the, us waqt tak yeh big bang theory samne aayi nahi thi.</w:t>
      </w:r>
    </w:p>
    <w:p>
      <w:pPr>
        <w:jc w:val="right"/>
      </w:pPr>
      <w:r>
        <w:t>تو یہ جو ارگیومنٹ تھا، یہ خود قرآن میں موجود تھا، لیکن وہ بزرگ چونکہ جانتے نہیں تھے، اس وقت تک یہ بگ بینگ تھیوری سامنے آئی نہیں تھی۔</w:t>
      </w:r>
    </w:p>
    <w:p>
      <w:r>
        <w:rPr>
          <w:b/>
        </w:rPr>
        <w:t xml:space="preserve">[1:09:43] </w:t>
      </w:r>
      <w:r>
        <w:t>to unhon ne sirf yeh kiya ke is ko parh diya. dekhein, yeh koi sadah baat nahi hai.</w:t>
      </w:r>
    </w:p>
    <w:p>
      <w:pPr>
        <w:jc w:val="right"/>
      </w:pPr>
      <w:r>
        <w:t>تو انہوں نے صرف یہ کیا کہ اس کو پڑھ دیا۔ دیکھیں، یہ کوئی سادہ بات نہیں ہے۔</w:t>
      </w:r>
    </w:p>
    <w:p>
      <w:r>
        <w:rPr>
          <w:b/>
        </w:rPr>
        <w:t xml:space="preserve">[1:09:50] </w:t>
      </w:r>
      <w:r>
        <w:t>yani khuda ne koi karishma nahi dikhaya hai. khuda ne sach poochein to hum logon ke liye, yani jo dawat ka kaam karna chahte hain, un ke liye naya hathiyar diya hai, scientific hathiyar.</w:t>
      </w:r>
    </w:p>
    <w:p>
      <w:pPr>
        <w:jc w:val="right"/>
      </w:pPr>
      <w:r>
        <w:t>یعنی خدا نے کوئی کرشمہ نہیں دکھایا ہے۔ خدا نے سچ پوچھیں تو ہم لوگوں کے لیے، یعنی جو دعوت کا کام کرنا چاہتے ہیں، ان کے لیے نیا ہتھیار دیا ہے، سائنٹیفک ہتھیار۔</w:t>
      </w:r>
    </w:p>
    <w:p>
      <w:r>
        <w:rPr>
          <w:b/>
        </w:rPr>
        <w:t xml:space="preserve">[1:10:11] </w:t>
      </w:r>
      <w:r>
        <w:t>jaise yun samajh lijiye ke koi koi military kahin lad rahi ho, us ke paas sirf</w:t>
      </w:r>
    </w:p>
    <w:p>
      <w:pPr>
        <w:jc w:val="right"/>
      </w:pPr>
      <w:r>
        <w:t>جیسے یوں سمجھ لیجئے کہ کوئی کوئی ملٹری کہیں لڑ رہی ہو، اس کے پاس صرف</w:t>
      </w:r>
    </w:p>
    <w:p>
      <w:r>
        <w:rPr>
          <w:b/>
        </w:rPr>
        <w:t xml:space="preserve">[1:10:21] </w:t>
      </w:r>
      <w:r>
        <w:t>woh ho talwar ho aur idhar se fauj aa jaye, gun le kar, bomb le kar, yani door maar hathiyar le kar.</w:t>
      </w:r>
    </w:p>
    <w:p>
      <w:pPr>
        <w:jc w:val="right"/>
      </w:pPr>
      <w:r>
        <w:t>وہ ہو تلوار ہو اور ادھر سے فوج آ جائے، گن لے کر، بم لے کر، یعنی دور مار ہتھیار لے کر۔</w:t>
      </w:r>
    </w:p>
    <w:p>
      <w:r>
        <w:rPr>
          <w:b/>
        </w:rPr>
        <w:t xml:space="preserve">[1:10:34] </w:t>
      </w:r>
      <w:r>
        <w:t>jis ke paas talwar hai, us ke paas goodsti hathiyar hai.</w:t>
      </w:r>
    </w:p>
    <w:p>
      <w:pPr>
        <w:jc w:val="right"/>
      </w:pPr>
      <w:r>
        <w:t>جس کے پاس تلوار ہے، اس کے پاس گودستی ہتھیار ہے۔</w:t>
      </w:r>
    </w:p>
    <w:p>
      <w:r>
        <w:rPr>
          <w:b/>
        </w:rPr>
        <w:t xml:space="preserve">[1:10:39] </w:t>
      </w:r>
      <w:r>
        <w:t>jis ke paas gun aur bomb hai, us ke paas door bar hathiyar hai. to jab yeh position hoga, ho jaye ke ek taraf ki fauj ke paas sirf talwar reh jaye aur doosri taraf ki fauj jo hai, woh gun aur bomb le kar aa jaye,</w:t>
      </w:r>
    </w:p>
    <w:p>
      <w:pPr>
        <w:jc w:val="right"/>
      </w:pPr>
      <w:r>
        <w:t>جس کے پاس گن اور بم ہے، اس کے پاس دور بار ہتھیار ہے۔ تو جب یہ پوزیشن ہوگا، ہو جائے کہ ایک طرف کی فوج کے پاس صرف تلوار رہ جائے اور دوسری طرف کی فوج جو ہے، وہ گن اور بم لے کر آ جائے،</w:t>
      </w:r>
    </w:p>
    <w:p>
      <w:r>
        <w:rPr>
          <w:b/>
        </w:rPr>
        <w:t xml:space="preserve">[1:10:54] </w:t>
      </w:r>
      <w:r>
        <w:t>to government wahan unhein supply kare woh hathiyar, door bar hathiyar, yani un ko bomb bheje, un ko gun bheje taake woh un ka un ke challenge ko samna kar sakein, un ka muqabla kar sakein.</w:t>
      </w:r>
    </w:p>
    <w:p>
      <w:pPr>
        <w:jc w:val="right"/>
      </w:pPr>
      <w:r>
        <w:t>تو گورنمنٹ وہاں انہیں سپلائی کرے وہ ہتھیار، دور بار ہتھیار، یعنی ان کو بم بھیجے، ان کو گن بھیجے تاکہ وہ ان کا ان کے چیلنج کو سامنا کر سکیں، ان کا مقابلہ کر سکیں۔</w:t>
      </w:r>
    </w:p>
    <w:p>
      <w:r>
        <w:rPr>
          <w:b/>
        </w:rPr>
        <w:t xml:space="preserve">[1:11:10] </w:t>
      </w:r>
      <w:r>
        <w:t>to main samajhta hoon ke khuda ne hamein naye dalail bheje hain,</w:t>
      </w:r>
    </w:p>
    <w:p>
      <w:pPr>
        <w:jc w:val="right"/>
      </w:pPr>
      <w:r>
        <w:t>تو میں سمجھتا ہوں کہ خدا نے ہمیں نئے دلائل بھیجے ہیں،</w:t>
      </w:r>
    </w:p>
    <w:p>
      <w:r>
        <w:rPr>
          <w:b/>
        </w:rPr>
        <w:t xml:space="preserve">[1:11:19] </w:t>
      </w:r>
      <w:r>
        <w:t>yani sachai ka paigham duniya mein phailane wale, sachai ki dawat dene wale, jo sainkdo saal se judicial judicial dalilon ke zariye apna kaam kar rahe the.</w:t>
      </w:r>
    </w:p>
    <w:p>
      <w:pPr>
        <w:jc w:val="right"/>
      </w:pPr>
      <w:r>
        <w:t>یعنی سچائی کا پیغام دنیا میں پھیلانے والے، سچائی کی دعوت دینے والے، جو سینکڑوں سال سے جوڈیشل جوڈیشل دلیلوں کے ذریعے اپنا کام کر رہے تھے۔</w:t>
      </w:r>
    </w:p>
    <w:p>
      <w:r>
        <w:rPr>
          <w:b/>
        </w:rPr>
        <w:t xml:space="preserve">[1:11:39] </w:t>
      </w:r>
      <w:r>
        <w:t>lekin aa gaya scientific zamana</w:t>
      </w:r>
    </w:p>
    <w:p>
      <w:pPr>
        <w:jc w:val="right"/>
      </w:pPr>
      <w:r>
        <w:t>لیکن آ گیا سائنٹیفک زمانہ</w:t>
      </w:r>
    </w:p>
    <w:p>
      <w:r>
        <w:rPr>
          <w:b/>
        </w:rPr>
        <w:t xml:space="preserve">[1:11:44] </w:t>
      </w:r>
      <w:r>
        <w:t>to khuda ne yeh kiya ke scientific zamane mein scientific dalail bhi hamein faraham kar diye taake hum aaj ke insaan ko naye daleelon ke sath</w:t>
      </w:r>
    </w:p>
    <w:p>
      <w:pPr>
        <w:jc w:val="right"/>
      </w:pPr>
      <w:r>
        <w:t>تو خدا نے یہ کیا کہ سائنٹیفک زمانے میں سائنٹیفک دلائل بھی ہمیں فراہم کر دیے تاکہ ہم آج کے انسان کو نئے دلیلوں کے ساتھ</w:t>
      </w:r>
    </w:p>
    <w:p>
      <w:r>
        <w:rPr>
          <w:b/>
        </w:rPr>
        <w:t xml:space="preserve">[1:11:59] </w:t>
      </w:r>
      <w:r>
        <w:t>mutmain kar saken, satisfy kar saken.</w:t>
      </w:r>
    </w:p>
    <w:p>
      <w:pPr>
        <w:jc w:val="right"/>
      </w:pPr>
      <w:r>
        <w:t>مطمئن کر سکیں، سیٹسفائی کر سکیں۔</w:t>
      </w:r>
    </w:p>
    <w:p>
      <w:r>
        <w:rPr>
          <w:b/>
        </w:rPr>
        <w:t xml:space="preserve">[1:12:03] </w:t>
      </w:r>
      <w:r>
        <w:t>to yeh sab cheezein jo samne aayin hain maujooda zamane mein scientific discovery ke zariye,</w:t>
      </w:r>
    </w:p>
    <w:p>
      <w:pPr>
        <w:jc w:val="right"/>
      </w:pPr>
      <w:r>
        <w:t>تو یہ سب چیزیں جو سامنے آئیں ہیں موجودہ زمانے میں سائنٹیفک ڈسکوری کے ذریعے،</w:t>
      </w:r>
    </w:p>
    <w:p>
      <w:r>
        <w:rPr>
          <w:b/>
        </w:rPr>
        <w:t xml:space="preserve">[1:12:13] </w:t>
      </w:r>
      <w:r>
        <w:t>yeh maine apni kitabon mein is ko kafi detail mein likha hai. to yeh main samajhta hoon ke khuda ki taraf se ek nayi khep bheji gayi hai, ek nayi help bheji gayi hai, ek nayi madad bheji gayi hai ke aye sachai ki ka mission le kar chalne walon,</w:t>
      </w:r>
    </w:p>
    <w:p>
      <w:pPr>
        <w:jc w:val="right"/>
      </w:pPr>
      <w:r>
        <w:t>یہ میں نے اپنی کتابوں میں اس کو کافی ڈیٹیل میں لکھا ہے۔ تو یہ میں سمجھتا ہوں کہ خدا کی طرف سے ایک نئی کھیپ بھیجی گئی ہے، ایک نئی ہیلپ بھیجی گئی ہے، ایک نئی مدد بھیجی گئی ہے کہ اے سچائی کی کا مشن لے کر چلنے والوں،</w:t>
      </w:r>
    </w:p>
    <w:p>
      <w:r>
        <w:rPr>
          <w:b/>
        </w:rPr>
        <w:t xml:space="preserve">[1:12:34] </w:t>
      </w:r>
      <w:r>
        <w:t>ab agar tum ko muqabla pesh aa raha hai in insanon se jo scientific thought le kar samne aaye hain, to hum tum ko scientific hathiyar dete hain, muqabla karo in ka.</w:t>
      </w:r>
    </w:p>
    <w:p>
      <w:pPr>
        <w:jc w:val="right"/>
      </w:pPr>
      <w:r>
        <w:t>اب اگر تم کو مقابلہ پیش آ رہا ہے ان انسانوں سے جو سائنٹیفک تھاٹ لے کر سامنے آئے ہیں، تو ہم تم کو سائنٹیفک ہتھیار دیتے ہیں، مقابلہ کرو ان کا۔</w:t>
      </w:r>
    </w:p>
    <w:p>
      <w:r>
        <w:rPr>
          <w:b/>
        </w:rPr>
        <w:t xml:space="preserve">[1:12:52] </w:t>
      </w:r>
      <w:r>
        <w:t>to hamari zimmedari ko yeh cheezein badhati hain. yeh koi fakhr ki cheez nahi hai ke hum fakhr karen ke dekho Quran mein yeh likha hua hai.</w:t>
      </w:r>
    </w:p>
    <w:p>
      <w:pPr>
        <w:jc w:val="right"/>
      </w:pPr>
      <w:r>
        <w:t>تو ہماری ذمہ داری کو یہ چیزیں بڑھاتی ہیں۔ یہ کوئی فخر کی چیز نہیں ہے کہ ہم فخر کریں کہ دیکھو قرآن میں یہ لکھا ہوا ہے۔</w:t>
      </w:r>
    </w:p>
    <w:p>
      <w:r>
        <w:rPr>
          <w:b/>
        </w:rPr>
        <w:t xml:space="preserve">[1:13:01] </w:t>
      </w:r>
      <w:r>
        <w:t>main fakhr ko to ek ek ek sun samajhta hoon, SIIN sun. Quran mein yeh baatein jo batai gayi hain, yeh is liye nahi ke hum pride banayein is ko apna ke dekho hamare Quran mein yeh likha hua hai.</w:t>
      </w:r>
    </w:p>
    <w:p>
      <w:pPr>
        <w:jc w:val="right"/>
      </w:pPr>
      <w:r>
        <w:t>میں فخر کو تو ایک ایک ایک سن سمجھتا ہوں، ایس آئی این سن۔ قرآن میں یہ باتیں جو بتائی گئی ہیں، یہ اس لیے نہیں کہ ہم پرائیڈ بنائیں اس کو اپنا کہ دیکھو ہمارے قرآن میں یہ لکھا ہوا ہے۔</w:t>
      </w:r>
    </w:p>
    <w:p>
      <w:r>
        <w:rPr>
          <w:b/>
        </w:rPr>
        <w:t xml:space="preserve">[1:13:15] </w:t>
      </w:r>
      <w:r>
        <w:t>wo pride nahi hai, wo hamari responsibility ko batati hain,</w:t>
      </w:r>
    </w:p>
    <w:p>
      <w:pPr>
        <w:jc w:val="right"/>
      </w:pPr>
      <w:r>
        <w:t>وہ پرائیڈ نہیں ہے، وہ ہماری ریسپانسبیلٹی کو بتاتی ہیں،</w:t>
      </w:r>
    </w:p>
    <w:p>
      <w:r>
        <w:rPr>
          <w:b/>
        </w:rPr>
        <w:t xml:space="preserve">[1:13:23] </w:t>
      </w:r>
      <w:r>
        <w:t>hamari responsibility ko batati hain. aur yeh kaam jo jis ki taraf maine ishara kiya, yeh aaj se nahi, hazaron saal se ho raha hai.</w:t>
      </w:r>
    </w:p>
    <w:p>
      <w:pPr>
        <w:jc w:val="right"/>
      </w:pPr>
      <w:r>
        <w:t>ہماری ریسپانسبیلٹی کو بتاتی ہیں۔ اور یہ کام جو جس کی طرف میں نے اشارہ کیا، یہ آج سے نہیں، ہزاروں سال سے ہو رہا ہے۔</w:t>
      </w:r>
    </w:p>
    <w:p>
      <w:r>
        <w:rPr>
          <w:b/>
        </w:rPr>
        <w:t xml:space="preserve">[1:13:34] </w:t>
      </w:r>
      <w:r>
        <w:t>kyunke jaisa ke maine arz kiya hai, Islam koi alag mazhab nahi hai.</w:t>
      </w:r>
    </w:p>
    <w:p>
      <w:pPr>
        <w:jc w:val="right"/>
      </w:pPr>
      <w:r>
        <w:t>کیونکہ جیسا کہ میں نے عرض کیا ہے، اسلام کوئی الگ مذہب نہیں ہے۔</w:t>
      </w:r>
    </w:p>
    <w:p>
      <w:r>
        <w:rPr>
          <w:b/>
        </w:rPr>
        <w:t xml:space="preserve">[1:13:42] </w:t>
      </w:r>
      <w:r>
        <w:t>khuda ne jitne bhi paighambar bheje, sab ka mazhab Islam tha, sab ka mazhab Islam tha.</w:t>
      </w:r>
    </w:p>
    <w:p>
      <w:pPr>
        <w:jc w:val="right"/>
      </w:pPr>
      <w:r>
        <w:t>خدا نے جتنے بھی پیغمبر بھیجے، سب کا مذہب اسلام تھا، سب کا مذہب اسلام تھا۔</w:t>
      </w:r>
    </w:p>
    <w:p>
      <w:r>
        <w:rPr>
          <w:b/>
        </w:rPr>
        <w:t xml:space="preserve">[1:13:51] </w:t>
      </w:r>
      <w:r>
        <w:t>Islam maani khuda ka ek hi mazhab. lekin hua kya ke doosre mazhabon mein milawat ho gayi, un ke andar interpolation hua to apni in apne original form mein wo baqi nahi rahe.</w:t>
      </w:r>
    </w:p>
    <w:p>
      <w:pPr>
        <w:jc w:val="right"/>
      </w:pPr>
      <w:r>
        <w:t>اسلام معنی خدا کا ایک ہی مذہب۔ لیکن ہوا کیا کہ دوسرے مذہبوں میں ملاوٹ ہو گئی، ان کے اندر انٹرپلیشن ہوا تو اپنی ان اپنے اوریجنل فارم میں وہ باقی نہیں رہے۔</w:t>
      </w:r>
    </w:p>
    <w:p>
      <w:r>
        <w:rPr>
          <w:b/>
        </w:rPr>
        <w:t xml:space="preserve">[1:14:09] </w:t>
      </w:r>
      <w:r>
        <w:t>bas itni si baat hai. aur Islam ka jo text hai, jo Quran hai, wo apne original form mein aaj bhi baqi hai.</w:t>
      </w:r>
    </w:p>
    <w:p>
      <w:pPr>
        <w:jc w:val="right"/>
      </w:pPr>
      <w:r>
        <w:t>بس اتنی سی بات ہے۔ اور اسلام کا جو ٹیکسٹ ہے، جو قرآن ہے، وہ اپنے اوریجنل فارم میں آج بھی باقی ہے۔</w:t>
      </w:r>
    </w:p>
    <w:p>
      <w:r>
        <w:rPr>
          <w:b/>
        </w:rPr>
        <w:t xml:space="preserve">[1:14:21] </w:t>
      </w:r>
      <w:r>
        <w:t>to goya ke pichle mazahib ka yeh authentic version hai. bas authentic version, koi naya mazhab nahi, koi superior mazhab bhi nahi, koi afzal mazhab bhi nahi,</w:t>
      </w:r>
    </w:p>
    <w:p>
      <w:pPr>
        <w:jc w:val="right"/>
      </w:pPr>
      <w:r>
        <w:t>تو گویا کہ پچھلے مذاہب کا یہ اتھینٹک ورژن ہے۔ بس اتھینٹک ورژن، کوئی نیا مذہب نہیں، کوئی سپیریئر مذہب بھی نہیں، کوئی افضل مذہب بھی نہیں،</w:t>
      </w:r>
    </w:p>
    <w:p>
      <w:r>
        <w:rPr>
          <w:b/>
        </w:rPr>
        <w:t xml:space="preserve">[1:14:37] </w:t>
      </w:r>
      <w:r>
        <w:t>aisa kuch bhi nahi. pichle mazahib hi ka authentic version hai yeh. bas</w:t>
      </w:r>
    </w:p>
    <w:p>
      <w:pPr>
        <w:jc w:val="right"/>
      </w:pPr>
      <w:r>
        <w:t>ایسا کچھ بھی نہیں۔ پچھلے مذہبوں ہی کا اتھینٹک ورژن ہے یہ۔ بس</w:t>
      </w:r>
    </w:p>
    <w:p>
      <w:r>
        <w:rPr>
          <w:b/>
        </w:rPr>
        <w:t xml:space="preserve">[1:14:46] </w:t>
      </w:r>
      <w:r>
        <w:t>to yahan main aap ko ek baat arz yaad dilaoon ga ke khuda ek watch karta rehta hai, jaise ke history mein, history mein watch karta rehta hai ke sachai ka paigham jo hai, wo dabne na paye.</w:t>
      </w:r>
    </w:p>
    <w:p>
      <w:pPr>
        <w:jc w:val="right"/>
      </w:pPr>
      <w:r>
        <w:t>تو یہاں میں آپ کو ایک بات عرض یاد دلاؤں گا کہ خدا ایک واچ کرتا رہتا ہے، جیسے کہ ہسٹری میں، ہسٹری میں واچ کرتا رہتا ہے کہ سچائی کا پیغام جو ہے، وہ دبنے نہ پائے۔</w:t>
      </w:r>
    </w:p>
    <w:p>
      <w:r>
        <w:rPr>
          <w:b/>
        </w:rPr>
        <w:t xml:space="preserve">[1:15:01] </w:t>
      </w:r>
      <w:r>
        <w:t>aur bar bar wo help kar ke sachai ke paigham ko aage badhata hai.</w:t>
      </w:r>
    </w:p>
    <w:p>
      <w:pPr>
        <w:jc w:val="right"/>
      </w:pPr>
      <w:r>
        <w:t>اور بار بار وہ ہیلپ کر کے سچائی کے پیغام کو آگے بڑھاتا ہے۔</w:t>
      </w:r>
    </w:p>
    <w:p>
      <w:r>
        <w:rPr>
          <w:b/>
        </w:rPr>
        <w:t xml:space="preserve">[1:15:06] </w:t>
      </w:r>
      <w:r>
        <w:t>misal ke taur par dekhiye, tareekh batati hai, yani history of religion ke hamein batati hai ke pehle ka insaan jo hai, wo wo wo nature ko apna guard banaye hue tha,</w:t>
      </w:r>
    </w:p>
    <w:p>
      <w:pPr>
        <w:jc w:val="right"/>
      </w:pPr>
      <w:r>
        <w:t>مثلاً دیکھیے، تاریخ بتاتی ہے، یعنی ہسٹری آف ریلیجن کہ ہمیں بتاتی ہے کہ پہلے کا انسان جو ہے، وہ وہ وہ نیچر کو اپنا گارڈ بنائے ہوئے تھا،</w:t>
      </w:r>
    </w:p>
    <w:p>
      <w:r>
        <w:rPr>
          <w:b/>
        </w:rPr>
        <w:t xml:space="preserve">[1:15:26] </w:t>
      </w:r>
      <w:r>
        <w:t>nature ko poochta tha. nature, yani nature ka matlab kya hai?</w:t>
      </w:r>
    </w:p>
    <w:p>
      <w:pPr>
        <w:jc w:val="right"/>
      </w:pPr>
      <w:r>
        <w:t>نیچر کو پوچھتا تھا۔ نیچر، یعنی نیچر کا مطلب کیا ہے؟</w:t>
      </w:r>
    </w:p>
    <w:p>
      <w:r>
        <w:rPr>
          <w:b/>
        </w:rPr>
        <w:t xml:space="preserve">[1:15:33] </w:t>
      </w:r>
      <w:r>
        <w:t>sun guard, moon guard, sea guard, mountain guard, earth guard. yeh jo nature hai, isi ko khuda bana rakha tha us ne.</w:t>
      </w:r>
    </w:p>
    <w:p>
      <w:pPr>
        <w:jc w:val="right"/>
      </w:pPr>
      <w:r>
        <w:t>سن گارڈ، مون گارڈ، سی گارڈ، ماؤنٹین گارڈ، ارتھ گارڈ۔ یہ جو نیچر ہے، اسی کو خدا بنا رکھا تھا اس نے۔</w:t>
      </w:r>
    </w:p>
    <w:p>
      <w:r>
        <w:rPr>
          <w:b/>
        </w:rPr>
        <w:t xml:space="preserve">[1:15:44] </w:t>
      </w:r>
      <w:r>
        <w:t>phir kya hua ke khuda ne ek scientific revolution barpa kiya jis ne us ko displace kar diya guard ke maqam se.</w:t>
      </w:r>
    </w:p>
    <w:p>
      <w:pPr>
        <w:jc w:val="right"/>
      </w:pPr>
      <w:r>
        <w:t>پھر کیا ہوا کہ خدا نے ایک سائنٹیفک ریولوشن برپا کیا جس نے اس کو ڈسپلیس کر دیا گارڈ کے مقام سے۔</w:t>
      </w:r>
    </w:p>
    <w:p>
      <w:r>
        <w:rPr>
          <w:b/>
        </w:rPr>
        <w:t xml:space="preserve">[1:15:54] </w:t>
      </w:r>
      <w:r>
        <w:t>jab insaan, yani bahut dinon tak insaan poochta tha chand ko moon guard samajh kar, lekin jab moon ke upar insaan ne apna qadam rakh diya to us ki divinity khatm ho gayi.</w:t>
      </w:r>
    </w:p>
    <w:p>
      <w:pPr>
        <w:jc w:val="right"/>
      </w:pPr>
      <w:r>
        <w:t>جب انسان، یعنی بہت دنوں تک انسان پوچھتا تھا چاند کو مون گارڈ سمجھ کر، لیکن جب مون کے اوپر انسان نے اپنا قدم رکھ دیا تو اس کی ڈیوینیٹی ختم ہو گئی۔</w:t>
      </w:r>
    </w:p>
    <w:p>
      <w:r>
        <w:rPr>
          <w:b/>
        </w:rPr>
        <w:t xml:space="preserve">[1:16:11] </w:t>
      </w:r>
      <w:r>
        <w:t>divinity ka afsana khatm ho gaya. maloom hua ke yeh to kuch bhi nahi hai. jab insaan apne paon rakh diya us ne ja kar ke chand ke upar to phir wo kaise guard reh sakta hai?</w:t>
      </w:r>
    </w:p>
    <w:p>
      <w:pPr>
        <w:jc w:val="right"/>
      </w:pPr>
      <w:r>
        <w:t>ڈیوینیٹی کا افسانہ ختم ہو گیا۔ معلوم ہوا کہ یہ تو کچھ بھی نہیں ہے۔ جب انسان اپنے پاؤں رکھ دیا اس نے جا کر کے چاند کے اوپر تو پھر وہ کیسے گارڈ رہ سکتا ہے؟</w:t>
      </w:r>
    </w:p>
    <w:p>
      <w:r>
        <w:rPr>
          <w:b/>
        </w:rPr>
        <w:t xml:space="preserve">[1:16:24] </w:t>
      </w:r>
      <w:r>
        <w:t>wo</w:t>
      </w:r>
    </w:p>
    <w:p>
      <w:pPr>
        <w:jc w:val="right"/>
      </w:pPr>
      <w:r>
        <w:t>وہ</w:t>
      </w:r>
    </w:p>
    <w:p>
      <w:r>
        <w:rPr>
          <w:b/>
        </w:rPr>
        <w:t xml:space="preserve">[1:16:25] </w:t>
      </w:r>
      <w:r>
        <w:t>to is zamane mein jo scientific discoveries hui hain, unhon ne yeh kiya ke nature ko bataya ke nature jo hai, wo sirf creation hai.</w:t>
      </w:r>
    </w:p>
    <w:p>
      <w:pPr>
        <w:jc w:val="right"/>
      </w:pPr>
      <w:r>
        <w:t>تو اس زمانے میں جو سائنٹیفک ڈسکوریز ہوئی ہیں، انہوں نے یہ کیا کہ نیچر کو بتایا کہ نیچر جو ہے، وہ صرف کریشن ہے۔</w:t>
      </w:r>
    </w:p>
    <w:p>
      <w:r>
        <w:rPr>
          <w:b/>
        </w:rPr>
        <w:t xml:space="preserve">[1:16:35] </w:t>
      </w:r>
      <w:r>
        <w:t>is ko hamein explore karna hai, is ko hamein exploit karna hai, is ko hamein apnay kaam mein lagana hai. jo sari jo hai, aaj jo hum jo development hain, sara nature ko capture kar ke hui hain, nature ko explore kar ke hui hain.</w:t>
      </w:r>
    </w:p>
    <w:p>
      <w:pPr>
        <w:jc w:val="right"/>
      </w:pPr>
      <w:r>
        <w:t>اس کو ہمیں ایکسپلور کرنا ہے، اس کو ہمیں ایکسپلائٹ کرنا ہے، اس کو ہمیں اپنے کام میں لگانا ہے۔ جو ساری جو ہے، آج جو ہم جو ڈیولپمنٹ ہیں، سارا نیچر کو کیپچر کر کے ہوئی ہیں، نیچر کو ایکسپلور کر کے ہوئی ہیں۔</w:t>
      </w:r>
    </w:p>
    <w:p>
      <w:r>
        <w:rPr>
          <w:b/>
        </w:rPr>
        <w:t xml:space="preserve">[1:16:53] </w:t>
      </w:r>
      <w:r>
        <w:t>to science ne yeh kaam kiya ke nature ko divinity ki jagah se hata diya. is ke baad history mein hum dekhte hain ke king guard,</w:t>
      </w:r>
    </w:p>
    <w:p>
      <w:pPr>
        <w:jc w:val="right"/>
      </w:pPr>
      <w:r>
        <w:t>تو سائنس کو نے یہ کام کیا کہ نیچر کو ڈیوینیٹی کی جگہ سے ہٹا دیا۔ اس کے بعد ہسٹری میں ہم دیکھتے ہیں کہ کنگ گارڈ،</w:t>
      </w:r>
    </w:p>
    <w:p>
      <w:r>
        <w:rPr>
          <w:b/>
        </w:rPr>
        <w:t xml:space="preserve">[1:17:08] </w:t>
      </w:r>
      <w:r>
        <w:t>badshah log uthe jinhon ne kaha ke hum hum khuda hain.</w:t>
      </w:r>
    </w:p>
    <w:p>
      <w:pPr>
        <w:jc w:val="right"/>
      </w:pPr>
      <w:r>
        <w:t>بادشاہ لوگ اٹھے جنہوں نے کہا کہ ہم ہم خدا ہیں۔</w:t>
      </w:r>
    </w:p>
    <w:p>
      <w:r>
        <w:rPr>
          <w:b/>
        </w:rPr>
        <w:t xml:space="preserve">[1:17:14] </w:t>
      </w:r>
      <w:r>
        <w:t>ek zamana guzra hai ke jab jab ke king log apnay aap ko khuda declare kiya karte thay. lekin dekhiye, phir khuda ne kya kiya?</w:t>
      </w:r>
    </w:p>
    <w:p>
      <w:pPr>
        <w:jc w:val="right"/>
      </w:pPr>
      <w:r>
        <w:t>ایک زمانہ گزرا ہے کہ جب جب کہ کنگ لوگ اپنے آپ کو خدا ڈیکلیئر کیا کرتے تھے۔ لیکن دیکھیے، پھر خدا نے کیا کیا؟</w:t>
      </w:r>
    </w:p>
    <w:p>
      <w:r>
        <w:rPr>
          <w:b/>
        </w:rPr>
        <w:t xml:space="preserve">[1:17:22] </w:t>
      </w:r>
      <w:r>
        <w:t>democracy aayi duniya mein. main samajhta hoon ke democracy ki jo movement chali duniya mein, jis ne king ko khatam kar diya, woh bhi khuda ki planning thi.</w:t>
      </w:r>
    </w:p>
    <w:p>
      <w:pPr>
        <w:jc w:val="right"/>
      </w:pPr>
      <w:r>
        <w:t>ڈیموکریسی آئی دنیا میں۔ میں سمجھتا ہوں کہ ڈیموکریسی کی جو موومنٹ چلی دنیا میں، جس نے کنگ کو ختم کر دیا، وہ بھی خدا کی پلاننگ تھی۔</w:t>
      </w:r>
    </w:p>
    <w:p>
      <w:r>
        <w:rPr>
          <w:b/>
        </w:rPr>
        <w:t xml:space="preserve">[1:17:34] </w:t>
      </w:r>
      <w:r>
        <w:t>woh jo planning khuda ki hai ke nature ko divinity ke maqam se hataya, khuda ne through science. isi tarah se king ko khuda ne hataya divinity ke maqam se through democracy.</w:t>
      </w:r>
    </w:p>
    <w:p>
      <w:pPr>
        <w:jc w:val="right"/>
      </w:pPr>
      <w:r>
        <w:t>وہ جو پلاننگ خدا کی ہے کہ نیچر کو ڈیوینیٹی کے مقام سے ہٹایا، خدا نے تھرو سائنس۔ اسی طرح سے کنگ کو خدا نے ہٹایا ڈیوینیٹی کے مقام سے تھرو ڈیموکریسی۔</w:t>
      </w:r>
    </w:p>
    <w:p>
      <w:r>
        <w:rPr>
          <w:b/>
        </w:rPr>
        <w:t xml:space="preserve">[1:17:49] </w:t>
      </w:r>
      <w:r>
        <w:t>to ab nature guard bhi khatam aur king guard bhi khatam.</w:t>
      </w:r>
    </w:p>
    <w:p>
      <w:pPr>
        <w:jc w:val="right"/>
      </w:pPr>
      <w:r>
        <w:t>تو اب نیچر گارڈ بھی ختم اور کنگ گارڈ بھی ختم۔</w:t>
      </w:r>
    </w:p>
    <w:p>
      <w:r>
        <w:rPr>
          <w:b/>
        </w:rPr>
        <w:t xml:space="preserve">[1:17:56] </w:t>
      </w:r>
      <w:r>
        <w:t>is ke baad insaan ne ek naya mazhab invent kiya, woh jis ko kehte hain humanism. humanism ka matlab yeh hota hai ke transfer of seed from god to man.</w:t>
      </w:r>
    </w:p>
    <w:p>
      <w:pPr>
        <w:jc w:val="right"/>
      </w:pPr>
      <w:r>
        <w:t>اس کے بعد انسان نے ایک نیا مذہب انونٹ کیا، وہ جس کو کہتے ہیں ہیومنزم۔ ہیومنزم کا مطلب یہ ہوتا ہے کہ ٹرانسفر آف سیڈ فرام گاڈ ٹو مین۔</w:t>
      </w:r>
    </w:p>
    <w:p>
      <w:r>
        <w:rPr>
          <w:b/>
        </w:rPr>
        <w:t xml:space="preserve">[1:18:12] </w:t>
      </w:r>
      <w:r>
        <w:t>transfer of seed from god to man</w:t>
      </w:r>
    </w:p>
    <w:p>
      <w:pPr>
        <w:jc w:val="right"/>
      </w:pPr>
      <w:r>
        <w:t>ٹرانسفر آف سیڈ فرام گاڈ ٹو مین</w:t>
      </w:r>
    </w:p>
    <w:p>
      <w:r>
        <w:rPr>
          <w:b/>
        </w:rPr>
        <w:t xml:space="preserve">[1:18:14] </w:t>
      </w:r>
      <w:r>
        <w:t>. isi liye ek julian hux ne kitaab likhi, uska naam rakha us ne ke man stands alone.</w:t>
      </w:r>
    </w:p>
    <w:p>
      <w:pPr>
        <w:jc w:val="right"/>
      </w:pPr>
      <w:r>
        <w:t>۔ اسی لیے ایک جولین ہکس نے کتاب لکھی، اس کا نام رکھا اس نے کہ مین اسٹینڈز الون۔</w:t>
      </w:r>
    </w:p>
    <w:p>
      <w:r>
        <w:rPr>
          <w:b/>
        </w:rPr>
        <w:t xml:space="preserve">[1:18:25] </w:t>
      </w:r>
      <w:r>
        <w:t>iska matlab yeh hai ke insaan ne jo tarqqiyan ki hain, jo nayi civilization banayi hai, woh kaafi hai hamare liye.</w:t>
      </w:r>
    </w:p>
    <w:p>
      <w:pPr>
        <w:jc w:val="right"/>
      </w:pPr>
      <w:r>
        <w:t>اس کا مطلب یہ ہے کہ انسان نے جو ترقیاں کی ہیں، جو نئی سولائزیشن بنائی ہے، وہ کافی ہے ہمارے لیے۔</w:t>
      </w:r>
    </w:p>
    <w:p>
      <w:r>
        <w:rPr>
          <w:b/>
        </w:rPr>
        <w:t xml:space="preserve">[1:18:35] </w:t>
      </w:r>
      <w:r>
        <w:t>hamein kisi paradise ki zaroorat nahi hai. hum apni destiny khud bana sakte hain.</w:t>
      </w:r>
    </w:p>
    <w:p>
      <w:pPr>
        <w:jc w:val="right"/>
      </w:pPr>
      <w:r>
        <w:t>ہمیں کسی پیراڈائز کی ضرورت نہیں ہے۔ ہم اپنی ڈیسٹنی خود بنا سکتے ہیں۔</w:t>
      </w:r>
    </w:p>
    <w:p>
      <w:r>
        <w:rPr>
          <w:b/>
        </w:rPr>
        <w:t xml:space="preserve">[1:18:44] </w:t>
      </w:r>
      <w:r>
        <w:t>lekin is ke jawab mein ek american professor ne bohat achi kitaab likhi hai ke man does not stand alone.</w:t>
      </w:r>
    </w:p>
    <w:p>
      <w:pPr>
        <w:jc w:val="right"/>
      </w:pPr>
      <w:r>
        <w:t>لیکن اس کے جواب میں ایک امریکن پروفیسر نے بہت اچھی کتاب لکھی ہے کہ مین ڈز ناٹ اسٹینڈ الون۔</w:t>
      </w:r>
    </w:p>
    <w:p>
      <w:r>
        <w:rPr>
          <w:b/>
        </w:rPr>
        <w:t xml:space="preserve">[1:18:54] </w:t>
      </w:r>
      <w:r>
        <w:t>ab woh baat samne aa gayi hai. aap dekhiye ke hamari industry ne kya kiya? pollution paida kiya. is pollution ka hamare paas koi hal nahi.</w:t>
      </w:r>
    </w:p>
    <w:p>
      <w:pPr>
        <w:jc w:val="right"/>
      </w:pPr>
      <w:r>
        <w:t>اب وہ بات سامنے آ گئی ہے۔ آپ دیکھیے کہ ہماری انڈسٹری نے کیا کیا؟ پولیوشن پیدا کیا۔ اس پولیوشن کا ہمارے پاس کوئی حل نہیں۔</w:t>
      </w:r>
    </w:p>
    <w:p>
      <w:r>
        <w:rPr>
          <w:b/>
        </w:rPr>
        <w:t xml:space="preserve">[1:19:03] </w:t>
      </w:r>
      <w:r>
        <w:t>hamari industry ne kya kiya? ozone ke layer mein suraakh kar diya. hamare paas is ka koi hal nahi hai. hamari industry ne kya kiya? ke pani ke zakhairay khatam ho rahe hain.</w:t>
      </w:r>
    </w:p>
    <w:p>
      <w:pPr>
        <w:jc w:val="right"/>
      </w:pPr>
      <w:r>
        <w:t>ہماری انڈسٹری نے کیا کیا؟ اوزون کے لیئر میں سوراخ کر دیا۔ ہمارے پاس اس کا کوئی حل نہیں ہے۔ ہماری انڈسٹری نے کیا کیا؟ کہ پانی کے ذخیرے ختم ہو رہے ہیں۔</w:t>
      </w:r>
    </w:p>
    <w:p>
      <w:r>
        <w:rPr>
          <w:b/>
        </w:rPr>
        <w:t xml:space="preserve">[1:19:14] </w:t>
      </w:r>
      <w:r>
        <w:t>kaha jata hai ke agli war jo hai, water par hogi. hamari nayi jo modern jo development hain, unhon ne kya kiya?</w:t>
      </w:r>
    </w:p>
    <w:p>
      <w:pPr>
        <w:jc w:val="right"/>
      </w:pPr>
      <w:r>
        <w:t>کہا جاتا ہے کہ اگلی وار جو ہے، واٹر پر ہوگی۔ ہماری نئی جو ماڈرن جو ڈیولپمنٹ ہیں، انہوں نے کیا کیا؟</w:t>
      </w:r>
    </w:p>
    <w:p>
      <w:r>
        <w:rPr>
          <w:b/>
        </w:rPr>
        <w:t xml:space="preserve">[1:19:26] </w:t>
      </w:r>
      <w:r>
        <w:t>insaan se peace ko cheen liya. har taraf tension, tension, tension. is se pehle ki duniya mein kabhi insaan janta nahi tha ke tension koi cheez hoti hai.</w:t>
      </w:r>
    </w:p>
    <w:p>
      <w:pPr>
        <w:jc w:val="right"/>
      </w:pPr>
      <w:r>
        <w:t>انسان سے پیس کو چھین لیا۔ ہر طرف ٹینشن، ٹینشن، ٹینشن۔ اس سے پہلے کی دنیا میں کبھی انسان جانتا نہیں تھا کہ ٹینشن کوئی چیز ہوتی ہے۔</w:t>
      </w:r>
    </w:p>
    <w:p>
      <w:r>
        <w:rPr>
          <w:b/>
        </w:rPr>
        <w:t xml:space="preserve">[1:19:39] </w:t>
      </w:r>
      <w:r>
        <w:t>yeh stress aur tension, yeh modern zamane ki production hai.</w:t>
      </w:r>
    </w:p>
    <w:p>
      <w:pPr>
        <w:jc w:val="right"/>
      </w:pPr>
      <w:r>
        <w:t>یہ سٹریس اور ٹینشن، یہ ماڈرن زمانے کی پروڈکشن ہے۔</w:t>
      </w:r>
    </w:p>
    <w:p>
      <w:r>
        <w:rPr>
          <w:b/>
        </w:rPr>
        <w:t xml:space="preserve">[1:19:49] </w:t>
      </w:r>
      <w:r>
        <w:t>to is mani kya hui hai ke insaan jo yeh samjha tha ke hamari jo industrial civilization hai, wohi hamare liye kaafi hai.</w:t>
      </w:r>
    </w:p>
    <w:p>
      <w:pPr>
        <w:jc w:val="right"/>
      </w:pPr>
      <w:r>
        <w:t>تو اس معنی کیا ہوئی ہے کہ انسان جو یہ سمجھا تھا کہ ہماری جو انڈسٹریل سولائزیشن ہے، وہی ہمارے لیے کافی ہے۔</w:t>
      </w:r>
    </w:p>
    <w:p>
      <w:r>
        <w:rPr>
          <w:b/>
        </w:rPr>
        <w:t xml:space="preserve">[1:19:59] </w:t>
      </w:r>
      <w:r>
        <w:t>hamein khuda ki zaroorat nahi hai, hamein paradise ki zaroorat nahi hai.</w:t>
      </w:r>
    </w:p>
    <w:p>
      <w:pPr>
        <w:jc w:val="right"/>
      </w:pPr>
      <w:r>
        <w:t>ہمیں خدا کی ضرورت نہیں ہے، ہمیں پیراڈائز کی ضرورت نہیں ہے۔</w:t>
      </w:r>
    </w:p>
    <w:p>
      <w:r>
        <w:rPr>
          <w:b/>
        </w:rPr>
        <w:t xml:space="preserve">[1:20:05] </w:t>
      </w:r>
      <w:r>
        <w:t>lekin baad ko jo development hui hai, jo result samne aaye, us ne insaan ko dobara frustration mein daal diya. aur butnall ki kitaab hai, happiness uska naam hai.</w:t>
      </w:r>
    </w:p>
    <w:p>
      <w:pPr>
        <w:jc w:val="right"/>
      </w:pPr>
      <w:r>
        <w:t>لیکن بعد کو جو ڈیولپمنٹ ہوئی ہے، جو رزلٹ سامنے آئے، اس نے انسان کو دوبارہ فرسٹریشن میں ڈال دیا۔ اور بٹنسل کی کتاب ہے، ہیپینس اس کا نام ہے۔</w:t>
      </w:r>
    </w:p>
    <w:p>
      <w:r>
        <w:rPr>
          <w:b/>
        </w:rPr>
        <w:t xml:space="preserve">[1:20:19] </w:t>
      </w:r>
      <w:r>
        <w:t>is mein dikhata hai ke happiness is duniya mein possible hi nahi hai.</w:t>
      </w:r>
    </w:p>
    <w:p>
      <w:pPr>
        <w:jc w:val="right"/>
      </w:pPr>
      <w:r>
        <w:t>اس میں دکھاتا ہے کہ ہیپینس اس دنیا میں پاسیبل ہی نہیں ہے۔</w:t>
      </w:r>
    </w:p>
    <w:p>
      <w:r>
        <w:rPr>
          <w:b/>
        </w:rPr>
        <w:t xml:space="preserve">[1:20:27] </w:t>
      </w:r>
      <w:r>
        <w:t>happiness is duniya mein possible hi nahi hai.</w:t>
      </w:r>
    </w:p>
    <w:p>
      <w:pPr>
        <w:jc w:val="right"/>
      </w:pPr>
      <w:r>
        <w:t>ہیپینس اس دنیا میں پاسیبل ہی نہیں ہے۔</w:t>
      </w:r>
    </w:p>
    <w:p>
      <w:r>
        <w:rPr>
          <w:b/>
        </w:rPr>
        <w:t xml:space="preserve">[1:20:31] </w:t>
      </w:r>
      <w:r>
        <w:t>chunaanche is zamane mein aap jante honge ke ek naya business bohat bara khula hai, jis ko kehte hain destressing. yani stress ko khatam karna.</w:t>
      </w:r>
    </w:p>
    <w:p>
      <w:pPr>
        <w:jc w:val="right"/>
      </w:pPr>
      <w:r>
        <w:t>چنانچہ اس زمانے میں آپ جانتے ہوں گے کہ ایک نیا بزنس بہت بڑا کھلا ہے، جس کو کہتے ہیں ڈی سٹریسنگ۔ یعنی اسٹریس کو ختم کرنا۔</w:t>
      </w:r>
    </w:p>
    <w:p>
      <w:r>
        <w:rPr>
          <w:b/>
        </w:rPr>
        <w:t xml:space="preserve">[1:20:44] </w:t>
      </w:r>
      <w:r>
        <w:t>khaas tor par europe, america mein yeh florist business bana hua hai. ab sochiye ke jis jis industry ne, jis modern civilization ne aap ko stress diya ho, tension diya ho, us ne kya diya aap ko?</w:t>
      </w:r>
    </w:p>
    <w:p>
      <w:pPr>
        <w:jc w:val="right"/>
      </w:pPr>
      <w:r>
        <w:t>خاص طور پر یورپ، امریکہ میں یہ فلورسٹ بزنس بنا ہوا ہے۔ اب سوچیے کہ جس جس انڈسٹری نے، جس ماڈرن سولائزیشن نے آپ کو اسٹریس دیا ہو، ٹینشن دیا ہو، اس نے کیا دیا آپ کو؟</w:t>
      </w:r>
    </w:p>
    <w:p>
      <w:r>
        <w:rPr>
          <w:b/>
        </w:rPr>
        <w:t xml:space="preserve">[1:21:01] </w:t>
      </w:r>
      <w:r>
        <w:t>kuch bhi nahin diya. to again khuda yeh kar raha hai ke yeh bata raha hai ke tum material civilization, material development tumhare liye kafi nahin hai.</w:t>
      </w:r>
    </w:p>
    <w:p>
      <w:pPr>
        <w:jc w:val="right"/>
      </w:pPr>
      <w:r>
        <w:t>کچھ بھی نہیں دیا۔ تو اگین خدا یہ کر رہا ہے کہ یہ بتا رہا ہے کہ تم مٹیریل سولائزیشن، مٹیریل ڈیولپمنٹ تمہارے لیے کافی نہیں ہے۔</w:t>
      </w:r>
    </w:p>
    <w:p>
      <w:r>
        <w:rPr>
          <w:b/>
        </w:rPr>
        <w:t xml:space="preserve">[1:21:15] </w:t>
      </w:r>
      <w:r>
        <w:t>to yeh sab halaat is liye paida kiye gaye hain ke hum insaan ko bata sakein ke sachai jo hai, woh sachai tum ko mile gi kahan?</w:t>
      </w:r>
    </w:p>
    <w:p>
      <w:pPr>
        <w:jc w:val="right"/>
      </w:pPr>
      <w:r>
        <w:t>تو یہ سب حالات اس لیے پیدا کیے گئے ہیں کہ ہم انسان کو بتا سکیں کہ سچائی جو ہے، وہ سچائی تم کو ملے گی کہاں؟</w:t>
      </w:r>
    </w:p>
    <w:p>
      <w:r>
        <w:rPr>
          <w:b/>
        </w:rPr>
        <w:t xml:space="preserve">[1:21:27] </w:t>
      </w:r>
      <w:r>
        <w:t>khuda ke deen mein, khuda ke mazhab mein,</w:t>
      </w:r>
    </w:p>
    <w:p>
      <w:pPr>
        <w:jc w:val="right"/>
      </w:pPr>
      <w:r>
        <w:t>خدا کے دین میں، خدا کے مذہب میں،</w:t>
      </w:r>
    </w:p>
    <w:p>
      <w:r>
        <w:rPr>
          <w:b/>
        </w:rPr>
        <w:t xml:space="preserve">[1:21:31] </w:t>
      </w:r>
      <w:r>
        <w:t>jis ka, jis ka ke, jis ka ke preserve, jo jo preserve form mein aap quran mein maujood hai. to yeh sari cheezein jo hain, hamein aik nai responsibility ko batati hain.</w:t>
      </w:r>
    </w:p>
    <w:p>
      <w:pPr>
        <w:jc w:val="right"/>
      </w:pPr>
      <w:r>
        <w:t>جس کا، جس کا کہ، جس کا کہ پریزرو، جو جو پریزرو فارم میں آپ قرآن میں موجود ہے۔ تو یہ ساری چیزیں جو ہیں، ہمیں ایک نئی ریسپانسبیلٹی کو بتاتی ہیں۔</w:t>
      </w:r>
    </w:p>
    <w:p>
      <w:r>
        <w:rPr>
          <w:b/>
        </w:rPr>
        <w:t xml:space="preserve">[1:21:48] </w:t>
      </w:r>
      <w:r>
        <w:t>main ne kai kitabein dekhi jo kuch muslim authors ne likhi hain in sab baaton ko le kar. to woh sari kitab ka khulasa kya hai? pride, pride of</w:t>
      </w:r>
    </w:p>
    <w:p>
      <w:pPr>
        <w:jc w:val="right"/>
      </w:pPr>
      <w:r>
        <w:t>میں نے کئی کتابیں دیکھیں جو کچھ مسلم اتھرز نے لکھی ہیں ان سب باتوں کو لے کر۔ تو وہ ساری کتاب کا خلاصہ کیا ہے؟ پرائیڈ، پرائیڈ آف</w:t>
      </w:r>
    </w:p>
    <w:p>
      <w:r>
        <w:rPr>
          <w:b/>
        </w:rPr>
        <w:t xml:space="preserve">[1:21:57] </w:t>
      </w:r>
      <w:r>
        <w:t>islam. in sari kitabon ka agar aik title banana ho to pride of islam. dekho quran mein yeh likha hua hai. dekho quran mein woh baat likhi hui hai.</w:t>
      </w:r>
    </w:p>
    <w:p>
      <w:pPr>
        <w:jc w:val="right"/>
      </w:pPr>
      <w:r>
        <w:t>اسلام۔ ان ساری کتابوں کا اگر ایک ٹائٹل بنانا ہو تو پرائیڈ آف اسلام۔ دیکھو قرآن میں یہ لکھا ہوا ہے۔ دیکھو قرآن میں وہ بات لکھی ہوئی ہے۔</w:t>
      </w:r>
    </w:p>
    <w:p>
      <w:r>
        <w:rPr>
          <w:b/>
        </w:rPr>
        <w:t xml:space="preserve">[1:22:09] </w:t>
      </w:r>
      <w:r>
        <w:t>yeh kuch nahin hai. woh cheezein hamari responsibility ko batati hain. yani is yeh bata rahi hain ke is se pehle tum traditional argument ke zariye dawat ka kaam kar rahe</w:t>
      </w:r>
    </w:p>
    <w:p>
      <w:pPr>
        <w:jc w:val="right"/>
      </w:pPr>
      <w:r>
        <w:t>یہ کچھ نہیں ہے۔ وہ چیزیں ہماری ریسپانسبیلٹی کو بتاتی ہیں۔ یعنی اس یہ بتا رہی ہیں کہ اس سے پہلے تم ٹریڈیشنل ارگیومنٹ کے ذریعے دعوتی کام کر رہے</w:t>
      </w:r>
    </w:p>
    <w:p>
      <w:r>
        <w:rPr>
          <w:b/>
        </w:rPr>
        <w:t xml:space="preserve">[1:22:21] </w:t>
      </w:r>
      <w:r>
        <w:t>the. ab tum ko yeh karna hai ke ke scientific argument ke zariye is dawat ko aur zyada effective banao.</w:t>
      </w:r>
    </w:p>
    <w:p>
      <w:pPr>
        <w:jc w:val="right"/>
      </w:pPr>
      <w:r>
        <w:t>تھے۔ اب تم کو یہ کرنا ہے کہ کہ سائنٹیفک ارگیومنٹ کے ذریعے اس دعوت کو اور زیادہ ایفیکٹیو بناؤ۔</w:t>
      </w:r>
    </w:p>
    <w:p>
      <w:r>
        <w:rPr>
          <w:b/>
        </w:rPr>
        <w:t xml:space="preserve">[1:22:31] </w:t>
      </w:r>
      <w:r>
        <w:t>jaise ke pehle kya tha? aap paon se chal kar dawat ka kaam karte the ya ghore par baith kar karte the ya oont par baith kar.</w:t>
      </w:r>
    </w:p>
    <w:p>
      <w:pPr>
        <w:jc w:val="right"/>
      </w:pPr>
      <w:r>
        <w:t>جیسے کہ پہلے کیا تھا؟ آپ پاؤں سے چل کر دعوت کا کام کرتے تھے یا گھوڑے پر بیٹھ کر کرتے تھے یا اونٹ پر بیٹھ کر۔</w:t>
      </w:r>
    </w:p>
    <w:p>
      <w:r>
        <w:rPr>
          <w:b/>
        </w:rPr>
        <w:t xml:space="preserve">[1:22:42] </w:t>
      </w:r>
      <w:r>
        <w:t>aaj kya hai?</w:t>
      </w:r>
    </w:p>
    <w:p>
      <w:pPr>
        <w:jc w:val="right"/>
      </w:pPr>
      <w:r>
        <w:t>آج کیا ہے؟</w:t>
      </w:r>
    </w:p>
    <w:p>
      <w:r>
        <w:rPr>
          <w:b/>
        </w:rPr>
        <w:t xml:space="preserve">[1:22:43] </w:t>
      </w:r>
      <w:r>
        <w:t>aap motor car ke zariye daurte hain, aap hawai jahaz ke zariye udate hain aur telephone aur mobile ke zariye aap aur TV ke zariye aap within minutes sari dunya mein apna message pohncha dete hain.</w:t>
      </w:r>
    </w:p>
    <w:p>
      <w:pPr>
        <w:jc w:val="right"/>
      </w:pPr>
      <w:r>
        <w:t>آپ موٹر کار کے ذریعے دوڑتے ہیں، آپ ہوائی جہاز کے ذریعے اڑتے ہیں اور ٹیلی فون اور موبائل کے ذریعے آپ اور ٹی وی کے ذریعے آپ ود ان منٹس ساری دنیا میں اپنا میسج پہنچا دیتے ہیں۔</w:t>
      </w:r>
    </w:p>
    <w:p>
      <w:r>
        <w:rPr>
          <w:b/>
        </w:rPr>
        <w:t xml:space="preserve">[1:22:57] </w:t>
      </w:r>
      <w:r>
        <w:t>to in cheezon ko abhi istemal kiya ja raha hai sirf money business ke liye. yeh jo yeh jo cheezein samne aayi hain, modern communication, abhi tak in ko istemal kar rahe hain kon log</w:t>
      </w:r>
    </w:p>
    <w:p>
      <w:pPr>
        <w:jc w:val="right"/>
      </w:pPr>
      <w:r>
        <w:t>تو ان چیزوں کو ابھی استعمال کیا جا رہا ہے صرف منی بزنس کے لیے۔ یہ جو یہ جو چیزیں سامنے آئیں ہیں، ماڈرن کمیونیکیشن، ابھی تک ان کو استعمال کر رہے ہیں کون لوگ</w:t>
      </w:r>
    </w:p>
    <w:p>
      <w:r>
        <w:rPr>
          <w:b/>
        </w:rPr>
        <w:t xml:space="preserve">[1:23:11] </w:t>
      </w:r>
      <w:r>
        <w:t>? woh log jin ko ke sachai nahin phailana hai.</w:t>
      </w:r>
    </w:p>
    <w:p>
      <w:pPr>
        <w:jc w:val="right"/>
      </w:pPr>
      <w:r>
        <w:t>؟ وہ لوگ جن کو کہ سچائی نہیں پھیلانا ہے۔</w:t>
      </w:r>
    </w:p>
    <w:p>
      <w:r>
        <w:rPr>
          <w:b/>
        </w:rPr>
        <w:t xml:space="preserve">[1:23:16] </w:t>
      </w:r>
      <w:r>
        <w:t>lekin jo sachai ke jin ko sachai mili hai, jin par dawat ki zimmedari jin ke upar aayi hai, un ka pehla kaam yeh hai ke woh communication ko istemal karein sachai ko phailane ke liye.</w:t>
      </w:r>
    </w:p>
    <w:p>
      <w:pPr>
        <w:jc w:val="right"/>
      </w:pPr>
      <w:r>
        <w:t>لیکن جو سچائی کے جن کو سچائی ملی ہے، جن پر دعوت کی ذمہ داری جن کے اوپر آئی ہے، ان کا پہلا کام یہ ہے کہ وہ کمیونیکیشن کو استعمال کریں سچائی کو پھیلانے کے لیے۔</w:t>
      </w:r>
    </w:p>
    <w:p>
      <w:r>
        <w:rPr>
          <w:b/>
        </w:rPr>
        <w:t xml:space="preserve">[1:23:34] </w:t>
      </w:r>
      <w:r>
        <w:t>yani khuda ne yeh communication ka zamana jo paida kiya hai dunya mein, is liye nahin ke is se aap paisa zyada kamayein, is liye nahin paida kiya hai.</w:t>
      </w:r>
    </w:p>
    <w:p>
      <w:pPr>
        <w:jc w:val="right"/>
      </w:pPr>
      <w:r>
        <w:t>یعنی خدا نے یہ کمیونیکیشن کا زمانہ جو پیدا کیا ہے دنیا میں، اس لیے نہیں کہ اس سے آپ پیسہ زیادہ کمائیں، اس لیے نہیں پیدا کیا ہے۔</w:t>
      </w:r>
    </w:p>
    <w:p>
      <w:r>
        <w:rPr>
          <w:b/>
        </w:rPr>
        <w:t xml:space="preserve">[1:23:45] </w:t>
      </w:r>
      <w:r>
        <w:t>is liye kiya hai ke aap dawat ke message ko aur zyada phailayein.</w:t>
      </w:r>
    </w:p>
    <w:p>
      <w:pPr>
        <w:jc w:val="right"/>
      </w:pPr>
      <w:r>
        <w:t>اس لیے کیا ہے کہ آپ دعوت کے میسج کو اور زیادہ پھیلائیں۔</w:t>
      </w:r>
    </w:p>
    <w:p>
      <w:r>
        <w:rPr>
          <w:b/>
        </w:rPr>
        <w:t xml:space="preserve">[1:23:52] </w:t>
      </w:r>
      <w:r>
        <w:t>agar khuda ka jo paigham hai, wohi na phailaya jaye to main samajhta hoon ke sare log mujrim ho gaye ke jo asal kaam tha, wohi to kiya nahin.</w:t>
      </w:r>
    </w:p>
    <w:p>
      <w:pPr>
        <w:jc w:val="right"/>
      </w:pPr>
      <w:r>
        <w:t>اگر خدا کا جو پیغام ہے، وہی نہ پھیلایا جائے تو میں سمجھتا ہوں کہ سارے لوگ مجرم ہو گئے کہ جو اصل کام تھا، وہی تو کیا نہیں۔</w:t>
      </w:r>
    </w:p>
    <w:p>
      <w:r>
        <w:rPr>
          <w:b/>
        </w:rPr>
        <w:t xml:space="preserve">[1:24:04] </w:t>
      </w:r>
      <w:r>
        <w:t>yani dawat ka message, yani modern communication ko istemal kar ke agar aap khuda ka paigham pohnchayein to is ke baad aap ko yeh right mil sakta hai ke in cheezon ko aap apne aram ke liye istemal karein.</w:t>
      </w:r>
    </w:p>
    <w:p>
      <w:pPr>
        <w:jc w:val="right"/>
      </w:pPr>
      <w:r>
        <w:t>یعنی دعوت کا میسج، یعنی ماڈرن کمیونیکیشن کو استعمال کر کے اگر آپ خدا کا پیغام پہنچائیں تو اس کے بعد آپ کو یہ رائٹ مل سکتا ہے کہ ان چیزوں کو آپ اپنے آرام کے لیے استعمال کریں۔</w:t>
      </w:r>
    </w:p>
    <w:p>
      <w:r>
        <w:rPr>
          <w:b/>
        </w:rPr>
        <w:t xml:space="preserve">[1:24:23] </w:t>
      </w:r>
      <w:r>
        <w:t>lekin agar aap is khuda ka paigham pohnchane ke liye istemal na karein in cheezon ko aur sirf apne business ke liye, apne aram ke liye, apne comfort ke liye istemal karein to is ka istemal karna hi jaiz nahin hoga.</w:t>
      </w:r>
    </w:p>
    <w:p>
      <w:pPr>
        <w:jc w:val="right"/>
      </w:pPr>
      <w:r>
        <w:t>لیکن اگر آپ اس خدا کا پیغام پہنچانے کے لیے استعمال نہ کریں ان چیزوں کو اور صرف اپنے بزنس کے لیے، اپنے آرام کے لیے، اپنے کمفرٹ کے لیے استعمال کریں تو اس کا استعمال کرنا ہی جائز نہیں ہوگا۔</w:t>
      </w:r>
    </w:p>
    <w:p>
      <w:r>
        <w:rPr>
          <w:b/>
        </w:rPr>
        <w:t xml:space="preserve">[1:24:41] </w:t>
      </w:r>
      <w:r>
        <w:t>is ka istemal karna hi jaiz nahin hoga. is ko achi tarah samajh lijiyye.</w:t>
      </w:r>
    </w:p>
    <w:p>
      <w:pPr>
        <w:jc w:val="right"/>
      </w:pPr>
      <w:r>
        <w:t>اس کا استعمال کرنا ہی جائز نہیں ہوگا۔ اس کو اچھی طرح سمجھ لیجئے۔</w:t>
      </w:r>
    </w:p>
    <w:p>
      <w:r>
        <w:rPr>
          <w:b/>
        </w:rPr>
        <w:t xml:space="preserve">[1:24:49] </w:t>
      </w:r>
      <w:r>
        <w:t>to yeh sari baat jo main ne arz ki aap ki khidmat mein, is ka khulasa yeh hai ke khuda ne</w:t>
      </w:r>
    </w:p>
    <w:p>
      <w:pPr>
        <w:jc w:val="right"/>
      </w:pPr>
      <w:r>
        <w:t>تو یہ ساری بات جو میں نے عرض کی آپ کی خدمت میں، اس کا خلاصہ یہ ہے کہ خدا نے</w:t>
      </w:r>
    </w:p>
    <w:p>
      <w:r>
        <w:rPr>
          <w:b/>
        </w:rPr>
        <w:t xml:space="preserve">[1:24:58] </w:t>
      </w:r>
      <w:r>
        <w:t>ab is yani scientific age mein woh sari rukawatein door kar di hain jo pehle pai jati theen dunya mein dawat ko phailane ke liye.</w:t>
      </w:r>
    </w:p>
    <w:p>
      <w:pPr>
        <w:jc w:val="right"/>
      </w:pPr>
      <w:r>
        <w:t>اب اس یعنی سائنٹیفک ایج میں وہ ساری رکاوٹیں دور کر دی ہیں جو پہلے پائی جاتی تھیں دنیا میں دعوت کو پھیلانے کے لیے۔</w:t>
      </w:r>
    </w:p>
    <w:p>
      <w:r>
        <w:rPr>
          <w:b/>
        </w:rPr>
        <w:t xml:space="preserve">[1:25:15] </w:t>
      </w:r>
      <w:r>
        <w:t>misal ke tor par aik aik tabai the jinhone afrique mein futuhat ki theen.</w:t>
      </w:r>
    </w:p>
    <w:p>
      <w:pPr>
        <w:jc w:val="right"/>
      </w:pPr>
      <w:r>
        <w:t>مثال کے طور پر ایک ایک تابعی تھے جنہوں نے افریقہ میں فتوحات کی تھیں۔</w:t>
      </w:r>
    </w:p>
    <w:p>
      <w:r>
        <w:rPr>
          <w:b/>
        </w:rPr>
        <w:t xml:space="preserve">[1:25:29] </w:t>
      </w:r>
      <w:r>
        <w:t>woh ghoda daudate hue pohnch gaye barako tak. aap jante hain ke barako ke idhar atlantic hai. to unhone dekha ke barako tak to maine fateh kar liya,</w:t>
      </w:r>
    </w:p>
    <w:p>
      <w:pPr>
        <w:jc w:val="right"/>
      </w:pPr>
      <w:r>
        <w:t>وہ گھوڑا دوڑاتے ہوئے پہنچ گئے براکو تک۔ آپ جانتے ہیں کہ براکو کے ادھر اٹلانٹک ہے۔ تو انہوں نے دیکھا کہ براکو تک تو میں نے فتح کر لیا،</w:t>
      </w:r>
    </w:p>
    <w:p>
      <w:r>
        <w:rPr>
          <w:b/>
        </w:rPr>
        <w:t xml:space="preserve">[1:25:43] </w:t>
      </w:r>
      <w:r>
        <w:t>matlab yahan islam ka paigham unhone pohncha diya. ab aage kya hai? woh to darya hai, woh to atlantic hai, woh to samandar hai.</w:t>
      </w:r>
    </w:p>
    <w:p>
      <w:pPr>
        <w:jc w:val="right"/>
      </w:pPr>
      <w:r>
        <w:t>مطلب یہاں اسلام کا پیغام انہوں نے پہنچا دیا۔ اب آگے کیا ہے؟ وہ تو دریا ہے، وہ تو اٹلانٹک ہے، وہ تو سمندر ہے۔</w:t>
      </w:r>
    </w:p>
    <w:p>
      <w:r>
        <w:rPr>
          <w:b/>
        </w:rPr>
        <w:t xml:space="preserve">[1:25:51] </w:t>
      </w:r>
      <w:r>
        <w:t>to aata hai kitabon mein ke unhon ne wahan par</w:t>
      </w:r>
    </w:p>
    <w:p>
      <w:pPr>
        <w:jc w:val="right"/>
      </w:pPr>
      <w:r>
        <w:t>تو آتا ہے کتابوں میں کہ انہوں نے وہاں پر</w:t>
      </w:r>
    </w:p>
    <w:p>
      <w:r>
        <w:rPr>
          <w:b/>
        </w:rPr>
        <w:t xml:space="preserve">[1:25:55] </w:t>
      </w:r>
      <w:r>
        <w:t>Atlantic ke kinare</w:t>
      </w:r>
    </w:p>
    <w:p>
      <w:pPr>
        <w:jc w:val="right"/>
      </w:pPr>
      <w:r>
        <w:t>اٹلانٹک کے کنارے</w:t>
      </w:r>
    </w:p>
    <w:p>
      <w:r>
        <w:rPr>
          <w:b/>
        </w:rPr>
        <w:t xml:space="preserve">[1:25:59] </w:t>
      </w:r>
      <w:r>
        <w:t>apna ghoda khara kar ke aur bolay, "woh</w:t>
      </w:r>
    </w:p>
    <w:p>
      <w:pPr>
        <w:jc w:val="right"/>
      </w:pPr>
      <w:r>
        <w:t>اپنا گھوڑا کھڑا کر کے اور بولے، "وہ</w:t>
      </w:r>
    </w:p>
    <w:p>
      <w:r>
        <w:rPr>
          <w:b/>
        </w:rPr>
        <w:t xml:space="preserve">[1:26:05] </w:t>
      </w:r>
      <w:r>
        <w:t>ke agar mein yeh janta</w:t>
      </w:r>
    </w:p>
    <w:p>
      <w:pPr>
        <w:jc w:val="right"/>
      </w:pPr>
      <w:r>
        <w:t>کہ اگر میں یہ جانتا</w:t>
      </w:r>
    </w:p>
    <w:p>
      <w:r>
        <w:rPr>
          <w:b/>
        </w:rPr>
        <w:t xml:space="preserve">[1:26:08] </w:t>
      </w:r>
      <w:r>
        <w:t>ke is samandar ke is par bhi kuch log بستے hain</w:t>
      </w:r>
    </w:p>
    <w:p>
      <w:pPr>
        <w:jc w:val="right"/>
      </w:pPr>
      <w:r>
        <w:t>کہ اس سمندر کے اس پار بھی کچھ لوگ بستے ہیں</w:t>
      </w:r>
    </w:p>
    <w:p>
      <w:r>
        <w:rPr>
          <w:b/>
        </w:rPr>
        <w:t xml:space="preserve">[1:26:12] </w:t>
      </w:r>
      <w:r>
        <w:t>to mein wahan jata taake in logon ko bhi Khuda ka paigham pohanchay."</w:t>
      </w:r>
    </w:p>
    <w:p>
      <w:pPr>
        <w:jc w:val="right"/>
      </w:pPr>
      <w:r>
        <w:t>تو میں وہاں جاتا تاکہ ان لوگوں کو بھی خدا کا پیغام پہنچ جائے۔"</w:t>
      </w:r>
    </w:p>
    <w:p>
      <w:r>
        <w:rPr>
          <w:b/>
        </w:rPr>
        <w:t xml:space="preserve">[1:26:24] </w:t>
      </w:r>
      <w:r>
        <w:t>lekin aaj aap ke liye woh cheez maloom ho chuki hai. aap jantay hain ke atlantic is par America hai. America tak pohanchne ke liye aap ke paas hawai jahaz hain, telephone hai, mobile hai, communication hai.</w:t>
      </w:r>
    </w:p>
    <w:p>
      <w:pPr>
        <w:jc w:val="right"/>
      </w:pPr>
      <w:r>
        <w:t>لیکن آج آپ کے لیے وہ چیز معلوم ہو چکی ہے۔ آپ جانتے ہیں کہ اٹلانٹک اس پار امریکہ ہے۔ امریکہ تک پہنچنے کے لیے آپ کے پاس ہوائی جہاز ہیں، ٹیلی فون ہے، موبائل ہے، کمیونیکیشن ہے۔</w:t>
      </w:r>
    </w:p>
    <w:p>
      <w:r>
        <w:rPr>
          <w:b/>
        </w:rPr>
        <w:t xml:space="preserve">[1:26:39] </w:t>
      </w:r>
      <w:r>
        <w:t>un ke liye to uzar tha ke woh jantay hi nahi thay ke atlantic is par koi dunya hai, koi insan bastay hain. aap ke liye kya uzar hai?</w:t>
      </w:r>
    </w:p>
    <w:p>
      <w:pPr>
        <w:jc w:val="right"/>
      </w:pPr>
      <w:r>
        <w:t>ان کے لیے تو عذر تھا کہ وہ جانتے ہی نہیں تھے کہ اٹلانٹک اس پار کوئی دنیا ہے، کوئی انسان بستے ہیں۔ آپ کے لیے کیا عذر ہے؟</w:t>
      </w:r>
    </w:p>
    <w:p>
      <w:r>
        <w:rPr>
          <w:b/>
        </w:rPr>
        <w:t xml:space="preserve">[1:26:47] </w:t>
      </w:r>
      <w:r>
        <w:t>aap ke liye kya excuse hai?</w:t>
      </w:r>
    </w:p>
    <w:p>
      <w:pPr>
        <w:jc w:val="right"/>
      </w:pPr>
      <w:r>
        <w:t>آپ کے لیے کیا ایکسکیوز ہے؟</w:t>
      </w:r>
    </w:p>
    <w:p>
      <w:r>
        <w:rPr>
          <w:b/>
        </w:rPr>
        <w:t xml:space="preserve">[1:26:50] </w:t>
      </w:r>
      <w:r>
        <w:t>aaj ke jo log jinhein sachai ka ilm hai, un ke paas koi excuse nahi hai ke modern communication ko istemal karke woh dunya bhar mein is paigham ko pohanchay.</w:t>
      </w:r>
    </w:p>
    <w:p>
      <w:pPr>
        <w:jc w:val="right"/>
      </w:pPr>
      <w:r>
        <w:t>آج کے جو لوگ جنہیں سچائی کا علم ہے، ان کے پاس کوئی ایکسکیوز نہیں ہے کہ ماڈرن کمیونیکیشن کو استعمال کر کے وہ دنیا بھر میں اس پیغام کو پہنچائیں۔</w:t>
      </w:r>
    </w:p>
    <w:p>
      <w:r>
        <w:rPr>
          <w:b/>
        </w:rPr>
        <w:t xml:space="preserve">[1:27:08] </w:t>
      </w:r>
      <w:r>
        <w:t>dekhen, dawat ka kaam ka matlab yeh nahi ke debate karen. aap mein ne dekha kuch log debate karte hain, yani doosray ko down karna, apna pride doosray ko us par establish karna.</w:t>
      </w:r>
    </w:p>
    <w:p>
      <w:pPr>
        <w:jc w:val="right"/>
      </w:pPr>
      <w:r>
        <w:t>دیکھیں، دعوت کا کام کا مطلب یہ نہیں کہ ڈیبیٹ کریں۔ آپ میں نے دیکھا کچھ لوگ ڈیبیٹ کرتے ہیں، یعنی دوسرے کو ڈاؤن کرنا، اپنا پرائیڈ دوسرے کو اس پر اسٹیبلش کرنا۔</w:t>
      </w:r>
    </w:p>
    <w:p>
      <w:r>
        <w:rPr>
          <w:b/>
        </w:rPr>
        <w:t xml:space="preserve">[1:27:21] </w:t>
      </w:r>
      <w:r>
        <w:t>yeh yeh mein is ko samajhta hoon. yani agar aap modern communication ko, modern knowledge ko, jo baatein science ke zariye samnay aayi hain, un ko le kar apne qaumi pride ko establish karen,</w:t>
      </w:r>
    </w:p>
    <w:p>
      <w:pPr>
        <w:jc w:val="right"/>
      </w:pPr>
      <w:r>
        <w:t>یہ یہ میں اس کو سن سمجھتا ہوں۔ یعنی اگر آپ ماڈرن کمیونیکیشن کو، ماڈرن نالج کو، جو باتیں سائنس کے ذریعے سامنے آئیں ہیں، ان کو لے کر اپنے قومی پرائیڈ کو اسٹیبلش کریں،</w:t>
      </w:r>
    </w:p>
    <w:p>
      <w:r>
        <w:rPr>
          <w:b/>
        </w:rPr>
        <w:t xml:space="preserve">[1:27:39] </w:t>
      </w:r>
      <w:r>
        <w:t>doosron ko down karne ke liye un ko istemal karen, aur yeh boli bolen ke "bulldoze them all"</w:t>
      </w:r>
    </w:p>
    <w:p>
      <w:pPr>
        <w:jc w:val="right"/>
      </w:pPr>
      <w:r>
        <w:t>دوسروں کو ڈاؤن کرنے کے لیے ان کو استعمال کریں، اور یہ بولی بولیں کہ "بلڈوز دیم ال"</w:t>
      </w:r>
    </w:p>
    <w:p>
      <w:r>
        <w:rPr>
          <w:b/>
        </w:rPr>
        <w:t xml:space="preserve">[1:27:50] </w:t>
      </w:r>
      <w:r>
        <w:t>to yeh dawah work nahi hai, is par koi reward nahi hai. yeh to ek gunah hai.</w:t>
      </w:r>
    </w:p>
    <w:p>
      <w:pPr>
        <w:jc w:val="right"/>
      </w:pPr>
      <w:r>
        <w:t>تو یہ دعویٰ ورک نہیں ہے، اس پر کوئی ریوارڈ نہیں ہے۔ یہ تو ایک سن ہے۔</w:t>
      </w:r>
    </w:p>
    <w:p>
      <w:r>
        <w:rPr>
          <w:b/>
        </w:rPr>
        <w:t xml:space="preserve">[1:28:00] </w:t>
      </w:r>
      <w:r>
        <w:t>dekhen, dawah work jo hai, woh ek khair khwahi ka amal hai ke doosray ke liye aap ke dil mein khair khwahi,</w:t>
      </w:r>
    </w:p>
    <w:p>
      <w:pPr>
        <w:jc w:val="right"/>
      </w:pPr>
      <w:r>
        <w:t>دیکھیں، دعویٰ ورک جو ہے، وہ ایک خیر خواہی کا عمل ہے کہ دوسرے کے لیے آپ کے دل میں خیر خواہی،</w:t>
      </w:r>
    </w:p>
    <w:p>
      <w:r>
        <w:rPr>
          <w:b/>
        </w:rPr>
        <w:t xml:space="preserve">[1:28:14] </w:t>
      </w:r>
      <w:r>
        <w:t>doosray ko jahannum se bachane ka jazba, doosray ko Khuda ke paradise mein pohanchane ka spirit, yeh hai dawat ka incentive.</w:t>
      </w:r>
    </w:p>
    <w:p>
      <w:pPr>
        <w:jc w:val="right"/>
      </w:pPr>
      <w:r>
        <w:t>دوسرے کو ہیلتھ سے بچانے کا جذبہ، دوسرے کو خدا کے پیراڈائز میں پہنچانے کا کی سپرٹ، یہ ہے دعوت کا انسنٹیو۔</w:t>
      </w:r>
    </w:p>
    <w:p>
      <w:r>
        <w:rPr>
          <w:b/>
        </w:rPr>
        <w:t xml:space="preserve">[1:28:33] </w:t>
      </w:r>
      <w:r>
        <w:t>dawat apni barhai batane ke liye nahi hoti, apna pride establish ke liye karne ke liye nahi hoti,</w:t>
      </w:r>
    </w:p>
    <w:p>
      <w:pPr>
        <w:jc w:val="right"/>
      </w:pPr>
      <w:r>
        <w:t>دعوت اپنی بڑائی بتانے کے لیے نہیں ہوتی، اپنا پرائیڈ اسٹیبلش کے لیے کرنے کے لیے نہیں ہوتی،</w:t>
      </w:r>
    </w:p>
    <w:p>
      <w:r>
        <w:rPr>
          <w:b/>
        </w:rPr>
        <w:t xml:space="preserve">[1:28:43] </w:t>
      </w:r>
      <w:r>
        <w:t>apne aap ko supreme dikhane ke liye nahi hoti, kuch bhi nahi. woh to ek tadap hai ke doosra insan jo be khabar hai, woh jaan le.</w:t>
      </w:r>
    </w:p>
    <w:p>
      <w:pPr>
        <w:jc w:val="right"/>
      </w:pPr>
      <w:r>
        <w:t>اپنے آپ کو سپریم دکھانے کے لیے نہیں ہوتی، کچھ بھی نہیں۔ وہ تو ایک تڑپ ہے کہ دوسرا انسان جو بے خبر ہے، وہ جان لے۔</w:t>
      </w:r>
    </w:p>
    <w:p>
      <w:r>
        <w:rPr>
          <w:b/>
        </w:rPr>
        <w:t xml:space="preserve">[1:28:56] </w:t>
      </w:r>
      <w:r>
        <w:t>doosra insan jo paradise ki taraf nahi ja raha hai, woh paradise ki taraf jane lagay.</w:t>
      </w:r>
    </w:p>
    <w:p>
      <w:pPr>
        <w:jc w:val="right"/>
      </w:pPr>
      <w:r>
        <w:t>دوسرا انسان جو پیراڈائز کی طرف نہیں جا رہا ہے، وہ پیراڈائز کی طرف جانے لگے۔</w:t>
      </w:r>
    </w:p>
    <w:p>
      <w:r>
        <w:rPr>
          <w:b/>
        </w:rPr>
        <w:t xml:space="preserve">[1:29:06] </w:t>
      </w:r>
      <w:r>
        <w:t>to is ilm insani ko le kar ke humein jo dawah work karna hai, is ka jazba hona chahiye doosron ki khair khwahi.</w:t>
      </w:r>
    </w:p>
    <w:p>
      <w:pPr>
        <w:jc w:val="right"/>
      </w:pPr>
      <w:r>
        <w:t>تو اس علم انسانی کو لے کر کے ہمیں جو دعویٰ ورک کرنا ہے، اس کا جذبہ ہونا چاہیے دوسروں کی خیر خواہی۔</w:t>
      </w:r>
    </w:p>
    <w:p>
      <w:r>
        <w:rPr>
          <w:b/>
        </w:rPr>
        <w:t xml:space="preserve">[1:29:18] </w:t>
      </w:r>
      <w:r>
        <w:t>khair khwahi ke siwa koi bhi doosri cheez, koi bhi doosra jazba le kar agar aap yeh kaam karen to is par kuch bhi reward nahi hai.</w:t>
      </w:r>
    </w:p>
    <w:p>
      <w:pPr>
        <w:jc w:val="right"/>
      </w:pPr>
      <w:r>
        <w:t>خیر خواہی کے سوا کوئی بھی دوسری چیز، کوئی بھی دوسرا جذبہ لے کر اگر آپ یہ کام کریں تو اس پر کچھ بھی ریوارڈ نہیں ہے۔</w:t>
      </w:r>
    </w:p>
    <w:p>
      <w:r>
        <w:rPr>
          <w:b/>
        </w:rPr>
        <w:t xml:space="preserve">[1:29:30] </w:t>
      </w:r>
      <w:r>
        <w:t>kuch bhi reward nahi hai. jahan tak mein samajhta hoon, Quran o Hadees ko parh kar ke</w:t>
      </w:r>
    </w:p>
    <w:p>
      <w:pPr>
        <w:jc w:val="right"/>
      </w:pPr>
      <w:r>
        <w:t>کچھ بھی ریوارڈ نہیں ہے۔ جہاں تک میں سمجھتا ہوں، قرآن و حدیث کو پڑھ کر کے</w:t>
      </w:r>
    </w:p>
    <w:p>
      <w:r>
        <w:rPr>
          <w:b/>
        </w:rPr>
        <w:t xml:space="preserve">[1:29:39] </w:t>
      </w:r>
      <w:r>
        <w:t>debate jaisa kaam jo hai, woh is par koi bhi reward nahi hai.</w:t>
      </w:r>
    </w:p>
    <w:p>
      <w:pPr>
        <w:jc w:val="right"/>
      </w:pPr>
      <w:r>
        <w:t>ڈیبیٹ جیسا کام جو ہے، وہ اس پر کوئی بھی ریوارڈ نہیں ہے۔</w:t>
      </w:r>
    </w:p>
    <w:p>
      <w:r>
        <w:rPr>
          <w:b/>
        </w:rPr>
        <w:t xml:space="preserve">[1:29:43] </w:t>
      </w:r>
      <w:r>
        <w:t>dawah work alag cheez hai aur debate alag cheez hai. to kuch log woh hain jo modern communication ko istemal karte hain sirf apne interest ke liye, apne material interest ke liye.</w:t>
      </w:r>
    </w:p>
    <w:p>
      <w:pPr>
        <w:jc w:val="right"/>
      </w:pPr>
      <w:r>
        <w:t>دعویٰ ورک الگ چیز ہے اور ڈیبیٹ الگ چیز ہے۔ تو کچھ لوگ وہ ہیں جو ماڈرن کمیونیکیشن کو استعمال کرتے ہیں صرف اپنے انٹرسٹ کے لیے، اپنے مٹیریل انٹرسٹ کے لیے۔</w:t>
      </w:r>
    </w:p>
    <w:p>
      <w:r>
        <w:rPr>
          <w:b/>
        </w:rPr>
        <w:t xml:space="preserve">[1:30:00] </w:t>
      </w:r>
      <w:r>
        <w:t>zahir hai ke woh Khuda ke nazdeek un ka koi jagah nahi hai.</w:t>
      </w:r>
    </w:p>
    <w:p>
      <w:pPr>
        <w:jc w:val="right"/>
      </w:pPr>
      <w:r>
        <w:t>ظاہر ہے کہ وہ خدا کے نزدیک ان کا کوئی جگہ نہیں ہے۔</w:t>
      </w:r>
    </w:p>
    <w:p>
      <w:r>
        <w:rPr>
          <w:b/>
        </w:rPr>
        <w:t xml:space="preserve">[1:30:05] </w:t>
      </w:r>
      <w:r>
        <w:t>lekin woh log bhi jo modern communication ko istemal karte hain debate ke liye, yani apne qaumi mazhab ko, us ki supremacy ko doosray ke oopar establish karne ke liye,</w:t>
      </w:r>
    </w:p>
    <w:p>
      <w:pPr>
        <w:jc w:val="right"/>
      </w:pPr>
      <w:r>
        <w:t>لیکن وہ لوگ بھی جو ماڈرن کمیونیکیشن کو استعمال کرتے ہیں ڈیبیٹ کے لیے، یعنی اپنے قومی مذہب کو، اس کی سپریمیسی کو دوسرے کے اوپر اسٹیبلش کرنے کے لیے،</w:t>
      </w:r>
    </w:p>
    <w:p>
      <w:r>
        <w:rPr>
          <w:b/>
        </w:rPr>
        <w:t xml:space="preserve">[1:30:21] </w:t>
      </w:r>
      <w:r>
        <w:t>yeh yeh dikhane ke liye ke hamara mazhab ziyada bara hai, hamara mazhab ziyada ooncha hai, yeh dikhane ke liye, woh bhi isi tarah se ghalati par hain,</w:t>
      </w:r>
    </w:p>
    <w:p>
      <w:pPr>
        <w:jc w:val="right"/>
      </w:pPr>
      <w:r>
        <w:t>یہ یہ دکھانے کے لیے کہ ہمارا مذہب زیادہ بڑا ہے، ہمارا مذہب زیادہ اونچا ہے، یہ دکھانے کے لیے، وہ بھی اسی طریقے سے غلطی پر ہیں،</w:t>
      </w:r>
    </w:p>
    <w:p>
      <w:r>
        <w:rPr>
          <w:b/>
        </w:rPr>
        <w:t xml:space="preserve">[1:30:32] </w:t>
      </w:r>
      <w:r>
        <w:t>jis tarah woh log ghalati par hain jo modern communication ko sirf apne material interest ke liye istemal karte hain.</w:t>
      </w:r>
    </w:p>
    <w:p>
      <w:pPr>
        <w:jc w:val="right"/>
      </w:pPr>
      <w:r>
        <w:t>جس طرح وہ لوگ غلطی پر ہیں جو ماڈرن کمیونیکیشن کو صرف اپنے مٹیریل انٹرسٹ کے لیے استعمال کرتے ہیں۔</w:t>
      </w:r>
    </w:p>
    <w:p>
      <w:r>
        <w:rPr>
          <w:b/>
        </w:rPr>
        <w:t xml:space="preserve">[1:30:45] </w:t>
      </w:r>
      <w:r>
        <w:t>yahan mein ek baat arz karoon ke</w:t>
      </w:r>
    </w:p>
    <w:p>
      <w:pPr>
        <w:jc w:val="right"/>
      </w:pPr>
      <w:r>
        <w:t>یہاں میں ایک بات عرض کروں کہ</w:t>
      </w:r>
    </w:p>
    <w:p>
      <w:r>
        <w:rPr>
          <w:b/>
        </w:rPr>
        <w:t xml:space="preserve">[1:30:54] </w:t>
      </w:r>
      <w:r>
        <w:t>aaj ka insan mein ek ek ek ek persian ki line ek hai ke "hama ahwa ne sahra sar khud nahad barqaf ba umeed e ankh ke roz e shikar khwahi amad".</w:t>
      </w:r>
    </w:p>
    <w:p>
      <w:pPr>
        <w:jc w:val="right"/>
      </w:pPr>
      <w:r>
        <w:t>آج کا انسان میں ایک ایک ایک ایک پرشین کی لائن ایک ہے کہ "ہمہ اہوا نے صحرا سر خود نہاد برقف با امید آنکھ کے روزے بشکار خواہی آمد"۔</w:t>
      </w:r>
    </w:p>
    <w:p>
      <w:r>
        <w:rPr>
          <w:b/>
        </w:rPr>
        <w:t xml:space="preserve">[1:31:14] </w:t>
      </w:r>
      <w:r>
        <w:t>is ka matlab yeh hai ke jangal ke tamam hiran apna sir hatheli pe liye hue khare hain taake tum aao aur un ka shikar karo.</w:t>
      </w:r>
    </w:p>
    <w:p>
      <w:pPr>
        <w:jc w:val="right"/>
      </w:pPr>
      <w:r>
        <w:t>اس کا مطلب یہ ہے کہ جنگل کے تمام ہرن اپنا سر ہتھیلی پہ لیے ہوئے کھڑے ہیں تاکہ تم آؤ اور ان کا شکار کرو۔</w:t>
      </w:r>
    </w:p>
    <w:p>
      <w:r>
        <w:rPr>
          <w:b/>
        </w:rPr>
        <w:t xml:space="preserve">[1:31:32] </w:t>
      </w:r>
      <w:r>
        <w:t>to mein samajhta hoon ke yeh jo shair ne kaha tha, is ka ek matlab yeh hai ke sare insaan apne nature jo un ke andar hai, jis ko mein ne kaha tha divine nature, to apne nature se majboor ho kar kisi cheez ki talash kar rahe hain.</w:t>
      </w:r>
    </w:p>
    <w:p>
      <w:pPr>
        <w:jc w:val="right"/>
      </w:pPr>
      <w:r>
        <w:t>تو میں سمجھتا ہوں کہ یہ جو شاعر نے کہا تھا، اس کا ایک مطلب یہ ہے کہ سارے انسان اپنے نیچر جو ان کے اندر ہے، جس کو میں نے کہا تھا ڈیوائن نیچر، تو اپنے نیچر سے مجبور ہو کر کسی چیز کی تلاش کر رہے ہیں۔</w:t>
      </w:r>
    </w:p>
    <w:p>
      <w:r>
        <w:rPr>
          <w:b/>
        </w:rPr>
        <w:t xml:space="preserve">[1:31:52] </w:t>
      </w:r>
      <w:r>
        <w:t>unhein chahiye kuch sachai.</w:t>
      </w:r>
    </w:p>
    <w:p>
      <w:pPr>
        <w:jc w:val="right"/>
      </w:pPr>
      <w:r>
        <w:t>انہیں چاہیے کچھ سچائی۔</w:t>
      </w:r>
    </w:p>
    <w:p>
      <w:r>
        <w:rPr>
          <w:b/>
        </w:rPr>
        <w:t xml:space="preserve">[1:31:56] </w:t>
      </w:r>
      <w:r>
        <w:t>to gaya ke wohi baat hai ke jangal ke tamam hiran apne aap ko khud hi pesh kiye hue hain, pesh pehle hi se ke koi hunter aaye aur un ka shikar kare.</w:t>
      </w:r>
    </w:p>
    <w:p>
      <w:pPr>
        <w:jc w:val="right"/>
      </w:pPr>
      <w:r>
        <w:t>تو گیا کہ وہ وہی بات ہے کہ جنگل کے تمام ہرن اپنے آپ کو خود ہی پیش کیے ہوئے ہیں، پیش پہلے ہی سے کہ کوئی ہنٹر آئے اور ان کا شکار کرے۔</w:t>
      </w:r>
    </w:p>
    <w:p>
      <w:r>
        <w:rPr>
          <w:b/>
        </w:rPr>
        <w:t xml:space="preserve">[1:32:08] </w:t>
      </w:r>
      <w:r>
        <w:t>to woh gaya is ke liye tayyar hai ke koi daai aaye aur un ko paigham de aur un ko Khuda ka, ke Khuda ke, Khuda ka ibadat karne wala banaye.</w:t>
      </w:r>
    </w:p>
    <w:p>
      <w:pPr>
        <w:jc w:val="right"/>
      </w:pPr>
      <w:r>
        <w:t>تو وہ گیا اس کے لیے تیار ہے کہ کوئی داعی آئے اور ان کو پیغام دے اور ان کو خدا کا، کہ خدا کے، خدا کا عبادت کرنے والا بنائے۔</w:t>
      </w:r>
    </w:p>
    <w:p>
      <w:r>
        <w:rPr>
          <w:b/>
        </w:rPr>
        <w:t xml:space="preserve">[1:32:24] </w:t>
      </w:r>
      <w:r>
        <w:t>abhi mein ne report parhi ke dunya mein har saal ek lakh insaan Islam ke fold mein dakhil ho rahe hain.</w:t>
      </w:r>
    </w:p>
    <w:p>
      <w:pPr>
        <w:jc w:val="right"/>
      </w:pPr>
      <w:r>
        <w:t>ابھی میں نے رپورٹ پڑھی کہ دنیا میں ہر سال ایک لاکھ انسان اسلام کے فولڈ میں داخل ہو رہے ہیں۔</w:t>
      </w:r>
    </w:p>
    <w:p>
      <w:r>
        <w:rPr>
          <w:b/>
        </w:rPr>
        <w:t xml:space="preserve">[1:32:35] </w:t>
      </w:r>
      <w:r>
        <w:t>yeh jo ho raha hai, kisi bhi daawa work ki wajah se nahi ho raha hai. koi bhi daawa work nahi hai.</w:t>
      </w:r>
    </w:p>
    <w:p>
      <w:pPr>
        <w:jc w:val="right"/>
      </w:pPr>
      <w:r>
        <w:t>یہ جو ہو رہا ہے، کسی بھی دعویٰ ورک کی وجہ سے نہیں ہو رہا ہے۔ کوئی بھی دعویٰ ورک نہیں ہے۔</w:t>
      </w:r>
    </w:p>
    <w:p>
      <w:r>
        <w:rPr>
          <w:b/>
        </w:rPr>
        <w:t xml:space="preserve">[1:32:43] </w:t>
      </w:r>
      <w:r>
        <w:t>hota kya hai ke log khud hi khud kisi book stall par dekhte hain, Quran ka koi nuskha mil jata hai, us ko parhte hain aur us ko parh kar ke un ka nature address ho jata hai, woh Islam qabool kar lete hain.</w:t>
      </w:r>
    </w:p>
    <w:p>
      <w:pPr>
        <w:jc w:val="right"/>
      </w:pPr>
      <w:r>
        <w:t>ہوتا کیا ہے کہ لوگ خود ہی خود کسی بک سٹال پر دیکھتے ہیں، قرآن کا کوئی نسخہ مل جاتا ہے، اس کو پڑھتے ہیں اور اس کو پڑھ کر کے ان کا نیچر ایڈریس ہو جاتا ہے، وہ اسلام قبول کر لیتے ہیں۔</w:t>
      </w:r>
    </w:p>
    <w:p>
      <w:r>
        <w:rPr>
          <w:b/>
        </w:rPr>
        <w:t xml:space="preserve">[1:32:59] </w:t>
      </w:r>
      <w:r>
        <w:t>jaise Yusuf Islam jo Britain ke hain, un ke bhai ne qairon se ek la kar ke ek nuskha Quran ka diya, English translation.</w:t>
      </w:r>
    </w:p>
    <w:p>
      <w:pPr>
        <w:jc w:val="right"/>
      </w:pPr>
      <w:r>
        <w:t>جیسے یوسف اسلام جو برٹن کے ہیں، ان کے بھائی نے قیروں سے ایک لا کر کے ایک نسخہ قرآن کا دیا، انگلش ٹرانسلیشن۔</w:t>
      </w:r>
    </w:p>
    <w:p>
      <w:r>
        <w:rPr>
          <w:b/>
        </w:rPr>
        <w:t xml:space="preserve">[1:33:10] </w:t>
      </w:r>
      <w:r>
        <w:t>us waqt woh hospital mein thay to parha unhon ne. to woh kehte hain ke mujhe Quran mein pehli baar yeh mehsoos hua ke Khuda khud mujh ko address kar raha hai.</w:t>
      </w:r>
    </w:p>
    <w:p>
      <w:pPr>
        <w:jc w:val="right"/>
      </w:pPr>
      <w:r>
        <w:t>اس وقت وہ ہاسپٹل میں تھے تو پڑھا انہوں نے۔ تو وہ کہتے ہیں کہ مجھے قرآن میں پہلی بار یہ محسوس ہوا کہ خدا خود مجھ کو ایڈریس کر رہا ہے۔</w:t>
      </w:r>
    </w:p>
    <w:p>
      <w:r>
        <w:rPr>
          <w:b/>
        </w:rPr>
        <w:t xml:space="preserve">[1:33:20] </w:t>
      </w:r>
      <w:r>
        <w:t>ae insaan sun, yeh tera Khuda hai jo tujh ko bol raha hai. kyun ke Quran mein jagah jagah aisa hai. Quran mein ek anokha usloob hai ke Khuda khud direct tor par bol raha hai insaan se.</w:t>
      </w:r>
    </w:p>
    <w:p>
      <w:pPr>
        <w:jc w:val="right"/>
      </w:pPr>
      <w:r>
        <w:t>اے انسان سن، یہ تیرا خدا ہے جو تجھ کو بول رہا ہے۔ کیونکہ قرآن میں جگہ جگہ ایسا ہے۔ قرآن میں ایک انوکھا اسلوب ہے کہ خدا خود ڈائریکٹ طور پر بول رہا ہے انسان سے۔</w:t>
      </w:r>
    </w:p>
    <w:p>
      <w:r>
        <w:rPr>
          <w:b/>
        </w:rPr>
        <w:t xml:space="preserve">[1:33:33] </w:t>
      </w:r>
      <w:r>
        <w:t>kisi aur doosri kitab mein aap yeh nahi paayenge.</w:t>
      </w:r>
    </w:p>
    <w:p>
      <w:pPr>
        <w:jc w:val="right"/>
      </w:pPr>
      <w:r>
        <w:t>کسی اور دوسری کتاب میں آپ یہ نہیں پائیں گے۔</w:t>
      </w:r>
    </w:p>
    <w:p>
      <w:r>
        <w:rPr>
          <w:b/>
        </w:rPr>
        <w:t xml:space="preserve">[1:33:37] </w:t>
      </w:r>
      <w:r>
        <w:t>jagah jagah yeh baat hai ke yeh Khuda hai jo tum se bol raha hai. ae insaan sun meri baat aur us ko follow kar. to unhon ne likha hai ke jab yeh dekha mein ne Quran mein ke Khuda khud mujh ko address kar raha hai to mein ne surrender kar diya aur mein ne Islam ko apna mazhab bana liya.</w:t>
      </w:r>
    </w:p>
    <w:p>
      <w:pPr>
        <w:jc w:val="right"/>
      </w:pPr>
      <w:r>
        <w:t>جگہ جگہ یہ بات ہے کہ یہ خدا ہے جو تم سے بول رہا ہے۔ اے انسان سن میری بات اور اس کو فالو کر۔ تو انہوں نے لکھا ہے کہ جب یہ دیکھا میں نے قرآن میں کہ خدا خود مجھ کو ایڈریس کر رہا ہے تو میں نے سرینڈر کر دیا اور میں نے اسلام کو اپنا مذہب بنا لیا۔</w:t>
      </w:r>
    </w:p>
    <w:p>
      <w:r>
        <w:rPr>
          <w:b/>
        </w:rPr>
        <w:t xml:space="preserve">[1:33:58] </w:t>
      </w:r>
      <w:r>
        <w:t>to insaan ki fitrat jo hai, intezar mein hai ke koi is ke samne sachai ki pesh</w:t>
      </w:r>
    </w:p>
    <w:p>
      <w:pPr>
        <w:jc w:val="right"/>
      </w:pPr>
      <w:r>
        <w:t>تو انسان کی فطرت جو ہے، انتظار میں ہے کہ کوئی اس کے سامنے سچائی کی پیش کر</w:t>
      </w:r>
    </w:p>
    <w:p>
      <w:r>
        <w:rPr>
          <w:b/>
        </w:rPr>
        <w:t xml:space="preserve">[1:34:06] </w:t>
      </w:r>
      <w:r>
        <w:t>e. jaise hi is ki fitrat address hogi, usi waqt woh</w:t>
      </w:r>
    </w:p>
    <w:p>
      <w:pPr>
        <w:jc w:val="right"/>
      </w:pPr>
      <w:r>
        <w:t>ے۔ جیسے ہی اس کی فطرت ایڈریس ہوگی، اسی وقت وہ</w:t>
      </w:r>
    </w:p>
    <w:p>
      <w:r>
        <w:rPr>
          <w:b/>
        </w:rPr>
        <w:t xml:space="preserve">[1:34:12] </w:t>
      </w:r>
      <w:r>
        <w:t>surrender kar dega. abhi baghair daawa work ke itne sare log jab sachai ko maan rahe hain to agar organized way mein daawa work ho to kaam yeh ek tanaza barh jayega.</w:t>
      </w:r>
    </w:p>
    <w:p>
      <w:pPr>
        <w:jc w:val="right"/>
      </w:pPr>
      <w:r>
        <w:t>سرینڈر کر دے گا۔ ابھی بغیر دعویٰ ورک کے اتنے سارے لوگ جب سچائی کو مان رہے ہیں تو اگر ارگنائزڈ وے میں دعویٰ ورک ہو تو کام یہ ایک تنازعہ بڑھ جائے گا۔</w:t>
      </w:r>
    </w:p>
    <w:p>
      <w:r>
        <w:rPr>
          <w:b/>
        </w:rPr>
        <w:t xml:space="preserve">[1:34:35] </w:t>
      </w:r>
      <w:r>
        <w:t>ek Gary Miller ek American Christian thay, unhon ne Islam accept kar liya. to kisi ne un se poocha ke kyun aap ne Islam, kyun aap convert ho gaye?</w:t>
      </w:r>
    </w:p>
    <w:p>
      <w:pPr>
        <w:jc w:val="right"/>
      </w:pPr>
      <w:r>
        <w:t>ایک گیری ملر ایک امریکن کرسچن تھے، انہوں نے اسلام ایکسیپٹ کر لیا۔ تو کسی نے ان سے پوچھا کہ کیوں آپ نے اسلام، کیوں آپ کنورٹ ہو گئے؟</w:t>
      </w:r>
    </w:p>
    <w:p>
      <w:r>
        <w:rPr>
          <w:b/>
        </w:rPr>
        <w:t xml:space="preserve">[1:34:51] </w:t>
      </w:r>
      <w:r>
        <w:t>to unhon ne kaha ke "I was not converted to Islam,</w:t>
      </w:r>
    </w:p>
    <w:p>
      <w:pPr>
        <w:jc w:val="right"/>
      </w:pPr>
      <w:r>
        <w:t>تو انہوں نے کہا کہ "آئی واز ناٹ کنورٹڈ ٹو اسلام،</w:t>
      </w:r>
    </w:p>
    <w:p>
      <w:r>
        <w:rPr>
          <w:b/>
        </w:rPr>
        <w:t xml:space="preserve">[1:34:56] </w:t>
      </w:r>
      <w:r>
        <w:t>I was reverted to my birth, to my, to my own religion" ke yeh to mera fitrat, yeh to meri nature ka deen tha,</w:t>
      </w:r>
    </w:p>
    <w:p>
      <w:pPr>
        <w:jc w:val="right"/>
      </w:pPr>
      <w:r>
        <w:t>آئی واز ریورٹڈ ٹو مائی برتھ، ٹو مائی، ٹو مائی اون ریلیجن" کہ یہ تو میرا فطرت، یہ تو میری نیچر کا دین تھا،</w:t>
      </w:r>
    </w:p>
    <w:p>
      <w:r>
        <w:rPr>
          <w:b/>
        </w:rPr>
        <w:t xml:space="preserve">[1:35:10] </w:t>
      </w:r>
      <w:r>
        <w:t>meri nature mein pehle se maujood tha. aur woh unconsciously jab mein ne parha Quran ko to unconsciously tor par jo cheez mere dil mein pehle se thi, woh conscious mind mein aa gayi.</w:t>
      </w:r>
    </w:p>
    <w:p>
      <w:pPr>
        <w:jc w:val="right"/>
      </w:pPr>
      <w:r>
        <w:t>میری نیچر میں پہلے سے موجود تھا۔ اور وہ انکانشیسلی جب میں نے پڑھا قرآن کو تو انکانشیس طور پر جو چیز میرے دل میں پہلے سے تھی، وہ کانشیس مائنڈ میں آ گئی۔</w:t>
      </w:r>
    </w:p>
    <w:p>
      <w:r>
        <w:rPr>
          <w:b/>
        </w:rPr>
        <w:t xml:space="preserve">[1:35:26] </w:t>
      </w:r>
      <w:r>
        <w:t>to mein convert nahi hua balkeh mein ne mein apni hi fitrat ki taraf, apni nature ki taraf lauta hoon. yeh hai insaan ka haal.</w:t>
      </w:r>
    </w:p>
    <w:p>
      <w:pPr>
        <w:jc w:val="right"/>
      </w:pPr>
      <w:r>
        <w:t>تو میں کنورٹ نہیں ہوا بلکہ میں نے میں اپنی ہی فطرت کی طرف، اپنی نیچر کی طرف لوٹا ہوں۔ یہ ہے انسان کا حال۔</w:t>
      </w:r>
    </w:p>
    <w:p>
      <w:r>
        <w:rPr>
          <w:b/>
        </w:rPr>
        <w:t xml:space="preserve">[1:35:38] </w:t>
      </w:r>
      <w:r>
        <w:t>yaani ek taraf to insaan ki nature mein sachai ki talash hai, doosri taraf jitni bhi philosophy hai, woh fail ho chuki hai. jitne religious system hain, woh fail ho chuke hain.</w:t>
      </w:r>
    </w:p>
    <w:p>
      <w:pPr>
        <w:jc w:val="right"/>
      </w:pPr>
      <w:r>
        <w:t>یعنی ایک طرف تو انسان کی نیچر میں سچائی کی تلاش ہے، دوسری طرف جتنی بھی فلاسفی ہے، وہ فیل ہو چکی ہے۔ جتنے ریلیجس سسٹم ہیں، وہ فیل ہو چکے ہیں۔</w:t>
      </w:r>
    </w:p>
    <w:p>
      <w:r>
        <w:rPr>
          <w:b/>
        </w:rPr>
        <w:t xml:space="preserve">[1:35:50] </w:t>
      </w:r>
      <w:r>
        <w:t>kisi religion ke paas koi preserved form mein koi book nahi hai, jo hai woh distorted form mein hai. sirf Islam mein aisa hai ke wahan par kisi distortion ke baghair Islam ka text jo hai, Quran maujood hai.</w:t>
      </w:r>
    </w:p>
    <w:p>
      <w:pPr>
        <w:jc w:val="right"/>
      </w:pPr>
      <w:r>
        <w:t>کسی ریلیجن کے پاس کوئی پریزرو فارم میں کوئی بک نہیں ہے، جو ہے وہ ڈسٹارٹڈ فارم میں ہے۔ صرف اسلام میں ایسا ہے کہ وہاں پر کسی ڈسٹارشن کے بغیر اسلام کا ٹیکسٹ جو ہے، قرآن موجود ہے۔</w:t>
      </w:r>
    </w:p>
    <w:p>
      <w:r>
        <w:rPr>
          <w:b/>
        </w:rPr>
        <w:t xml:space="preserve">[1:36:18] </w:t>
      </w:r>
      <w:r>
        <w:t>nine when your father died, it was a turning point in your life to turn towards spirituality. so Maulana, is the quintessential requirement of spirituality, is it that one has to be inflicted with tragedy and problems?</w:t>
      </w:r>
    </w:p>
    <w:p>
      <w:pPr>
        <w:jc w:val="right"/>
      </w:pPr>
      <w:r>
        <w:t>نائن وین یور فادر ڈائیڈ، اٹ واز ا ٹرننگ پوائنٹ ان یور لائف ٹو ٹرن ٹورڈز سپرچویلٹی۔ سو مولانا، از دی کوئنٹسینشل ریکوائرمنٹ اف سپرچویلٹی، از اٹ دیٹ ون ہیز ٹو بی انفلکٹڈ ود ٹریجڈی اینڈ پرابلمز؟</w:t>
      </w:r>
    </w:p>
    <w:p>
      <w:r>
        <w:rPr>
          <w:b/>
        </w:rPr>
        <w:t xml:space="preserve">[1:36:36] </w:t>
      </w:r>
      <w:r>
        <w:t>because when we meet a lot of people, recently also I met this one lady at an office, she was saying that life is being very smooth for her.</w:t>
      </w:r>
    </w:p>
    <w:p>
      <w:pPr>
        <w:jc w:val="right"/>
      </w:pPr>
      <w:r>
        <w:t>بیکاز وین وی میٹ ا لاٹ اف پیپل، ریسنٹلی السو ائی میٹ دس ون لیڈی ایٹ این افس، شی واز سینگ دیٹ لائف از بین ویری سموتھ فار ہر۔</w:t>
      </w:r>
    </w:p>
    <w:p>
      <w:r>
        <w:rPr>
          <w:b/>
        </w:rPr>
        <w:t xml:space="preserve">[1:36:45] </w:t>
      </w:r>
      <w:r>
        <w:t>she is about 47, 48 year</w:t>
      </w:r>
    </w:p>
    <w:p>
      <w:pPr>
        <w:jc w:val="right"/>
      </w:pPr>
      <w:r>
        <w:t>شی از اباؤٹ 47، 48 ایئ</w:t>
      </w:r>
    </w:p>
    <w:p>
      <w:r>
        <w:rPr>
          <w:b/>
        </w:rPr>
        <w:t xml:space="preserve">[1:36:47] </w:t>
      </w:r>
      <w:r>
        <w:t>years of age, she has had no problems, nothing. So is tragedy and problems and issues, is that a quintessential part of spirituality requirement?</w:t>
      </w:r>
    </w:p>
    <w:p>
      <w:pPr>
        <w:jc w:val="right"/>
      </w:pPr>
      <w:r>
        <w:t>رز اف ایج، شی ہیز ہیڈ نو پرابلمز، نتھنگ۔ سو از ٹریجڈی اینڈ پرابلمز اینڈ ایشوز، از دیٹ ا کوئنٹسینشل پارٹ اف سپرچویلٹی ریکوائرمنٹ؟</w:t>
      </w:r>
    </w:p>
    <w:p>
      <w:r>
        <w:rPr>
          <w:b/>
        </w:rPr>
        <w:t xml:space="preserve">[1:37:03] </w:t>
      </w:r>
      <w:r>
        <w:t>main aisa nahi kahunga. Asal jo requirement hai, woh hai sincerity. Aadmi kitna sincere hai, us par depend karta hai.</w:t>
      </w:r>
    </w:p>
    <w:p>
      <w:pPr>
        <w:jc w:val="right"/>
      </w:pPr>
      <w:r>
        <w:t>میں ایسا نہیں کہوں گا۔ اصل جو ریکوائرمنٹ ہے، وہ ہے سنسیرٹی۔ آدمی کتنا سنسیر ہے، اس پر ڈیپینڈ کرتا ہے۔</w:t>
      </w:r>
    </w:p>
    <w:p>
      <w:r>
        <w:rPr>
          <w:b/>
        </w:rPr>
        <w:t xml:space="preserve">[1:37:17] </w:t>
      </w:r>
      <w:r>
        <w:t>mera ek case jo hai, woh koi model case nahi kahunga, main individual case kahunga. Kyunke hum dekhte hain ke Umar bin Abdul Aziz jo thay, woh aaj kal ke lehaz se king kehna chahiye.</w:t>
      </w:r>
    </w:p>
    <w:p>
      <w:pPr>
        <w:jc w:val="right"/>
      </w:pPr>
      <w:r>
        <w:t>میرا ایک کیس جو ہے، وہ کوئی ماڈل کیس نہیں کہوں گا، میں انڈیویجول کیس کہوں گا۔ کیونکہ ہم دیکھتے ہیں کہ عمر بن عبدالعزیز جو تھے، وہ آج کل کے لحاظ سے کنگ کہنا چاہیے۔</w:t>
      </w:r>
    </w:p>
    <w:p>
      <w:r>
        <w:rPr>
          <w:b/>
        </w:rPr>
        <w:t xml:space="preserve">[1:37:32] </w:t>
      </w:r>
      <w:r>
        <w:t>un ko king hotay huay, un ko sachai ki daryaft hui. Aisi aur bhi bohat si cases hain. To main nahi kahunga ke mera case koi model case hai, woh ek individual case hai.</w:t>
      </w:r>
    </w:p>
    <w:p>
      <w:pPr>
        <w:jc w:val="right"/>
      </w:pPr>
      <w:r>
        <w:t>ان کو کنگ ہوتے ہوئے، ان کو سچائی کی دریافت ہوئی۔ ایسی اور بھی بہت سی کیسز ہیں۔ تو میں نہیں کہوں گا کہ میرا کیس کوئی ماڈل کیس ہے، وہ ایک انڈیویجول کیس ہے۔</w:t>
      </w:r>
    </w:p>
    <w:p>
      <w:r>
        <w:rPr>
          <w:b/>
        </w:rPr>
        <w:t xml:space="preserve">[1:37:47] </w:t>
      </w:r>
      <w:r>
        <w:t>yani mere liye, yani woh jo paish aaya mujhe 29 December ko, woh turning point bana.</w:t>
      </w:r>
    </w:p>
    <w:p>
      <w:pPr>
        <w:jc w:val="right"/>
      </w:pPr>
      <w:r>
        <w:t>یعنی میرے لیے، یعنی وہ جو پیش آیا مجھے 29 دسمبر کو، وہ ٹرننگ پوائنٹ بنا۔</w:t>
      </w:r>
    </w:p>
    <w:p>
      <w:r>
        <w:rPr>
          <w:b/>
        </w:rPr>
        <w:t xml:space="preserve">[1:37:55] </w:t>
      </w:r>
      <w:r>
        <w:t>kisi aur ke liye koi aur turning point ban sakta hai. To basic jo condition hai, woh sincere hona hai. Aadmi agar sincere rahega to kahin na kahin us ko turning point mil jayega.</w:t>
      </w:r>
    </w:p>
    <w:p>
      <w:pPr>
        <w:jc w:val="right"/>
      </w:pPr>
      <w:r>
        <w:t>کسی اور کے لیے کوئی اور ٹرننگ پوائنٹ بن سکتا ہے۔ تو بیسک جو کنڈیشن ہے، وہ سنسیر ہونا ہے۔ آدمی اگر سنسیر رہے گا تو کہیں نہ کہیں اس کو ٹرننگ پوائنٹ مل جائے گا۔</w:t>
      </w:r>
    </w:p>
    <w:p>
      <w:r>
        <w:rPr>
          <w:b/>
        </w:rPr>
        <w:t xml:space="preserve">[1:38:09] </w:t>
      </w:r>
      <w:r>
        <w:t>but later on the lecture, you also said that God is with those people who broken hearts.</w:t>
      </w:r>
    </w:p>
    <w:p>
      <w:pPr>
        <w:jc w:val="right"/>
      </w:pPr>
      <w:r>
        <w:t>بٹ لیٹر ان دا لیکچر، یو السو سیڈ دیٹ گاڈ از ود دوز پیپل ہو بروکن ہارٹس۔</w:t>
      </w:r>
    </w:p>
    <w:p>
      <w:r>
        <w:rPr>
          <w:b/>
        </w:rPr>
        <w:t xml:space="preserve">[1:38:17] </w:t>
      </w:r>
      <w:r>
        <w:t>generally, or but what we undergo is predestined. So how is how people responsible to get or to go in search of answers to their own quest?</w:t>
      </w:r>
    </w:p>
    <w:p>
      <w:pPr>
        <w:jc w:val="right"/>
      </w:pPr>
      <w:r>
        <w:t>جنرلی، یا بٹ واٹ وی انڈرگو از پری ڈسٹائنڈ۔ سو ہاؤ از ہاؤ پیپل ریسپانسبل ٹو گیٹ اور ٹو گو ان سرچ اف انسرز ٹو دیر اون کوئسٹ؟</w:t>
      </w:r>
    </w:p>
    <w:p>
      <w:r>
        <w:rPr>
          <w:b/>
        </w:rPr>
        <w:t xml:space="preserve">[1:38:34] </w:t>
      </w:r>
      <w:r>
        <w:t>nahi, dekhiye, is ko aap itna absolute sense mein na lein. Maslan Umar bin Abdul Aziz jo thay, woh un ke bohat bara empire tha, un ka jis ke khalifa thay woh.</w:t>
      </w:r>
    </w:p>
    <w:p>
      <w:pPr>
        <w:jc w:val="right"/>
      </w:pPr>
      <w:r>
        <w:t>نہیں، دیکھیے، اس کو آپ اتنا ایبسولیوٹ سینس میں نہ لیں۔ مثلاً عمر بن عبدالعزیز جو تھے، وہ ان کے بہت بڑا ایمپائر تھا، ان کا جس کے خلیفہ تھے وہ۔</w:t>
      </w:r>
    </w:p>
    <w:p>
      <w:r>
        <w:rPr>
          <w:b/>
        </w:rPr>
        <w:t xml:space="preserve">[1:38:47] </w:t>
      </w:r>
      <w:r>
        <w:t>to kya hua? Ek din un ki jo ek woh thi, un ghar mein kuch jo khadim thay, ek lady jo khadima thi,</w:t>
      </w:r>
    </w:p>
    <w:p>
      <w:pPr>
        <w:jc w:val="right"/>
      </w:pPr>
      <w:r>
        <w:t>تو کیا ہوا؟ ایک دن ان کی جو ایک وہ تھی، ان گھر میں کچھ جو خادم تھے، ایک لیڈی جو خادمہ تھی،</w:t>
      </w:r>
    </w:p>
    <w:p>
      <w:r>
        <w:rPr>
          <w:b/>
        </w:rPr>
        <w:t xml:space="preserve">[1:39:01] </w:t>
      </w:r>
      <w:r>
        <w:t>us se kaha ke mera bistar bicha do. To woh khadima bhool gayi. Jab woh gaye apne kamray mein sone ke liye to bistar abhi tak bicha hua nahi tha.</w:t>
      </w:r>
    </w:p>
    <w:p>
      <w:pPr>
        <w:jc w:val="right"/>
      </w:pPr>
      <w:r>
        <w:t>اس سے کہا کہ میرا بستر بچھا دو۔ تو وہ خادمہ بھول گئی۔ جب وہ گئے اپنے کمرے میں سونے کے لیے تو بستر ابھی تک بچھا ہوا نہیں تھا۔</w:t>
      </w:r>
    </w:p>
    <w:p>
      <w:r>
        <w:rPr>
          <w:b/>
        </w:rPr>
        <w:t xml:space="preserve">[1:39:15] </w:t>
      </w:r>
      <w:r>
        <w:t>to un ko ghussa aa gaya, us ko maar diya unhon ne, ek danday se maar diya us is kaam karnay wali jo lady thi.</w:t>
      </w:r>
    </w:p>
    <w:p>
      <w:pPr>
        <w:jc w:val="right"/>
      </w:pPr>
      <w:r>
        <w:t>تو ان کو غصہ آ گیا، اس کو مار دیا انہوں نے، ایک ڈنڈے سے مار دیا اس اس کام کرنے والی جو لیڈی تھی۔</w:t>
      </w:r>
    </w:p>
    <w:p>
      <w:r>
        <w:rPr>
          <w:b/>
        </w:rPr>
        <w:t xml:space="preserve">[1:39:25] </w:t>
      </w:r>
      <w:r>
        <w:t>to woh lady jo thi, us ne ek sentence boli, woh aur woh un ke liye turning point ban gaya. Hmm</w:t>
      </w:r>
    </w:p>
    <w:p>
      <w:pPr>
        <w:jc w:val="right"/>
      </w:pPr>
      <w:r>
        <w:t>تو وہ لیڈی جو تھی، اس نے ایک سینٹنس بولی، وہ اور وہ ان کے لیے ٹرننگ پوائنٹ بن گیا۔ ہمم</w:t>
      </w:r>
    </w:p>
    <w:p>
      <w:r>
        <w:rPr>
          <w:b/>
        </w:rPr>
        <w:t xml:space="preserve">[1:39:32] </w:t>
      </w:r>
      <w:r>
        <w:t>us ne kaha ke "azkur laila sabiyata yawm al qiyam"</w:t>
      </w:r>
    </w:p>
    <w:p>
      <w:pPr>
        <w:jc w:val="right"/>
      </w:pPr>
      <w:r>
        <w:t>، اس نے کہا کہ "ازکر لیلۃ سبیۃ یوم القیام"</w:t>
      </w:r>
    </w:p>
    <w:p>
      <w:r>
        <w:rPr>
          <w:b/>
        </w:rPr>
        <w:t xml:space="preserve">[1:39:42] </w:t>
      </w:r>
      <w:r>
        <w:t>ke is ka matlab yeh tha ke yahi din nahi rahega hamesha jo aap samajhte hain ke aap hamesha badshah rahengay. Aaj ki raat to aap badshah hain, ek aur raat anay wali hai jis ki subah qayamat hogi.</w:t>
      </w:r>
    </w:p>
    <w:p>
      <w:pPr>
        <w:jc w:val="right"/>
      </w:pPr>
      <w:r>
        <w:t>کہ اس کا مطلب یہ تھا کہ یہی دن نہیں رہے گا ہمیشہ جو آپ سمجھتے ہیں کہ آپ ہمیشہ بادشاہ رہیں گے۔ آج کی رات تو آپ بادشاہ ہیں، ایک اور رات آنے والی ہے جس کی صبح قیامت ہوگی۔</w:t>
      </w:r>
    </w:p>
    <w:p>
      <w:r>
        <w:rPr>
          <w:b/>
        </w:rPr>
        <w:t xml:space="preserve">[1:39:59] </w:t>
      </w:r>
      <w:r>
        <w:t>"azkur laila sabiyata yawm al qiyamah"</w:t>
      </w:r>
    </w:p>
    <w:p>
      <w:pPr>
        <w:jc w:val="right"/>
      </w:pPr>
      <w:r>
        <w:t>"ازکر لیلۃ سبیۃ یوم القیامہ"</w:t>
      </w:r>
    </w:p>
    <w:p>
      <w:r>
        <w:rPr>
          <w:b/>
        </w:rPr>
        <w:t xml:space="preserve">[1:40:02] </w:t>
      </w:r>
      <w:r>
        <w:t>Aaj ki raat aap ko badshahat mili hui hai, ek aur raat anay wali hai jis ke baad jo subah ayegi, woh qayamat hogi. To isi par kitabon mein aata hai ke ek dam un ki zindagi badal gayi aur ek naye insan ban gaye.</w:t>
      </w:r>
    </w:p>
    <w:p>
      <w:pPr>
        <w:jc w:val="right"/>
      </w:pPr>
      <w:r>
        <w:t>آج کی رات آپ کو بادشاہت ملی ہوئی ہے، ایک اور رات آنے والی ہے جس کے بعد جو صبح آئے گی، وہ قیامت ہوگی۔ تو اسی پر کتابوں میں آتا ہے کہ ایک دم ان کی زندگی بدل گئی اور ایک نئے انسان بن گئے۔</w:t>
      </w:r>
    </w:p>
    <w:p>
      <w:r>
        <w:rPr>
          <w:b/>
        </w:rPr>
        <w:t xml:space="preserve">[1:40:19] </w:t>
      </w:r>
      <w:r>
        <w:t>saaray luxury, saara comfort chhod diya unhon ne, bilkul pauper ki tarah rehne lagay. Agarche abhi bhi woh khalifa thay, lekin life un ki bilkul pauper jaisi ban gayi.</w:t>
      </w:r>
    </w:p>
    <w:p>
      <w:pPr>
        <w:jc w:val="right"/>
      </w:pPr>
      <w:r>
        <w:t>سارے لگزری، سارا کمفرٹ چھوڑ دیا انہوں نے، بالکل پاپر کی طرح رہنے لگے۔ اگرچہ ابھی بھی وہ خلیفہ تھے، لیکن لائف ان کی بالکل پاپر جیسی بن گئی۔</w:t>
      </w:r>
    </w:p>
    <w:p>
      <w:r>
        <w:rPr>
          <w:b/>
        </w:rPr>
        <w:t xml:space="preserve">[1:40:31] </w:t>
      </w:r>
      <w:r>
        <w:t>to asal cheez hai ke aadmi sincere ho to kahin na kahin aisa koi baat paish aati hai jo us ki jagah de, us ke us ke us ko soye hue nature ko jaga de.</w:t>
      </w:r>
    </w:p>
    <w:p>
      <w:pPr>
        <w:jc w:val="right"/>
      </w:pPr>
      <w:r>
        <w:t>تو اصل چیز ہے کہ آدمی سنسیر ہو تو کہیں نہ کہیں ایسا کوئی بات پیش آتی ہے جو اس کی جگہ دے، اس کے اس کے اس کو سوئے ہوئے نیچر کو جگا دے۔</w:t>
      </w:r>
    </w:p>
    <w:p>
      <w:r>
        <w:rPr>
          <w:b/>
        </w:rPr>
        <w:t xml:space="preserve">[1:40:42] </w:t>
      </w:r>
      <w:r>
        <w:t>aisay bohat se waqiat, qissay hain history mein. Mujh ko jagaya Arpreej ne, kisi aur ko doosri cheez jagati hai.</w:t>
      </w:r>
    </w:p>
    <w:p>
      <w:pPr>
        <w:jc w:val="right"/>
      </w:pPr>
      <w:r>
        <w:t>ایسے بہت سے واقعات، قصے ہیں ہسٹری میں۔ مجھ کو جگایا ارپریج نے، کسی اور کو دوسری چیز جگاتی ہے۔</w:t>
      </w:r>
    </w:p>
    <w:p>
      <w:r>
        <w:rPr>
          <w:b/>
        </w:rPr>
        <w:t xml:space="preserve">[1:40:51] </w:t>
      </w:r>
      <w:r>
        <w:t>hmm</w:t>
      </w:r>
    </w:p>
    <w:p>
      <w:pPr>
        <w:jc w:val="right"/>
      </w:pPr>
      <w:r>
        <w:t>ہمم</w:t>
      </w:r>
    </w:p>
    <w:p>
      <w:r>
        <w:rPr>
          <w:b/>
        </w:rPr>
        <w:t xml:space="preserve">[1:40:53] </w:t>
      </w:r>
      <w:r>
        <w:t>theek hai. Maulana, ek ek bas last thing hai, from final thing hai, that abhi in the beginning of the class, we are talking about that article of Deepak Chopra, that he said, "It is India is over height, is not a spiritual power, it is only a materialism.</w:t>
      </w:r>
    </w:p>
    <w:p>
      <w:pPr>
        <w:jc w:val="right"/>
      </w:pPr>
      <w:r>
        <w:t>، ٹھیک ہے۔ مولانا منا، ایک ایک بس لاسٹ تھنگ ہے، فرام فائنل تھنگ ہے، دیٹ ابھی ان دا بگننگ اف دا کلاس، وی آر ٹاکنگ اباؤٹ دیٹ آرٹیکل اف دیپک چوپڑا، دیٹ ہی سیڈ، "اٹ از انڈیا از اوور ہائیٹ، از ناٹ ا سپرچول پاور، اٹ از اونلی ا مٹیریلزم۔</w:t>
      </w:r>
    </w:p>
    <w:p>
      <w:r>
        <w:rPr>
          <w:b/>
        </w:rPr>
        <w:t xml:space="preserve">[1:41:08] </w:t>
      </w:r>
      <w:r>
        <w:t>materialism, materialism is clouded among people here, and I do not believe even for a second that that it is a spiritual power." So you Maulana were saying that you are refuting what he is saying.</w:t>
      </w:r>
    </w:p>
    <w:p>
      <w:pPr>
        <w:jc w:val="right"/>
      </w:pPr>
      <w:r>
        <w:t>مٹیریلزم، مٹیریلزم از کلاؤڈڈ امنگ پیپل ہیر، اینڈ آئی ڈو ناٹ بیلیو ایون فار ا سیکنڈ دیٹ دیٹ اٹ از ا سپرچول پاور۔" تو آپ مولانا کہہ رہے تھے دیٹ یو آر ریفیوٹنگ واٹ ہی از سینگ۔</w:t>
      </w:r>
    </w:p>
    <w:p>
      <w:r>
        <w:rPr>
          <w:b/>
        </w:rPr>
        <w:t xml:space="preserve">[1:41:19] </w:t>
      </w:r>
      <w:r>
        <w:t>So what was your argument in the same?</w:t>
      </w:r>
    </w:p>
    <w:p>
      <w:pPr>
        <w:jc w:val="right"/>
      </w:pPr>
      <w:r>
        <w:t>سو واٹ واز یور ارگیومنٹ ان دا سیم؟</w:t>
      </w:r>
    </w:p>
    <w:p>
      <w:r>
        <w:rPr>
          <w:b/>
        </w:rPr>
        <w:t xml:space="preserve">[1:41:23] </w:t>
      </w:r>
      <w:r>
        <w:t>dekhiye, ek hai India ki media image, ek hai real image. to jo cheezein media mein aati hain, usi ko deepak chopra jaise log jaante hain.</w:t>
      </w:r>
    </w:p>
    <w:p>
      <w:pPr>
        <w:jc w:val="right"/>
      </w:pPr>
      <w:r>
        <w:t>دیکھیے، ایک ہے انڈیا کی میڈیا امیج، ایک ہے ریئل امیج۔ تو جو چیزیں میڈیا میں آتی ہیں، اسی کو دیپک چوڑا جیسے لوگ جانتے ہیں۔</w:t>
      </w:r>
    </w:p>
    <w:p>
      <w:r>
        <w:rPr>
          <w:b/>
        </w:rPr>
        <w:t xml:space="preserve">[1:41:35] </w:t>
      </w:r>
      <w:r>
        <w:t>hmm, hamara jo yeh hai, hum kar rahe hain yeh kaam. yeh kyunke paper mein nahin aaya, to deepak chopra ko jaante bhi nahin.</w:t>
      </w:r>
    </w:p>
    <w:p>
      <w:pPr>
        <w:jc w:val="right"/>
      </w:pPr>
      <w:r>
        <w:t>ہمم، ہمارا جو یہ ہے، ہم کر رہے ہیں یہ کام۔ یہ کیونکہ پیپر میں نہیں آیا، تو دیپک چوڑا کو جانتے بھی نہیں۔</w:t>
      </w:r>
    </w:p>
    <w:p>
      <w:r>
        <w:rPr>
          <w:b/>
        </w:rPr>
        <w:t xml:space="preserve">[1:41:44] </w:t>
      </w:r>
      <w:r>
        <w:t>kabhi bhi koi bhi spiritual India pehle bhi aisa nahin tha ke saare log jo hain, spiritual ho gaye hon.</w:t>
      </w:r>
    </w:p>
    <w:p>
      <w:pPr>
        <w:jc w:val="right"/>
      </w:pPr>
      <w:r>
        <w:t>کبھی بھی کوئی بھی سپرچول انڈیا پہلے بھی ایسا نہیں تھا کہ سارے لوگ جو ہیں، سپرچول ہو گئے ہوں۔</w:t>
      </w:r>
    </w:p>
    <w:p>
      <w:r>
        <w:rPr>
          <w:b/>
        </w:rPr>
        <w:t xml:space="preserve">[1:41:51] </w:t>
      </w:r>
      <w:r>
        <w:t>kuch hi log hote hain hamesha, hamesha kuch hi log hote hain. to aaj bhi yeh class hi nahin, aise bahut se India mein kaam ho rahe hain aur woh unko unhein khabar nahin kyunke woh chhuptay nahin, woh TV mein aatay nahin.</w:t>
      </w:r>
    </w:p>
    <w:p>
      <w:pPr>
        <w:jc w:val="right"/>
      </w:pPr>
      <w:r>
        <w:t>کچھ ہی لوگ ہوتے ہیں ہمیشہ، ہمیشہ کچھ ہی لوگ ہوتے ہیں۔ تو آج بھی یہ کلاس ہی نہیں، ایسے بہت سے انڈیا میں کام ہو رہے ہیں اور وہ ان کو انہیں خبر نہیں کیونکہ وہ چھپتے نہیں، وہ ٹی وی میں آتے نہیں۔</w:t>
      </w:r>
    </w:p>
    <w:p>
      <w:r>
        <w:rPr>
          <w:b/>
        </w:rPr>
        <w:t xml:space="preserve">[1:42:11] </w:t>
      </w:r>
      <w:r>
        <w:t>to main yeh kahunga ke unki jo rai bani hai, woh woh media ko dekh kar bani hai. real India ko woh nahin jaante abhi bhi</w:t>
      </w:r>
    </w:p>
    <w:p>
      <w:pPr>
        <w:jc w:val="right"/>
      </w:pPr>
      <w:r>
        <w:t>تو میں یہ کہوں گا کہ ان کی جو رائے بنی ہے، وہ وہ میڈیا کو دیکھ کر بنی ہے۔ ریئل انڈیا کو وہ نہیں جانتے ابھی بھی</w:t>
      </w:r>
    </w:p>
    <w:p>
      <w:r>
        <w:rPr>
          <w:b/>
        </w:rPr>
        <w:t xml:space="preserve">[1:42:21] </w:t>
      </w:r>
      <w:r>
        <w:t>. unhon ne article mein likha hai that it is because of his interaction with people in media ki baat nahin hai. unhon ne kaha hai ke that i have interacted with a lot of people in delhi and found out that they are only concerned about car, houses and money.</w:t>
      </w:r>
    </w:p>
    <w:p>
      <w:pPr>
        <w:jc w:val="right"/>
      </w:pPr>
      <w:r>
        <w:t>۔ انہوں نے آرٹیکل میں لکھا ہے دیٹ اٹ از بیکاز اف ہز انٹریکشن ود پیپل ان میڈیا کی بات نہیں ہے۔ انہوں نے کہا ہے کہ دیٹ آئی ہیو انٹریکٹڈ ود ا لاٹ اف پیپل ان دہلی اینڈ فاؤنڈ آؤٹ دیٹ دے آر اونلی کنسرن اباؤٹ کار، ہاؤسز اینڈ منی۔</w:t>
      </w:r>
    </w:p>
    <w:p>
      <w:r>
        <w:rPr>
          <w:b/>
        </w:rPr>
        <w:t xml:space="preserve">[1:42:34] </w:t>
      </w:r>
      <w:r>
        <w:t>in that article he is written, he is based on my interaction with people in delhi, especially delhi he is named in that article. ya aap ke haan aise log ho sakte hain</w:t>
      </w:r>
    </w:p>
    <w:p>
      <w:pPr>
        <w:jc w:val="right"/>
      </w:pPr>
      <w:r>
        <w:t>ان دیٹ آرٹیکل ہی از رٹن، ہی از بیسڈ ان مائی انٹریکشن ود پیپل ان دہلی، اسپیشلی دہلی ہی از نیمڈ ان دیٹ آرٹیکل۔ یا آپ کے ہاں ایسے لوگ ہو سکتے ہیں</w:t>
      </w:r>
    </w:p>
    <w:p>
      <w:r>
        <w:rPr>
          <w:b/>
        </w:rPr>
        <w:t xml:space="preserve">[1:42:46] </w:t>
      </w:r>
      <w:r>
        <w:t>, hmm, lekin main aise logon se mila hoon jo car se aur is se koi unhein interest nahin. woh bechare bilkul yaani faqiri ki zindagi guzartay hain.</w:t>
      </w:r>
    </w:p>
    <w:p>
      <w:pPr>
        <w:jc w:val="right"/>
      </w:pPr>
      <w:r>
        <w:t>، ہمم، لیکن میں ایسے لوگوں سے ملا ہوں جو کار سے اور اس سے کوئی انہیں انٹرسٹ نہیں۔ وہ بیچارے بالکل یعنی فقیری کی زندگی گزارتے ہیں۔</w:t>
      </w:r>
    </w:p>
    <w:p>
      <w:r>
        <w:rPr>
          <w:b/>
        </w:rPr>
        <w:t xml:space="preserve">[1:42:59] </w:t>
      </w:r>
      <w:r>
        <w:t>multi and islam today lecture was based on this theme around my question is when islam says and it is god given religion as we know and revealed religion.</w:t>
      </w:r>
    </w:p>
    <w:p>
      <w:pPr>
        <w:jc w:val="right"/>
      </w:pPr>
      <w:r>
        <w:t>ملٹی اینڈ اسلام ٹوڈے لیکچر واز بیسڈ ان دس تھیم اراؤنڈ مائی کوسچن از وین اسلام سیز اینڈ اٹ از گاڈ گیون ریلیجن ایز وی نو اینڈ ریویل ریلیجن۔</w:t>
      </w:r>
    </w:p>
    <w:p>
      <w:r>
        <w:rPr>
          <w:b/>
        </w:rPr>
        <w:t xml:space="preserve">[1:43:14] </w:t>
      </w:r>
      <w:r>
        <w:t>so islam says to all people, to every human beings, that you blindly blindly follow the religion and follow the precepts of islam and the principles, you will reach to the truth and you will get the truth.</w:t>
      </w:r>
    </w:p>
    <w:p>
      <w:pPr>
        <w:jc w:val="right"/>
      </w:pPr>
      <w:r>
        <w:t>سو اسلام سیز ٹو ال پیپل، ٹو ایوری ہیومن بینگز، دیٹ یو بلائنڈ بلائنڈلی فالو دی ریلیجن اینڈ فالو دی پرسیپٹس اف اسلام اینڈ دا پرنسپلز، یو ویل ریچ ٹو دا ٹروتھ اینڈ یو ویل گیٹ دا ٹروتھ۔</w:t>
      </w:r>
    </w:p>
    <w:p>
      <w:r>
        <w:rPr>
          <w:b/>
        </w:rPr>
        <w:t xml:space="preserve">[1:43:30] </w:t>
      </w:r>
      <w:r>
        <w:t>so beside this thing, beside quran and prophets muhammad sallallahu alaihi wasallam sunnah, do you think there is any spirituality beyond that?</w:t>
      </w:r>
    </w:p>
    <w:p>
      <w:pPr>
        <w:jc w:val="right"/>
      </w:pPr>
      <w:r>
        <w:t>سو بیسائیڈ دس تھنگ، بیسائیڈ قرآن اینڈ پرافٹس محمد صلی اللہ علیہ وسلم سنت، ڈو یو تھنک دیر از اینی سپرچویلٹی بیونڈ دیٹ؟</w:t>
      </w:r>
    </w:p>
    <w:p>
      <w:r>
        <w:rPr>
          <w:b/>
        </w:rPr>
        <w:t xml:space="preserve">[1:43:41] </w:t>
      </w:r>
      <w:r>
        <w:t>and there is a need for a human being to go through the trial and tribulations to seek the truth as you did?</w:t>
      </w:r>
    </w:p>
    <w:p>
      <w:pPr>
        <w:jc w:val="right"/>
      </w:pPr>
      <w:r>
        <w:t>اینڈ دیر از ا نیڈ فار ا ہیومن بینگ ٹو گو تھرو دا ٹرائل اینڈ ٹریبولیشنز ٹو سیک دا ٹروتھ ایز یو ڈیڈ؟</w:t>
      </w:r>
    </w:p>
    <w:p>
      <w:r>
        <w:rPr>
          <w:b/>
        </w:rPr>
        <w:t xml:space="preserve">[1:43:50] </w:t>
      </w:r>
      <w:r>
        <w:t>you are a great person or all the sages, whether it is swami vivekananda or dayanand saraswati or any body like that, for a normal human beings or any muslims or to the human beings.</w:t>
      </w:r>
    </w:p>
    <w:p>
      <w:pPr>
        <w:jc w:val="right"/>
      </w:pPr>
      <w:r>
        <w:t>یو آر ا گریٹ پرسن اور ال دا سیجز، ویدر اٹ از سوامی ویاکانند اور دیانند سرسوتی اور اینی باڈی لائک دیٹ، فار ا نارمل ہیومن بینگز اور اینی مسلمز اور ٹو دا ہیومن بینگز۔</w:t>
      </w:r>
    </w:p>
    <w:p>
      <w:r>
        <w:rPr>
          <w:b/>
        </w:rPr>
        <w:t xml:space="preserve">[1:44:04] </w:t>
      </w:r>
      <w:r>
        <w:t>or if they follow just the islam, is there a need to go beyond that also?</w:t>
      </w:r>
    </w:p>
    <w:p>
      <w:pPr>
        <w:jc w:val="right"/>
      </w:pPr>
      <w:r>
        <w:t>اور اف دے فالو جسٹ دا اسلام، از دیر ا نیڈ ٹو گو بیونڈ دیٹ السو؟</w:t>
      </w:r>
    </w:p>
    <w:p>
      <w:r>
        <w:rPr>
          <w:b/>
        </w:rPr>
        <w:t xml:space="preserve">[1:44:11] </w:t>
      </w:r>
      <w:r>
        <w:t>dekhiye, jahan tak main samajhta hoon, yeh baat main ne kahi bhi hai abhi ke quran ya islam ka matlab yeh nahin hai ke wohi ek religion hai.</w:t>
      </w:r>
    </w:p>
    <w:p>
      <w:pPr>
        <w:jc w:val="right"/>
      </w:pPr>
      <w:r>
        <w:t>دیکھیے، جہاں تک میں سمجھتا ہوں، یہ بات میں نے کہی بھی ہے ابھی کہ قرآن یا اسلام کا مطلب یہ نہیں ہے کہ وہی ایک ریلیجن ہے۔</w:t>
      </w:r>
    </w:p>
    <w:p>
      <w:r>
        <w:rPr>
          <w:b/>
        </w:rPr>
        <w:t xml:space="preserve">[1:44:31] </w:t>
      </w:r>
      <w:r>
        <w:t>saare hi religions ka ek darja manta hoon main. la ilaha illallah. farq sirf yeh hai ke historical credibility quran ko ya islam ko hasil hai.</w:t>
      </w:r>
    </w:p>
    <w:p>
      <w:pPr>
        <w:jc w:val="right"/>
      </w:pPr>
      <w:r>
        <w:t>سارے ہی ریلیجنز کا ایک درجہ مانتا ہوں میں۔ لاڈ فرق بین احد من الرسول۔ فرق صرف یہ ہے کہ ہسٹوریکل کریڈیبلٹی قرآن کو یا اسلام کو حاصل ہے۔</w:t>
      </w:r>
    </w:p>
    <w:p>
      <w:r>
        <w:rPr>
          <w:b/>
        </w:rPr>
        <w:t xml:space="preserve">[1:44:43] </w:t>
      </w:r>
      <w:r>
        <w:t>authentic version hai woh islam ka. is liye doosre mazhabon mein aap kuch partial fragments pa sakte hain sachai ka, poori baat nahin pa sakte aap.</w:t>
      </w:r>
    </w:p>
    <w:p>
      <w:pPr>
        <w:jc w:val="right"/>
      </w:pPr>
      <w:r>
        <w:t>اتھینٹک ورژن ہے وہ اسلام کا۔ اس لیے دوسرے مذہبوں میں آپ کچھ پارشل فریگمنٹس پا سکتے ہیں سچائی کا، پوری بات نہیں پا سکتے آپ۔</w:t>
      </w:r>
    </w:p>
    <w:p>
      <w:r>
        <w:rPr>
          <w:b/>
        </w:rPr>
        <w:t xml:space="preserve">[1:44:55] </w:t>
      </w:r>
      <w:r>
        <w:t>jin logon ka aap ne naam liya, main manta hoon ke un mein bhi bahut kuch tha, lekin woh woh ek kuch fragments thay sachai ke jo unhein mila.</w:t>
      </w:r>
    </w:p>
    <w:p>
      <w:pPr>
        <w:jc w:val="right"/>
      </w:pPr>
      <w:r>
        <w:t>جن لوگوں کا آپ نے نام لیا، میں مانتا ہوں کہ ان میں بھی بہت کچھ تھا، لیکن وہ وہ ایک کچھ فریگمنٹس تھے سچائی کے جو انہیں ملا۔</w:t>
      </w:r>
    </w:p>
    <w:p>
      <w:r>
        <w:rPr>
          <w:b/>
        </w:rPr>
        <w:t xml:space="preserve">[1:45:06] </w:t>
      </w:r>
      <w:r>
        <w:t>poori sachai unhein nahin mil saki jahan tak main samajhta hoon.</w:t>
      </w:r>
    </w:p>
    <w:p>
      <w:pPr>
        <w:jc w:val="right"/>
      </w:pPr>
      <w:r>
        <w:t>پوری سچائی انہیں نہیں مل سکی جہاں تک میں سمجھتا ہوں۔</w:t>
      </w:r>
    </w:p>
    <w:p>
      <w:r>
        <w:rPr>
          <w:b/>
        </w:rPr>
        <w:t xml:space="preserve">[1:45:12] </w:t>
      </w:r>
      <w:r>
        <w:t>un ko main ne parha hai aur kai misalein main de sakta hoon ke partially, partial sense mein unhon ne zaroor kuch paya, poore maanon par nahin pa sake.</w:t>
      </w:r>
    </w:p>
    <w:p>
      <w:pPr>
        <w:jc w:val="right"/>
      </w:pPr>
      <w:r>
        <w:t>ان کو میں نے پڑھا ہے اور کئی مثالیں میں دے سکتا ہوں کہ پارشلی، پارشل سینس میں انہوں نے ضرور کچھ پایا، پورے معنوں پر نہیں پا سکے۔</w:t>
      </w:r>
    </w:p>
    <w:p>
      <w:r>
        <w:rPr>
          <w:b/>
        </w:rPr>
        <w:t xml:space="preserve">[1:45:27] </w:t>
      </w:r>
      <w:r>
        <w:t>kyun? jo jo jo authentic version tha, us us us us ko ya to wahan tak woh pahunche nahin ya us ko unhon ne bahut zyada sincerely us ki study nahin ki.</w:t>
      </w:r>
    </w:p>
    <w:p>
      <w:pPr>
        <w:jc w:val="right"/>
      </w:pPr>
      <w:r>
        <w:t>کیوں؟ جو جو جو اتھینٹک ورژن تھا، اس اس اس اس کو یا تو وہاں تک وہ پہنچے نہیں یا اس کو انہوں نے بہت زیادہ سنسرلی اس کی سٹڈی نہیں کی۔</w:t>
      </w:r>
    </w:p>
    <w:p>
      <w:r>
        <w:rPr>
          <w:b/>
        </w:rPr>
        <w:t xml:space="preserve">[1:45:42] </w:t>
      </w:r>
      <w:r>
        <w:t>aap ne bertrand russell ki book ka ek jaffar diya tha aur aap ne kaha tha ke is mein us ne kaha hai ke happiness is not possible in this world.</w:t>
      </w:r>
    </w:p>
    <w:p>
      <w:pPr>
        <w:jc w:val="right"/>
      </w:pPr>
      <w:r>
        <w:t>آپ نے اہ راسل کی بک کا ایک جعفر دیا تھا اور آپ نے کہا تھا کہ اس میں اس نے کہا ہے کہ ہیپینس از ناٹ پوسیبل ان دس ورلڈ۔</w:t>
      </w:r>
    </w:p>
    <w:p>
      <w:r>
        <w:rPr>
          <w:b/>
        </w:rPr>
        <w:t xml:space="preserve">[1:45:52] </w:t>
      </w:r>
      <w:r>
        <w:t>to i want to know that is happiness of any kind possible in this world?</w:t>
      </w:r>
    </w:p>
    <w:p>
      <w:pPr>
        <w:jc w:val="right"/>
      </w:pPr>
      <w:r>
        <w:t>تو آئی وانٹ ٹو نو دیٹ از ہیپینس اف اینی کائنڈ پوسیبل ان دس ورلڈ؟</w:t>
      </w:r>
    </w:p>
    <w:p>
      <w:r>
        <w:rPr>
          <w:b/>
        </w:rPr>
        <w:t xml:space="preserve">[1:46:01] </w:t>
      </w:r>
      <w:r>
        <w:t>happiness to possible nahin hai, lekin satisfaction possible hai.</w:t>
      </w:r>
    </w:p>
    <w:p>
      <w:pPr>
        <w:jc w:val="right"/>
      </w:pPr>
      <w:r>
        <w:t>ہیپینس تو پاسیبل نہیں ہے، لیکن سیٹسفیکشن پاسیبل ہے۔</w:t>
      </w:r>
    </w:p>
    <w:p>
      <w:r>
        <w:rPr>
          <w:b/>
        </w:rPr>
        <w:t xml:space="preserve">[1:46:06] </w:t>
      </w:r>
      <w:r>
        <w:t>yaani yeh ke agar main sachai ko discover kar loon to is ka matlab yeh nahin ke mujhe zindagi ki luxury mil jaye gi, luxurious life mujhe mil jaye gi, comfort comfort comfort zindagi mil jaye gi.</w:t>
      </w:r>
    </w:p>
    <w:p>
      <w:pPr>
        <w:jc w:val="right"/>
      </w:pPr>
      <w:r>
        <w:t>یعنی یہ کہ اگر میں سچائی کو ڈسکور کر لوں تو اس کا مطلب یہ نہیں کہ مجھے زندگی کی لگزری مل جائے گی، لگزریس لائف مجھے مل جائے گی، کمفرٹ کمفرٹ کمفرٹ زندگی مل جائے گی۔</w:t>
      </w:r>
    </w:p>
    <w:p>
      <w:r>
        <w:rPr>
          <w:b/>
        </w:rPr>
        <w:t xml:space="preserve">[1:46:22] </w:t>
      </w:r>
      <w:r>
        <w:t>mujhe aisa nahi hai, lekin mera dil mein puri tarah se jo kehte hain santosh ya satisfaction aa jayega,</w:t>
      </w:r>
    </w:p>
    <w:p>
      <w:pPr>
        <w:jc w:val="right"/>
      </w:pPr>
      <w:r>
        <w:t>مجھے ایسا نہیں ہے، لیکن میرا دل میں پوری طرح سے جو کہتے ہیں سنتوش یا سیٹسفیکشن آ جائے گا،</w:t>
      </w:r>
    </w:p>
    <w:p>
      <w:r>
        <w:rPr>
          <w:b/>
        </w:rPr>
        <w:t xml:space="preserve">[1:46:32] </w:t>
      </w:r>
      <w:r>
        <w:t>solace. ab is ko aap happiness kya samjhein? woh happiness to nahi mein kahunga is ko, lekin ek peace of mind kahunga mein is ko.</w:t>
      </w:r>
    </w:p>
    <w:p>
      <w:pPr>
        <w:jc w:val="right"/>
      </w:pPr>
      <w:r>
        <w:t>سولس۔ اب اس کو آپ ہیپینس کیا سمجھیں؟ وہ ہیپینس تو نہیں میں کہوں گا اس کو، لیکن ایک پیس اف مائنڈ کہوں گا میں اس کو۔</w:t>
      </w:r>
    </w:p>
    <w:p>
      <w:r>
        <w:rPr>
          <w:b/>
        </w:rPr>
        <w:t xml:space="preserve">[1:46:44] </w:t>
      </w:r>
      <w:r>
        <w:t>to is duniya mein peace of mind to zaroor possible hai, lekin happiness physical sense mein ya material sense mein to possible nahi hai. Maulana, there are people of different mental capabilities.</w:t>
      </w:r>
    </w:p>
    <w:p>
      <w:pPr>
        <w:jc w:val="right"/>
      </w:pPr>
      <w:r>
        <w:t>تو اس دنیا میں پیس اف مائنڈ تو ضرور پاسیبل ہے، لیکن ہیپینس فزیکل سینس میں یا مٹیریل سینس میں تو پاسیبل نہیں ہے۔ مولانا، دیر آر پیپل اف ڈفرنٹ مینٹل کیپیبلٹیز۔</w:t>
      </w:r>
    </w:p>
    <w:p>
      <w:r>
        <w:rPr>
          <w:b/>
        </w:rPr>
        <w:t xml:space="preserve">[1:46:56] </w:t>
      </w:r>
      <w:r>
        <w:t>is it possible for everyone to find God as a discovery?</w:t>
      </w:r>
    </w:p>
    <w:p>
      <w:pPr>
        <w:jc w:val="right"/>
      </w:pPr>
      <w:r>
        <w:t>از اٹ پاسیبل فار ایوری ون ٹو فائنڈ گاڈ ایز ا ڈسکوری؟</w:t>
      </w:r>
    </w:p>
    <w:p>
      <w:r>
        <w:rPr>
          <w:b/>
        </w:rPr>
        <w:t xml:space="preserve">[1:47:03] </w:t>
      </w:r>
      <w:r>
        <w:t>mein to kahunga ke zaroor. mera manna yeh hai ke har insaan ke andar wahi capacity hai jo kisi aur insaan ke andar hai.</w:t>
      </w:r>
    </w:p>
    <w:p>
      <w:pPr>
        <w:jc w:val="right"/>
      </w:pPr>
      <w:r>
        <w:t>میں تو کہوں گا کہ ضرور۔ میرا ماننا یہ ہے کہ ہر انسان کے اندر وہی کیپیسٹی ہے جو کسی اور انسان کے اندر ہے۔</w:t>
      </w:r>
    </w:p>
    <w:p>
      <w:r>
        <w:rPr>
          <w:b/>
        </w:rPr>
        <w:t xml:space="preserve">[1:47:13] </w:t>
      </w:r>
      <w:r>
        <w:t>matlab jo brain potential ke andar hai, wahi brain aap ke andar bhi hai. mere nazdeek koi difference nahi hai. farq sirf yeh hai ke istemal karne ka.</w:t>
      </w:r>
    </w:p>
    <w:p>
      <w:pPr>
        <w:jc w:val="right"/>
      </w:pPr>
      <w:r>
        <w:t>مطلب جو برین باٹینشل کے اندر ہے، وہی برین آپ کے اندر بھی ہے۔ میرے نزدیک کوئی ڈیفرنس نہیں ہے۔ فرق صرف یہ ہے کہ استعمال کرنے کا۔</w:t>
      </w:r>
    </w:p>
    <w:p>
      <w:r>
        <w:rPr>
          <w:b/>
        </w:rPr>
        <w:t xml:space="preserve">[1:47:26] </w:t>
      </w:r>
      <w:r>
        <w:t>istemaal karne ka. aap kis line mein, kis field mein is ko istemal karein?</w:t>
      </w:r>
    </w:p>
    <w:p>
      <w:pPr>
        <w:jc w:val="right"/>
      </w:pPr>
      <w:r>
        <w:t>استعمال کرنے کا۔ آپ کس لائن میں، کس فیلڈ میں اس کو استعمال کریں؟</w:t>
      </w:r>
    </w:p>
    <w:p>
      <w:r>
        <w:rPr>
          <w:b/>
        </w:rPr>
        <w:t xml:space="preserve">[1:47:32] </w:t>
      </w:r>
      <w:r>
        <w:t>misalan bird dressel ke bare mein keh sakta hoon ke us ne apna koi bada ghar nahi banaya, koi beautiful biwi nahi li. us ne sari zindagi parhta raha, parhta raha, parhta raha.</w:t>
      </w:r>
    </w:p>
    <w:p>
      <w:pPr>
        <w:jc w:val="right"/>
      </w:pPr>
      <w:r>
        <w:t>مثلاً برڈ ڈرسل کے بارے میں کہہ سکتا ہوں کہ اس نے اپنا کوئی بڑا گھر نہیں بنایا، کوئی بیوٹی فل بیوی نہیں لی۔ اس نے ساری زندگی پڑھتا رہا، پڑھتا رہا، پڑھتا رہا۔</w:t>
      </w:r>
    </w:p>
    <w:p>
      <w:r>
        <w:rPr>
          <w:b/>
        </w:rPr>
        <w:t xml:space="preserve">[1:47:42] </w:t>
      </w:r>
      <w:r>
        <w:t>halankeh woh ek se ek achhi beautiful biwi pa sakta tha, woh ek se achha ghar bana sakta tha, woh.</w:t>
      </w:r>
    </w:p>
    <w:p>
      <w:pPr>
        <w:jc w:val="right"/>
      </w:pPr>
      <w:r>
        <w:t>حالانکہ وہ ایک سے ایک اچھی بیوٹی فل بیوی پا سکتا تھا، وہ ایک سے اچھا گھر بنا سکتا تھا، وہ۔</w:t>
      </w:r>
    </w:p>
    <w:p>
      <w:r>
        <w:rPr>
          <w:b/>
        </w:rPr>
        <w:t xml:space="preserve">[1:47:50] </w:t>
      </w:r>
      <w:r>
        <w:t>lekin woh bilkul ek woh kehta tha ke meri jannat jo hai mathematics hai. yani</w:t>
      </w:r>
    </w:p>
    <w:p>
      <w:pPr>
        <w:jc w:val="right"/>
      </w:pPr>
      <w:r>
        <w:t>لیکن وہ بالکل ایک وہ کہتا تھا کہ میری جنت جو ہے میتھمیٹکس ہے۔ یعنی</w:t>
      </w:r>
    </w:p>
    <w:p>
      <w:r>
        <w:rPr>
          <w:b/>
        </w:rPr>
        <w:t xml:space="preserve">[1:48:00] </w:t>
      </w:r>
      <w:r>
        <w:t>beautiful biwi, beautiful ghar, har cheez ka mere paas jo hai woh hai mathematics. mathematics se mujhe khushi milti hai.</w:t>
      </w:r>
    </w:p>
    <w:p>
      <w:pPr>
        <w:jc w:val="right"/>
      </w:pPr>
      <w:r>
        <w:t>بیوٹی فل بیوی، بیوٹی فل گھر، ہر چیز کا میرے پاس جو ہے وہ ہے میتھمیٹکس۔ میتھمیٹکس سے مجھے خوشی ملتی ہے۔</w:t>
      </w:r>
    </w:p>
    <w:p>
      <w:r>
        <w:rPr>
          <w:b/>
        </w:rPr>
        <w:t xml:space="preserve">[1:48:11] </w:t>
      </w:r>
      <w:r>
        <w:t>to mein samajhta hoon ke har ek ke paas woh hai, lekin us ne apne mind ko laga diya mathematics mein. aap lagaiye Khuda ki talash karne mein.</w:t>
      </w:r>
    </w:p>
    <w:p>
      <w:pPr>
        <w:jc w:val="right"/>
      </w:pPr>
      <w:r>
        <w:t>تو میں سمجھتا ہوں کہ ہر ایک کے پاس وہ ہے، لیکن اس نے اپنے مائنڈ کو لگا دیا میتھمیٹکس میں۔ آپ لگائیے خدا کی تلاش کرنے میں۔</w:t>
      </w:r>
    </w:p>
    <w:p>
      <w:r>
        <w:rPr>
          <w:b/>
        </w:rPr>
        <w:t xml:space="preserve">[1:48:20] </w:t>
      </w:r>
      <w:r>
        <w:t>to capacity to sab mein wahi hai, lekin log jo hain is ko focus karein aur kar dete hain.</w:t>
      </w:r>
    </w:p>
    <w:p>
      <w:pPr>
        <w:jc w:val="right"/>
      </w:pPr>
      <w:r>
        <w:t>تو کیپیسٹی تو سب میں وہی ہے، لیکن لوگ جو ہیں اس کو فوکس کہیں اور کر دیتے ہیں۔</w:t>
      </w:r>
    </w:p>
    <w:p>
      <w:r>
        <w:rPr>
          <w:b/>
        </w:rPr>
        <w:t xml:space="preserve">[1:48:28] </w:t>
      </w:r>
      <w:r>
        <w:t>asal baat yeh hai. Maulana, I also have a question. uh, you are saying that when a religion is scrutinized in the level of historical credibility,</w:t>
      </w:r>
    </w:p>
    <w:p>
      <w:pPr>
        <w:jc w:val="right"/>
      </w:pPr>
      <w:r>
        <w:t>اصل بات یہ ہے۔ مولانا، آئی السو ہیو ا کوسچن۔ اہ، یو آر سینگ دیٹ وین ا ریلیجن از سکروٹینائزڈ ان دی لیول اف ہسٹوریکل کریڈیبلٹی،</w:t>
      </w:r>
    </w:p>
    <w:p>
      <w:r>
        <w:rPr>
          <w:b/>
        </w:rPr>
        <w:t xml:space="preserve">[1:48:41] </w:t>
      </w:r>
      <w:r>
        <w:t>other religions except Islam, do not come up to that standard or that expectation. And you have also said that there could be a few fragments of spirituality still found in those religions</w:t>
      </w:r>
    </w:p>
    <w:p>
      <w:pPr>
        <w:jc w:val="right"/>
      </w:pPr>
      <w:r>
        <w:t>ادر ریلیجنز ایکسیپٹ اسلام، ڈو ناٹ کم اپ ٹو دیٹ سٹینڈرڈ اور دیٹ ایکسپیکٹیشن۔ اینڈ یو ہیو السو سیڈ دیٹ دیر کڈ بی ا فیو فریگمنٹس اف سپرچویلٹی سٹل فاؤنڈ ان دوز ریلیجنز</w:t>
      </w:r>
    </w:p>
    <w:p>
      <w:r>
        <w:rPr>
          <w:b/>
        </w:rPr>
        <w:t xml:space="preserve">[1:48:56] </w:t>
      </w:r>
      <w:r>
        <w:t>uh, what is observed or what is seen in day to day life is that based on these fragmented spiritual traces, people are getting into the trance and ecstasy.</w:t>
      </w:r>
    </w:p>
    <w:p>
      <w:pPr>
        <w:jc w:val="right"/>
      </w:pPr>
      <w:r>
        <w:t>۔ اہ، واٹ از ابزروڈ اور واٹ از سین ان ڈے ٹو ڈے لائف از دیٹ بیسڈ ان دیز فریگمنٹڈ سپرچول ٹریسز، پیپل آر گیٹنگ انٹو دی ٹرانس اینڈ ایکسٹسی۔</w:t>
      </w:r>
    </w:p>
    <w:p>
      <w:r>
        <w:rPr>
          <w:b/>
        </w:rPr>
        <w:t xml:space="preserve">[1:49:11] </w:t>
      </w:r>
      <w:r>
        <w:t>my question is can a mind who is indulged or engaged in ecstasy be taken little ahead or to the next step of rational realization of God?</w:t>
      </w:r>
    </w:p>
    <w:p>
      <w:pPr>
        <w:jc w:val="right"/>
      </w:pPr>
      <w:r>
        <w:t>مائی کوسچن از کین ا مائنڈ ہو از انڈلجڈ اور انگیجڈ ان ایکسٹسی بی ٹیکن لٹل اہیڈ اور ٹو دی نیکسٹ سٹیپ اف ریشنل ریلائزیشن اف گاڈ؟</w:t>
      </w:r>
    </w:p>
    <w:p>
      <w:r>
        <w:rPr>
          <w:b/>
        </w:rPr>
        <w:t xml:space="preserve">[1:49:26] </w:t>
      </w:r>
      <w:r>
        <w:t>dekhie, ecstasy jo hai woh ek dum bhi alag cheez hai. mein mere apne tajrube, experience ke mutabiq, ecstasy na to true spirituality hai, na true religion hai,</w:t>
      </w:r>
    </w:p>
    <w:p>
      <w:pPr>
        <w:jc w:val="right"/>
      </w:pPr>
      <w:r>
        <w:t>دیکھیے، ایکسٹسی جو ہے وہ ایک دم بھی الگ چیز ہے۔ میں میرے اپنے تجربے، ایکسپیرینس کے مطابق، ایکسٹسی نہ تو ٹرو سپرچویلٹی ہے، نہ ٹرو ریلیجن ہے،</w:t>
      </w:r>
    </w:p>
    <w:p>
      <w:r>
        <w:rPr>
          <w:b/>
        </w:rPr>
        <w:t xml:space="preserve">[1:49:40] </w:t>
      </w:r>
      <w:r>
        <w:t>na koi aur cheez. mein hamare gaon mein ek sahib the jo apne haath mein kali ka, yani yani ball type ek kali haath mein rakhe rehte the.</w:t>
      </w:r>
    </w:p>
    <w:p>
      <w:pPr>
        <w:jc w:val="right"/>
      </w:pPr>
      <w:r>
        <w:t>نہ کوئی اور چیز۔ میں ہمارے گاؤں میں ایک صاحب تھے جو اپنے ہاتھ میں کلی کا، یعنی یعنی بال ٹائپ ایک کلی ہاتھ میں رکھے رہتے تھے۔</w:t>
      </w:r>
    </w:p>
    <w:p>
      <w:r>
        <w:rPr>
          <w:b/>
        </w:rPr>
        <w:t xml:space="preserve">[1:49:54] </w:t>
      </w:r>
      <w:r>
        <w:t>har waqt us ko woh, yani woh milte rehte the aur bilkul woh jaise madhosh rehte the. yani kali ko haath mein le kar milte rehna isi mein un ko ecstasy milti thi.</w:t>
      </w:r>
    </w:p>
    <w:p>
      <w:pPr>
        <w:jc w:val="right"/>
      </w:pPr>
      <w:r>
        <w:t>ہر وقت اس کو وہ، یعنی وہ ملتے رہتے تھے اور بالکل وہ جیسے مدہوش رہتے تھے۔ یعنی کلی کو ہاتھ میں لے کر ملتے رہنا اسی میں ان کو ایکسٹسی ملتی تھی۔</w:t>
      </w:r>
    </w:p>
    <w:p>
      <w:r>
        <w:rPr>
          <w:b/>
        </w:rPr>
        <w:t xml:space="preserve">[1:50:06] </w:t>
      </w:r>
      <w:r>
        <w:t>mein ne aise log dekhe hain jo shair parhte hain. mere khud bade bhai Iqbal Ahmed Sohail the, woh shair parhte the aur bilkul jaise un ko trance ho jata tha, pata nahi kahan pahunch jaate the.</w:t>
      </w:r>
    </w:p>
    <w:p>
      <w:pPr>
        <w:jc w:val="right"/>
      </w:pPr>
      <w:r>
        <w:t>میں نے ایسے لوگ دیکھے ہیں جو شعر پڑھتے ہیں۔ میرے خود بڑے بھائی اقبال احمد سہیل تھے، وہ شعر پڑھتے تھے اور بالکل جیسے ان کو ٹرانس ہو جاتا تھا، پتہ نہیں کہاں پہنچ جاتے تھے۔</w:t>
      </w:r>
    </w:p>
    <w:p>
      <w:r>
        <w:rPr>
          <w:b/>
        </w:rPr>
        <w:t xml:space="preserve">[1:50:17] </w:t>
      </w:r>
      <w:r>
        <w:t>to yeh to ek aisi cheez hai jo kisi bhi gaane bajane mein, kisi bhi cheez ho sakti hai. woh koi faculty hai insaan ke andar jo us ko hum Urdu mein kehte hain sarbasti ya madhoshi ya wajd.</w:t>
      </w:r>
    </w:p>
    <w:p>
      <w:pPr>
        <w:jc w:val="right"/>
      </w:pPr>
      <w:r>
        <w:t>تو یہ تو ایک ایسی چیز ہے جو کسی بھی گانے بجانے میں، کسی بھی چیز ہو سکتی ہے۔ وہ کوئی فیکلٹی ہے انسان کے اندر جو اس کو ہم اردو میں کہتے ہیں سربستی یا مدہوشی یا وجد۔</w:t>
      </w:r>
    </w:p>
    <w:p>
      <w:r>
        <w:rPr>
          <w:b/>
        </w:rPr>
        <w:t xml:space="preserve">[1:50:35] </w:t>
      </w:r>
      <w:r>
        <w:t>baqi is ka taluq kuch bhi na na to aisa insaan keh sakta hai ke Khuda ko paya hai is ne, na is ne koi spirituality ka koi bada darja mila hai is ko.</w:t>
      </w:r>
    </w:p>
    <w:p>
      <w:pPr>
        <w:jc w:val="right"/>
      </w:pPr>
      <w:r>
        <w:t>باقی اس کا تعلق کچھ بھی نہ نہ تو ایسا انسان کہہ سکتا ہے کہ خدا کو پایا ہے اس نے، نہ اس نے کوئی سپرچویلٹی کا کوئی بڑا درجہ ملا ہے اس کو۔</w:t>
      </w:r>
    </w:p>
    <w:p>
      <w:r>
        <w:rPr>
          <w:b/>
        </w:rPr>
        <w:t xml:space="preserve">[1:50:45] </w:t>
      </w:r>
      <w:r>
        <w:t>bas woh ek ek ek mysterious qism ki ek faculty insaan ke andar hai ke kisi cheez se wajd aa jana is ko.</w:t>
      </w:r>
    </w:p>
    <w:p>
      <w:pPr>
        <w:jc w:val="right"/>
      </w:pPr>
      <w:r>
        <w:t>بس وہ ایک ایک ایک مسٹیریس قسم کی ایک فیکلٹی انسان کے اندر ہے کہ کسی چیز سے وجد آ جانا اس کو۔</w:t>
      </w:r>
    </w:p>
    <w:p>
      <w:r>
        <w:rPr>
          <w:b/>
        </w:rPr>
        <w:t xml:space="preserve">[1:50:55] </w:t>
      </w:r>
      <w:r>
        <w:t>to wajd aa jata hai is ko, temporary ek us ko solace mil sakta hai is mein. baqi is se aage is ki koi haqeeqat nahi hai.</w:t>
      </w:r>
    </w:p>
    <w:p>
      <w:pPr>
        <w:jc w:val="right"/>
      </w:pPr>
      <w:r>
        <w:t>تو وجد آ جاتا ہے اس کو، ٹیمپریری ایک اس کو سولس مل سکتا ہے اس میں۔ باقی اس سے آگے اس کی کوئی حقیقت نہیں ہے۔</w:t>
      </w:r>
    </w:p>
    <w:p>
      <w:r>
        <w:rPr>
          <w:b/>
        </w:rPr>
        <w:t xml:space="preserve">[1:51:04] </w:t>
      </w:r>
      <w:r>
        <w:t>mere mein ne bohat se aisay log dekhe hain aur kuch bhi un ke andar nahi paya. mein ne</w:t>
      </w:r>
    </w:p>
    <w:p>
      <w:pPr>
        <w:jc w:val="right"/>
      </w:pPr>
      <w:r>
        <w:t>میرے میں نے بہت سے ایسے لوگ دیکھے ہیں اور کچھ بھی ان کے اندر نہیں پایا۔ میں نے</w:t>
      </w:r>
    </w:p>
    <w:p>
      <w:r>
        <w:rPr>
          <w:b/>
        </w:rPr>
        <w:t xml:space="preserve">[1:51:15] </w:t>
      </w:r>
      <w:r>
        <w:t>take people from meditation to god realization. acha,</w:t>
      </w:r>
    </w:p>
    <w:p>
      <w:pPr>
        <w:jc w:val="right"/>
      </w:pPr>
      <w:r>
        <w:t>ٹیک پیپل فرام میڈیٹیشن ٹو گاڈ ریلائزیشن۔ اچھا،</w:t>
      </w:r>
    </w:p>
    <w:p>
      <w:r>
        <w:rPr>
          <w:b/>
        </w:rPr>
        <w:t xml:space="preserve">[1:51:25] </w:t>
      </w:r>
      <w:r>
        <w:t>dekhiye, meditation ko to sofi logon ne adopt kar liya tha murakaba ke naam se. sare sofi log jo hain woh murakaba ko mante hain.</w:t>
      </w:r>
    </w:p>
    <w:p>
      <w:pPr>
        <w:jc w:val="right"/>
      </w:pPr>
      <w:r>
        <w:t>دیکھیے، میڈیٹیشن کو تو صوفی لوگوں نے اڈاپٹ کر لیا تھا مراقبہ کے نام سے۔ سارے صوفی لوگ جو ہیں وہ مراقبہ کو مانتے ہیں۔</w:t>
      </w:r>
    </w:p>
    <w:p>
      <w:r>
        <w:rPr>
          <w:b/>
        </w:rPr>
        <w:t xml:space="preserve">[1:51:37] </w:t>
      </w:r>
      <w:r>
        <w:t>woh woh meditation mein samajhta hoon ke yeh Islam mein is ki koi jagah nahi hai.</w:t>
      </w:r>
    </w:p>
    <w:p>
      <w:pPr>
        <w:jc w:val="right"/>
      </w:pPr>
      <w:r>
        <w:t>وہ وہ میڈیٹیشن میں سمجھتا ہوں کہ یہ اسلام میں اس کی کوئی جگہ نہیں ہے۔</w:t>
      </w:r>
    </w:p>
    <w:p>
      <w:r>
        <w:rPr>
          <w:b/>
        </w:rPr>
        <w:t xml:space="preserve">[1:51:44] </w:t>
      </w:r>
      <w:r>
        <w:t>is liye mein aisa kehta hoon ke Islam mein dekhiye jo model hai woh sirf prophet aur prophet companion aur koi model nahi hai.</w:t>
      </w:r>
    </w:p>
    <w:p>
      <w:pPr>
        <w:jc w:val="right"/>
      </w:pPr>
      <w:r>
        <w:t>اس لیے میں ایسا کہتا ہوں کہ اسلام میں دیکھیے جو ماڈل ہے وہ صرف پرافٹ اور پرافٹ کمپینین اور کوئی ماڈل نہیں ہے۔</w:t>
      </w:r>
    </w:p>
    <w:p>
      <w:r>
        <w:rPr>
          <w:b/>
        </w:rPr>
        <w:t xml:space="preserve">[1:51:56] </w:t>
      </w:r>
      <w:r>
        <w:t>to hum jab parhte hain to prophet ke haan aur companion ke haan hum yeh murakaba aur meditation yeh paate nahi. un ke haan contemplation paate hain.</w:t>
      </w:r>
    </w:p>
    <w:p>
      <w:pPr>
        <w:jc w:val="right"/>
      </w:pPr>
      <w:r>
        <w:t>تو ہم جب پڑھتے ہیں تو پرافٹ کے ہاں اور کمپینین کے ہاں ہم یہ مراقبہ اور میڈیٹیشن یہ پاتے نہیں۔ ان کے ہاں کنٹمپلیشن پاتے ہیں۔</w:t>
      </w:r>
    </w:p>
    <w:p>
      <w:r>
        <w:rPr>
          <w:b/>
        </w:rPr>
        <w:t xml:space="preserve">[1:52:06] </w:t>
      </w:r>
      <w:r>
        <w:t>hum sochna, contemplation yani sochna,</w:t>
      </w:r>
    </w:p>
    <w:p>
      <w:pPr>
        <w:jc w:val="right"/>
      </w:pPr>
      <w:r>
        <w:t>ہم سوچنا، کنٹمپلیشن یعنی سوچنا،</w:t>
      </w:r>
    </w:p>
    <w:p>
      <w:r>
        <w:rPr>
          <w:b/>
        </w:rPr>
        <w:t xml:space="preserve">[1:52:13] </w:t>
      </w:r>
      <w:r>
        <w:t>sochna, sochna, sochna. jaise abu darda ek companion thay. ek aadmi gaya un ki biwi ke paas poochne ke liye ke abu darda ki sab se bari worship kiya hoti hai?</w:t>
      </w:r>
    </w:p>
    <w:p>
      <w:pPr>
        <w:jc w:val="right"/>
      </w:pPr>
      <w:r>
        <w:t>سوچنا، سوچنا، سوچنا۔ جیسے ابو دردہ ایک کمپینین تھے۔ ایک آدمی گیا ان کی بیوی کے پاس پوچھنے کے لیے کہ ابو دردہ کی سب سے بڑی ورشپ کیا ہوتی ہے؟</w:t>
      </w:r>
    </w:p>
    <w:p>
      <w:r>
        <w:rPr>
          <w:b/>
        </w:rPr>
        <w:t xml:space="preserve">[1:52:28] </w:t>
      </w:r>
      <w:r>
        <w:t>to unhone yahi kaha: "altafakkur walaitibar". sochna barh kar sochte rehte hain.</w:t>
      </w:r>
    </w:p>
    <w:p>
      <w:pPr>
        <w:jc w:val="right"/>
      </w:pPr>
      <w:r>
        <w:t>تو انہوں نے یہی کہا: "التفکر والاعتبار"۔ سوچنا بڑھ کر سوچتے رہتے ہیں۔</w:t>
      </w:r>
    </w:p>
    <w:p>
      <w:r>
        <w:rPr>
          <w:b/>
        </w:rPr>
        <w:t xml:space="preserve">[1:52:37] </w:t>
      </w:r>
      <w:r>
        <w:t>to sochna hai asal Islam mein, na ke meditation aur murakaba. to mein samajhta hoon ke woh us ko hatana parhe ga.</w:t>
      </w:r>
    </w:p>
    <w:p>
      <w:pPr>
        <w:jc w:val="right"/>
      </w:pPr>
      <w:r>
        <w:t>تو سوچنا ہے اصل اسلام میں، نہ کہ میڈیٹیشن اور مراقبہ۔ تو میں سمجھتا ہوں کہ وہ اس کو ہٹانا پڑے گا۔</w:t>
      </w:r>
    </w:p>
    <w:p>
      <w:r>
        <w:rPr>
          <w:b/>
        </w:rPr>
        <w:t xml:space="preserve">[1:52:48] </w:t>
      </w:r>
      <w:r>
        <w:t>yani meditation ke through aap ko Khuda tak pohanchayen, yeh to possible nahi hai. samajhta hoon mein un ko meditation se hatayiye, un ko murakaba se hatayiye aur sochne ki line par layiye,</w:t>
      </w:r>
    </w:p>
    <w:p>
      <w:pPr>
        <w:jc w:val="right"/>
      </w:pPr>
      <w:r>
        <w:t>یعنی میڈیٹیشن کے تھرو آپ کو خدا تک پہنچائیں، یہ تو پاسیبل نہیں ہے۔ سمجھتا ہوں میں ان کو میڈیٹیشن سے ہٹائیے، ان کو مراقبہ سے ہٹائیے اور سوچنے کی لائن پر لائیے،</w:t>
      </w:r>
    </w:p>
    <w:p>
      <w:r>
        <w:rPr>
          <w:b/>
        </w:rPr>
        <w:t xml:space="preserve">[1:53:00] </w:t>
      </w:r>
      <w:r>
        <w:t>intellectual development wali line par layiye. tab unhein Khuda ki sachai discover hogi. my question is: how do people in our age group go about seeking god realization?</w:t>
      </w:r>
    </w:p>
    <w:p>
      <w:pPr>
        <w:jc w:val="right"/>
      </w:pPr>
      <w:r>
        <w:t>انٹلیکچول ڈیویلپمنٹ والی لائن پر لائیے۔ تب انہیں خدا کی سچائی ڈسکور ہوگی۔ مائی کوسچن از: ہاؤ ڈو پیپل ان ار فرام اور ایج گروپ گو اباؤٹ سیکنگ گاڈ ریلائزیشن؟</w:t>
      </w:r>
    </w:p>
    <w:p>
      <w:r>
        <w:rPr>
          <w:b/>
        </w:rPr>
        <w:t xml:space="preserve">[1:53:18] </w:t>
      </w:r>
      <w:r>
        <w:t>bhai, koi bhi age group ho, rasta to wohi hai</w:t>
      </w:r>
    </w:p>
    <w:p>
      <w:pPr>
        <w:jc w:val="right"/>
      </w:pPr>
      <w:r>
        <w:t>بھئی، کوئی بھی ایج گروپ ہو، راستہ تو وہی ہے</w:t>
      </w:r>
    </w:p>
    <w:p>
      <w:r>
        <w:rPr>
          <w:b/>
        </w:rPr>
        <w:t xml:space="preserve">[1:53:23] </w:t>
      </w:r>
      <w:r>
        <w:t>jo mein ne abhi kaha: sochna yani mind ki faculty ko active karna, jis ko tadabbur kaha jata hai Quran majeed mein,</w:t>
      </w:r>
    </w:p>
    <w:p>
      <w:pPr>
        <w:jc w:val="right"/>
      </w:pPr>
      <w:r>
        <w:t>جو میں نے ابھی کہا: سوچنا یعنی مائنڈ کی فیکلٹی کو ایکٹیو کرنا، جس کو تدبر کہا جاتا ہے قرآن مجید میں،</w:t>
      </w:r>
    </w:p>
    <w:p>
      <w:r>
        <w:rPr>
          <w:b/>
        </w:rPr>
        <w:t xml:space="preserve">[1:53:38] </w:t>
      </w:r>
      <w:r>
        <w:t>jis ko contemplation kehte hain.</w:t>
      </w:r>
    </w:p>
    <w:p>
      <w:pPr>
        <w:jc w:val="right"/>
      </w:pPr>
      <w:r>
        <w:t>جس کو کنٹمپلیشن کہتے ہیں۔</w:t>
      </w:r>
    </w:p>
    <w:p>
      <w:r>
        <w:rPr>
          <w:b/>
        </w:rPr>
        <w:t xml:space="preserve">[1:53:41] </w:t>
      </w:r>
      <w:r>
        <w:t>mujhe nahi maloom ke is ke ilawa bhi koi tareeqa hai kisi bhi age group ke liye ke study karen aur Khuda ke, jaise ke mein ne is se pehle ek martaba arz kiya tha ke German philosopher descartes ne kaha tha ke "i think therefore i exist"</w:t>
      </w:r>
    </w:p>
    <w:p>
      <w:pPr>
        <w:jc w:val="right"/>
      </w:pPr>
      <w:r>
        <w:t>مجھے نہیں معلوم کہ اس کے سوا بھی کوئی طریقہ ہے کسی بھی ایج گروپ کے لیے کہ سٹڈی کریں اور خدا کے، جیسے کہ میں نے اس سے پہلے ایک مرتبہ عرض کیا تھا کہ جرمن فلاسفر ڈیکارٹ نے کہا تھا کہ "آئی تھنک دیر فور آئی ایگزسٹ"</w:t>
      </w:r>
    </w:p>
    <w:p>
      <w:r>
        <w:rPr>
          <w:b/>
        </w:rPr>
        <w:t xml:space="preserve">[1:54:05] </w:t>
      </w:r>
      <w:r>
        <w:t>۔ to mein kehta hoon ke</w:t>
      </w:r>
    </w:p>
    <w:p>
      <w:pPr>
        <w:jc w:val="right"/>
      </w:pPr>
      <w:r>
        <w:t>۔ تو میں کہتا ہوں کہ</w:t>
      </w:r>
    </w:p>
    <w:p>
      <w:r>
        <w:rPr>
          <w:b/>
        </w:rPr>
        <w:t xml:space="preserve">[1:54:11] </w:t>
      </w:r>
      <w:r>
        <w:t>ke universe exist, so the creator of of universe also exist.</w:t>
      </w:r>
    </w:p>
    <w:p>
      <w:pPr>
        <w:jc w:val="right"/>
      </w:pPr>
      <w:r>
        <w:t>کہ یونیورس ایگزسٹ، سو دا کریٹر اف اف یونیورس السو ایگزسٹ۔</w:t>
      </w:r>
    </w:p>
    <w:p>
      <w:r>
        <w:rPr>
          <w:b/>
        </w:rPr>
        <w:t xml:space="preserve">[1:54:22] </w:t>
      </w:r>
      <w:r>
        <w:t>matlab yeh ke apne aap ko soch kar us ne apne hone ko discover kiya. e</w:t>
      </w:r>
    </w:p>
    <w:p>
      <w:pPr>
        <w:jc w:val="right"/>
      </w:pPr>
      <w:r>
        <w:t>مطلب یہ کہ اپنے آپ کو سوچ کر اس نے اپنے ہونے کو ڈسکور کیا۔ ای</w:t>
      </w:r>
    </w:p>
    <w:p>
      <w:r>
        <w:rPr>
          <w:b/>
        </w:rPr>
        <w:t xml:space="preserve">[1:54:29] </w:t>
      </w:r>
      <w:r>
        <w:t>se hi aap universe ko soch kar ke us ke creator ko discover karen ge. aur doosri cheez hai yani Quran ko parhna.</w:t>
      </w:r>
    </w:p>
    <w:p>
      <w:pPr>
        <w:jc w:val="right"/>
      </w:pPr>
      <w:r>
        <w:t>سے ہی آپ یونیورس کو سوچ کر کے اس کے کریٹر کو ڈسکور کریں گے۔ اور دوسری چیز ہے یعنی قرآن کو پڑھنا۔</w:t>
      </w:r>
    </w:p>
    <w:p>
      <w:r>
        <w:rPr>
          <w:b/>
        </w:rPr>
        <w:t xml:space="preserve">[1:54:39] </w:t>
      </w:r>
      <w:r>
        <w:t>yeh do cheezain hain main source Khuda tak</w:t>
      </w:r>
    </w:p>
    <w:p>
      <w:pPr>
        <w:jc w:val="right"/>
      </w:pPr>
      <w:r>
        <w:t>یہ دو چیزیں ہیں مین سورس خدا تک</w:t>
      </w:r>
    </w:p>
    <w:p>
      <w:r>
        <w:rPr>
          <w:b/>
        </w:rPr>
        <w:t xml:space="preserve">[1:54:43] </w:t>
      </w:r>
      <w:r>
        <w:t>pohanchne ka ke Khuda ki creation mein soch kar Khuda ko discover karna aur Khuda kitab mein, Khuda kitab ko apne liye guide book ke tor par le kar ke us ki study karna.</w:t>
      </w:r>
    </w:p>
    <w:p>
      <w:pPr>
        <w:jc w:val="right"/>
      </w:pPr>
      <w:r>
        <w:t>پہنچنے کا کہ خدا کی کریشن میں سوچ کر خدا کو ڈسکور کرنا اور خدا کتاب میں، خدا کتاب کو اپنے لیے گائیڈ بک کے طور پر لے کر کے اس کی سٹڈی کرنا۔</w:t>
      </w:r>
    </w:p>
    <w:p>
      <w:r>
        <w:rPr>
          <w:b/>
        </w:rPr>
        <w:t xml:space="preserve">[1:55:00] </w:t>
      </w:r>
      <w:r>
        <w:t>mein samajhta hoon ke is ke ilawa koi tareeqa nahi hai.</w:t>
      </w:r>
    </w:p>
    <w:p>
      <w:pPr>
        <w:jc w:val="right"/>
      </w:pPr>
      <w:r>
        <w:t>میں سمجھتا ہوں کہ اس کے سوا کوئی طریقہ نہیں ہے۔</w:t>
      </w:r>
    </w:p>
    <w:p>
      <w:r>
        <w:rPr>
          <w:b/>
        </w:rPr>
        <w:t xml:space="preserve">[1:55:03] </w:t>
      </w:r>
      <w:r>
        <w:t>maulana, jo hum aaj creation plan of god jante hain, woh humein Quran ke aur hadith ke zariye se pata chalta hai.</w:t>
      </w:r>
    </w:p>
    <w:p>
      <w:pPr>
        <w:jc w:val="right"/>
      </w:pPr>
      <w:r>
        <w:t>مولانا، جو ہم آج کریشن پلان اف گاڈ جانتے ہیں، وہ ہمیں قرآن کے اور حدیث کے ذریعے سے پتہ چلتا ہے۔</w:t>
      </w:r>
    </w:p>
    <w:p>
      <w:r>
        <w:rPr>
          <w:b/>
        </w:rPr>
        <w:t xml:space="preserve">[1:55:13] </w:t>
      </w:r>
      <w:r>
        <w:t>lekin is se pehle ke jo zamana tha, us mein creation of plan ah kiya raha Allah ka aur test kiya hota tha?</w:t>
      </w:r>
    </w:p>
    <w:p>
      <w:pPr>
        <w:jc w:val="right"/>
      </w:pPr>
      <w:r>
        <w:t>لیکن اس سے پہلے کہ جو زمانہ تھا، اس میں کریشن اف پلان اہ کیا رہا اللہ کا اور ٹیسٹ کیا ہوتا تھا؟</w:t>
      </w:r>
    </w:p>
    <w:p>
      <w:r>
        <w:rPr>
          <w:b/>
        </w:rPr>
        <w:t xml:space="preserve">[1:55:26] </w:t>
      </w:r>
      <w:r>
        <w:t>bhai, test to hamesha aik hi rehta hai Khuda ka.</w:t>
      </w:r>
    </w:p>
    <w:p>
      <w:pPr>
        <w:jc w:val="right"/>
      </w:pPr>
      <w:r>
        <w:t>بھئی، ٹیسٹ تو ہمیشہ ایک ہی رہتا ہے خدا کا۔</w:t>
      </w:r>
    </w:p>
    <w:p>
      <w:r>
        <w:rPr>
          <w:b/>
        </w:rPr>
        <w:t xml:space="preserve">[1:55:31] </w:t>
      </w:r>
      <w:r>
        <w:t>woh yeh ke dunya mein Khuda ne bohat se temptation rakh diye hain. temptation, is temptation ko aap ko ladna parta hai, chahe scientific period ho ya pichla period.</w:t>
      </w:r>
    </w:p>
    <w:p>
      <w:pPr>
        <w:jc w:val="right"/>
      </w:pPr>
      <w:r>
        <w:t>وہ یہ کہ دنیا میں خدا نے بہت سے ٹیمپریشن رکھ دیے ہیں۔ ٹیمپٹیشن، اس ٹیمپریشن کو آپ کو لڑنا پڑتا ہے، چاہے سائنٹیفک پیریڈ ہو یا پچھلا پیریڈ۔</w:t>
      </w:r>
    </w:p>
    <w:p>
      <w:r>
        <w:rPr>
          <w:b/>
        </w:rPr>
        <w:t xml:space="preserve">[1:55:47] </w:t>
      </w:r>
      <w:r>
        <w:t>hamesha jahan insan bhatka hai, woh apne temptation ke is par bhatka hai.</w:t>
      </w:r>
    </w:p>
    <w:p>
      <w:pPr>
        <w:jc w:val="right"/>
      </w:pPr>
      <w:r>
        <w:t>ہمیشہ جہاں انسان بھٹکا ہے، وہ اپنے ٹیمپٹیشن کے اس پر بھٹکا ہے۔</w:t>
      </w:r>
    </w:p>
    <w:p>
      <w:r>
        <w:rPr>
          <w:b/>
        </w:rPr>
        <w:t xml:space="preserve">[1:55:54] </w:t>
      </w:r>
      <w:r>
        <w:t>misalan aaj bhi log science jo parhte hain to un ke samne kaha jata hai: "barhe barhe job lena, ziyada paise kamana". yeh waja hai ke ab aap dekh rahe hain ke kuch dinon se science mein yani kya ho raha hai?</w:t>
      </w:r>
    </w:p>
    <w:p>
      <w:pPr>
        <w:jc w:val="right"/>
      </w:pPr>
      <w:r>
        <w:t>مثلاً آج بھی لوگ سائنس جو پڑھتے ہیں تو ان کے سامنے کہا جاتا ہے: "بڑے بڑے جاب لینا، زیادہ پیسے کمانا"۔ یہ وجہ ہے کہ اب آپ دیکھ رہے ہیں کہ کچھ دنوں سے سائنس میں یعنی کیا ہو رہا ہے؟</w:t>
      </w:r>
    </w:p>
    <w:p>
      <w:r>
        <w:rPr>
          <w:b/>
        </w:rPr>
        <w:t xml:space="preserve">[1:56:10] </w:t>
      </w:r>
      <w:r>
        <w:t>theoretical science mein koi research nahi ho rahi. applied science ki research ho rahi hai. misalan calzer goods mein, medicine mein research khoob ho rahi hai, bohat ziyada.</w:t>
      </w:r>
    </w:p>
    <w:p>
      <w:pPr>
        <w:jc w:val="right"/>
      </w:pPr>
      <w:r>
        <w:t>تھریٹیکل سائنس میں کوئی ریسرچ نہیں ہو رہی۔ اپلائیڈ سائنس کی ریسرچ ہو رہی ہے۔ مثلاً کلزیبر گڈز میں، میڈیسن میں ریسرچ خوب ہو رہی ہے، بہت زیادہ۔</w:t>
      </w:r>
    </w:p>
    <w:p>
      <w:r>
        <w:rPr>
          <w:b/>
        </w:rPr>
        <w:t xml:space="preserve">[1:56:24] </w:t>
      </w:r>
      <w:r>
        <w:t>lekin jo barhe barhe scientist the pehle theoretical science mein, ab kahan paida ho rahe hain?</w:t>
      </w:r>
    </w:p>
    <w:p>
      <w:pPr>
        <w:jc w:val="right"/>
      </w:pPr>
      <w:r>
        <w:t>لیکن جو بڑے بڑے سائنٹسٹ تھے پہلے تھریٹیکل سائنس میں، اب کہاں پیدا ہو رہے ہیں؟</w:t>
      </w:r>
    </w:p>
    <w:p>
      <w:r>
        <w:rPr>
          <w:b/>
        </w:rPr>
        <w:t xml:space="preserve">[1:56:32] </w:t>
      </w:r>
      <w:r>
        <w:t>ab to sirf aik admi reh gaya hai, Stephen Hawking, aur us us level ka koi admi hi nahi hai science ki field mein. ab inhi isi field mein log ja rahe hain jahan paisa milta hai.</w:t>
      </w:r>
    </w:p>
    <w:p>
      <w:pPr>
        <w:jc w:val="right"/>
      </w:pPr>
      <w:r>
        <w:t>اب تو صرف ایک آدمی رہ گیا ہے، اسٹیفن ہاکنگ، اور اس اس لیول کا کوئی آدمی ہی نہیں ہے سائنس کی فیلڈ میں۔ اب انہی اسی فیلڈ میں لوگ جا رہے ہیں جہاں پیسہ ملتا ہے۔</w:t>
      </w:r>
    </w:p>
    <w:p>
      <w:r>
        <w:rPr>
          <w:b/>
        </w:rPr>
        <w:t xml:space="preserve">[1:56:45] </w:t>
      </w:r>
      <w:r>
        <w:t>samajhta hoon ke hamesha aik hi test raha hai ke paise ki taraf na bhago, Khuda ki taraf bhago. wohi pehle bhi tha, wohi aaj bhi hai.</w:t>
      </w:r>
    </w:p>
    <w:p>
      <w:pPr>
        <w:jc w:val="right"/>
      </w:pPr>
      <w:r>
        <w:t>سمجھتا ہوں کہ ہمیشہ ایک ہی ٹیسٹ رہا ہے کہ پیسے کی طرف نہ بھاگو، خدا کی طرف بھاگو۔ وہی پہلے بھی تھا، وہی آج بھی ہے۔</w:t>
      </w:r>
    </w:p>
    <w:p>
      <w:r>
        <w:rPr>
          <w:b/>
        </w:rPr>
        <w:t xml:space="preserve">[1:56:54] </w:t>
      </w:r>
      <w:r>
        <w:t>Maulana, Naghma is asking that if you could explain the creation plan in very simple terms, which could be communicated to people when you go to do the work, just in simple lines.</w:t>
      </w:r>
    </w:p>
    <w:p>
      <w:pPr>
        <w:jc w:val="right"/>
      </w:pPr>
      <w:r>
        <w:t>مولانا، نغمہ از اسکنگ دیٹ اف یو کڈ ایکسپلین دا کریشن پلان ان ویری سمپل ٹرمز، وچ کڈ بی کمیونیکیٹڈ ٹو پیپل وین یو گو ٹو ڈو داور ورک، جسٹ ان سمپل لائن۔</w:t>
      </w:r>
    </w:p>
    <w:p>
      <w:r>
        <w:rPr>
          <w:b/>
        </w:rPr>
        <w:t xml:space="preserve">[1:57:05] </w:t>
      </w:r>
      <w:r>
        <w:t>bhai, main to yahi samajhta hoon ke yeh batana logon ko ke Khuda ne jis plan ke tehat banaya hai dunya ko,</w:t>
      </w:r>
    </w:p>
    <w:p>
      <w:pPr>
        <w:jc w:val="right"/>
      </w:pPr>
      <w:r>
        <w:t>بھئی، میں تو یہی سمجھتا ہوں کہ یہ بتانا لوگوں کو کہ خدا نے جس پلان کے تحت بنایا ہے دنیا کو،</w:t>
      </w:r>
    </w:p>
    <w:p>
      <w:r>
        <w:rPr>
          <w:b/>
        </w:rPr>
        <w:t xml:space="preserve">[1:57:19] </w:t>
      </w:r>
      <w:r>
        <w:t>woh woh hai. woh yeh hai ke aap yani aap is yeh dunya aap ki testing ground hai.</w:t>
      </w:r>
    </w:p>
    <w:p>
      <w:pPr>
        <w:jc w:val="right"/>
      </w:pPr>
      <w:r>
        <w:t>وہ وہ ہے۔ وہ یہ ہے کہ آپ یعنی آپ اس یہ دنیا آپ کی ٹیسٹنگ گراؤنڈ ہے۔</w:t>
      </w:r>
    </w:p>
    <w:p>
      <w:r>
        <w:rPr>
          <w:b/>
        </w:rPr>
        <w:t xml:space="preserve">[1:57:30] </w:t>
      </w:r>
      <w:r>
        <w:t>yeh is se prove hota hai ke agar aap dunya ko chahein kahin aap paradise banayein apni to banti nahi, ban nahi pati.</w:t>
      </w:r>
    </w:p>
    <w:p>
      <w:pPr>
        <w:jc w:val="right"/>
      </w:pPr>
      <w:r>
        <w:t>یہ اس سے پروف ہوتا ہے کہ اگر آپ دنیا کو چاہیں کہیں آپ پیراڈائز بنائیں اپنی تو بنتی نہیں، بن نہیں پاتی۔</w:t>
      </w:r>
    </w:p>
    <w:p>
      <w:r>
        <w:rPr>
          <w:b/>
        </w:rPr>
        <w:t xml:space="preserve">[1:57:39] </w:t>
      </w:r>
      <w:r>
        <w:t>to sare logon ke samne aik question hai ke kya waja hai ke hum power, achi power aata hai hamare pas, money aati hai, sab kuch ane ke baad bhi hum paradise nahi bana pate, happiness nahi bana pate,</w:t>
      </w:r>
    </w:p>
    <w:p>
      <w:pPr>
        <w:jc w:val="right"/>
      </w:pPr>
      <w:r>
        <w:t>تو سارے لوگوں کے سامنے ایک کوسچن ہے کہ کیا وجہ ہے کہ ہم پاور، اچھی پاور آتا ہے ہمارے پاس، منی آتی ہے، سب کچھ آنے کے بعد بھی ہم پیراڈائز نہیں بنا پاتے، ہیپینس نہیں بنا پاتے،</w:t>
      </w:r>
    </w:p>
    <w:p>
      <w:r>
        <w:rPr>
          <w:b/>
        </w:rPr>
        <w:t xml:space="preserve">[1:57:54] </w:t>
      </w:r>
      <w:r>
        <w:t>nahi nahi pate, nahi paate.</w:t>
      </w:r>
    </w:p>
    <w:p>
      <w:pPr>
        <w:jc w:val="right"/>
      </w:pPr>
      <w:r>
        <w:t>نہیں نہیں پاتے، نہیں پاتے۔</w:t>
      </w:r>
    </w:p>
    <w:p>
      <w:r>
        <w:rPr>
          <w:b/>
        </w:rPr>
        <w:t xml:space="preserve">[1:57:57] </w:t>
      </w:r>
      <w:r>
        <w:t>is ki waja kya hai ke aap dunya ko aik aisi dunya mein aik aisi cheez hasil karna chahte hain jo dunya mein milne wali hi nahi hai.</w:t>
      </w:r>
    </w:p>
    <w:p>
      <w:pPr>
        <w:jc w:val="right"/>
      </w:pPr>
      <w:r>
        <w:t>اس کی وجہ کیا ہے کہ آپ دنیا کو ایک ایسی دنیا میں ایک ایسی چیز حاصل کرنا چاہتے ہیں جو دنیا میں ملنے والی ہی نہیں ہے۔</w:t>
      </w:r>
    </w:p>
    <w:p>
      <w:r>
        <w:rPr>
          <w:b/>
        </w:rPr>
        <w:t xml:space="preserve">[1:58:08] </w:t>
      </w:r>
      <w:r>
        <w:t>to yeh batana hai ke aik hai pre-death period, aik hai post-death period ke maut se pehle ka jo hai period woh testing ground ke tor par hai aur maut ke baad ka jo period hai, wahin par reward hai,</w:t>
      </w:r>
    </w:p>
    <w:p>
      <w:pPr>
        <w:jc w:val="right"/>
      </w:pPr>
      <w:r>
        <w:t>تو یہ بتانا ہے کہ ایک ہے پری ڈیتھ پیریڈ، ایک ہے پوسٹ ڈیتھ پیریڈ کہ موت سے پہلے کا جو ہے پیریڈ وہ ٹیسٹنگ گراؤنڈ کے طور پر ہے اور موت کے بعد کا جو پیریڈ ہے، وہیں پر ریوارڈ ہے،</w:t>
      </w:r>
    </w:p>
    <w:p>
      <w:r>
        <w:rPr>
          <w:b/>
        </w:rPr>
        <w:t xml:space="preserve">[1:58:24] </w:t>
      </w:r>
      <w:r>
        <w:t>wahin par paradise ka banna hai.</w:t>
      </w:r>
    </w:p>
    <w:p>
      <w:pPr>
        <w:jc w:val="right"/>
      </w:pPr>
      <w:r>
        <w:t>وہیں پر پیراڈائز کا بننا ہے۔</w:t>
      </w:r>
    </w:p>
    <w:p>
      <w:r>
        <w:rPr>
          <w:b/>
        </w:rPr>
        <w:t xml:space="preserve">[1:58:26] </w:t>
      </w:r>
      <w:r>
        <w:t>to creation plan ka matlab yeh samajhna ke maut se pehle aap ko sirf qualify karna hai is baat ke liye ke jo dunya aap chahte hain, woh maut ke baad aap ko mil sake.</w:t>
      </w:r>
    </w:p>
    <w:p>
      <w:pPr>
        <w:jc w:val="right"/>
      </w:pPr>
      <w:r>
        <w:t>تو کریشن پلان کا مطلب یہ سمجھنا کہ موت سے پہلے آپ کو صرف کوالیفائی کرنا ہے اس بات کے لیے کہ جو دنیا آپ چاہتے ہیں، وہ موت کے بعد آپ کو مل سکے۔</w:t>
      </w:r>
    </w:p>
    <w:p>
      <w:r>
        <w:rPr>
          <w:b/>
        </w:rPr>
        <w:t xml:space="preserve">[1:58:41] </w:t>
      </w:r>
      <w:r>
        <w:t>yahan qualify karna hai, na ke hasil karna. jaise aik examination hall mein admi jata hai, aik student to wahan qualify karne ke liye jata hai.</w:t>
      </w:r>
    </w:p>
    <w:p>
      <w:pPr>
        <w:jc w:val="right"/>
      </w:pPr>
      <w:r>
        <w:t>یہاں کوالیفائی کرنا ہے، نہ کہ حاصل کرنا۔ جیسے ایک ایگزامینیشن ہال میں آدمی جاتا ہے، ایک سٹوڈنٹ تو وہاں کوالیفائی کرنے کے لیے جاتا ہے۔</w:t>
      </w:r>
    </w:p>
    <w:p>
      <w:r>
        <w:rPr>
          <w:b/>
        </w:rPr>
        <w:t xml:space="preserve">[1:58:52] </w:t>
      </w:r>
      <w:r>
        <w:t>aisa nahi ke wahin par us ko sab kuch mil jaye.</w:t>
      </w:r>
    </w:p>
    <w:p>
      <w:pPr>
        <w:jc w:val="right"/>
      </w:pPr>
      <w:r>
        <w:t>ایسا نہیں کہ وہیں پر اس کو سب کچھ مل جائے۔</w:t>
      </w:r>
    </w:p>
    <w:p>
      <w:r>
        <w:rPr>
          <w:b/>
        </w:rPr>
        <w:t xml:space="preserve">[1:58:55] </w:t>
      </w:r>
      <w:r>
        <w:t>sab kuch jo milna hai, woh examination hall ke bahar milna hai. wahan to sirf qualify karna hai. to yeh bata sakein agar hum logon ko ke yeh dunya is liye bani hai ke aap ka jo desired world hai,</w:t>
      </w:r>
    </w:p>
    <w:p>
      <w:pPr>
        <w:jc w:val="right"/>
      </w:pPr>
      <w:r>
        <w:t>سب کچھ جو ملنا ہے، وہ ایگزامینیشن ہال کے باہر ملنا ہے۔ وہاں تو صرف کوالیفائی کرنا ہے۔ تو یہ بتا سکیں اگر ہم لوگوں کو کہ یہ دنیا اس لیے بنی ہے کہ آپ کا جو ڈیزائرڈ ورلڈ ہے،</w:t>
      </w:r>
    </w:p>
    <w:p>
      <w:r>
        <w:rPr>
          <w:b/>
        </w:rPr>
        <w:t xml:space="preserve">[1:59:10] </w:t>
      </w:r>
      <w:r>
        <w:t>jo maut ke baad milne wala hai, us ke liye aap apne aap ko qualify kar sakein, yeh prove kar sakein ke hum is ke liye deserve karte hain.</w:t>
      </w:r>
    </w:p>
    <w:p>
      <w:pPr>
        <w:jc w:val="right"/>
      </w:pPr>
      <w:r>
        <w:t>جو موت کے بعد ملنے والا ہے، اس کے لیے آپ اپنے آپ کو کوالیفائی کر سکیں، یہ پروف کر سکیں کہ ہم اس کے لیے ڈیزرو کرتے ہیں۔</w:t>
      </w:r>
    </w:p>
    <w:p>
      <w:r>
        <w:rPr>
          <w:b/>
        </w:rPr>
        <w:t xml:space="preserve">[1:59:20] </w:t>
      </w:r>
      <w:r>
        <w:t>matlab to yahi hai creation plan.</w:t>
      </w:r>
    </w:p>
    <w:p>
      <w:pPr>
        <w:jc w:val="right"/>
      </w:pPr>
      <w:r>
        <w:t>مطلب تو یہی ہے کریشن پلان۔</w:t>
      </w:r>
    </w:p>
    <w:p>
      <w:r>
        <w:rPr>
          <w:b/>
        </w:rPr>
        <w:t xml:space="preserve">[1:59:26] </w:t>
      </w:r>
      <w:r>
        <w:t>How she saying? How?</w:t>
      </w:r>
    </w:p>
    <w:p>
      <w:pPr>
        <w:jc w:val="right"/>
      </w:pPr>
      <w:r>
        <w:t>ہاؤ شی سینگ؟ ہاؤ؟</w:t>
      </w:r>
    </w:p>
    <w:p>
      <w:r>
        <w:rPr>
          <w:b/>
        </w:rPr>
        <w:t xml:space="preserve">[1:59:31] </w:t>
      </w:r>
      <w:r>
        <w:t>How? Kyun? Maulana, aik, ab aik question Maulana my mind mein aa raha hai. uh, maybe is a think its the last question or whatever.</w:t>
      </w:r>
    </w:p>
    <w:p>
      <w:pPr>
        <w:jc w:val="right"/>
      </w:pPr>
      <w:r>
        <w:t>ہاؤ؟ کیوں؟ مولانا، ایک اہ، اب ایک کوسچن مولانا مائی مائنڈ میں آ رہا ہے۔ اہ، می بی از ا تھنک اٹس دا لاسٹ کوسچن اور واٹ ایور۔</w:t>
      </w:r>
    </w:p>
    <w:p>
      <w:r>
        <w:rPr>
          <w:b/>
        </w:rPr>
        <w:t xml:space="preserve">[1:59:39] </w:t>
      </w:r>
      <w:r>
        <w:t>i just want to ask Maulana, there is a story which is appear today in Hindustan Times, which got me thinking in the morning while i was coming for the class. it says that politics is losing its importance from the first page of the news</w:t>
      </w:r>
    </w:p>
    <w:p>
      <w:pPr>
        <w:jc w:val="right"/>
      </w:pPr>
      <w:r>
        <w:t>آئی جسٹ وانٹ ٹو اسک مولانا، دیر از ا سٹوری وچ از اپیئر ٹوڈے ان ہندوستان ٹائمز، وچ گاٹ می تھنکنگ ان دا مارننگ ویل آئی واز کمنگ فار دا کلاس۔ اٹ سیز دیٹ پولیٹکس از لوزنگ از امپورٹنس فرام دا فرسٹ پیج اف دا نیوز</w:t>
      </w:r>
    </w:p>
    <w:p>
      <w:r>
        <w:rPr>
          <w:b/>
        </w:rPr>
        <w:t xml:space="preserve">[1:59:52] </w:t>
      </w:r>
      <w:r>
        <w:t>newspaper, if you see people are not interested in hearing about what the politicians do, what is happening, what is the political scenario of India.</w:t>
      </w:r>
    </w:p>
    <w:p>
      <w:pPr>
        <w:jc w:val="right"/>
      </w:pPr>
      <w:r>
        <w:t>۔ نیوز پیپر، اف یو سی پیپل آر ناٹ انٹرسٹڈ ان ہیئرنگ اباؤٹ واٹ دا پولیٹیشنز ڈو، واٹ از ہیپننگ، واٹ از دا پولیٹیکل سنیریو اف انڈیا۔</w:t>
      </w:r>
    </w:p>
    <w:p>
      <w:r>
        <w:rPr>
          <w:b/>
        </w:rPr>
        <w:t xml:space="preserve">[2:00:03] </w:t>
      </w:r>
      <w:r>
        <w:t>they said when those nine MPs were caught taking bribes. earlier when the story came up about when of Tehelka, it was a very big of lot of importance.</w:t>
      </w:r>
    </w:p>
    <w:p>
      <w:pPr>
        <w:jc w:val="right"/>
      </w:pPr>
      <w:r>
        <w:t>دے سیڈ وین دوز نائن ایم پیز وار کاٹ ٹیکنگ برائبس۔ ارلیئر وین دا سٹوری کیم اپ اباؤٹ وین اف دہلکا، اٹ واز ا ویری بگ اف لاٹ اف امپورٹنس۔</w:t>
      </w:r>
    </w:p>
    <w:p>
      <w:r>
        <w:rPr>
          <w:b/>
        </w:rPr>
        <w:t xml:space="preserve">[2:00:15] </w:t>
      </w:r>
      <w:r>
        <w:t>lately what people are saying is that the TRP of the news channels did not change. it was 18 and is become 20</w:t>
      </w:r>
    </w:p>
    <w:p>
      <w:pPr>
        <w:jc w:val="right"/>
      </w:pPr>
      <w:r>
        <w:t>لیٹلی واٹ پیپل آر سینگ از دیٹ دا ٹی آر پی اف دا نیوز چینلز ڈیڈ ناٹ چینج۔ اٹ واز 18 اینڈ از بیکم 20</w:t>
      </w:r>
    </w:p>
    <w:p>
      <w:r>
        <w:rPr>
          <w:b/>
        </w:rPr>
        <w:t xml:space="preserve">[2:00:21] </w:t>
      </w:r>
      <w:r>
        <w:t>percent. that means people are not interested in hearing about the corrupt politicians any more. they are seeing stories which is gaining importance in the front page are pertaining to peoples daily life.</w:t>
      </w:r>
    </w:p>
    <w:p>
      <w:pPr>
        <w:jc w:val="right"/>
      </w:pPr>
      <w:r>
        <w:t>پرسنٹ۔ دیٹ مینز پیپل آر ناٹ انٹرسٹڈ ان ہیئرنگ اباؤٹ دی کرپٹ پولیٹیشنز اینی مور۔ دے آر سینگ سٹوریز وچ از گیننگ امپورٹنس ان دا فرنٹ پیج آر پرٹیننگ ٹو پیپلز ڈیلی لائف۔</w:t>
      </w:r>
    </w:p>
    <w:p>
      <w:r>
        <w:rPr>
          <w:b/>
        </w:rPr>
        <w:t xml:space="preserve">[2:00:34] </w:t>
      </w:r>
      <w:r>
        <w:t>someone committed suicide. i am trying to understand Maulana, is what is the particular reason you think? is it that there is a change in peoples perceptions or requirements?</w:t>
      </w:r>
    </w:p>
    <w:p>
      <w:pPr>
        <w:jc w:val="right"/>
      </w:pPr>
      <w:r>
        <w:t>سم ون کمیٹڈ سوسائیڈ۔ آئی ایم ٹرائی ٹو انڈرسٹینڈ مولانا، از واٹ از دا پرٹیکولر ریزن یو تھنک؟ از اٹ دیٹ دیر از ا چینج ان پیپلز پرسیپشنز اور ریکوائرمنٹس؟</w:t>
      </w:r>
    </w:p>
    <w:p>
      <w:r>
        <w:rPr>
          <w:b/>
        </w:rPr>
        <w:t xml:space="preserve">[2:00:47] </w:t>
      </w:r>
      <w:r>
        <w:t>why do you think this is happening? this is change</w:t>
      </w:r>
    </w:p>
    <w:p>
      <w:pPr>
        <w:jc w:val="right"/>
      </w:pPr>
      <w:r>
        <w:t>وائی ڈو یو تھنک دس از ہیپننگ؟ دس از چینج</w:t>
      </w:r>
    </w:p>
    <w:p>
      <w:r>
        <w:rPr>
          <w:b/>
        </w:rPr>
        <w:t xml:space="preserve">[2:00:49] </w:t>
      </w:r>
      <w:r>
        <w:t>front page ke Hindustan Times mein hai. yeh story aaj dekhein, yeh main nahin samajhta ke koi change hai. that is phenomena of frustration.</w:t>
      </w:r>
    </w:p>
    <w:p>
      <w:pPr>
        <w:jc w:val="right"/>
      </w:pPr>
      <w:r>
        <w:t>فرنٹ پیج کے ہندوستان ٹائمز میں ہے۔ یہ سٹوری آج دیکھیں، یہ میں نہیں سمجھتا کہ کوئی چینج ہے۔ دیٹ از فیناومینا اف فرسٹریشن۔</w:t>
      </w:r>
    </w:p>
    <w:p>
      <w:r>
        <w:rPr>
          <w:b/>
        </w:rPr>
        <w:t xml:space="preserve">[2:00:57] </w:t>
      </w:r>
      <w:r>
        <w:t>hmm, pichhle sau do sau saal se hum log samajhte the ke yeh politicians jo hain, wahi naya duniya banayenge.</w:t>
      </w:r>
    </w:p>
    <w:p>
      <w:pPr>
        <w:jc w:val="right"/>
      </w:pPr>
      <w:r>
        <w:t>ہمم، پچھلے سو دو سو سال سے ہم لوگ سمجھتے تھے کہ یہ پولیٹیشنز جو ہیں، وہی نیا دنیا بنائیں گے۔</w:t>
      </w:r>
    </w:p>
    <w:p>
      <w:r>
        <w:rPr>
          <w:b/>
        </w:rPr>
        <w:t xml:space="preserve">[2:01:09] </w:t>
      </w:r>
      <w:r>
        <w:t>47 se pehle ki duniya jinhone dekhi hai, itna logon ko shauk tha, itna josh tha ke bas yeh jo politician hain, yahi woh duniya banayenge.</w:t>
      </w:r>
    </w:p>
    <w:p>
      <w:pPr>
        <w:jc w:val="right"/>
      </w:pPr>
      <w:r>
        <w:t>47 سے پہلے کی دنیا جنہوں نے دیکھی ہے، اتنا لوگوں کو شوق تھا، اتنا جوش تھا کہ بس یہ جو پولیٹیشن ہیں، یہی وہ دنیا بنائیں گے۔</w:t>
      </w:r>
    </w:p>
    <w:p>
      <w:r>
        <w:rPr>
          <w:b/>
        </w:rPr>
        <w:t xml:space="preserve">[2:01:19] </w:t>
      </w:r>
      <w:r>
        <w:t>main apne bare mein kahoon ke main bhi ek freedom fighter hoon. is zamane mein main juda hua tha freedom struggle se apne bhai ke saath. toh main aap ko bataoon ke 15 August ko jab ke viceroy ne announce kiya ke today India is free,</w:t>
      </w:r>
    </w:p>
    <w:p>
      <w:pPr>
        <w:jc w:val="right"/>
      </w:pPr>
      <w:r>
        <w:t>میں اپنے بارے میں کہوں کہ میں بھی ایک فریڈم فائٹر ہوں۔ اس زمانے میں میں جڑا ہوا تھا فریڈم اسٹرگل سے اپنے بھائی کے ساتھ۔ تو میں آپ کو بتاؤں کہ 15 اگست کو جب کہ وائس سٹار نے اناؤنس کیا کہ ٹوڈے انڈیا از فری،</w:t>
      </w:r>
    </w:p>
    <w:p>
      <w:r>
        <w:rPr>
          <w:b/>
        </w:rPr>
        <w:t xml:space="preserve">[2:01:36] </w:t>
      </w:r>
      <w:r>
        <w:t>us waqt hum Adab Garh ki sadkon par chal rahe the aur charon taraf roshni thi, har taraf roshni hi roshni thi.</w:t>
      </w:r>
    </w:p>
    <w:p>
      <w:pPr>
        <w:jc w:val="right"/>
      </w:pPr>
      <w:r>
        <w:t>اس وقت ہم آدب گڑھ کی سڑکوں پر چل رہے تھے اور چاروں طرف روشنی تھی، ہر طرف روشنی ہی روشنی تھی۔</w:t>
      </w:r>
    </w:p>
    <w:p>
      <w:r>
        <w:rPr>
          <w:b/>
        </w:rPr>
        <w:t xml:space="preserve">[2:01:46] </w:t>
      </w:r>
      <w:r>
        <w:t>toh mujhe yaad hai ke main jab road pe chal raha tha toh khushi se mere paaon zameen par nahin pad rahe the. zindagi mein pehli baar maine experience kiya ke zameen par khushi se paaon na padna kya hai.</w:t>
      </w:r>
    </w:p>
    <w:p>
      <w:pPr>
        <w:jc w:val="right"/>
      </w:pPr>
      <w:r>
        <w:t>تو مجھے یاد ہے کہ میں جب روڈ پہ چل رہا تھا تو خوشی سے میرے پاؤں زمین پر نہیں پڑ رہے تھے۔ زندگی میں پہلی بار میں نے ایکسپیرینس کیا کہ زمین پر خوشی سے پاؤں نہ پڑنا کیا ہے۔</w:t>
      </w:r>
    </w:p>
    <w:p>
      <w:r>
        <w:rPr>
          <w:b/>
        </w:rPr>
        <w:t xml:space="preserve">[2:02:01] </w:t>
      </w:r>
      <w:r>
        <w:t>lekin</w:t>
      </w:r>
    </w:p>
    <w:p>
      <w:pPr>
        <w:jc w:val="right"/>
      </w:pPr>
      <w:r>
        <w:t>لیکن</w:t>
      </w:r>
    </w:p>
    <w:p>
      <w:r>
        <w:rPr>
          <w:b/>
        </w:rPr>
        <w:t xml:space="preserve">[2:02:03] </w:t>
      </w:r>
      <w:r>
        <w:t>ab mujhe is mein koi khushi nahin nazar aati kyunke maine yani bachpan ki ya naujawani ki nadani mein yeh samajh liya tha ke yeh jo politician hain, yahi woh duniya banane ja rahe hain jo hum chahte hain.</w:t>
      </w:r>
    </w:p>
    <w:p>
      <w:pPr>
        <w:jc w:val="right"/>
      </w:pPr>
      <w:r>
        <w:t>اب مجھے اس میں کوئی خوشی نہیں نظر آتی کیونکہ میں نے یعنی بچپن کی یا نوجوانی کی نادانی میں یہ سمجھ لیا تھا کہ یہ جو پولیٹیشن ہیں، یہی وہ دنیا بنانے جا رہے ہیں جو ہم چاہتے ہیں۔</w:t>
      </w:r>
    </w:p>
    <w:p>
      <w:r>
        <w:rPr>
          <w:b/>
        </w:rPr>
        <w:t xml:space="preserve">[2:02:17] </w:t>
      </w:r>
      <w:r>
        <w:t>toh logon ne bar bar dekha ke yeh government bani, woh party aayi, elite leader jo hai, us ke haath mein rule aaya aur hua kuch bhi nahin.</w:t>
      </w:r>
    </w:p>
    <w:p>
      <w:pPr>
        <w:jc w:val="right"/>
      </w:pPr>
      <w:r>
        <w:t>تو لوگوں نے بار بار دیکھا کہ یہ گورنمنٹ بنی، وہ پارٹی آئی، ایلیٹ لیڈر جو ہے، اس کے ہاتھ میں رول آیا اور ہوا کچھ بھی نہیں۔</w:t>
      </w:r>
    </w:p>
    <w:p>
      <w:r>
        <w:rPr>
          <w:b/>
        </w:rPr>
        <w:t xml:space="preserve">[2:02:29] </w:t>
      </w:r>
      <w:r>
        <w:t>toh logon ko frust ho gaya ke ab politics se woh cheez milne wali nahin hai. ab kya hai? apna rozana ka apna khao kamao, bachchon ko padhao aur is se zyada kuch socho mat.</w:t>
      </w:r>
    </w:p>
    <w:p>
      <w:pPr>
        <w:jc w:val="right"/>
      </w:pPr>
      <w:r>
        <w:t>تو لوگوں کو فرسٹن ہو گیا کہ اب پولیٹکس سے وہ چیز ملنے والی نہیں ہے۔ اب کیا ہے؟ اپنا روزانہ کا اپنا کھاؤ کماؤ، بچوں کو پڑھاؤ اور اس سے زیادہ کچھ سوچو مت۔</w:t>
      </w:r>
    </w:p>
    <w:p>
      <w:r>
        <w:rPr>
          <w:b/>
        </w:rPr>
        <w:t xml:space="preserve">[2:02:41] </w:t>
      </w:r>
      <w:r>
        <w:t>aur kuch log jaate hain, woh is ke liye yani apne tension ko nikalne ke liye, destressing ke liye, ashram waghera mein. yeh sab jo hai frustration ka phenomena hai.</w:t>
      </w:r>
    </w:p>
    <w:p>
      <w:pPr>
        <w:jc w:val="right"/>
      </w:pPr>
      <w:r>
        <w:t>اور کچھ لوگ جاتے ہیں، وہ اس کے لیے یعنی اپنے ٹینشن کو نکالنے کے لیے، ڈی سٹریسنگ کے لیے، آشرم وغیرہ میں۔ یہ سب جو ہے فرسٹریشن کا فیناومینا ہے۔</w:t>
      </w:r>
    </w:p>
    <w:p>
      <w:r>
        <w:rPr>
          <w:b/>
        </w:rPr>
        <w:t xml:space="preserve">[2:02:51] </w:t>
      </w:r>
      <w:r>
        <w:t>hmm, stress ka frustration, frustration, fr</w:t>
      </w:r>
    </w:p>
    <w:p>
      <w:pPr>
        <w:jc w:val="right"/>
      </w:pPr>
      <w:r>
        <w:t>ہمم، سٹریس کا فرسٹریشن، فرسٹریشن، فر</w:t>
      </w:r>
    </w:p>
    <w:p>
      <w:r>
        <w:rPr>
          <w:b/>
        </w:rPr>
        <w:t xml:space="preserve">[2:02:55] </w:t>
      </w:r>
      <w:r>
        <w:t>stration hai. ab yahan hamein batana hai ke tum ne ek aisi hope bana rakhi thi ke log jo tumhein woh cheez dene wale nahin the, yani politicians tum ko woh desired world dene wale hi nahin the.</w:t>
      </w:r>
    </w:p>
    <w:p>
      <w:pPr>
        <w:jc w:val="right"/>
      </w:pPr>
      <w:r>
        <w:t>سٹریشن ہے۔ اب یہاں ہمیں بتانا ہے کہ تم نے ایک ایسی ہوپ بنا رکھی تھی کہ لوگ جو تمہیں وہ چیز دینے والے نہیں تھے، یعنی پولیٹیشنز تم کو وہ ڈیزائرڈ ورلڈ دینے والے ہی نہیں تھے۔</w:t>
      </w:r>
    </w:p>
    <w:p>
      <w:r>
        <w:rPr>
          <w:b/>
        </w:rPr>
        <w:t xml:space="preserve">[2:03:11] </w:t>
      </w:r>
      <w:r>
        <w:t>sirf yeh baat nahin, woh corrupt hain. woh agar sach much honest hon, tab bhi un ke bas mein nahin tha ke de saken. woh</w:t>
      </w:r>
    </w:p>
    <w:p>
      <w:pPr>
        <w:jc w:val="right"/>
      </w:pPr>
      <w:r>
        <w:t>صرف یہ بات نہیں، وہ کرپٹ ہیں۔ وہ اگر سچ مچ اونیسٹ ہوں، تب بھی ان کے بس میں نہیں تھا کہ دے سکیں۔ وہ</w:t>
      </w:r>
    </w:p>
    <w:p>
      <w:r>
        <w:rPr>
          <w:b/>
        </w:rPr>
        <w:t xml:space="preserve">[2:03:20] </w:t>
      </w:r>
      <w:r>
        <w:t>is liye ke India mein jo cheez nahin hai, woh America mein hai, woh Singapore mein hai. har jagah log suicide kar rahe hain, har jagah log wahi stress mein jee rahe hain.</w:t>
      </w:r>
    </w:p>
    <w:p>
      <w:pPr>
        <w:jc w:val="right"/>
      </w:pPr>
      <w:r>
        <w:t>اس لیے کہ انڈیا میں جو چیز نہیں ہے، وہ امریکہ میں ہے، وہ سنگاپور میں ہے۔ ہر جگہ لوگ سوسائیڈ کر رہے ہیں، ہر جگہ لوگ وہی اسٹریس میں جی رہے ہیں۔</w:t>
      </w:r>
    </w:p>
    <w:p>
      <w:r>
        <w:rPr>
          <w:b/>
        </w:rPr>
        <w:t xml:space="preserve">[2:03:32] </w:t>
      </w:r>
      <w:r>
        <w:t>har jagah koi developed country aisa nahin hai jahan par logon ka stress aur tension ka problem na ho. toh wahan kyun aisa hai?</w:t>
      </w:r>
    </w:p>
    <w:p>
      <w:pPr>
        <w:jc w:val="right"/>
      </w:pPr>
      <w:r>
        <w:t>ہر جگہ کوئی ڈیولپ کنٹری ایسا نہیں ہے جہاں پر لوگوں کا اسٹریس اور ٹینشن کا پرابلم نہ ہو۔ تو وہاں کیوں ایسا ہے؟</w:t>
      </w:r>
    </w:p>
    <w:p>
      <w:r>
        <w:rPr>
          <w:b/>
        </w:rPr>
        <w:t xml:space="preserve">[2:03:41] </w:t>
      </w:r>
      <w:r>
        <w:t>hmm, toh main yeh kahunga ke log yeh samajhte hain ke politicians corrupt hain.</w:t>
      </w:r>
    </w:p>
    <w:p>
      <w:pPr>
        <w:jc w:val="right"/>
      </w:pPr>
      <w:r>
        <w:t>ہمم، تو میں یہ کہوں گا کہ لوگ یہ سمجھتے ہیں کہ پولیٹیشنز کرپٹ ہیں۔</w:t>
      </w:r>
    </w:p>
    <w:p>
      <w:r>
        <w:rPr>
          <w:b/>
        </w:rPr>
        <w:t xml:space="preserve">[2:03:47] </w:t>
      </w:r>
      <w:r>
        <w:t>pehlae samajhte the ke Britishers hain, is liye hamein woh duniya nahin mil rahi hai, hamein desired world nahin mil raha hai. tab yeh samajhte the mere bachpan mein ke Britishers jo hain, they are source of all evils.</w:t>
      </w:r>
    </w:p>
    <w:p>
      <w:pPr>
        <w:jc w:val="right"/>
      </w:pPr>
      <w:r>
        <w:t>پہلے سمجھتے تھے کہ بریٹشرز ہیں، اس لیے ہمیں وہ دنیا نہیں مل رہی ہے، ہمیں ڈیزائرڈ ورلڈ نہیں مل رہا ہے۔ تب یہ سمجھتے تھے میرے بچپن میں کہ بریٹشرز جو ہیں، دے آر سورس اف ال ایولز۔</w:t>
      </w:r>
    </w:p>
    <w:p>
      <w:r>
        <w:rPr>
          <w:b/>
        </w:rPr>
        <w:t xml:space="preserve">[2:04:01] </w:t>
      </w:r>
      <w:r>
        <w:t>achha, is ke baad kya aaya? national government aayi to national government bhi nahi de saki. woh to ab kai government bani badli to</w:t>
      </w:r>
    </w:p>
    <w:p>
      <w:pPr>
        <w:jc w:val="right"/>
      </w:pPr>
      <w:r>
        <w:t>اچھا، اس کے بعد کیا آیا؟ نیشنل گورنمنٹ آئی تو نیشنل گورنمنٹ بھی نہیں دے سکی۔ وہ تو اب کئی گورنمنٹ بنی بدلی تو</w:t>
      </w:r>
    </w:p>
    <w:p>
      <w:r>
        <w:rPr>
          <w:b/>
        </w:rPr>
        <w:t xml:space="preserve">[2:04:12] </w:t>
      </w:r>
      <w:r>
        <w:t>ab log sirf itna hi samajh paye hain ke pehle jo blame dete the britishers ko, woh ab blame de rahe hain corrupt politicians ko.</w:t>
      </w:r>
    </w:p>
    <w:p>
      <w:pPr>
        <w:jc w:val="right"/>
      </w:pPr>
      <w:r>
        <w:t>اب لوگ صرف اتنا ہی سمجھ پائے ہیں کہ پہلے جو بلیم دیتے تھے بریٹشرز کو، وہ اب بلیم دے رہے ہیں کرپٹ پولیٹیشنز کو۔</w:t>
      </w:r>
    </w:p>
    <w:p>
      <w:r>
        <w:rPr>
          <w:b/>
        </w:rPr>
        <w:t xml:space="preserve">[2:04:21] </w:t>
      </w:r>
      <w:r>
        <w:t>abhi bhi woh samajh nahi paye hain ke na britishers de sakte hain, na na na politicians de sakte hain. yahan tak ke agar saare politicians pakke honest hon, tab bhi nahi de sakte.</w:t>
      </w:r>
    </w:p>
    <w:p>
      <w:pPr>
        <w:jc w:val="right"/>
      </w:pPr>
      <w:r>
        <w:t>ابھی بھی وہ سمجھ نہیں پائے ہیں کہ نہ بریٹشرز دے سکتے ہیں، نہ نہ نہ پولیٹیشنز دے سکتے ہیں۔ یہاں تک کہ اگر سارے پولیٹیشنز پکے اونیسٹ ہوں، تب بھی نہیں دے سکتے۔</w:t>
      </w:r>
    </w:p>
    <w:p>
      <w:r>
        <w:rPr>
          <w:b/>
        </w:rPr>
        <w:t xml:space="preserve">[2:04:32] </w:t>
      </w:r>
      <w:r>
        <w:t>kyun? aap chahte hain ek unlimited world aur duniya mein sab kuch limited hai.</w:t>
      </w:r>
    </w:p>
    <w:p>
      <w:pPr>
        <w:jc w:val="right"/>
      </w:pPr>
      <w:r>
        <w:t>کیوں؟ آپ چاہتے ہیں ایک ان لمیٹڈ ورلڈ اور دنیا میں سب کچھ لمیٹڈ ہے۔</w:t>
      </w:r>
    </w:p>
    <w:p>
      <w:r>
        <w:rPr>
          <w:b/>
        </w:rPr>
        <w:t xml:space="preserve">[2:04:42] </w:t>
      </w:r>
      <w:r>
        <w:t>aap ki desire unlimited hai to limited duniya mein woh world ban nahi sakti jahan aap ke unlimited desire poore hon. to yeh cheez janna hai logon ko.</w:t>
      </w:r>
    </w:p>
    <w:p>
      <w:pPr>
        <w:jc w:val="right"/>
      </w:pPr>
      <w:r>
        <w:t>آپ کی ڈیزائر ان لمیٹڈ ہے تو لمیٹڈ دنیا میں وہ ورلڈ بن نہیں سکتی جہاں آپ کے ان لمیٹڈ ڈیزائر پورے ہوں۔ تو یہ چیز جاننا ہے لوگوں کو۔</w:t>
      </w:r>
    </w:p>
    <w:p>
      <w:r>
        <w:rPr>
          <w:b/>
        </w:rPr>
        <w:t xml:space="preserve">[2:04:52] </w:t>
      </w:r>
      <w:r>
        <w:t>abhi bhi log isi nadani mein pade hue hain. woh samajhte hain ke jis tarah se britishers jo the, woh nahi de paye the, bahar wale the, is liye foreign foreign foreign rule tha.</w:t>
      </w:r>
    </w:p>
    <w:p>
      <w:pPr>
        <w:jc w:val="right"/>
      </w:pPr>
      <w:r>
        <w:t>ابھی بھی لوگ اسی نادانی میں پڑے ہوئے ہیں۔ وہ سمجھتے ہیں کہ جس طرح سے بریٹشرز جو تھے، وہ نہیں دے پائے تھے، باہر والے تھے، اس لیے فارن فارن فارن رول تھا۔</w:t>
      </w:r>
    </w:p>
    <w:p>
      <w:r>
        <w:rPr>
          <w:b/>
        </w:rPr>
        <w:t xml:space="preserve">[2:05:03] </w:t>
      </w:r>
      <w:r>
        <w:t>is liye ab samajhte hain corruption hai. is liye ke corruption na bhi rahe, maslan Singapore mein koi corruption nahi</w:t>
      </w:r>
    </w:p>
    <w:p>
      <w:pPr>
        <w:jc w:val="right"/>
      </w:pPr>
      <w:r>
        <w:t>اس لیے اب سمجھتے ہیں کرپشن ہے۔ اس لیے کہ کرپشن نہ بھی رہے، مثلاً سنگاپور میں کوئی کرپشن نہیں</w:t>
      </w:r>
    </w:p>
    <w:p>
      <w:r>
        <w:rPr>
          <w:b/>
        </w:rPr>
        <w:t xml:space="preserve">[2:05:11] </w:t>
      </w:r>
      <w:r>
        <w:t>hai, lekin mujhe maloom hai ke wahan ke log bhi tension mein jeete hain. kyun? jo aadmi chahta hai, woh us se zyada hai jo mil raha hai.</w:t>
      </w:r>
    </w:p>
    <w:p>
      <w:pPr>
        <w:jc w:val="right"/>
      </w:pPr>
      <w:r>
        <w:t>ہے، لیکن مجھے معلوم ہے کہ وہاں کے لوگ بھی ٹینشن میں جیتے ہیں۔ کیوں؟ جو آدمی چاہتا ہے، وہ اس سے زیادہ ہے جو مل رہا ہے۔</w:t>
      </w:r>
    </w:p>
    <w:p>
      <w:r>
        <w:rPr>
          <w:b/>
        </w:rPr>
        <w:t xml:space="preserve">[2:05:22] </w:t>
      </w:r>
      <w:r>
        <w:t>limited world hai hamara, hum unlimited khwahishein hamari hoti hain, woh woh woh hum hasil karna chahte hain. basic baat yahan hai ke hamari unlimited desire poori nahi ho sakti hai limited world mein, chahe politicians corrupt hon ya honest hon.</w:t>
      </w:r>
    </w:p>
    <w:p>
      <w:pPr>
        <w:jc w:val="right"/>
      </w:pPr>
      <w:r>
        <w:t>لمیٹڈ ورلڈ ہے ہمارا، ہم ان لمیٹڈ خواہشیں ہماری ہوتی ہیں، وہ وہ وہ ہم حاصل کرنا چاہتے ہیں۔ بیسک بات یہاں ہے کہ ہماری ان لمیٹڈ ڈیزائر پوری نہیں ہو سکتی ہے لمیٹڈ ورلڈ میں، چاہے پولیٹیشنز کرپٹ ہوں یا اونیسٹ ہوں۔</w:t>
      </w:r>
    </w:p>
    <w:p>
      <w:r>
        <w:rPr>
          <w:b/>
        </w:rPr>
        <w:t xml:space="preserve">[2:05:40] </w:t>
      </w:r>
      <w:r>
        <w:t>yahi batana hai logon ko. yahin par woh mauqa milta hai hamein, yahin room mil raha hai hamein batane ka ke tum duniya mein woh cheez dhoondh rahe ho jo duniya mein milne wali nahi hai.</w:t>
      </w:r>
    </w:p>
    <w:p>
      <w:pPr>
        <w:jc w:val="right"/>
      </w:pPr>
      <w:r>
        <w:t>یہی بتانا ہے لوگوں کو۔ یہیں پر وہ موقع ملتا ہے ہمیں، یہیں روم مل رہا ہے ہمیں بتانے کا کہ تم دنیا میں وہ چیز ڈھونڈ رہے ہو جو دنیا میں ملنے والی نہیں ہے۔</w:t>
      </w:r>
    </w:p>
    <w:p>
      <w:r>
        <w:rPr>
          <w:b/>
        </w:rPr>
        <w:t xml:space="preserve">[2:05:53] </w:t>
      </w:r>
      <w:r>
        <w:t>woh to milegi Khuda ki jo us ki baat theek hai, us ko jaan kar ke. yeh main samajh paya hoon. when we tell this to people, many of them agreed, but they are saying then what what should we do n</w:t>
      </w:r>
    </w:p>
    <w:p>
      <w:pPr>
        <w:jc w:val="right"/>
      </w:pPr>
      <w:r>
        <w:t>وہ تو ملے گی خدا کی جو اس کی بات ٹھیک ہے، اس کو جان کر کے۔ یہ میں سمجھ پایا ہوں۔ وین وی ٹیل دس ٹو پیپل، مینی اف دیم ایگریڈ، بٹ دے آر سینگ دین واٹ واٹ شوڈ وی ڈو ن</w:t>
      </w:r>
    </w:p>
    <w:p>
      <w:r>
        <w:rPr>
          <w:b/>
        </w:rPr>
        <w:t xml:space="preserve">[2:06:07] </w:t>
      </w:r>
      <w:r>
        <w:t>ext? if we accept that this is a limited world, there is another world. lekin ab kya karein hum? ab kya karein ke jo kar rahe hain to woh na karein?</w:t>
      </w:r>
    </w:p>
    <w:p>
      <w:pPr>
        <w:jc w:val="right"/>
      </w:pPr>
      <w:r>
        <w:t>یکسٹ؟ اف وی ایکسیپٹ دیٹ دس از ا لمیٹڈ ورلڈ، دیر از انادر ورلڈ۔ لیکن اب کیا کریں ہم؟ اب کیا کریں کہ جو کر رہے ہیں تو وہ نہ کریں؟</w:t>
      </w:r>
    </w:p>
    <w:p>
      <w:r>
        <w:rPr>
          <w:b/>
        </w:rPr>
        <w:t xml:space="preserve">[2:06:19] </w:t>
      </w:r>
      <w:r>
        <w:t>okay, but how do they qualify? point to yahi hai. haan, yeh starting point yeh hai ke jahan aap apni hope lagaye hue the, wahan hope khatam kijiye. aap idhar bhi lagaye hue hain aur naya aap chahte hain to hum naya kaise batayein?</w:t>
      </w:r>
    </w:p>
    <w:p>
      <w:pPr>
        <w:jc w:val="right"/>
      </w:pPr>
      <w:r>
        <w:t>اوکے، بٹ ہاؤ ڈو دے کوالیفائی؟ پوائنٹ تو یہی ہے۔ ہاں، یہ سٹارٹنگ پوائنٹ یہ ہے کہ جہاں آپ اپنی ہوپ لگائے ہوئے تھے، وہاں ہوپ ختم کیجئے۔ آپ ادھر بھی لگائے ہوئے ہیں اور نیا آپ چاہتے ہیں تو ہم نیا کیسے بتائیں؟</w:t>
      </w:r>
    </w:p>
    <w:p>
      <w:r>
        <w:rPr>
          <w:b/>
        </w:rPr>
        <w:t xml:space="preserve">[2:06:32] </w:t>
      </w:r>
      <w:r>
        <w:t>aap ko</w:t>
      </w:r>
    </w:p>
    <w:p>
      <w:pPr>
        <w:jc w:val="right"/>
      </w:pPr>
      <w:r>
        <w:t>آپ کو</w:t>
      </w:r>
    </w:p>
    <w:p>
      <w:r>
        <w:rPr>
          <w:b/>
        </w:rPr>
        <w:t xml:space="preserve">[2:06:33] </w:t>
      </w:r>
      <w:r>
        <w:t>pehley aap ko yeh samajhna padega ke jahan hum hope lagaye hue the, woh hope galat thi. jab tak wahan log, maine yeh dekha ke logon ko pichhle ko pichhli ghalti ko na mante hue chahte hain ke kuch aur bataya jaye unhein, to aap kehte hain batayein, un ki samajh mein nahi ayega.</w:t>
      </w:r>
    </w:p>
    <w:p>
      <w:pPr>
        <w:jc w:val="right"/>
      </w:pPr>
      <w:r>
        <w:t>پہلے آپ کو یہ سمجھنا پڑے گا کہ جہاں ہم ہوپ لگائے ہوئے تھے، وہ ہوپ غلط تھی۔ جب تک وہاں لوگ، میں نے یہ دیکھا کہ لوگوں کو پچھلے کو پچھلی غلطی کو نہ مانتے ہوئے چاہتے ہیں کہ کچھ اور بتایا جائے انہیں، تو آپ کہتے ہیں بتائیں، ان کی سمجھ میں نہیں آئے گا۔</w:t>
      </w:r>
    </w:p>
    <w:p>
      <w:r>
        <w:rPr>
          <w:b/>
        </w:rPr>
        <w:t xml:space="preserve">[2:06:51] </w:t>
      </w:r>
      <w:r>
        <w:t>kya aap yeh maaniye ke hum is se pehle bhool mein the? tab ja kar ke aap ka mind prepare hoga yeh samajhne ke liye ke sahi baat kya hai.</w:t>
      </w:r>
    </w:p>
    <w:p>
      <w:pPr>
        <w:jc w:val="right"/>
      </w:pPr>
      <w:r>
        <w:t>کیا آپ یہ مانیے کہ ہم اس سے پہلے بھول میں تھے؟ تب جا کر کے آپ کا مائنڈ پریپیئر ہوگا یہ سمجھنے کے لیے کہ صحیح بات کیا ہے۔</w:t>
      </w:r>
    </w:p>
    <w:p>
      <w:r>
        <w:rPr>
          <w:b/>
        </w:rPr>
        <w:t xml:space="preserve">[2:07:02] </w:t>
      </w:r>
      <w:r>
        <w:t>okay, pehle la ilaha hota hai, phir illallah hota hai. to la ilaha tak pahunche nahi, illallah janna chahte hain to kaise possible hai?</w:t>
      </w:r>
    </w:p>
    <w:p>
      <w:pPr>
        <w:jc w:val="right"/>
      </w:pPr>
      <w:r>
        <w:t>اوکے، پہلے لا الہ ہوتا ہے، پھر الا اللہ ہوتا ہے۔ تو لا الہ تک پہنچے نہیں، الا اللہ جاننا چاہتے ہیں تو کیسے پاسیبل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