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Prophetic Wisdom July 23, 2016 Maulana Wahiduddin Khan</w:t>
      </w:r>
    </w:p>
    <w:p>
      <w:r>
        <w:t>https://www.youtube.com/watch?v=aaXBGgyvWOU</w:t>
      </w:r>
    </w:p>
    <w:p>
      <w:r>
        <w:rPr>
          <w:b/>
        </w:rPr>
        <w:t xml:space="preserve">[00:15] </w:t>
      </w:r>
      <w:r>
        <w:t>bismillah rahman rahim. assalam o alaikum, welcome to the question answer series with cps founder Maulana Wahiduddin Khan sahib.</w:t>
      </w:r>
    </w:p>
    <w:p>
      <w:pPr>
        <w:jc w:val="right"/>
      </w:pPr>
      <w:r>
        <w:t>بسم اللہ الرحمن الرحیم۔ السلام علیکم، ویلکم ٹو دی کوئسچن انسر سیریز ود سی پی ایس فاؤنڈر مولانا وحید الدین خان صاحب۔</w:t>
      </w:r>
    </w:p>
    <w:p>
      <w:r>
        <w:rPr>
          <w:b/>
        </w:rPr>
        <w:t xml:space="preserve">[00:25] </w:t>
      </w:r>
      <w:r>
        <w:t>the theme for today question answer series is "prophetic wisdom". dr michael hart in his book titled "the hundred" list out about hundred super achievers in the entire span of human history.</w:t>
      </w:r>
    </w:p>
    <w:p>
      <w:pPr>
        <w:jc w:val="right"/>
      </w:pPr>
      <w:r>
        <w:t>دی تھیم فار ٹوڈے کوئسچن انسر سیریز از "پروفٹک وزڈم"۔ ڈاکٹر مائیکل ہارٹ ان ہز بک ٹائٹل "دی ہنڈرڈ" لسٹ آؤٹ اباؤٹ ہنڈرڈ سپر اچیورز ان دی انٹائر سپین آف ہیومن ہسٹری۔</w:t>
      </w:r>
    </w:p>
    <w:p>
      <w:r>
        <w:rPr>
          <w:b/>
        </w:rPr>
        <w:t xml:space="preserve">[00:41] </w:t>
      </w:r>
      <w:r>
        <w:t>in that book, he lists prophet Muhammad right on the top. he writes that prophet Muhammad is the only man in the human history who was supremely successful both at the secular as well as the religious level.</w:t>
      </w:r>
    </w:p>
    <w:p>
      <w:pPr>
        <w:jc w:val="right"/>
      </w:pPr>
      <w:r>
        <w:t>ان دیٹ بک، ہی لسٹس پرافٹ محمد رائٹ ان دا ٹاپ۔ ہی رائٹس دیٹ پرافٹ محمد از دی اونلی مین ان دا ہیومن ہسٹری ہو واز سپریملی سکسیس فل بوتھ ایٹ دا سیکولر ایز ویل ایز دا ریلیجیس لیول۔</w:t>
      </w:r>
    </w:p>
    <w:p>
      <w:r>
        <w:rPr>
          <w:b/>
        </w:rPr>
        <w:t xml:space="preserve">[00:57] </w:t>
      </w:r>
      <w:r>
        <w:t>what was the secret to his success? dr michael hart does not mention that in his book. however, taking it forward in many of his writings and discourses, Maulana Wahiduddin Khan sahib said that the secret to this success lies in only one word that is "peace".</w:t>
      </w:r>
    </w:p>
    <w:p>
      <w:pPr>
        <w:jc w:val="right"/>
      </w:pPr>
      <w:r>
        <w:t>واٹ واز دا سیکرٹ ٹو ہز سکسیس؟ ڈاکٹر مائیکل ہارٹ ڈز ناٹ مینشن دیٹ ان ہز بک۔ ہاؤ ایور، ٹیکنگ اٹ فارورڈ ان مینی آف ہز رائٹنگز اینڈ ڈسکورسز، مولانا وحید الدین خان صاحب سیڈ دیٹ دی سیکرٹ ٹو دس سکسیس لائز ان اونلی ون ورڈ دیٹ از "پیس"۔</w:t>
      </w:r>
    </w:p>
    <w:p>
      <w:r>
        <w:rPr>
          <w:b/>
        </w:rPr>
        <w:t xml:space="preserve">[01:18] </w:t>
      </w:r>
      <w:r>
        <w:t>prophet Muhammad was a prophet of peace. he had once said, "god grants to peace what he does not grants to violence".</w:t>
      </w:r>
    </w:p>
    <w:p>
      <w:pPr>
        <w:jc w:val="right"/>
      </w:pPr>
      <w:r>
        <w:t>پرافٹ محمد واز ا پرافٹ آف پیس۔ ہی ہیڈ ونس سیڈ، "گاڈ گرانٹس ٹو پیس واٹ ہی ڈز ناٹ گرانٹس ٹو وائلنس"۔</w:t>
      </w:r>
    </w:p>
    <w:p>
      <w:r>
        <w:rPr>
          <w:b/>
        </w:rPr>
        <w:t xml:space="preserve">[01:28] </w:t>
      </w:r>
      <w:r>
        <w:t>in chapter 21, verse number 107, quran says that prophet Muhammad was sent as the mercy to mankind.</w:t>
      </w:r>
    </w:p>
    <w:p>
      <w:pPr>
        <w:jc w:val="right"/>
      </w:pPr>
      <w:r>
        <w:t>ان چیپٹر 21، ورس نمبر 107، قرآن سیز دیٹ پرافٹ محمد واز سینڈ ایز دا مرسی ٹو مین کائنڈ۔</w:t>
      </w:r>
    </w:p>
    <w:p>
      <w:r>
        <w:rPr>
          <w:b/>
        </w:rPr>
        <w:t xml:space="preserve">[01:38] </w:t>
      </w:r>
      <w:r>
        <w:t>prophet of mercy is another name for prophet of peace. we would be discussing many prophetic aspects in today question answer series.</w:t>
      </w:r>
    </w:p>
    <w:p>
      <w:pPr>
        <w:jc w:val="right"/>
      </w:pPr>
      <w:r>
        <w:t>پرافٹ آف مرسی از انادر نیم فار پرافٹ آف پیس۔ وی وڈ بی ڈسکسنگ مینی پروفٹک ایسپیکٹس ان ٹوڈے کوئسچن انسر سیریز۔</w:t>
      </w:r>
    </w:p>
    <w:p>
      <w:r>
        <w:rPr>
          <w:b/>
        </w:rPr>
        <w:t xml:space="preserve">[01:48] </w:t>
      </w:r>
      <w:r>
        <w:t>Maulana sahib, the hadith or the collection of the sayings and the deeds of the prophet is considered to be the most authentic source in Islam after the quran.</w:t>
      </w:r>
    </w:p>
    <w:p>
      <w:pPr>
        <w:jc w:val="right"/>
      </w:pPr>
      <w:r>
        <w:t>مولانا صاحب، دی حدیث اور دی کلیکشن آف دا سینگز اینڈ دا ڈیڈز آف دا پرافٹ از کنسیڈر ٹو بی دا موسٹ اتھینٹک سورس ان اسلام افٹر دی قرآن۔</w:t>
      </w:r>
    </w:p>
    <w:p>
      <w:r>
        <w:rPr>
          <w:b/>
        </w:rPr>
        <w:t xml:space="preserve">[02:00] </w:t>
      </w:r>
      <w:r>
        <w:t>according to you, what is the importance of hadith for learning wisdom?</w:t>
      </w:r>
    </w:p>
    <w:p>
      <w:pPr>
        <w:jc w:val="right"/>
      </w:pPr>
      <w:r>
        <w:t>اکارڈنگ ٹو یو، واٹ از دی امپورٹنس آف حدیث فار لرننگ وزڈم؟</w:t>
      </w:r>
    </w:p>
    <w:p>
      <w:r>
        <w:rPr>
          <w:b/>
        </w:rPr>
        <w:t xml:space="preserve">[02:07] </w:t>
      </w:r>
      <w:r>
        <w:t>dekhiye, aap quran ko aur hadith ko parhein to dono mein aap ko ek farq dikhai dega.</w:t>
      </w:r>
    </w:p>
    <w:p>
      <w:pPr>
        <w:jc w:val="right"/>
      </w:pPr>
      <w:r>
        <w:t>دیکھیے، آپ قرآن کو اور حدیث کو پڑھیں تو دونوں میں آپ کو ایک فرق دکھائی دے گا۔</w:t>
      </w:r>
    </w:p>
    <w:p>
      <w:r>
        <w:rPr>
          <w:b/>
        </w:rPr>
        <w:t xml:space="preserve">[02:20] </w:t>
      </w:r>
      <w:r>
        <w:t>yani quran shahana andaaz mein hai, quran shahana kalam mein hai,</w:t>
      </w:r>
    </w:p>
    <w:p>
      <w:pPr>
        <w:jc w:val="right"/>
      </w:pPr>
      <w:r>
        <w:t>یعنی قرآن شاہانہ انداز میں ہے، قرآن شاہانہ کلام میں ہے،</w:t>
      </w:r>
    </w:p>
    <w:p>
      <w:r>
        <w:rPr>
          <w:b/>
        </w:rPr>
        <w:t xml:space="preserve">[02:29] </w:t>
      </w:r>
      <w:r>
        <w:t>aur hadith jo hai woh insaan ki zabaan mein hai. to shahana usloob ka tareeqa hai, ka taqaza hai ke baat ko sirf hukum ke taur par bhar ke jaye, is ka is ki wajah na batai jaye.</w:t>
      </w:r>
    </w:p>
    <w:p>
      <w:pPr>
        <w:jc w:val="right"/>
      </w:pPr>
      <w:r>
        <w:t>اور حدیث جو ہے وہ انسان کی زبان میں ہے۔ تو شاہانہ اسلوب کا طریقہ ہے، کا تقاضا ہے کہ بات کو صرف حکم کے طور پر بھر کے جائے، اس کا اس کی وجہ نہ بتائی جائے۔</w:t>
      </w:r>
    </w:p>
    <w:p>
      <w:r>
        <w:rPr>
          <w:b/>
        </w:rPr>
        <w:t xml:space="preserve">[02:49] </w:t>
      </w:r>
      <w:r>
        <w:t>badshah wajah nahi batata, badshah hukum deta hai. to poore quran mein aap ko shahana andaaz milega. to is shahana andaaz ko kaun padhta hai, kaun istemaal karta hai, woh insaan hota hai.</w:t>
      </w:r>
    </w:p>
    <w:p>
      <w:pPr>
        <w:jc w:val="right"/>
      </w:pPr>
      <w:r>
        <w:t>بادشاہ وجہ نہیں بتاتا، بادشاہ حکم دیتا ہے۔ تو پورے قرآن میں آپ کو شاہانہ انداز ملے گا۔ تو اس شاہانہ انداز کو کون پڑھتا ہے، کون استعمال کرتا ہے، وہ انسان ہوتا ہے۔</w:t>
      </w:r>
    </w:p>
    <w:p>
      <w:r>
        <w:rPr>
          <w:b/>
        </w:rPr>
        <w:t xml:space="preserve">[03:08] </w:t>
      </w:r>
      <w:r>
        <w:t>to rasool Allah ka kaam yeh tha ke ek shahana kalam ko, yani quran jaise shahana kalam ko,</w:t>
      </w:r>
    </w:p>
    <w:p>
      <w:pPr>
        <w:jc w:val="right"/>
      </w:pPr>
      <w:r>
        <w:t>تو رسول اللہ کا کام یہ تھا کہ ایک شاہانہ کلام کو، یعنی قرآن جیسے شاہانہ کلام کو،</w:t>
      </w:r>
    </w:p>
    <w:p>
      <w:r>
        <w:rPr>
          <w:b/>
        </w:rPr>
        <w:t xml:space="preserve">[03:22] </w:t>
      </w:r>
      <w:r>
        <w:t>insaan ki understandable language mein convert karein. yeh tha aap ka role. yeh bohat hi important baat hai ke aap quran ko samajhne ke liye jo sab se zyada authentic source hai, woh hadith hai.</w:t>
      </w:r>
    </w:p>
    <w:p>
      <w:pPr>
        <w:jc w:val="right"/>
      </w:pPr>
      <w:r>
        <w:t>انسان کی انڈرسٹینڈیبل لینگویج میں کنورٹ کریں۔ یہ تھا آپ کا رول۔ یہ بہت ہی امپورٹنٹ بات ہے کہ آپ قرآن کو سمجھنے کے لیے جو سب سے زیادہ اتھینٹک سورس ہے، وہ حدیث ہے۔</w:t>
      </w:r>
    </w:p>
    <w:p>
      <w:r>
        <w:rPr>
          <w:b/>
        </w:rPr>
        <w:t xml:space="preserve">[03:47] </w:t>
      </w:r>
      <w:r>
        <w:t>authentic source jo hai, woh hadith hai ke aap jab quran ko padhte hain to shahana usloob mein aap ek hukum is ko paate hain.</w:t>
      </w:r>
    </w:p>
    <w:p>
      <w:pPr>
        <w:jc w:val="right"/>
      </w:pPr>
      <w:r>
        <w:t>اتھینٹک سورس جو ہے، وہ حدیث ہے کہ آپ جب قرآن کو پڑھتے ہیں تو شاہانہ اسلوب میں آپ ایک حکم اس کو پاتے ہیں۔</w:t>
      </w:r>
    </w:p>
    <w:p>
      <w:r>
        <w:rPr>
          <w:b/>
        </w:rPr>
        <w:t xml:space="preserve">[03:59] </w:t>
      </w:r>
      <w:r>
        <w:t>phir paighambar is ko insaani zabaan mein convert karta hai. is ki mein ek misaal deta hoon. maslan dekhiye, quran aap padhein to aap ko baar baar milega: "ataqullah".</w:t>
      </w:r>
    </w:p>
    <w:p>
      <w:pPr>
        <w:jc w:val="right"/>
      </w:pPr>
      <w:r>
        <w:t>پھر پیغمبر اس کو انسانی زبان میں کنورٹ کرتا ہے۔ اس کی میں ایک مثال دیتا ہوں۔ مثلاً دیکھیے، قرآن آپ پڑھیں تو آپ کو بار بار ملے گا: "اتق اللہ"۔</w:t>
      </w:r>
    </w:p>
    <w:p>
      <w:r>
        <w:rPr>
          <w:b/>
        </w:rPr>
        <w:t xml:space="preserve">[04:14] </w:t>
      </w:r>
      <w:r>
        <w:t>ae insaanon,</w:t>
      </w:r>
    </w:p>
    <w:p>
      <w:pPr>
        <w:jc w:val="right"/>
      </w:pPr>
      <w:r>
        <w:t>اے انسانوں،</w:t>
      </w:r>
    </w:p>
    <w:p>
      <w:r>
        <w:rPr>
          <w:b/>
        </w:rPr>
        <w:t xml:space="preserve">[04:15] </w:t>
      </w:r>
      <w:r>
        <w:t>Allah se daro. "ataqullah", "ataqullah". yeh baat baar baar quran mein aayi hai. lekin taqwa jo hai, ke "ataqullah" ke maani hain Allah se daro.</w:t>
      </w:r>
    </w:p>
    <w:p>
      <w:pPr>
        <w:jc w:val="right"/>
      </w:pPr>
      <w:r>
        <w:t>اللہ سے ڈرو۔ "اتق اللہ"، "اتق اللہ"۔ یہ بات بار بار قرآن میں آئی ہے۔ لیکن تقویٰ جو ہے، کہ "اتق اللہ" کے معنی ہیں اللہ سے ڈرو۔</w:t>
      </w:r>
    </w:p>
    <w:p>
      <w:r>
        <w:rPr>
          <w:b/>
        </w:rPr>
        <w:t xml:space="preserve">[04:30] </w:t>
      </w:r>
      <w:r>
        <w:t>lekin darne ki hikmat kya hai, woh quran mein nahi bataya, woh hadith mein bataya hai. kyunke quran to hukum ki zabaan mein hai, hukum de diya: "ataqullah".</w:t>
      </w:r>
    </w:p>
    <w:p>
      <w:pPr>
        <w:jc w:val="right"/>
      </w:pPr>
      <w:r>
        <w:t>لیکن ڈرنے کی حکمت کیا ہے، وہ قرآن میں نہیں بتایا، وہ حدیث میں بتایا ہے۔ کیونکہ قرآن تو حکم کی زبان میں ہے، حکم دے دیا: "اتق اللہ"۔</w:t>
      </w:r>
    </w:p>
    <w:p>
      <w:r>
        <w:rPr>
          <w:b/>
        </w:rPr>
        <w:t xml:space="preserve">[04:44] </w:t>
      </w:r>
      <w:r>
        <w:t>to hadith mein hai ke: "ra's al-hikmat makhāfat Allah". yeh goya quran ke hukum ko insaan ki zabaan mein understandable banana.</w:t>
      </w:r>
    </w:p>
    <w:p>
      <w:pPr>
        <w:jc w:val="right"/>
      </w:pPr>
      <w:r>
        <w:t>تو حدیث میں ہے کہ: "رعص الحکمت مخافۃ اللہ"۔ یہ گویا قرآن کے حکم کو انسان کی زبان میں انڈرسٹینڈیبل بنانا۔</w:t>
      </w:r>
    </w:p>
    <w:p>
      <w:r>
        <w:rPr>
          <w:b/>
        </w:rPr>
        <w:t xml:space="preserve">[04:56] </w:t>
      </w:r>
      <w:r>
        <w:t>"ra's al-hikmat makhāfat Allah" yani wisdom ka sira hai, Allah se darna. Allah se khauf, yeh wisdom ka sira hai.</w:t>
      </w:r>
    </w:p>
    <w:p>
      <w:pPr>
        <w:jc w:val="right"/>
      </w:pPr>
      <w:r>
        <w:t>"رعص الحکمت مخافۃ اللہ" یعنی وزڈم کا سراہ ہے، اللہ سے ڈرنا۔ اللہ سے خوف، یہ وزڈم کا سراہ ہے۔</w:t>
      </w:r>
    </w:p>
    <w:p>
      <w:r>
        <w:rPr>
          <w:b/>
        </w:rPr>
        <w:t xml:space="preserve">[05:08] </w:t>
      </w:r>
      <w:r>
        <w:t>kyun? is ko ghor kijiye ke khauf jo hai, sab se zyada strong</w:t>
      </w:r>
    </w:p>
    <w:p>
      <w:pPr>
        <w:jc w:val="right"/>
      </w:pPr>
      <w:r>
        <w:t>کیوں؟ اس کو غور کیجئے کہ خوف جو ہے، سب سے زیادہ اسٹرانگ</w:t>
      </w:r>
    </w:p>
    <w:p>
      <w:r>
        <w:rPr>
          <w:b/>
        </w:rPr>
        <w:t xml:space="preserve">[05:19] </w:t>
      </w:r>
      <w:r>
        <w:t>jazba hota hai, sab se zyada strong. aur khauf jo hai, aap ko criticize banata hai.</w:t>
      </w:r>
    </w:p>
    <w:p>
      <w:pPr>
        <w:jc w:val="right"/>
      </w:pPr>
      <w:r>
        <w:t>جذبہ ہوتا ہے، سب سے زیادہ اسٹرانگ۔ اور خوف جو ہے، آپ کو کرٹیسائز بناتا ہے۔</w:t>
      </w:r>
    </w:p>
    <w:p>
      <w:r>
        <w:rPr>
          <w:b/>
        </w:rPr>
        <w:t xml:space="preserve">[05:28] </w:t>
      </w:r>
      <w:r>
        <w:t>sab se bada jo role hai taqwa ka ya khauf e Khuda ka, woh yeh hai ke woh aap ko mind criticize banata hai.</w:t>
      </w:r>
    </w:p>
    <w:p>
      <w:pPr>
        <w:jc w:val="right"/>
      </w:pPr>
      <w:r>
        <w:t>سب سے بڑا جو رول ہے تقویٰ کا یا خوف خدا کا، وہ یہ ہے کہ وہ آپ کو مائنڈ کرٹیسائز بناتا ہے۔</w:t>
      </w:r>
    </w:p>
    <w:p>
      <w:r>
        <w:rPr>
          <w:b/>
        </w:rPr>
        <w:t xml:space="preserve">[05:38] </w:t>
      </w:r>
      <w:r>
        <w:t>aur jab aap mind ko criticize hote hain to aap ke andar sincerity aati hai, aap ke andar</w:t>
      </w:r>
    </w:p>
    <w:p>
      <w:pPr>
        <w:jc w:val="right"/>
      </w:pPr>
      <w:r>
        <w:t>اور جب آپ مائنڈ کو کرٹیسائز ہوتے ہیں تو آپ کے اندر سنسیرٹی آتی ہے، آپ کے اندر</w:t>
      </w:r>
    </w:p>
    <w:p>
      <w:r>
        <w:rPr>
          <w:b/>
        </w:rPr>
        <w:t xml:space="preserve">[05:48] </w:t>
      </w:r>
      <w:r>
        <w:t>realistic approach aata hai, aap ke andar just thinking aati hai. yeh saari baaton ki wajah se kya hota hai ke aap aql wali baat pakad lete hain.</w:t>
      </w:r>
    </w:p>
    <w:p>
      <w:pPr>
        <w:jc w:val="right"/>
      </w:pPr>
      <w:r>
        <w:t>ریلسٹک اپروچ آتا ہے، آپ کے اندر جسٹ تھنکنگ آتی ہے۔ یہ ساری باتوں کی وجہ سے کیا ہوتا ہے کہ آپ عقل والی بات پکڑ لیتے ہیں۔</w:t>
      </w:r>
    </w:p>
    <w:p>
      <w:r>
        <w:rPr>
          <w:b/>
        </w:rPr>
        <w:t xml:space="preserve">[06:02] </w:t>
      </w:r>
      <w:r>
        <w:t>aql wali baat kya hai? jab aap emotional hon, jab aap biased hon, jab aap yeh cheez mein ka obsession aap par ho to aap aql ki baat ko pakad nahi paate.</w:t>
      </w:r>
    </w:p>
    <w:p>
      <w:pPr>
        <w:jc w:val="right"/>
      </w:pPr>
      <w:r>
        <w:t>عقل والی بات کیا ہے؟ جب آپ ایموشنل ہوں، جب آپ بائزڈ ہوں، جب آپ یہ چیز میں کا ابسیشن آپ پر ہو تو آپ عقل کی بات کو پکڑ نہیں پاتے۔</w:t>
      </w:r>
    </w:p>
    <w:p>
      <w:r>
        <w:rPr>
          <w:b/>
        </w:rPr>
        <w:t xml:space="preserve">[06:17] </w:t>
      </w:r>
      <w:r>
        <w:t>aql ki baat ko pakadne ke liye zaroori hai ke aap criticize ho chuke hon. jab aap criticize ho jaate hain, tab aap aql ki baat ko pakad paate hain.</w:t>
      </w:r>
    </w:p>
    <w:p>
      <w:pPr>
        <w:jc w:val="right"/>
      </w:pPr>
      <w:r>
        <w:t>عقل کی بات کو پکڑنے کے لیے ضروری ہے کہ آپ کرٹیسائز ہو چکے ہوں۔ جب آپ کرٹیسائز ہو جاتے ہیں، تب آپ عقل کی بات کو پکڑ پاتے ہیں۔</w:t>
      </w:r>
    </w:p>
    <w:p>
      <w:r>
        <w:rPr>
          <w:b/>
        </w:rPr>
        <w:t xml:space="preserve">[06:29] </w:t>
      </w:r>
      <w:r>
        <w:t>to is misaal se aap samajh sakte hain ke kya maamla hai. yeh quran kehta hai: "ataqullah". Allah se daro. hadith batati hai ke daro ka faida kya hai.</w:t>
      </w:r>
    </w:p>
    <w:p>
      <w:pPr>
        <w:jc w:val="right"/>
      </w:pPr>
      <w:r>
        <w:t>تو اس مثال سے آپ سمجھ سکتے ہیں کہ کیا معاملہ ہے۔ یہ قرآن کہتا ہے: "اتق اللہ"۔ اللہ سے ڈرو۔ حدیث بتاتی ہے کہ ڈرو کا فائدہ کیا ہے۔</w:t>
      </w:r>
    </w:p>
    <w:p>
      <w:r>
        <w:rPr>
          <w:b/>
        </w:rPr>
        <w:t xml:space="preserve">[06:42] </w:t>
      </w:r>
      <w:r>
        <w:t>daro ka matlab yeh nahi ke saanp bichu jo darte hain, bas darna nahi. daro ka matlab yeh hai ke aap samajhte hain ke mein abd hoon, Allah mera maabood hai,</w:t>
      </w:r>
    </w:p>
    <w:p>
      <w:pPr>
        <w:jc w:val="right"/>
      </w:pPr>
      <w:r>
        <w:t>ڈرو کا مطلب یہ نہیں کہ سانپ بچھو جو ڈرتے ہیں، بس ڈرنا نہیں۔ ڈرو کا مطلب یہ ہے کہ آپ سمجھتے ہیں کہ میں عبد ہوں، اللہ میرا معبود ہے،</w:t>
      </w:r>
    </w:p>
    <w:p>
      <w:r>
        <w:rPr>
          <w:b/>
        </w:rPr>
        <w:t xml:space="preserve">[06:55] </w:t>
      </w:r>
      <w:r>
        <w:t>mein taker hoon, Allah mera giver hai, mein ek koi cheez ki takhleeq nahi, takhleeq nahi kar sakta. Allah ne saari kainat ki takhleeq ki hai, itni badi kainat.</w:t>
      </w:r>
    </w:p>
    <w:p>
      <w:pPr>
        <w:jc w:val="right"/>
      </w:pPr>
      <w:r>
        <w:t>میں ٹیکر ہوں، اللہ میرا گیور ہے، میں ایک کوئی چیز کی تخلیق نہیں، تخلیق نہیں کر سکتا۔ اللہ نے ساری کائنات کی تخلیق کی ہے، اتنی بڑی کائنات۔</w:t>
      </w:r>
    </w:p>
    <w:p>
      <w:r>
        <w:rPr>
          <w:b/>
        </w:rPr>
        <w:t xml:space="preserve">[07:08] </w:t>
      </w:r>
      <w:r>
        <w:t>to yeh saari baatein aap discover karte hain. yeh sab baatein aap ko criticize banati hain, yani bohat zyada sincere.</w:t>
      </w:r>
    </w:p>
    <w:p>
      <w:pPr>
        <w:jc w:val="right"/>
      </w:pPr>
      <w:r>
        <w:t>تو یہ ساری باتیں آپ ڈسکور کرتے ہیں۔ یہ سب باتیں آپ کو کرٹیسائز بناتی ہیں، یعنی بہت زیادہ سنسیر۔</w:t>
      </w:r>
    </w:p>
    <w:p>
      <w:r>
        <w:rPr>
          <w:b/>
        </w:rPr>
        <w:t xml:space="preserve">[07:21] </w:t>
      </w:r>
      <w:r>
        <w:t>tab aap is qabil ho jatay hain ke realistic approach aaye aap ke andar aur baaton ko as it is dekh saken.</w:t>
      </w:r>
    </w:p>
    <w:p>
      <w:pPr>
        <w:jc w:val="right"/>
      </w:pPr>
      <w:r>
        <w:t>تب آپ اس قابل ہو جاتے ہیں کہ ریلسٹک اپروچ آئے آپ کے اندر اور باتوں کو ایز اٹ از دیکھ سکیں۔</w:t>
      </w:r>
    </w:p>
    <w:p>
      <w:r>
        <w:rPr>
          <w:b/>
        </w:rPr>
        <w:t xml:space="preserve">[07:30] </w:t>
      </w:r>
      <w:r>
        <w:t>yahi to wisdom hai. jab aap baaton ko as it is dekhnay ki qabil qabil ho jayen to isi tarah wisdom hai.</w:t>
      </w:r>
    </w:p>
    <w:p>
      <w:pPr>
        <w:jc w:val="right"/>
      </w:pPr>
      <w:r>
        <w:t>یہی تو وزڈم ہے۔ جب آپ باتوں کو ایز اٹ از دیکھنے کی قابل قابل ہو جائیں تو اسی طرح وزڈم ہے۔</w:t>
      </w:r>
    </w:p>
    <w:p>
      <w:r>
        <w:rPr>
          <w:b/>
        </w:rPr>
        <w:t xml:space="preserve">[07:42] </w:t>
      </w:r>
      <w:r>
        <w:t>to hadith ka role quran ke muamle mein goya hadith goya ke quran ki commentary hai. hadith goya ke quran ki authentic commentary hai.</w:t>
      </w:r>
    </w:p>
    <w:p>
      <w:pPr>
        <w:jc w:val="right"/>
      </w:pPr>
      <w:r>
        <w:t>تو حدیث کا رول قرآن کے معاملے میں گویا حدیث گویا کہ قرآن کی کمنٹری ہے۔ حدیث گویا کہ قرآن کی اتھینٹک کمنٹری ہے۔</w:t>
      </w:r>
    </w:p>
    <w:p>
      <w:r>
        <w:rPr>
          <w:b/>
        </w:rPr>
        <w:t xml:space="preserve">[07:57] </w:t>
      </w:r>
      <w:r>
        <w:t>wo isi sense mein hai. to koi bhi shakhs jo hadith ko na manay, wo quran ko samajh hi nahi sakta. kyunke na mannay ke maani hain ke jo authentic commentary ho, usi ko us ne consider nahi kiya.</w:t>
      </w:r>
    </w:p>
    <w:p>
      <w:pPr>
        <w:jc w:val="right"/>
      </w:pPr>
      <w:r>
        <w:t>وہ اسی سینس میں ہے۔ تو کوئی بھی شخص جو حدیث کو نہ مانے، وہ قرآن کو سمجھ ہی نہیں سکتا۔ کیونکہ نہ ماننے کے معنی ہیں کہ جو اتھینٹک کمنٹری ہو، اسی کو اس نے کنسیڈر نہیں کیا۔</w:t>
      </w:r>
    </w:p>
    <w:p>
      <w:r>
        <w:rPr>
          <w:b/>
        </w:rPr>
        <w:t xml:space="preserve">[08:15] </w:t>
      </w:r>
      <w:r>
        <w:t>yani quran ki jo authentic commentary hai, usi ko koi aadmi consider na kare to is ka kya samjhe? quran ko wo yeh hai matlab.</w:t>
      </w:r>
    </w:p>
    <w:p>
      <w:pPr>
        <w:jc w:val="right"/>
      </w:pPr>
      <w:r>
        <w:t>یعنی قرآن کی جو اتھینٹک کمنٹری ہے، اسی کو کوئی آدمی کنسیڈر نہ کرے تو اس کا کیا سمجھے؟ قرآن کو وہ یہ ہے مطلب۔</w:t>
      </w:r>
    </w:p>
    <w:p>
      <w:r>
        <w:rPr>
          <w:b/>
        </w:rPr>
        <w:t xml:space="preserve">[08:27] </w:t>
      </w:r>
      <w:r>
        <w:t>maulana sahib, you always say that wisdom is the ability to discover the relevant by sorting out the irrelevant. can you explain and elaborate on this?</w:t>
      </w:r>
    </w:p>
    <w:p>
      <w:pPr>
        <w:jc w:val="right"/>
      </w:pPr>
      <w:r>
        <w:t>مولانا صاحب، یو الویز سی دیٹ وزڈم از دی ایبیلیٹی ٹو ڈسکور دی ریلیونٹ بائے سورٹنگ آؤٹ دا اریلیونٹ۔ کین یو ایکسپلین اینڈ ایلیبریٹ ان دس؟</w:t>
      </w:r>
    </w:p>
    <w:p>
      <w:r>
        <w:rPr>
          <w:b/>
        </w:rPr>
        <w:t xml:space="preserve">[08:38] </w:t>
      </w:r>
      <w:r>
        <w:t>also from the life of prophet by giving an example.</w:t>
      </w:r>
    </w:p>
    <w:p>
      <w:pPr>
        <w:jc w:val="right"/>
      </w:pPr>
      <w:r>
        <w:t>السو فرام دی لائف آف پرافٹ بائے گیونگ این ایگزیمپل۔</w:t>
      </w:r>
    </w:p>
    <w:p>
      <w:r>
        <w:rPr>
          <w:b/>
        </w:rPr>
        <w:t xml:space="preserve">[08:44] </w:t>
      </w:r>
      <w:r>
        <w:t>hmm, dekhiye,</w:t>
      </w:r>
    </w:p>
    <w:p>
      <w:pPr>
        <w:jc w:val="right"/>
      </w:pPr>
      <w:r>
        <w:t>ہمم، دیکھیے،</w:t>
      </w:r>
    </w:p>
    <w:p>
      <w:r>
        <w:rPr>
          <w:b/>
        </w:rPr>
        <w:t xml:space="preserve">[08:48] </w:t>
      </w:r>
      <w:r>
        <w:t>quran mein hai ke bar bar yeh hai ke sabar karo. bolay: "rabbaka fasbir".</w:t>
      </w:r>
    </w:p>
    <w:p>
      <w:pPr>
        <w:jc w:val="right"/>
      </w:pPr>
      <w:r>
        <w:t>قرآن میں ہے کہ بار بار یہ ہے کہ صبر کرو۔ بولے: "ربک فصبر"۔</w:t>
      </w:r>
    </w:p>
    <w:p>
      <w:r>
        <w:rPr>
          <w:b/>
        </w:rPr>
        <w:t xml:space="preserve">[08:56] </w:t>
      </w:r>
      <w:r>
        <w:t>surah mudassir mein: "sabar karo, sabar karo". ab sabar karo ki hikmat kya hai? is kyun hum sabar karen? yeh quran mein nahi hai.</w:t>
      </w:r>
    </w:p>
    <w:p>
      <w:pPr>
        <w:jc w:val="right"/>
      </w:pPr>
      <w:r>
        <w:t>سورہ مدثر میں: "صبر کرو، صبر کرو"۔ اب صبر کرو کی حکمت کیا ہے؟ اس کیوں ہم صبر کریں؟ یہ قرآن میں نہیں ہے۔</w:t>
      </w:r>
    </w:p>
    <w:p>
      <w:r>
        <w:rPr>
          <w:b/>
        </w:rPr>
        <w:t xml:space="preserve">[09:07] </w:t>
      </w:r>
      <w:r>
        <w:t>quran mein nahi hai. yeh is ka ta'alluq wisdom se hai. hadith mein hum ko wisdom milti hai ke hum kyun sabar karen.</w:t>
      </w:r>
    </w:p>
    <w:p>
      <w:pPr>
        <w:jc w:val="right"/>
      </w:pPr>
      <w:r>
        <w:t>قرآن میں نہیں ہے۔ یہ اس کا تعلق وزڈم سے ہے۔ حدیث میں ہم کو وزڈم ملتی ہے کہ ہم کیوں صبر کریں۔</w:t>
      </w:r>
    </w:p>
    <w:p>
      <w:r>
        <w:rPr>
          <w:b/>
        </w:rPr>
        <w:t xml:space="preserve">[09:18] </w:t>
      </w:r>
      <w:r>
        <w:t>wo kaise? aap hadith ke maani hain ke hadith ke maani ke rasool Allah yani teen cheezon ko hadith mana jata hai.</w:t>
      </w:r>
    </w:p>
    <w:p>
      <w:pPr>
        <w:jc w:val="right"/>
      </w:pPr>
      <w:r>
        <w:t>وہ کیسے؟ آپ حدیث کے معنی ہیں کہ حدیث کے معنی کہ رسول اللہ یعنی تین چیزوں کو حدیث مانا جاتا ہے۔</w:t>
      </w:r>
    </w:p>
    <w:p>
      <w:r>
        <w:rPr>
          <w:b/>
        </w:rPr>
        <w:t xml:space="preserve">[09:28] </w:t>
      </w:r>
      <w:r>
        <w:t>teen cheezon ko: qaul, amal, taqreer. hadith ka teen cheezon ka maani aata hai: qaul, amal, taqreer.</w:t>
      </w:r>
    </w:p>
    <w:p>
      <w:pPr>
        <w:jc w:val="right"/>
      </w:pPr>
      <w:r>
        <w:t>تین چیزوں کو: قول، عمل، تقریر۔ حدیث کا تین چیزوں کا معنی آتا ہے: قول، عمل، تقریر۔</w:t>
      </w:r>
    </w:p>
    <w:p>
      <w:r>
        <w:rPr>
          <w:b/>
        </w:rPr>
        <w:t xml:space="preserve">[09:37] </w:t>
      </w:r>
      <w:r>
        <w:t>yani rasool Allah ne jo kaha, wo hadith hai. aap ne jo kiya, yani sunnat. mein sunnat kahunga ke rasool Allah ne jo kaha, wo sunnat hai.</w:t>
      </w:r>
    </w:p>
    <w:p>
      <w:pPr>
        <w:jc w:val="right"/>
      </w:pPr>
      <w:r>
        <w:t>یعنی رسول اللہ نے جو کہا، وہ حدیث ہے۔ آپ نے جو کیا، یعنی سنت۔ میں سنت کہوں گا کہ رسول اللہ نے جو کہا، وہ سنت ہے۔</w:t>
      </w:r>
    </w:p>
    <w:p>
      <w:r>
        <w:rPr>
          <w:b/>
        </w:rPr>
        <w:t xml:space="preserve">[09:49] </w:t>
      </w:r>
      <w:r>
        <w:t>jo aap ne amal kiya, wo sunnat hai. aur aap ke samne koi amal kiya gaya, aap us ko khamosh khamosh rahe to goya aap ne is ka consent de diya, to wo bhi sunnat ho gaya.</w:t>
      </w:r>
    </w:p>
    <w:p>
      <w:pPr>
        <w:jc w:val="right"/>
      </w:pPr>
      <w:r>
        <w:t>جو آپ نے عمل کیا، وہ سنت ہے۔ اور آپ کے سامنے کوئی عمل کیا گیا، آپ اس کو خوش خاموش رہے تو گویا آپ نے اس کا کنسنٹ دے دیا، تو وہ بھی سنت ہو گیا۔</w:t>
      </w:r>
    </w:p>
    <w:p>
      <w:r>
        <w:rPr>
          <w:b/>
        </w:rPr>
        <w:t xml:space="preserve">[10:03] </w:t>
      </w:r>
      <w:r>
        <w:t>to dekhiye, jo mein keh raha hoon ke ke quran mein sabar ka hukum hai, lekin is ki jo hikmat hai, wo hadith se maloom hoti hai.</w:t>
      </w:r>
    </w:p>
    <w:p>
      <w:pPr>
        <w:jc w:val="right"/>
      </w:pPr>
      <w:r>
        <w:t>تو دیکھیے، جو میں کہہ رہا ہوں کہ کہ قرآن میں صبر کا حکم ہے، لیکن اس کی جو حکمت ہے، وہ حدیث سے معلوم ہوتی ہے۔</w:t>
      </w:r>
    </w:p>
    <w:p>
      <w:r>
        <w:rPr>
          <w:b/>
        </w:rPr>
        <w:t xml:space="preserve">[10:14] </w:t>
      </w:r>
      <w:r>
        <w:t>yeh kaise maloom hogi? rasool ke amal ka mutala karen aap. rasool ke amal ka mutala. to rasool ka amal is hukum ki ki tashreeh ban jayega aap ke liye ke sabar karo.</w:t>
      </w:r>
    </w:p>
    <w:p>
      <w:pPr>
        <w:jc w:val="right"/>
      </w:pPr>
      <w:r>
        <w:t>یہ کیسے معلوم ہوگی؟ رسول کے عمل کا مطالعہ کریں آپ۔ رسول کے عمل کا مطالعہ۔ تو رسول کا عمل اس حکم کی کی تشریح بن جائے گا آپ کے لیے کہ صبر کرو۔</w:t>
      </w:r>
    </w:p>
    <w:p>
      <w:r>
        <w:rPr>
          <w:b/>
        </w:rPr>
        <w:t xml:space="preserve">[10:31] </w:t>
      </w:r>
      <w:r>
        <w:t>to mein ne jo mutala kiya hai, mein samajhta hoon ke is is sabar ka matlab yeh hai ke to buy time for for the sake of better planning.</w:t>
      </w:r>
    </w:p>
    <w:p>
      <w:pPr>
        <w:jc w:val="right"/>
      </w:pPr>
      <w:r>
        <w:t>تو میں نے جو مطالعہ کیا ہے، میں سمجھتا ہوں کہ اس اس صبر کا مطلب یہ ہے کہ ٹو بائے ٹائم فار فار دا سیک آف بیٹر پلاننگ۔</w:t>
      </w:r>
    </w:p>
    <w:p>
      <w:r>
        <w:rPr>
          <w:b/>
        </w:rPr>
        <w:t xml:space="preserve">[10:52] </w:t>
      </w:r>
      <w:r>
        <w:t>to buy time for the sake of better planning. yani koi situation create hui to agar aap mustahil ho jayen, aap ladne lagen to aap ko better planning ke liye time hi nahi nahi mila.</w:t>
      </w:r>
    </w:p>
    <w:p>
      <w:pPr>
        <w:jc w:val="right"/>
      </w:pPr>
      <w:r>
        <w:t>ٹو بائے ٹائم فار دا سیک آف بیٹر پلاننگ۔ یعنی کوئی سچوئیشن کریٹ ہوئی تو اگر آپ مستحل ہو جائیں، آپ لڑنے لگے تو آپ کو بیٹر پلاننگ کے لیے ٹائم ہی نہیں نہیں ملا۔</w:t>
      </w:r>
    </w:p>
    <w:p>
      <w:r>
        <w:rPr>
          <w:b/>
        </w:rPr>
        <w:t xml:space="preserve">[11:09] </w:t>
      </w:r>
      <w:r>
        <w:t>react, aap ne react kar diya. bas react karne se to kuch hota nahi. react karne se kuch nahi pa pa sakte aap.</w:t>
      </w:r>
    </w:p>
    <w:p>
      <w:pPr>
        <w:jc w:val="right"/>
      </w:pPr>
      <w:r>
        <w:t>ری ایکٹ، آپ نے ری ایکٹ کر دیا۔ بس ری ایکٹ کرنے سے تو کچھ ہوتا نہیں۔ ری ایکٹ کرنے سے کچھ نہیں پا پا سکتے آپ۔</w:t>
      </w:r>
    </w:p>
    <w:p>
      <w:r>
        <w:rPr>
          <w:b/>
        </w:rPr>
        <w:t xml:space="preserve">[11:17] </w:t>
      </w:r>
      <w:r>
        <w:t>to jab koi situation create create ho to aap ko react nahi karna chahiye. isi ko kehta hai sabar. jab aap react na karen to aap sabar karte hain.</w:t>
      </w:r>
    </w:p>
    <w:p>
      <w:pPr>
        <w:jc w:val="right"/>
      </w:pPr>
      <w:r>
        <w:t>تو جب کوئی سچوئیشن کریٹ کریٹ ہو تو آپ کو ری ایکٹ نہیں کرنا چاہیے۔ اسی کو کہتا ہے صبر۔ جب آپ ری ایکٹ نہ کریں تو آپ صبر کرتے ہیں۔</w:t>
      </w:r>
    </w:p>
    <w:p>
      <w:r>
        <w:rPr>
          <w:b/>
        </w:rPr>
        <w:t xml:space="preserve">[11:28] </w:t>
      </w:r>
      <w:r>
        <w:t>jab aap sabar karte hain to aap kya karte hain? aap time lete hain better planning ke liye.</w:t>
      </w:r>
    </w:p>
    <w:p>
      <w:pPr>
        <w:jc w:val="right"/>
      </w:pPr>
      <w:r>
        <w:t>جب آپ صبر کرتے ہیں تو آپ کیا کرتے ہیں؟ آپ ٹائم لیتے ہیں بیٹر پلاننگ کے لیے۔</w:t>
      </w:r>
    </w:p>
    <w:p>
      <w:r>
        <w:rPr>
          <w:b/>
        </w:rPr>
        <w:t xml:space="preserve">[11:40] </w:t>
      </w:r>
      <w:r>
        <w:t>jaise ek misaal deta hoon mein aap ko. rasool Allah sal Allah alayh wasallam ja rahe thay umrah karne ke liye madina se makka. wahan unhon ne roka, unhon ne umrah nahi karne denge.</w:t>
      </w:r>
    </w:p>
    <w:p>
      <w:pPr>
        <w:jc w:val="right"/>
      </w:pPr>
      <w:r>
        <w:t>جیسے ایک مثال دیتا ہوں میں آپ کو۔ رسول اللہ صلی اللہ علیہ وسلم جا رہے تھے عمرہ کرنے کے لیے مدینہ سے مکہ۔ وہاں انہوں نے روکا، انہوں نے عمرہ نہیں کرنے دیں گے۔</w:t>
      </w:r>
    </w:p>
    <w:p>
      <w:r>
        <w:rPr>
          <w:b/>
        </w:rPr>
        <w:t xml:space="preserve">[11:52] </w:t>
      </w:r>
      <w:r>
        <w:t>to baat cheet hoti rahi. aakhir mein yeh hua ke unhi ki condition par, un ki un ki unilateral condition par agreement hua.</w:t>
      </w:r>
    </w:p>
    <w:p>
      <w:pPr>
        <w:jc w:val="right"/>
      </w:pPr>
      <w:r>
        <w:t>تو بات چیت ہوتی رہی۔ آخر میں یہ ہوا کہ انہی کی کنڈیشن پر، ان کی ان کی یونٹل کنڈیشن پر ایگریمنٹ ہوا۔</w:t>
      </w:r>
    </w:p>
    <w:p>
      <w:r>
        <w:rPr>
          <w:b/>
        </w:rPr>
        <w:t xml:space="preserve">[12:06] </w:t>
      </w:r>
      <w:r>
        <w:t>wo tha das saal ka peace agreement. to yeh kya tha? ke aap ne socha soch kar ke yeh tay kiya ke agar hum lad jayen to hudaybiyah mein ek aur uhud banega.</w:t>
      </w:r>
    </w:p>
    <w:p>
      <w:pPr>
        <w:jc w:val="right"/>
      </w:pPr>
      <w:r>
        <w:t>وہ تھا دس سال کا پیس ایگریمنٹ۔ تو یہ کیا تھا؟ کہ آپ نے سوچا سوچ کر کے یہ طے کیا کہ اگر ہم لڑ جائیں تو حدیبیہ میں ایک اور احد بنے گا۔</w:t>
      </w:r>
    </w:p>
    <w:p>
      <w:r>
        <w:rPr>
          <w:b/>
        </w:rPr>
        <w:t xml:space="preserve">[12:22] </w:t>
      </w:r>
      <w:r>
        <w:t>yeh ahad mein 70 sahaba maare gaye. To to hudaybiya mein bhi is tarah maare jayenge log. To to faida to kuch hua nahin.</w:t>
      </w:r>
    </w:p>
    <w:p>
      <w:pPr>
        <w:jc w:val="right"/>
      </w:pPr>
      <w:r>
        <w:t>یہ احد میں 70 صحابہ مارے گئے۔ تو تو حدیبیہ میں بھی اس طرح مارے جائیں گے لوگ۔ تو تو فائدہ تو کچھ ہوا نہیں۔</w:t>
      </w:r>
    </w:p>
    <w:p>
      <w:r>
        <w:rPr>
          <w:b/>
        </w:rPr>
        <w:t xml:space="preserve">[12:33] </w:t>
      </w:r>
      <w:r>
        <w:t>To aap ne jang ko avoid karne ke liye peaceful agreement kiya taake aap ko time mil jaye better planning ke liye, sochne ke liye, mashwara karne ke liye.</w:t>
      </w:r>
    </w:p>
    <w:p>
      <w:pPr>
        <w:jc w:val="right"/>
      </w:pPr>
      <w:r>
        <w:t>تو آپ نے جنگ کو اوائڈ کرنے کے لیے پیس فل ایگریمنٹ کیا تاکہ آپ کو ٹائم مل جائے بیٹر پلاننگ کے لیے، سوچنے کے لیے، مشورہ کرنے کے لیے۔</w:t>
      </w:r>
    </w:p>
    <w:p>
      <w:r>
        <w:rPr>
          <w:b/>
        </w:rPr>
        <w:t xml:space="preserve">[12:47] </w:t>
      </w:r>
      <w:r>
        <w:t>Yeh hai hadith ka contribution. Hadith ka ya sunnat ka contribution. Agar aap Quran ko kahein ke mujhe Quran kafi hai, jaise koi logon ne kaha tha ke hasbana kitab Allah.</w:t>
      </w:r>
    </w:p>
    <w:p>
      <w:pPr>
        <w:jc w:val="right"/>
      </w:pPr>
      <w:r>
        <w:t>یہ ہے حدیث کا کنٹریبیوشن۔ حدیث کا یا سنت کا کنٹریبیوشن۔ اگر آپ قرآن کو کہیں کہ مجھے قرآن کافی ہے، جیسے کوئی لوگوں نے کہا تھا کہ حسبنا کتاب اللہ۔</w:t>
      </w:r>
    </w:p>
    <w:p>
      <w:r>
        <w:rPr>
          <w:b/>
        </w:rPr>
        <w:t xml:space="preserve">[13:02] </w:t>
      </w:r>
      <w:r>
        <w:t>Koi log the, unhone kehte the ke hasbana kitab Allah, hum ko Quran kafi hai. Lekin jo aisa karega, usko Allah ki right jo guidance hai, woh nahin milegi.</w:t>
      </w:r>
    </w:p>
    <w:p>
      <w:pPr>
        <w:jc w:val="right"/>
      </w:pPr>
      <w:r>
        <w:t>کوئی لوگ تھے، انہوں نے کہتے تھے کہ حسبنا کتاب اللہ، ہم کو قرآن کافی ہے۔ لیکن جو ایسا کرے گا، اس کو اللہ کی رائٹ جو گائیڈنس ہے، وہ نہیں ملے گی۔</w:t>
      </w:r>
    </w:p>
    <w:p>
      <w:r>
        <w:rPr>
          <w:b/>
        </w:rPr>
        <w:t xml:space="preserve">[13:16] </w:t>
      </w:r>
      <w:r>
        <w:t>Kyunke is mein to tadabbur karna chahiye. Quran mein hukum hai: tadabbur karo. Quran mein hukum de diya gaya hai, lekin iski wisdom samajhne ke liye aur iska application samajhne ke liye aap ko tadabbur karna padega.</w:t>
      </w:r>
    </w:p>
    <w:p>
      <w:pPr>
        <w:jc w:val="right"/>
      </w:pPr>
      <w:r>
        <w:t>کیونکہ اس میں تو تدبر کرنا چاہیے۔ قرآن میں حکم ہے: تدبر کرو۔ قرآن میں حکم دے دیا گیا ہے، لیکن اس کی وزڈم سمجھنے کے لیے اور اس کا ایپلیکیشن سمجھنے کے لیے آپ کو تدبر کرنا پڑے گا۔</w:t>
      </w:r>
    </w:p>
    <w:p>
      <w:r>
        <w:rPr>
          <w:b/>
        </w:rPr>
        <w:t xml:space="preserve">[13:33] </w:t>
      </w:r>
      <w:r>
        <w:t>To tadabbur karne ke liye sabr karna padta hai. To Quran mein hukum hai sabr ka, aur hadith batati hai, hadith ya sunnat ke was wisdom behind sabr.</w:t>
      </w:r>
    </w:p>
    <w:p>
      <w:pPr>
        <w:jc w:val="right"/>
      </w:pPr>
      <w:r>
        <w:t>تو تدبر کرنے کے لیے صبر کرنا پڑتا ہے۔ تو قرآن میں حکم ہے صبر کا، اور حدیث بتاتی ہے، حدیث یا سنت کہ واز وزڈم بیہائنڈ صبر۔</w:t>
      </w:r>
    </w:p>
    <w:p>
      <w:r>
        <w:rPr>
          <w:b/>
        </w:rPr>
        <w:t xml:space="preserve">[13:47] </w:t>
      </w:r>
      <w:r>
        <w:t>Yeh hai dono ka talluq.</w:t>
      </w:r>
    </w:p>
    <w:p>
      <w:pPr>
        <w:jc w:val="right"/>
      </w:pPr>
      <w:r>
        <w:t>یہ ہے دونوں کا تعلق۔</w:t>
      </w:r>
    </w:p>
    <w:p>
      <w:r>
        <w:rPr>
          <w:b/>
        </w:rPr>
        <w:t xml:space="preserve">[13:50] </w:t>
      </w:r>
      <w:r>
        <w:t>Maulana sahib, Quran says: "a call to the way of your lord with wisdom and good exhortation". How did the prophet use wisdom in conveying the message of God to people?</w:t>
      </w:r>
    </w:p>
    <w:p>
      <w:pPr>
        <w:jc w:val="right"/>
      </w:pPr>
      <w:r>
        <w:t>مولانا صاحب، قرآن سیز: "اہ کال ٹو دا وے آف یور لارڈ ود وزڈم اینڈ گڈ ایگزورٹیشن"۔ ہاؤ ڈیڈ دا پرافٹ یوز وزڈم ان کنوینگ دا میسج آف گاڈ ٹو پیپل؟</w:t>
      </w:r>
    </w:p>
    <w:p>
      <w:r>
        <w:rPr>
          <w:b/>
        </w:rPr>
        <w:t xml:space="preserve">[14:05] </w:t>
      </w:r>
      <w:r>
        <w:t>p</w:t>
      </w:r>
    </w:p>
    <w:p>
      <w:pPr>
        <w:jc w:val="right"/>
      </w:pPr>
      <w:r>
        <w:t>پ</w:t>
      </w:r>
    </w:p>
    <w:p>
      <w:r>
        <w:rPr>
          <w:b/>
        </w:rPr>
        <w:t xml:space="preserve">[14:06] </w:t>
      </w:r>
      <w:r>
        <w:t>Raft ne wahi kiya jo jo jo nature ka tareeqa hai, jo fitrat fitrat tareeqa hai. Yaani aap ne react nahin kiya.</w:t>
      </w:r>
    </w:p>
    <w:p>
      <w:pPr>
        <w:jc w:val="right"/>
      </w:pPr>
      <w:r>
        <w:t>رافٹ نے وہی کیا جو جو جو نیچر کا طریقہ ہے، جو فطرت فطرت طریقہ ہے۔ یعنی آپ نے ری ایکٹ نہیں کیا۔</w:t>
      </w:r>
    </w:p>
    <w:p>
      <w:r>
        <w:rPr>
          <w:b/>
        </w:rPr>
        <w:t xml:space="preserve">[14:17] </w:t>
      </w:r>
      <w:r>
        <w:t>Basic baat hai, dekhiye ke jab bhi koi situation create ho to aap ko react nahin karna hai. React karte hi sab jhapta ho jata hai.</w:t>
      </w:r>
    </w:p>
    <w:p>
      <w:pPr>
        <w:jc w:val="right"/>
      </w:pPr>
      <w:r>
        <w:t>بیسک بات ہے، دیکھیے کہ جب بھی کوئی سچوئیشن کریٹ ہو تو آپ کو ری ایکٹ نہیں کرنا ہے۔ ری ایکٹ کرتے ہی سب جھپٹا ہو جاتا ہے۔</w:t>
      </w:r>
    </w:p>
    <w:p>
      <w:r>
        <w:rPr>
          <w:b/>
        </w:rPr>
        <w:t xml:space="preserve">[14:26] </w:t>
      </w:r>
      <w:r>
        <w:t>Aap normal nahin rahe, situation normal nahin rahi, aap ke andar normal thinking nahin rahi, sara mamla bigad gaya.</w:t>
      </w:r>
    </w:p>
    <w:p>
      <w:pPr>
        <w:jc w:val="right"/>
      </w:pPr>
      <w:r>
        <w:t>آپ نارمل نہیں رہے، سچوئیشن نارمل نہیں رہی، آپ کے اندر نارمل تھنکنگ نہیں رہی، سارا معاملہ بگڑ گیا۔</w:t>
      </w:r>
    </w:p>
    <w:p>
      <w:r>
        <w:rPr>
          <w:b/>
        </w:rPr>
        <w:t xml:space="preserve">[14:37] </w:t>
      </w:r>
      <w:r>
        <w:t>To Rasool Allah ka tareeqa yeh tha ke aap kabhi mustahil nahin hote the, react nahin karte the, balkeh sochte the. Maslan dekhiye, Rasool Allah ne Makkah mein dawati mission shuru kiya to Makkah mein har taraf but hi but the.</w:t>
      </w:r>
    </w:p>
    <w:p>
      <w:pPr>
        <w:jc w:val="right"/>
      </w:pPr>
      <w:r>
        <w:t>تو رسول اللہ کا طریقہ یہ تھا کہ آپ کبھی مستحل نہیں ہوتے تھے، ری ایکٹ نہیں کرتے تھے، بلکہ سوچتے تھے۔ مثلاً دیکھیے، رسول اللہ نے مکہ میں دعوتی مشن شروع کیا تو مکہ میں ہر طرف بت ہی بت تھے۔</w:t>
      </w:r>
    </w:p>
    <w:p>
      <w:r>
        <w:rPr>
          <w:b/>
        </w:rPr>
        <w:t xml:space="preserve">[14:55] </w:t>
      </w:r>
      <w:r>
        <w:t>Is zamane mein jo qadeem Makkah tha, har ghar mein but, Kaaba mein but, har jagah but.</w:t>
      </w:r>
    </w:p>
    <w:p>
      <w:pPr>
        <w:jc w:val="right"/>
      </w:pPr>
      <w:r>
        <w:t>اس زمانے میں جو قدیم مکہ تھا، ہر گھر میں بت، کعبہ میں بت، ہر جگہ بت۔</w:t>
      </w:r>
    </w:p>
    <w:p>
      <w:r>
        <w:rPr>
          <w:b/>
        </w:rPr>
        <w:t xml:space="preserve">[15:07] </w:t>
      </w:r>
      <w:r>
        <w:t>To agar yeh manzar dekh kar aap ghussa ho jate, react karte to buton se ladte, aur pehla aap ka naara yeh hota ke Makkah ko buton se pak karo.</w:t>
      </w:r>
    </w:p>
    <w:p>
      <w:pPr>
        <w:jc w:val="right"/>
      </w:pPr>
      <w:r>
        <w:t>تو اگر یہ منظر دیکھ کر آپ غصہ ہو جاتے، ری ایکٹ کرتے تو بتوں سے لڑتے، اور پہلا آپ کا نعرہ یہ ہوتا کہ مکہ کو بتوں سے پاک کرو۔</w:t>
      </w:r>
    </w:p>
    <w:p>
      <w:r>
        <w:rPr>
          <w:b/>
        </w:rPr>
        <w:t xml:space="preserve">[15:20] </w:t>
      </w:r>
      <w:r>
        <w:t>Makkah muqaddas shehar hai, jidhar aap jate the, idhar but, jidhar jate the, idhar but. To aap ne kya kiya? Ke aap ne react nahin kiya, aap ne sabr kiya,</w:t>
      </w:r>
    </w:p>
    <w:p>
      <w:pPr>
        <w:jc w:val="right"/>
      </w:pPr>
      <w:r>
        <w:t>مکہ مقدس شہر ہے، جدھر آپ جاتے تھے، ادھر بت، جدھر جاتے تھے، ادھر بت۔ تو آپ نے کیا کیا؟ کہ آپ نے ری ایکٹ نہیں کیا، آپ نے صبر کیا،</w:t>
      </w:r>
    </w:p>
    <w:p>
      <w:r>
        <w:rPr>
          <w:b/>
        </w:rPr>
        <w:t xml:space="preserve">[15:33] </w:t>
      </w:r>
      <w:r>
        <w:t>Aur aap ne agar time liya mein planning ka to sabr karne ki wajah se aap ko kya mauqa mila?</w:t>
      </w:r>
    </w:p>
    <w:p>
      <w:pPr>
        <w:jc w:val="right"/>
      </w:pPr>
      <w:r>
        <w:t>اور آپ نے اگر ٹائم لیا میں پلاننگ کا تو صبر کرنے کی وجہ سے آپ کو کیا موقع ملا؟</w:t>
      </w:r>
    </w:p>
    <w:p>
      <w:r>
        <w:rPr>
          <w:b/>
        </w:rPr>
        <w:t xml:space="preserve">[15:42] </w:t>
      </w:r>
      <w:r>
        <w:t>Ke khamoshi yaani peaceful da'wah karte rahe. Aap sabr na karte to peaceful da'wah nahin ho sakta tha.</w:t>
      </w:r>
    </w:p>
    <w:p>
      <w:pPr>
        <w:jc w:val="right"/>
      </w:pPr>
      <w:r>
        <w:t>کہ خاموشی یعنی پیس فل داؤ کرتے رہے۔ آپ صبر نہ کرتے تو پیس فل داؤ نہیں ہو سکتا تھا۔</w:t>
      </w:r>
    </w:p>
    <w:p>
      <w:r>
        <w:rPr>
          <w:b/>
        </w:rPr>
        <w:t xml:space="preserve">[15:53] </w:t>
      </w:r>
      <w:r>
        <w:t>Makkah mein aap ne yaani two point formula ikhtiyar kiya, jo har taraf but wahan the, us se ignore karna aur insanon ko le kar ke planning karna da'wah ki.</w:t>
      </w:r>
    </w:p>
    <w:p>
      <w:pPr>
        <w:jc w:val="right"/>
      </w:pPr>
      <w:r>
        <w:t>مکہ میں آپ نے یعنی ٹو پوائنٹ فارمولا اختیار کیا، جو ہر طرف بت وہاں تھے، اس سے اگنور کرنا اور انسانوں کو لے کر کے پلاننگ کرنا دعوت کی۔</w:t>
      </w:r>
    </w:p>
    <w:p>
      <w:r>
        <w:rPr>
          <w:b/>
        </w:rPr>
        <w:t xml:space="preserve">[16:10] </w:t>
      </w:r>
      <w:r>
        <w:t>Yeh kya aap ne? Iska nateeja kya hua? Jin ko hum kehte hain ajill sahaba yaani bade bade sahaba, woh sab isi zamane mein mile, isi isi isi method ki wajah se.</w:t>
      </w:r>
    </w:p>
    <w:p>
      <w:pPr>
        <w:jc w:val="right"/>
      </w:pPr>
      <w:r>
        <w:t>یہ کیا آپ نے؟ اس کا نتیجہ کیا ہوا؟ جن کو ہم کہتے ہیں اجل صحابہ یعنی بڑے بڑے صحابہ، وہ سب اسی زمانے میں ملے، اسی اسی اسی میتھڈ کی وجہ سے۔</w:t>
      </w:r>
    </w:p>
    <w:p>
      <w:r>
        <w:rPr>
          <w:b/>
        </w:rPr>
        <w:t xml:space="preserve">[16:26] </w:t>
      </w:r>
      <w:r>
        <w:t>Isi method yaani jo bade bade sahaba the, sab isi zamane mein mile, isi method ki wajah se. Agar aap burai chhod dete, butte ke masle ko le kar aap mushtael ho jate, aur bas isi par har taraf taqreerein karte, yeh kya mazaaq hai?</w:t>
      </w:r>
    </w:p>
    <w:p>
      <w:pPr>
        <w:jc w:val="right"/>
      </w:pPr>
      <w:r>
        <w:t>اسی میتھڈ یعنی جو بڑے بڑے صحابہ تھے، سب اسی زمانے میں ملے، اسی میتھڈ کی وجہ سے۔ اگر آپ برائی چھوڑ دیتے، بتے کے مسئلے کو لے کر آپ مشتعل ہو جاتے، اور بس اسی پر ہر طرف تقریریں کرتے، یہ کیا مذاق ہے؟</w:t>
      </w:r>
    </w:p>
    <w:p>
      <w:r>
        <w:rPr>
          <w:b/>
        </w:rPr>
        <w:t xml:space="preserve">[16:44] </w:t>
      </w:r>
      <w:r>
        <w:t>Yeh but hain, yeh to koi kaam nahin ho sakta tha. Ya jaisa ke aaj kal ho raha hai, Musalman ladai bhadai kar rahe hain to da'wah ka kaam tough hai.</w:t>
      </w:r>
    </w:p>
    <w:p>
      <w:pPr>
        <w:jc w:val="right"/>
      </w:pPr>
      <w:r>
        <w:t>یہ بت ہیں، یہ تو کوئی کام نہیں ہو سکتا تھا۔ یا جیسا کہ آج کل ہو رہا ہے، مسلمان لڑائی بھڑائی کر رہے ہیں تو دعوت کا کام ٹف ہے۔</w:t>
      </w:r>
    </w:p>
    <w:p>
      <w:r>
        <w:rPr>
          <w:b/>
        </w:rPr>
        <w:t xml:space="preserve">[16:58] </w:t>
      </w:r>
      <w:r>
        <w:t>Musalman ka asal mission jo hai, da'wah hai. Yaani Quran ki, Quran mein jo Allah taala ne message diya hai, us message ko saare insanon tak pahunchana yeh bhi mission hai Musalmanon ka ke Quran ke message ko saari duniya tak har zabaan mein pahunchana.</w:t>
      </w:r>
    </w:p>
    <w:p>
      <w:pPr>
        <w:jc w:val="right"/>
      </w:pPr>
      <w:r>
        <w:t>مسلمان کا اصل مشن جو ہے، دعوت ہے۔ یعنی قرآن کی، قرآن میں جو اللہ تعالی نے میسج دیا ہے، اس میسج کو سارے انسانوں تک پہنچانا یہ بھی مشن ہے مسلمانوں کا کہ قرآن کے میسج کو ساری دنیا تک ہر زبان میں پہنچانا۔</w:t>
      </w:r>
    </w:p>
    <w:p>
      <w:r>
        <w:rPr>
          <w:b/>
        </w:rPr>
        <w:t xml:space="preserve">[17:16] </w:t>
      </w:r>
      <w:r>
        <w:t>Yeh tough hai. Kyun? Ladai kar rahe hain, gun karte hain, bomb karte hain, suicide bombing, yeh sab kar rahe hain. To Rasool Allah sallallahu alaihi wasallam ko jo kamyabi mili, woh is liye mili ke aap ne reaction ka tareeqa bilkul hi khatam kar diya.</w:t>
      </w:r>
    </w:p>
    <w:p>
      <w:pPr>
        <w:jc w:val="right"/>
      </w:pPr>
      <w:r>
        <w:t>یہ ٹف ہے۔ کیوں؟ لڑائی کر رہے ہیں، گن کرتے ہیں، بم کرتے ہیں، سوسائیڈ بمبنگ، یہ سب کر رہے ہیں۔ تو رسول اللہ صلی اللہ علیہ وسلم کو جو کامیابی ملی، وہ اس لیے ملی کہ آپ نے ری ایکشن کا طریقہ بالکل ہی ختم کر دیا۔</w:t>
      </w:r>
    </w:p>
    <w:p>
      <w:r>
        <w:rPr>
          <w:b/>
        </w:rPr>
        <w:t xml:space="preserve">[17:36] </w:t>
      </w:r>
      <w:r>
        <w:t>No reaction at all. To aaj ke jo Musalman hain, agar woh chahte hain kamyabi to unhein bhi yeh karna padega.</w:t>
      </w:r>
    </w:p>
    <w:p>
      <w:pPr>
        <w:jc w:val="right"/>
      </w:pPr>
      <w:r>
        <w:t>نو ری ایکشن ایٹ آل۔ تو آج کے جو مسلمان ہیں، اگر وہ چاہتے ہیں کامیابی تو انہیں بھی یہ کرنا پڑے گا۔</w:t>
      </w:r>
    </w:p>
    <w:p>
      <w:r>
        <w:rPr>
          <w:b/>
        </w:rPr>
        <w:t xml:space="preserve">[17:45] </w:t>
      </w:r>
      <w:r>
        <w:t>no reaction at all, kuch bhi ho, kahin quran ko yani musalman jo bhark uthte hain ke quran ki be-hurmati hui hai, kuch bhi hota rahe, aap aap apna kaam ko jaari rakhiye, kuch bhi hota rahe.</w:t>
      </w:r>
    </w:p>
    <w:p>
      <w:pPr>
        <w:jc w:val="right"/>
      </w:pPr>
      <w:r>
        <w:t>نو ری ایکشن ایٹ آل، کچھ بھی ہو، کہیں قرآن کو یعنی مسلمان جو بھڑک اٹھتے ہیں کہ قرآن کی بے حرمتی ہوئی ہے، کچھ بھی ہوتا رہے، آپ آپ اپنا کام کو جاری رکھیے، کچھ بھی ہوتا رہے۔</w:t>
      </w:r>
    </w:p>
    <w:p>
      <w:r>
        <w:rPr>
          <w:b/>
        </w:rPr>
        <w:t xml:space="preserve">[17:59] </w:t>
      </w:r>
      <w:r>
        <w:t>ek zara se kai waqea ki khabar aati hai, chahe hua hai ya na ho, musalman bhark uthte hain, likhte hain, ladne phirne. to rasool allah ka tareeqa yeh hai ke kuch bhi ho, kuch bhi ho, kuch bhi ho, react mat karo,</w:t>
      </w:r>
    </w:p>
    <w:p>
      <w:pPr>
        <w:jc w:val="right"/>
      </w:pPr>
      <w:r>
        <w:t>ایک ذرا سے کئی واقعہ کی خبر آتی ہے، چاہے ہوا ہے یا نہ ہو، مسلمان بھڑک اٹھتے ہیں، لکھتے ہیں، لڑنے پھرنے۔ تو رسول اللہ کا طریقہ یہ ہے کہ کچھ بھی ہو، کچھ بھی ہو، کچھ بھی ہو، ری ایکٹ مت کرو،</w:t>
      </w:r>
    </w:p>
    <w:p>
      <w:r>
        <w:rPr>
          <w:b/>
        </w:rPr>
        <w:t xml:space="preserve">[18:15] </w:t>
      </w:r>
      <w:r>
        <w:t>balkeh khamoshi ke saath positive planning karo, tab kamyabi hoti hai.</w:t>
      </w:r>
    </w:p>
    <w:p>
      <w:pPr>
        <w:jc w:val="right"/>
      </w:pPr>
      <w:r>
        <w:t>بلکہ خاموشی کے ساتھ پوزیٹیو پلاننگ کرو، تب کامیابی ہوتی ہے۔</w:t>
      </w:r>
    </w:p>
    <w:p>
      <w:r>
        <w:rPr>
          <w:b/>
        </w:rPr>
        <w:t xml:space="preserve">[18:24] </w:t>
      </w:r>
      <w:r>
        <w:t>maulana sahib, you said not to react and keeping patience. in fact, in many of your writings, you have spoken about accepting defeat or taking a step back as a right course of action rather than advancing and confronting.</w:t>
      </w:r>
    </w:p>
    <w:p>
      <w:pPr>
        <w:jc w:val="right"/>
      </w:pPr>
      <w:r>
        <w:t>مولانا صاحب، یو سیڈ ناٹ ٹو ری ایکٹ اینڈ کیپنگ پیشنس۔ ان فیکٹ، ان مینی آف یور رائٹنگز، یو ہیو سپکن اباؤٹ ایکسیپٹنگ ڈیفیٹ اور ٹیکنگ ا سٹیپ بیک ایز ا رائٹ کورس آف ایکشن رادر دین ایڈوانسنگ اینڈ کنفرنٹنگ۔</w:t>
      </w:r>
    </w:p>
    <w:p>
      <w:r>
        <w:rPr>
          <w:b/>
        </w:rPr>
        <w:t xml:space="preserve">[18:43] </w:t>
      </w:r>
      <w:r>
        <w:t>and you have given an example of hijra. so how does hijra exemplify this teaching? if you can explain this?</w:t>
      </w:r>
    </w:p>
    <w:p>
      <w:pPr>
        <w:jc w:val="right"/>
      </w:pPr>
      <w:r>
        <w:t>اینڈ یو ہیو گیون این ایگزیمپل آف ہجرا۔ سو ہاؤ ڈز ہجرا ایگزیمپلیفائی دس ٹیچنگ؟ اف یو کین ایکسپلین دس؟</w:t>
      </w:r>
    </w:p>
    <w:p>
      <w:r>
        <w:rPr>
          <w:b/>
        </w:rPr>
        <w:t xml:space="preserve">[18:54] </w:t>
      </w:r>
      <w:r>
        <w:t>dekhiye, hum ek aisi duniya mein hain jahan ek jamaat allah kaam kar raha hai. yani is duniya ke malik hum nahi hain.</w:t>
      </w:r>
    </w:p>
    <w:p>
      <w:pPr>
        <w:jc w:val="right"/>
      </w:pPr>
      <w:r>
        <w:t>دیکھیے، ہم ایک ایسی دنیا میں ہیں جہاں ایک جماعت اللہ کام کر رہا ہے۔ یعنی اس دنیا کے مالک ہم نہیں ہیں۔</w:t>
      </w:r>
    </w:p>
    <w:p>
      <w:r>
        <w:rPr>
          <w:b/>
        </w:rPr>
        <w:t xml:space="preserve">[19:04] </w:t>
      </w:r>
      <w:r>
        <w:t>malik to allah rabb-ul-alameen hai. is ke qanoon ke mutabiq duniya chal rahi hai. chahe galaxy ho, chahe solar system ho, chahe planet earth ho, pahad ho, samundar ho, jo kuch bhi ho,</w:t>
      </w:r>
    </w:p>
    <w:p>
      <w:pPr>
        <w:jc w:val="right"/>
      </w:pPr>
      <w:r>
        <w:t>مالک تو اللہ رب العالمین ہے۔ اس کے قانون کے مطابق دنیا چل رہی ہے۔ چاہے گلیکسی ہو، چاہے سولر سسٹم ہو، چاہے پلینٹ ارتھ ہو، پہاڑ ہو، سمندر ہو، جو کچھ بھی ہو،</w:t>
      </w:r>
    </w:p>
    <w:p>
      <w:r>
        <w:rPr>
          <w:b/>
        </w:rPr>
        <w:t xml:space="preserve">[19:18] </w:t>
      </w:r>
      <w:r>
        <w:t>sab kuch jo creator hai, us ke account par chal raha hai. to humein kya karna hoga?</w:t>
      </w:r>
    </w:p>
    <w:p>
      <w:pPr>
        <w:jc w:val="right"/>
      </w:pPr>
      <w:r>
        <w:t>سب کچھ جو کریٹر ہے، اس کے اکاؤنٹ پر چل رہا ہے۔ تو ہمیں کیا کرنا ہوگا؟</w:t>
      </w:r>
    </w:p>
    <w:p>
      <w:r>
        <w:rPr>
          <w:b/>
        </w:rPr>
        <w:t xml:space="preserve">[19:28] </w:t>
      </w:r>
      <w:r>
        <w:t>humein law of nature ko parhna hoga, khuda ki scheme of things ko samajhna hoga, creation of god ko janna hoga.</w:t>
      </w:r>
    </w:p>
    <w:p>
      <w:pPr>
        <w:jc w:val="right"/>
      </w:pPr>
      <w:r>
        <w:t>ہمیں لاء آف نیچر کو پڑھنا ہوگا، خدا کی سکیم آف تھنگز کو سمجھنا ہوگا، کریشن آف گاڈ کو جاننا ہوگا۔</w:t>
      </w:r>
    </w:p>
    <w:p>
      <w:r>
        <w:rPr>
          <w:b/>
        </w:rPr>
        <w:t xml:space="preserve">[19:38] </w:t>
      </w:r>
      <w:r>
        <w:t>tab hum is ke hisab se, in accordance to that scheme, hamari planning banegi. nahi to hamari planning sahi banegi nahi.</w:t>
      </w:r>
    </w:p>
    <w:p>
      <w:pPr>
        <w:jc w:val="right"/>
      </w:pPr>
      <w:r>
        <w:t>تب ہم اس کے حساب سے، ان اکارڈنس ٹو داٹ سکیم، ہماری پلاننگ بنے گی۔ نہیں تو ہماری پلاننگ صحیح بنے گی نہیں۔</w:t>
      </w:r>
    </w:p>
    <w:p>
      <w:r>
        <w:rPr>
          <w:b/>
        </w:rPr>
        <w:t xml:space="preserve">[19:49] </w:t>
      </w:r>
      <w:r>
        <w:t>is duniya mein dekhiye, right planning ka naam hai success, aur right planning naam hai law of nature ke mutabiqat mein planning karna,</w:t>
      </w:r>
    </w:p>
    <w:p>
      <w:pPr>
        <w:jc w:val="right"/>
      </w:pPr>
      <w:r>
        <w:t>اس دنیا میں دیکھیے، رائٹ پلاننگ کا نام ہے سکسیس، اور رائٹ پلاننگ نام ہے لاء آف نیچر کے مطابقت میں پلاننگ کرنا،</w:t>
      </w:r>
    </w:p>
    <w:p>
      <w:r>
        <w:rPr>
          <w:b/>
        </w:rPr>
        <w:t xml:space="preserve">[20:04] </w:t>
      </w:r>
      <w:r>
        <w:t>in accordance to the law of nature. yani law of nature ko follow karne ka naam hai success, aur law of nature naam hai ek aisi planning ka jo law of nature ko.</w:t>
      </w:r>
    </w:p>
    <w:p>
      <w:pPr>
        <w:jc w:val="right"/>
      </w:pPr>
      <w:r>
        <w:t>ان اکارڈنس ٹو دا لاء آف نیچر۔ یعنی لاء آف نیچر کو فالو کرنے کا نام ہے سکسیس، اور لاء آف نیچر نام ہے ایک ایسی پلاننگ کا جو لاء آف نیچر کو۔</w:t>
      </w:r>
    </w:p>
    <w:p>
      <w:r>
        <w:rPr>
          <w:b/>
        </w:rPr>
        <w:t xml:space="preserve">[20:21] </w:t>
      </w:r>
      <w:r>
        <w:t>yani right planning yeh hai ke aap law of nature ko samjhein, us ke mutabiq apni planning karein. yeh hai sara maamla.</w:t>
      </w:r>
    </w:p>
    <w:p>
      <w:pPr>
        <w:jc w:val="right"/>
      </w:pPr>
      <w:r>
        <w:t>یعنی رائٹ پلاننگ یہ ہے کہ آپ لاء آف نیچر کو سمجھیں، اس کے مطابق اپنی پلاننگ کریں۔ یہ ہے سارا معاملہ۔</w:t>
      </w:r>
    </w:p>
    <w:p>
      <w:r>
        <w:rPr>
          <w:b/>
        </w:rPr>
        <w:t xml:space="preserve">[20:34] </w:t>
      </w:r>
      <w:r>
        <w:t>to main samajhta hoon ke aaj kal zamane mein musalman jo kuch kar rahe hain, unhein pata hi nahi ke law of nature kya hai.</w:t>
      </w:r>
    </w:p>
    <w:p>
      <w:pPr>
        <w:jc w:val="right"/>
      </w:pPr>
      <w:r>
        <w:t>تو میں سمجھتا ہوں کہ آج کل زمانے میں مسلمان جو کچھ کر رہے ہیں، انہیں پتہ ہی نہیں کہ لاء آف نیچر کیا ہے۔</w:t>
      </w:r>
    </w:p>
    <w:p>
      <w:r>
        <w:rPr>
          <w:b/>
        </w:rPr>
        <w:t xml:space="preserve">[20:43] </w:t>
      </w:r>
      <w:r>
        <w:t>aap apne mind mein jo hai, usi ke mutabiq woh ek ek ek shuru kar dete hain. aap ka advancement jo hai, apni khwahish par agar hoga to us ki koi value nahi hai, koi value nahi hai.</w:t>
      </w:r>
    </w:p>
    <w:p>
      <w:pPr>
        <w:jc w:val="right"/>
      </w:pPr>
      <w:r>
        <w:t>آپ اپنے مائنڈ میں جو ہے، اسی کے مطابق وہ ایک ایک ایک شروع کر دیتے ہیں۔ آپ کا ایڈوانسمنٹ جو ہے، اپنی خواہش پر اگر ہوگا تو اس کی کوئی ولو نہیں ہے، کوئی ولو نہیں ہے۔</w:t>
      </w:r>
    </w:p>
    <w:p>
      <w:r>
        <w:rPr>
          <w:b/>
        </w:rPr>
        <w:t xml:space="preserve">[20:57] </w:t>
      </w:r>
      <w:r>
        <w:t>aap ka advancement, aap ki planning, aap ki activities sirf apni khwahish par ho rahi ho to us ka koi faida nahi.</w:t>
      </w:r>
    </w:p>
    <w:p>
      <w:pPr>
        <w:jc w:val="right"/>
      </w:pPr>
      <w:r>
        <w:t>آپ کا ایڈوانسمنٹ، آپ کی پلاننگ، آپ کی ایکٹیویٹیز صرف اپنی خواہش پر ہو رہی ہو تو اس کا کوئی فائدہ نہیں۔</w:t>
      </w:r>
    </w:p>
    <w:p>
      <w:r>
        <w:rPr>
          <w:b/>
        </w:rPr>
        <w:t xml:space="preserve">[21:08] </w:t>
      </w:r>
      <w:r>
        <w:t>woh jo creator ki jo us ke aap things hain, us ke mutabiq hogi, tab kamyabi hogi. yeh maamla ek farq hai ke allah rasool allah sallallahu alaihi wasallam ko thodi muddat mein kamyabi hogi.</w:t>
      </w:r>
    </w:p>
    <w:p>
      <w:pPr>
        <w:jc w:val="right"/>
      </w:pPr>
      <w:r>
        <w:t>وہ جو کریٹر کی جو اس کے آپ تھنگز ہیں، اس کے مطابق ہوگی، تب کامیابی ہوگی۔ یہ معاملہ ایک فرق ہے کہ اللہ رسول اللہ صلی اللہ علیہ وسلم کو تھوڑی مدت میں کامیابی ہوگی۔</w:t>
      </w:r>
    </w:p>
    <w:p>
      <w:r>
        <w:rPr>
          <w:b/>
        </w:rPr>
        <w:t xml:space="preserve">[21:23] </w:t>
      </w:r>
      <w:r>
        <w:t>aaj ke musalman do sau saal, do sau saal se lad rahe hain, koi kamyabi nahi. yeh hai maamla.</w:t>
      </w:r>
    </w:p>
    <w:p>
      <w:pPr>
        <w:jc w:val="right"/>
      </w:pPr>
      <w:r>
        <w:t>آج کے مسلمان دو سو سال، دو سو سال سے لڑ رہے ہیں، کوئی کامیابی نہیں۔ یہ ہے معاملہ۔</w:t>
      </w:r>
    </w:p>
    <w:p>
      <w:r>
        <w:rPr>
          <w:b/>
        </w:rPr>
        <w:t xml:space="preserve">[21:33] </w:t>
      </w:r>
      <w:r>
        <w:t>maulana sahib, i would want to narrate an incident in prophet's life when he had gone to visit one of his companion who had fallen sick.</w:t>
      </w:r>
    </w:p>
    <w:p>
      <w:pPr>
        <w:jc w:val="right"/>
      </w:pPr>
      <w:r>
        <w:t>مولانا صاحب، آئی وڈ وانٹ ٹو نیریٹ این انسیڈنٹ ان پرافٹس لائف وین ہی ہیڈ گون ٹو وزٹ ون آف ہز کمپینین ہو ہیڈ فالن سک۔</w:t>
      </w:r>
    </w:p>
    <w:p>
      <w:r>
        <w:rPr>
          <w:b/>
        </w:rPr>
        <w:t xml:space="preserve">[21:43] </w:t>
      </w:r>
      <w:r>
        <w:t>and prophet, when he visited him, he said: "don't worry, this will serve as your purification, your self purification." the question is that: "how can disease serve as a self purification event?" what would you say to that?</w:t>
      </w:r>
    </w:p>
    <w:p>
      <w:pPr>
        <w:jc w:val="right"/>
      </w:pPr>
      <w:r>
        <w:t>اینڈ پرافٹ، وین ہی وزٹڈ ہم، ہی سیڈ: "ڈونٹ وری، دس ول سرو ایز یور پیوریفیکیشن، یور سیلف پیوریفیکیشن۔" دا کوئسچن از دیٹ: "ہاؤ کین ڈیزیز سرو ایز ا سیلف پیوریفیکیشن ایونٹ؟" واٹ وڈ یو سی ٹو دیٹ؟</w:t>
      </w:r>
    </w:p>
    <w:p>
      <w:r>
        <w:rPr>
          <w:b/>
        </w:rPr>
        <w:t xml:space="preserve">[22:02] </w:t>
      </w:r>
      <w:r>
        <w:t>dekhiye, yeh wisdom ki baat hai. agar ek aadmi beemar hai to bimari to ek woh ek physical problem hai.</w:t>
      </w:r>
    </w:p>
    <w:p>
      <w:pPr>
        <w:jc w:val="right"/>
      </w:pPr>
      <w:r>
        <w:t>دیکھیے، یہ وزڈم کی بات ہے۔ اگر ایک آدمی بیمار ہے تو بیماری تو ایک وہ ایک فزیکل پرابلم ہے۔</w:t>
      </w:r>
    </w:p>
    <w:p>
      <w:r>
        <w:rPr>
          <w:b/>
        </w:rPr>
        <w:t xml:space="preserve">[22:13] </w:t>
      </w:r>
      <w:r>
        <w:t>physical problem to us ko hum jab worry karein to hum ne us ko mental problem bana liya, double kar liya us ko.</w:t>
      </w:r>
    </w:p>
    <w:p>
      <w:pPr>
        <w:jc w:val="right"/>
      </w:pPr>
      <w:r>
        <w:t>فزیکل پرابلم تو اس کو ہم جب وری کریں تو ہم نے اس کو مینٹل پرابلم بنا لیا، ڈبل کر لیا اس کو۔</w:t>
      </w:r>
    </w:p>
    <w:p>
      <w:r>
        <w:rPr>
          <w:b/>
        </w:rPr>
        <w:t xml:space="preserve">[22:24] </w:t>
      </w:r>
      <w:r>
        <w:t>physical problem ka ilaaj hai, us ka ilaaj kijiye, doctor ko bulaiye. to physical problem ko physical problem ke hadd par rakhiye.</w:t>
      </w:r>
    </w:p>
    <w:p>
      <w:pPr>
        <w:jc w:val="right"/>
      </w:pPr>
      <w:r>
        <w:t>فزیکل پرابلم کا علاج ہے، اس کا علاج کیجئے، ڈاکٹر کو بلائیے۔ تو فزیکل پرابلم کو فزیکل پرابلم کے حد پر رکھیے۔</w:t>
      </w:r>
    </w:p>
    <w:p>
      <w:r>
        <w:rPr>
          <w:b/>
        </w:rPr>
        <w:t xml:space="preserve">[22:34] </w:t>
      </w:r>
      <w:r>
        <w:t>agar us par le kar ke aap pareshan hon, tension hon, worry karein to us ka matlab hai ke aap ne double kar liya us ko. yani physical problem ko mental problem bana liya.</w:t>
      </w:r>
    </w:p>
    <w:p>
      <w:pPr>
        <w:jc w:val="right"/>
      </w:pPr>
      <w:r>
        <w:t>اگر اس پر لے کر کے آپ پریشان ہوں، ٹینشن ہوں، وری کریں تو اس کا معنی ہے کہ آپ نے ڈبل کر لیا اس کو۔ یعنی فزیکل پرابلم کو مینٹل پرابلم بنا لیا۔</w:t>
      </w:r>
    </w:p>
    <w:p>
      <w:r>
        <w:rPr>
          <w:b/>
        </w:rPr>
        <w:t xml:space="preserve">[22:46] </w:t>
      </w:r>
      <w:r>
        <w:t>to rasool allah ka jo hoti thi, woh naseehat woh yeh hoti thi ke jo tum ko bimari hui hai, woh to ek law of nature ke mutabiq ek physical problem tum ko pesh aa raha hai.</w:t>
      </w:r>
    </w:p>
    <w:p>
      <w:pPr>
        <w:jc w:val="right"/>
      </w:pPr>
      <w:r>
        <w:t>تو رسول اللہ کا جو ہوتی تھی، وہ نصیحت وہ یہ ہوتی تھی کہ جو تم کو بیماری ہوئی ہے، وہ تو ایک لاء آف نیچر کے مطابق ایک فزیکل پرابلم تم کو پیش آ رہا ہے۔</w:t>
      </w:r>
    </w:p>
    <w:p>
      <w:r>
        <w:rPr>
          <w:b/>
        </w:rPr>
        <w:t xml:space="preserve">[23:00] </w:t>
      </w:r>
      <w:r>
        <w:t>to apne mind ko kyon involve karo? is mein mind ko is alag alag rakho taake mind tum mehfooz raho, tum positive thinking kar sako.</w:t>
      </w:r>
    </w:p>
    <w:p>
      <w:pPr>
        <w:jc w:val="right"/>
      </w:pPr>
      <w:r>
        <w:t>تو اپنے مائنڈ کو کیوں انوالو کرو؟ اس میں مائنڈ کو اس الگ الگ رکھو تاکہ مائنڈ تم محفوظ رہے، تم پازیٹیو تھنکنگ کر سکو۔</w:t>
      </w:r>
    </w:p>
    <w:p>
      <w:r>
        <w:rPr>
          <w:b/>
        </w:rPr>
        <w:t xml:space="preserve">[23:11] </w:t>
      </w:r>
      <w:r>
        <w:t>woh tumhara mind jo hai, woh aisa na ho ke kal tension mein phans kar ke kuch sochne ke qabil na rahe.</w:t>
      </w:r>
    </w:p>
    <w:p>
      <w:pPr>
        <w:jc w:val="right"/>
      </w:pPr>
      <w:r>
        <w:t>وہ تمہارا مائنڈ جو ہے، وہ ایسا نہ ہو کہ کل ٹینشن میں پھنس کر کے کچھ سوچنے کے قابل نہ رہے۔</w:t>
      </w:r>
    </w:p>
    <w:p>
      <w:r>
        <w:rPr>
          <w:b/>
        </w:rPr>
        <w:t xml:space="preserve">[23:21] </w:t>
      </w:r>
      <w:r>
        <w:t>to yeh jo advice hoti thi rasool Allah sal Allah alaihi wasallam ki, woh bohat hi wisdom is ke andar hai ke apne problem ko barhao mat.</w:t>
      </w:r>
    </w:p>
    <w:p>
      <w:pPr>
        <w:jc w:val="right"/>
      </w:pPr>
      <w:r>
        <w:t>تو یہ جو ایڈوائس ہوتی تھی رسول اللہ صلی اللہ علیہ وسلم کی، وہ بہت ہی وزڈم اس کے اندر ہے کہ اپنے پرابلم کو بڑھاؤ مت۔</w:t>
      </w:r>
    </w:p>
    <w:p>
      <w:r>
        <w:rPr>
          <w:b/>
        </w:rPr>
        <w:t xml:space="preserve">[23:33] </w:t>
      </w:r>
      <w:r>
        <w:t>is ko isi darje break karo jitna ke hai woh. yani physical problem ko jab aap mental problem bana lenge to aap ne barha diya is ko.</w:t>
      </w:r>
    </w:p>
    <w:p>
      <w:pPr>
        <w:jc w:val="right"/>
      </w:pPr>
      <w:r>
        <w:t>اس کو اسی درجے بریک کرو جتنا کہ ہے وہ۔ یعنی فزیکل پرابلم کو جب آپ مینٹل پرابلم بنا لیں گے تو آپ نے بڑھا دیا اس کو۔</w:t>
      </w:r>
    </w:p>
    <w:p>
      <w:r>
        <w:rPr>
          <w:b/>
        </w:rPr>
        <w:t xml:space="preserve">[23:43] </w:t>
      </w:r>
      <w:r>
        <w:t>to tension ho gaya, stress ho gaya, yeh sab ho jayega. to physical problem ko barha kar ke is ko stress mat barhao, tension mat barhao.</w:t>
      </w:r>
    </w:p>
    <w:p>
      <w:pPr>
        <w:jc w:val="right"/>
      </w:pPr>
      <w:r>
        <w:t>تو ٹینشن ہو گیا، اسٹریس ہو گیا، یہ سب ہو جائے گا۔ تو فزیکل پرابلم کو بڑھا کر کے اس کو اسٹریس مت بڑھاؤ، ٹینشن مت بڑھاؤ۔</w:t>
      </w:r>
    </w:p>
    <w:p>
      <w:r>
        <w:rPr>
          <w:b/>
        </w:rPr>
        <w:t xml:space="preserve">[23:56] </w:t>
      </w:r>
      <w:r>
        <w:t>to main samajhta hoon ke bohat hi zabardast yeh teaching hai. aur yeh</w:t>
      </w:r>
    </w:p>
    <w:p>
      <w:pPr>
        <w:jc w:val="right"/>
      </w:pPr>
      <w:r>
        <w:t>تو میں سمجھتا ہوں کہ بہت ہی زبردست یہ ٹیچنگ ہے۔ اور یہ</w:t>
      </w:r>
    </w:p>
    <w:p>
      <w:r>
        <w:rPr>
          <w:b/>
        </w:rPr>
        <w:t xml:space="preserve">[24:06] </w:t>
      </w:r>
      <w:r>
        <w:t>insan to bahar is duniya mein bimari bhi aayegi, maut bhi aayegi, woh to har insan ke sath hona hi hona hai. to is ko aap yeh yeh socho agar ke "take it easy,</w:t>
      </w:r>
    </w:p>
    <w:p>
      <w:pPr>
        <w:jc w:val="right"/>
      </w:pPr>
      <w:r>
        <w:t>انسان تو باہر اس دنیا میں بیماری بھی آئے گی، موت بھی آئے گی، وہ تو ہر انسان کے ساتھ ہونا ہی ہونا ہے۔ تو اس کو آپ یہ یہ سوچیں اگر کہ "ٹیک اٹ ایزی،</w:t>
      </w:r>
    </w:p>
    <w:p>
      <w:r>
        <w:rPr>
          <w:b/>
        </w:rPr>
        <w:t xml:space="preserve">[24:23] </w:t>
      </w:r>
      <w:r>
        <w:t>take it easy" to "take it easy" agar karenge aap to aap ne mind ko bacha liya. yani physical problem to tha lekin mind ko problem mein dalne se bacha liya aap ne.</w:t>
      </w:r>
    </w:p>
    <w:p>
      <w:pPr>
        <w:jc w:val="right"/>
      </w:pPr>
      <w:r>
        <w:t>ٹیک اٹ ایزی" تو "ٹیک اٹ ایزی" اگر کریں گے آپ تو آپ نے مائنڈ کو بچا لیا۔ یعنی فزیکل پرابلم تو تھا لیکن مائنڈ کو پرابلم میں ڈالنے سے بچا لیا آپ نے۔</w:t>
      </w:r>
    </w:p>
    <w:p>
      <w:r>
        <w:rPr>
          <w:b/>
        </w:rPr>
        <w:t xml:space="preserve">[24:39] </w:t>
      </w:r>
      <w:r>
        <w:t>to main samajhta hoon ke rasool Allah kehne ka matlab yeh tha ke "take it easy". yeh to according to law of nature ho raha hai. to tum is ke liye apne ko tension kyon paida karo?</w:t>
      </w:r>
    </w:p>
    <w:p>
      <w:pPr>
        <w:jc w:val="right"/>
      </w:pPr>
      <w:r>
        <w:t>تو میں سمجھتا ہوں کہ رسول اللہ کہنے کا مطلب یہ تھا کہ "ٹیک اٹ ایزی"۔ یہ تو اکارڈنگ ٹو لاء آف نیچر ہو رہا ہے۔ تو تم اس کے لیے اپنے کو ٹینشن کیوں پیدا کرو؟</w:t>
      </w:r>
    </w:p>
    <w:p>
      <w:r>
        <w:rPr>
          <w:b/>
        </w:rPr>
        <w:t xml:space="preserve">[24:53] </w:t>
      </w:r>
      <w:r>
        <w:t>molana sahib, talking about purification, prophet of Islam is reported to have said that the people of paradise would have hearts like the hearts of birds.</w:t>
      </w:r>
    </w:p>
    <w:p>
      <w:pPr>
        <w:jc w:val="right"/>
      </w:pPr>
      <w:r>
        <w:t>مولانا صاحب، ٹاکنگ اباؤٹ پیوریفیکیشن، پرافٹ آف اسلام از رپورٹڈ ٹو ہیو سیڈ دیٹ دا پیپل آف پیراڈائز وڈ ہیو ہارٹس لائک دی ہارٹس آف برڈز۔</w:t>
      </w:r>
    </w:p>
    <w:p>
      <w:r>
        <w:rPr>
          <w:b/>
        </w:rPr>
        <w:t xml:space="preserve">[25:06] </w:t>
      </w:r>
      <w:r>
        <w:t>what lesson is it for all of us? that how should we lead a life in this world?</w:t>
      </w:r>
    </w:p>
    <w:p>
      <w:pPr>
        <w:jc w:val="right"/>
      </w:pPr>
      <w:r>
        <w:t>واٹ لیسن از اٹ فار آل آف اس؟ دیٹ ہاؤ شوڈ وی لیڈ ا لائف ان دس ورلڈ؟</w:t>
      </w:r>
    </w:p>
    <w:p>
      <w:r>
        <w:rPr>
          <w:b/>
        </w:rPr>
        <w:t xml:space="preserve">[25:16] </w:t>
      </w:r>
      <w:r>
        <w:t>aaj subah main yahan bahar baitha, yani mera routine hai ke bahar baithta hoon bilkul sawere. to ek dam sannata tha, gaadi bhi nahi chal rahi thi road par.</w:t>
      </w:r>
    </w:p>
    <w:p>
      <w:pPr>
        <w:jc w:val="right"/>
      </w:pPr>
      <w:r>
        <w:t>آج صبح میں یہاں باہر بیٹھا، یعنی میرا روٹین ہے کہ باہر بیٹھتا ہوں بالکل سویرے۔ تو ایک دم سناٹا تھا، گاڑی بھی نہیں چل رہی تھی روڈ پر۔</w:t>
      </w:r>
    </w:p>
    <w:p>
      <w:r>
        <w:rPr>
          <w:b/>
        </w:rPr>
        <w:t xml:space="preserve">[25:29] </w:t>
      </w:r>
      <w:r>
        <w:t>to sirf ek chidiya bol rahi thi darakht ke upar, sirf ek chidiya. phir baad ko dheere dheere aur aawazein aaein. to main ne socha ke dekhiye, is chidiya ko is se koi matlab nahi hai ke road khali hai, ke road par rush hai aur duniya bhar ke masail se matlab nahi.</w:t>
      </w:r>
    </w:p>
    <w:p>
      <w:pPr>
        <w:jc w:val="right"/>
      </w:pPr>
      <w:r>
        <w:t>تو صرف ایک چڑیا بول رہی تھی درخت کے اوپر، صرف ایک چڑیا۔ پھر بعد کو دھیرے دھیرے اور آوازیں آئیں۔ تو میں نے سوچا کہ دیکھیے، اس چڑیا کو اس سے کوئی مطلب نہیں ہے کہ روڈ خالی ہے، کہ روڈ پر رش ہے اور دنیا بھر کے مسائل سے مطلب نہیں۔</w:t>
      </w:r>
    </w:p>
    <w:p>
      <w:r>
        <w:rPr>
          <w:b/>
        </w:rPr>
        <w:t xml:space="preserve">[25:50] </w:t>
      </w:r>
      <w:r>
        <w:t>koi woh har masle masle se upar uth kar ke woh upar chhat, upar yani darakht ke upar baithi hui hai aur wahan par woh woh naghma ga rahi hai apna.</w:t>
      </w:r>
    </w:p>
    <w:p>
      <w:pPr>
        <w:jc w:val="right"/>
      </w:pPr>
      <w:r>
        <w:t>کوئی وہ ہر مسئلے مسئلے سے اوپر اٹھ کر کے وہ اوپر چھت، اوپر یعنی درخت کے اوپر بیٹھی ہوئی ہے اور وہاں پر وہ وہ ناغمہ گا رہی ہے اپنا۔</w:t>
      </w:r>
    </w:p>
    <w:p>
      <w:r>
        <w:rPr>
          <w:b/>
        </w:rPr>
        <w:t xml:space="preserve">[26:06] </w:t>
      </w:r>
      <w:r>
        <w:t>to main samajhta hoon ke is hadith ka matlab yeh hai ke ahle jannat wale woh log honge jo bird culture ko ikhtiyar karen.</w:t>
      </w:r>
    </w:p>
    <w:p>
      <w:pPr>
        <w:jc w:val="right"/>
      </w:pPr>
      <w:r>
        <w:t>تو میں سمجھتا ہوں کہ اس حدیث کا مطلب یہ ہے کہ اہل جنت والے وہ لوگ ہوں گے جو برڈ کلچر کو اختیار کریں۔</w:t>
      </w:r>
    </w:p>
    <w:p>
      <w:r>
        <w:rPr>
          <w:b/>
        </w:rPr>
        <w:t xml:space="preserve">[26:15] </w:t>
      </w:r>
      <w:r>
        <w:t>ke bird culture jo hai, kya hai? sare doosre jo problem hain, is se apne ko alag kar ke zindagi guzarna.</w:t>
      </w:r>
    </w:p>
    <w:p>
      <w:pPr>
        <w:jc w:val="right"/>
      </w:pPr>
      <w:r>
        <w:t>کہ برڈ کلچر جو ہے، کیا ہے؟ سارے دوسرے جو پرابلم ہیں، اس سے اپنے کو الگ کر کے زندگی گزارنا۔</w:t>
      </w:r>
    </w:p>
    <w:p>
      <w:r>
        <w:rPr>
          <w:b/>
        </w:rPr>
        <w:t xml:space="preserve">[26:26] </w:t>
      </w:r>
      <w:r>
        <w:t>to hota kya hai ke is duniya mein insan ko freedom mila hua, har insan ko freedom ki wajah se masail paida hote hain.</w:t>
      </w:r>
    </w:p>
    <w:p>
      <w:pPr>
        <w:jc w:val="right"/>
      </w:pPr>
      <w:r>
        <w:t>تو ہوتا کیا ہے کہ اس دنیا میں انسان کو فریڈم ملا ہوا، ہر انسان کو فریڈم کی وجہ سے مسائل پیدا ہوتے ہیں۔</w:t>
      </w:r>
    </w:p>
    <w:p>
      <w:r>
        <w:rPr>
          <w:b/>
        </w:rPr>
        <w:t xml:space="preserve">[26:36] </w:t>
      </w:r>
      <w:r>
        <w:t>to yeh bilkul "it is bird natural". to aap chidiya ki manind ban jaiye, upar uth kar ji. jis ko kehte hain "big bird thinking".</w:t>
      </w:r>
    </w:p>
    <w:p>
      <w:pPr>
        <w:jc w:val="right"/>
      </w:pPr>
      <w:r>
        <w:t>تو یہ بالکل "اٹ از برڈ نیچرل"۔ تو آپ چڑیا کی مانت بن جائیے، اوپر اٹھ کر جی۔ جس کو کہتے ہیں "بگ برڈ تھنکنگ"۔</w:t>
      </w:r>
    </w:p>
    <w:p>
      <w:r>
        <w:rPr>
          <w:b/>
        </w:rPr>
        <w:t xml:space="preserve">[26:47] </w:t>
      </w:r>
      <w:r>
        <w:t>is ke liye main ek term banaya hai "big bird thinking" ke big bird jo hai, woh uth jati hai upar masail se.</w:t>
      </w:r>
    </w:p>
    <w:p>
      <w:pPr>
        <w:jc w:val="right"/>
      </w:pPr>
      <w:r>
        <w:t>اس کے لیے میں ایک ٹرم بنایا ہے "بگ برڈ تھنکنگ" کہ بگ برڈ جو ہے، وہ اٹھ جاتی ہے اوپر مسائل سے۔</w:t>
      </w:r>
    </w:p>
    <w:p>
      <w:r>
        <w:rPr>
          <w:b/>
        </w:rPr>
        <w:t xml:space="preserve">[26:57] </w:t>
      </w:r>
      <w:r>
        <w:t>upar is ki soch jo hai, masail se upar hoti hai. to is hadith ka matlab hai ke big bird fikr bano.</w:t>
      </w:r>
    </w:p>
    <w:p>
      <w:pPr>
        <w:jc w:val="right"/>
      </w:pPr>
      <w:r>
        <w:t>اوپر اس کی سوچ جو ہے، مسائل سے اوپر ہوتی ہے۔ تو اس حدیث کا مطلب ہے کہ بگ برڈ فکر بنو۔</w:t>
      </w:r>
    </w:p>
    <w:p>
      <w:r>
        <w:rPr>
          <w:b/>
        </w:rPr>
        <w:t xml:space="preserve">[27:08] </w:t>
      </w:r>
      <w:r>
        <w:t>jaise jahaz jab chaar hazar foot ki bulandi par urta hai to us ko duniya se koi matlab nahi. aap is mein baithe hon to aap ko kuch dikhai nahi dega, kuch bhi nahi.</w:t>
      </w:r>
    </w:p>
    <w:p>
      <w:pPr>
        <w:jc w:val="right"/>
      </w:pPr>
      <w:r>
        <w:t>جیسے جہاز جب چار ہزار فٹ کی بلندی پر اڑتا ہے تو اس کو دنیا سے کوئی مطلب نہیں۔ آپ اس میں بیٹھے ہوں تو آپ کو کچھ دکھائی نہیں دے گا، کچھ بھی نہیں۔</w:t>
      </w:r>
    </w:p>
    <w:p>
      <w:r>
        <w:rPr>
          <w:b/>
        </w:rPr>
        <w:t xml:space="preserve">[27:20] </w:t>
      </w:r>
      <w:r>
        <w:t>to is hadith ka matlab hai ke agar tum chahte ho jannat mein jana to big bird thinking bano, big bird thinker bano.</w:t>
      </w:r>
    </w:p>
    <w:p>
      <w:pPr>
        <w:jc w:val="right"/>
      </w:pPr>
      <w:r>
        <w:t>تو اس حدیث کا مطلب ہے کہ اگر تم چاہتے ہو جنت میں جانا تو بگ برڈ تھنکنگ بنو، بگ برڈ تھنکر بنو۔</w:t>
      </w:r>
    </w:p>
    <w:p>
      <w:r>
        <w:rPr>
          <w:b/>
        </w:rPr>
        <w:t xml:space="preserve">[27:33] </w:t>
      </w:r>
      <w:r>
        <w:t>to kya hoga? tum tension free ho jaoge aur tumhara focus jo hai, sara ka sara akhirat pe chala jayega, Allah pe chala jayega, jannat pe chala jayega.</w:t>
      </w:r>
    </w:p>
    <w:p>
      <w:pPr>
        <w:jc w:val="right"/>
      </w:pPr>
      <w:r>
        <w:t>تو کیا ہوگا؟ تم ٹینشن فری ہو جاؤ گے اور تمہارا فوکس جو ہے، سارا کا سارا آخرت پہ چلا جائے گا، اللہ پہ چلا جائے گا، جنت پہ چلا جائے گا۔</w:t>
      </w:r>
    </w:p>
    <w:p>
      <w:r>
        <w:rPr>
          <w:b/>
        </w:rPr>
        <w:t xml:space="preserve">[27:46] </w:t>
      </w:r>
      <w:r>
        <w:t>focus to bird ka koi doosra focus hi nahi hai, woh naghma ga rahi hai, bas isi mein us ko us ki us ki soch chalti hai.</w:t>
      </w:r>
    </w:p>
    <w:p>
      <w:pPr>
        <w:jc w:val="right"/>
      </w:pPr>
      <w:r>
        <w:t>فوکس تو برڈ کا کوئی دوسرا فوکس ہی نہیں ہے، وہ ناغمہ گا رہی ہے، بس اسی میں اس کو اس کی اس کی سوچ چلتی ہے۔</w:t>
      </w:r>
    </w:p>
    <w:p>
      <w:r>
        <w:rPr>
          <w:b/>
        </w:rPr>
        <w:t xml:space="preserve">[28:00] </w:t>
      </w:r>
      <w:r>
        <w:t>kisi aur cheez par focus is ka nahi hai. to insan ko chahiye ke agar woh chahta hai jannat mein jana to kisi aur cheez par focus na lagaye, sirf jannat pe focus, Khuda par focus, akhirat par focus.</w:t>
      </w:r>
    </w:p>
    <w:p>
      <w:pPr>
        <w:jc w:val="right"/>
      </w:pPr>
      <w:r>
        <w:t>کسی اور چیز پر فوکس اس کا نہیں ہے۔ تو انسان کو چاہیے کہ اگر وہ چاہتا ہے جنت میں جانا تو کسی اور چیز پر فوکس نہ لگائے، صرف جنت پہ فوکس، خدا پر فوکس، آخرت پر فوکس۔</w:t>
      </w:r>
    </w:p>
    <w:p>
      <w:r>
        <w:rPr>
          <w:b/>
        </w:rPr>
        <w:t xml:space="preserve">[28:15] </w:t>
      </w:r>
      <w:r>
        <w:t>tab woh is ka, tab is ka to woh personality develop kare gi. jo personality matlab chahiye jannat ke liye, woh ban ban paye gi.</w:t>
      </w:r>
    </w:p>
    <w:p>
      <w:pPr>
        <w:jc w:val="right"/>
      </w:pPr>
      <w:r>
        <w:t>تب وہ اس کا، تب اس کا تو وہ پرسنیلٹی ڈیولپ کرے گی۔ جو پرسنیلٹی مطلب چاہیے جنت کے لیے، وہ بن بن پائے گی۔</w:t>
      </w:r>
    </w:p>
    <w:p>
      <w:r>
        <w:rPr>
          <w:b/>
        </w:rPr>
        <w:t xml:space="preserve">[28:26] </w:t>
      </w:r>
      <w:r>
        <w:t>to aadmi jannat jannat mein jaye ga. to ek wisdom ki baat hai, bohat bari wisdom ki baat hai yeh. to jo aadmi is wisdom ko ikhtiyar kare ga to woh apne aap ko jannat mein entry ka qabil banaye ga, qabil.</w:t>
      </w:r>
    </w:p>
    <w:p>
      <w:pPr>
        <w:jc w:val="right"/>
      </w:pPr>
      <w:r>
        <w:t>تو آدمی جنت جنت میں جائے گا۔ تو ایک وزڈم کی بات ہے، بہت بڑی وزڈم کی بات ہے یہ۔ تو جو آدمی اس وزڈم کو اختیار کرے گا تو وہ اپنے آپ کو جنت میں انٹری کا قابل بنائے گا، قابل۔</w:t>
      </w:r>
    </w:p>
    <w:p>
      <w:r>
        <w:rPr>
          <w:b/>
        </w:rPr>
        <w:t xml:space="preserve">[28:49] </w:t>
      </w:r>
      <w:r>
        <w:t>Maulana Sahib, I also remember in one of your talk that you said that birds are complex free. So become complex free.</w:t>
      </w:r>
    </w:p>
    <w:p>
      <w:pPr>
        <w:jc w:val="right"/>
      </w:pPr>
      <w:r>
        <w:t>مولانا صاحب، آئی السو ریممبر ان ون آف یور ٹاک کہ یو سیڈ دیٹ برڈز آر کمپلیکس فری۔ سو بیکم کمپلیکس فری۔</w:t>
      </w:r>
    </w:p>
    <w:p>
      <w:r>
        <w:rPr>
          <w:b/>
        </w:rPr>
        <w:t xml:space="preserve">[28:58] </w:t>
      </w:r>
      <w:r>
        <w:t>so that is another thing to what you said, like be a big, be a thinker, like a like a big bird thinker. molana, there is another hadith that is very famously quoted, which says: "blessed is he whose speech is the remembrance of god, whose silence is reflection and whose observation is a lesson." molana sahib, can you explain this hadith?</w:t>
      </w:r>
    </w:p>
    <w:p>
      <w:pPr>
        <w:jc w:val="right"/>
      </w:pPr>
      <w:r>
        <w:t>سو دیٹ از انادر تھنگ ٹو واٹ یو سیڈ، لائک بی ا بگ، بی ا تھنکر، لائک ا لائک ا بگ برڈ تھنکر۔ مولانا، دیر از انادر حدیث دیٹ از ویری فیمسلی کوٹڈ، وچ سیز: "بلیسڈ از ہی ہوسپیچ از دی ریممبرنس آف گاڈ، ہوس سائلنس از ریفلیکشن اینڈ ہوس ابزرویشن از ا لیسن۔" مولانا صاحب، کین یو ایکسپلین دس حدیث؟</w:t>
      </w:r>
    </w:p>
    <w:p>
      <w:r>
        <w:rPr>
          <w:b/>
        </w:rPr>
        <w:t xml:space="preserve">[29:25] </w:t>
      </w:r>
      <w:r>
        <w:t>haan, yeh teeno cheezein harkat bhi ek hi cheez ka manifestation hai. yani jab aap ko Allah ki discovery hoti hai,</w:t>
      </w:r>
    </w:p>
    <w:p>
      <w:pPr>
        <w:jc w:val="right"/>
      </w:pPr>
      <w:r>
        <w:t>ہاں، یہ تینوں چیزیں حرکت بھی ایک ہی چیز کا مینیفیسٹیشن ہے۔ یعنی جب آپ کو اللہ کی ڈسکوری ہوتی ہے،</w:t>
      </w:r>
    </w:p>
    <w:p>
      <w:r>
        <w:rPr>
          <w:b/>
        </w:rPr>
        <w:t xml:space="preserve">[29:39] </w:t>
      </w:r>
      <w:r>
        <w:t>yani to marifat, to marifat ke yeh teen manifestation hain. jab aap ko Allah ki marifat hoti hai to ek personality aap ke andar emerge karti hai.</w:t>
      </w:r>
    </w:p>
    <w:p>
      <w:pPr>
        <w:jc w:val="right"/>
      </w:pPr>
      <w:r>
        <w:t>یعنی تو معرفت، تو معرفت کے یہ تین مینیفیسٹیشن ہیں۔ جب آپ کو اللہ کی معرفت ہوتی ہے تو ایک پرسنیلٹی آپ کے اندر ایمرج کرتی ہے۔</w:t>
      </w:r>
    </w:p>
    <w:p>
      <w:r>
        <w:rPr>
          <w:b/>
        </w:rPr>
        <w:t xml:space="preserve">[29:53] </w:t>
      </w:r>
      <w:r>
        <w:t>is ke andar yeh teeno sifatein aati hain, apne aap paida hoti hain. yeh teeno parhein phir se: "teeno</w:t>
      </w:r>
    </w:p>
    <w:p>
      <w:pPr>
        <w:jc w:val="right"/>
      </w:pPr>
      <w:r>
        <w:t>اس کے اندر یہ تینوں صفتیں آتی ہیں، اپنے آپ پیدا ہوتی ہیں۔ یہ تینوں پڑھیں پھر سے: "تینوں</w:t>
      </w:r>
    </w:p>
    <w:p>
      <w:r>
        <w:rPr>
          <w:b/>
        </w:rPr>
        <w:t xml:space="preserve">[30:02] </w:t>
      </w:r>
      <w:r>
        <w:t>blessed is he whose speech is the remembrance of god, whose silence is reflection and whose observation is</w:t>
      </w:r>
    </w:p>
    <w:p>
      <w:pPr>
        <w:jc w:val="right"/>
      </w:pPr>
      <w:r>
        <w:t>بلیسڈ از ہی ہوسپیچ از دی ریممبرنس آف گاڈ، ہوس سائلنس از ریفلیکشن اینڈ ہوس ابزرویشن از</w:t>
      </w:r>
    </w:p>
    <w:p>
      <w:r>
        <w:rPr>
          <w:b/>
        </w:rPr>
        <w:t xml:space="preserve">[30:10] </w:t>
      </w:r>
      <w:r>
        <w:t>a lesson." haan, pehli cheez kya hai? Allah ko yaad karna. jab aap ko Allah ki marifat hogi to "it is but natural" ke aap Allah ko yaad karne wale ban jayenge.</w:t>
      </w:r>
    </w:p>
    <w:p>
      <w:pPr>
        <w:jc w:val="right"/>
      </w:pPr>
      <w:r>
        <w:t>ا لیسن۔" ہاں، پہلی چیز کیا ہے؟ اللہ کو یاد کرنا۔ جب آپ کو اللہ کی معرفت ہوگی تو "اٹ از برڈ نیچرل" کہ آپ اللہ کو یاد کرنے والے بن جائیں گے۔</w:t>
      </w:r>
    </w:p>
    <w:p>
      <w:r>
        <w:rPr>
          <w:b/>
        </w:rPr>
        <w:t xml:space="preserve">[30:23] </w:t>
      </w:r>
      <w:r>
        <w:t>jis khuda ne itni bari universe banai aur us ko control kiye hue, us ko chala raha hai, us ko aap discover karenge. to isi tarah marifat hai.</w:t>
      </w:r>
    </w:p>
    <w:p>
      <w:pPr>
        <w:jc w:val="right"/>
      </w:pPr>
      <w:r>
        <w:t>جس خدا نے اتنی بڑی یونیورس بنائی اور اس کو کنٹرول کیے ہوئے، اس کو چلا رہا ہے، اس کو آپ ڈسکور کریں گے۔ تو اسی طرح معرفت ہے۔</w:t>
      </w:r>
    </w:p>
    <w:p>
      <w:r>
        <w:rPr>
          <w:b/>
        </w:rPr>
        <w:t xml:space="preserve">[30:33] </w:t>
      </w:r>
      <w:r>
        <w:t>to marifat jab aaye gi to aap ki to aap Allah ki yaad hi to rahe gi aur kya rahe gi? ab phir is ke baad kya hoga? aap jab chup honge to aap sochenge, sochenge kis baat par?</w:t>
      </w:r>
    </w:p>
    <w:p>
      <w:pPr>
        <w:jc w:val="right"/>
      </w:pPr>
      <w:r>
        <w:t>تو معرفت جب آئے گی تو آپ کی تو آپ اللہ کی یاد ہی تو رہے گی اور کیا رہے گی؟ اب پھر اس کے بعد کیا ہوگا؟ آپ جب چپ ہوں گے تو آپ سوچیں گے، سوچیں گے کس بات پر؟</w:t>
      </w:r>
    </w:p>
    <w:p>
      <w:r>
        <w:rPr>
          <w:b/>
        </w:rPr>
        <w:t xml:space="preserve">[30:46] </w:t>
      </w:r>
      <w:r>
        <w:t>reality par sochenge. to aap aap ka sochna jo hai, woh ban jayega yani God-oriented sochna.</w:t>
      </w:r>
    </w:p>
    <w:p>
      <w:pPr>
        <w:jc w:val="right"/>
      </w:pPr>
      <w:r>
        <w:t>ریلیٹی پر سوچیں گے۔ تو آپ آپ کا سوچنا جو ہے، وہ بن جائے گا یعنی گاڈ اورینٹڈ سوچنا۔</w:t>
      </w:r>
    </w:p>
    <w:p>
      <w:r>
        <w:rPr>
          <w:b/>
        </w:rPr>
        <w:t xml:space="preserve">[31:00] </w:t>
      </w:r>
      <w:r>
        <w:t>aise aap jo bahar jo dekhenge, aap to aap ko observation, woh ibret wala hoga, yani aap nasihat wala hoga.</w:t>
      </w:r>
    </w:p>
    <w:p>
      <w:pPr>
        <w:jc w:val="right"/>
      </w:pPr>
      <w:r>
        <w:t>ایسے آپ جو باہر جو دیکھیں گے، آپ تو آپ کو ابزرویشن، وہ عبرت والا ہوگا، یعنی آپ نصیحت والا ہوگا۔</w:t>
      </w:r>
    </w:p>
    <w:p>
      <w:r>
        <w:rPr>
          <w:b/>
        </w:rPr>
        <w:t xml:space="preserve">[31:10] </w:t>
      </w:r>
      <w:r>
        <w:t>jab jis cheez ko dekhenge, us se aap lesson draw draw karenge. jo jo dekhenge, aap us mein aap ko marifat ke jhalak dikhai padegi.</w:t>
      </w:r>
    </w:p>
    <w:p>
      <w:pPr>
        <w:jc w:val="right"/>
      </w:pPr>
      <w:r>
        <w:t>جب جس چیز کو دیکھیں گے، اس سے آپ لیسن ڈرا ڈرا کریں گے۔ جو جو دیکھیں گے، آپ اس میں آپ کو معرفت کے جھلک دکھائی پڑے گی۔</w:t>
      </w:r>
    </w:p>
    <w:p>
      <w:r>
        <w:rPr>
          <w:b/>
        </w:rPr>
        <w:t xml:space="preserve">[31:23] </w:t>
      </w:r>
      <w:r>
        <w:t>yeh matlab hai is ka.</w:t>
      </w:r>
    </w:p>
    <w:p>
      <w:pPr>
        <w:jc w:val="right"/>
      </w:pPr>
      <w:r>
        <w:t>یہ مطلب ہے اس کا۔</w:t>
      </w:r>
    </w:p>
    <w:p>
      <w:r>
        <w:rPr>
          <w:b/>
        </w:rPr>
        <w:t xml:space="preserve">[31:25] </w:t>
      </w:r>
      <w:r>
        <w:t>molana sahib, there is another hadith which says: "every matter is good for a believer." momin ke liye har mamle mein bhalai hai.</w:t>
      </w:r>
    </w:p>
    <w:p>
      <w:pPr>
        <w:jc w:val="right"/>
      </w:pPr>
      <w:r>
        <w:t>مولانا صاحب، دیر از انادر حدیث وچ سیز: "ایوری میٹر از گڈ فار ا بیلیور۔" مومن کے لیے ہر معاملے میں بھلائی ہے۔</w:t>
      </w:r>
    </w:p>
    <w:p>
      <w:r>
        <w:rPr>
          <w:b/>
        </w:rPr>
        <w:t xml:space="preserve">[31:37] </w:t>
      </w:r>
      <w:r>
        <w:t>can you please elaborate on this? molana sahib, bhalai is silsile mein hai. dekhiye, momin kaun hai? momin asal mein developed mind ka naam hai, developed mind aur awaken mind.</w:t>
      </w:r>
    </w:p>
    <w:p>
      <w:pPr>
        <w:jc w:val="right"/>
      </w:pPr>
      <w:r>
        <w:t>کین یو پلیز ایلیبریٹ ان دس؟ مولانا صاحب، بھلائی اس سلسلے میں ہے۔ دیکھیے، مومن کون ہے؟ مومن اصل میں ڈیولپڈ مائنڈ کا نام ہے، ڈیولپڈ مائنڈ اور اویکن مائنڈ۔</w:t>
      </w:r>
    </w:p>
    <w:p>
      <w:r>
        <w:rPr>
          <w:b/>
        </w:rPr>
        <w:t xml:space="preserve">[31:55] </w:t>
      </w:r>
      <w:r>
        <w:t>jo awaken mind ho, jo developed mind ho, jo to kya hota hai?</w:t>
      </w:r>
    </w:p>
    <w:p>
      <w:pPr>
        <w:jc w:val="right"/>
      </w:pPr>
      <w:r>
        <w:t>جو اویکن مائنڈ ہو، جو ڈیولپڈ مائنڈ ہو، جو تو کیا ہوتا ہے؟</w:t>
      </w:r>
    </w:p>
    <w:p>
      <w:r>
        <w:rPr>
          <w:b/>
        </w:rPr>
        <w:t xml:space="preserve">[32:04] </w:t>
      </w:r>
      <w:r>
        <w:t>is ke andar creativity aati hai. creativity</w:t>
      </w:r>
    </w:p>
    <w:p>
      <w:pPr>
        <w:jc w:val="right"/>
      </w:pPr>
      <w:r>
        <w:t>اس کے اندر کریٹیوٹی آتی ہے۔ کریٹیوٹی</w:t>
      </w:r>
    </w:p>
    <w:p>
      <w:r>
        <w:rPr>
          <w:b/>
        </w:rPr>
        <w:t xml:space="preserve">[32:11] </w:t>
      </w:r>
      <w:r>
        <w:t>jo aadmi ko marifat ho jaye Allah ki, to us ke andar zaroor aaye gi creativity. har har cheez mein aap ko positive item mile ga.</w:t>
      </w:r>
    </w:p>
    <w:p>
      <w:pPr>
        <w:jc w:val="right"/>
      </w:pPr>
      <w:r>
        <w:t>جو آدمی کو معرفت ہو جائے اللہ کی، تو اس کے اندر ضرور آئے گی کریٹیوٹی۔ ہر ہر چیز میں آپ کو پازیٹیو آئیٹم ملے گا۔</w:t>
      </w:r>
    </w:p>
    <w:p>
      <w:r>
        <w:rPr>
          <w:b/>
        </w:rPr>
        <w:t xml:space="preserve">[32:24] </w:t>
      </w:r>
      <w:r>
        <w:t>jab aap aise ban jayenge to kuch bhi jo dekhenge, aap ko jo experience aap ko hoga, har cheez mein aap ko positive item mile ga. har cheez mein positive item.</w:t>
      </w:r>
    </w:p>
    <w:p>
      <w:pPr>
        <w:jc w:val="right"/>
      </w:pPr>
      <w:r>
        <w:t>جب آپ ایسے بن جائیں گے تو کچھ بھی جو دیکھیں گے، آپ کو جو ایکسپیرینس آپ کو ہوگا، ہر چیز میں آپ کو پازیٹیو آئیٹم ملے گا۔ ہر چیز میں پازیٹیو آئیٹم۔</w:t>
      </w:r>
    </w:p>
    <w:p>
      <w:r>
        <w:rPr>
          <w:b/>
        </w:rPr>
        <w:t xml:space="preserve">[32:39] </w:t>
      </w:r>
      <w:r>
        <w:t>yeh bilkul "it is but natural" ke marifat hone ke baad aap ki negative thinking, negative thinking khatam ho jati hai.</w:t>
      </w:r>
    </w:p>
    <w:p>
      <w:pPr>
        <w:jc w:val="right"/>
      </w:pPr>
      <w:r>
        <w:t>یہ بالکل "اٹ از برڈ نیچرل" کہ معرفت ہونے کے بعد آپ کی نیگیٹیو تھنکنگ، نیگیٹیو تھنکنگ ختم ہو جاتی ہے۔</w:t>
      </w:r>
    </w:p>
    <w:p>
      <w:r>
        <w:rPr>
          <w:b/>
        </w:rPr>
        <w:t xml:space="preserve">[32:50] </w:t>
      </w:r>
      <w:r>
        <w:t>marifat aayi to negative thinking chali gayi. cheezon ko aap dekhenge positive andaaz mein. cheezon ko, har cheez ko.</w:t>
      </w:r>
    </w:p>
    <w:p>
      <w:pPr>
        <w:jc w:val="right"/>
      </w:pPr>
      <w:r>
        <w:t>معرفت آئی تو نیگیٹیو تھنکنگ چلی گئی۔ چیزوں کو آپ دیکھیں گے پازیٹیو انداز میں۔ چیزوں کو، ہر چیز کو۔</w:t>
      </w:r>
    </w:p>
    <w:p>
      <w:r>
        <w:rPr>
          <w:b/>
        </w:rPr>
        <w:t xml:space="preserve">[33:03] </w:t>
      </w:r>
      <w:r>
        <w:t>ise misaal ke taur par aap gaye naddi kinare, wahan log machhli pakad rahe the to logon ne ek machhli ko pakad ke bahar dal diya tha aur tadap rahi hai, tadap rahi hai, tadap rahi hai.</w:t>
      </w:r>
    </w:p>
    <w:p>
      <w:pPr>
        <w:jc w:val="right"/>
      </w:pPr>
      <w:r>
        <w:t>اسے مثال کے طور پر آپ گئے ندی کنارے، وہاں لوگ مچھلی پکڑ رہے تھے تو لوگوں نے ایک مچھلی کو پکڑ کے باہر ڈال دیا تھا اور تڑپ رہی ہے، تڑپ رہی ہے، تڑپ رہی ہے۔</w:t>
      </w:r>
    </w:p>
    <w:p>
      <w:r>
        <w:rPr>
          <w:b/>
        </w:rPr>
        <w:t xml:space="preserve">[33:13] </w:t>
      </w:r>
      <w:r>
        <w:t>to agar aap awaken mind aap ke andar hai to aap us mein discover karenge ke dekho, Allah taala ne machhli ki shakal mein ek ek sabak diya hai ke jannat, jannat ke baghair tumhein machhli ki tadapna padega.</w:t>
      </w:r>
    </w:p>
    <w:p>
      <w:pPr>
        <w:jc w:val="right"/>
      </w:pPr>
      <w:r>
        <w:t>تو اگر آپ اویکن مائنڈ آپ کے اندر ہے تو آپ اس میں ڈسکور کریں گے کہ دیکھو، اللہ تعالی نے مچھلی کی شکل میں ایک ایک سبق دیا ہے کہ جنت، جنت کے بغیر تمہیں مچھلی کی تڑپنا پڑے گا۔</w:t>
      </w:r>
    </w:p>
    <w:p>
      <w:r>
        <w:rPr>
          <w:b/>
        </w:rPr>
        <w:t xml:space="preserve">[33:30] </w:t>
      </w:r>
      <w:r>
        <w:t>jannat na mile gi tum ko, machhli ki tarah tarpna pare ga. eternity, eternally. to tayari karo ke tum ko machhli ki tarp ka tajurba na ho wahan agli agli zindagi mein.</w:t>
      </w:r>
    </w:p>
    <w:p>
      <w:pPr>
        <w:jc w:val="right"/>
      </w:pPr>
      <w:r>
        <w:t>جنت نہ ملے گی تم کو، مچھلی کی طرح تڑپنا پڑے گا۔ ایٹرنیٹی، ایٹرنلی۔ تو تیاری کرو کہ تم کو مچھلی کی تڑپ کا تجربہ نہ ہو وہاں اگلی اگلی زندگی میں۔</w:t>
      </w:r>
    </w:p>
    <w:p>
      <w:r>
        <w:rPr>
          <w:b/>
        </w:rPr>
        <w:t xml:space="preserve">[33:45] </w:t>
      </w:r>
      <w:r>
        <w:t>to har cheez, chahe negative ho ya positive, bazahir aap ke mind mein thal jaye gi positive. yani sabr ka, sabr ka is mein aap ko food mile ga, shukr ka food mile ga, hamd ka food mile ga,</w:t>
      </w:r>
    </w:p>
    <w:p>
      <w:pPr>
        <w:jc w:val="right"/>
      </w:pPr>
      <w:r>
        <w:t>تو ہر چیز، چاہے نیگیٹیو ہو یا پازیٹیو، بظاہر آپ کے مائنڈ میں ٹھل جائے گی پازیٹیو۔ یعنی صبر کا، صبر کا اس میں آپ کو فوڈ ملے گا، شکر کا فوڈ ملے گا، حمد کا فوڈ ملے گا،</w:t>
      </w:r>
    </w:p>
    <w:p>
      <w:r>
        <w:rPr>
          <w:b/>
        </w:rPr>
        <w:t xml:space="preserve">[34:02] </w:t>
      </w:r>
      <w:r>
        <w:t>sabak ka food mile ga. har cheez mein, har cheez mein. kyunke aap aap ke mind mein, yani is ka orientation sahi ho chuka hai.</w:t>
      </w:r>
    </w:p>
    <w:p>
      <w:pPr>
        <w:jc w:val="right"/>
      </w:pPr>
      <w:r>
        <w:t>سبق کا فوڈ ملے گا۔ ہر چیز میں، ہر چیز میں۔ کیونکہ آپ آپ کے مائنڈ میں، یعنی اس کا اورینٹیشن صحیح ہو چکا ہے۔</w:t>
      </w:r>
    </w:p>
    <w:p>
      <w:r>
        <w:rPr>
          <w:b/>
        </w:rPr>
        <w:t xml:space="preserve">[34:13] </w:t>
      </w:r>
      <w:r>
        <w:t>marifat ke mani yeh ho ke aap ka mind ka orientation sahi ho gaya. jab orientation sahi hoga to har cheez aap ko positive lesson hi mein thal jaye gi.</w:t>
      </w:r>
    </w:p>
    <w:p>
      <w:pPr>
        <w:jc w:val="right"/>
      </w:pPr>
      <w:r>
        <w:t>معرفت کے معنی یہ ہو کہ آپ کا مائنڈ کا اورینٹیشن صحیح ہو گیا۔ جب اورینٹیشن صحیح ہوگا تو ہر چیز آپ کو پازیٹیو لیسن ہی میں ٹھل جائے گی۔</w:t>
      </w:r>
    </w:p>
    <w:p>
      <w:r>
        <w:rPr>
          <w:b/>
        </w:rPr>
        <w:t xml:space="preserve">[34:25] </w:t>
      </w:r>
      <w:r>
        <w:t>molana sahib, everyone makes mistake in ones life. the prophet had once said that the best among those who make mistakes are ones who repent.</w:t>
      </w:r>
    </w:p>
    <w:p>
      <w:pPr>
        <w:jc w:val="right"/>
      </w:pPr>
      <w:r>
        <w:t>مولانا صاحب، ایوری ون میکس مسٹیک ان ونز لائف۔ دا پرافٹ ہیڈ ونس سیڈ دیٹ دی بیسٹ امنگ دوز ہو میک مسٹیکس آر ونز ہو ریپنٹ۔</w:t>
      </w:r>
    </w:p>
    <w:p>
      <w:r>
        <w:rPr>
          <w:b/>
        </w:rPr>
        <w:t xml:space="preserve">[34:38] </w:t>
      </w:r>
      <w:r>
        <w:t>how is this so? molana sahib, if you can elaborate on this?</w:t>
      </w:r>
    </w:p>
    <w:p>
      <w:pPr>
        <w:jc w:val="right"/>
      </w:pPr>
      <w:r>
        <w:t>ہاؤ از دس سو؟ مولانا صاحب، اف یو کین ایلیبریٹ ان دس؟</w:t>
      </w:r>
    </w:p>
    <w:p>
      <w:r>
        <w:rPr>
          <w:b/>
        </w:rPr>
        <w:t xml:space="preserve">[34:42] </w:t>
      </w:r>
      <w:r>
        <w:t>dekhen, insan ko Allah taala ne paida kiya hai to is ke andar potential hai. sab sab cheezain potential ke taur par hain. to is potential ko actual kaise banaya jaye?</w:t>
      </w:r>
    </w:p>
    <w:p>
      <w:pPr>
        <w:jc w:val="right"/>
      </w:pPr>
      <w:r>
        <w:t>دیکھیں، انسان کو اللہ تعالی نے پیدا کیا ہے تو اس کے اندر پوٹینشل ہے۔ سب سب چیزیں پوٹینشل کے طور پر ہیں۔ تو اس پوٹینشل کو ایکچول کیسے بنایا جائے؟</w:t>
      </w:r>
    </w:p>
    <w:p>
      <w:r>
        <w:rPr>
          <w:b/>
        </w:rPr>
        <w:t xml:space="preserve">[34:55] </w:t>
      </w:r>
      <w:r>
        <w:t>jaise ore hai, ore potentially iron hai, potentially steel hai, lekin zameen mein aap ko steel nahi mile ga, ore mile ga.</w:t>
      </w:r>
    </w:p>
    <w:p>
      <w:pPr>
        <w:jc w:val="right"/>
      </w:pPr>
      <w:r>
        <w:t>جیسے اور ہے، اور پوٹینشلی ائرن ہے، پوٹینشلی سٹیل ہے، لیکن زمین میں آپ کو سٹیل نہیں ملے گا، اور ملے گا۔</w:t>
      </w:r>
    </w:p>
    <w:p>
      <w:r>
        <w:rPr>
          <w:b/>
        </w:rPr>
        <w:t xml:space="preserve">[35:09] </w:t>
      </w:r>
      <w:r>
        <w:t>to agar aap ko chahiye ke aap ko lohe ka pul banana hai to ore ko convert karke aap ko steel banana pare ga.</w:t>
      </w:r>
    </w:p>
    <w:p>
      <w:pPr>
        <w:jc w:val="right"/>
      </w:pPr>
      <w:r>
        <w:t>تو اگر آپ کو چاہیے کہ آپ کو لوہے کا پل بنانا ہے تو اور کو کنورٹ کر کے آپ کو سٹیل بنانا پڑے گا۔</w:t>
      </w:r>
    </w:p>
    <w:p>
      <w:r>
        <w:rPr>
          <w:b/>
        </w:rPr>
        <w:t xml:space="preserve">[35:19] </w:t>
      </w:r>
      <w:r>
        <w:t>aise hi insan bhi hai. insan ke liye potentially sab kuch hai. actual banane ke liye aap ko is mein sochna hai, sabak lena hai.</w:t>
      </w:r>
    </w:p>
    <w:p>
      <w:pPr>
        <w:jc w:val="right"/>
      </w:pPr>
      <w:r>
        <w:t>ایسے ہی انسان بھی ہے۔ انسان کے لیے پوٹینشلی سب کچھ ہے۔ ایکچول بنانے کے لیے آپ کو اس میں سوچنا ہے، سبق لینا ہے۔</w:t>
      </w:r>
    </w:p>
    <w:p>
      <w:r>
        <w:rPr>
          <w:b/>
        </w:rPr>
        <w:t xml:space="preserve">[35:30] </w:t>
      </w:r>
      <w:r>
        <w:t>to woh hota hai is ke shock treatment ke zariye. jab aap ko shock treatment hota hai, matlab kabhi bimari ho gayi, kabhi koi loss ho gaya, kabhi koi dhakka lag gaya, koi negative experience ho gaya,</w:t>
      </w:r>
    </w:p>
    <w:p>
      <w:pPr>
        <w:jc w:val="right"/>
      </w:pPr>
      <w:r>
        <w:t>تو وہ ہوتا ہے اس کے شاک ٹریٹمنٹ کے ذریعے۔ جب آپ کو شاک ٹریٹمنٹ ہوتا ہے، مطلب کبھی بیماری ہو گئی، کبھی کوئی لاس ہو گیا، کبھی کوئی دھکا لگ گیا، کوئی نیگیٹیو ایکسپیرینس ہو گیا،</w:t>
      </w:r>
    </w:p>
    <w:p>
      <w:r>
        <w:rPr>
          <w:b/>
        </w:rPr>
        <w:t xml:space="preserve">[35:47] </w:t>
      </w:r>
      <w:r>
        <w:t>is se aap ko aap ka aap ka mind awaken hota hai. aap ko andar ek bedari aati hai to aap sab kuch seekhte rehte hain.</w:t>
      </w:r>
    </w:p>
    <w:p>
      <w:pPr>
        <w:jc w:val="right"/>
      </w:pPr>
      <w:r>
        <w:t>اس سے آپ کو آپ کا آپ کا مائنڈ اویکن ہوتا ہے۔ آپ کو اندر ایک بیداری آتی ہے تو آپ سب کچھ سیکھتے رہتے ہیں۔</w:t>
      </w:r>
    </w:p>
    <w:p>
      <w:r>
        <w:rPr>
          <w:b/>
        </w:rPr>
        <w:t xml:space="preserve">[35:57] </w:t>
      </w:r>
      <w:r>
        <w:t>to har cheez agar acha ho ya bura ho, har item aap ke mind mein aa kar ke positive ban jata hai. kyunke is se aap lesson nikalte hain.</w:t>
      </w:r>
    </w:p>
    <w:p>
      <w:pPr>
        <w:jc w:val="right"/>
      </w:pPr>
      <w:r>
        <w:t>تو ہر چیز اگر اچھا ہو یا برا ہو، ہر آئٹم آپ کے مائنڈ میں آ کر کے پازیٹیو بن جاتا ہے۔ کیونکہ اس سے آپ لیسن نکالتے ہیں۔</w:t>
      </w:r>
    </w:p>
    <w:p>
      <w:r>
        <w:rPr>
          <w:b/>
        </w:rPr>
        <w:t xml:space="preserve">[36:07] </w:t>
      </w:r>
      <w:r>
        <w:t>is se har cheez mein lesson hai, har cheez mein lesson. jaise main ne ek phal khaya to mujhe laga sochte hain ke dekhiye, yeh kaise aisa hota hai ke yani jo stem hai, jo tan tan hai, woh to lakri hai.</w:t>
      </w:r>
    </w:p>
    <w:p>
      <w:pPr>
        <w:jc w:val="right"/>
      </w:pPr>
      <w:r>
        <w:t>اس سے ہر چیز میں لیسن ہے، ہر چیز میں لیسن۔ جیسے میں نے ایک پھل کھایا تو مجھے لگا سوچتے ہیں کہ دیکھیے، یہ کیسے ایسا ہوتا ہے کہ یعنی جو اسٹم ہے، جو تن تنہ ہے، وہ تو لکڑی ہے۔</w:t>
      </w:r>
    </w:p>
    <w:p>
      <w:r>
        <w:rPr>
          <w:b/>
        </w:rPr>
        <w:t xml:space="preserve">[36:28] </w:t>
      </w:r>
      <w:r>
        <w:t>phir is ke baad jo branches hain, woh bhi lakri hain. phir patiyan hain, woh bhi samjhen lakri hain. phir phir is mein jo phool nikla, woh bhi lakri hai.</w:t>
      </w:r>
    </w:p>
    <w:p>
      <w:pPr>
        <w:jc w:val="right"/>
      </w:pPr>
      <w:r>
        <w:t>پھر اس کے بعد جو برانچز ہیں، وہ بھی لکڑی ہیں۔ پھر پتیاں ہیں، وہ بھی سمجھیں لکڑی ہیں۔ پھر پھر اس میں جو پھول نکلا، وہ بھی لکڑی ہے۔</w:t>
      </w:r>
    </w:p>
    <w:p>
      <w:r>
        <w:rPr>
          <w:b/>
        </w:rPr>
        <w:t xml:space="preserve">[36:38] </w:t>
      </w:r>
      <w:r>
        <w:t>phir kaise is ke andar se phal nikal aata hai? yani tarah se branches, phir patiyan, phir phool. phir kaise is mein se phal nikal aata hai?</w:t>
      </w:r>
    </w:p>
    <w:p>
      <w:pPr>
        <w:jc w:val="right"/>
      </w:pPr>
      <w:r>
        <w:t>پھر کیسے اس کے اندر سے پھل نکل آتا ہے؟ یعنی طرح سے برانچز، پھر پتیاں، پھر پھول۔ پھر کیسے اس میں سے پھل نکل آتا ہے؟</w:t>
      </w:r>
    </w:p>
    <w:p>
      <w:r>
        <w:rPr>
          <w:b/>
        </w:rPr>
        <w:t xml:space="preserve">[36:51] </w:t>
      </w:r>
      <w:r>
        <w:t>to yeh har cheez mein aap ko sabak hai, har cheez mein sabak hai. machhli ko tarpata hua dekha, tab bhi sabak hai. phal ko drakht mein latakta hua dekha, tab bhi sabak hai.</w:t>
      </w:r>
    </w:p>
    <w:p>
      <w:pPr>
        <w:jc w:val="right"/>
      </w:pPr>
      <w:r>
        <w:t>تو یہ ہر چیز میں آپ کو سبق ہے، ہر چیز میں سبق ہے۔ مچھلی کو تڑپتا ہوا دیکھا، تب بھی سبق ہے۔ پھل کو درخت میں لٹکتا ہوا دیکھا، تب بھی سبق ہے۔</w:t>
      </w:r>
    </w:p>
    <w:p>
      <w:r>
        <w:rPr>
          <w:b/>
        </w:rPr>
        <w:t xml:space="preserve">[37:03] </w:t>
      </w:r>
      <w:r>
        <w:t>cheez hai awaken mind ki, marifat ki. agar aap ke andar, agar aap ko marifat ho mil chuki hai, agar aap ka mind awaken mind hai to har cheez mein ek item, ek ek content hota hai sabak ka.</w:t>
      </w:r>
    </w:p>
    <w:p>
      <w:pPr>
        <w:jc w:val="right"/>
      </w:pPr>
      <w:r>
        <w:t>چیز ہے اویکن مائنڈ کی، معرفت کی۔ اگر آپ کے اندر، اگر آپ کو معرفت ہو مل چکی ہے، اگر آپ کا مائنڈ اویکن مائنڈ ہے تو ہر چیز میں ایک آئٹم، ایک ایک کنٹینٹ ہوتا ہے سبق کا۔</w:t>
      </w:r>
    </w:p>
    <w:p>
      <w:r>
        <w:rPr>
          <w:b/>
        </w:rPr>
        <w:t xml:space="preserve">[37:23] </w:t>
      </w:r>
      <w:r>
        <w:t>woh koi content aap daryaft kar len ge aur is tarah se apne apne aap ki personality development ka process barabar jari rahe ga.</w:t>
      </w:r>
    </w:p>
    <w:p>
      <w:pPr>
        <w:jc w:val="right"/>
      </w:pPr>
      <w:r>
        <w:t>وہ کوئی کنٹینٹ آپ دریافت کر لیں گے اور اس طرح سے اپنے اپنے آپ کی پرسنیلٹی ڈیولپمنٹ کا پراسیس برابر جاری رہے گا۔</w:t>
      </w:r>
    </w:p>
    <w:p>
      <w:r>
        <w:rPr>
          <w:b/>
        </w:rPr>
        <w:t xml:space="preserve">[37:34] </w:t>
      </w:r>
      <w:r>
        <w:t>molana sahib, prophets wife aisha is reported to have once said that whenever there was an option to choose between the two, ah prophet always chose the easier course of action.</w:t>
      </w:r>
    </w:p>
    <w:p>
      <w:pPr>
        <w:jc w:val="right"/>
      </w:pPr>
      <w:r>
        <w:t>مولانا صاحب، پرافٹس وائف عائشہ از رپورٹڈ ٹو ہیو ونس سیڈ دیٹ وین ایور دیر واز این آپشن ٹو چوز بٹوین دا ٹو، اہ پرافٹ الویز چوز دی ایزیر کورس آف ایکشن۔</w:t>
      </w:r>
    </w:p>
    <w:p>
      <w:r>
        <w:rPr>
          <w:b/>
        </w:rPr>
        <w:t xml:space="preserve">[37:47] </w:t>
      </w:r>
      <w:r>
        <w:t>ah what is the wisdom in this method? molana sahib, dekhen, easiest ka matlab kya hai? non confrontational approach.</w:t>
      </w:r>
    </w:p>
    <w:p>
      <w:pPr>
        <w:jc w:val="right"/>
      </w:pPr>
      <w:r>
        <w:t>اہ واٹ از دا وزڈم ان دس میتھڈ؟ مولانا صاحب، دیکھیے، ایزیسٹ کا معنی کیا ہے؟ نان کنفرنٹیشل اپروچ۔</w:t>
      </w:r>
    </w:p>
    <w:p>
      <w:r>
        <w:rPr>
          <w:b/>
        </w:rPr>
        <w:t xml:space="preserve">[37:59] </w:t>
      </w:r>
      <w:r>
        <w:t>non confrontational approach. jab aap aisa karen to aap bach gaye kis se? hate se, intolerance se, ladai se, blood stress se, har cheez se bach gaye.</w:t>
      </w:r>
    </w:p>
    <w:p>
      <w:pPr>
        <w:jc w:val="right"/>
      </w:pPr>
      <w:r>
        <w:t>نان کنفرنٹیشل اپروچ۔ جب آپ ایسا کریں تو آپ بچ گئے کس سے؟ ہیٹ سے، انٹولرنس سے، لڑائی سے، بلڈ سٹریس سے، ہر چیز سے بچ گئے۔</w:t>
      </w:r>
    </w:p>
    <w:p>
      <w:r>
        <w:rPr>
          <w:b/>
        </w:rPr>
        <w:t xml:space="preserve">[38:14] </w:t>
      </w:r>
      <w:r>
        <w:t>to jab bach jayen ge aap to kya hoga? aap ko energy, aap ne waste nahi kiya. aap ne apni energy waste nahi ki, apna time waste nahi kiya.</w:t>
      </w:r>
    </w:p>
    <w:p>
      <w:pPr>
        <w:jc w:val="right"/>
      </w:pPr>
      <w:r>
        <w:t>تو جب بچ جائیں گے آپ تو کیا ہوگا؟ آپ کو انرجی، آپ نے ویسٹ نہیں کیا۔ آپ نے اپنی انرجی ویسٹ نہیں کی، اپنا ٹائم ویسٹ نہیں کیا۔</w:t>
      </w:r>
    </w:p>
    <w:p>
      <w:r>
        <w:rPr>
          <w:b/>
        </w:rPr>
        <w:t xml:space="preserve">[38:27] </w:t>
      </w:r>
      <w:r>
        <w:t>apni time aur energy aap ne poori ki poori apne ko is qabil banaya ke apni time, apni energy poori ki poori aap laga den apne jo aap ka purpose hai, jo aap ka maqsad hai, us mein laga den.</w:t>
      </w:r>
    </w:p>
    <w:p>
      <w:pPr>
        <w:jc w:val="right"/>
      </w:pPr>
      <w:r>
        <w:t>اپنی ٹائم اور انرجی آپ نے پوری کی پوری اپنے کو اس قابل بنایا کہ اپنی ٹائم، اپنی انرجی پوری کی پوری آپ لگا دیں اپنے جو آپ کا پرپس ہے، جو آپ کا مقصد ہے، اس میں لگا دیں۔</w:t>
      </w:r>
    </w:p>
    <w:p>
      <w:r>
        <w:rPr>
          <w:b/>
        </w:rPr>
        <w:t xml:space="preserve">[38:41] </w:t>
      </w:r>
      <w:r>
        <w:t>yeh matlab yeh hai is ke peechay wisdom. to rasool Allah sahib easier course ke matlab peaceful course of action ikhtiyar karte the.</w:t>
      </w:r>
    </w:p>
    <w:p>
      <w:pPr>
        <w:jc w:val="right"/>
      </w:pPr>
      <w:r>
        <w:t>یہ مطلب یہ ہے اس کے پیچھے وزڈم۔ تو رسول اللہ صاحب ایزر کورس کے معنی پیس فل کورس آف ایکشن اختیار کرتے تھے۔</w:t>
      </w:r>
    </w:p>
    <w:p>
      <w:r>
        <w:rPr>
          <w:b/>
        </w:rPr>
        <w:t xml:space="preserve">[38:52] </w:t>
      </w:r>
      <w:r>
        <w:t>to is ki wajah se aap ko itne istefaade ho jaate thay.</w:t>
      </w:r>
    </w:p>
    <w:p>
      <w:pPr>
        <w:jc w:val="right"/>
      </w:pPr>
      <w:r>
        <w:t>تو اس کی وجہ سے آپ کو اتنے استفادے ہو جاتے تھے۔</w:t>
      </w:r>
    </w:p>
    <w:p>
      <w:r>
        <w:rPr>
          <w:b/>
        </w:rPr>
        <w:t xml:space="preserve">[38:58] </w:t>
      </w:r>
      <w:r>
        <w:t>yani peaceful course of action lene ki wajah se aap bohat se raston se bach jaate thay. yeh ummat ko aap sabak diya.</w:t>
      </w:r>
    </w:p>
    <w:p>
      <w:pPr>
        <w:jc w:val="right"/>
      </w:pPr>
      <w:r>
        <w:t>یعنی پیس فل کورس آف ایکشن لینے کی وجہ سے آپ بہت سے راستوں سے بچ جاتے تھے۔ یہ امت کو آپ سبق دیا۔</w:t>
      </w:r>
    </w:p>
    <w:p>
      <w:r>
        <w:rPr>
          <w:b/>
        </w:rPr>
        <w:t xml:space="preserve">[39:06] </w:t>
      </w:r>
      <w:r>
        <w:t>aap ne yahi tareeqa to pe ikhtiyar karo. Maulana sahib, in fact, prophet always emphasized on leading a life of contentment.</w:t>
      </w:r>
    </w:p>
    <w:p>
      <w:pPr>
        <w:jc w:val="right"/>
      </w:pPr>
      <w:r>
        <w:t>آپ نے یہی طریقہ تو پہ اختیار کرو۔ مولانا صاحب، ان فیکٹ، پرافٹ الویز ایمفسائزڈ ان لیڈنگ ا لائف آف کنٹینٹمنٹ۔</w:t>
      </w:r>
    </w:p>
    <w:p>
      <w:r>
        <w:rPr>
          <w:b/>
        </w:rPr>
        <w:t xml:space="preserve">[39:17] </w:t>
      </w:r>
      <w:r>
        <w:t>the question is that how is contentment essential for ones spiritual development? what would you say to that?</w:t>
      </w:r>
    </w:p>
    <w:p>
      <w:pPr>
        <w:jc w:val="right"/>
      </w:pPr>
      <w:r>
        <w:t>دا کوئسچن از دیٹ ہاؤ از کنٹینٹمنٹ ایسینشل فار ونز سپرچول ڈیولپمنٹ؟ واٹ وڈ یو سے ٹو دیٹ؟</w:t>
      </w:r>
    </w:p>
    <w:p>
      <w:r>
        <w:rPr>
          <w:b/>
        </w:rPr>
        <w:t xml:space="preserve">[39:30] </w:t>
      </w:r>
      <w:r>
        <w:t>contentment urdu mein kehte hain qanaat. qanaat kya hai? qanaat yeh hai ke unnecessary tor par aap jo energy waste karte hain,</w:t>
      </w:r>
    </w:p>
    <w:p>
      <w:pPr>
        <w:jc w:val="right"/>
      </w:pPr>
      <w:r>
        <w:t>کنٹینٹمنٹ اردو میں کہتے ہیں قناعت۔ قناعت کیا ہے؟ قناعت یہ ہے کہ ان نیسیسری طور پر آپ جو انرجی ویسٹ کرتے ہیں،</w:t>
      </w:r>
    </w:p>
    <w:p>
      <w:r>
        <w:rPr>
          <w:b/>
        </w:rPr>
        <w:t xml:space="preserve">[39:43] </w:t>
      </w:r>
      <w:r>
        <w:t>apna time waste karte hain, is se bachana hai. aap ne mislan mein is kamre mein hoon, mein rozana sochunga, ab ab furniture ka naya concept aa gaya hai, ab mujhe naya furniture lagana chahiye.</w:t>
      </w:r>
    </w:p>
    <w:p>
      <w:pPr>
        <w:jc w:val="right"/>
      </w:pPr>
      <w:r>
        <w:t>اپنا ٹائم ویسٹ کرتے ہیں، اس سے بچانا ہے۔ آپ نے مثلاً میں اس کمرے میں ہوں، میں روزانہ سوچوں گا، اب اب فرنیچر کا نیا کانسیپٹ آ گیا ہے، اب مجھے نیا فرنیچر لگانا چاہیے۔</w:t>
      </w:r>
    </w:p>
    <w:p>
      <w:r>
        <w:rPr>
          <w:b/>
        </w:rPr>
        <w:t xml:space="preserve">[39:58] </w:t>
      </w:r>
      <w:r>
        <w:t>phir carpet ka naya concept aa gaya hai, mein sochunga ke mujhe carpet badalna chahiye. phir mein sochun ke pantry ka naya concept duniya mein aa gaya hai, ab mein pantry badlun.</w:t>
      </w:r>
    </w:p>
    <w:p>
      <w:pPr>
        <w:jc w:val="right"/>
      </w:pPr>
      <w:r>
        <w:t>پھر کارپٹ کا نیا کانسیپٹ آ گیا ہے، میں سوچوں گا کہ مجھے کارپٹ بدلنا چاہیے۔ پھر میں سوچوں کہ پینٹری کا نیا کانسیپٹ دنیا میں آ گیا ہے، اب میں پینٹری بدلوں۔</w:t>
      </w:r>
    </w:p>
    <w:p>
      <w:r>
        <w:rPr>
          <w:b/>
        </w:rPr>
        <w:t xml:space="preserve">[40:10] </w:t>
      </w:r>
      <w:r>
        <w:t>isi mein phansa rahunga mein har din, mujhe isi mein phansa rahunga. dobara tareeqa kya hai? yeh status quo jo hai, woh theek hai, jo hai, woh theek hai.</w:t>
      </w:r>
    </w:p>
    <w:p>
      <w:pPr>
        <w:jc w:val="right"/>
      </w:pPr>
      <w:r>
        <w:t>اسی میں پھنسا رہوں گا میں ہر دن، مجھے اسی میں پھنسا رہوں گا۔ دوبارہ طریقہ کیا ہے؟ یہ اسٹیٹس کوئی جو ہے، وہ ٹھیک ہے، جو ہے، وہ ٹھیک ہے۔</w:t>
      </w:r>
    </w:p>
    <w:p>
      <w:r>
        <w:rPr>
          <w:b/>
        </w:rPr>
        <w:t xml:space="preserve">[40:24] </w:t>
      </w:r>
      <w:r>
        <w:t>yeh hai qanaat. qanaat na karenge aap to har waqt phanse rahenge, apna dimagh ko phansaye rahenge. qanaat na karenge to har waqt apne ko phansaye rahenge.</w:t>
      </w:r>
    </w:p>
    <w:p>
      <w:pPr>
        <w:jc w:val="right"/>
      </w:pPr>
      <w:r>
        <w:t>یہ ہے قناعت۔ قناعت نہ کریں گے آپ تو ہر وقت پھنسے رہیں گے، اپنا دماغ کو پھنسائے رہیں گے۔ قناعت نہ کریں گے تو ہر وقت اپنے کو پھنسائے رہیں گے۔</w:t>
      </w:r>
    </w:p>
    <w:p>
      <w:r>
        <w:rPr>
          <w:b/>
        </w:rPr>
        <w:t xml:space="preserve">[40:38] </w:t>
      </w:r>
      <w:r>
        <w:t>aap jante hain ke ek bar paisa hai, woh har waqt yeh sochte rehte hain ke mere paas naya model car ho. yeh paisa nahi hai, in ke hota hai ke kaise woh cycle khareeden.</w:t>
      </w:r>
    </w:p>
    <w:p>
      <w:pPr>
        <w:jc w:val="right"/>
      </w:pPr>
      <w:r>
        <w:t>آپ جانتے ہیں کہ ایک بار پیسہ ہے، وہ ہر وقت یہ سوچتے رہتے ہیں کہ میرے پاس نیا ماڈل کار ہو۔ یہ پیسہ نہیں ہے، ان کے ہوتا ہے کہ کیسے وہ سائیکل خریدیں۔</w:t>
      </w:r>
    </w:p>
    <w:p>
      <w:r>
        <w:rPr>
          <w:b/>
        </w:rPr>
        <w:t xml:space="preserve">[40:49] </w:t>
      </w:r>
      <w:r>
        <w:t>to har aadmi jo hai, is par raazi nahi hai, more and more ki fikr mein rehta hai. is ki wajah se is ko har waqt phansa rehta hai.</w:t>
      </w:r>
    </w:p>
    <w:p>
      <w:pPr>
        <w:jc w:val="right"/>
      </w:pPr>
      <w:r>
        <w:t>تو ہر آدمی جو ہے، اس پر راضی نہیں ہے، مور اور مور کی فکر میں رہتا ہے۔ اس کی وجہ سے اس کو ہر وقت پھنسا رہتا ہے۔</w:t>
      </w:r>
    </w:p>
    <w:p>
      <w:r>
        <w:rPr>
          <w:b/>
        </w:rPr>
        <w:t xml:space="preserve">[41:03] </w:t>
      </w:r>
      <w:r>
        <w:t>to more and more ko ulta kya hai? qanaat, contentment. mein sochta hoon ke bohat bari wisdom hai ke aap ki taraf qanaat ho, jo hai, us par raazi hoon aap.</w:t>
      </w:r>
    </w:p>
    <w:p>
      <w:pPr>
        <w:jc w:val="right"/>
      </w:pPr>
      <w:r>
        <w:t>تو مور اور مور کو الٹا کیا ہے؟ قناعت، کنٹینٹمنٹ۔ میں سوچتا ہوں کہ بہت بڑی وزڈم ہے کہ آپ کی طرف قناعت ہو، جو ہے، اس پر راضی ہوں آپ۔</w:t>
      </w:r>
    </w:p>
    <w:p>
      <w:r>
        <w:rPr>
          <w:b/>
        </w:rPr>
        <w:t xml:space="preserve">[41:15] </w:t>
      </w:r>
      <w:r>
        <w:t>kyun ke agar aap jo hai, us par raazi na honge to rozana unnecessary, unnecessary cheezon mein phanse rahenge.</w:t>
      </w:r>
    </w:p>
    <w:p>
      <w:pPr>
        <w:jc w:val="right"/>
      </w:pPr>
      <w:r>
        <w:t>کیونکہ اگر آپ جو ہے، اس پر راضی نہ ہوں گے تو روزانہ ان نصری، ان نیسیسری چیزوں میں پھنسے رہیں گے۔</w:t>
      </w:r>
    </w:p>
    <w:p>
      <w:r>
        <w:rPr>
          <w:b/>
        </w:rPr>
        <w:t xml:space="preserve">[41:27] </w:t>
      </w:r>
      <w:r>
        <w:t>Maulana sahib, prophet of Islam often used to pray, ah saying that O God shows the truth as it is.</w:t>
      </w:r>
    </w:p>
    <w:p>
      <w:pPr>
        <w:jc w:val="right"/>
      </w:pPr>
      <w:r>
        <w:t>مولانا صاحب، پرافٹ آف اسلام افن یوز ٹو پری، اہ سینگ دیٹ او گاڈ شوز دا ٹروتھ ایز اٹ از۔</w:t>
      </w:r>
    </w:p>
    <w:p>
      <w:r>
        <w:rPr>
          <w:b/>
        </w:rPr>
        <w:t xml:space="preserve">[41:36] </w:t>
      </w:r>
      <w:r>
        <w:t>ah what is this as it is? ah thinking? Maulana sahib, if you can elaborate on it?</w:t>
      </w:r>
    </w:p>
    <w:p>
      <w:pPr>
        <w:jc w:val="right"/>
      </w:pPr>
      <w:r>
        <w:t>اہ واٹ از دس ایز اٹ از؟ اہ تھنکنگ؟ مولانا صاحب، اف یو کین ایلیبریٹ ان اٹ؟</w:t>
      </w:r>
    </w:p>
    <w:p>
      <w:r>
        <w:rPr>
          <w:b/>
        </w:rPr>
        <w:t xml:space="preserve">[41:42] </w:t>
      </w:r>
      <w:r>
        <w:t>dekhen, aap jis duniya mein hain, idhar har waqt tarah tarah ki cheezen hain. is ki wajah se aap ki conditioning hoti rehti hai.</w:t>
      </w:r>
    </w:p>
    <w:p>
      <w:pPr>
        <w:jc w:val="right"/>
      </w:pPr>
      <w:r>
        <w:t>دیکھیں، آپ جس دنیا میں ہیں، ادھر ہر وقت طرح طرح کی چیزیں ہیں۔ اس کی وجہ سے آپ کی کنڈیشننگ ہوتی رہتی ہے۔</w:t>
      </w:r>
    </w:p>
    <w:p>
      <w:r>
        <w:rPr>
          <w:b/>
        </w:rPr>
        <w:t xml:space="preserve">[41:53] </w:t>
      </w:r>
      <w:r>
        <w:t>har waqt koi koi cheez hai jis se aap ki conditioning ho rahi hai. to yeh hadees ka matlab hai ke mujhe decondition mind de, jo condition se pak mind,</w:t>
      </w:r>
    </w:p>
    <w:p>
      <w:pPr>
        <w:jc w:val="right"/>
      </w:pPr>
      <w:r>
        <w:t>ہر وقت کوئی کوئی چیز ہے جس سے آپ کی کنڈیشننگ ہو رہی ہے۔ تو یہ حدیث کا مطلب ہے کہ مجھے ڈی کنڈیشن مائنڈ دے، جو کنڈیشن سے پاک مائنڈ،</w:t>
      </w:r>
    </w:p>
    <w:p>
      <w:r>
        <w:rPr>
          <w:b/>
        </w:rPr>
        <w:t xml:space="preserve">[42:08] </w:t>
      </w:r>
      <w:r>
        <w:t>taake mein cheezon ko as it is nahi dekh sakun. agar aap ka mind conditioned mind hoga to aap cheezon ko as it is nahi dekh sakte.</w:t>
      </w:r>
    </w:p>
    <w:p>
      <w:pPr>
        <w:jc w:val="right"/>
      </w:pPr>
      <w:r>
        <w:t>تاکہ میں چیزوں کو ایز اٹ از نہیں دیکھ سکوں۔ اگر آپ کا مائنڈ کنڈیشنڈ مائنڈ ہوگا تو آپ چیزوں کو ایز اٹ از نہیں دیکھ سکتے۔</w:t>
      </w:r>
    </w:p>
    <w:p>
      <w:r>
        <w:rPr>
          <w:b/>
        </w:rPr>
        <w:t xml:space="preserve">[42:19] </w:t>
      </w:r>
      <w:r>
        <w:t>to is hadees ka matlab hai ke aye Allah, mujhe conditioning se bacha, meri deconditioning kar de, taake mein cheezon ko original tarah halat dekh sakun.</w:t>
      </w:r>
    </w:p>
    <w:p>
      <w:pPr>
        <w:jc w:val="right"/>
      </w:pPr>
      <w:r>
        <w:t>تو اس حدیث کا مطلب ہے کہ اے اللہ، مجھے کنڈیشننگ سے بچا، میری ڈی کنڈیشننگ کر دے، تاکہ میں چیزوں کو اوریجنل طرح حالت دیکھ سکوں۔</w:t>
      </w:r>
    </w:p>
    <w:p>
      <w:r>
        <w:rPr>
          <w:b/>
        </w:rPr>
        <w:t xml:space="preserve">[42:31] </w:t>
      </w:r>
      <w:r>
        <w:t>jo original halat hai, us par conditioning ho gayi to mein dekh nahi pa raha hoon. to mujhe meri deconditioning kar de, taake mein cheezon ko wahi dekh sakun jaisa ke originally thi.</w:t>
      </w:r>
    </w:p>
    <w:p>
      <w:pPr>
        <w:jc w:val="right"/>
      </w:pPr>
      <w:r>
        <w:t>جو اوریجنل حالت ہے، اس پر کنڈیشننگ ہو گئی تو میں دیکھ نہیں پا رہا ہوں۔ تو مجھے میری ڈی کنڈیشننگ کر دے، تاکہ میں چیزوں کو وہی دیکھ سکوں جیسا کہ اوریجنلی تھی۔</w:t>
      </w:r>
    </w:p>
    <w:p>
      <w:r>
        <w:rPr>
          <w:b/>
        </w:rPr>
        <w:t xml:space="preserve">[42:43] </w:t>
      </w:r>
      <w:r>
        <w:t>woh yeh to bari bari wisdom hai, bohat bari wisdom hai. yani objective us ko mein keh sakta hoon ke is dua ka matlab hai ke aye Allah, mere andar objective thinking paida kar de,</w:t>
      </w:r>
    </w:p>
    <w:p>
      <w:pPr>
        <w:jc w:val="right"/>
      </w:pPr>
      <w:r>
        <w:t>وہ یہ تو بڑی بڑی وزڈم ہے، بہت بڑی وزڈم ہے۔ یعنی ابجیکٹو اس کو میں کہہ سکتا ہوں کہ اس دعا کا مطلب ہے کہ اے اللہ، میرے اندر ابجیکٹو تھنکنگ پیدا کر دے،</w:t>
      </w:r>
    </w:p>
    <w:p>
      <w:r>
        <w:rPr>
          <w:b/>
        </w:rPr>
        <w:t xml:space="preserve">[42:58] </w:t>
      </w:r>
      <w:r>
        <w:t>mujh ko subjective thinking se bacha. aye Allah, mujh ko subjective thinking se bacha aur mere andar objective thinking paida kar de.</w:t>
      </w:r>
    </w:p>
    <w:p>
      <w:pPr>
        <w:jc w:val="right"/>
      </w:pPr>
      <w:r>
        <w:t>مجھ کو سبجیکٹو تھنکنگ سے بچا۔ اے اللہ، مجھ کو سبجیکٹو تھنکنگ سے بچا اور میرے اندر ابجیکٹو تھنکنگ پیدا کر دے۔</w:t>
      </w:r>
    </w:p>
    <w:p>
      <w:r>
        <w:rPr>
          <w:b/>
        </w:rPr>
        <w:t xml:space="preserve">[43:12] </w:t>
      </w:r>
      <w:r>
        <w:t>ah Maulana sahib, we received a question in from one of the Facebook viewer. his name is Ubaid Khan and he is writing from Abu Dhabi.</w:t>
      </w:r>
    </w:p>
    <w:p>
      <w:pPr>
        <w:jc w:val="right"/>
      </w:pPr>
      <w:r>
        <w:t>اہ مولانا صاحب، وی ریسیوڈ ا کوئسچن ان فرام ون اف دا فیس بک ویوور۔ ہز نیم از عبید خان اینڈ ہی از رائٹنگ فرام ابو دھابی۔</w:t>
      </w:r>
    </w:p>
    <w:p>
      <w:r>
        <w:rPr>
          <w:b/>
        </w:rPr>
        <w:t xml:space="preserve">[43:23] </w:t>
      </w:r>
      <w:r>
        <w:t>he is asking you, what is the importance of planning in Islam? and that some people say that planning is not right, as that would mean that you are doubting Allah plan for you in the world.</w:t>
      </w:r>
    </w:p>
    <w:p>
      <w:pPr>
        <w:jc w:val="right"/>
      </w:pPr>
      <w:r>
        <w:t>ہی از اسکڈ یو، واٹ از دی امپورٹنس اف پلاننگ ان اسلام؟ اینڈ دیٹ سم پیپل سے دیٹ پلاننگ از ناٹ رائٹ، ایز دیٹ وڈ مین دیٹ یو ار ڈاؤٹنگ اللہ پلان فار یو ان دا ورلڈ۔</w:t>
      </w:r>
    </w:p>
    <w:p>
      <w:r>
        <w:rPr>
          <w:b/>
        </w:rPr>
        <w:t xml:space="preserve">[43:39] </w:t>
      </w:r>
      <w:r>
        <w:t>nahi, nahi, bilkul galat hai. yeh Rasool Allah ka sara kaam planning ke tehat hota tha. hota tha planning ke tehat. mislan hijrat hai. hijrat aap ko kuch din pehle pata ho gaya tha ke aap ko Makkah chhodna hoga.</w:t>
      </w:r>
    </w:p>
    <w:p>
      <w:pPr>
        <w:jc w:val="right"/>
      </w:pPr>
      <w:r>
        <w:t>نہیں، نہیں، بالکل غلط ہے۔ یہ رسول اللہ کا سارا کام پلاننگ کے تحت ہوتا تھا۔ ہوتا تھا پلاننگ کے تحت۔ مثلاً ہجرت ہے۔ ہجرت آپ کو کچھ دن پہلے پتہ ہو گیا تھا کہ آپ کو پکا چھوڑنا ہوگا۔</w:t>
      </w:r>
    </w:p>
    <w:p>
      <w:r>
        <w:rPr>
          <w:b/>
        </w:rPr>
        <w:t xml:space="preserve">[43:56] </w:t>
      </w:r>
      <w:r>
        <w:t>to aap ne sari planning ki ke kaise aap jayenge. to aap ne aap ke saathi the abubakar.</w:t>
      </w:r>
    </w:p>
    <w:p>
      <w:pPr>
        <w:jc w:val="right"/>
      </w:pPr>
      <w:r>
        <w:t>تو آپ نے ساری پلاننگ کی کہ کیسے آپ جائیں گے۔ تو آپ نے آپ کے ساتھی تھے ابوبکر۔</w:t>
      </w:r>
    </w:p>
    <w:p>
      <w:r>
        <w:rPr>
          <w:b/>
        </w:rPr>
        <w:t xml:space="preserve">[44:06] </w:t>
      </w:r>
      <w:r>
        <w:t>to ek charwaah liya, us ko do oont de diye ke tum jao falan jagah par, ke oonts ko tayyar rakh lo, wahin charao, wahin un ki dekh dekh bhaal karo, wahin raho.</w:t>
      </w:r>
    </w:p>
    <w:p>
      <w:pPr>
        <w:jc w:val="right"/>
      </w:pPr>
      <w:r>
        <w:t>تو ایک چرواہ لیا، اس کو دو اونٹ دے دیے کہ تم جاؤ فلاں جگہ پر، کہ اونٹس کو تیار رکھ لو، وہیں چراؤ، وہیں ان کی دیکھ دیکھ بھال کرو، وہیں رہو۔</w:t>
      </w:r>
    </w:p>
    <w:p>
      <w:r>
        <w:rPr>
          <w:b/>
        </w:rPr>
        <w:t xml:space="preserve">[44:19] </w:t>
      </w:r>
      <w:r>
        <w:t>hum jab aayenge to humein de dena. doosri cheez yeh ke aap ne planning ki ke madina tha idhar, aap idhar safar karenge.</w:t>
      </w:r>
    </w:p>
    <w:p>
      <w:pPr>
        <w:jc w:val="right"/>
      </w:pPr>
      <w:r>
        <w:t>ہم جب آئیں گے تو ہمیں دے دینا۔ دوسری چیز یہ کہ آپ نے پلاننگ کی کہ مدینہ تھا ادھر، آپ ادھر سفر کریں گے۔</w:t>
      </w:r>
    </w:p>
    <w:p>
      <w:r>
        <w:rPr>
          <w:b/>
        </w:rPr>
        <w:t xml:space="preserve">[44:29] </w:t>
      </w:r>
      <w:r>
        <w:t>pata kya aap ne ke idhar kahan thahar sakte hain? to pata hua ke wahan ghar thaur raaste mein hai. to ghar thaur ko pata kar ke phir aap idhar idhar gaye ke kyunke makkah wale aap dhoondhein niklenge to idhar jayenge madine ki taraf.</w:t>
      </w:r>
    </w:p>
    <w:p>
      <w:pPr>
        <w:jc w:val="right"/>
      </w:pPr>
      <w:r>
        <w:t>پتہ کیا آپ نے کہ ادھر کہاں ٹھہر سکتے ہیں؟ تو پتہ ہوا کہ وہاں غار ثور راستے میں ہے۔ تو غار ثور کو پتہ کر کے پھر آپ ادھر ادھر گئے کہ کیونکہ مکہ والے آپ ڈھونڈیں نکلیں گے تو ادھر جائیں گے مدینے کی طرف۔</w:t>
      </w:r>
    </w:p>
    <w:p>
      <w:r>
        <w:rPr>
          <w:b/>
        </w:rPr>
        <w:t xml:space="preserve">[44:43] </w:t>
      </w:r>
      <w:r>
        <w:t>aap honge ghar thaur mein. poora yeh hijrat ka safar planning tha. yeh jo log kehte hain aisa, woh to woh log woh kuch jante nahin, na quran na hadith.</w:t>
      </w:r>
    </w:p>
    <w:p>
      <w:pPr>
        <w:jc w:val="right"/>
      </w:pPr>
      <w:r>
        <w:t>آپ ہوں گے غار ثور میں۔ پورا یہ ہجرت کا سفر پلاننگ تھا۔ یہ جو لوگ کہتے ہیں ایسا، وہ تو وہ لوگ وہ کچھ جانتے نہیں، نہ قرآن نہ حدیث۔</w:t>
      </w:r>
    </w:p>
    <w:p>
      <w:r>
        <w:rPr>
          <w:b/>
        </w:rPr>
        <w:t xml:space="preserve">[44:55] </w:t>
      </w:r>
      <w:r>
        <w:t>rasool allah ka sara kaam jo hota tha, planning ke tehat hota tha. planning ke tehat. maslan dekhein, ek baar jab aap yeh hudaybiyah ki negotiation chal rahi thi, baat cheet to makkah se khalid ek ek dasta le kar rawana hue rasool allah ke ladne ke liye.</w:t>
      </w:r>
    </w:p>
    <w:p>
      <w:pPr>
        <w:jc w:val="right"/>
      </w:pPr>
      <w:r>
        <w:t>رسول اللہ کا سارا کام جو ہوتا تھا، پلاننگ کے تحت ہوتا تھا۔ پلاننگ کے تحت۔ مثلاً دیکھیں، ایک بار جب آپ یہ حدیبیہ کی نیگوشن چل رہی تھی، بات چیت تو مکہ سے خالد ایک ایک دستہ لے کر روانہ ہوئے رسول اللہ کے لڑنے کے لیے۔</w:t>
      </w:r>
    </w:p>
    <w:p>
      <w:r>
        <w:rPr>
          <w:b/>
        </w:rPr>
        <w:t xml:space="preserve">[45:18] </w:t>
      </w:r>
      <w:r>
        <w:t>woh chahte the ke woh agreement na ho, sab tak sab jibril ho jaye. to aap idhar guftagu karte the un se do haftay aur beech mein aap aadmi chhod rakhe the pata karne ke liye ke kya ho raha hai idhar, kya ho raha hai idhar.</w:t>
      </w:r>
    </w:p>
    <w:p>
      <w:pPr>
        <w:jc w:val="right"/>
      </w:pPr>
      <w:r>
        <w:t>وہ چاہتے تھے کہ وہ ایگریمنٹ نہ ہو، سب تک سب جبرائیل ہو جائے۔ تو آپ ادھر گفتگو کرتے تھے ان سے دو ہفتے اور بیچ میں آپ آدمی چھوڑ رکھے تھے پتہ کرنے کے لیے کہ کیا ہو رہا ہے ادھر، کیا ہو رہا ہے ادھر۔</w:t>
      </w:r>
    </w:p>
    <w:p>
      <w:r>
        <w:rPr>
          <w:b/>
        </w:rPr>
        <w:t xml:space="preserve">[45:38] </w:t>
      </w:r>
      <w:r>
        <w:t>isko kehte hain tafaqqud, arabi mein kehte hain tafaqqud yani intelligence. to unhone bataya ke ke do so lashkar le kar ke woh aa rahe hain khalid.</w:t>
      </w:r>
    </w:p>
    <w:p>
      <w:pPr>
        <w:jc w:val="right"/>
      </w:pPr>
      <w:r>
        <w:t>اس کو کہتے ہیں تفقد، عربی میں کہتے ہیں تفقد یعنی انٹیلیجنس۔ تو انہوں نے بتایا کہ کہ دو سو لشکر لے کر کے وہ آ رہے ہیں خالد۔</w:t>
      </w:r>
    </w:p>
    <w:p>
      <w:r>
        <w:rPr>
          <w:b/>
        </w:rPr>
        <w:t xml:space="preserve">[45:52] </w:t>
      </w:r>
      <w:r>
        <w:t>to aap ne foran logon se mashwara kiya, bithaya logon ko ke batao hum chahte hain ke hum hamari mar mar se na ho.</w:t>
      </w:r>
    </w:p>
    <w:p>
      <w:pPr>
        <w:jc w:val="right"/>
      </w:pPr>
      <w:r>
        <w:t>تو آپ نے فوراً لوگوں سے مشورہ کیا، بٹھایا لوگوں کو کہ بتاؤ ہم چاہتے ہیں کہ ہم ہماری مڑ مڑ سے نہ ہو۔</w:t>
      </w:r>
    </w:p>
    <w:p>
      <w:r>
        <w:rPr>
          <w:b/>
        </w:rPr>
        <w:t xml:space="preserve">[46:01] </w:t>
      </w:r>
      <w:r>
        <w:t>to hum chahte hain ke jo jis raaste se woh aa rahe hain, us ke siwa doosre raaste pe hum chalenge. aap sab safar mein the us waqt.</w:t>
      </w:r>
    </w:p>
    <w:p>
      <w:pPr>
        <w:jc w:val="right"/>
      </w:pPr>
      <w:r>
        <w:t>تو ہم چاہتے ہیں کہ جو جس راستے سے وہ آ رہے ہیں، اس کے سوا دوسرے راستے پہ ہم چلیں گے۔ آپ سب سفر میں تھے اس وقت۔</w:t>
      </w:r>
    </w:p>
    <w:p>
      <w:r>
        <w:rPr>
          <w:b/>
        </w:rPr>
        <w:t xml:space="preserve">[46:11] </w:t>
      </w:r>
      <w:r>
        <w:t>to ek aadmi ne bataya ke haan, main jaanta hoon raasta, main aap ko doosre taraf se le jaunga jahan aap ka takrao khalsa nahin hoga.</w:t>
      </w:r>
    </w:p>
    <w:p>
      <w:pPr>
        <w:jc w:val="right"/>
      </w:pPr>
      <w:r>
        <w:t>تو ایک آدمی نے بتایا کہ ہاں، میں جانتا ہوں راستہ، میں آپ کو دوسرے طرف سے لے جاؤں گا جہاں آپ کا ٹکراؤ خالصہ نہیں ہوگا۔</w:t>
      </w:r>
    </w:p>
    <w:p>
      <w:r>
        <w:rPr>
          <w:b/>
        </w:rPr>
        <w:t xml:space="preserve">[46:20] </w:t>
      </w:r>
      <w:r>
        <w:t>to us ne aise hi kiya. to that is planning. to rasool allah ki poori zindagi planning ki zindagi hai. jo yeh kahe, woh na sunnat ko janta hai, na quran ko janta hai.</w:t>
      </w:r>
    </w:p>
    <w:p>
      <w:pPr>
        <w:jc w:val="right"/>
      </w:pPr>
      <w:r>
        <w:t>تو اس نے ایسے ہی کیا۔ تو دیٹ از پلاننگ۔ تو رسول اللہ کی پوری زندگی پلاننگ کی زندگی ہے۔ جو یہ کہے، وہ نہ سنت کو جانتا ہے، نہ قرآن کو جانتا ہے۔</w:t>
      </w:r>
    </w:p>
    <w:p>
      <w:r>
        <w:rPr>
          <w:b/>
        </w:rPr>
        <w:t xml:space="preserve">[46:34] </w:t>
      </w:r>
      <w:r>
        <w:t>maulana sahib, we received another question on the facebook. ah and the name of the lady is ruhu song and she has not mentioned the location, but she wants to know from you that how does good thinking translate to good action?</w:t>
      </w:r>
    </w:p>
    <w:p>
      <w:pPr>
        <w:jc w:val="right"/>
      </w:pPr>
      <w:r>
        <w:t>مولانا صاحب، وی ریسیوڈ انادر کوئسچن ان دا فیس بک۔ اہ اینڈ دا نیم اف دا لیڈی از روحو سونگ اینڈ شی ہیز ناٹ مینشن دا لوکیشن، بٹ شی وانٹس ٹو نو فرام یو دیٹ ہاؤ ڈز گڈ تھنکنگ ٹرانسلیٹ ٹو گڈ ایکشن؟</w:t>
      </w:r>
    </w:p>
    <w:p>
      <w:r>
        <w:rPr>
          <w:b/>
        </w:rPr>
        <w:t xml:space="preserve">[46:54] </w:t>
      </w:r>
      <w:r>
        <w:t>to dekhein, yeh to ek nature ki baat hai, psychology ki baat hai ke har amal shuru hota hai mind se.</w:t>
      </w:r>
    </w:p>
    <w:p>
      <w:pPr>
        <w:jc w:val="right"/>
      </w:pPr>
      <w:r>
        <w:t>تو دیکھیں، یہ تو ایک نیچر کی بات ہے، سائیکالوجی کی بات ہے کہ ہر عمل شروع ہوتا ہے مائنڈ سے۔</w:t>
      </w:r>
    </w:p>
    <w:p>
      <w:r>
        <w:rPr>
          <w:b/>
        </w:rPr>
        <w:t xml:space="preserve">[47:05] </w:t>
      </w:r>
      <w:r>
        <w:t>yani unesco ka dictum hai ke violence begins from mind. lekin sachai kya hai?</w:t>
      </w:r>
    </w:p>
    <w:p>
      <w:pPr>
        <w:jc w:val="right"/>
      </w:pPr>
      <w:r>
        <w:t>یعنی یونیسکو کا ڈکٹم ہے کہ وائیلنس بگنز فرام مائنڈ۔ لیکن سچائی کیا ہے؟</w:t>
      </w:r>
    </w:p>
    <w:p>
      <w:r>
        <w:rPr>
          <w:b/>
        </w:rPr>
        <w:t xml:space="preserve">[47:15] </w:t>
      </w:r>
      <w:r>
        <w:t>every action begins from mind. pehle aap sochte hain, phir karte hain, sochte hain, phir karte hain. to agar aap chahte hain ke meri meri activities sahi hon, yani fruitful hon,</w:t>
      </w:r>
    </w:p>
    <w:p>
      <w:pPr>
        <w:jc w:val="right"/>
      </w:pPr>
      <w:r>
        <w:t>ایوری ایکشن بگنز فرام مائنڈ۔ پہلے آپ سوچتے ہیں، پھر کرتے ہیں، سوچتے ہیں، پھر کرتے ہیں۔ تو اگر آپ چاہتے ہیں کہ میری میری ایکٹیویٹیز صحیح ہوں، یعنی فروٹ فل ہوں،</w:t>
      </w:r>
    </w:p>
    <w:p>
      <w:r>
        <w:rPr>
          <w:b/>
        </w:rPr>
        <w:t xml:space="preserve">[47:29] </w:t>
      </w:r>
      <w:r>
        <w:t>aap apni activities ko chahte hain ke woh fruitful hon, to aap ko mind ko active karna padega, mind ko awaken karna padega, mind ke level par sochna padega.</w:t>
      </w:r>
    </w:p>
    <w:p>
      <w:pPr>
        <w:jc w:val="right"/>
      </w:pPr>
      <w:r>
        <w:t>آپ اپنی ایکٹیویٹیز کو چاہتے ہیں کہ وہ فروٹ فل ہوں، تو آپ کو مائنڈ کو ایکٹیو کرنا پڑے گا، مائنڈ کو اویکن کرنا پڑے گا، مائنڈ کے لیول پر سوچنا پڑے گا۔</w:t>
      </w:r>
    </w:p>
    <w:p>
      <w:r>
        <w:rPr>
          <w:b/>
        </w:rPr>
        <w:t xml:space="preserve">[47:41] </w:t>
      </w:r>
      <w:r>
        <w:t>soch right thinking jab hogi to right action aayega. without right thinking, there is no right action. yeh to yeh to ek bilkul psychological baat hai.</w:t>
      </w:r>
    </w:p>
    <w:p>
      <w:pPr>
        <w:jc w:val="right"/>
      </w:pPr>
      <w:r>
        <w:t>سوچ رائٹ تھنکنگ جب ہوگی تو رائٹ ایکشن آئے گا۔ ودا آؤٹ رائٹ تھنکنگ، دیر از نو رائٹ ایکشن۔ یہ تو یہ تو ایک بالکل سائیکلوجیکل بات ہے۔</w:t>
      </w:r>
    </w:p>
    <w:p>
      <w:r>
        <w:rPr>
          <w:b/>
        </w:rPr>
        <w:t xml:space="preserve">[47:55] </w:t>
      </w:r>
      <w:r>
        <w:t>maulana sahib, once the prophet had advised his companion saying, what you get was meant for you and what you have lost was never meant for you.</w:t>
      </w:r>
    </w:p>
    <w:p>
      <w:pPr>
        <w:jc w:val="right"/>
      </w:pPr>
      <w:r>
        <w:t>مولانا صاحب، ونس دا پرافٹ ہیڈ ایڈوائزڈ ہز کمپینین سینگ، واٹ یو گیٹ واز مینٹ فار یو اینڈ واٹ یو ہیو لاسٹ واز نیور مینٹ فار یو۔</w:t>
      </w:r>
    </w:p>
    <w:p>
      <w:r>
        <w:rPr>
          <w:b/>
        </w:rPr>
        <w:t xml:space="preserve">[48:08] </w:t>
      </w:r>
      <w:r>
        <w:t>jo tum ko mila, woh tumhein woh tum se khoya jaane wala nahin tha. jo tum se khoya gaya hai, woh tum ko milne wala nahin tha. maulana sahib, can you elaborate on what is the wisdom behind this?</w:t>
      </w:r>
    </w:p>
    <w:p>
      <w:pPr>
        <w:jc w:val="right"/>
      </w:pPr>
      <w:r>
        <w:t>جو تم کو ملا، وہ تمہیں وہ تم سے کھویا جانے والا نہیں تھا۔ جو تم سے کھویا گیا ہے، وہ تم کو ملنے والا نہیں تھا۔ مولانا صاحب، کین یو ایلیبریٹ ان واٹ از دا وزڈم بیہائنڈ دس؟</w:t>
      </w:r>
    </w:p>
    <w:p>
      <w:r>
        <w:rPr>
          <w:b/>
        </w:rPr>
        <w:t xml:space="preserve">[48:23] </w:t>
      </w:r>
      <w:r>
        <w:t>dekhein, yeh law of nature ki baat hai. law of nature. yeh duniya mein bahut sare factors hain.</w:t>
      </w:r>
    </w:p>
    <w:p>
      <w:pPr>
        <w:jc w:val="right"/>
      </w:pPr>
      <w:r>
        <w:t>دیکھیں، یہ لاء آف نیچر کی بات ہے۔ لاء آف نیچر۔ یہ دنیا میں بہت سارے فیکٹرز ہیں۔</w:t>
      </w:r>
    </w:p>
    <w:p>
      <w:r>
        <w:rPr>
          <w:b/>
        </w:rPr>
        <w:t xml:space="preserve">[48:33] </w:t>
      </w:r>
      <w:r>
        <w:t>hum akele nahin hain. yani yeh duniya hamare liye ek akele ka island nahin hai. yahan bahut sare yahan animals bhi hain, yahan barish bhi hoti hai, yahan insan bhi apni azadi ke mutabiq chalte hain.</w:t>
      </w:r>
    </w:p>
    <w:p>
      <w:pPr>
        <w:jc w:val="right"/>
      </w:pPr>
      <w:r>
        <w:t>ہم اکیلے نہیں ہیں۔ یعنی یہ دنیا ہمارے لیے ایک اکیلے کا آئی لینڈ نہیں ہے۔ یہاں بہت سارے یہاں اینیملز بھی ہیں، یہاں بارش بھی ہوتی ہے، یہاں انسان بھی اپنی آزادی کے مطابق چلتے ہیں۔</w:t>
      </w:r>
    </w:p>
    <w:p>
      <w:r>
        <w:rPr>
          <w:b/>
        </w:rPr>
        <w:t xml:space="preserve">[48:49] </w:t>
      </w:r>
      <w:r>
        <w:t>to bahut se factors ke beech mein hum hain. to kabhi woh factors hamare hum ko koi loss ho jayega, kabhi hum ko gain ho jayega, kabhi achha ho jayega, kabhi bura ho jayega.</w:t>
      </w:r>
    </w:p>
    <w:p>
      <w:pPr>
        <w:jc w:val="right"/>
      </w:pPr>
      <w:r>
        <w:t>تو بہت سے فیکٹرز کے بیچ میں ہم ہیں۔ تو کبھی وہ فیکٹرز ہمارے ہم کو کوئی لاس ہو جائے گا، کبھی ہم کو گین ہو جائے گا، کبھی اچھا ہو جائے گا، کبھی برا ہو جائے گا۔</w:t>
      </w:r>
    </w:p>
    <w:p>
      <w:r>
        <w:rPr>
          <w:b/>
        </w:rPr>
        <w:t xml:space="preserve">[49:05] </w:t>
      </w:r>
      <w:r>
        <w:t>to yeh ban to jo kuch hua, woh law of nature ke mutabiq hua, Christian plan of God ke mutabiq hua.</w:t>
      </w:r>
    </w:p>
    <w:p>
      <w:pPr>
        <w:jc w:val="right"/>
      </w:pPr>
      <w:r>
        <w:t>تو یہ بان تو جو کچھ ہوا، وہ لاء آف نیچر کے مطابق ہوا، کرسچن پلان اب اب گاڈ کے مطابق ہوا۔</w:t>
      </w:r>
    </w:p>
    <w:p>
      <w:r>
        <w:rPr>
          <w:b/>
        </w:rPr>
        <w:t xml:space="preserve">[49:14] </w:t>
      </w:r>
      <w:r>
        <w:t>jab aap yeh manenge to hum hum yani hum ko itminan hasil rahega, itminan ki zindagi milegi. nahin manenge to khwamkhwah tension mein rahenge.</w:t>
      </w:r>
    </w:p>
    <w:p>
      <w:pPr>
        <w:jc w:val="right"/>
      </w:pPr>
      <w:r>
        <w:t>جب آپ یہ مانیں گے تو ہم ہم یعنی ہم کو اطمینان حاصل رہے گا، اطمینان کی زندگی ملے گی۔ نہیں مانیں گے تو خوامخواہ ٹینشن میں رہیں گے۔</w:t>
      </w:r>
    </w:p>
    <w:p>
      <w:r>
        <w:rPr>
          <w:b/>
        </w:rPr>
        <w:t xml:space="preserve">[49:26] </w:t>
      </w:r>
      <w:r>
        <w:t>to rasool Allah ke qaul ka matlab yeh hai ke according to the law of nature, according to christian plan of God, hamesha kuch na kuch tum khoge, kuch na kuch paoge.</w:t>
      </w:r>
    </w:p>
    <w:p>
      <w:pPr>
        <w:jc w:val="right"/>
      </w:pPr>
      <w:r>
        <w:t>تو رسول اللہ کے قول کا مطلب یہ ہے کہ اکارڈنگ ٹو دا لاء آف نیچر، اکارڈنگ ٹو کرسچن پلان آف گاڈ، ہمیشہ کچھ نہ کچھ تم کھو گے، کچھ نہ کچھ پاؤ گے۔</w:t>
      </w:r>
    </w:p>
    <w:p>
      <w:r>
        <w:rPr>
          <w:b/>
        </w:rPr>
        <w:t xml:space="preserve">[49:37] </w:t>
      </w:r>
      <w:r>
        <w:t>yeh hoga har ek ke liye, hoga sahaba ke liye, hoga. To woh ek general law ka application hai. General law yeh hai ke is duniya mein jab bahut sare factor kaam kar rahe hain to hamesha aisa hoga ke kuch cheez tum khoge, kuch cheez tum paoge.</w:t>
      </w:r>
    </w:p>
    <w:p>
      <w:pPr>
        <w:jc w:val="right"/>
      </w:pPr>
      <w:r>
        <w:t>یہ ہوگا ہر ایک کے لیے، ہوگا صحابہ کے لیے، ہوگا۔ تو وہ ایک جنرل لاء کا ایپلیکیشن ہے۔ جنرل لاء یہ ہے کہ اس دنیا میں جب بہت سارے فیکٹر کام کر رہے ہیں تو ہمیشہ ایسا ہوگا کہ کچھ چیز تم کھو گے، کچھ چیز تم پاؤ گے۔</w:t>
      </w:r>
    </w:p>
    <w:p>
      <w:r>
        <w:rPr>
          <w:b/>
        </w:rPr>
        <w:t xml:space="preserve">[49:56] </w:t>
      </w:r>
      <w:r>
        <w:t>kabhi tumhari train miss karegi, kabhi tum apni train pa jaoge, kabhi kabhi bus chhutegi, kabhi bus mil jayegi. Yeh ho jayega.</w:t>
      </w:r>
    </w:p>
    <w:p>
      <w:pPr>
        <w:jc w:val="right"/>
      </w:pPr>
      <w:r>
        <w:t>کبھی تمہاری ٹرین مس کرے گی، کبھی تم اپنی ٹرین پا جاؤ گے، کبھی کبھی بس چھوٹے گی، کبھی بس مل جائے گی۔ یہ ہو گیا ہوگا۔</w:t>
      </w:r>
    </w:p>
    <w:p>
      <w:r>
        <w:rPr>
          <w:b/>
        </w:rPr>
        <w:t xml:space="preserve">[50:05] </w:t>
      </w:r>
      <w:r>
        <w:t>to ab jab bhi aisa tajruba ho to isko dalo law of nature ke khane mein. Tab tum ko shikayat nahi hogi.</w:t>
      </w:r>
    </w:p>
    <w:p>
      <w:pPr>
        <w:jc w:val="right"/>
      </w:pPr>
      <w:r>
        <w:t>تو اب جب بھی ایسا تجربہ ہو تو اس کو ڈالو لاء آف نیچر کے خانے میں۔ تب تم کو شکایت نہیں ہوگی۔</w:t>
      </w:r>
    </w:p>
    <w:p>
      <w:r>
        <w:rPr>
          <w:b/>
        </w:rPr>
        <w:t xml:space="preserve">[50:14] </w:t>
      </w:r>
      <w:r>
        <w:t>hum daal dete hain kisi kisi khane mein, kisi aur ke khane mein to hum ko shikayat hoti hai. To jo kuch duniya mein hota hai, chahe loss ho, chahe gain ho, woh hota hai according to the law of nature.</w:t>
      </w:r>
    </w:p>
    <w:p>
      <w:pPr>
        <w:jc w:val="right"/>
      </w:pPr>
      <w:r>
        <w:t>ہم ڈال دیتے ہیں کسی کسی خانے میں، کسی اور کے خانے میں تو ہم کو شکایت ہوتی ہے۔ تو جو کچھ دنیا میں ہوتا ہے، چاہے لاس ہو، چاہے گین ہو، وہ ہوتا ہے اکارڈنگ ٹو دا لاء آف نیچر۔</w:t>
      </w:r>
    </w:p>
    <w:p>
      <w:r>
        <w:rPr>
          <w:b/>
        </w:rPr>
        <w:t xml:space="preserve">[50:29] </w:t>
      </w:r>
      <w:r>
        <w:t>to isko yani normalize karne ke liye aap ne aisa farmaya. Isko normalize karne ke liye taake hum apne aap ko tension se bacha saken.</w:t>
      </w:r>
    </w:p>
    <w:p>
      <w:pPr>
        <w:jc w:val="right"/>
      </w:pPr>
      <w:r>
        <w:t>تو اس کو یعنی نارملائز کرنے کے لیے آپ نے ایسا فرمایا۔ اس کو نارملائز کرنے کے لیے تاکہ ہم اپنے آپ کو ٹینشن سے بچا سکیں۔</w:t>
      </w:r>
    </w:p>
    <w:p>
      <w:r>
        <w:rPr>
          <w:b/>
        </w:rPr>
        <w:t xml:space="preserve">[50:43] </w:t>
      </w:r>
      <w:r>
        <w:t>ah</w:t>
      </w:r>
    </w:p>
    <w:p>
      <w:pPr>
        <w:jc w:val="right"/>
      </w:pPr>
      <w:r>
        <w:t>اہ</w:t>
      </w:r>
    </w:p>
    <w:p>
      <w:r>
        <w:rPr>
          <w:b/>
        </w:rPr>
        <w:t xml:space="preserve">[50:44] </w:t>
      </w:r>
      <w:r>
        <w:t>Maulana sahib, once prophet had also said that remember death much because it demolishes all desires. Ah why did prophet made such a statement?</w:t>
      </w:r>
    </w:p>
    <w:p>
      <w:pPr>
        <w:jc w:val="right"/>
      </w:pPr>
      <w:r>
        <w:t>مولانا صاحب، ونس پرافٹ ہیڈ السو سیڈ دیٹ ریممبر ڈیتھ مچ بیکاز اٹ ڈیمولشز ال ڈیزائرز۔ اہ وائی ڈیڈ پرافٹ میڈ سچ ا سٹیٹمنٹ؟</w:t>
      </w:r>
    </w:p>
    <w:p>
      <w:r>
        <w:rPr>
          <w:b/>
        </w:rPr>
        <w:t xml:space="preserve">[50:58] </w:t>
      </w:r>
      <w:r>
        <w:t>dekhen, maine is pe bahut socha to meri samajh mein aayi ke maut ko yaad karna jo hai, iska ek bahut bada positive faida hai. Maut ko yaad karne ka ek bahut bada positive faida hai.</w:t>
      </w:r>
    </w:p>
    <w:p>
      <w:pPr>
        <w:jc w:val="right"/>
      </w:pPr>
      <w:r>
        <w:t>دیکھیں، میں نے اس پہ بہت سوچا تو میری سمجھ میں آئی کہ موت کو یاد کرنا جو ہے، اس کا ایک بہت بڑا پازیٹیو فائدہ ہے۔ موت کو یاد کرنے کا ایک بہت بڑا پازیٹیو فائدہ ہے۔</w:t>
      </w:r>
    </w:p>
    <w:p>
      <w:r>
        <w:rPr>
          <w:b/>
        </w:rPr>
        <w:t xml:space="preserve">[51:12] </w:t>
      </w:r>
      <w:r>
        <w:t>woh kya? Maut ki yaad aap ke andar sense of urgency develop karti hai.</w:t>
      </w:r>
    </w:p>
    <w:p>
      <w:pPr>
        <w:jc w:val="right"/>
      </w:pPr>
      <w:r>
        <w:t>وہ کیا؟ موت کی یاد آپ کے اندر سینس اف ارجنسی ڈیولپ کرتی ہے۔</w:t>
      </w:r>
    </w:p>
    <w:p>
      <w:r>
        <w:rPr>
          <w:b/>
        </w:rPr>
        <w:t xml:space="preserve">[51:21] </w:t>
      </w:r>
      <w:r>
        <w:t>Maut ki yaad aap ko sense of urgency develop karti hai. Aap jab sochenge ke kya bolen, kal mein mar jaon to aaj hi kaam karenge.</w:t>
      </w:r>
    </w:p>
    <w:p>
      <w:pPr>
        <w:jc w:val="right"/>
      </w:pPr>
      <w:r>
        <w:t>موت کی یاد آپ کو سینس اف ارجنسی ڈیولپ کرتی ہے۔ آپ جب سوچیں گے کہ کیا بولیں، کل میں مر جاؤں تو آج ہی کام کریں گے۔</w:t>
      </w:r>
    </w:p>
    <w:p>
      <w:r>
        <w:rPr>
          <w:b/>
        </w:rPr>
        <w:t xml:space="preserve">[51:32] </w:t>
      </w:r>
      <w:r>
        <w:t>Aap jo karne ka kaam hai, woh isko isko aap postpone nahi karenge. Jab aap ko yeh khayal aa jaye aap mind mein ke kya bolen, main kal mar jaon, parson mar jaon to aap ke andar ek sense of urgency aayegi.</w:t>
      </w:r>
    </w:p>
    <w:p>
      <w:pPr>
        <w:jc w:val="right"/>
      </w:pPr>
      <w:r>
        <w:t>آپ جو کرنے کا کام ہے، وہ اس کو اس کو آپ پوسٹ پون نہیں کریں گے۔ جب آپ کو یہ خیال آ جائے آپ مائنڈ میں کہ کیا بولیں، میں کل مر جاؤں، پرسوں مر جاؤں تو آپ کے اندر ایک سینس اف ارجنسی آئے گا۔</w:t>
      </w:r>
    </w:p>
    <w:p>
      <w:r>
        <w:rPr>
          <w:b/>
        </w:rPr>
        <w:t xml:space="preserve">[51:49] </w:t>
      </w:r>
      <w:r>
        <w:t>Aap time waste nahi karenge. Time ko zyada se zyada avail karenge. Aap zyada se zyada aakhri had tak avail karenge taake jo kaam yani mujhe chhoot jaane wala hai, woh chhootne na paye.</w:t>
      </w:r>
    </w:p>
    <w:p>
      <w:pPr>
        <w:jc w:val="right"/>
      </w:pPr>
      <w:r>
        <w:t>آپ ٹائم ویسٹ نہیں کریں گے۔ ٹائم کو زیادہ سے زیادہ اویل کریں گے۔ آپ زیادہ سے زیادہ آخری حد تک اویل کریں گے تاکہ جو کام یعنی مجھے چھوٹ جانے والا ہے، وہ چھوٹنے نہ پائے۔</w:t>
      </w:r>
    </w:p>
    <w:p>
      <w:r>
        <w:rPr>
          <w:b/>
        </w:rPr>
        <w:t xml:space="preserve">[52:03] </w:t>
      </w:r>
      <w:r>
        <w:t>Aaj hi mein kar dalon isko. Yeh bahut hi positive ek bahut hi positive role hai maut ki.</w:t>
      </w:r>
    </w:p>
    <w:p>
      <w:pPr>
        <w:jc w:val="right"/>
      </w:pPr>
      <w:r>
        <w:t>آج ہی میں کر ڈالوں اس کو۔ یہ بہت ہی پازیٹیو ایک بہت ہی پازیٹیو رول ہے موت کی۔</w:t>
      </w:r>
    </w:p>
    <w:p>
      <w:r>
        <w:rPr>
          <w:b/>
        </w:rPr>
        <w:t xml:space="preserve">[52:12] </w:t>
      </w:r>
      <w:r>
        <w:t>maut ki yaad ka insaan ki zindagi mein.</w:t>
      </w:r>
    </w:p>
    <w:p>
      <w:pPr>
        <w:jc w:val="right"/>
      </w:pPr>
      <w:r>
        <w:t>موت کی یاد کا انسان کی زندگی میں۔</w:t>
      </w:r>
    </w:p>
    <w:p>
      <w:r>
        <w:rPr>
          <w:b/>
        </w:rPr>
        <w:t xml:space="preserve">[52:18] </w:t>
      </w:r>
      <w:r>
        <w:t>Maulana sahib, many hadith are in meta metaforical language. So how do we understand them better? What would be your advice to all of us?</w:t>
      </w:r>
    </w:p>
    <w:p>
      <w:pPr>
        <w:jc w:val="right"/>
      </w:pPr>
      <w:r>
        <w:t>مولانا صاحب، مینی حدیث ار ان میٹا میٹا فوریکل لینگویج۔ سو ہاؤ ڈو وی انڈرسٹینڈ دیم بیٹر؟ واٹ وڈ بی یور ایڈوائس ٹو ال اف اس؟</w:t>
      </w:r>
    </w:p>
    <w:p>
      <w:r>
        <w:rPr>
          <w:b/>
        </w:rPr>
        <w:t xml:space="preserve">[52:28] </w:t>
      </w:r>
      <w:r>
        <w:t>dekhen, yeh is jis zamane mein Islam aaya, us waqt metaforical language bahut istemal hoti thi sari duniya mein.</w:t>
      </w:r>
    </w:p>
    <w:p>
      <w:pPr>
        <w:jc w:val="right"/>
      </w:pPr>
      <w:r>
        <w:t>دیکھیں، یہ اس جس زمانے میں اسلام آیا، اس وقت میٹا فوریکل لینگویج بہت استعمال ہوتی تھی ساری دنیا میں۔</w:t>
      </w:r>
    </w:p>
    <w:p>
      <w:r>
        <w:rPr>
          <w:b/>
        </w:rPr>
        <w:t xml:space="preserve">[52:37] </w:t>
      </w:r>
      <w:r>
        <w:t>sari duniya mein to isi liye Islam mein bhi woh hai. Ab woh daur khatam ho gaya. Ab maine ek kitab padhi, uska naam tha "Death of Metafor".</w:t>
      </w:r>
    </w:p>
    <w:p>
      <w:pPr>
        <w:jc w:val="right"/>
      </w:pPr>
      <w:r>
        <w:t>ساری دنیا میں تو اسی لیے اسلام میں بھی وہ ہے۔ اب وہ دور ختم ہو گیا۔ اب میں نے ایک کتاب پڑھی، اس کا نام تھا "ڈیتھ اف بیٹافر"۔</w:t>
      </w:r>
    </w:p>
    <w:p>
      <w:r>
        <w:rPr>
          <w:b/>
        </w:rPr>
        <w:t xml:space="preserve">[52:49] </w:t>
      </w:r>
      <w:r>
        <w:t>yeh uska title tha "Death of Metafor". Ab science ka jo zamana aaya hai to science ke zamane mein metafor khatam ho gaya.</w:t>
      </w:r>
    </w:p>
    <w:p>
      <w:pPr>
        <w:jc w:val="right"/>
      </w:pPr>
      <w:r>
        <w:t>یہ اس کا ٹائٹل تھا "ڈیتھ اف بیٹافر"۔ اب سائنس کا جو زمانہ آیا ہے تو سائنس کے زمانے میں میٹافر ختم ہو گیا۔</w:t>
      </w:r>
    </w:p>
    <w:p>
      <w:r>
        <w:rPr>
          <w:b/>
        </w:rPr>
        <w:t xml:space="preserve">[53:02] </w:t>
      </w:r>
      <w:r>
        <w:t>doosri ko us ne likha tha "Death of Metafor". To</w:t>
      </w:r>
    </w:p>
    <w:p>
      <w:pPr>
        <w:jc w:val="right"/>
      </w:pPr>
      <w:r>
        <w:t>دوسری کو اس نے لکھا تھا "ڈیتھ اف میٹافر"۔ تو</w:t>
      </w:r>
    </w:p>
    <w:p>
      <w:r>
        <w:rPr>
          <w:b/>
        </w:rPr>
        <w:t xml:space="preserve">[53:11] </w:t>
      </w:r>
      <w:r>
        <w:t>to ab hum ab jab hum jo kalam karenge to hum metafor ki zuban mein. Main likhta hoon, main metafor ki zuban istemal nahi karta.</w:t>
      </w:r>
    </w:p>
    <w:p>
      <w:pPr>
        <w:jc w:val="right"/>
      </w:pPr>
      <w:r>
        <w:t>تو اب ہم اب جب ہم جو کلام کریں گے تو ہم میٹافر کی زبان میں۔ میں لکھتا ہوں، میں میٹافر کی زبان استعمال نہیں کرتا۔</w:t>
      </w:r>
    </w:p>
    <w:p>
      <w:r>
        <w:rPr>
          <w:b/>
        </w:rPr>
        <w:t xml:space="preserve">[53:19] </w:t>
      </w:r>
      <w:r>
        <w:t>main kyunke aaj ke insaan ke liye, aaj ka insaan ke andar jo reason hoti hai, jo rational thinking hoti hai, woh address nahi hogi.</w:t>
      </w:r>
    </w:p>
    <w:p>
      <w:pPr>
        <w:jc w:val="right"/>
      </w:pPr>
      <w:r>
        <w:t>میں کیونکہ آج کے انسان کے لیے، آج کا انسان کے اندر جو ریزن ہوتی ہے، جو ریشنل تھنکنگ ہوتی ہے، وہ ایڈریس نہیں ہوگی۔</w:t>
      </w:r>
    </w:p>
    <w:p>
      <w:r>
        <w:rPr>
          <w:b/>
        </w:rPr>
        <w:t xml:space="preserve">[53:29] </w:t>
      </w:r>
      <w:r>
        <w:t>aap metafor ke lehje istemal kar rahe hain. Aaj ke insaan ke address karne ke liye aap ko scientific language bolni padti hai.</w:t>
      </w:r>
    </w:p>
    <w:p>
      <w:pPr>
        <w:jc w:val="right"/>
      </w:pPr>
      <w:r>
        <w:t>آپ بٹھفر کے لہجے استعمال کر رہے ہیں۔ آج کے انسان کے ایڈریس کرنے کے لیے آپ کو سائنٹیفک لینگویج بولنی پڑتی ہے۔</w:t>
      </w:r>
    </w:p>
    <w:p>
      <w:r>
        <w:rPr>
          <w:b/>
        </w:rPr>
        <w:t xml:space="preserve">[53:40] </w:t>
      </w:r>
      <w:r>
        <w:t>metafor ki language nahi. Maslan yeh ke mamla insaan ka hai. Aap misaal dein kisi lakri ka, kisi lohe ki.</w:t>
      </w:r>
    </w:p>
    <w:p>
      <w:pPr>
        <w:jc w:val="right"/>
      </w:pPr>
      <w:r>
        <w:t>میٹفر کی لینگویج نہیں۔ مثلاً یہ کہ معاملہ انسان کا ہے۔ آپ مثال دیں کسی لکڑی کا، کسی لوہے کی۔</w:t>
      </w:r>
    </w:p>
    <w:p>
      <w:r>
        <w:rPr>
          <w:b/>
        </w:rPr>
        <w:t xml:space="preserve">[53:50] </w:t>
      </w:r>
      <w:r>
        <w:t>to aaj ka insaan sochega ke bhai mamla to insaan ka hai. Insaan ki hadith hai, samjhao mujhe. Lakre mein kya hota hai? Lakri ki duniya woh alag cheez hai.</w:t>
      </w:r>
    </w:p>
    <w:p>
      <w:pPr>
        <w:jc w:val="right"/>
      </w:pPr>
      <w:r>
        <w:t>تو آج کا انسان سوچے گا کہ بھئی معاملہ تو انسان کا ہے۔ انسان کی حدیث ہے، سمجھاؤ مجھے۔ لکڑے میں کیا ہوتا ہے؟ لکڑی کی دنیا وہ الگ چیز ہے۔</w:t>
      </w:r>
    </w:p>
    <w:p>
      <w:r>
        <w:rPr>
          <w:b/>
        </w:rPr>
        <w:t xml:space="preserve">[54:02] </w:t>
      </w:r>
      <w:r>
        <w:t>to betafr jo hai, jitni bhi betafr jab hoti hai to woh real waqea par nahi hoti. woh ek aur cheez par hoti hai, ek aur cheez ko le kar ke.</w:t>
      </w:r>
    </w:p>
    <w:p>
      <w:pPr>
        <w:jc w:val="right"/>
      </w:pPr>
      <w:r>
        <w:t>تو بیٹافر جو ہے، جتنی بھی بیٹافر جب ہوتی ہے تو وہ ریئل واقعہ پر نہیں ہوتی۔ وہ ایک اور چیز پر ہوتی ہے، ایک اور چیز کو لے کر کے۔</w:t>
      </w:r>
    </w:p>
    <w:p>
      <w:r>
        <w:rPr>
          <w:b/>
        </w:rPr>
        <w:t xml:space="preserve">[54:15] </w:t>
      </w:r>
      <w:r>
        <w:t>to abhi bhi log betafr ki zaban istemal karte hain, lekin main samajhta hoon ke ab woh daur khatam ho gaya jab aap metaphor ki zaban istemal karen. ab to aap ko scientific zaban mein sochna chahiye, bolna chahiye.</w:t>
      </w:r>
    </w:p>
    <w:p>
      <w:pPr>
        <w:jc w:val="right"/>
      </w:pPr>
      <w:r>
        <w:t>تو ابھی بھی لوگ بیٹافر کی زبان استعمال کرتے ہیں، لیکن میں سمجھتا ہوں کہ اب وہ دور ختم ہو گیا جب آپ میٹافر کی زبان استعمال کریں۔ اب تو آپ کو سائنٹیفک زبان میں سوچنا چاہیے، بولنا چاہیے۔</w:t>
      </w:r>
    </w:p>
    <w:p>
      <w:r>
        <w:rPr>
          <w:b/>
        </w:rPr>
        <w:t xml:space="preserve">[54:32] </w:t>
      </w:r>
      <w:r>
        <w:t>ah Maulana sahib, profit of Islam laid a lot of ah stress in acquiring knowledge for both men and women.</w:t>
      </w:r>
    </w:p>
    <w:p>
      <w:pPr>
        <w:jc w:val="right"/>
      </w:pPr>
      <w:r>
        <w:t>اہ مولانا صاحب، پرافٹ اف اسلام لیڈ ا لاٹ اف اہ سٹریس ان ایکوائرنگ نالج فار بوتھ مین اینڈ وومن۔</w:t>
      </w:r>
    </w:p>
    <w:p>
      <w:r>
        <w:rPr>
          <w:b/>
        </w:rPr>
        <w:t xml:space="preserve">[54:41] </w:t>
      </w:r>
      <w:r>
        <w:t>ah what was the reason behind that</w:t>
      </w:r>
    </w:p>
    <w:p>
      <w:pPr>
        <w:jc w:val="right"/>
      </w:pPr>
      <w:r>
        <w:t>اہ واٹ واز دا ریزن بیہائنڈ دیٹ</w:t>
      </w:r>
    </w:p>
    <w:p>
      <w:r>
        <w:rPr>
          <w:b/>
        </w:rPr>
        <w:t xml:space="preserve">[54:43] </w:t>
      </w:r>
      <w:r>
        <w:t>? reason bohat saaf hai. hum paida hote hain to sari baat potentially to hoti hai apne andar, lekin humein unfold karna hai.</w:t>
      </w:r>
    </w:p>
    <w:p>
      <w:pPr>
        <w:jc w:val="right"/>
      </w:pPr>
      <w:r>
        <w:t>؟ ریزن بہت صاف ہے۔ ہم پیدا ہوتے ہیں تو ساری بات پوٹینشلی تو ہوتی ہے اپنے اندر، لیکن ہمیں ان فولڈ کرنا ہے۔</w:t>
      </w:r>
    </w:p>
    <w:p>
      <w:r>
        <w:rPr>
          <w:b/>
        </w:rPr>
        <w:t xml:space="preserve">[54:54] </w:t>
      </w:r>
      <w:r>
        <w:t>to humein jab learning hogi, hamare andar discussion hoga, interaction karenge, aap tabhi to unfold kar paayenge. hum to chahe aurat ho ya mard, har ek ko learning karna hai,</w:t>
      </w:r>
    </w:p>
    <w:p>
      <w:pPr>
        <w:jc w:val="right"/>
      </w:pPr>
      <w:r>
        <w:t>تو ہمیں جب لرننگ ہوگی، ہمارے اندر ڈسکشن ہوگا، انٹریکشن کریں گے، آپ تبھی تو ان فولڈ کر پائیں گے۔ ہم تو چاہے عورت ہو یا مرد، ہر ایک کو لرننگ کرنا ہے،</w:t>
      </w:r>
    </w:p>
    <w:p>
      <w:r>
        <w:rPr>
          <w:b/>
        </w:rPr>
        <w:t xml:space="preserve">[55:07] </w:t>
      </w:r>
      <w:r>
        <w:t>discussion karna hai, interaction karna hai, study karni hai, experience se lesson lena hai. tab woh woh personality banegi jo muzakka personality hai.</w:t>
      </w:r>
    </w:p>
    <w:p>
      <w:pPr>
        <w:jc w:val="right"/>
      </w:pPr>
      <w:r>
        <w:t>ڈسکشن کرنا ہے، انٹریکشن کرنا ہے، اسٹڈی کرنی ہے، ایکسپیرینس سے لیسن لینا ہے۔ تب وہ وہ پرسنیلٹی بنے گی جو مذکا پرسنیلٹی ہے۔</w:t>
      </w:r>
    </w:p>
    <w:p>
      <w:r>
        <w:rPr>
          <w:b/>
        </w:rPr>
        <w:t xml:space="preserve">[55:20] </w:t>
      </w:r>
      <w:r>
        <w:t>nahi to hum adhoore reh jayenge, adhoore apni apni personality ko complete karne ke liye zaroori hai ke hum zyada tar ilm hasil karen, zyada se zyada knowledge badhayen, apni zyada se zyada study karen, apni apni personality ko complete karne ke liye yeh zaroori hai.</w:t>
      </w:r>
    </w:p>
    <w:p>
      <w:pPr>
        <w:jc w:val="right"/>
      </w:pPr>
      <w:r>
        <w:t>نہیں تو ہم ادھورے رہ جائیں گے، ادھورے اپنی اپنی پرسنیلٹی کو کمپلیٹ کرنے کے لیے ضروری ہے کہ ہم زیادہ تر علم حاصل کریں، زیادہ سے زیادہ نالج بڑھائیں، اپنی زیادہ سے زیادہ اسٹڈی کریں، اپنی اپنی پرسنیلٹی کو کمپلیٹ کرنے کے لیے یہ ضروری ہے۔</w:t>
      </w:r>
    </w:p>
    <w:p>
      <w:r>
        <w:rPr>
          <w:b/>
        </w:rPr>
        <w:t xml:space="preserve">[55:41] </w:t>
      </w:r>
      <w:r>
        <w:t>ah</w:t>
      </w:r>
    </w:p>
    <w:p>
      <w:pPr>
        <w:jc w:val="right"/>
      </w:pPr>
      <w:r>
        <w:t>اہ</w:t>
      </w:r>
    </w:p>
    <w:p>
      <w:r>
        <w:rPr>
          <w:b/>
        </w:rPr>
        <w:t xml:space="preserve">[55:42] </w:t>
      </w:r>
      <w:r>
        <w:t>Maulana sahib, one of the ah great event that happened during the life of the prophet of Islam was ah the signing of the Hudaybiyyah treaty in 628 AD.</w:t>
      </w:r>
    </w:p>
    <w:p>
      <w:pPr>
        <w:jc w:val="right"/>
      </w:pPr>
      <w:r>
        <w:t>مولانا صاحب، ون اف دی اہ گریٹ ایونٹ دیٹ ہیپنڈ ڈیورنگ دا لائف اف دا پرافٹ اف اسلام واز اہ دی سائننگ اف دی حدیبیہ ٹریٹی ان 628 اے ڈی۔</w:t>
      </w:r>
    </w:p>
    <w:p>
      <w:r>
        <w:rPr>
          <w:b/>
        </w:rPr>
        <w:t xml:space="preserve">[55:53] </w:t>
      </w:r>
      <w:r>
        <w:t>you have written a lot about it and you have spoken about it. what was the wisdom ah of prophet of Islam behind the signing of the Hudaybiyyah treaty?</w:t>
      </w:r>
    </w:p>
    <w:p>
      <w:pPr>
        <w:jc w:val="right"/>
      </w:pPr>
      <w:r>
        <w:t>یو ہیو رٹن ا لاٹ اباؤٹ اٹ اینڈ یو ہیو سپوکن اباؤٹ اٹ۔ واٹ واز دا وزڈم اہ اف پرافٹ اف اسلام بیہائنڈ دی سائننگ اف دی حدیبیہ ٹریٹی؟</w:t>
      </w:r>
    </w:p>
    <w:p>
      <w:r>
        <w:rPr>
          <w:b/>
        </w:rPr>
        <w:t xml:space="preserve">[56:05] </w:t>
      </w:r>
      <w:r>
        <w:t>yeh</w:t>
      </w:r>
    </w:p>
    <w:p>
      <w:pPr>
        <w:jc w:val="right"/>
      </w:pPr>
      <w:r>
        <w:t>یہ</w:t>
      </w:r>
    </w:p>
    <w:p>
      <w:r>
        <w:rPr>
          <w:b/>
        </w:rPr>
        <w:t xml:space="preserve">[56:06] </w:t>
      </w:r>
      <w:r>
        <w:t>to wohi hai jo maine kaha tha ke wisdom kya cheez hai? ke wisdom is the ability to discover the relevant by sorting out the irrelevant.</w:t>
      </w:r>
    </w:p>
    <w:p>
      <w:pPr>
        <w:jc w:val="right"/>
      </w:pPr>
      <w:r>
        <w:t>تو وہی ہے جو میں نے کہا تھا کہ وزڈم کیا چیز ہے؟ کہ وزڈم از دا ایبیلیٹی ٹو ڈسکور دا ریلیونٹ بائے سارٹنگ اؤٹ دا اریلیونٹ۔</w:t>
      </w:r>
    </w:p>
    <w:p>
      <w:r>
        <w:rPr>
          <w:b/>
        </w:rPr>
        <w:t xml:space="preserve">[56:22] </w:t>
      </w:r>
      <w:r>
        <w:t>to jo Hudaybiyyah ke mauqe par jo jo opposite side ki taraf se baatein huin, sab ko aap ne avoid kiya kyunke woh woh relevant nahi tha.</w:t>
      </w:r>
    </w:p>
    <w:p>
      <w:pPr>
        <w:jc w:val="right"/>
      </w:pPr>
      <w:r>
        <w:t>تو جو حدیبیہ کے موقع پر جو جو اپوزٹ سائیڈ کی طرف سے باتیں ہوئیں، سب کو آپ نے اوائڈ کیا کیونکہ وہ وہ ریلیونٹ نہیں تھا۔</w:t>
      </w:r>
    </w:p>
    <w:p>
      <w:r>
        <w:rPr>
          <w:b/>
        </w:rPr>
        <w:t xml:space="preserve">[56:34] </w:t>
      </w:r>
      <w:r>
        <w:t>woh misaal ke taur par batata hoon aap ko ke jab ah misaal ke taur par unhon ne roka ke aap ko aap ko hum umrah karne ke liye Mecca nahi jaane denge,</w:t>
      </w:r>
    </w:p>
    <w:p>
      <w:pPr>
        <w:jc w:val="right"/>
      </w:pPr>
      <w:r>
        <w:t>وہ مثال کے طور پر بتاتا ہوں آپ کو کہ جب اہ مثال کے طور پر انہوں نے روکا کہ آپ کو آپ کو ہم عمرہ کرنے کے لیے مکہ نہیں جانے دیں گے،</w:t>
      </w:r>
    </w:p>
    <w:p>
      <w:r>
        <w:rPr>
          <w:b/>
        </w:rPr>
        <w:t xml:space="preserve">[56:49] </w:t>
      </w:r>
      <w:r>
        <w:t xml:space="preserve">to yeh irrelevant tha kyunke Mecca is is saal nahi jaane dega. hum agle saal ja ke kar lenge. yani yeh yeh koi real problem nahi tha ke is saal agar hum tum rok rahe ho ke hum ko nahi jaane de rahe ho to kab tak rokoge? </w:t>
      </w:r>
    </w:p>
    <w:p>
      <w:pPr>
        <w:jc w:val="right"/>
      </w:pPr>
      <w:r>
        <w:t>تو یہ اریلیونٹ تھا کیونکہ مکہ اس اس سال نہیں جانے دے گا۔ ہم اگلے سال جا کے کر لیں گے۔ یعنی یہ یہ کوئی ریئل پرابلم نہیں تھا کہ اس سال اگر ہم تم روک رہے ہو کہ ہم کو نہیں جانے دے رہے ہو تو کب تک روکو گے؟</w:t>
      </w:r>
    </w:p>
    <w:p>
      <w:r>
        <w:rPr>
          <w:b/>
        </w:rPr>
        <w:t xml:space="preserve">[57:07] </w:t>
      </w:r>
      <w:r>
        <w:t>aakhir kar rasta khulega. to aap ne jo irrelevant point tha, woh uska aap ne is par dhyan nahi diya.</w:t>
      </w:r>
    </w:p>
    <w:p>
      <w:pPr>
        <w:jc w:val="right"/>
      </w:pPr>
      <w:r>
        <w:t>آخر کار راستہ کھلے گا۔ تو آپ نے جو اریلیونٹ پوائنٹ تھا، وہ اس کا آپ نے اس پر دھیان نہیں دیا۔</w:t>
      </w:r>
    </w:p>
    <w:p>
      <w:r>
        <w:rPr>
          <w:b/>
        </w:rPr>
        <w:t xml:space="preserve">[57:15] </w:t>
      </w:r>
      <w:r>
        <w:t>aap ne jo relevant point tha, woh yeh tha ke kis tarike se peace qaim ho aur dawat ka kaam ruk gaya ho, woh jari ho jaye.</w:t>
      </w:r>
    </w:p>
    <w:p>
      <w:pPr>
        <w:jc w:val="right"/>
      </w:pPr>
      <w:r>
        <w:t>آپ نے جو ریلیونٹ پوائنٹ تھا، وہ یہ تھا کہ کس طریقے سے پیس قائم ہو اور دعوت کا کام رک گیا ہو، وہ جاری ہو جائے۔</w:t>
      </w:r>
    </w:p>
    <w:p>
      <w:r>
        <w:rPr>
          <w:b/>
        </w:rPr>
        <w:t xml:space="preserve">[57:26] </w:t>
      </w:r>
      <w:r>
        <w:t>aise hi dekhiye, jab Hudaybiyyah ka agar agreement ho raha tha, woh uski condition tay ho gayi thi. kya hota hai condition?</w:t>
      </w:r>
    </w:p>
    <w:p>
      <w:pPr>
        <w:jc w:val="right"/>
      </w:pPr>
      <w:r>
        <w:t>ایسے ہی دیکھیے، جب حدیبیہ کا اگر ایگریمنٹ ہو رہا تھا، وہ اس کی کنڈیشن طے ہو گئی تھی۔ کیا ہوتا ہے کنڈیشن؟</w:t>
      </w:r>
    </w:p>
    <w:p>
      <w:r>
        <w:rPr>
          <w:b/>
        </w:rPr>
        <w:t xml:space="preserve">[57:36] </w:t>
      </w:r>
      <w:r>
        <w:t>to Rasool Allah ne us ko dictate karwaya, us ka amal karwaya. to Ali likh rahe the paper par, to aap ne kaha: "اکتب یا علی، ھذا ما سال علیہ محمد رسول اللہ۔" aye Ali, likho ke yeh tay kiya hai ke Muhammad Rasool Allah ne.</w:t>
      </w:r>
    </w:p>
    <w:p>
      <w:pPr>
        <w:jc w:val="right"/>
      </w:pPr>
      <w:r>
        <w:t>تو رسول اللہ نے اس کو ڈکٹیٹ کروایا، اس کا عملہ کروایا۔ تو علی لکھ رہے تھے پیپر پر، تو آپ نے کہا: "اکتب یا علی،ھذا ما سال علیہ محمد رسول اللہ۔" اے علی، لکھو کہ یہ طے کیا ہے کہ محمد رسول اللہ نے۔</w:t>
      </w:r>
    </w:p>
    <w:p>
      <w:r>
        <w:rPr>
          <w:b/>
        </w:rPr>
        <w:t xml:space="preserve">[58:02] </w:t>
      </w:r>
      <w:r>
        <w:t>to unhon ne foran eteraz kiya ke hum aap ko Rasool Allah mante hi nahi, aap kyun likhwa rahe hain? to aap ne ek second bhi der nahi ki, koi argument nahi, no argument at all.</w:t>
      </w:r>
    </w:p>
    <w:p>
      <w:pPr>
        <w:jc w:val="right"/>
      </w:pPr>
      <w:r>
        <w:t>تو انہوں نے فوراً اعتراض کیا کہ ہم آپ کو رسول اللہ مانتے ہی نہیں، آپ کیوں لکھوا رہے ہیں؟ تو آپ نے ایک سیکنڈ بھی دیر نہیں کی، کوئی ارگیومنٹ نہیں، نو ارگیومنٹ ایٹ آل۔</w:t>
      </w:r>
    </w:p>
    <w:p>
      <w:r>
        <w:rPr>
          <w:b/>
        </w:rPr>
        <w:t xml:space="preserve">[58:15] </w:t>
      </w:r>
      <w:r>
        <w:t>foran aap ne kaha ke: "یا علی، اکتبھذا ما سال علیہ محبت محبت بن عبداللہ۔" kyun? aap jante the ke yeh irrelevant hai, yeh mamla ke kagaz par likho, na likho, mera to dunya mein deen phail jayega.</w:t>
      </w:r>
    </w:p>
    <w:p>
      <w:pPr>
        <w:jc w:val="right"/>
      </w:pPr>
      <w:r>
        <w:t>فوراً آپ نے کہا کہ: "یا علی، اکتبھذا ما سال علیہ محبت محبت بن عبداللہ۔" کیوں؟ آپ جانتے تھے کہ یہ اریلیونٹ ہے، یہ معاملہ کہ کاغذ پر لکھو، نہ لکھو، میرا تو دنیا میں دین پھیلے گا۔</w:t>
      </w:r>
    </w:p>
    <w:p>
      <w:r>
        <w:rPr>
          <w:b/>
        </w:rPr>
        <w:t xml:space="preserve">[58:32] </w:t>
      </w:r>
      <w:r>
        <w:t>tumhare paas to koi deen nahi hai. jo aaj jo log aap se hujjat kar rahe the, oppose kar rahe the, un ke paas koi deen nahi tha.</w:t>
      </w:r>
    </w:p>
    <w:p>
      <w:pPr>
        <w:jc w:val="right"/>
      </w:pPr>
      <w:r>
        <w:t>تمہارے پاس تو کوئی دین نہیں ہے۔ جو آج جو لوگ آپ سے حجت کر رہے تھے، اپوز کر رہے تھے، ان کے پاس کوئی دین نہیں تھا۔</w:t>
      </w:r>
    </w:p>
    <w:p>
      <w:r>
        <w:rPr>
          <w:b/>
        </w:rPr>
        <w:t xml:space="preserve">[58:43] </w:t>
      </w:r>
      <w:r>
        <w:t>woh to ek jahili culture tha, tribal culture. yani woh log the tribal culture par. aap khade hue the tauheed ke mission par, to aap jante the ke tribal culture kab tak rahega?</w:t>
      </w:r>
    </w:p>
    <w:p>
      <w:pPr>
        <w:jc w:val="right"/>
      </w:pPr>
      <w:r>
        <w:t>وہ تو ایک جاہلی کلچر تھا، ٹرائبل کلچر۔ یعنی وہ لوگ تھے ٹرائبل کلچر پر۔ آپ کھڑے ہوئے تھے توحید کے مشن پر، تو آپ جانتے تھے کہ ٹرائبل کلچر کب تک رہے گا؟</w:t>
      </w:r>
    </w:p>
    <w:p>
      <w:r>
        <w:rPr>
          <w:b/>
        </w:rPr>
        <w:t xml:space="preserve">[58:55] </w:t>
      </w:r>
      <w:r>
        <w:t>tauheed ka mission abhi chalega. to aap ne kaha: "mita do." kyunke kagaz par mitaoge to dunya mein likha jayega.</w:t>
      </w:r>
    </w:p>
    <w:p>
      <w:pPr>
        <w:jc w:val="right"/>
      </w:pPr>
      <w:r>
        <w:t>توحید کا مشن ابھی چلے گا۔ تو آپ نے کہا: "مٹا دو۔" کیونکہ کاغذ پر مٹاؤ گے تو دنیا میں لکھا جائے گا۔</w:t>
      </w:r>
    </w:p>
    <w:p>
      <w:r>
        <w:rPr>
          <w:b/>
        </w:rPr>
        <w:t xml:space="preserve">[59:05] </w:t>
      </w:r>
      <w:r>
        <w:t>to rasool Allah ne hamesha relevant irrelevant farq kiya. kabhi bhi aap ne kisi irrelevant par woh laye jhagda nahi kiya, us ko ignore kiya.</w:t>
      </w:r>
    </w:p>
    <w:p>
      <w:pPr>
        <w:jc w:val="right"/>
      </w:pPr>
      <w:r>
        <w:t>تو رسول اللہ نے ہمیشہ ریلیونٹ اریلیونٹ فرق کیا۔ کبھی بھی آپ نے کسی اریلیونٹ پر وہ لائے جھگڑا نہیں کیا، اس کو اگنور کیا۔</w:t>
      </w:r>
    </w:p>
    <w:p>
      <w:r>
        <w:rPr>
          <w:b/>
        </w:rPr>
        <w:t xml:space="preserve">[59:19] </w:t>
      </w:r>
      <w:r>
        <w:t>hamesha stick kiya aap ne is cheez par jo jo jo relevant thi. to relevant us waqt ko kya thi? ke kisi bhi tareeqay se at any cost sulah ho jaye, at any cost peace qaim ho jaye.</w:t>
      </w:r>
    </w:p>
    <w:p>
      <w:pPr>
        <w:jc w:val="right"/>
      </w:pPr>
      <w:r>
        <w:t>ہمیشہ اسٹک کیا آپ نے اس چیز پر جو جو جو ریلیونٹ تھی۔ تو ریلیونٹ اس وقت کو کیا تھی؟ کہ کسی بھی طریقے سے ایٹ اینی کاسٹ صلح ہو جائے، ایٹ اینی کاسٹ پیس قائم ہو جائے۔</w:t>
      </w:r>
    </w:p>
    <w:p>
      <w:r>
        <w:rPr>
          <w:b/>
        </w:rPr>
        <w:t xml:space="preserve">[59:31] </w:t>
      </w:r>
      <w:r>
        <w:t>at any cost jab peace qaim ho jaye ga to hamein dawat ka moqa mil jaye ga. jab dawat ka moqa mile ga to kaam bhi tauheed ko hogi, tribal culture ko nahi ho sakti.</w:t>
      </w:r>
    </w:p>
    <w:p>
      <w:pPr>
        <w:jc w:val="right"/>
      </w:pPr>
      <w:r>
        <w:t>ایٹ اینی کاسٹ جب پیس قائم ہو جائے گا تو ہمیں دعوت کا موقع مل جائے گا۔ جب دعوت کا موقع ملے گا تو کام بھی توحید کو ہوگی، ٹرائبل کلچر کو نہیں ہو سکتی۔</w:t>
      </w:r>
    </w:p>
    <w:p>
      <w:r>
        <w:rPr>
          <w:b/>
        </w:rPr>
        <w:t xml:space="preserve">[59:45] </w:t>
      </w:r>
      <w:r>
        <w:t>ah</w:t>
      </w:r>
    </w:p>
    <w:p>
      <w:pPr>
        <w:jc w:val="right"/>
      </w:pPr>
      <w:r>
        <w:t>اہ</w:t>
      </w:r>
    </w:p>
    <w:p>
      <w:r>
        <w:rPr>
          <w:b/>
        </w:rPr>
        <w:t xml:space="preserve">[59:46] </w:t>
      </w:r>
      <w:r>
        <w:t>maulana sahib, we received another question from sister rooh song, and she is written: "how does the psychology of fear influence our god consciousness?"</w:t>
      </w:r>
    </w:p>
    <w:p>
      <w:pPr>
        <w:jc w:val="right"/>
      </w:pPr>
      <w:r>
        <w:t>مولانا صاحب، وی ریسیوڈ انادر کوئسچن فرام سسٹر روح سونگ، اینڈ شی از رٹن: "ہاؤ ڈز دی سائیکالوجی اف فیئر انفلوئنس ار گاڈ کانشیسنس؟</w:t>
      </w:r>
    </w:p>
    <w:p>
      <w:r>
        <w:rPr>
          <w:b/>
        </w:rPr>
        <w:t xml:space="preserve">[1:00:01] </w:t>
      </w:r>
      <w:r>
        <w:t>"dekhiye, psychology of fear jo hai, yeh sahi lafz nahi hai. sahi sahi psychology up up realism sahi lafz hai ke jo fear hai, woh agar sacha fear hai to that is us se aap ke andar relationship apna paida hoga.</w:t>
      </w:r>
    </w:p>
    <w:p>
      <w:pPr>
        <w:jc w:val="right"/>
      </w:pPr>
      <w:r>
        <w:t>" دیکھیے، سائیکالوجی اف فیئر جو ہے، یہ صحیح لفظ نہیں ہے۔ صحیح صحیح سائیکالوجی اپ اپ ریلزم صحیح لفظ ہے کہ جو فیئر ہے، وہ اگر سچا فیئر ہے تو دیٹ از اس سے آپ کے اندر ریلیشنشپ اپنا پیدا ہوگا۔</w:t>
      </w:r>
    </w:p>
    <w:p>
      <w:r>
        <w:rPr>
          <w:b/>
        </w:rPr>
        <w:t xml:space="preserve">[1:00:24] </w:t>
      </w:r>
      <w:r>
        <w:t>agar sacha fear hai, yani fear yeh hai ke aap ko Allah agar aap Allah ke rastay par nahi chalay to akhirat mein Allah aap ko punishment punishment punishment kare ga.</w:t>
      </w:r>
    </w:p>
    <w:p>
      <w:pPr>
        <w:jc w:val="right"/>
      </w:pPr>
      <w:r>
        <w:t>اگر سچا فیئر ہے، یعنی فیئر یہ ہے کہ آپ کو اللہ اگر آپ اللہ کے راستے پر نہیں چلے تو آخرت میں اللہ آپ کو پنشمنٹ پنش پنشمنٹ کرے گا۔</w:t>
      </w:r>
    </w:p>
    <w:p>
      <w:r>
        <w:rPr>
          <w:b/>
        </w:rPr>
        <w:t xml:space="preserve">[1:00:40] </w:t>
      </w:r>
      <w:r>
        <w:t>to yeh sacha fear hai. is sachay fear se kya paida hota hai? realistic approach. to mein samajhta hoon ke psychology of fear jo hai, yeh bohat hi negative word hai.</w:t>
      </w:r>
    </w:p>
    <w:p>
      <w:pPr>
        <w:jc w:val="right"/>
      </w:pPr>
      <w:r>
        <w:t>تو یہ سچا فیئر ہے۔ اس سچے فیئر سے کیا پیدا ہوتا ہے؟ ریلسٹک اپروچ۔ تو میں سمجھتا ہوں کہ سائیکالوجی اف فیئر جو ہے، یہ بہت ہی نیگیٹیو ورڈ ہے۔</w:t>
      </w:r>
    </w:p>
    <w:p>
      <w:r>
        <w:rPr>
          <w:b/>
        </w:rPr>
        <w:t xml:space="preserve">[1:00:55] </w:t>
      </w:r>
      <w:r>
        <w:t>kyunke fear se aadmi ke andar realistic approach aata hai, obsession khatam hota hai. to mein samajhta hoon ke fear aik positive word hona chahiye, negative word nahi.</w:t>
      </w:r>
    </w:p>
    <w:p>
      <w:pPr>
        <w:jc w:val="right"/>
      </w:pPr>
      <w:r>
        <w:t>کیونکہ فیئر سے آدمی کے اندر ریلسٹک اپروچ آتا ہے، اپسیشن ختم ہوتا ہے۔ تو میں سمجھتا ہوں کہ فیئر ایک پازیٹیو ورڈ ہونا چاہیے، نیگیٹیو ورڈ نہیں۔</w:t>
      </w:r>
    </w:p>
    <w:p>
      <w:r>
        <w:rPr>
          <w:b/>
        </w:rPr>
        <w:t xml:space="preserve">[1:01:10] </w:t>
      </w:r>
      <w:r>
        <w:t>ah Maulana sahib, in the end, what message would you like to give all the viewers? mein mein to yahi sab kahun ga ke wohi jo mein ne abhi wisdom ki tareef ki ke ability to to discover the relevant by sorting out the irrelevant.</w:t>
      </w:r>
    </w:p>
    <w:p>
      <w:pPr>
        <w:jc w:val="right"/>
      </w:pPr>
      <w:r>
        <w:t>اہ مولانا صاحب، ان دی اینڈ، واٹ میسج وڈ یو لائک ٹو گیو ال دا ویوورز؟ میں میں تو یہی سب کہوں گا کہ وہی جو میں نے ابھی وزڈم کی تعریف کی کہ ایبیلیٹی ٹو ٹو ڈسکور دا ریلیونٹ بائی سارٹنگ اؤٹ دا اریلیونٹ۔</w:t>
      </w:r>
    </w:p>
    <w:p>
      <w:r>
        <w:rPr>
          <w:b/>
        </w:rPr>
        <w:t xml:space="preserve">[1:01:32] </w:t>
      </w:r>
      <w:r>
        <w:t>is wisdom ko paida kijiye kyunke yeh wisdom ghar mein bhi kaam aati hai, married life mein kaam aati hai, bahar andar jahan office mein jahan bhi aap kaam aati hai.</w:t>
      </w:r>
    </w:p>
    <w:p>
      <w:pPr>
        <w:jc w:val="right"/>
      </w:pPr>
      <w:r>
        <w:t>اس وزڈم کو پیدا کیجئے کیونکہ یہ وزڈم گھر میں بھی کام آتی ہے، میریڈ لائف میں کام آتی ہے، باہر اندر جہاں افس میں جہاں بھی آپ کام آتی ہے۔</w:t>
      </w:r>
    </w:p>
    <w:p>
      <w:r>
        <w:rPr>
          <w:b/>
        </w:rPr>
        <w:t xml:space="preserve">[1:01:44] </w:t>
      </w:r>
      <w:r>
        <w:t>kyunke ziyada tar aap dekhein log</w:t>
      </w:r>
    </w:p>
    <w:p>
      <w:pPr>
        <w:jc w:val="right"/>
      </w:pPr>
      <w:r>
        <w:t>کیونکہ زیادہ تر آپ دیکھیں لوگ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