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Wahiduddin Khan and His Critics A Response to Misinterpretations. November 26, 2024</w:t>
      </w:r>
    </w:p>
    <w:p>
      <w:r>
        <w:t>https://youtu.be/aVtXLKOMOHw</w:t>
      </w:r>
    </w:p>
    <w:p>
      <w:r>
        <w:rPr>
          <w:b/>
        </w:rPr>
        <w:t xml:space="preserve">[00:30] </w:t>
      </w:r>
      <w:r>
        <w:t>muhtaram sam'een kiram, cpc international center say aaj aap logon ka istaqbal hai.</w:t>
      </w:r>
    </w:p>
    <w:p>
      <w:pPr>
        <w:jc w:val="right"/>
      </w:pPr>
      <w:r>
        <w:t>محترم سامعین کرام، سی پیایس انٹرنیشنل سین ٹرسے آج آپ لوگوںکا استقبال ہے۔</w:t>
      </w:r>
    </w:p>
    <w:p>
      <w:r>
        <w:rPr>
          <w:b/>
        </w:rPr>
        <w:t xml:space="preserve">[00:44] </w:t>
      </w:r>
      <w:r>
        <w:t>cpc international mein waqt an fouqatan panels discussion hotay rehtay hain,</w:t>
      </w:r>
    </w:p>
    <w:p>
      <w:pPr>
        <w:jc w:val="right"/>
      </w:pPr>
      <w:r>
        <w:t>سیپیایسانٹرنیشنلمیں وقت اً فوقتاً پینلز ڈسکشنہوتےرہتےہیں،</w:t>
      </w:r>
    </w:p>
    <w:p>
      <w:r>
        <w:rPr>
          <w:b/>
        </w:rPr>
        <w:t xml:space="preserve">[00:52] </w:t>
      </w:r>
      <w:r>
        <w:t>to aaj jis mozu par hum log yahan jama hue hain woh hai " misconceptions about Maulana ".</w:t>
      </w:r>
    </w:p>
    <w:p>
      <w:pPr>
        <w:jc w:val="right"/>
      </w:pPr>
      <w:r>
        <w:t>تو آج جس موضوعپرہملوگ یہاں جمع ہوئےہیں وہ ہے" مس کنسیپشن اباؤٹ مول انا"۔</w:t>
      </w:r>
    </w:p>
    <w:p>
      <w:r>
        <w:rPr>
          <w:b/>
        </w:rPr>
        <w:t xml:space="preserve">[01:04] </w:t>
      </w:r>
      <w:r>
        <w:t>Maulana Wahiduddin Khan kay baray mein jo ghalat fehmiyan aam tor par paai jaati hain, is kay baray mein hum log yahan par discuss karain gay.</w:t>
      </w:r>
    </w:p>
    <w:p>
      <w:pPr>
        <w:jc w:val="right"/>
      </w:pPr>
      <w:r>
        <w:t>مول انا وحید الدین خان کےبارےمیں جو غلط فہمیاں عام طورسے پائےجاتےہیں ، اسکے بارےمیں ہملوگ یہاںپر ڈسکسکریںگے۔</w:t>
      </w:r>
    </w:p>
    <w:p>
      <w:r>
        <w:rPr>
          <w:b/>
        </w:rPr>
        <w:t xml:space="preserve">[01:20] </w:t>
      </w:r>
      <w:r>
        <w:t>aaiye hum discuss karnay say pehlay hum yahan par hazir mehmanon ka thora sa ta'aruf karwatay hain.</w:t>
      </w:r>
    </w:p>
    <w:p>
      <w:pPr>
        <w:jc w:val="right"/>
      </w:pPr>
      <w:r>
        <w:t>آئیےہم ڈسکس کرنےسے پہلے ہم یہاںپر حاضر مہمانوںکا تھوڑاسا تعارفکرواتےہیں۔</w:t>
      </w:r>
    </w:p>
    <w:p>
      <w:r>
        <w:rPr>
          <w:b/>
        </w:rPr>
        <w:t xml:space="preserve">[01:31] </w:t>
      </w:r>
      <w:r>
        <w:t>sab say pehlay jo shakhsiyat mere bazoo baithi hui hai woh hai Maulana Abdul Basit Umri, Jamia Darus Salam, Omarabad, junoobi hind ka qadeem madrasa hai.</w:t>
      </w:r>
    </w:p>
    <w:p>
      <w:pPr>
        <w:jc w:val="right"/>
      </w:pPr>
      <w:r>
        <w:t>سبسے پہلے جو شخص یت میرے باز وبیٹھیہوئیہے وہہے مول انا عبد الب اسط عم ری ،جامعہدارالسلام ،عمر آباد ،جنوبی ہند کا قدیم مدرس ہہے۔</w:t>
      </w:r>
    </w:p>
    <w:p>
      <w:r>
        <w:rPr>
          <w:b/>
        </w:rPr>
        <w:t xml:space="preserve">[01:48] </w:t>
      </w:r>
      <w:r>
        <w:t>wahan say woh farigh ut-tahseel hain. faraghat kay baad woh doha, qatar mein وزارت الشعون والاوقاف kay mathet taqreeban 14 saal imamat ki.</w:t>
      </w:r>
    </w:p>
    <w:p>
      <w:pPr>
        <w:jc w:val="right"/>
      </w:pPr>
      <w:r>
        <w:t>وہاںسے وہ فارغ التحصیل ہیں۔ فراغتکےبعد وہ دوحہ،قطرمیں وز ارت الشعون والاوقاف کے ماتحت تقریباً 14 سال امامتکیے۔</w:t>
      </w:r>
    </w:p>
    <w:p>
      <w:r>
        <w:rPr>
          <w:b/>
        </w:rPr>
        <w:t xml:space="preserve">[02:02] </w:t>
      </w:r>
      <w:r>
        <w:t>aaj kal woh gulberg mein rehtay hain aur mission ki jo bhi activities hoti hain is mein bharpoor hissa laitay hain aur social media mein apnay mazameen share kartay rehtay hain.</w:t>
      </w:r>
    </w:p>
    <w:p>
      <w:pPr>
        <w:jc w:val="right"/>
      </w:pPr>
      <w:r>
        <w:t>آجکلوہ گلبرگہمیںرہتےہیں اور مشن کی جو بھی ایکٹیویٹیزہوتیہیں اسمیں بھرپورحصہلیتےہیں اور سوشل میڈیامیں اپنے مض امین شیئرکرتے رہتےہیں۔</w:t>
      </w:r>
    </w:p>
    <w:p>
      <w:r>
        <w:rPr>
          <w:b/>
        </w:rPr>
        <w:t xml:space="preserve">[02:18] </w:t>
      </w:r>
      <w:r>
        <w:t>hikmat o danai kay unwan say in ka facebook account bhi hai.</w:t>
      </w:r>
    </w:p>
    <w:p>
      <w:pPr>
        <w:jc w:val="right"/>
      </w:pPr>
      <w:r>
        <w:t>حکمتودان ائیکے عنوانسے انکا فیسبک اکاؤنٹبھیہے۔</w:t>
      </w:r>
    </w:p>
    <w:p>
      <w:r>
        <w:rPr>
          <w:b/>
        </w:rPr>
        <w:t xml:space="preserve">[02:27] </w:t>
      </w:r>
      <w:r>
        <w:t>taqreeban hind o pak aur dunya mein jahan bhi urdu dan hain woh in say waqif hain aur is say bharpoor istifada bhi kartay hain.</w:t>
      </w:r>
    </w:p>
    <w:p>
      <w:pPr>
        <w:jc w:val="right"/>
      </w:pPr>
      <w:r>
        <w:t>تقریباً ہند وپاک اور دنیا میںجہاں بھی اردودان ہیں وہ انسے واق فہیں اور اسسے بھرپور استف ادہ بھیکرتے ہیں۔</w:t>
      </w:r>
    </w:p>
    <w:p>
      <w:r>
        <w:rPr>
          <w:b/>
        </w:rPr>
        <w:t xml:space="preserve">[02:39] </w:t>
      </w:r>
      <w:r>
        <w:t>hum aap ka is mehfil mein istaqbal kartay hain, Maulana Abdul Basit sahib. shukriya. assalam o alaikum.</w:t>
      </w:r>
    </w:p>
    <w:p>
      <w:pPr>
        <w:jc w:val="right"/>
      </w:pPr>
      <w:r>
        <w:t>ہم آپکا اس محفلمیں استقبال کرتےہیں، مولاناعبد الباسطصاحب۔شکریہ۔ السلامعلیکم۔</w:t>
      </w:r>
    </w:p>
    <w:p>
      <w:r>
        <w:rPr>
          <w:b/>
        </w:rPr>
        <w:t xml:space="preserve">[02:48] </w:t>
      </w:r>
      <w:r>
        <w:t>is panel discussion mein jo doosray shakhs hain woh Maulana Fayyazuddin Umri hain. yeh bhi Jamia Darus Salam, Omarabad kay farigh hain.</w:t>
      </w:r>
    </w:p>
    <w:p>
      <w:pPr>
        <w:jc w:val="right"/>
      </w:pPr>
      <w:r>
        <w:t>اس پینلڈسکشنمیں جو دوسرے شخص ہیں وہ مول انا فیاض الدین عمریہیں۔ یہبھی جام عہدارالسلام،عمر آباد کے فارغہیں۔</w:t>
      </w:r>
    </w:p>
    <w:p>
      <w:r>
        <w:rPr>
          <w:b/>
        </w:rPr>
        <w:t xml:space="preserve">[03:02] </w:t>
      </w:r>
      <w:r>
        <w:t>yeh sahib mutala'a insan hain, mazhabi aur secular dono kitabon ka mutala'a in ki khaas dilchaspi hai.</w:t>
      </w:r>
    </w:p>
    <w:p>
      <w:pPr>
        <w:jc w:val="right"/>
      </w:pPr>
      <w:r>
        <w:t>یہ صاحب مطالعہ انسان ہیں، مذہبیاور سیکولر دونوںکتاب وںکا مطالعہ انکیخاص دل چسپیہے۔</w:t>
      </w:r>
    </w:p>
    <w:p>
      <w:r>
        <w:rPr>
          <w:b/>
        </w:rPr>
        <w:t xml:space="preserve">[03:14] </w:t>
      </w:r>
      <w:r>
        <w:t>to aaiye hum in ka bhi is majlis mein istaqbal kartay hain. jazakallah. assalam o alaikum. teesri jo shakhsiyat hain woh Maulana Inayatullah Umri hain, jo Omarabad kay farigh hain aur Al-Risala Mission say juray hue hain.</w:t>
      </w:r>
    </w:p>
    <w:p>
      <w:pPr>
        <w:jc w:val="right"/>
      </w:pPr>
      <w:r>
        <w:t>تو آئیےہم انکا بھی اس مجلس میں استقبال کرتے ہیں۔ جزاکماللہ۔السلامعلیکم۔ تیسریجوشخص یتہیں وہ مول انا عنایت اللہ عمریہیں ،جو عمر آبادکے فار غہیں اور الرسالہ مشن سے جڑےہوئےہیں۔</w:t>
      </w:r>
    </w:p>
    <w:p>
      <w:r>
        <w:rPr>
          <w:b/>
        </w:rPr>
        <w:t xml:space="preserve">[03:41] </w:t>
      </w:r>
      <w:r>
        <w:t>Spirit of Islam, jo Al-Risala Mission ka English organ, magazine hai, to is mein jo bhi ilmi mashwaray aur jo bhi references ilmi hotay hain,</w:t>
      </w:r>
    </w:p>
    <w:p>
      <w:pPr>
        <w:jc w:val="right"/>
      </w:pPr>
      <w:r>
        <w:t>اسپرٹآف اسلام ،جو الرسالہ مشنکا انگل ش ارگنہے، میگزینہے، تواسمیں جو بھی علم ی مش ورے اور جو بھی ریفر نسز علمیہوتےہیں،</w:t>
      </w:r>
    </w:p>
    <w:p>
      <w:r>
        <w:rPr>
          <w:b/>
        </w:rPr>
        <w:t xml:space="preserve">[03:57] </w:t>
      </w:r>
      <w:r>
        <w:t>isko edit kartay hain, isko update kartay hain aur goya woh ulama ki taraf say jo advisory hoti hai, us kay woh aik member hain.</w:t>
      </w:r>
    </w:p>
    <w:p>
      <w:pPr>
        <w:jc w:val="right"/>
      </w:pPr>
      <w:r>
        <w:t>اسکو ایڈٹکرتے ہیں،اسکو اپڈیٹکرتے ہیں اور گویاوہ علماءکیطرفسے جو ایڈوائزری ہوتیہے، اسکےوہ ایک ممبرہیں۔</w:t>
      </w:r>
    </w:p>
    <w:p>
      <w:r>
        <w:rPr>
          <w:b/>
        </w:rPr>
        <w:t xml:space="preserve">[04:14] </w:t>
      </w:r>
      <w:r>
        <w:t>assalam o alaikum Maulana Inayatullah sahib. wa alaikum assalam wa rahmatullah. ab aaiye hum apnay is mozu par aatay hain jis kay liye hum yahan discussion karna chahtay hain.</w:t>
      </w:r>
    </w:p>
    <w:p>
      <w:pPr>
        <w:jc w:val="right"/>
      </w:pPr>
      <w:r>
        <w:t>السلامعلیکممولاناعنایتاللہصاحب۔وعلیکمالسلام ورحمۃاللہ۔ ابآئیےہم اپنے اسموضوعپرآتےہیں جسکےلیےہمیہاں ڈسکشنکرناچاہتےہیں۔</w:t>
      </w:r>
    </w:p>
    <w:p>
      <w:r>
        <w:rPr>
          <w:b/>
        </w:rPr>
        <w:t xml:space="preserve">[04:27] </w:t>
      </w:r>
      <w:r>
        <w:t>jaisa kay aap log jantay hain kay Maulana Wahiduddin Khan sahib aik islami shakhsiyat hain.</w:t>
      </w:r>
    </w:p>
    <w:p>
      <w:pPr>
        <w:jc w:val="right"/>
      </w:pPr>
      <w:r>
        <w:t>جیساکہآپ لوگ جانتےہیںکہ مول انا وحیدالدین خان صاحب ایک اسلامی شخص یت ہیں۔</w:t>
      </w:r>
    </w:p>
    <w:p>
      <w:r>
        <w:rPr>
          <w:b/>
        </w:rPr>
        <w:t xml:space="preserve">[04:36] </w:t>
      </w:r>
      <w:r>
        <w:t>unhon nay dunya ki satah par Islam ko rediscover kiya hai, daryaft ki satah par ma'rifat o dawat par kai do sau kay qareeb kitaben likhi hain.</w:t>
      </w:r>
    </w:p>
    <w:p>
      <w:pPr>
        <w:jc w:val="right"/>
      </w:pPr>
      <w:r>
        <w:t>انہوں نے ڈسکوریکی سطح پر اسلام کو ریڈسکورکیا ہے، دریا فت کیسطح پر معرفت ودعوت پر کئی دو سو کےقریب کتاب یںلکھیہیں۔</w:t>
      </w:r>
    </w:p>
    <w:p>
      <w:r>
        <w:rPr>
          <w:b/>
        </w:rPr>
        <w:t xml:space="preserve">[04:59] </w:t>
      </w:r>
      <w:r>
        <w:t>ulama e Islam aur awam, educated tabqa, har aadmi taqreeban in say waqif hai.</w:t>
      </w:r>
    </w:p>
    <w:p>
      <w:pPr>
        <w:jc w:val="right"/>
      </w:pPr>
      <w:r>
        <w:t>علم ائے اسلام اور عوام ،ایجوکیٹڈطبقہ، ہر آدمی تقریباً انسے واق فہے۔</w:t>
      </w:r>
    </w:p>
    <w:p>
      <w:r>
        <w:rPr>
          <w:b/>
        </w:rPr>
        <w:t xml:space="preserve">[05:10] </w:t>
      </w:r>
      <w:r>
        <w:t>in kay kaam say, in kay naam say, unhon nay jo peaceful ideology pesh ki hai, us kay baray mein aur unhon nay daur e jadeed ki wazahat aur usloob e asr mein jo baat ki hai,</w:t>
      </w:r>
    </w:p>
    <w:p>
      <w:pPr>
        <w:jc w:val="right"/>
      </w:pPr>
      <w:r>
        <w:t>انکے کام سے ،انکے نام سے ،انہوں نےجو پیسفلآئیڈیالوجیپیشکیہے،اسکےبارےمیں اور انہوں نے دور جدید کی وضاحت اور اسلوب عصرمیںجو بات کیہے،</w:t>
      </w:r>
    </w:p>
    <w:p>
      <w:r>
        <w:rPr>
          <w:b/>
        </w:rPr>
        <w:t xml:space="preserve">[05:25] </w:t>
      </w:r>
      <w:r>
        <w:t>us say taqreeban saray hi log waqif hain.</w:t>
      </w:r>
    </w:p>
    <w:p>
      <w:pPr>
        <w:jc w:val="right"/>
      </w:pPr>
      <w:r>
        <w:t>اسسے تقریباً سارےہیلوگ واقفہیں۔</w:t>
      </w:r>
    </w:p>
    <w:p>
      <w:r>
        <w:rPr>
          <w:b/>
        </w:rPr>
        <w:t xml:space="preserve">[05:32] </w:t>
      </w:r>
      <w:r>
        <w:t>ab zahir hai keh jo aadmi taqreeban so saala zindagi guzaara ho , do so se zaaid kitaabain likha ho ,</w:t>
      </w:r>
    </w:p>
    <w:p>
      <w:pPr>
        <w:jc w:val="right"/>
      </w:pPr>
      <w:r>
        <w:t>اب ظاہرہےکہجو آدمی تقریباً سو سالہزندگی گزاراہو ، دو سوسےزائدکتاب یںلکھاہو ،</w:t>
      </w:r>
    </w:p>
    <w:p>
      <w:r>
        <w:rPr>
          <w:b/>
        </w:rPr>
        <w:t xml:space="preserve">[05:44] </w:t>
      </w:r>
      <w:r>
        <w:t>open talk aur magazine mein</w:t>
      </w:r>
    </w:p>
    <w:p>
      <w:pPr>
        <w:jc w:val="right"/>
      </w:pPr>
      <w:r>
        <w:t>اوپن ٹاک اور میگزینمیں</w:t>
      </w:r>
    </w:p>
    <w:p>
      <w:r>
        <w:rPr>
          <w:b/>
        </w:rPr>
        <w:t xml:space="preserve">[05:48] </w:t>
      </w:r>
      <w:r>
        <w:t>aur newspapers mein , algharz itni ziyada</w:t>
      </w:r>
    </w:p>
    <w:p>
      <w:pPr>
        <w:jc w:val="right"/>
      </w:pPr>
      <w:r>
        <w:t>اور نیوزپیپرزمیں ، الغرض اتنی زیادہ</w:t>
      </w:r>
    </w:p>
    <w:p>
      <w:r>
        <w:rPr>
          <w:b/>
        </w:rPr>
        <w:t xml:space="preserve">[05:55] </w:t>
      </w:r>
      <w:r>
        <w:t>logon mein apni ideology ko</w:t>
      </w:r>
    </w:p>
    <w:p>
      <w:pPr>
        <w:jc w:val="right"/>
      </w:pPr>
      <w:r>
        <w:t>لوگوںمیں اپنی آئیڈیالوجیکو</w:t>
      </w:r>
    </w:p>
    <w:p>
      <w:r>
        <w:rPr>
          <w:b/>
        </w:rPr>
        <w:t xml:space="preserve">[05:59] </w:t>
      </w:r>
      <w:r>
        <w:t>islam ki jo image hai, usko bananay ke liye itni ziyada</w:t>
      </w:r>
    </w:p>
    <w:p>
      <w:pPr>
        <w:jc w:val="right"/>
      </w:pPr>
      <w:r>
        <w:t>اسلام کی جو امیجہے،اسکو بن انےکےلیے اتنیزیادہ</w:t>
      </w:r>
    </w:p>
    <w:p>
      <w:r>
        <w:rPr>
          <w:b/>
        </w:rPr>
        <w:t xml:space="preserve">[06:05] </w:t>
      </w:r>
      <w:r>
        <w:t>jo koshishain ki hain, jahan maqbooliyat</w:t>
      </w:r>
    </w:p>
    <w:p>
      <w:pPr>
        <w:jc w:val="right"/>
      </w:pPr>
      <w:r>
        <w:t>جو کوششیںکیہیں، جہاں مقبولیت</w:t>
      </w:r>
    </w:p>
    <w:p>
      <w:r>
        <w:rPr>
          <w:b/>
        </w:rPr>
        <w:t xml:space="preserve">[06:10] </w:t>
      </w:r>
      <w:r>
        <w:t>ziyada hai,</w:t>
      </w:r>
    </w:p>
    <w:p>
      <w:pPr>
        <w:jc w:val="right"/>
      </w:pPr>
      <w:r>
        <w:t>زیادہ ہے،</w:t>
      </w:r>
    </w:p>
    <w:p>
      <w:r>
        <w:rPr>
          <w:b/>
        </w:rPr>
        <w:t xml:space="preserve">[06:11] </w:t>
      </w:r>
      <w:r>
        <w:t>wahan chand aisi bhi baatein logon ke zehn mein aati hain jo shayad ke inko Maulana ka madaa na samjh mein aaya ho.</w:t>
      </w:r>
    </w:p>
    <w:p>
      <w:pPr>
        <w:jc w:val="right"/>
      </w:pPr>
      <w:r>
        <w:t>وہاں چند ایسیبھیباتیں لوگوںکے ذہنمیں آتیہیں جو شاید کہ انکو مول اناکامد عا نہسمجھمیںآیاہو ۔</w:t>
      </w:r>
    </w:p>
    <w:p>
      <w:r>
        <w:rPr>
          <w:b/>
        </w:rPr>
        <w:t xml:space="preserve">[06:26] </w:t>
      </w:r>
      <w:r>
        <w:t>to is wajah se Maulana ne Al-Risalah ke shumaron mein taqreeban mukhtalif sawalat ka jawab diya hai.</w:t>
      </w:r>
    </w:p>
    <w:p>
      <w:pPr>
        <w:jc w:val="right"/>
      </w:pPr>
      <w:r>
        <w:t>تواسوجہ سے مول انانے الرسالہکے شماروںمیں تقریب اً مختلف سوالات کا انسردیا ہے۔</w:t>
      </w:r>
    </w:p>
    <w:p>
      <w:r>
        <w:rPr>
          <w:b/>
        </w:rPr>
        <w:t xml:space="preserve">[06:39] </w:t>
      </w:r>
      <w:r>
        <w:t>jaisa ke hum jante hain ke taqreeban chaar jildon mein Maulana ke jo bhi sawalat, Maulana par jo bhi aitrazat, Maulana par jo bhi galatfehmiyan hui hain, iska tashaffi bakhsh jawab is mein diya gaya hai.</w:t>
      </w:r>
    </w:p>
    <w:p>
      <w:pPr>
        <w:jc w:val="right"/>
      </w:pPr>
      <w:r>
        <w:t>جیساکہہمجانتےہیں کہ تقریباً چار جلدوںمیں مول انا کے جوبھی سوالات ،مول اناپر جوبھی اعتراض ات ،مول اناپرجوبھیغلطفہمیاںہوئیہیں،اسکا تش فی بخش جواب اسمیں دیا گیا ہے۔</w:t>
      </w:r>
    </w:p>
    <w:p>
      <w:r>
        <w:rPr>
          <w:b/>
        </w:rPr>
        <w:t xml:space="preserve">[07:00] </w:t>
      </w:r>
      <w:r>
        <w:t>to hamare saamne ek kitaab hai jiski pehli jild hai,</w:t>
      </w:r>
    </w:p>
    <w:p>
      <w:pPr>
        <w:jc w:val="right"/>
      </w:pPr>
      <w:r>
        <w:t>تو ہمارے سام نے ایککتاب ہے جسکی پہلی جلدہے،</w:t>
      </w:r>
    </w:p>
    <w:p>
      <w:r>
        <w:rPr>
          <w:b/>
        </w:rPr>
        <w:t xml:space="preserve">[07:07] </w:t>
      </w:r>
      <w:r>
        <w:t>iski pehli jild sawal o jawab ki pehli jild hai, yaani jitne bhi sawalat aur iske jawabat jo Al-Risalah magazine mein aaye hain, Mahnama Al-Risalah mein, isko jama kiya gaya hai.</w:t>
      </w:r>
    </w:p>
    <w:p>
      <w:pPr>
        <w:jc w:val="right"/>
      </w:pPr>
      <w:r>
        <w:t>اسکیپہلی جلد سوالوجواب کیپہلیجلدہے، یعنیجتنےبھی سوالات اور اسکےجو ابات جو الرسالہ میگزینمیں آئےہیں، ماہنامہ الرسالہمیں، اسکو جمع کیا گیا ہے۔</w:t>
      </w:r>
    </w:p>
    <w:p>
      <w:r>
        <w:rPr>
          <w:b/>
        </w:rPr>
        <w:t xml:space="preserve">[07:22] </w:t>
      </w:r>
      <w:r>
        <w:t>aise chaar jild hain, inshallah woh bhi manzar aam par aa jayenge.</w:t>
      </w:r>
    </w:p>
    <w:p>
      <w:pPr>
        <w:jc w:val="right"/>
      </w:pPr>
      <w:r>
        <w:t>ایسے چار جلد ہیں، انشاءاللہوہبھیمنظر عامپرآجائیںگے۔</w:t>
      </w:r>
    </w:p>
    <w:p>
      <w:r>
        <w:rPr>
          <w:b/>
        </w:rPr>
        <w:t xml:space="preserve">[07:31] </w:t>
      </w:r>
      <w:r>
        <w:t>to ab aaiye hum bahut se jo aam taur se zehnon mein jo shukok shubaat ya galatfehmiyan hoti hain, isko aaj hum is mein se chand ko aaj hum lete hain.</w:t>
      </w:r>
    </w:p>
    <w:p>
      <w:pPr>
        <w:jc w:val="right"/>
      </w:pPr>
      <w:r>
        <w:t>تو اب آئیےہم بہت سےجو عام طورسے ذہنوںمیں جو شکوکوشبہات یا غلطفہمیاں ہوتیہیں، اسکو آجہماسمیںسے چند کوآجہم لیتےہیں۔</w:t>
      </w:r>
    </w:p>
    <w:p>
      <w:r>
        <w:rPr>
          <w:b/>
        </w:rPr>
        <w:t xml:space="preserve">[07:46] </w:t>
      </w:r>
      <w:r>
        <w:t>hum aaiye is silsile mein oomi taur se yeh sawal kiya jata hai ke Maulana Wahiduddin Khan</w:t>
      </w:r>
    </w:p>
    <w:p>
      <w:pPr>
        <w:jc w:val="right"/>
      </w:pPr>
      <w:r>
        <w:t>ہمآئیے اسسلسلےمیں عم ومیطور سے یہ سوال کیا جاتا ہے کہ مول انا وحید الدین خان</w:t>
      </w:r>
    </w:p>
    <w:p>
      <w:r>
        <w:rPr>
          <w:b/>
        </w:rPr>
        <w:t xml:space="preserve">[08:00] </w:t>
      </w:r>
      <w:r>
        <w:t>apni kitabon mein, apne khitabat mein bazahir aisa lagta hai ke Maulana hamesha musalmanon ki islaah ke liye goya musalmanon ko target karte hain.</w:t>
      </w:r>
    </w:p>
    <w:p>
      <w:pPr>
        <w:jc w:val="right"/>
      </w:pPr>
      <w:r>
        <w:t>اپنی کتاب وںمیں ،اپنے خطابات میں بظاہرایسالگتاہے کہ مول انا ہمیشہ مسلمان وںکی اصلاح کےلیے گویامسلمان وںکو ٹارگٹکرتے ہیں۔</w:t>
      </w:r>
    </w:p>
    <w:p>
      <w:r>
        <w:rPr>
          <w:b/>
        </w:rPr>
        <w:t xml:space="preserve">[08:19] </w:t>
      </w:r>
      <w:r>
        <w:t>to sawal yeh paida hota hai ke Maulana kyun hamesha musalmanon ki kami ko batate hain jab ke doosron ki nahi?</w:t>
      </w:r>
    </w:p>
    <w:p>
      <w:pPr>
        <w:jc w:val="right"/>
      </w:pPr>
      <w:r>
        <w:t>تو سوال یہپیدا ہوتاہے کہمول اناکیوں ہمیشہ مس لمانوںکی کمیکو بتاتےہیں جب کہ دوس روںکینہیں ؟</w:t>
      </w:r>
    </w:p>
    <w:p>
      <w:r>
        <w:rPr>
          <w:b/>
        </w:rPr>
        <w:t xml:space="preserve">[08:30] </w:t>
      </w:r>
      <w:r>
        <w:t>is sawal ko hum Maulana Abdus Basit Umri sahab se janne ki koshish karenge ke kya waqai yahi baat hai aur agar yeh baat hai to iske peeche Maulana kya chahte hain?</w:t>
      </w:r>
    </w:p>
    <w:p>
      <w:pPr>
        <w:jc w:val="right"/>
      </w:pPr>
      <w:r>
        <w:t>اس سوال کو ہم مول انا عبد الباسط عمریصاحبسے جان نےکیکوششکریںگے کہکیا واقعیمیںیہیبات ہے اور اگر یہباتہے تو اسکے پیچھے مول اناکیا چاہتےہیں ؟</w:t>
      </w:r>
    </w:p>
    <w:p>
      <w:r>
        <w:rPr>
          <w:b/>
        </w:rPr>
        <w:t xml:space="preserve">[08:46] </w:t>
      </w:r>
      <w:r>
        <w:t>isko Quran o Hadees se wazeh karein. Ji Abdus Basit sahab. Ji haan. Bismillah Rehman-e-Rahim.</w:t>
      </w:r>
    </w:p>
    <w:p>
      <w:pPr>
        <w:jc w:val="right"/>
      </w:pPr>
      <w:r>
        <w:t>اسکو قرآنوحدیثسے واضحکریں۔ جیعبد الباسطصاحب۔ جیہاں۔ بسماللہ الرحمن الرحیم ۔</w:t>
      </w:r>
    </w:p>
    <w:p>
      <w:r>
        <w:rPr>
          <w:b/>
        </w:rPr>
        <w:t xml:space="preserve">[08:55] </w:t>
      </w:r>
      <w:r>
        <w:t>Alhamdulillah Rabb-il-Aalameen. Wal aqibatu lil muttaqeen. Was salatu was salamu ala Rasoolihil Ameen.</w:t>
      </w:r>
    </w:p>
    <w:p>
      <w:pPr>
        <w:jc w:val="right"/>
      </w:pPr>
      <w:r>
        <w:t>الحمدللہ رب العالم ین۔ والع اقبۃ للمتقین۔والصلاۃوالسلام علی رسولہالامین۔</w:t>
      </w:r>
    </w:p>
    <w:p>
      <w:r>
        <w:rPr>
          <w:b/>
        </w:rPr>
        <w:t xml:space="preserve">[09:02] </w:t>
      </w:r>
      <w:r>
        <w:t>main apni baat shuru karne se pehle abhi mujhe ek baat samajh mein aayi, main woh pehle batana chahta hoon. Jaisa Maulana Iqbal Umri sahab ne bataya ke Maulana ne jo question,</w:t>
      </w:r>
    </w:p>
    <w:p>
      <w:pPr>
        <w:jc w:val="right"/>
      </w:pPr>
      <w:r>
        <w:t>میں اپنی باتشروعکرنے سےپہلے ابھیمجھےایک باتسمجھمیںآئی، میں وہ پہلے بت اناچاہتاہوں۔ جیسا مول انااقبال عمریصاحبنےبتایا کہ مول انانے جو کوئسچن،</w:t>
      </w:r>
    </w:p>
    <w:p>
      <w:r>
        <w:rPr>
          <w:b/>
        </w:rPr>
        <w:t xml:space="preserve">[09:16] </w:t>
      </w:r>
      <w:r>
        <w:t>yaani jo sawalat Maulana se kiye gaye, woh isko baqayda ek kitaab ki shakal mein tayyar kar rahe hain. Pehli jild shaye ho chuki</w:t>
      </w:r>
    </w:p>
    <w:p>
      <w:pPr>
        <w:jc w:val="right"/>
      </w:pPr>
      <w:r>
        <w:t>یعنیجو سوالات مول انا سے کیےگئے، وہاسکو باقاعدہ ایک کتاب یشکلمیں تیار کررہےہیں۔پہلیجلدشائعہوچکی</w:t>
      </w:r>
    </w:p>
    <w:p>
      <w:r>
        <w:rPr>
          <w:b/>
        </w:rPr>
        <w:t xml:space="preserve">[09:27] </w:t>
      </w:r>
      <w:r>
        <w:t>hai. To is par mujhe yeh baat samajh mein aayi ke jo bhi Maulana par aitrazat kiye gaye hain, woh Maulana ki tehreeron mein maujood hain.</w:t>
      </w:r>
    </w:p>
    <w:p>
      <w:pPr>
        <w:jc w:val="right"/>
      </w:pPr>
      <w:r>
        <w:t>ہے۔ تو اسپرمجھے یہ بات سمجھمیںآئی کہ جوبھی مول اناپر اعتراضاتکیےگئےہیں، وہ مول اناکی تحریروںمیںموجود ہیں۔</w:t>
      </w:r>
    </w:p>
    <w:p>
      <w:r>
        <w:rPr>
          <w:b/>
        </w:rPr>
        <w:t xml:space="preserve">[09:40] </w:t>
      </w:r>
      <w:r>
        <w:t>to hum jo bhi, jaisa main jo bhi bolunga, yeh sirf aapko Maulana ki kitabon ki taraf lautane ke liye hai.</w:t>
      </w:r>
    </w:p>
    <w:p>
      <w:pPr>
        <w:jc w:val="right"/>
      </w:pPr>
      <w:r>
        <w:t>تو ہمجوبھی ،جیسےمیںجوبھیبولوںگا، یہ صرف آپکو مول اناکیکتاب وںکیطرف لوٹانےکےلیے ہے۔</w:t>
      </w:r>
    </w:p>
    <w:p>
      <w:r>
        <w:rPr>
          <w:b/>
        </w:rPr>
        <w:t xml:space="preserve">[09:51] </w:t>
      </w:r>
      <w:r>
        <w:t>yaani main jo bhi kahunga, is liye kahunga ke aap Maulana ki kitabon ko padhein. Maulana ne is mein aur achhe, wazeh andaaz mein isko likha hai.</w:t>
      </w:r>
    </w:p>
    <w:p>
      <w:pPr>
        <w:jc w:val="right"/>
      </w:pPr>
      <w:r>
        <w:t>یعنی میںجوبھی کہوںگا، اسلیےکہوںگا کہ آپ مول اناکیکتاب وںکوپڑھیں۔ مول انانےاسمیں اوراچھے ،واضحاندازمیں اسکو لکھاہے۔</w:t>
      </w:r>
    </w:p>
    <w:p>
      <w:r>
        <w:rPr>
          <w:b/>
        </w:rPr>
        <w:t xml:space="preserve">[10:07] </w:t>
      </w:r>
      <w:r>
        <w:t>to jaisa ke Iqbal sahab ne mujhse poocha ke kyun Maulana musalmanon ko hamesha galat batate hain, doosron ko kuch nahi kehte?</w:t>
      </w:r>
    </w:p>
    <w:p>
      <w:pPr>
        <w:jc w:val="right"/>
      </w:pPr>
      <w:r>
        <w:t>تو جیساکہ اقبالصاحبنےمجھسےپوچھاکہ کیوں مول انا مس لمانوںکوہمیشہ غلطبتاتےہیں ، دوسروںکوکچھنہیں کہتے ؟</w:t>
      </w:r>
    </w:p>
    <w:p>
      <w:r>
        <w:rPr>
          <w:b/>
        </w:rPr>
        <w:t xml:space="preserve">[10:18] </w:t>
      </w:r>
      <w:r>
        <w:t>to yeh sawal bahut ahem hai.</w:t>
      </w:r>
    </w:p>
    <w:p>
      <w:pPr>
        <w:jc w:val="right"/>
      </w:pPr>
      <w:r>
        <w:t>تو یہ سوال بہت اہمہے۔</w:t>
      </w:r>
    </w:p>
    <w:p>
      <w:r>
        <w:rPr>
          <w:b/>
        </w:rPr>
        <w:t xml:space="preserve">[10:21] </w:t>
      </w:r>
      <w:r>
        <w:t>main bhi is sawal se dochar hua tha. Mujhe bhi, mere zehn mein bhi yeh baat thi ke Maulana hamesha musalmanon ko hi bolte rehte hain, hamesha musalman ko hi qasoorwar thehrate hain.</w:t>
      </w:r>
    </w:p>
    <w:p>
      <w:pPr>
        <w:jc w:val="right"/>
      </w:pPr>
      <w:r>
        <w:t>میںبھیاسسوالسےدوچارہواتھا۔ مجھےبھی ،میرے ذہنمیںبھییہباتتھی کہ مول انا ہمیشہ مسلمانوںکوہی بولتےرہتےہیں،ہمیشہمسلمان کوہیقصوروارٹھہراتےہیں۔</w:t>
      </w:r>
    </w:p>
    <w:p>
      <w:r>
        <w:rPr>
          <w:b/>
        </w:rPr>
        <w:t xml:space="preserve">[10:34] </w:t>
      </w:r>
      <w:r>
        <w:t>musalman zimmedar hain, musalman, musalman, musalman, musalman. To mujhe samajh mein nahi aati thi Maulana ki yeh baat. To main Maulana ko deeply</w:t>
      </w:r>
    </w:p>
    <w:p>
      <w:pPr>
        <w:jc w:val="right"/>
      </w:pPr>
      <w:r>
        <w:t>مسلمان ذمہدارہیں،مسلمان ،مس لمان،مسلمان،مسلمان ۔ تومجھےسمجھمیںنہیںآتیتھیمولاناکییہبات۔ تو میں مول اناکو ڈیپلی</w:t>
      </w:r>
    </w:p>
    <w:p>
      <w:r>
        <w:rPr>
          <w:b/>
        </w:rPr>
        <w:t xml:space="preserve">[10:50] </w:t>
      </w:r>
      <w:r>
        <w:t>padhna shuru kiya.</w:t>
      </w:r>
    </w:p>
    <w:p>
      <w:pPr>
        <w:jc w:val="right"/>
      </w:pPr>
      <w:r>
        <w:t>پڑھناشروع کیا۔</w:t>
      </w:r>
    </w:p>
    <w:p>
      <w:r>
        <w:rPr>
          <w:b/>
        </w:rPr>
        <w:t xml:space="preserve">[10:51] </w:t>
      </w:r>
      <w:r>
        <w:t>Maulana ki kitabon ko jab maine gehrai ke saath padhna shuru kiya to mujhe Maulana, is masle mein Maulana ki ek buniyadi baat samajh mein aayi, jis ke baad mera jo aitraz tha, mera jo sawal tha, woh khatm ho gaya.</w:t>
      </w:r>
    </w:p>
    <w:p>
      <w:pPr>
        <w:jc w:val="right"/>
      </w:pPr>
      <w:r>
        <w:t>مول اناکیکتاب وںکو جب میںنے گہرائیکےساتھپڑھناشروع کیا تومجھے مول انا، اسمسئلےمیں مول اناکیایک بنی ادیباتسمجھمیںآئی،جسکےبعد میرا جو اعت راضتھا، میراجوسوالتھا،وہ ختمہوگیا۔</w:t>
      </w:r>
    </w:p>
    <w:p>
      <w:r>
        <w:rPr>
          <w:b/>
        </w:rPr>
        <w:t xml:space="preserve">[11:09] </w:t>
      </w:r>
      <w:r>
        <w:t>main chahta hoon woh aap logon se share karoon ke jab main Maulana ka mutala shuru, mutala karna shuru kiya to main ne padha ke Maulana musalmanon ko daai aur mad'u ke angle se dekhte hain.</w:t>
      </w:r>
    </w:p>
    <w:p>
      <w:pPr>
        <w:jc w:val="right"/>
      </w:pPr>
      <w:r>
        <w:t>میںچاہتاہوںوہ آپ لوگوںسےشیئرکروں کہجب میں مول اناکومطالعہشروع ،مطالعہکرناشروع کیا تومیںنے پڑھا کہ مول انا مس لمانوںکو داعیاور مدعو کے اینگلسےدیکھتےہیں۔</w:t>
      </w:r>
    </w:p>
    <w:p>
      <w:r>
        <w:rPr>
          <w:b/>
        </w:rPr>
        <w:t xml:space="preserve">[11:25] </w:t>
      </w:r>
      <w:r>
        <w:t>molaana kehte hain ke musalman ki asal hesiyat, musalman ki asal identity daaiqiyah hai.</w:t>
      </w:r>
    </w:p>
    <w:p>
      <w:pPr>
        <w:jc w:val="right"/>
      </w:pPr>
      <w:r>
        <w:t>مول اناکہتےہیںکہ مسلمان کی اصل حیثیت،مسلمان کی اصل آئیڈنٹیٹی داعیکیہے۔</w:t>
      </w:r>
    </w:p>
    <w:p>
      <w:r>
        <w:rPr>
          <w:b/>
        </w:rPr>
        <w:t xml:space="preserve">[11:34] </w:t>
      </w:r>
      <w:r>
        <w:t>rasool Allah ke baad quran aur sunnat ka paigham saare insaanon tak pohnchaane ki zimmedari rasool Allah ko follow karne wale, jinhein hum musalman kehte hain, un par aaid hoti hai.</w:t>
      </w:r>
    </w:p>
    <w:p>
      <w:pPr>
        <w:jc w:val="right"/>
      </w:pPr>
      <w:r>
        <w:t>رسولاللہکےبعد قرآن اور سنتکاپیغام سارےانسان وںتکپہنچانےکیذمہداری رسولاللہکو فالوکرنے والے ،جنہیںہممسلمانکہتےہیں، انپر عائدہوتیہے۔</w:t>
      </w:r>
    </w:p>
    <w:p>
      <w:r>
        <w:rPr>
          <w:b/>
        </w:rPr>
        <w:t xml:space="preserve">[11:49] </w:t>
      </w:r>
      <w:r>
        <w:t>doosri baat yeh hai ke molaana ka yeh kehna hai ke dawat humaare waqt tak nahi de sakte jab tak daawati mahaul ko mu'tedil na kiya jaaye.</w:t>
      </w:r>
    </w:p>
    <w:p>
      <w:pPr>
        <w:jc w:val="right"/>
      </w:pPr>
      <w:r>
        <w:t>دوسریباتیہ کہ مول انا کا یہ کہناہے کہ دعوت ہماسوقت تک نہیں دےسکتے جب تک دعوتی ماحولکو معتد لنہکیاجائے۔</w:t>
      </w:r>
    </w:p>
    <w:p>
      <w:r>
        <w:rPr>
          <w:b/>
        </w:rPr>
        <w:t xml:space="preserve">[12:02] </w:t>
      </w:r>
      <w:r>
        <w:t>jab tak daayi aur mad'u ke darmiyaan aisi koi deewar haa'il na ho jo humari baat ko samajhne ke liye mad'u ko mushkilaat ka saamna karna ho.</w:t>
      </w:r>
    </w:p>
    <w:p>
      <w:pPr>
        <w:jc w:val="right"/>
      </w:pPr>
      <w:r>
        <w:t>جب تک داعیاور مدعوکےدرمیان ایسیکوئی دیوار حائلنہہو جوہماری باتکوسمجھنےکےلیے مدعوکو مشکلاتکاسامناکرناہو ۔</w:t>
      </w:r>
    </w:p>
    <w:p>
      <w:r>
        <w:rPr>
          <w:b/>
        </w:rPr>
        <w:t xml:space="preserve">[12:15] </w:t>
      </w:r>
      <w:r>
        <w:t>toh woh chahte the ke daayi aur mad'u ke darmiyaan free mahaul ho. Hum aisi koi baat na karein, aisi koi kaam na karein jis se mad'u ko humari baat samajhne mein mushkil pesh aati ho.</w:t>
      </w:r>
    </w:p>
    <w:p>
      <w:pPr>
        <w:jc w:val="right"/>
      </w:pPr>
      <w:r>
        <w:t>تووہچاہتےتھےکہ داعیاورمدعوکےدرمیان فریماحولہو ۔ ہم ایسیکوئیبات نہکریں، ایساکوئیکامنہکریں جسسے مدعوکو ہماریباتسمجھنےمیں مش کل پیش آتیہو۔</w:t>
      </w:r>
    </w:p>
    <w:p>
      <w:r>
        <w:rPr>
          <w:b/>
        </w:rPr>
        <w:t xml:space="preserve">[12:35] </w:t>
      </w:r>
      <w:r>
        <w:t>toh yeh jo molaana kehte hain ke daawati maslehat supreme concern hai ek daayi ke liye,</w:t>
      </w:r>
    </w:p>
    <w:p>
      <w:pPr>
        <w:jc w:val="right"/>
      </w:pPr>
      <w:r>
        <w:t>تو یہجو مول اناکہتےہیں کہ دعوتی مصلحت سپریم کنسرنہےایکداعیکےلیے ،</w:t>
      </w:r>
    </w:p>
    <w:p>
      <w:r>
        <w:rPr>
          <w:b/>
        </w:rPr>
        <w:t xml:space="preserve">[12:45] </w:t>
      </w:r>
      <w:r>
        <w:t>toh isi wajah se molaana hamesha musalmanon se mutalba karte hain, musalmanon ko yeh mashwara dete hain ke aap yak tarafah taur par, yeh lafz molaana ka, main pehli baar yak tarafah taur par jo hai, yeh molaana ki kitaabon mein padha ke musalman, ek daayi ko yak tarafah taur par sabr karna hai.</w:t>
      </w:r>
    </w:p>
    <w:p>
      <w:pPr>
        <w:jc w:val="right"/>
      </w:pPr>
      <w:r>
        <w:t>تو اسیوجہ سے مول انا ہمیشہ مسلمانوںسے مطالبہکرتےہیں ، مس لمانوںکویہمشورہدیتےہیں کہ آپ یک طرفہطورپر،یہ لفظمول اناکا،میں پہلیبار یک طرفہطورپرجوہے، یہ مول اناکیکتاب وںمیںپڑھا کہمس لم ،ایک داعیکو یک طرفہطورپر صبرکرناہے۔</w:t>
      </w:r>
    </w:p>
    <w:p>
      <w:r>
        <w:rPr>
          <w:b/>
        </w:rPr>
        <w:t xml:space="preserve">[13:07] </w:t>
      </w:r>
      <w:r>
        <w:t>iski koi condition nahi hai. Iske liye koi shart nahi hai.</w:t>
      </w:r>
    </w:p>
    <w:p>
      <w:pPr>
        <w:jc w:val="right"/>
      </w:pPr>
      <w:r>
        <w:t>اسکی کوئیکنڈیشننہیںہے۔ اسکےلیے کوئی شرطنہیںہے۔</w:t>
      </w:r>
    </w:p>
    <w:p>
      <w:r>
        <w:rPr>
          <w:b/>
        </w:rPr>
        <w:t xml:space="preserve">[13:13] </w:t>
      </w:r>
      <w:r>
        <w:t>isko daawati mahaul ko baaqi rakhne ke liye sab bardasht karna hai. Toh yeh cheez mujhe lagi, yeh toh bohat zabardast baat hai.</w:t>
      </w:r>
    </w:p>
    <w:p>
      <w:pPr>
        <w:jc w:val="right"/>
      </w:pPr>
      <w:r>
        <w:t>اسکو دعوتیماحولکو باقررکھنےکےلیے سب برداشتکرناہے۔ تویہچیز مجھے لگی،یہتوبہت زبرد ستباتہے۔</w:t>
      </w:r>
    </w:p>
    <w:p>
      <w:r>
        <w:rPr>
          <w:b/>
        </w:rPr>
        <w:t xml:space="preserve">[13:23] </w:t>
      </w:r>
      <w:r>
        <w:t>is angle se main agar dekhun toh mujhe laga ke waaqai molaana toh beshak sahi keh rahe hain. Musalman ki hesiyat jo hai, woh daayi ki hai.</w:t>
      </w:r>
    </w:p>
    <w:p>
      <w:pPr>
        <w:jc w:val="right"/>
      </w:pPr>
      <w:r>
        <w:t>اس اینگلسے میںاگر دیکھوں تو مجھے لگاکہ واقع یمول اناتوبہتصحیحکہہرہےہیں۔ مسلمانکیحیثیتجوہے، وہ داعیکیہے۔</w:t>
      </w:r>
    </w:p>
    <w:p>
      <w:r>
        <w:rPr>
          <w:b/>
        </w:rPr>
        <w:t xml:space="preserve">[13:34] </w:t>
      </w:r>
      <w:r>
        <w:t>ab, yaani Allah ka paigham pohnchaane ke liye daawati mahaul ko baaqi rakhna uska supreme concern hai.</w:t>
      </w:r>
    </w:p>
    <w:p>
      <w:pPr>
        <w:jc w:val="right"/>
      </w:pPr>
      <w:r>
        <w:t>اب ،یعنی اللہ کاپیغامپہنچانےکےلیے دعوتیماحولکوباقررکھنااسکا سپریم کنسرن ہے۔</w:t>
      </w:r>
    </w:p>
    <w:p>
      <w:r>
        <w:rPr>
          <w:b/>
        </w:rPr>
        <w:t xml:space="preserve">[13:43] </w:t>
      </w:r>
      <w:r>
        <w:t>toh yeh jab mujhe samajh mein aaya toh molaana jo hamesha musalmanon ko bolte hain, iski mujhe toh jeh mil gayi.</w:t>
      </w:r>
    </w:p>
    <w:p>
      <w:pPr>
        <w:jc w:val="right"/>
      </w:pPr>
      <w:r>
        <w:t>تو یہ جبمجھےسمجھمیںآیا تو مول اناجوہمیشہمس لمانوںکوبولتےہیں ، اسکیمیںمجھےتوجیحملگئی ۔</w:t>
      </w:r>
    </w:p>
    <w:p>
      <w:r>
        <w:rPr>
          <w:b/>
        </w:rPr>
        <w:t xml:space="preserve">[13:53] </w:t>
      </w:r>
      <w:r>
        <w:t>ab mujhe molaana par aitraaz nahi hai ke molaana kyun musalmanon ko hamesha galat batate hain. Molaana ko, molaana ki baaton ko is angle se dekhein toh inshallah aapko bhi koi aitraaz nahi hoga.</w:t>
      </w:r>
    </w:p>
    <w:p>
      <w:pPr>
        <w:jc w:val="right"/>
      </w:pPr>
      <w:r>
        <w:t>ابمجھےمول انا پر اعتراضنہیں ہے کہ مول اناکیوں مس لمانوںکوہمیشہغلطبتاتےہیں۔ مول اناکو ،مول اناکیباتوںکواس اینگلسےدیکھیں تو انشاءاللہآپکوبھی کوئی اعتراضنہیں ہوگا۔</w:t>
      </w:r>
    </w:p>
    <w:p>
      <w:r>
        <w:rPr>
          <w:b/>
        </w:rPr>
        <w:t xml:space="preserve">[14:07] </w:t>
      </w:r>
      <w:r>
        <w:t>lekin iske liye humko molaana ki kitaabon ko padhna padega, iska mutaala karna padega. Mera jo aitraaz hai, woh mutaala karne ke baad khatm</w:t>
      </w:r>
    </w:p>
    <w:p>
      <w:pPr>
        <w:jc w:val="right"/>
      </w:pPr>
      <w:r>
        <w:t>لیکن اسکےلیےہمکو مول اناکیکتاب وںکوپڑھناپڑےگا،اسکامطالعہکرناپڑےگا۔ میراجو اعت راضہے، وہ مطالعہکرنےکے بعد ختم</w:t>
      </w:r>
    </w:p>
    <w:p>
      <w:r>
        <w:rPr>
          <w:b/>
        </w:rPr>
        <w:t xml:space="preserve">[14:16] </w:t>
      </w:r>
      <w:r>
        <w:t>hua. Isi tarah aapko bhi mutaala karna padega. Molaana Abdul Basit Omri sahib ne kaafi achhi baatein, baaton ki wazaahat ki ke molaana ne jo kuch bhi likha hai, woh musalmanon ki jo manasbi hesiyat hai,</w:t>
      </w:r>
    </w:p>
    <w:p>
      <w:pPr>
        <w:jc w:val="right"/>
      </w:pPr>
      <w:r>
        <w:t>ہوا ۔ اسیطرح آپکوبھی مطالعہکرناپڑےگا۔ مول اناعبد الباسطعمریصاحبنے کافیاچھی باتیں ،باتوںکیوضاحتکی کہ مول انانےجو کچھبھی لکھا ہے، وہ مس لمان وںکی جو من صبیحیثیت ہے،</w:t>
      </w:r>
    </w:p>
    <w:p>
      <w:r>
        <w:rPr>
          <w:b/>
        </w:rPr>
        <w:t xml:space="preserve">[14:36] </w:t>
      </w:r>
      <w:r>
        <w:t>ezae daayi, iski wazaahat mein daayi ka jo tazkiyah karna hai, daayi ki pehle iski zehni, fikri aur amli islaah karna hai, is nisbat se jo bhi likha hai,</w:t>
      </w:r>
    </w:p>
    <w:p>
      <w:pPr>
        <w:jc w:val="right"/>
      </w:pPr>
      <w:r>
        <w:t>ایزاےداعی، اسکیوضاحتمیں داعیکاجو تزکیہکرناہے، داعیکیپہلے اسکی ذہنی،فکریاور عملی اصلاح کرناہے، اس نسبتسے جوبھی لکھاہے،</w:t>
      </w:r>
    </w:p>
    <w:p>
      <w:r>
        <w:rPr>
          <w:b/>
        </w:rPr>
        <w:t xml:space="preserve">[14:51] </w:t>
      </w:r>
      <w:r>
        <w:t>is lihaaz se is baat ko samajhna chahiye aur apna tazkiyah karna chahiye taake woh daawati manasbi ke laa'iq bane aur sahih ma'ano mein dawat ka kaam anjaam de.</w:t>
      </w:r>
    </w:p>
    <w:p>
      <w:pPr>
        <w:jc w:val="right"/>
      </w:pPr>
      <w:r>
        <w:t>اس لحاظسے اسباتکوسمجھناچاہیے اور اپنا تزکیہکرناچاہیے تاکہ وہ دعوتی من صب کے لائقبنے اور صحیح معنیمیں دعوتکا کام انجام دے۔</w:t>
      </w:r>
    </w:p>
    <w:p>
      <w:r>
        <w:rPr>
          <w:b/>
        </w:rPr>
        <w:t xml:space="preserve">[15:09] </w:t>
      </w:r>
      <w:r>
        <w:t>abhi hum aate hain doosre sawaal par. Molaana Fayyaz Omri sahib se sawaal karte hain ke chand logon ka aitraaz aajkal bohat zyada media mein aur kitaab ki shakal mein viral ho raha hai.</w:t>
      </w:r>
    </w:p>
    <w:p>
      <w:pPr>
        <w:jc w:val="right"/>
      </w:pPr>
      <w:r>
        <w:t>ابھیہمآتےہیں دوسرےسوال پر ۔ مول انافیاض عمریصاحبسےسوال کرتے ہیں کہ چند لوگوںکااعت راض آجکل بہت زیادہ میڈیامیں اور کتاب کیشکلمیں وائرلہورہاہے۔</w:t>
      </w:r>
    </w:p>
    <w:p>
      <w:r>
        <w:rPr>
          <w:b/>
        </w:rPr>
        <w:t xml:space="preserve">[15:34] </w:t>
      </w:r>
      <w:r>
        <w:t>toh ek kitaab hai jismein molaana par tanqeed ki gayi hai. Toh ismein bohat badi ahmiyat jis baat ko di jaati hai, woh yeh hai ke molaana jab ilmi tanqeed karte hain,</w:t>
      </w:r>
    </w:p>
    <w:p>
      <w:pPr>
        <w:jc w:val="right"/>
      </w:pPr>
      <w:r>
        <w:t>تو ایککتاب ہے جسمیں مول اناپر تنقیدکیگئی ہے۔ تو اسمیں بہت بڑی اہمیت جسباتکو دی جاتیہے، وہ یہہے کہ مول اناجب علم ی تنقید کرتے ہیں،</w:t>
      </w:r>
    </w:p>
    <w:p>
      <w:r>
        <w:rPr>
          <w:b/>
        </w:rPr>
        <w:t xml:space="preserve">[15:54] </w:t>
      </w:r>
      <w:r>
        <w:t>fikri tanqeed karte hain, toh isko kisi aur rukh se jaan ne ki koshish karte hain.</w:t>
      </w:r>
    </w:p>
    <w:p>
      <w:pPr>
        <w:jc w:val="right"/>
      </w:pPr>
      <w:r>
        <w:t>فکریتنقید کرتے ہیں، تو اسکو کسی اور رخسے جان نےکیکوششکرتے ہیں۔</w:t>
      </w:r>
    </w:p>
    <w:p>
      <w:r>
        <w:rPr>
          <w:b/>
        </w:rPr>
        <w:t xml:space="preserve">[16:03] </w:t>
      </w:r>
      <w:r>
        <w:t>toh main molaana Fayyazuddin Omri sahib se yeh jaanna chahunga ke kya molaana ki fikr reaction ki nafsiyaat, yaani psychology reaction par mabni hai ya ilm par mabni hai?</w:t>
      </w:r>
    </w:p>
    <w:p>
      <w:pPr>
        <w:jc w:val="right"/>
      </w:pPr>
      <w:r>
        <w:t>تومیں مولانافیاضالدینعمریصاحبسے یہجان ناچاہوںگا کہکیا مول اناکی فکر رد عملکی نفسیات ،یعنی سائیکالوجی ریایکشن پر مبنیہے یا علم پرمبنیہے؟</w:t>
      </w:r>
    </w:p>
    <w:p>
      <w:r>
        <w:rPr>
          <w:b/>
        </w:rPr>
        <w:t xml:space="preserve">[16:18] </w:t>
      </w:r>
      <w:r>
        <w:t>aap iski wazaahat farmaayein. Achha. Maulana Iqbal sahib, aapne ek bohat important question kiya hai aur bohat achha sawaal aapne kiya.</w:t>
      </w:r>
    </w:p>
    <w:p>
      <w:pPr>
        <w:jc w:val="right"/>
      </w:pPr>
      <w:r>
        <w:t>آپ اسکیوضاحتفرمائیں۔ اچھا۔ مولانااقبالصاحب،آپنے ایک بہت امپورٹنٹکوئسچنکیاہے اور بہت اچھا سوال آپنے کیا۔</w:t>
      </w:r>
    </w:p>
    <w:p>
      <w:r>
        <w:rPr>
          <w:b/>
        </w:rPr>
        <w:t xml:space="preserve">[16:32] </w:t>
      </w:r>
      <w:r>
        <w:t>aapka sawaal yeh tha ke kya molaana ke work, kya molaana ka mash'hoor literature psychology of reaction par khada hua hai?</w:t>
      </w:r>
    </w:p>
    <w:p>
      <w:pPr>
        <w:jc w:val="right"/>
      </w:pPr>
      <w:r>
        <w:t>آپکاسوال یہتھا کہکیا مول اناکاورک ،کیا مول اناکامشناور لٹریچر سائیکالوجیآف ریایکشنپر کھڑاہوا ہے ؟</w:t>
      </w:r>
    </w:p>
    <w:p>
      <w:r>
        <w:rPr>
          <w:b/>
        </w:rPr>
        <w:t xml:space="preserve">[16:43] </w:t>
      </w:r>
      <w:r>
        <w:t>kya woh psychology of reaction ki production hai, paida war hai? Toh main ne bhi is par kaafi socha, logon ke is sawaal par. Aaj aapne is par poocha hai toh main bhi kuch baat arz kar doon.</w:t>
      </w:r>
    </w:p>
    <w:p>
      <w:pPr>
        <w:jc w:val="right"/>
      </w:pPr>
      <w:r>
        <w:t>کیا وہسائیکالوجیآف ریایکشنکی کاپروڈکشنہے، پیدا وارہے؟ تو میںنےبھیاسپرکافیسوچا، لوگوںکےاسسوالپر ۔آجآپنے اسپرپوچھاہےتومیںبھی کچھبات عرضکردوں۔</w:t>
      </w:r>
    </w:p>
    <w:p>
      <w:r>
        <w:rPr>
          <w:b/>
        </w:rPr>
        <w:t xml:space="preserve">[16:59] </w:t>
      </w:r>
      <w:r>
        <w:t>molaana ki jo hai, molaana ek man of discoveries hain. Unhone jo hai apni zindagi discoveries mein guzari.</w:t>
      </w:r>
    </w:p>
    <w:p>
      <w:pPr>
        <w:jc w:val="right"/>
      </w:pPr>
      <w:r>
        <w:t>مول اناکیجوہے، مول اناایک مینآف ڈسکوریزہیں۔ انہوںنےجوہےاپنی زندگی ڈسکوریزمیںگزاری ۔</w:t>
      </w:r>
    </w:p>
    <w:p>
      <w:r>
        <w:rPr>
          <w:b/>
        </w:rPr>
        <w:t xml:space="preserve">[17:08] </w:t>
      </w:r>
      <w:r>
        <w:t>lekin ajeeb o ghareeb taur par bari bari discoveryan Maulana ne pesh keen. lekin intiqal se pehle "My Last Discovery" ke naam se Maulana ne ek statement diya hai.</w:t>
      </w:r>
    </w:p>
    <w:p>
      <w:pPr>
        <w:jc w:val="right"/>
      </w:pPr>
      <w:r>
        <w:t>لیکن عجیبوغریبطور پر بڑیبڑی ڈسکوریاں مول انانےپیشکیں۔لیکن انتقالسےپہلے "مائی لاسٹ ڈسکوری"کےنامسےمول انانے ایک سٹیٹمنٹدیاہے۔</w:t>
      </w:r>
    </w:p>
    <w:p>
      <w:r>
        <w:rPr>
          <w:b/>
        </w:rPr>
        <w:t xml:space="preserve">[17:20] </w:t>
      </w:r>
      <w:r>
        <w:t>"My Last Discovery of the World" ke unwan se diya</w:t>
      </w:r>
    </w:p>
    <w:p>
      <w:pPr>
        <w:jc w:val="right"/>
      </w:pPr>
      <w:r>
        <w:t>"مائیلاسٹ ڈسکوریآف دسورلڈ" کے عنوانسےدیا</w:t>
      </w:r>
    </w:p>
    <w:p>
      <w:r>
        <w:rPr>
          <w:b/>
        </w:rPr>
        <w:t xml:space="preserve">[17:25] </w:t>
      </w:r>
      <w:r>
        <w:t>hai. Ismein unhone kaha hai ke is duniya ki meri sabse badi aur aakhri daryaft yeh hai ke koi insan is duniya se is tarah rukhsat ho ke uske dil mein aite ke barabar bhi negativity na ho.</w:t>
      </w:r>
    </w:p>
    <w:p>
      <w:pPr>
        <w:jc w:val="right"/>
      </w:pPr>
      <w:r>
        <w:t>ہے۔ اسمیںانہوںنےکہاہے کہ اس دنیا کیمیری سبسےبڑی اور آخری دریا فت یہہے کہ کوئی انسان اس دنیا سے اسطرح رخصتہو کہ اسکے دلمیں آئٹہکےبرابربھینیگیٹیوٹینہہو ۔</w:t>
      </w:r>
    </w:p>
    <w:p>
      <w:r>
        <w:rPr>
          <w:b/>
        </w:rPr>
        <w:t xml:space="preserve">[17:43] </w:t>
      </w:r>
      <w:r>
        <w:t>kisi insan ko le</w:t>
      </w:r>
    </w:p>
    <w:p>
      <w:pPr>
        <w:jc w:val="right"/>
      </w:pPr>
      <w:r>
        <w:t>کسی انسان کولے</w:t>
      </w:r>
    </w:p>
    <w:p>
      <w:r>
        <w:rPr>
          <w:b/>
        </w:rPr>
        <w:t xml:space="preserve">[17:45] </w:t>
      </w:r>
      <w:r>
        <w:t>kar is duniya se woh is tarah rukhsat hona chahiye ke woh jab rukhsat ho raha ho toh kisi bhi insan ko le kar uske dil mein munfisoo chuka ek aite, ek particle bhi nahi hona chahiye.</w:t>
      </w:r>
    </w:p>
    <w:p>
      <w:pPr>
        <w:jc w:val="right"/>
      </w:pPr>
      <w:r>
        <w:t>کر اسدنیا سےوہاسطرح رخصتہوناچاہیے کہوہجبرخصتہورہاہوتوکسی بھیانسانکولےکر اسکےدل میں من فیسوچکاایک آئٹہ ،ایک پارٹیکلبھی نہیںہوناچاہیے۔</w:t>
      </w:r>
    </w:p>
    <w:p>
      <w:r>
        <w:rPr>
          <w:b/>
        </w:rPr>
        <w:t xml:space="preserve">[17:58] </w:t>
      </w:r>
      <w:r>
        <w:t>Yeh meri is duniya ki jo hai sabse bada aur aakhri daryaft hai. Toh kisi aadmi ke life aur uske work ko dekh kar uske kaam ki tashreeh ki jayegi.</w:t>
      </w:r>
    </w:p>
    <w:p>
      <w:pPr>
        <w:jc w:val="right"/>
      </w:pPr>
      <w:r>
        <w:t>یہیمیری اسدنیا کیجوہےسبسے بڑیاور آخریدریافت ہے۔ تو کسی آدمی کے لائف اور اسکے ورککودیکھکر اسکے کام کی تشریحکیج</w:t>
      </w:r>
    </w:p>
    <w:p>
      <w:r>
        <w:rPr>
          <w:b/>
        </w:rPr>
        <w:t xml:space="preserve">[18:13] </w:t>
      </w:r>
      <w:r>
        <w:t>aayegi. Uske kaam ke bare mein statement diya jayega. Na ke kisi reader ka koi objection. Toh usko samjhane ke liye main aapko is tarah keh sakta hoon ke Maulana ne jo hai kuch munfi remark bhi diye hain logon ke</w:t>
      </w:r>
    </w:p>
    <w:p>
      <w:pPr>
        <w:jc w:val="right"/>
      </w:pPr>
      <w:r>
        <w:t>ائےگی۔اسکےکام کےبارےمیں سٹیٹمنٹدیاجائےگا۔ نہکہکسی ریڈر کاکوئی آبجیکشن۔ تو اسکوسمجھانےکےلیےمیں آپکواسطرحکہہسکتاہوں کہ مول انانےجوہے کچھ من فی ریمارکبھیدیےہیں لوگوںکے</w:t>
      </w:r>
    </w:p>
    <w:p>
      <w:r>
        <w:rPr>
          <w:b/>
        </w:rPr>
        <w:t xml:space="preserve">[18:31] </w:t>
      </w:r>
      <w:r>
        <w:t>kaam par. Yani jab Maulana ne dekha ke deen ki political interpretation ke unwan se zameen par violence aur jo hai tashaddud ko justify kiya ja raha hai aur Islam ki image ko corrupt kar diya gaya hai toh is mauqe par toh Maulana ne ta'beer ki ghalati ke unwan se ek kaam kiya.</w:t>
      </w:r>
    </w:p>
    <w:p>
      <w:pPr>
        <w:jc w:val="right"/>
      </w:pPr>
      <w:r>
        <w:t>کامپر ۔یعنیجبمول انانےدیکھا کہدینکیپولیٹیکلانٹرپریٹیشنکے عنوانسے زمین پر وائل نس اورجوہے تشددکوجسٹیفائیکیاجارہاہےاور اسلام کی امیجکو کرپٹ کردیاگیا ہےتواس موقعپرتومولانانےتعبیرکیغلطیکے عنوانسے ایککام کیا۔</w:t>
      </w:r>
    </w:p>
    <w:p>
      <w:r>
        <w:rPr>
          <w:b/>
        </w:rPr>
        <w:t xml:space="preserve">[18:50] </w:t>
      </w:r>
      <w:r>
        <w:t>Lekin ta'beer ki ghalati se zyada Maulana ke jis kaam ko maqbooliyat mili woh hai "God Arises" Mazhab aur Jadeed Challenge.</w:t>
      </w:r>
    </w:p>
    <w:p>
      <w:pPr>
        <w:jc w:val="right"/>
      </w:pPr>
      <w:r>
        <w:t>لیکن تعبیرکیغلطیسے زیادہ مول اناکےجسکامکو مقبولیتملی وہہے "گاڈارائزز"مذہباور جدیدچیلنج ۔</w:t>
      </w:r>
    </w:p>
    <w:p>
      <w:r>
        <w:rPr>
          <w:b/>
        </w:rPr>
        <w:t xml:space="preserve">[18:58] </w:t>
      </w:r>
      <w:r>
        <w:t>Toh</w:t>
      </w:r>
    </w:p>
    <w:p>
      <w:pPr>
        <w:jc w:val="right"/>
      </w:pPr>
      <w:r>
        <w:t>تو</w:t>
      </w:r>
    </w:p>
    <w:p>
      <w:r>
        <w:rPr>
          <w:b/>
        </w:rPr>
        <w:t xml:space="preserve">[18:59] </w:t>
      </w:r>
      <w:r>
        <w:t>Ta'beer ki Ghalati Maulana ki ek law of necessity ke tehat likhi gayi kitaab hai. Yani ek zaroorat Maulana ne mehsoos ki toh Maulana ne is ta'beer ko is assessment ki zabaan mein bayan kiya.</w:t>
      </w:r>
    </w:p>
    <w:p>
      <w:pPr>
        <w:jc w:val="right"/>
      </w:pPr>
      <w:r>
        <w:t>تعبیرکیغلطی مول اناکی ایک لا آفنیسیسٹیکےتحت لکھیگئیکتاب ہے۔ یعنی ایک ضرورت مول انانےمحسوسکی تو مول انانے اس تعبیرکو اس یسمنٹکیزبان میںبیانکیا۔</w:t>
      </w:r>
    </w:p>
    <w:p>
      <w:r>
        <w:rPr>
          <w:b/>
        </w:rPr>
        <w:t xml:space="preserve">[19:13] </w:t>
      </w:r>
      <w:r>
        <w:t>Na ke koi negative remarks ke taur par. Toh ho sakta hai kuch logon ne jo hai ta'beer ki ghalati ko le kar yeh socha ho ke yeh ta'beer ki ghalati jo hai Maulana ka amal hai.</w:t>
      </w:r>
    </w:p>
    <w:p>
      <w:pPr>
        <w:jc w:val="right"/>
      </w:pPr>
      <w:r>
        <w:t>نہکہکوئی نیگیٹیوریمارکس کےطورپر ۔توہوسکتاہےکچھلوگوںنےجوہے تعبیرکیغلطیکولےکریہسوچاہوکہیہ تعبیرکی غلطیجوہےمول اناکاردعملہے۔</w:t>
      </w:r>
    </w:p>
    <w:p>
      <w:r>
        <w:rPr>
          <w:b/>
        </w:rPr>
        <w:t xml:space="preserve">[19:24] </w:t>
      </w:r>
      <w:r>
        <w:t>Yeh amal nahi hai. Jo</w:t>
      </w:r>
    </w:p>
    <w:p>
      <w:pPr>
        <w:jc w:val="right"/>
      </w:pPr>
      <w:r>
        <w:t>یہ ردعملنہیںہے۔ ج</w:t>
      </w:r>
    </w:p>
    <w:p>
      <w:r>
        <w:rPr>
          <w:b/>
        </w:rPr>
        <w:t xml:space="preserve">[19:26] </w:t>
      </w:r>
      <w:r>
        <w:t>jaise kisi doctor ke paas aap pounchate hain toh doctor ko kabhi mehsoos hota hai ke aapki surgery ki jaye. Toh kya surgeon ke work ko koi insan ek negative treatment kehta hai?</w:t>
      </w:r>
    </w:p>
    <w:p>
      <w:pPr>
        <w:jc w:val="right"/>
      </w:pPr>
      <w:r>
        <w:t>یسے کسی ڈاکٹرکےپاس آپ پہنچتےہیںتو ڈاکٹرکوکبھیمحسوسہوتاہےکہآپکیسرجریکیجائے۔ توکیا سرجنکے ورککو کوئی انسان ایک نیگیٹیو ٹریٹمنٹکہتاہے ؟</w:t>
      </w:r>
    </w:p>
    <w:p>
      <w:r>
        <w:rPr>
          <w:b/>
        </w:rPr>
        <w:t xml:space="preserve">[19:39] </w:t>
      </w:r>
      <w:r>
        <w:t>Jab uski zaroorat mehsoos hoti hai toh insan khud jo hai surgeon ke paas pounchta hai. Toh iska matlab kya surgery ka pesha koi negative pesha hai?</w:t>
      </w:r>
    </w:p>
    <w:p>
      <w:pPr>
        <w:jc w:val="right"/>
      </w:pPr>
      <w:r>
        <w:t>جب اسکیضرورت محسوسہوتیہےتو انسان خود جوہےسرجنکےپاسپہنچتاہے۔ تو اسکامطلب کیا سرجریکاپیشہکوئی نیگیٹیوپیشہہے؟</w:t>
      </w:r>
    </w:p>
    <w:p>
      <w:r>
        <w:rPr>
          <w:b/>
        </w:rPr>
        <w:t xml:space="preserve">[19:48] </w:t>
      </w:r>
      <w:r>
        <w:t>Aisi baat jo hai koi bhi aqalmand insan nahi kahega.</w:t>
      </w:r>
    </w:p>
    <w:p>
      <w:pPr>
        <w:jc w:val="right"/>
      </w:pPr>
      <w:r>
        <w:t>ایسیبات جوہےکوئیبھی عقلمندانسان نہیں کہےگا۔</w:t>
      </w:r>
    </w:p>
    <w:p>
      <w:r>
        <w:rPr>
          <w:b/>
        </w:rPr>
        <w:t xml:space="preserve">[19:52] </w:t>
      </w:r>
      <w:r>
        <w:t>Toh Maulana ne zaroorat ke tehat bahut sare mamlaat mein surgery ki jahan zaroorat mehsoos hui law of necessity ke tehat. Jaise misaal ke taur par Ulama aur Daur Jadeed mein Maulana ne likha hai ke hamare ulama ko jo hai daur ki tabdeeli ka ilm nahi tha.</w:t>
      </w:r>
    </w:p>
    <w:p>
      <w:pPr>
        <w:jc w:val="right"/>
      </w:pPr>
      <w:r>
        <w:t>تو مول انانےضرورت کےتحت بہت سارے معاملاتمیں سرجریکی جہاں ضرورت محسوسہوئی لاآفنیسیسٹیکےتحت ۔ جیسےمثالکےطورپر علم اءاور دیرجدیدمیںمول انانےلکھاہے کہ ہمارےعلماءکوجوہے دورکیتبدیلیکاعلم نہیںتھا۔</w:t>
      </w:r>
    </w:p>
    <w:p>
      <w:r>
        <w:rPr>
          <w:b/>
        </w:rPr>
        <w:t xml:space="preserve">[20:09] </w:t>
      </w:r>
      <w:r>
        <w:t>Daur ki tabdeeli kis ko kehte hain? Ulama ne Western world se ya Western power se muqabla shuru kiya. Yeh jaane baghair ke jo hai Western world industrialized power ke saath aaya hai.</w:t>
      </w:r>
    </w:p>
    <w:p>
      <w:pPr>
        <w:jc w:val="right"/>
      </w:pPr>
      <w:r>
        <w:t>دورکیتبدیلیکسکوکہتےہیں؟ علم اءنے ویسٹرنورلڈسے یا ویسٹرنپاورسےمقابلہشروع کیا۔ یہ جانےبغیرکہجوہے ویسٹرنورلڈ انڈ سٹریلائز پاورکےساتھ آیاہے۔</w:t>
      </w:r>
    </w:p>
    <w:p>
      <w:r>
        <w:rPr>
          <w:b/>
        </w:rPr>
        <w:t xml:space="preserve">[20:23] </w:t>
      </w:r>
      <w:r>
        <w:t>Sanati taqaton ke</w:t>
      </w:r>
    </w:p>
    <w:p>
      <w:pPr>
        <w:jc w:val="right"/>
      </w:pPr>
      <w:r>
        <w:t>صنعتیطاقتوںکے</w:t>
      </w:r>
    </w:p>
    <w:p>
      <w:r>
        <w:rPr>
          <w:b/>
        </w:rPr>
        <w:t xml:space="preserve">[20:24] </w:t>
      </w:r>
      <w:r>
        <w:t>saath aapke saamne pesh hua hai. Aur Musalman ab tak dastkari ke daur mein reh rahe hain. Handicraft ke daur mein Musalman zindagi guzar rahe hain.</w:t>
      </w:r>
    </w:p>
    <w:p>
      <w:pPr>
        <w:jc w:val="right"/>
      </w:pPr>
      <w:r>
        <w:t>ساتھ آپکےسامنے پیش ہواہے۔ اور مسلمان ابتک دست کاریکےدورمیںرہرہےہیں۔ ہینڈکرافٹکےدور میں مسلمان زندگی گزاررہےہیں۔</w:t>
      </w:r>
    </w:p>
    <w:p>
      <w:r>
        <w:rPr>
          <w:b/>
        </w:rPr>
        <w:t xml:space="preserve">[20:32] </w:t>
      </w:r>
      <w:r>
        <w:t>Aur muqabla karna chahte hain industrialized power ka. Toh Maulana ne yahan jo baat kahi woh bator waqe bayan kiya hai. Har jagah hum dekh sakte hain yeh baat jo hai woh khul kar saamne aayegi ke dastkari aur handicraft ke zariye industrial power ka jo hai muqabla nahi kiya ja sakta.</w:t>
      </w:r>
    </w:p>
    <w:p>
      <w:pPr>
        <w:jc w:val="right"/>
      </w:pPr>
      <w:r>
        <w:t>اور مقابلہکرناچاہتےہیں انڈسٹریلائز پاورکا ۔تو مول انانےیہاں جو باتکہیوہ بطور واقع ہکےبیانکیاہے۔ ہرجگہہمدیکھسکتےہیں یہباتجوہے وہکھلکرسامنےآئیکہدست کاریاور ہینڈکرافٹکےذریعے انڈسٹریلپاورکاجوہےمقابلہنہیںکیاجاسکتا۔</w:t>
      </w:r>
    </w:p>
    <w:p>
      <w:r>
        <w:rPr>
          <w:b/>
        </w:rPr>
        <w:t xml:space="preserve">[20:50] </w:t>
      </w:r>
      <w:r>
        <w:t>Toh</w:t>
      </w:r>
    </w:p>
    <w:p>
      <w:pPr>
        <w:jc w:val="right"/>
      </w:pPr>
      <w:r>
        <w:t>تو</w:t>
      </w:r>
    </w:p>
    <w:p>
      <w:r>
        <w:rPr>
          <w:b/>
        </w:rPr>
        <w:t xml:space="preserve">[20:51] </w:t>
      </w:r>
      <w:r>
        <w:t>Goya ke yeh bayan waqe hai na ke koi negative remark na koi na ke koi reactionary statement. Isi tarah aap dekhenge Maulana ne jo hai mukhtalif jagah is tarah ke jo hai suggestion diye Musalmanon ko ke Musalman jo hai daur ko samajhne ki koshish karen.</w:t>
      </w:r>
    </w:p>
    <w:p>
      <w:pPr>
        <w:jc w:val="right"/>
      </w:pPr>
      <w:r>
        <w:t>گویاکہیہبیان واقع ہہے نہکہ کوئی منفی ریمارکنہ کوئینہکہکوئیریایکشنری سٹیٹمنٹ ۔ اسیطرح آپدیکھیںگے مول انانےجوہے مختلف جگہ اسطرح کےجوہےسجیشندیےمسلمانوںکو کہ مسلمان جوہے دور کوسمجھنےکیکوششکریں۔</w:t>
      </w:r>
    </w:p>
    <w:p>
      <w:r>
        <w:rPr>
          <w:b/>
        </w:rPr>
        <w:t xml:space="preserve">[21:08] </w:t>
      </w:r>
      <w:r>
        <w:t>Aur Musalman jo hai is traditional usse bahar aajayen.</w:t>
      </w:r>
    </w:p>
    <w:p>
      <w:pPr>
        <w:jc w:val="right"/>
      </w:pPr>
      <w:r>
        <w:t>اور مسلمان جوہےاس ٹریڈیشنل اسسےباہرآجائیں۔</w:t>
      </w:r>
    </w:p>
    <w:p>
      <w:r>
        <w:rPr>
          <w:b/>
        </w:rPr>
        <w:t xml:space="preserve">[21:13] </w:t>
      </w:r>
      <w:r>
        <w:t>Toh isko kabhi bhi yeh nahi kaha jayega jaise aap road par chal rahe hon toh road par jo hai bahut sare post lage rehte hain.</w:t>
      </w:r>
    </w:p>
    <w:p>
      <w:pPr>
        <w:jc w:val="right"/>
      </w:pPr>
      <w:r>
        <w:t>تو اسکوکبھیبھییہنہیںکہاجائےگاجیسےآپ روڈپرچلرہےہوں تو روڈپرجوہے بہت سارے پوسٹلگےرہتےہیں۔</w:t>
      </w:r>
    </w:p>
    <w:p>
      <w:r>
        <w:rPr>
          <w:b/>
        </w:rPr>
        <w:t xml:space="preserve">[21:22] </w:t>
      </w:r>
      <w:r>
        <w:t>science lage rehte hain road science traffic science. to ismein kahin likha rehta hai accident prone area. to kya iska matlab yeh kiya jaye keha jaye ga keh traffic ka department jo hai منفی baatein phaila raha hai.</w:t>
      </w:r>
    </w:p>
    <w:p>
      <w:pPr>
        <w:jc w:val="right"/>
      </w:pPr>
      <w:r>
        <w:t>سائنسلگےرہتےہیںروڈسائنسٹریفکسائنس۔ تو اسمیںکہیںلکھارہتاہے ایکسیڈنٹپرونایریا ۔توکیااسکامطلبیہکیاجائےکہاجائےگاکہ ٹریفک کاڈیپارٹمنٹجوہے منفی باتیںپھیلارہاہے۔</w:t>
      </w:r>
    </w:p>
    <w:p>
      <w:r>
        <w:rPr>
          <w:b/>
        </w:rPr>
        <w:t xml:space="preserve">[21:36] </w:t>
      </w:r>
      <w:r>
        <w:t>travelers aur jo hai na road passers ke mutaliq. to nahi kaha jaye ga. is</w:t>
      </w:r>
    </w:p>
    <w:p>
      <w:pPr>
        <w:jc w:val="right"/>
      </w:pPr>
      <w:r>
        <w:t>ٹریول رزاورجوہےنا روڈپاسرز کے متعلق ۔تونہیںکہاجائےگا۔اس</w:t>
      </w:r>
    </w:p>
    <w:p>
      <w:r>
        <w:rPr>
          <w:b/>
        </w:rPr>
        <w:t xml:space="preserve">[21:41] </w:t>
      </w:r>
      <w:r>
        <w:t>yeh isi tarah kabhi kaha jata hai hospital and schools zone no horn please. to kya yeh kaha jaye ga keh jo hai traffic rules wale jo hai travelers par road passers par jo hai منفی remark de rahe hain.</w:t>
      </w:r>
    </w:p>
    <w:p>
      <w:pPr>
        <w:jc w:val="right"/>
      </w:pPr>
      <w:r>
        <w:t>ی اسیطرحکبھیکہاجاتا ہے ہاسپٹلاینڈاسکول زون نوہارنپلیز۔ توکیا یہکہاجائےگاکہجوہے ٹریفکرولزوالےجوہے ٹریول رزپر روڈپاسرزپرجوہے منفیریمارکدےرہےہیں۔</w:t>
      </w:r>
    </w:p>
    <w:p>
      <w:r>
        <w:rPr>
          <w:b/>
        </w:rPr>
        <w:t xml:space="preserve">[21:54] </w:t>
      </w:r>
      <w:r>
        <w:t>to koi bhi aqalmand insan jo hai keh aisa nahi kahe ga. to ek mas'ale aur jo hai alam ki yeh zaroorat hoti hai keh woh zaroorat ke waqt law of necessity ke tehat kisi cheez par jo hai apna tajziya pesh kare.</w:t>
      </w:r>
    </w:p>
    <w:p>
      <w:pPr>
        <w:jc w:val="right"/>
      </w:pPr>
      <w:r>
        <w:t>تو کوئیبھیعقلمندانسانجوہے کہ ایسانہیںکہےگا۔ تو ایک مس ئلے اور جوہے عالمکییہضرورتہوتیہےکہوہ ضرورت کےوقت لاآفنیسیسٹیکےتحت کسی چیز پر جوہے اپناتجزیہپیشکرے۔</w:t>
      </w:r>
    </w:p>
    <w:p>
      <w:r>
        <w:rPr>
          <w:b/>
        </w:rPr>
        <w:t xml:space="preserve">[22:09] </w:t>
      </w:r>
      <w:r>
        <w:t>ab agar ismein koi ghalti ho to zaroor aap woh share kar sakte hain. agar ismein haqeeqat hai to aapko yeh kehna chahiye keh aap ne mere blindness ko door kiya.</w:t>
      </w:r>
    </w:p>
    <w:p>
      <w:pPr>
        <w:jc w:val="right"/>
      </w:pPr>
      <w:r>
        <w:t>اباگر اسمیںکوئیغلطیہو تو ضرورآپوہشیئرکرسکتےہیں۔ اگر اسمیں حقیقت ہےتوآپکویہکہناچاہیےکہآپ نے میرےبلائنڈنسکودورکیا۔</w:t>
      </w:r>
    </w:p>
    <w:p>
      <w:r>
        <w:rPr>
          <w:b/>
        </w:rPr>
        <w:t xml:space="preserve">[22:19] </w:t>
      </w:r>
      <w:r>
        <w:t>jazakallah. ji. bohat shukriya Maulana Fayyazuddin Umri sahib. aap ne kaha keh Maulana ka work reaction ki nafsiyat par mabni nahi hai balkeh fun-e-jrahath jisko kehte hain woh hai.</w:t>
      </w:r>
    </w:p>
    <w:p>
      <w:pPr>
        <w:jc w:val="right"/>
      </w:pPr>
      <w:r>
        <w:t>جزاکماللہ۔ جی۔ بہت شکریہ مول انافیاضالدین عمریصاحب۔آپنے کہا کہ مول اناکا ورک ردعملکی نفسیات پر مبنینہیںہے بلکہ فن جراحتجسکوکہتےہیں وہ ہے۔</w:t>
      </w:r>
    </w:p>
    <w:p>
      <w:r>
        <w:rPr>
          <w:b/>
        </w:rPr>
        <w:t xml:space="preserve">[22:36] </w:t>
      </w:r>
      <w:r>
        <w:t>to iski ashad zaroorat thi isilye Maulana ne</w:t>
      </w:r>
    </w:p>
    <w:p>
      <w:pPr>
        <w:jc w:val="right"/>
      </w:pPr>
      <w:r>
        <w:t>تو اسکی اش دضرورت تھی اسیلیے مول انانے</w:t>
      </w:r>
    </w:p>
    <w:p>
      <w:r>
        <w:rPr>
          <w:b/>
        </w:rPr>
        <w:t xml:space="preserve">[22:43] </w:t>
      </w:r>
      <w:r>
        <w:t>aakhri martaba yeh bhi keh diya keh maine zaroorat ki buniyad par deen ki jo siyasi taabeer kardi gayi thi laafnisisticky buniyad par maine iska</w:t>
      </w:r>
    </w:p>
    <w:p>
      <w:pPr>
        <w:jc w:val="right"/>
      </w:pPr>
      <w:r>
        <w:t>آخری مرتبہیہبھیکہہدیا کہ میںنے ضرورت کی بنی ادپر دینکیجو سیاسی تعبیر کردیگئی تھی لاآفنیسیس ٹیکیبنی ادپر میںنے اسکا</w:t>
      </w:r>
    </w:p>
    <w:p>
      <w:r>
        <w:rPr>
          <w:b/>
        </w:rPr>
        <w:t xml:space="preserve">[22:56] </w:t>
      </w:r>
      <w:r>
        <w:t>mukammal radd bhi kardiya hai aur halaat bhi</w:t>
      </w:r>
    </w:p>
    <w:p>
      <w:pPr>
        <w:jc w:val="right"/>
      </w:pPr>
      <w:r>
        <w:t>مک مل ردبھیکردیا ہے اور ح الات بھی</w:t>
      </w:r>
    </w:p>
    <w:p>
      <w:r>
        <w:rPr>
          <w:b/>
        </w:rPr>
        <w:t xml:space="preserve">[23:01] </w:t>
      </w:r>
      <w:r>
        <w:t>halaat se bhi tajarubaat se bhi pata chal gaya hai keh yeh iski khatarnaki kya hai aur ilmi taur par iska kya maqam hai.</w:t>
      </w:r>
    </w:p>
    <w:p>
      <w:pPr>
        <w:jc w:val="right"/>
      </w:pPr>
      <w:r>
        <w:t>حالات سےبھی تج رباتسےبھی پتہچلگیا ہے کہ یہ اسکیخطرناکیکیا ہےاور علمیطور پر اسکا کیا مقام ہے۔</w:t>
      </w:r>
    </w:p>
    <w:p>
      <w:r>
        <w:rPr>
          <w:b/>
        </w:rPr>
        <w:t xml:space="preserve">[23:12] </w:t>
      </w:r>
      <w:r>
        <w:t>to yeh reaction ki nafsiyat ki buniad par nahi hai balkeh ilm ya tajrubaat ki ki buniad par hai aur yeh zaroorat ki buniad par hai.</w:t>
      </w:r>
    </w:p>
    <w:p>
      <w:pPr>
        <w:jc w:val="right"/>
      </w:pPr>
      <w:r>
        <w:t>تو یہ ردعملکینفسیاتکیبنی ادپرنہیںہے بل کہ علم یاور تجربات کی کیبنی ادپر ہے اور یہ ضرورت کیبنی ادپرہے۔</w:t>
      </w:r>
    </w:p>
    <w:p>
      <w:r>
        <w:rPr>
          <w:b/>
        </w:rPr>
        <w:t xml:space="preserve">[23:23] </w:t>
      </w:r>
      <w:r>
        <w:t>bohat shukriya aap ka. ab hum chalte hain is panel session ke teesre panelist ke paas.</w:t>
      </w:r>
    </w:p>
    <w:p>
      <w:pPr>
        <w:jc w:val="right"/>
      </w:pPr>
      <w:r>
        <w:t>بہت شکریہآپکا ۔ ابہمچلتےہیں اس پینل سیشنکے تیسرے پینلسٹکےپاس۔</w:t>
      </w:r>
    </w:p>
    <w:p>
      <w:r>
        <w:rPr>
          <w:b/>
        </w:rPr>
        <w:t xml:space="preserve">[23:34] </w:t>
      </w:r>
      <w:r>
        <w:t>inke se hum yeh sawal karte hain keh Maulana Wahiduddin Khan sahib ne taqreeban seerat ke unwan par kai kitabein likhin balkeh seerat ko rediscover kiya.</w:t>
      </w:r>
    </w:p>
    <w:p>
      <w:pPr>
        <w:jc w:val="right"/>
      </w:pPr>
      <w:r>
        <w:t>انکے سےہم یہسوال کرتے ہیں کہ مول انا وحید الدین خان صاحبنے تقریباً سیرتکے عنوان پر کئی کتاب یںلکھیں بلکہ سیرتکو ری ڈسکورکیا۔</w:t>
      </w:r>
    </w:p>
    <w:p>
      <w:r>
        <w:rPr>
          <w:b/>
        </w:rPr>
        <w:t xml:space="preserve">[23:51] </w:t>
      </w:r>
      <w:r>
        <w:t>ismein mamooli se mamooli kitab bhi likhi aur aala se aala kitab bhi likhi. jaise seerat-e-Rasool waqeati andaz ki kitab hai.</w:t>
      </w:r>
    </w:p>
    <w:p>
      <w:pPr>
        <w:jc w:val="right"/>
      </w:pPr>
      <w:r>
        <w:t>اسمیں معمولیسے معمولی کتاب بھیلکھی اور اعلیٰسےاعلیٰکتاب بھیلکھی۔ جیسے سیرت رسول واقع اتی اندازکیکتاب ہے۔</w:t>
      </w:r>
    </w:p>
    <w:p>
      <w:r>
        <w:rPr>
          <w:b/>
        </w:rPr>
        <w:t xml:space="preserve">[24:01] </w:t>
      </w:r>
      <w:r>
        <w:t>Paighambar-e-Inqilab yeh missionari andaz ki kitab hai. mutala-e-seerat goya ismein seerat ko kis andaz se parhna chahiye waqeati haqeeqat pasandana andaz se ya aqeedatmandana andaz se.</w:t>
      </w:r>
    </w:p>
    <w:p>
      <w:pPr>
        <w:jc w:val="right"/>
      </w:pPr>
      <w:r>
        <w:t>پیغمبر انقلاب یہ مشنریاندازکیکتاب ہے۔ مطالعہ سیرت گویا اسمیں سیرتکو کس اند از سے پڑھناچاہیے واقع اتی حقیقت پسندانہاندازسے یا عقیدتمندان ہاندازسے ۔</w:t>
      </w:r>
    </w:p>
    <w:p>
      <w:r>
        <w:rPr>
          <w:b/>
        </w:rPr>
        <w:t xml:space="preserve">[24:17] </w:t>
      </w:r>
      <w:r>
        <w:t>to taqreeban Maulana ne seerat ko apna mozu banaya aur iski iske har pehlu ki discover karte rahe.</w:t>
      </w:r>
    </w:p>
    <w:p>
      <w:pPr>
        <w:jc w:val="right"/>
      </w:pPr>
      <w:r>
        <w:t>تو تقریباً مول انانے سیرتکو اپنا موضوعبنایا اور اسکی اسکے ہر پہلو کی ڈسکوریکرتے رہے۔</w:t>
      </w:r>
    </w:p>
    <w:p>
      <w:r>
        <w:rPr>
          <w:b/>
        </w:rPr>
        <w:t xml:space="preserve">[24:27] </w:t>
      </w:r>
      <w:r>
        <w:t>aise mein ek jagah Maulana ne uswa-e-hasna uswa-e-kamila us par bhi kuch baat ki hai.</w:t>
      </w:r>
    </w:p>
    <w:p>
      <w:pPr>
        <w:jc w:val="right"/>
      </w:pPr>
      <w:r>
        <w:t>ایسےمیںایک جگہ مول انانے اسوہحس نہ اسوہ کاملہ اسپربھیکچھبات کیہے۔</w:t>
      </w:r>
    </w:p>
    <w:p>
      <w:r>
        <w:rPr>
          <w:b/>
        </w:rPr>
        <w:t xml:space="preserve">[24:39] </w:t>
      </w:r>
      <w:r>
        <w:t>to aam taur se jaisa keh hum jante hain keh ummat-e-muslima Rasool Allah sallallahu alaihi wasallam ki nisbat se bohat hassas hai.</w:t>
      </w:r>
    </w:p>
    <w:p>
      <w:pPr>
        <w:jc w:val="right"/>
      </w:pPr>
      <w:r>
        <w:t>تو عامطور سے جیساکہہمجانتےہیں کہ امت مسلمہ رسولاللہ صلیاللہعلیہوسلمکینسبتسےبہت حس اسہیں۔</w:t>
      </w:r>
    </w:p>
    <w:p>
      <w:r>
        <w:rPr>
          <w:b/>
        </w:rPr>
        <w:t xml:space="preserve">[24:50] </w:t>
      </w:r>
      <w:r>
        <w:t>aur tamam log bhi hassas hain.</w:t>
      </w:r>
    </w:p>
    <w:p>
      <w:pPr>
        <w:jc w:val="right"/>
      </w:pPr>
      <w:r>
        <w:t>اورتمام لوگبھیحساسہیں۔</w:t>
      </w:r>
    </w:p>
    <w:p>
      <w:r>
        <w:rPr>
          <w:b/>
        </w:rPr>
        <w:t xml:space="preserve">[24:52] </w:t>
      </w:r>
      <w:r>
        <w:t>is nisbat se alfaaz ko pakad ke be wajah Maulana ke Wahiduddin Khan ke bare mein yeh samajhte hain keh kya Rasool Allah ke uswa ko Maulana uswa-e-kamila nahi mante hain.</w:t>
      </w:r>
    </w:p>
    <w:p>
      <w:pPr>
        <w:jc w:val="right"/>
      </w:pPr>
      <w:r>
        <w:t>اس نسب تسے الفاظ کو پکڑکے بلاوجہ مول انا کے وحیدالدین خان کےبارےمیں یہ سمجھتےہیں کہکیا رسول اللہ کے اس وہکو مول انا اسوہ کاملہنہیں مانتےہیں۔</w:t>
      </w:r>
    </w:p>
    <w:p>
      <w:r>
        <w:rPr>
          <w:b/>
        </w:rPr>
        <w:t xml:space="preserve">[25:14] </w:t>
      </w:r>
      <w:r>
        <w:t>to aaiye aaj hum Maulana Inayatullah Umri sahib se janne ki koshish karenge keh kya yeh sahi hai keh Maulana Rasool Allah ke uswa ko kamila nahi mante is par aap wazahat farmayein.</w:t>
      </w:r>
    </w:p>
    <w:p>
      <w:pPr>
        <w:jc w:val="right"/>
      </w:pPr>
      <w:r>
        <w:t>تو آئیےآجہم مول اناعنایتاللہ عمریصاحبسے جاننےکیکوششکریںگے کہکیا یہصحیحہےکہ مول انا رسول اللہ کے اسوہکو کاملہنہیں مانتے اسپر آپ وضاحتفرمائیں۔</w:t>
      </w:r>
    </w:p>
    <w:p>
      <w:r>
        <w:rPr>
          <w:b/>
        </w:rPr>
        <w:t xml:space="preserve">[25:31] </w:t>
      </w:r>
      <w:r>
        <w:t>ji jazakallah Iqbal Umri sahib. keh main jab se Maulana ke mission se juda hoon ibtida hi se yeh sawal log mujh se karte hain aur har jagah karte hain bar bar bhi karte hain log sawal keh kya Maulana Rasool Allah ke uswa ko kamila nahi mante hain.</w:t>
      </w:r>
    </w:p>
    <w:p>
      <w:pPr>
        <w:jc w:val="right"/>
      </w:pPr>
      <w:r>
        <w:t>جیجزاک اللہاقبال عم ریصاحب۔ کہ میں جب سے مول اناکے مشنسےجڑاہوں ابتداء ہی سے یہ سوال لوگ مجھسےکرتے ہیں اور ہرجگہکرتے ہیں بارباربھیکرتے ہیںلوگ سوال کہ کیا مول انارسولاللہ کے اس وہکو کاملہنہیں مانتےہیں۔</w:t>
      </w:r>
    </w:p>
    <w:p>
      <w:r>
        <w:rPr>
          <w:b/>
        </w:rPr>
        <w:t xml:space="preserve">[26:00] </w:t>
      </w:r>
      <w:r>
        <w:t>dekhein sab se pehle to main jab sawal hamare samne aata hai to main bhi waqti taur par pareshan hua keh yeh kiya sawal hai.</w:t>
      </w:r>
    </w:p>
    <w:p>
      <w:pPr>
        <w:jc w:val="right"/>
      </w:pPr>
      <w:r>
        <w:t>دیکھیںسبسےپہلے تو میں جب سوال ہمارےسامنےآتاہےتومیںبھی وق تیطورپرپریشانہوا کہیہکیا سوالہے۔</w:t>
      </w:r>
    </w:p>
    <w:p>
      <w:r>
        <w:rPr>
          <w:b/>
        </w:rPr>
        <w:t xml:space="preserve">[26:13] </w:t>
      </w:r>
      <w:r>
        <w:t>iske baad jo hai maine</w:t>
      </w:r>
    </w:p>
    <w:p>
      <w:pPr>
        <w:jc w:val="right"/>
      </w:pPr>
      <w:r>
        <w:t>اسکےبعد جوہےمیںنے</w:t>
      </w:r>
    </w:p>
    <w:p>
      <w:r>
        <w:rPr>
          <w:b/>
        </w:rPr>
        <w:t xml:space="preserve">[26:18] </w:t>
      </w:r>
      <w:r>
        <w:t>jo ulama hain woh jante hain keh ek arabi software hai jismein taqreeban ahadees ki tafsir ki sari kitabein ek jagah kar di gayi hain.</w:t>
      </w:r>
    </w:p>
    <w:p>
      <w:pPr>
        <w:jc w:val="right"/>
      </w:pPr>
      <w:r>
        <w:t>جو علم اءہیںوہجانتےہیںکہایک عربی سافٹویئرہے جسمیں تقریباً احادیثکی تفسیرکی ساریکتاب یں یک جاکردیگئیہیں۔</w:t>
      </w:r>
    </w:p>
    <w:p>
      <w:r>
        <w:rPr>
          <w:b/>
        </w:rPr>
        <w:t xml:space="preserve">[26:34] </w:t>
      </w:r>
      <w:r>
        <w:t>Al-Maktabah Al-Shamilah ke naam se.</w:t>
      </w:r>
    </w:p>
    <w:p>
      <w:pPr>
        <w:jc w:val="right"/>
      </w:pPr>
      <w:r>
        <w:t>المکتبہ الشاملہکےنامسے ۔</w:t>
      </w:r>
    </w:p>
    <w:p>
      <w:r>
        <w:rPr>
          <w:b/>
        </w:rPr>
        <w:t xml:space="preserve">[26:37] </w:t>
      </w:r>
      <w:r>
        <w:t>maine jo hai is par research kiya keh uswa-e-kamila dala maine lafz. to pure software mein mujhe ek jagah bhi nazar nahi aaya uswa-e-kamila ka lafz.</w:t>
      </w:r>
    </w:p>
    <w:p>
      <w:pPr>
        <w:jc w:val="right"/>
      </w:pPr>
      <w:r>
        <w:t>میںنےجوہے اس پر ریسرچکیا کہ اس وہ کاملہ ڈالامیںنےلفظ ۔تو پورے سافٹویئرمیںمجھے ایک جگہبھی نظر نہیںآیااسوہکاملہکالفظ۔</w:t>
      </w:r>
    </w:p>
    <w:p>
      <w:r>
        <w:rPr>
          <w:b/>
        </w:rPr>
        <w:t xml:space="preserve">[26:51] </w:t>
      </w:r>
      <w:r>
        <w:t>yeh mere liye shocking news thi. keh itni badi baat hai aur hamare sare tafaseer tafsir Ibn Kathir ho Jalalayn ho Qurtubi ho jitni mo'tabar tafaseer hain maine sare tafaseer khangale dekhe jitne qadeem authentic tafaseer hain kisi tafsir mein bhi uswa-e-kamila ka lafz maujood nahi hai.</w:t>
      </w:r>
    </w:p>
    <w:p>
      <w:pPr>
        <w:jc w:val="right"/>
      </w:pPr>
      <w:r>
        <w:t>یہمیرےلیے شاکنگ نیوزتھی۔ کہ اتنی بڑی بات ہے اور ہمارے سارے تف اسیر تفسیری تفسیرابن کثیرہو جلال ینہو قرطبیہو جتنی معتبرتفاسیرہیں میںنے سارےتف اسیر کھنگالےدیکھے جتنے قدیم اتھینٹکتف اسیرہیں کسی تفسیرمیںبھی اسوہکاملہکا لفظموجود نہیںہے۔</w:t>
      </w:r>
    </w:p>
    <w:p>
      <w:r>
        <w:rPr>
          <w:b/>
        </w:rPr>
        <w:t xml:space="preserve">[27:20] </w:t>
      </w:r>
      <w:r>
        <w:t>yeh bohat ajeeb tha mere liye. aur doosri baat mein phir woh hasna ka lafz yeh kya aur iski tafsir ulama ne kya ki hai isko maine dekhne ki koshish ki to taqreeban saare hi mufassireen ne is woh hasna ko woh sahih kaha hai.</w:t>
      </w:r>
    </w:p>
    <w:p>
      <w:pPr>
        <w:jc w:val="right"/>
      </w:pPr>
      <w:r>
        <w:t>یہ بہت عجیب تھامیرےلیے۔ اور دوسریباتمیں پھراس وہ حسنہ کالفظ یہکیا اور اسکی تف اسیر علم اءنےکیا کیہے اسکومیںنےدیکھنےکیکوششکی تو تقریباً سارےہی مفسریننے اس وہ حسنہکواسوہ صحیحہکہاہے۔</w:t>
      </w:r>
    </w:p>
    <w:p>
      <w:r>
        <w:rPr>
          <w:b/>
        </w:rPr>
        <w:t xml:space="preserve">[27:41] </w:t>
      </w:r>
      <w:r>
        <w:t>woh aswaatul hasna ya aswaatun sahiha taqreeban saare hi mufassireen ne.</w:t>
      </w:r>
    </w:p>
    <w:p>
      <w:pPr>
        <w:jc w:val="right"/>
      </w:pPr>
      <w:r>
        <w:t>اسوہاسوۃ الحسنہائیاسوۃ صحیحہ تقریباً سارےہیمفسریننے ۔</w:t>
      </w:r>
    </w:p>
    <w:p>
      <w:r>
        <w:rPr>
          <w:b/>
        </w:rPr>
        <w:t xml:space="preserve">[27:47] </w:t>
      </w:r>
      <w:r>
        <w:t>lekin maktaba shamilah mein mujhe albatta ek mazmoon zaroor mila is wohkamilah ko le kar .</w:t>
      </w:r>
    </w:p>
    <w:p>
      <w:pPr>
        <w:jc w:val="right"/>
      </w:pPr>
      <w:r>
        <w:t>لیکن مکتبہشامل ہپرمجھے البتہایک مضمونضرور ملااس وہکاملہ کولےکر ۔</w:t>
      </w:r>
    </w:p>
    <w:p>
      <w:r>
        <w:rPr>
          <w:b/>
        </w:rPr>
        <w:t xml:space="preserve">[27:54] </w:t>
      </w:r>
      <w:r>
        <w:t>woh mazmoon jo hai Syed Suleman</w:t>
      </w:r>
    </w:p>
    <w:p>
      <w:pPr>
        <w:jc w:val="right"/>
      </w:pPr>
      <w:r>
        <w:t>وہ مضمونجوہے سید سلیمان</w:t>
      </w:r>
    </w:p>
    <w:p>
      <w:r>
        <w:rPr>
          <w:b/>
        </w:rPr>
        <w:t xml:space="preserve">[27:57] </w:t>
      </w:r>
      <w:r>
        <w:t>Nadvi sahib ka hai jinhon ne apni jawan ki kitaab hai Khutbat-e-Madras iske andar</w:t>
      </w:r>
    </w:p>
    <w:p>
      <w:pPr>
        <w:jc w:val="right"/>
      </w:pPr>
      <w:r>
        <w:t>ندویصاحبکاہے جنہوںنے اپنی جو انکیکتاب ہے خطبات مد راس اسکےاندر</w:t>
      </w:r>
    </w:p>
    <w:p>
      <w:r>
        <w:rPr>
          <w:b/>
        </w:rPr>
        <w:t xml:space="preserve">[28:06] </w:t>
      </w:r>
      <w:r>
        <w:t>unhon ne jo Nabi Sallallahu Alaihi Wasallam ke uswah ko explain karte hue</w:t>
      </w:r>
    </w:p>
    <w:p>
      <w:pPr>
        <w:jc w:val="right"/>
      </w:pPr>
      <w:r>
        <w:t>انہوںنےجو نبیصلیاللہ علیہوسلم کےاسوہکوایکسپلینکرتےہوئے</w:t>
      </w:r>
    </w:p>
    <w:p>
      <w:r>
        <w:rPr>
          <w:b/>
        </w:rPr>
        <w:t xml:space="preserve">[28:10] </w:t>
      </w:r>
      <w:r>
        <w:t>kaha hai keh aap Sallallahu Alaihi Wasallam bahaisiyat sipahsaalar bahaisiyat commander bahaisiyat general bahaisiyat siyasat daan alag alag alag hasiyaton se jo hai Nabi Sallallahu Alaihi Wasallam ke uswah ko saabit kiya hai</w:t>
      </w:r>
    </w:p>
    <w:p>
      <w:pPr>
        <w:jc w:val="right"/>
      </w:pPr>
      <w:r>
        <w:t>کہاہےکہ آپ صلیاللہعلیہوسلم بحیثیت سپہسال ار بحیثیت کمانڈر بحیثیت جنرل بحیثیت سیاست دان الگالگالگ حیثیتوںسےجوہے نبیصلیاللہعلیہوسلمکےاسوہکوثابتکیاہے</w:t>
      </w:r>
    </w:p>
    <w:p>
      <w:r>
        <w:rPr>
          <w:b/>
        </w:rPr>
        <w:t xml:space="preserve">[28:25] </w:t>
      </w:r>
      <w:r>
        <w:t>aur uswah ko kamil bataya hai.</w:t>
      </w:r>
    </w:p>
    <w:p>
      <w:pPr>
        <w:jc w:val="right"/>
      </w:pPr>
      <w:r>
        <w:t>اور اسوہکاملہبتایاہے۔</w:t>
      </w:r>
    </w:p>
    <w:p>
      <w:r>
        <w:rPr>
          <w:b/>
        </w:rPr>
        <w:t xml:space="preserve">[28:27] </w:t>
      </w:r>
      <w:r>
        <w:t>yani iska matlab yeh hai ke jo hamara qadeem literature hai jo bani adab hai jo basis hai woh jo hai is yeh aswa kamila ke lafz is poore literature ke andar janib lafz hai.</w:t>
      </w:r>
    </w:p>
    <w:p>
      <w:pPr>
        <w:jc w:val="right"/>
      </w:pPr>
      <w:r>
        <w:t>یعنیاسکامطلبیہہےکہجوہمارا قدیم لٹریچرہےجو بنی ادہےجو بیسہے وہ جوہے اس یہ اسوہکاملہکےلفظ اس پورےلٹریچرکےاندراجنبیلفظہے۔</w:t>
      </w:r>
    </w:p>
    <w:p>
      <w:r>
        <w:rPr>
          <w:b/>
        </w:rPr>
        <w:t xml:space="preserve">[28:39] </w:t>
      </w:r>
      <w:r>
        <w:t>yeh bohat ajeeb baat thi mere liye. aur phir main molana ka mazmoon molana ko hum jaante hain ke molana ki kai kitaabein jaisa aap bata rahe the bohat choti si kitaab mutala e seerat hai molana ki.</w:t>
      </w:r>
    </w:p>
    <w:p>
      <w:pPr>
        <w:jc w:val="right"/>
      </w:pPr>
      <w:r>
        <w:t>یہبہت عجیبباتتھیمیرےلیے۔ اور پھرمیں مول اناکامضمون مول اناکاہمجانتےہیںکہ مول اناکیکئیکتاب یںجیساآپبتارہےتھے بہت چھوٹیسیکتاب مطالعہسیرتہےمولاناکی۔</w:t>
      </w:r>
    </w:p>
    <w:p>
      <w:r>
        <w:rPr>
          <w:b/>
        </w:rPr>
        <w:t xml:space="preserve">[28:53] </w:t>
      </w:r>
      <w:r>
        <w:t>bohat shandar kitaab hai molana ki agar koi padhna chahe. is choti kitaab mein molana ne nabi sallallahu alaihi wasallam ka jis andaaz se aapki seerat ko bayan kiya hai woh yaqeenan aaj ke zamane ke har khareekh ko padhna chahiye.</w:t>
      </w:r>
    </w:p>
    <w:p>
      <w:pPr>
        <w:jc w:val="right"/>
      </w:pPr>
      <w:r>
        <w:t>بہت شاندارکتاب ہےمول اناکیاگرکوئیپڑھناچاہے۔ اسچھوٹیکتاب میں مول انانے نبیصلیاللہعلیہوسلمکاجس اندازسے آپکی سیرتکو بیان کیا ہے وہ یقینا آجکے زمان ےکے ہر خاریکوپڑھناچاہیے۔</w:t>
      </w:r>
    </w:p>
    <w:p>
      <w:r>
        <w:rPr>
          <w:b/>
        </w:rPr>
        <w:t xml:space="preserve">[29:12] </w:t>
      </w:r>
      <w:r>
        <w:t>aur doosri molana ki jo kitaab hai bohat hi jis par molana ko pakistan mein award bhi diya gaya peghamabar e inqilaab</w:t>
      </w:r>
    </w:p>
    <w:p>
      <w:pPr>
        <w:jc w:val="right"/>
      </w:pPr>
      <w:r>
        <w:t>اور دوس ریمول اناکیجوکتاب ہے بہت ہی جسپر مول اناکو پاکستان میں ایوارڈبھیدیاگیا پیغمبر انقلاب</w:t>
      </w:r>
    </w:p>
    <w:p>
      <w:r>
        <w:rPr>
          <w:b/>
        </w:rPr>
        <w:t xml:space="preserve">[29:20] </w:t>
      </w:r>
      <w:r>
        <w:t>peghamabar e inqilaab mein bhi ek mazmoon hai aswa hasna ke naam se. agar aap is mazmoon ko padhenge to bohat hi zabardast andaaz se molana ne woh mazmoon likha hai.</w:t>
      </w:r>
    </w:p>
    <w:p>
      <w:pPr>
        <w:jc w:val="right"/>
      </w:pPr>
      <w:r>
        <w:t>پیغمبر انقلابمیںبھیایک مضمونہےاس وہحسنہکےنامسے ۔ اگر آپ اس مضمونکوپڑھیںگے تو بہت ہی زبردست اندازسےمول انانےوہمضمونلکھاہے۔</w:t>
      </w:r>
    </w:p>
    <w:p>
      <w:r>
        <w:rPr>
          <w:b/>
        </w:rPr>
        <w:t xml:space="preserve">[29:32] </w:t>
      </w:r>
      <w:r>
        <w:t>maine kai ulama ko woh mazmoon padh kar sunaya jinko bhi yeh ishkalaat the. aur teesra teesri jo kitaab hai molana ki mutala e seerat jo molana ka fikri mutala hai usmein is mazmoon mein bhi ek unwaan hai aswa hasna ke naam se.</w:t>
      </w:r>
    </w:p>
    <w:p>
      <w:pPr>
        <w:jc w:val="right"/>
      </w:pPr>
      <w:r>
        <w:t>میںنےکئی علم اءکووہمضمونپڑھکرکےسنایا جنکوبھی یہ اشک الاتتھے۔ اور تیسرا تیسریجوکتاب ہےمول اناکیمطالعہسیرت جو مول اناکافکری مطالعہہےاسمیں اس مضمونمیںبھی ایک عنوانہےاسوہحسنہکےنامسے ۔</w:t>
      </w:r>
    </w:p>
    <w:p>
      <w:r>
        <w:rPr>
          <w:b/>
        </w:rPr>
        <w:t xml:space="preserve">[29:50] </w:t>
      </w:r>
      <w:r>
        <w:t>iska aaghaz molana yun kehte hain ke is mazmoon ka aaghaz yun karte hain ke aswa hasna ka matlab aswa sahiha hai.</w:t>
      </w:r>
    </w:p>
    <w:p>
      <w:pPr>
        <w:jc w:val="right"/>
      </w:pPr>
      <w:r>
        <w:t>اسکا آغاز مول انایوںکہتےہیںکہ اس مضمونکاآغاز یوںکرتےہیں کہ اسوہحسنہکامطلب اسوہ صحیحہہے۔</w:t>
      </w:r>
    </w:p>
    <w:p>
      <w:r>
        <w:rPr>
          <w:b/>
        </w:rPr>
        <w:t xml:space="preserve">[29:59] </w:t>
      </w:r>
      <w:r>
        <w:t>to iska matlab sab log sun kar ke likh rahe hain magar ek shakhs hai jo sun kar ke likhne ke bajaye padh kar ke tafsir mein jo lafz istemaal hua hai us lafz ko istemaal kar ke apni baat pahunchane ki koshish kar raha hai.</w:t>
      </w:r>
    </w:p>
    <w:p>
      <w:pPr>
        <w:jc w:val="right"/>
      </w:pPr>
      <w:r>
        <w:t>تواسکامطلب سب لوگ سن کرکےلکھ رہےہیں مگر ایک شخص ہےجو سنکرکےلکھ نےکےبجائے پڑھکرکے تف اسیرمیںجولفظاستعمالہواہےاس لفظکواستعمال کرکے اپنیباتپہنچانےکیکوششکررہےہیں۔</w:t>
      </w:r>
    </w:p>
    <w:p>
      <w:r>
        <w:rPr>
          <w:b/>
        </w:rPr>
        <w:t xml:space="preserve">[30:15] </w:t>
      </w:r>
      <w:r>
        <w:t>tab mujhe andaaza hua ke yeh bilkul molana aslaf ke naqsh e qadam par hain jo salaf ne jo kiya woh molana ne kiya hai.</w:t>
      </w:r>
    </w:p>
    <w:p>
      <w:pPr>
        <w:jc w:val="right"/>
      </w:pPr>
      <w:r>
        <w:t>تب مجھے اندازہہوا کہ یہ بالکل مول انا اسلافکےنقش قدم پرہیںجو سلفنےجوکیا وہ مول انانےکیاہے۔</w:t>
      </w:r>
    </w:p>
    <w:p>
      <w:r>
        <w:rPr>
          <w:b/>
        </w:rPr>
        <w:t xml:space="preserve">[30:26] </w:t>
      </w:r>
      <w:r>
        <w:t>baqi saare log jo bhi woh kar keh rahe hain kar rahe hain woh baghair study ke kar rahe hain baghair padhe kar rahe hain. kam se kam jitne log molana ke bare mein keh rahe hain ek martaba beh</w:t>
      </w:r>
    </w:p>
    <w:p>
      <w:pPr>
        <w:jc w:val="right"/>
      </w:pPr>
      <w:r>
        <w:t>بقیہ سارےلوگ جوبھی وہ کرکہہرہےہیں کررہےہیں وہبغیر اسٹڈیکےکررہےہیں بغیر پڑھے کررہےہیں۔ کمسےکم جتنےلوگ مولاناکےبارےمیں کہہرہےہیں ایک مرت بہ</w:t>
      </w:r>
    </w:p>
    <w:p>
      <w:r>
        <w:rPr>
          <w:b/>
        </w:rPr>
        <w:t xml:space="preserve">[30:39] </w:t>
      </w:r>
      <w:r>
        <w:t>maine kai logon se kai ulama se yeh baat kahi ke ek martaba aap sawal karne se pehle agar aap tafaseer ko chhaan lete phir mujhse sawal karte to zyada behtar hota.</w:t>
      </w:r>
    </w:p>
    <w:p>
      <w:pPr>
        <w:jc w:val="right"/>
      </w:pPr>
      <w:r>
        <w:t>میںنےکئیلوگوںسےکئیعلم اءسےیہباتکہی کہ ایک مرتبہآپسوالکرنے سےپہلے اگر آپ تفاسیرکو چھانلیتے پھرمجھسےسوال کرتے توزیادہ بہترہوتا۔</w:t>
      </w:r>
    </w:p>
    <w:p>
      <w:r>
        <w:rPr>
          <w:b/>
        </w:rPr>
        <w:t xml:space="preserve">[30:51] </w:t>
      </w:r>
      <w:r>
        <w:t>molana anayatullah umri sahab ne achhe tareeqe se wazahat ki ke Allah ta'ala ne Quran mein jo aswa hasna ka lafz istemaal kiya hai uski sahih tawjeeh kya</w:t>
      </w:r>
    </w:p>
    <w:p>
      <w:pPr>
        <w:jc w:val="right"/>
      </w:pPr>
      <w:r>
        <w:t>مول اناعنایتاللہعمریصاحبنے اچھےطریقےسے وضاحتکی کہ اللہ تعالینے قرآنمیں جو اس وہ حسنہکا لفظ استعمال کیا ہے اسکی صحیح توجیحکیا</w:t>
      </w:r>
    </w:p>
    <w:p>
      <w:r>
        <w:rPr>
          <w:b/>
        </w:rPr>
        <w:t xml:space="preserve">[31:06] </w:t>
      </w:r>
      <w:r>
        <w:t>ho sakti hai uski wazahat ki hai aur woh bhi ulama ke aqwal ke roshni mein isko saabit karne ki koshish ki ke aswa hasna ka matlab aswa sahiha hai aur aswa kamila ka lafz kyun istemaal kiya gaya hai aur bhi wazahat hogi aindah</w:t>
      </w:r>
    </w:p>
    <w:p>
      <w:pPr>
        <w:jc w:val="right"/>
      </w:pPr>
      <w:r>
        <w:t>ہوسکتیہے اسکی وضاحتکی ہےاوروہ بھی علم اءکے اقوال کے روشنیمیں اس کو ثابت کرنے کیکوشش کی کہ اس وہحسنہکا مطلب اس وہ صحیحہہے اور اس وہ کاملہکا لفظ کیوں استعمال کیا گیا ہے اور بھی وضاحتیںہوںگیآئندہ</w:t>
      </w:r>
    </w:p>
    <w:p>
      <w:r>
        <w:rPr>
          <w:b/>
        </w:rPr>
        <w:t xml:space="preserve">[31:27] </w:t>
      </w:r>
      <w:r>
        <w:t>to bohat achhe tareeqe se unhone wazeh kiya hai ke aswa hasna ko kaise samajhne ki koshish karein yeh molana ne koshish ki hai na ke aswa naqisa hai batane ke liye molana ki niyat yeh nahi hai aur ulama ne jo iski tashreeh ki hai usko molana ne ujaagar kiya hai.</w:t>
      </w:r>
    </w:p>
    <w:p>
      <w:pPr>
        <w:jc w:val="right"/>
      </w:pPr>
      <w:r>
        <w:t>تو بہتاچھےطریقےسےانہوںنے واضحکیاہے کہ اس وہ حسنہ کو کیسے سمجھنےکیکوش شکریں یہ مول انانے کوششکیہے نہ کہ اس وہناقصہہےبت انےکےلیے مول انا کینیت یہنہیںہے اور علم اءنےجو اسکی تشریحکیہے اسکو مول انانے اجاگرکیا ہے۔</w:t>
      </w:r>
    </w:p>
    <w:p>
      <w:r>
        <w:rPr>
          <w:b/>
        </w:rPr>
        <w:t xml:space="preserve">[31:52] </w:t>
      </w:r>
      <w:r>
        <w:t>shukriya aapka.</w:t>
      </w:r>
    </w:p>
    <w:p>
      <w:pPr>
        <w:jc w:val="right"/>
      </w:pPr>
      <w:r>
        <w:t>شکریہآپکا ۔</w:t>
      </w:r>
    </w:p>
    <w:p>
      <w:r>
        <w:rPr>
          <w:b/>
        </w:rPr>
        <w:t xml:space="preserve">[31:55] </w:t>
      </w:r>
      <w:r>
        <w:t>ab aaiye hum Maulana Abdul Basit sahib se yeh poochte hain</w:t>
      </w:r>
    </w:p>
    <w:p>
      <w:pPr>
        <w:jc w:val="right"/>
      </w:pPr>
      <w:r>
        <w:t>ابآئیے ہم مول اناعبدالب اسط صاحبسے یہپوچھتےہیں</w:t>
      </w:r>
    </w:p>
    <w:p>
      <w:r>
        <w:rPr>
          <w:b/>
        </w:rPr>
        <w:t xml:space="preserve">[32:04] </w:t>
      </w:r>
      <w:r>
        <w:t>keh Maulana jab tafakkur tadabbur معرفت</w:t>
      </w:r>
    </w:p>
    <w:p>
      <w:pPr>
        <w:jc w:val="right"/>
      </w:pPr>
      <w:r>
        <w:t>کہ مول اناجب تف کر تد بر معرفت</w:t>
      </w:r>
    </w:p>
    <w:p>
      <w:r>
        <w:rPr>
          <w:b/>
        </w:rPr>
        <w:t xml:space="preserve">[32:10] </w:t>
      </w:r>
      <w:r>
        <w:t>kainaat mein ghore o fikr aur</w:t>
      </w:r>
    </w:p>
    <w:p>
      <w:pPr>
        <w:jc w:val="right"/>
      </w:pPr>
      <w:r>
        <w:t>کائناتمیں غوروفکر اور</w:t>
      </w:r>
    </w:p>
    <w:p>
      <w:r>
        <w:rPr>
          <w:b/>
        </w:rPr>
        <w:t xml:space="preserve">[32:15] </w:t>
      </w:r>
      <w:r>
        <w:t>is silsile mein ulama ko aur ummat mein jo intellectuals hain unko</w:t>
      </w:r>
    </w:p>
    <w:p>
      <w:pPr>
        <w:jc w:val="right"/>
      </w:pPr>
      <w:r>
        <w:t>اس سلسلےمیں علم اءکو اور امتمیںجو انٹلیکچولزہیںانکو</w:t>
      </w:r>
    </w:p>
    <w:p>
      <w:r>
        <w:rPr>
          <w:b/>
        </w:rPr>
        <w:t xml:space="preserve">[32:21] </w:t>
      </w:r>
      <w:r>
        <w:t>yeh dawat dete hain keh aap tadabbur o tadabbur o tafakkur ki kijiye aur</w:t>
      </w:r>
    </w:p>
    <w:p>
      <w:pPr>
        <w:jc w:val="right"/>
      </w:pPr>
      <w:r>
        <w:t>یہ دعوتدیتےہیں کہ آپ تد بر و تدبر وتف کر کی کیجئے اور</w:t>
      </w:r>
    </w:p>
    <w:p>
      <w:r>
        <w:rPr>
          <w:b/>
        </w:rPr>
        <w:t xml:space="preserve">[32:30] </w:t>
      </w:r>
      <w:r>
        <w:t>rational asal spirit ke saath mabsool hain</w:t>
      </w:r>
    </w:p>
    <w:p>
      <w:pPr>
        <w:jc w:val="right"/>
      </w:pPr>
      <w:r>
        <w:t>ریچول اصل سپرٹکےساتھ مطلوبہیں</w:t>
      </w:r>
    </w:p>
    <w:p>
      <w:r>
        <w:rPr>
          <w:b/>
        </w:rPr>
        <w:t xml:space="preserve">[32:35] </w:t>
      </w:r>
      <w:r>
        <w:t>rooh ke saath iska farma daakarna chahiye rooh ke baghair spirit less jo aamaal ibaadaat ada kiye jaate hain uska jo hai Allah ke paas aitbaar itna zyada nahi hota hai to insaan ko chahiye ke spirit based ibaadaat ko ikhtiyar karein</w:t>
      </w:r>
    </w:p>
    <w:p>
      <w:pPr>
        <w:jc w:val="right"/>
      </w:pPr>
      <w:r>
        <w:t>روحکےساتھ اسکا فارماداکرناچاہیے روحکے بغیر سپرٹ لیس جو اعمال عبادات اداکیےجاتےہیں اسکاجوہے اللہ کے پاس اعتبار اتنازیادہ نہیں ہوتاہے تو انسان کو چاہیےکہ اہ سپرٹ بیس عباداتکو اختیار کریں</w:t>
      </w:r>
    </w:p>
    <w:p>
      <w:r>
        <w:rPr>
          <w:b/>
        </w:rPr>
        <w:t xml:space="preserve">[33:02] </w:t>
      </w:r>
      <w:r>
        <w:t>to jab aisi molana logon ko talqeen karte hain to chand log isko galati se aesa samajhne ki koshish karte hain ke molana ne ibaadaat mein form ke bajaye sirf spirit ko ahmiyat di hai to hum abdul basit sahab se janne ki koshish karenge ke kya molana ne ibaadaat mein form ke bajaye sirf spirit ko ahmiyat di hai</w:t>
      </w:r>
    </w:p>
    <w:p>
      <w:pPr>
        <w:jc w:val="right"/>
      </w:pPr>
      <w:r>
        <w:t>توجب ایسی مول انا لوگوںکو تلقینکرتے ہیں تو چند لوگ اسکو غلطیسے ایساسمجھنےکیکوششکرتے ہیں کہ مول انانے عبادات میں فارمکےبجائے صرف سپرٹکو اہمیت دیہے توہم عبد الباسطصاحبسے جاننےکیکوششکریںگے کہکیا مول انانے عباداتمیں فارمکے بجائے صرف سپرٹکو اہمیتدیہے</w:t>
      </w:r>
    </w:p>
    <w:p>
      <w:r>
        <w:rPr>
          <w:b/>
        </w:rPr>
        <w:t xml:space="preserve">[33:31] </w:t>
      </w:r>
      <w:r>
        <w:t>?dekhiye yeh jo sawal hai bohat aham hai aur yeh sawal yeh batata hai ke molana mein aur doosre ulama mein kya farq tha yeh bohat basic sawal hai bohat zabardast sawal hai</w:t>
      </w:r>
    </w:p>
    <w:p>
      <w:pPr>
        <w:jc w:val="right"/>
      </w:pPr>
      <w:r>
        <w:t>؟دیکھیے یہجو سوالہے بہت اہمہے اور یہ سوال یہبتاتاہےکہ مول انامیں اور دوسرےعلم اءمیں کیا فرقتھا یہبہتبیسکسوال ہے بہت زبردستسوالہے</w:t>
      </w:r>
    </w:p>
    <w:p>
      <w:r>
        <w:rPr>
          <w:b/>
        </w:rPr>
        <w:t xml:space="preserve">[33:50] </w:t>
      </w:r>
      <w:r>
        <w:t>dekhiye ah hadith ki kitaab aap uthayen to sab se pehli hadith hogi innamal aamaalu binniyat</w:t>
      </w:r>
    </w:p>
    <w:p>
      <w:pPr>
        <w:jc w:val="right"/>
      </w:pPr>
      <w:r>
        <w:t>دیکھیے اہ حدیثکیکتاب آپاٹھائیں تو سبسےپہلیحدیثہوگی ان م الاعمال بال نيات</w:t>
      </w:r>
    </w:p>
    <w:p>
      <w:r>
        <w:rPr>
          <w:b/>
        </w:rPr>
        <w:t xml:space="preserve">[33:59] </w:t>
      </w:r>
      <w:r>
        <w:t>aamaal ka dar o madar niyat par hai matlab shaoor par spirit par hai</w:t>
      </w:r>
    </w:p>
    <w:p>
      <w:pPr>
        <w:jc w:val="right"/>
      </w:pPr>
      <w:r>
        <w:t>اعمالکا داروم دار نیتپرہے مطلب شعورپر سپرٹپرہے</w:t>
      </w:r>
    </w:p>
    <w:p>
      <w:r>
        <w:rPr>
          <w:b/>
        </w:rPr>
        <w:t xml:space="preserve">[34:09] </w:t>
      </w:r>
      <w:r>
        <w:t>aur isi tarah</w:t>
      </w:r>
    </w:p>
    <w:p>
      <w:pPr>
        <w:jc w:val="right"/>
      </w:pPr>
      <w:r>
        <w:t>اور اسیطرح</w:t>
      </w:r>
    </w:p>
    <w:p>
      <w:r>
        <w:rPr>
          <w:b/>
        </w:rPr>
        <w:t xml:space="preserve">[34:13] </w:t>
      </w:r>
      <w:r>
        <w:t>allah karesool ki hadith hai la salat lam yamtay khashsha</w:t>
      </w:r>
    </w:p>
    <w:p>
      <w:pPr>
        <w:jc w:val="right"/>
      </w:pPr>
      <w:r>
        <w:t>اللہ کےرسول کیحدیثہے لا صلاۃ لم یم یتخ شع</w:t>
      </w:r>
    </w:p>
    <w:p>
      <w:r>
        <w:rPr>
          <w:b/>
        </w:rPr>
        <w:t xml:space="preserve">[34:20] </w:t>
      </w:r>
      <w:r>
        <w:t>maulana ki yeh discovery hai ke quron mashhood la bil khair ke baad islam</w:t>
      </w:r>
    </w:p>
    <w:p>
      <w:pPr>
        <w:jc w:val="right"/>
      </w:pPr>
      <w:r>
        <w:t>مول انا کییہڈسکوریہے کہ قرون مشہود لہابالخیرکےبعد اسلام</w:t>
      </w:r>
    </w:p>
    <w:p>
      <w:r>
        <w:rPr>
          <w:b/>
        </w:rPr>
        <w:t xml:space="preserve">[34:32] </w:t>
      </w:r>
      <w:r>
        <w:t>spirit ke bajaye form par rakh diya gaya jo bhi kitaben murattab ki gayin woh sari ki sari form based thi yani fiqh yani fiqh fiqh based thi</w:t>
      </w:r>
    </w:p>
    <w:p>
      <w:pPr>
        <w:jc w:val="right"/>
      </w:pPr>
      <w:r>
        <w:t>سپرٹکےبجائے فارمپر رکھ دیاگیا جوبھی کتاب یں مرت بکیگئیں وہ ساریکیساری فارم بیستھی یعنی فقہ یعنی فقہ فقہبیستھی</w:t>
      </w:r>
    </w:p>
    <w:p>
      <w:r>
        <w:rPr>
          <w:b/>
        </w:rPr>
        <w:t xml:space="preserve">[34:49] </w:t>
      </w:r>
      <w:r>
        <w:t>to yeh Maulana ki discovery hai to isilye</w:t>
      </w:r>
    </w:p>
    <w:p>
      <w:pPr>
        <w:jc w:val="right"/>
      </w:pPr>
      <w:r>
        <w:t>تو یہ مول اناکیڈسکوریہےتواسیلیے</w:t>
      </w:r>
    </w:p>
    <w:p>
      <w:r>
        <w:rPr>
          <w:b/>
        </w:rPr>
        <w:t xml:space="preserve">[34:51] </w:t>
      </w:r>
      <w:r>
        <w:t>molana ne zyada koshish apni tehreeron mein</w:t>
      </w:r>
    </w:p>
    <w:p>
      <w:pPr>
        <w:jc w:val="right"/>
      </w:pPr>
      <w:r>
        <w:t>مول انانے زیادہ کوشش اپنی تحریروںمیں</w:t>
      </w:r>
    </w:p>
    <w:p>
      <w:r>
        <w:rPr>
          <w:b/>
        </w:rPr>
        <w:t xml:space="preserve">[34:56] </w:t>
      </w:r>
      <w:r>
        <w:t>apne lectures mein yeh koshish ki hai</w:t>
      </w:r>
    </w:p>
    <w:p>
      <w:pPr>
        <w:jc w:val="right"/>
      </w:pPr>
      <w:r>
        <w:t>اپنے اہ لیکچرزمیں یہکوششکیہے</w:t>
      </w:r>
    </w:p>
    <w:p>
      <w:r>
        <w:rPr>
          <w:b/>
        </w:rPr>
        <w:t xml:space="preserve">[35:00] </w:t>
      </w:r>
      <w:r>
        <w:t>ke spirit logon ke saamne wazeh ho deen ki jo asal rooh hai woh spirit hai deen ka asal form nahin hai</w:t>
      </w:r>
    </w:p>
    <w:p>
      <w:pPr>
        <w:jc w:val="right"/>
      </w:pPr>
      <w:r>
        <w:t>کہ سپرٹ لوگوںکےسامنے واضحہو دینکیجو اصل روحہے وہ سپرٹہے دینکا اصل فارمنہیںہے</w:t>
      </w:r>
    </w:p>
    <w:p>
      <w:r>
        <w:rPr>
          <w:b/>
        </w:rPr>
        <w:t xml:space="preserve">[35:10] </w:t>
      </w:r>
      <w:r>
        <w:t>deen ki asal jo hai woh spirit hai isi liye molana bohat zyada is par focus karte hain spirit par</w:t>
      </w:r>
    </w:p>
    <w:p>
      <w:pPr>
        <w:jc w:val="right"/>
      </w:pPr>
      <w:r>
        <w:t>دینکی اصلجوہےوہ سپرٹہےاسیلیے مول انا بہت زیادہ اسپر فوکسکرتے ہیں سپرٹپر</w:t>
      </w:r>
    </w:p>
    <w:p>
      <w:r>
        <w:rPr>
          <w:b/>
        </w:rPr>
        <w:t xml:space="preserve">[35:18] </w:t>
      </w:r>
      <w:r>
        <w:t>to</w:t>
      </w:r>
    </w:p>
    <w:p>
      <w:pPr>
        <w:jc w:val="right"/>
      </w:pPr>
      <w:r>
        <w:t>تو</w:t>
      </w:r>
    </w:p>
    <w:p>
      <w:r>
        <w:rPr>
          <w:b/>
        </w:rPr>
        <w:t xml:space="preserve">[35:19] </w:t>
      </w:r>
      <w:r>
        <w:t>is Maulana ke yeh zyada focus ki wajah se log yeh samajhte hain ke Maulana form ko kuch nahi samajhte masla aisa nahi hai Maulana ki discovery yeh hai ke islam ki asal rooh form nahi spirit hai yeh Maulana ki</w:t>
      </w:r>
    </w:p>
    <w:p>
      <w:pPr>
        <w:jc w:val="right"/>
      </w:pPr>
      <w:r>
        <w:t>اس مول اناکے یہ زیادہ اہفوکسکیوجہ سے لوگ یہسمجھتےہیں کہ مول انافارمکوکچھنہیںسمجھتے مسئلہایسانہیںہے مول اناکی ڈسکورییہہے کہ اسلام کی اصل روح فارمنہیں سپرٹہے یہ مول اناکی</w:t>
      </w:r>
    </w:p>
    <w:p>
      <w:r>
        <w:rPr>
          <w:b/>
        </w:rPr>
        <w:t xml:space="preserve">[35:38] </w:t>
      </w:r>
      <w:r>
        <w:t>nahin hai yeh molana ki discourse ka matlab yeh hai ke</w:t>
      </w:r>
    </w:p>
    <w:p>
      <w:pPr>
        <w:jc w:val="right"/>
      </w:pPr>
      <w:r>
        <w:t>نہیںہے یہمول اناکیڈسکوریکامطلبیہہےکہ</w:t>
      </w:r>
    </w:p>
    <w:p>
      <w:r>
        <w:rPr>
          <w:b/>
        </w:rPr>
        <w:t xml:space="preserve">[35:41] </w:t>
      </w:r>
      <w:r>
        <w:t>chunki baad ke zamanon mein dour e zawal mein musalman dour e zawal ka matlab yeh hi hai</w:t>
      </w:r>
    </w:p>
    <w:p>
      <w:pPr>
        <w:jc w:val="right"/>
      </w:pPr>
      <w:r>
        <w:t>چونکہ بعد کے زمان ےمیں دور زوالمیں مسلمان دور زوالکامطلبہییہیہے</w:t>
      </w:r>
    </w:p>
    <w:p>
      <w:r>
        <w:rPr>
          <w:b/>
        </w:rPr>
        <w:t xml:space="preserve">[35:49] </w:t>
      </w:r>
      <w:r>
        <w:t>ke spirit ke bajaye Islam form based ho jaye</w:t>
      </w:r>
    </w:p>
    <w:p>
      <w:pPr>
        <w:jc w:val="right"/>
      </w:pPr>
      <w:r>
        <w:t>کہ سپرٹکےبجائے اسلام فارمبیسڈہوجائے</w:t>
      </w:r>
    </w:p>
    <w:p>
      <w:r>
        <w:rPr>
          <w:b/>
        </w:rPr>
        <w:t xml:space="preserve">[35:53] </w:t>
      </w:r>
      <w:r>
        <w:t>dour e zawal ka matlab yeh hai ke Islam spirit ke bajaye form based ho jaye jaise Allah ke Rasool ki hadith bhi hai is maamle mein</w:t>
      </w:r>
    </w:p>
    <w:p>
      <w:pPr>
        <w:jc w:val="right"/>
      </w:pPr>
      <w:r>
        <w:t>دور زوالکامطلبیہہےکہ اسلام سپرٹکےبجائے فارمبیسڈہوجائےجیسےاللہ کےرسولکیحدیثبھیہےاسمعاملےمیں</w:t>
      </w:r>
    </w:p>
    <w:p>
      <w:r>
        <w:rPr>
          <w:b/>
        </w:rPr>
        <w:t xml:space="preserve">[36:01] </w:t>
      </w:r>
      <w:r>
        <w:t>Allah ke Rasool ne kaha ke ek zamanah aayega</w:t>
      </w:r>
    </w:p>
    <w:p>
      <w:pPr>
        <w:jc w:val="right"/>
      </w:pPr>
      <w:r>
        <w:t>اللہ کےرسولنےکہا کہ ایک زمانہائےگا</w:t>
      </w:r>
    </w:p>
    <w:p>
      <w:r>
        <w:rPr>
          <w:b/>
        </w:rPr>
        <w:t xml:space="preserve">[36:05] </w:t>
      </w:r>
      <w:r>
        <w:t>is waqt unki masjidain abad ho</w:t>
      </w:r>
    </w:p>
    <w:p>
      <w:pPr>
        <w:jc w:val="right"/>
      </w:pPr>
      <w:r>
        <w:t>اس وقت انکی مسجد یںابادہو</w:t>
      </w:r>
    </w:p>
    <w:p>
      <w:r>
        <w:rPr>
          <w:b/>
        </w:rPr>
        <w:t xml:space="preserve">[36:08] </w:t>
      </w:r>
      <w:r>
        <w:t>gi unki yani masjid hum aam rahe wah kharibun al huda masjidon ki taameer ka silsila to jari rahega masjid to banti jayengi lekin masjid ke andar jo log aayenge unke andar hidayat ke masle mein kharabi hogi woh hidayat se khali honge woh matlab yeh hai ke iske unke andar spirit nahi hogi isi tarah ek aur hadith hai ke masjidon mein log buland awaz se baat karenge</w:t>
      </w:r>
    </w:p>
    <w:p>
      <w:pPr>
        <w:jc w:val="right"/>
      </w:pPr>
      <w:r>
        <w:t>گی انکی یعنی مس اجد ہمعام رہ وحیخراب من الہدی مسجدوںکی تعمیراتکاسلسلہتوجاریرہےگا مسجدیںتوبنتیجائیںگیلیکن مسجدکےاندرجولوگ ائیںگے انکےاندر ہدایتکے مسئلےمیںخرابیہوگی وہہدایتسےخالیہوںگے وہ مطلب یہہےکہاسکے انکےاندرسپرٹنہیںہوگی اسیطرح ایکاورحدیثہے کہ مسجدوںمیں لوگ بلنداوازسےباتکریںگے</w:t>
      </w:r>
    </w:p>
    <w:p>
      <w:r>
        <w:rPr>
          <w:b/>
        </w:rPr>
        <w:t xml:space="preserve">[36:38] </w:t>
      </w:r>
      <w:r>
        <w:t>yeh isi ki tashreeh hai yani kharibun al huda ka matlab yeh hai ke woh spirit less ho jayenge to unko kuch bhi shaoor nahi hoga woh masjid mein awazon se baat karenge jahan aadmi ko focus karke allah ko yaad karna hai wahan jo hai woh insaan samjhega ke bas char rakat mujhe namaz padhna hai iske baad masjid mein log shuru ho jayenge idhar udhar ki baatein karne zor zor se awazen karne</w:t>
      </w:r>
    </w:p>
    <w:p>
      <w:pPr>
        <w:jc w:val="right"/>
      </w:pPr>
      <w:r>
        <w:t>یہ اسیکیتشریحہے یعنیخراب منالہدیکامطلبیہہے کہ وہ سپرٹلیسہوجائیںگے تو انکوکچھبھی شعوربھینہیںہوگاوہمسجدمیں اوازوںسےباتکریںگے جہاں ادمیکو فوکسکرکےاللہ کویادکرناہے وہاںجوہے وہ انسان سمجھےگاکہبس چاررکعتمجھےنمازپڑھناہے اسکےبعد مسجد ہیمیں لوگ شروع ہوجائیںگے ادھرادھرکیباتیںکرنے زورزورسےاوازیںکرنے</w:t>
      </w:r>
    </w:p>
    <w:p>
      <w:r>
        <w:rPr>
          <w:b/>
        </w:rPr>
        <w:t xml:space="preserve">[37:07] </w:t>
      </w:r>
      <w:r>
        <w:t>yeh yeh zahir hai yani is baat ko batata hai ke musalman spirit ke bajaye form based islam par thehre hue hain to Maulana ki yeh discovery ke musalman aaj is daur mein hain musalman aaj daur e zawal mein hain woh form based islam par thehre hue hain jise spirit based islam par woh log nahi the</w:t>
      </w:r>
    </w:p>
    <w:p>
      <w:pPr>
        <w:jc w:val="right"/>
      </w:pPr>
      <w:r>
        <w:t>یہ یہ ظاہرہ یعنی اسباتکوبتاتاہےکہ مسلمان سپرٹکےبجائے فارمبیسڈاسلام پرٹھہرےہوئےہیں تو مول اناکییہڈسکوری کہ مسلمان اج اسیدورمیںہیں مسلمان اج دور زوالمیںہیں وہ فارمبیسڈاسلام پرٹھہرےہوئےہیں جیسپرٹبیسڈاسلام پر وہلوگنہیں ٹھ</w:t>
      </w:r>
    </w:p>
    <w:p>
      <w:r>
        <w:rPr>
          <w:b/>
        </w:rPr>
        <w:t xml:space="preserve">[37:32] </w:t>
      </w:r>
      <w:r>
        <w:t>her rahe hain iske liye unko dobara sahi islam par lane ke liye yeh nahi hoga ke Maulana isi form par focus karein jis tarah doosre ulama kiye hain wohi kitaben likhein yani fiqh based kitaben likhein ismein yahi wazeh karein ke aadmi ko rafa yadain karna hai nahi karna hai aadmi ko zor se ameen kehna hai ya zor se ameen nahi kehna hai ya usko namaz roze ke ahkam sikhayein</w:t>
      </w:r>
    </w:p>
    <w:p>
      <w:pPr>
        <w:jc w:val="right"/>
      </w:pPr>
      <w:r>
        <w:t>ہرےہیں اسکےلیے انکو دوبارہ صحیحاسلام پہ لانےکےلیے یہنہیںہوگاکہ مول انااسیفارمپرفوکسکریںجسطرح دوسرےعلماءکیےہیں وہیکتاب یںلکھیں یعنیفقہیبیسڈکتاب یںلکھ یںاسمیں یہیواضحکریں کہ ادمیکو رفعالیدینکرناہے نہیںکرناہے ادمیکو زورسےامینکہناہے یا زورسےامیننہیںکہناہے یا اسکو نماز روزےکےاحکاماتسکھائیں</w:t>
      </w:r>
    </w:p>
    <w:p>
      <w:r>
        <w:rPr>
          <w:b/>
        </w:rPr>
        <w:t xml:space="preserve">[38:01] </w:t>
      </w:r>
      <w:r>
        <w:t>namaz yani musalman aaj form ko poori tarah ada kar rahe hain lekin unka islam allah ke nazdeek mu'tabar nahi ho raha allah ke nazdeek unka amal qabool nahi ho raha unki duaen qabool nahi ho rahi iski wajah yeh hai ke musalman spirit less ahkam ada kar rahe hain spirit less aamal kar rahe hain</w:t>
      </w:r>
    </w:p>
    <w:p>
      <w:pPr>
        <w:jc w:val="right"/>
      </w:pPr>
      <w:r>
        <w:t>نماز یعنی مس لمان اج فارمکو پوریطرح اداکررہےہیںلیکن انکا اسلام اللہ کےنزدیک معتبرنہیںہورہا اللہ کےنزدیک انکا عمل قبولنہیںہورہا انکیدعائیںقبولنہیںہورہی اسکیوجہ یہہے کہ مس لمان سپرٹ لیس احکام اداکررہےہیںسپرٹلیساعمالکررہےہیں</w:t>
      </w:r>
    </w:p>
    <w:p>
      <w:r>
        <w:rPr>
          <w:b/>
        </w:rPr>
        <w:t xml:space="preserve">[38:26] </w:t>
      </w:r>
      <w:r>
        <w:t>to isi wajah se Maulana ka poora focus jo hai woh spirit par hai yahi isi spirit se musalman dobara zinda ho sakta hai iske andar islam dobara zinda ho sakta hai isi spirit ke zinda hone se iske aamal allah ke nazdeek mu'tabar honge jaise allah ke rasool ki hadith hai la salat lam yamtay khashu yeh batara hai ke namaz padhna badi baat nahi hai namaz ke andar khushu hona yani spirit hona</w:t>
      </w:r>
    </w:p>
    <w:p>
      <w:pPr>
        <w:jc w:val="right"/>
      </w:pPr>
      <w:r>
        <w:t>تو اسیوجہ سے مسلم مول اناکاپورافوکسجوہے وہ سپرٹپرہے یہی اسی سپرٹسے مس لمان دوبارہ زندہہوسکتاہے اسکےاندر اسلام دوبارہ زندہہوسکتاہے اسی سپرٹکےزندہہونےسے اسکے اعمال اللہ کےنزدیک معتبرہوںگے جیسےاللہ کےرسولکیحدیثہے لا صلاۃلم یمیتخشع یہ بتارہاہےکہ نمازپڑھنا بڑیباتنہیںہے نمازکےاندر خشوعہونایعنی سپرٹہونا</w:t>
      </w:r>
    </w:p>
    <w:p>
      <w:r>
        <w:rPr>
          <w:b/>
        </w:rPr>
        <w:t xml:space="preserve">[38:55] </w:t>
      </w:r>
      <w:r>
        <w:t>namaz ke andar asal cheez spirit hai isi tarah surah takathur mein ek ayat hai ke allazeena hum an salatihim sahoon fawaylun lil musalleen yani namaziyon ke liye barbadi hai namaz padhne walon ke liye kya barbadi hai sahib namaz to hum padh rahe hain isi liye taake allah taala humko apni nematein de to yeh quran ki ayat hai saaf hai</w:t>
      </w:r>
    </w:p>
    <w:p>
      <w:pPr>
        <w:jc w:val="right"/>
      </w:pPr>
      <w:r>
        <w:t>نمازکےاندراصلچیز سپرٹہےاسیطرح اہ اہ سورہ اہ تکاثرمیںایکایتہے کہ الذ ینہم عن صلات ہم ساہون فویل للمصل ین یعنی نمازیوںکےلیےبربادیہے نمازپڑھنےوالوںکےلیےکیابربادیہےصاحب نمازتوہمپڑھرہےہیںاسیلیے تاکہاللہ تعالیہمکو اپنی نعمتیںدے تو یہ قرانکیایتہےصافہے</w:t>
      </w:r>
    </w:p>
    <w:p>
      <w:r>
        <w:rPr>
          <w:b/>
        </w:rPr>
        <w:t xml:space="preserve">[39:23] </w:t>
      </w:r>
      <w:r>
        <w:t>fawaylun lil musalleen namaz padhne walon ke liye halakat hai to iska matlab yeh hai doosri ayat mein iske baad wali ayat mein allah ne wazeh kar diya allazeena hum an salatihim sahoon yani namaz to aap padh rahe hain aap jism ke lihaz se hazir hain spirit ke lihaz se aap sahi taur par har cheez kar rahe hain aap apne masle ke hisab se jo karna hai woh sab theek thaak kar rahe hain</w:t>
      </w:r>
    </w:p>
    <w:p>
      <w:pPr>
        <w:jc w:val="right"/>
      </w:pPr>
      <w:r>
        <w:t>فویل للمصل ین نمازپڑھنےوالوںکےلیے اہ ہلاکتہے تواسکامطلب یہہے دوسریایتمیں اسکےبعد والیایتمیںاللہ نےواضحکردیا الذ ین ہم عن صلات ہم ساہون یعنینمازتواپپڑھرہےہیں اپ جسمکےلحاظسےحاضرہیں سپرٹکےلحاظسےاپ صحیح طورپر ہرچیزکررہےہیں اپ اپنے مسئلےکےحسابسےجوکرناہےوہ سبٹھیکٹھاککررہےہیں</w:t>
      </w:r>
    </w:p>
    <w:p>
      <w:r>
        <w:rPr>
          <w:b/>
        </w:rPr>
        <w:t xml:space="preserve">[39:51] </w:t>
      </w:r>
      <w:r>
        <w:t>lekin aapka dimagh chal raha hai aapki dukaan mein aapka dimagh namaz se bahar hai to yeh hai spirit spirit less namaz to isi liye rasool allah keh rahe hain la salat lam yamtay khashu woh to namaz hi nahi hai isi liye allah taala keh raha hai iske liye barbadi hai</w:t>
      </w:r>
    </w:p>
    <w:p>
      <w:pPr>
        <w:jc w:val="right"/>
      </w:pPr>
      <w:r>
        <w:t>لیکن اپکا دماغچلرہاہے اپکیدکانمیں اپکادماغ نمازسےباہرہے تو یہہے سپرٹ سپرٹلیسنماز تواسیلیےرسولاللہکہہرہےہیںلا صلاۃلم یمیتخشع وہتونمازہینہیںہے اسیلیے اللہ تعالیکہہرہاہےاسکےلیےبربادیہے</w:t>
      </w:r>
    </w:p>
    <w:p>
      <w:r>
        <w:rPr>
          <w:b/>
        </w:rPr>
        <w:t xml:space="preserve">[40:09] </w:t>
      </w:r>
      <w:r>
        <w:t>to aap dekhiye is ayat ki roshni mein aap Maulana ke kaam ko dekhiye to aapko lagega ke Maulana bohat zabardast kaam kar rahe hain yani jo ummat se cheez utha li gayi hai jo ummat se cheez khatam ho gayi hai usko zinda karna chahte hain to form ko lekar aapka aitraz karna goya apne Maulana ke kaam ko samjha hi nahi Maulana ki baat ko aapne pakda hi nahi to yeh bohat badi baat hai main</w:t>
      </w:r>
    </w:p>
    <w:p>
      <w:pPr>
        <w:jc w:val="right"/>
      </w:pPr>
      <w:r>
        <w:t>تو اپ دیکھیےاسایتکیروشنیمیںاپ مول اناکے کامکودیکھیے تواپکولگےگاکہ مول انا بہت زبرد ستکامکررہےہیں یعنیجو امتسےچیز اٹھالیگئیہےجوامتسےچیزختمہوگئیہے اسکو زندہکرناچاہتےہیں تو فارمکولےکراپکا اعتراضکرناگویااپنےمول اناکےکامکوسمجھاہینہیں مول اناکیباتکواپنےپکڑاہینہیں تو یہبہت بڑیباتہے میں</w:t>
      </w:r>
    </w:p>
    <w:p>
      <w:r>
        <w:rPr>
          <w:b/>
        </w:rPr>
        <w:t xml:space="preserve">[40:36] </w:t>
      </w:r>
      <w:r>
        <w:t>meri apni baat batata hoon ke main Maulana se judne ka maqsad hi yeh hai ke mujhe mere andar islam zinda ho main daryaft wale islam par thehroon na ke rasmi islam par</w:t>
      </w:r>
    </w:p>
    <w:p>
      <w:pPr>
        <w:jc w:val="right"/>
      </w:pPr>
      <w:r>
        <w:t>میریاپنی باتبتاتاہوں کہ میں مول اناسے جڑنےکامقصدہییہیہے کہمجھے میرےاندر اسلام زند ہہومیں دریا فت والے اسلام پرٹھہروں نہکہ رسمی اسلام پر</w:t>
      </w:r>
    </w:p>
    <w:p>
      <w:r>
        <w:rPr>
          <w:b/>
        </w:rPr>
        <w:t xml:space="preserve">[40:53] </w:t>
      </w:r>
      <w:r>
        <w:t>shukriya Maulana Abdul Basit sahib aap</w:t>
      </w:r>
    </w:p>
    <w:p>
      <w:pPr>
        <w:jc w:val="right"/>
      </w:pPr>
      <w:r>
        <w:t>شکریہ مول اناعبد الباسطصاحب اپ</w:t>
      </w:r>
    </w:p>
    <w:p>
      <w:r>
        <w:rPr>
          <w:b/>
        </w:rPr>
        <w:t xml:space="preserve">[40:56] </w:t>
      </w:r>
      <w:r>
        <w:t>ne bohat hi achhe andaaz se yeh bataya ke Maulana form ke inkar par nahi balki form ko achhe tareeqe se ada karne ki aur mutalqa tareeqe se ada karne ki Maulana ne logon ko talqeen ki hai waise jahan tak form ki baat hai hum das saal se Maulana ke saath majlis mein kiye hain</w:t>
      </w:r>
    </w:p>
    <w:p>
      <w:pPr>
        <w:jc w:val="right"/>
      </w:pPr>
      <w:r>
        <w:t>نے بہت ہیاچھے انداز سے یہ بت ایا کہ مول انا فارمکے انکار پر نہیں بلکہ فارمکو اچھے طریقےسے اداکرنے کی اور مطلوبطریقےسےاداکرنے کی مول انانے لوگوںکو تلقینکی ہے ویسےجہاںتک فارمکیبات ہے ہم دسسالسے مول اناکےساتھ مجلس یں کیےہیں</w:t>
      </w:r>
    </w:p>
    <w:p>
      <w:r>
        <w:rPr>
          <w:b/>
        </w:rPr>
        <w:t xml:space="preserve">[41:21] </w:t>
      </w:r>
      <w:r>
        <w:t>kitna zyada molana farz ke baare mein hassas rehte the hum jaante hain</w:t>
      </w:r>
    </w:p>
    <w:p>
      <w:pPr>
        <w:jc w:val="right"/>
      </w:pPr>
      <w:r>
        <w:t>کتنا زیادہ مول انا فرائضکےبارےمیں حس اس رہتےتھےہمجانتےہیں</w:t>
      </w:r>
    </w:p>
    <w:p>
      <w:r>
        <w:rPr>
          <w:b/>
        </w:rPr>
        <w:t xml:space="preserve">[41:27] </w:t>
      </w:r>
      <w:r>
        <w:t>saari namazein parhne ki jamaat ke saath parhne ki koshish karte the aur isi tarah zohar ki namaz ke baad agar kisi ne namaz nahin parhi zohar ki to bohat</w:t>
      </w:r>
    </w:p>
    <w:p>
      <w:pPr>
        <w:jc w:val="right"/>
      </w:pPr>
      <w:r>
        <w:t>ساری نمازیں پڑھنےکی جماعتکےساتھ پڑھنےکی کوششکرتے تھے اور اسیطرح سنڈےٹاککےبعد اگر کسی نے نمازنہیں پڑھی ظہرکی تو بہت</w:t>
      </w:r>
    </w:p>
    <w:p>
      <w:r>
        <w:rPr>
          <w:b/>
        </w:rPr>
        <w:t xml:space="preserve">[41:38] </w:t>
      </w:r>
      <w:r>
        <w:t>zyada ghussa ho jaate the aur isi tarah jab bhi molana</w:t>
      </w:r>
    </w:p>
    <w:p>
      <w:pPr>
        <w:jc w:val="right"/>
      </w:pPr>
      <w:r>
        <w:t>زیادہ غصہہوجاتےتھے اور اسیطرح جب بھی مول انا</w:t>
      </w:r>
    </w:p>
    <w:p>
      <w:r>
        <w:rPr>
          <w:b/>
        </w:rPr>
        <w:t xml:space="preserve">[41:46] </w:t>
      </w:r>
      <w:r>
        <w:t>ghusal farmaya karte the to baqaida salat ul hajat ya salat ud duha isi tarah raaton mein uthkar namaz parhna yeh</w:t>
      </w:r>
    </w:p>
    <w:p>
      <w:pPr>
        <w:jc w:val="right"/>
      </w:pPr>
      <w:r>
        <w:t>اہغسل فرمایا کرتے تھے تو باقاعدہصلاۃ الحاجہ یا صلاۃ الضحی اسیطرح راتوںمیں اٹھکرنمازپڑھنا یہ</w:t>
      </w:r>
    </w:p>
    <w:p>
      <w:r>
        <w:rPr>
          <w:b/>
        </w:rPr>
        <w:t xml:space="preserve">[41:56] </w:t>
      </w:r>
      <w:r>
        <w:t>mamool tha molana ka to molana jo hain na apni zindagi se saath wazeh karte rahe ke main form ko inkaar karne wala</w:t>
      </w:r>
    </w:p>
    <w:p>
      <w:pPr>
        <w:jc w:val="right"/>
      </w:pPr>
      <w:r>
        <w:t>معمول تھا مول اناکا تو مول اناجوہےنااپنی زندگی سے ساتھ واضحکرتے رہے کہمیں فارمکو کا انکار کرنے والا</w:t>
      </w:r>
    </w:p>
    <w:p>
      <w:r>
        <w:rPr>
          <w:b/>
        </w:rPr>
        <w:t xml:space="preserve">[42:08] </w:t>
      </w:r>
      <w:r>
        <w:t>insan nahin hoon balkeh spirit less jo form ada kar rahe hain aap is mein spirit paida kijiye har amal mein spirit paida kijiye kyunkeh yeh woh cheez hai</w:t>
      </w:r>
    </w:p>
    <w:p>
      <w:pPr>
        <w:jc w:val="right"/>
      </w:pPr>
      <w:r>
        <w:t>انساننہیںہوں بلکہ سپرٹ لیسجو فارم اداکررہےہیںاپ اسمیں سپرٹپیدا کیجئے ہر عملمیں سپرٹپیدا کیجئے کیونکہیہیوہچیزہے</w:t>
      </w:r>
    </w:p>
    <w:p>
      <w:r>
        <w:rPr>
          <w:b/>
        </w:rPr>
        <w:t xml:space="preserve">[42:19] </w:t>
      </w:r>
      <w:r>
        <w:t>jo pehle ummat se uthai jane wali hai to iske revive karkay isko revive karna hai</w:t>
      </w:r>
    </w:p>
    <w:p>
      <w:pPr>
        <w:jc w:val="right"/>
      </w:pPr>
      <w:r>
        <w:t>جو پہلے امتسےاٹھائیجانےوالی ہے تو اسکے ریوائیوکراسکاریوائیوکرناہے</w:t>
      </w:r>
    </w:p>
    <w:p>
      <w:r>
        <w:rPr>
          <w:b/>
        </w:rPr>
        <w:t xml:space="preserve">[42:25] </w:t>
      </w:r>
      <w:r>
        <w:t>aur iska ehya karna hai</w:t>
      </w:r>
    </w:p>
    <w:p>
      <w:pPr>
        <w:jc w:val="right"/>
      </w:pPr>
      <w:r>
        <w:t>اور اسکا احیاءکرناہے</w:t>
      </w:r>
    </w:p>
    <w:p>
      <w:r>
        <w:rPr>
          <w:b/>
        </w:rPr>
        <w:t xml:space="preserve">[42:27] </w:t>
      </w:r>
      <w:r>
        <w:t>iske liye Maulana ne tarjihi taur se woh baatein ummat ko batate rahe bohat shukriya aapka ab aate hain Maulana Fayyazuddin sahib ke paas Maulana jab siyasi taabeer ke muqable mein dawati taabeer isi tarah violence taabeer ke muqable mein pur aman taabeer jab</w:t>
      </w:r>
    </w:p>
    <w:p>
      <w:pPr>
        <w:jc w:val="right"/>
      </w:pPr>
      <w:r>
        <w:t>اسکےلیے مول انانے ترجیحیطور سے وہ باتیں امتکوبتاتےرہے بہت شکریہاپکا اب اتےہیں مول انا فیاض الدین صاحبکےپاس مول انا جب سیاسی تعبیرکے مقابلےمیں دعوتی تعبیر اسیطرح وائلنس تعبیرکے مق ابلےمیں پر امنتعبیر جب</w:t>
      </w:r>
    </w:p>
    <w:p>
      <w:r>
        <w:rPr>
          <w:b/>
        </w:rPr>
        <w:t xml:space="preserve">[42:55] </w:t>
      </w:r>
      <w:r>
        <w:t>is qism se ummat ko rehnumai karte hain ke mutalqa kaam kya hona chahiye aur ek ummat e muslema ko qadam ki soorat ho ya mission ki soorat ho kya karna chahiye quran o hadith ki rooh se jab yeh wazahat karte hain to chand log isko kuch aur angle se samajhna chahte hain</w:t>
      </w:r>
    </w:p>
    <w:p>
      <w:pPr>
        <w:jc w:val="right"/>
      </w:pPr>
      <w:r>
        <w:t>اس قسم سے امتکیرہنمائیکرتے ہیں کہ مطلوبہ کام کیا ہوناچاہیے اور ایک امت مسلمہکو اقدامکی صورت ہو یا مشنکیصورت ہوکیا کرناچاہیے قرانوحدیث کیروحسے جب یہوضاحتکرتے ہیں تو چند لوگ اسکو کچھ اور اینگلسےسمجھناچاہتےہیں</w:t>
      </w:r>
    </w:p>
    <w:p>
      <w:r>
        <w:rPr>
          <w:b/>
        </w:rPr>
        <w:t xml:space="preserve">[43:19] </w:t>
      </w:r>
      <w:r>
        <w:t>to Maulana ke bare mein yeh sawal karte hain ke Maulana ne deen ki jo dawati aur pur aman taabeer ki hai kya woh mabtadiyana taabeer hai is iske bare mein aap wazahat farmayein main samajhta hoon yeh bohat hi interesting question hai kyun hai main aapko batana chahunga</w:t>
      </w:r>
    </w:p>
    <w:p>
      <w:pPr>
        <w:jc w:val="right"/>
      </w:pPr>
      <w:r>
        <w:t>تو مول اناکےبارےمیں یہسوال کرتے ہیں کہ مول انانے دین کی جو دعوتی اور پر امنتعبیرکیہے کیا وہ م بتدیانہتعبیرہے اس اسکےبارےمیں اپ وضاحتفرمائیں میںسمجھتاہوںیہبہتہی انٹرسٹنگکوسچنہے کیوںہےمیں اپکو بت اناچاہوںگا</w:t>
      </w:r>
    </w:p>
    <w:p>
      <w:r>
        <w:rPr>
          <w:b/>
        </w:rPr>
        <w:t xml:space="preserve">[43:43] </w:t>
      </w:r>
      <w:r>
        <w:t>main jis family aur gharane se talluq rakhta hoon woh Hazrat Shah Ismail Shaheed ki jo Hindustan mein jo movement hai rad e shirk o bidat rad e shirk o bidat ki jo movement hai is movement se mera gharana jo hai talluq rakhta hai unki tashreeh deen ko manta hai aur bidat aur shirk ka jo hai ek dam strongly rejection karta hai j</w:t>
      </w:r>
    </w:p>
    <w:p>
      <w:pPr>
        <w:jc w:val="right"/>
      </w:pPr>
      <w:r>
        <w:t>میں جس فیملیاور گھرانےسے تعلق رکھتاہوں وہ حضرت شاہ اسماعیل شہیدکیجو ہندو ستانمیںجوموومنٹہے رد شرکوبد عت رد شرکوبدعتکیجوموومنٹہے اس موومنٹسےمیرا گھرانہجوہے تعلق رکھتاہے انکیتشریح دینکومانتاہےاور بد عتاور شرککاجوہے ایکدمبالکل سٹرونگلیریجیکشنکرتاہےج</w:t>
      </w:r>
    </w:p>
    <w:p>
      <w:r>
        <w:rPr>
          <w:b/>
        </w:rPr>
        <w:t xml:space="preserve">[44:11] </w:t>
      </w:r>
      <w:r>
        <w:t>yesay kah sab ko pata hai kah shah ismail shaheed jo hain syed ahmed shaheed ke followers mein se thay aur unhon ne jo hai radd-e-shirk o bidat mein bohat bada role play kiya hai to bachpan se hi mein yeh baat achi tarah se janta hoon kah jo hai shirk aur bidat kya hoti hai maine is silsile mein suna hai to apne jaisa kah abhi sawal kiya kia molana ki ta'beer deen koee mubtadi'ana yani heretical explanation of Islam</w:t>
      </w:r>
    </w:p>
    <w:p>
      <w:pPr>
        <w:jc w:val="right"/>
      </w:pPr>
      <w:r>
        <w:t>یسےکہسبکوپتہہے کہ شاہ اسماعیلشہیدجوہیں سید احمد شہید کے فالوورزمیںسےتھےاورانہوںنےجوہے رد شرکوبدعتمیںبہت بڑارولپلےکیاہے تو بچپنہیسےمیں یہبات اچھیطرحسے جانتاہوںکہجوہےشرکاوربدعتکیاہوتیہے میںنےاسسلسلےمیںسناہے تو اپنےجیساکہابھیسوالکیا کیا مول اناکی تعبیر دینکوئی مبتدی انہ یعنی ہیریٹیکل ایکسپلینیشنافاسلام</w:t>
      </w:r>
    </w:p>
    <w:p>
      <w:r>
        <w:rPr>
          <w:b/>
        </w:rPr>
        <w:t xml:space="preserve">[44:37] </w:t>
      </w:r>
      <w:r>
        <w:t>hai heretical explanation hai woh Islam ka interpretation hai kia woh mubtadi'ana soch par kharay huay hain to mujhe sochne par yeh baat majboor kar rahi hai kah bachpan se hum ne bidat aur ibtida ke baray mein suna hai lekin jo hai maine jo hai jitna study ki to mujhe laga kah logon ko is silsile mein confusion hai bidat ke silsile mein ya mubtadi'ana amal ke mamle mein</w:t>
      </w:r>
    </w:p>
    <w:p>
      <w:pPr>
        <w:jc w:val="right"/>
      </w:pPr>
      <w:r>
        <w:t>ہے ہیریٹیکل ایکسپلینیشنہےوہاسلام کا انٹرپریٹیشنہے کیاوہ مبتدیانہ سوچپرکھڑےہوئےہیں تو مجھے سوچنےپریہباتمجبورکررہیہےکہبچپنسےہمنے بد عت اور ابتداءکےبارےمیںسناہے لیکن جوہےمیںنے جوہے جوجتنیاسٹڈیکی تومجھےلگاکہلوگوںکو اس سلسلےمیںکنفیوژنہے بد عتکےسلسلےمیںیا مبتدیانہ امرکےمعاملےمیں</w:t>
      </w:r>
    </w:p>
    <w:p>
      <w:r>
        <w:rPr>
          <w:b/>
        </w:rPr>
        <w:t xml:space="preserve">[45:05] </w:t>
      </w:r>
      <w:r>
        <w:t>to is silsile mein jo mashhoor hadith hum sunte hain 'man ahdatha fi amrina hadha ma laysa minhu fa huwa radd' to fi amrina hadha yahan jo hai bohat hi crucial text hai yeh text ka jo hai crucial point hai kah 'fi amrina' se kia murad hai al-amr woh kia hai a jismein aap jo hai kuch innovation karein ge to woh hai a Islam usko reject karta hai is baat ko samajhne ki</w:t>
      </w:r>
    </w:p>
    <w:p>
      <w:pPr>
        <w:jc w:val="right"/>
      </w:pPr>
      <w:r>
        <w:t>تو اسسلسلےمیںجومشہورحدیث ہمسنتےہیں من احدث فی امرنا ھذا مالیسمنہ فھورد تو فی امرناھ ذا یہاںجوہےبہت ہی کروشل ٹ یکسٹہےیہ ٹیکسٹکاجوہےکروشلپوائنٹہے کہ فیامرناسےکیا مرادہے الامروہکیاہے اہ جسمیں اپ جوہے کچھ ان ویشنکریںگےتوجوہے اہ اسلام اسکوریجیکٹکرتاہےاسباتکوسمجھنےکی</w:t>
      </w:r>
    </w:p>
    <w:p>
      <w:r>
        <w:rPr>
          <w:b/>
        </w:rPr>
        <w:t xml:space="preserve">[45:32] </w:t>
      </w:r>
      <w:r>
        <w:t>zarurat hai to main is silsile mein bidat kya hai woh samjhane ki main koshish karunga</w:t>
      </w:r>
    </w:p>
    <w:p>
      <w:pPr>
        <w:jc w:val="right"/>
      </w:pPr>
      <w:r>
        <w:t>ضرورتہےتومیں اہاس انسرمیں اہ بد عتکیاہےوہسمجھانےکیمیںکوششکروںگا</w:t>
      </w:r>
    </w:p>
    <w:p>
      <w:r>
        <w:rPr>
          <w:b/>
        </w:rPr>
        <w:t xml:space="preserve">[45:38] </w:t>
      </w:r>
      <w:r>
        <w:t>ke bidat kis ko kehte hain kyunkeh is silsile mein log jo hain confusion ka shikar hain aur bohat kitabein likhi hain logon ne lekin</w:t>
      </w:r>
    </w:p>
    <w:p>
      <w:pPr>
        <w:jc w:val="right"/>
      </w:pPr>
      <w:r>
        <w:t>کہبدعتکسکوکہتےہیںکیونکہاسسلسلےمیں اہ لوگ جوہے کنفیوژنکاشکارہیںاوربہت کتاب یںلکھیہیںلوگوںنےلیکن</w:t>
      </w:r>
    </w:p>
    <w:p>
      <w:r>
        <w:rPr>
          <w:b/>
        </w:rPr>
        <w:t xml:space="preserve">[45:45] </w:t>
      </w:r>
      <w:r>
        <w:t>kisi ne specifically bidat batane ki koshish nahin ki ke kaun si cheez ko bidat ya ibtida kaha jayega heresi jisko kehte hain angrezi mein bidat ko kahenge angrezi mein</w:t>
      </w:r>
    </w:p>
    <w:p>
      <w:pPr>
        <w:jc w:val="right"/>
      </w:pPr>
      <w:r>
        <w:t>اہکسی نے سپیسیفکیہبت انےکیکوششنہیں کی کہ کونسیچیزکوبد عت یا ابتداءکہاجائےگا ہیئرسیجسکوکہتےہیںانگریزیمیںبدعتکوکہیںگےانگریزیمیں</w:t>
      </w:r>
    </w:p>
    <w:p>
      <w:r>
        <w:rPr>
          <w:b/>
        </w:rPr>
        <w:t xml:space="preserve">[45:54] </w:t>
      </w:r>
      <w:r>
        <w:t>heresy innovation bhi log tarjuma karte hain aur kaun si cheez jo hai Islam mein ekdum mehmood aur desirable hai yani</w:t>
      </w:r>
    </w:p>
    <w:p>
      <w:pPr>
        <w:jc w:val="right"/>
      </w:pPr>
      <w:r>
        <w:t>ہیئرسی اہان ویشن بھیلوگترجمہکرتے ہیں اور کونسیچیز جوہے اسلام میںایکدم محموداور ڈیزائریبلہے یعنی</w:t>
      </w:r>
    </w:p>
    <w:p>
      <w:r>
        <w:rPr>
          <w:b/>
        </w:rPr>
        <w:t xml:space="preserve">[46:02] </w:t>
      </w:r>
      <w:r>
        <w:t>mehmood aur matloob cheez ko jo hai bohat sare hamare ulma jo cheezon ko</w:t>
      </w:r>
    </w:p>
    <w:p>
      <w:pPr>
        <w:jc w:val="right"/>
      </w:pPr>
      <w:r>
        <w:t>محموداور مطلوبچیزکوجوہے بہت سارےہمارےعلماءجوچیزوںکو</w:t>
      </w:r>
    </w:p>
    <w:p>
      <w:r>
        <w:rPr>
          <w:b/>
        </w:rPr>
        <w:t xml:space="preserve">[46:07] </w:t>
      </w:r>
      <w:r>
        <w:t>faisle o par lete hain usko bhi heresi aur bidat kehte hain to molana ke case mein bhi logon se yahi ghalati ho rahi hai</w:t>
      </w:r>
    </w:p>
    <w:p>
      <w:pPr>
        <w:jc w:val="right"/>
      </w:pPr>
      <w:r>
        <w:t>فیسویلیوپرلیتےہیںاسکوبھیہیئرسیاور بدعتکہتےہیں تو مول اناکےکیسمیںبھیلوگوںسےیہیغلطیہورہیہے</w:t>
      </w:r>
    </w:p>
    <w:p>
      <w:r>
        <w:rPr>
          <w:b/>
        </w:rPr>
        <w:t xml:space="preserve">[46:12] </w:t>
      </w:r>
      <w:r>
        <w:t>to aaiye hum samajhte hain ke jo hai bidat hai kya akhir to hadith ke kitabon se mein do quote sunata aapko dunga</w:t>
      </w:r>
    </w:p>
    <w:p>
      <w:pPr>
        <w:jc w:val="right"/>
      </w:pPr>
      <w:r>
        <w:t>تو ائیےہمسمجھتےہیںکہجوہے بدعت ہےکیا اخر تو حدیثکے کتاب وںسےمیں دوکوٹیشناپکودوںگا</w:t>
      </w:r>
    </w:p>
    <w:p>
      <w:r>
        <w:rPr>
          <w:b/>
        </w:rPr>
        <w:t xml:space="preserve">[46:20] </w:t>
      </w:r>
      <w:r>
        <w:t>ghaliban isse jo hai ah yeh baat jo hai wazeh hokar saamne aayegi</w:t>
      </w:r>
    </w:p>
    <w:p>
      <w:pPr>
        <w:jc w:val="right"/>
      </w:pPr>
      <w:r>
        <w:t>غالبا اسسےجوہے اہ یہبات جوہےواضحہوکرسامنےائےگی</w:t>
      </w:r>
    </w:p>
    <w:p>
      <w:r>
        <w:rPr>
          <w:b/>
        </w:rPr>
        <w:t xml:space="preserve">[46:24] </w:t>
      </w:r>
      <w:r>
        <w:t>to hadith ke do hawale dene se pehle Maulana ka ek statement sun lijiye Maulana kehte hain yeh hamari Islami tareekh ki ek bahut</w:t>
      </w:r>
    </w:p>
    <w:p>
      <w:pPr>
        <w:jc w:val="right"/>
      </w:pPr>
      <w:r>
        <w:t>تو حدیثکے دوحوالےدینےسےپہلے مول اناکاایک سٹیٹمنٹسنلیجئے مول اناکہتےہیں یہہماری اسلامی تاریخ کیایکبہتب</w:t>
      </w:r>
    </w:p>
    <w:p>
      <w:r>
        <w:rPr>
          <w:b/>
        </w:rPr>
        <w:t xml:space="preserve">[46:33] </w:t>
      </w:r>
      <w:r>
        <w:t>badi irony hai ek bahut bada zulm hai ke jin cheezon mein innovation matlab tha</w:t>
      </w:r>
    </w:p>
    <w:p>
      <w:pPr>
        <w:jc w:val="right"/>
      </w:pPr>
      <w:r>
        <w:t>ڑیائیرنیہے ایک بہت بڑا ظلمہے کہ جنچیزوںمیں ان ویشنمطلوبتھا</w:t>
      </w:r>
    </w:p>
    <w:p>
      <w:r>
        <w:rPr>
          <w:b/>
        </w:rPr>
        <w:t xml:space="preserve">[46:39] </w:t>
      </w:r>
      <w:r>
        <w:t>creativity matlab thi desirable thi mehmood thi un cheezon mein logon ne jo hai creativity ya ijtihad ke darwaze band kar diye</w:t>
      </w:r>
    </w:p>
    <w:p>
      <w:pPr>
        <w:jc w:val="right"/>
      </w:pPr>
      <w:r>
        <w:t>کریٹیوٹیمطلوبتھی ڈیزائریبلتھی محمودتھی انچیزوںمیں لوگوںنےجوہے کریٹیوٹی یا اجتہادکےدروازےبندکردیے</w:t>
      </w:r>
    </w:p>
    <w:p>
      <w:r>
        <w:rPr>
          <w:b/>
        </w:rPr>
        <w:t xml:space="preserve">[46:47] </w:t>
      </w:r>
      <w:r>
        <w:t>aur jo hai jin jis bab mein creativity jo hai ah full stop is par lagaya gaya tha</w:t>
      </w:r>
    </w:p>
    <w:p>
      <w:pPr>
        <w:jc w:val="right"/>
      </w:pPr>
      <w:r>
        <w:t>اور جوہے جن جس بابمیں کریٹیوٹیجوہے اہ فل سٹاپاسپرلگایاگیاتھا</w:t>
      </w:r>
    </w:p>
    <w:p>
      <w:r>
        <w:rPr>
          <w:b/>
        </w:rPr>
        <w:t xml:space="preserve">[46:54] </w:t>
      </w:r>
      <w:r>
        <w:t>full jo hai ah door band kar diya gaya tha is mein unhone jo hai ah door khula rakha yani Sufiyon ne jo hai spirituality ke maamle mein door</w:t>
      </w:r>
    </w:p>
    <w:p>
      <w:pPr>
        <w:jc w:val="right"/>
      </w:pPr>
      <w:r>
        <w:t>فل جوہے اہ ڈوربندکردیا گیاتھا اسمیںانہوںنےجوہے اہ ڈورکھلا رکھا یعنی صوفیاءنےجوہے سپریچویلٹیکےمعاملےمیںڈور</w:t>
      </w:r>
    </w:p>
    <w:p>
      <w:r>
        <w:rPr>
          <w:b/>
        </w:rPr>
        <w:t xml:space="preserve">[47:03] </w:t>
      </w:r>
      <w:r>
        <w:t>ko khula rakha halan kah spirituality ke mamle mein door band hai aur jo hai Fuqaha ne jis cheez mein door khula rakha tha Rasool Allah ne baad mein yeh kaha gaya kah jo hai ab ijtihad ka darwaza band ho chuka hai to is par Maulana kehte hain kah jahan door khula tha wahan door lock kar diya gaya aur jahan door band tha wahan door khol diya gaya hamari yeh Islami tareekh ki ek bohat bari irony hai to ab hum samajhte hain kah heresi ya mubtadi'ana interpretation kia hai Islam ki ta kah mamla</w:t>
      </w:r>
    </w:p>
    <w:p>
      <w:pPr>
        <w:jc w:val="right"/>
      </w:pPr>
      <w:r>
        <w:t>کوکھلا رکھاحالانکہسپ ریچویلٹیکےمعاملےمیںڈوربندہے اورجوہے فقہاءنے جسچیزمیں ڈورکھلا رکھاتھارسولاللہنےبعدمیںیہکہاگیا کہجوہے اب اجتہادکادروازہبندہوچکاہےتواسپرمول اناکہتےہیں کہ جہاںڈورکھلا تھا وہاںڈورلاککردیاگیا اورجہاں ڈوربندتھاوہاں ڈورکھولدیاگیا ہمارییہاسلامی تاریخ کیایکبہتبڑیائیرنیہے تو ابہمسمجھتےہیں کہ ہیئر سییا مبتدیانہ انٹرپریٹیشنکیاہےاسلام کی تاکہمعاملہ</w:t>
      </w:r>
    </w:p>
    <w:p>
      <w:r>
        <w:rPr>
          <w:b/>
        </w:rPr>
        <w:t xml:space="preserve">[47:33] </w:t>
      </w:r>
      <w:r>
        <w:t>wazeh ho jaye to hadith ki kitabon se do waqeye milenge ta kah yeh mamla khul kar samne aaye pehla mamla yeh hai ek martaba Rasool Allah Madine ke ek date garden se guzar rahe thay hadiqatul hadiqatul tamr khajoor ke bagh se guzar rahe thay to dekha Rasool Allah ne jo hai wahan ek strange activity ho rahi hai woh kia hai kah a kisan jo hain khajoor ke jo farmers thay woh jo hain pollination ka kaam kar rahe</w:t>
      </w:r>
    </w:p>
    <w:p>
      <w:pPr>
        <w:jc w:val="right"/>
      </w:pPr>
      <w:r>
        <w:t>واضحہوجائےتو حدیثکیکتاب وںسے دوواقع ےہملیںگے تاکہیہمعاملہکھلکرسامنےائے پہلامعاملہیہہے ایک مرتبہ رسولاللہ مدینےکےایک ڈیٹس گارڈنسےگزررہےتھے حدیقۃ الحدیقۃ التمر کھجوروںکےباغسےگزررہےتھے تو دیکھا رسولاللہنےجوہے وہاںایک اسٹرینج ایکٹیویٹیہورہیہےوہکیاہے کہ اہ کسانجوہےکھجورکےجو فارمرزتھے وہجوہے پولینیشنکاکامکررہے</w:t>
      </w:r>
    </w:p>
    <w:p>
      <w:r>
        <w:rPr>
          <w:b/>
        </w:rPr>
        <w:t xml:space="preserve">[47:59] </w:t>
      </w:r>
      <w:r>
        <w:t>hain yani a male gametes le kar female a gametes se mila rahe hain male zarraat ko darakhton ke le kar female zarraat se woh log mila rahe thay usko Arabi mein kehte hain ta'beer nakhl yani pollination of plants jisko aaj kal science kehti hai pollination to Rasool Allah ne hairat se poocha yeh tum kia kar rahe ho Rasool Allah ne ghaliban is liye poocha ho ga</w:t>
      </w:r>
    </w:p>
    <w:p>
      <w:pPr>
        <w:jc w:val="right"/>
      </w:pPr>
      <w:r>
        <w:t>ہیںیعنی اہ میل گییمیٹسکولےکر فیمیل اہ گییمیٹسسےملارہےہیں میل ذراتکودرختوںکےلےکر فیمیلذراتسےوہلوگملارہےتھےاسکو عربیمیںکہتےہیںتعبیر نخل یعنیپولینیشناف پلانٹسجسکواجکل سائنسکہتیہےپولینیشن تورسولاللہنےحیرتسےپوچھایہتمکیاکررہےہو رسولاللہنےغالبااسلیےپوچھاہوگ</w:t>
      </w:r>
    </w:p>
    <w:p>
      <w:r>
        <w:rPr>
          <w:b/>
        </w:rPr>
        <w:t xml:space="preserve">[48:20] </w:t>
      </w:r>
      <w:r>
        <w:t>kah Rasool Allah ka jo family background tha woh trading tha aur Ansar ka jo a unki jo economy jo thi mabni bar agriculture thi agriculture based economy wale log thay Ansar aur Rasool Sahaba Rasool jo hain Muhajireen aur Rasool Allah trading tribe se ta'alluq</w:t>
      </w:r>
    </w:p>
    <w:p>
      <w:pPr>
        <w:jc w:val="right"/>
      </w:pPr>
      <w:r>
        <w:t>ارسولاللہکاجو فیملیبیکگراؤنڈتھاوہٹریڈنگتھا اور انصارکاجو اہ انکی جو اکانومیجوتھی مبنیبرایگریکلچرتھی ایگریکلچربیسڈاکانومی والےلوگ تھے انصار اور رسول اصحابرسولجوہے مہاجریناوررسولاللہ ٹریڈنگ ٹرائبسےتع</w:t>
      </w:r>
    </w:p>
    <w:p>
      <w:r>
        <w:rPr>
          <w:b/>
        </w:rPr>
        <w:t xml:space="preserve">[48:38] </w:t>
      </w:r>
      <w:r>
        <w:t>rakhte thay unko agriculture shayad zyada pata nahi tha ho sakta hai yeh possibility hai to Rasool Allah ne hairat se poocha yeh kia kar rahe ho to unhon ne kaha kah hum jo hai male particles ko female particles se milate hain is se production mein izafa hota hai ek scientific fact bhi hai Rasool Allah ne kaha apne trading background ki waja se aisa mat karo us ka kia faida hai khwah makhwah thak rahe ho to unhon ne maan liya kah jab Rasool keh rahe hain to waqe' yeh koi prohibited door ho ga</w:t>
      </w:r>
    </w:p>
    <w:p>
      <w:pPr>
        <w:jc w:val="right"/>
      </w:pPr>
      <w:r>
        <w:t>لقرکھتےتھےانکو ایگریکلچرشایدزیادہ پتہنہیںتھاہوسکتاہے یہپوسیبلیٹیہے تورسولاللہنےحیرتسےپوچھایہکیاکررہےہو توانہوںنےکہاکہہمجوہے میل پارٹیکلزکو فیمیل پارٹیکلزسےملاتےہیںاسسےپروڈکشنمیںاضافہہوتاہےایکسائنٹیفکفیکٹبھیہو رسولاللہنےکہا اپنے ٹریڈنگبیکگراؤنڈکیوجہسےایسامتکرواسکاکیافائدہہےخواہمخواہتھکارہےہو تو انہوںنےمانلیاکہجب رسول کہہرہےہیں تو واقع ییہکوئی پروہیبیٹڈورکہوگ</w:t>
      </w:r>
    </w:p>
    <w:p>
      <w:r>
        <w:rPr>
          <w:b/>
        </w:rPr>
        <w:t xml:space="preserve">[49:05] </w:t>
      </w:r>
      <w:r>
        <w:t>a to jab production ka waqt aaya jab paida war aayi to jo hai khajoorein jo hai itni badi badi jo hoti thi Madine ki itni chhoti chhoti ho gayi jaise hamare India mein sindhuliya hum kehte hain sindhule</w:t>
      </w:r>
    </w:p>
    <w:p>
      <w:pPr>
        <w:jc w:val="right"/>
      </w:pPr>
      <w:r>
        <w:t>ا تو جب پروڈکشنکاوقت ایاجب پیدا وار ائی تو جوہے کھجوریںجوہے اتنیبڑیبڑیجوہوتیتھی مدینےکیاتنیچھوٹیچھوٹی ہوگئی جیسےہمارےانڈیامیںسندھولاہمکہتےہیںسندھولے</w:t>
      </w:r>
    </w:p>
    <w:p>
      <w:r>
        <w:rPr>
          <w:b/>
        </w:rPr>
        <w:t xml:space="preserve">[49:18] </w:t>
      </w:r>
      <w:r>
        <w:t>type ki ho gayi yani khajoor ko aap dekhein sindhule ko dekhein to aisa lagta hai ke jo hai sindhula khajoor ka</w:t>
      </w:r>
    </w:p>
    <w:p>
      <w:pPr>
        <w:jc w:val="right"/>
      </w:pPr>
      <w:r>
        <w:t>ٹائپکیہوگئی یعنیکھجور کواپدیکھیںسندھولےکودیکھیںتوایسالگتاہےکہجوہےسندھولاکھجورکا</w:t>
      </w:r>
    </w:p>
    <w:p>
      <w:r>
        <w:rPr>
          <w:b/>
        </w:rPr>
        <w:t xml:space="preserve">[49:23] </w:t>
      </w:r>
      <w:r>
        <w:t>ek radio format hai radio production hai to Madine ki khajoorein to bilkul</w:t>
      </w:r>
    </w:p>
    <w:p>
      <w:pPr>
        <w:jc w:val="right"/>
      </w:pPr>
      <w:r>
        <w:t>ایک ریڈیوسفارمہےریڈیوسپروڈکشنہے تو مدینےکیکھجوریںتوبالکل</w:t>
      </w:r>
    </w:p>
    <w:p>
      <w:r>
        <w:rPr>
          <w:b/>
        </w:rPr>
        <w:t xml:space="preserve">[49:27] </w:t>
      </w:r>
      <w:r>
        <w:t>rich hoti thi rich jo lekin wo jab aayi to bilkul jo hai na poor jus thi</w:t>
      </w:r>
    </w:p>
    <w:p>
      <w:pPr>
        <w:jc w:val="right"/>
      </w:pPr>
      <w:r>
        <w:t>رچ ہوتیتھی رچجوس لیکن وہجب ائیتوبالکلجوہےناپورجوستھی</w:t>
      </w:r>
    </w:p>
    <w:p>
      <w:r>
        <w:rPr>
          <w:b/>
        </w:rPr>
        <w:t xml:space="preserve">[49:32] </w:t>
      </w:r>
      <w:r>
        <w:t>to jaake Rasool Allah ko unhone bataya ke aap ke kehne ki wajah se humne jo hai pollination chhod diya</w:t>
      </w:r>
    </w:p>
    <w:p>
      <w:pPr>
        <w:jc w:val="right"/>
      </w:pPr>
      <w:r>
        <w:t>تو جاکےرسولاللہکوانہوںنےبتایا کہ اپ کےکہنےکی وجہ سےہمنےجوہےپولینیشنچھوڑدیا</w:t>
      </w:r>
    </w:p>
    <w:p>
      <w:r>
        <w:rPr>
          <w:b/>
        </w:rPr>
        <w:t xml:space="preserve">[49:38] </w:t>
      </w:r>
      <w:r>
        <w:t>to jo hai yeh maamla pesh aaya ke production hamari jo hai kam ho gayi to</w:t>
      </w:r>
    </w:p>
    <w:p>
      <w:pPr>
        <w:jc w:val="right"/>
      </w:pPr>
      <w:r>
        <w:t>توجوہےیہ معاملہپیشایا کہپروڈکشنہماریجوہے کمہوگئی تو</w:t>
      </w:r>
    </w:p>
    <w:p>
      <w:r>
        <w:rPr>
          <w:b/>
        </w:rPr>
        <w:t xml:space="preserve">[49:43] </w:t>
      </w:r>
      <w:r>
        <w:t>Rasool Allah ne kaha kah a jab mein tum se worldly affair ke baray mein koi baat karta hoon to mein as a bashar baat karta hoon as a general human being baat karta hoon to is mein tum jo hai follow karne ki zarurat nahi maybe I am right sometimes maybe I am wrong sometimes to</w:t>
      </w:r>
    </w:p>
    <w:p>
      <w:pPr>
        <w:jc w:val="right"/>
      </w:pPr>
      <w:r>
        <w:t>رسولاللہنےکہاکہ اہ جب میں تم سے ورلڈلی افیئرکےبارےمیںکوئیباتکرتاہوں تو میں ایزاےبشرباتکرتاہوں ایزاے جنرلہیومنبینگباتکرتاہوں تواسمیںتم جوہے فالوکرنےکیضرورت نہیںمیبیائیایمرائٹسمٹائممیبیائیایمرونگسمٹائم تو</w:t>
      </w:r>
    </w:p>
    <w:p>
      <w:r>
        <w:rPr>
          <w:b/>
        </w:rPr>
        <w:t xml:space="preserve">[50:01] </w:t>
      </w:r>
      <w:r>
        <w:t>a yeh jo matter jo hai mein is tarah ki meri guftagu jo hoti hai woh jo hai a strict following ke liye nahi hoti woh just ek conversation ke hoti hai to mein asay koi baat aap logon se kahoon to usko yeh nahi samajhna kah mein jo hai wahy ki waja se keh raha hoon revelation ya Khuda ke hukum se mein keh raha hoon as a human experience kah mein kehta hoon mere apne</w:t>
      </w:r>
    </w:p>
    <w:p>
      <w:pPr>
        <w:jc w:val="right"/>
      </w:pPr>
      <w:r>
        <w:t>اہ یہجو میٹرجوہےمیںاسطرحکیمیریگفتگوجوہوتیہےوہجوہے اہ اسٹرکٹفالونگکےلیےنہیںہوتیوہ جسٹ ایککانورزیشنکےہوتیہو تو میں ایسیکوئیباتاپلوگوںسےکہوںتواسکویہنہیںسمجھناکہمیںجوہے وحیکیوجہسے کہہرہاہوںریولیشنیاخداکےحکمسےمیںکہہرہاہوں ایزاےہیومنایکس پیریمنٹکہمیںکہتاہوں میرےاپنے</w:t>
      </w:r>
    </w:p>
    <w:p>
      <w:r>
        <w:rPr>
          <w:b/>
        </w:rPr>
        <w:t xml:space="preserve">[50:22] </w:t>
      </w:r>
      <w:r>
        <w:t>background ke hisab se main woh baatein kehta hoon to tum aisa mat karo phir Rasool Allah ne kaha</w:t>
      </w:r>
    </w:p>
    <w:p>
      <w:pPr>
        <w:jc w:val="right"/>
      </w:pPr>
      <w:r>
        <w:t>بیکگراؤنڈکےحسابسےمیںوہباتیںکہتاہوں توتم ایسامتکروپھررسولاللہنےکہا</w:t>
      </w:r>
    </w:p>
    <w:p>
      <w:r>
        <w:rPr>
          <w:b/>
        </w:rPr>
        <w:t xml:space="preserve">[50:26] </w:t>
      </w:r>
      <w:r>
        <w:t>Antum aalam bi umoori duniyakum. Kehte hain log jo hai world affairs ke bare mein</w:t>
      </w:r>
    </w:p>
    <w:p>
      <w:pPr>
        <w:jc w:val="right"/>
      </w:pPr>
      <w:r>
        <w:t>انت م اعلم بیام وریدنیا کم کہتم لوگ جوہےورلڈلیافیئرکےبارےمیں</w:t>
      </w:r>
    </w:p>
    <w:p>
      <w:r>
        <w:rPr>
          <w:b/>
        </w:rPr>
        <w:t xml:space="preserve">[50:31] </w:t>
      </w:r>
      <w:r>
        <w:t>mujhse zyada jaante ho iska matlab yeh hua ke jo hai hum ah muhajir ya Quraish jo hai</w:t>
      </w:r>
    </w:p>
    <w:p>
      <w:pPr>
        <w:jc w:val="right"/>
      </w:pPr>
      <w:r>
        <w:t>مجھسےزیادہ جانتےہواسکامطلبیہہواکہجوہےہم اہ مہاجریاقریشجوہے</w:t>
      </w:r>
    </w:p>
    <w:p>
      <w:r>
        <w:rPr>
          <w:b/>
        </w:rPr>
        <w:t xml:space="preserve">[50:36] </w:t>
      </w:r>
      <w:r>
        <w:t>ٹریڈنگ کی باریکیاں تو جانتے ہیں اہ تجارت کی جو ہے اپ ڈاؤنز کو تو ہم کو پتہ ہے لیکن ایگریکلچر کا ہم کو پتہ نہیں ہے۔</w:t>
      </w:r>
    </w:p>
    <w:p>
      <w:pPr>
        <w:jc w:val="right"/>
      </w:pPr>
      <w:r>
        <w:t>ٹریڈنگکیبار یکیاںتوجانتےہیں اہ تج ارتکیجوہے اپڈاؤنزکوتوہمکوپتہہے لیکن ایگریکلچرکاہمکوپتہنہیںہے</w:t>
      </w:r>
    </w:p>
    <w:p>
      <w:r>
        <w:rPr>
          <w:b/>
        </w:rPr>
        <w:t xml:space="preserve">[50:44] </w:t>
      </w:r>
      <w:r>
        <w:t>اسکامطلبیہہوا background کےحسابسےمیںagriculture کےبارےمیںکہوں توتم اسسلسلےمیںزیادہجانتےہوانتماعلمبیاموریدنیا</w:t>
      </w:r>
    </w:p>
    <w:p>
      <w:pPr>
        <w:jc w:val="right"/>
      </w:pPr>
      <w:r>
        <w:t>اسکامطلبیہہوا بیکگراؤنڈکےحسابسےمیںایگریکلچرکےبارےمیںکہوں توتم اسسلسلےمیںزیادہجانتےہوانتماعلمبیاموریدنیا</w:t>
      </w:r>
    </w:p>
    <w:p>
      <w:r>
        <w:rPr>
          <w:b/>
        </w:rPr>
        <w:t xml:space="preserve">[50:50] </w:t>
      </w:r>
      <w:r>
        <w:t>kam tumhare world affairs tum zyada jante ho isi tarah hum kahenge ke koi</w:t>
      </w:r>
    </w:p>
    <w:p>
      <w:pPr>
        <w:jc w:val="right"/>
      </w:pPr>
      <w:r>
        <w:t>کم تمہارےورلڈلیافیئرتمزیادہ جانتےہواسیطرحہمکہیںگےکہکوئی</w:t>
      </w:r>
    </w:p>
    <w:p>
      <w:r>
        <w:rPr>
          <w:b/>
        </w:rPr>
        <w:t xml:space="preserve">[50:53] </w:t>
      </w:r>
      <w:r>
        <w:t>aadmi kisi aur field mein hai ah agriculture mein nahi hai ah kisi aur field ka hai to Rasool Allah usse kahenge ke tum jo hai</w:t>
      </w:r>
    </w:p>
    <w:p>
      <w:pPr>
        <w:jc w:val="right"/>
      </w:pPr>
      <w:r>
        <w:t>ادمیکسی اور فیلڈمیںہے اہ ایگریکلچرمیںنہیںہے اہکسیاورفیلڈکاہےتورسولاللہاسسےکہیںگےکہتمجوہے</w:t>
      </w:r>
    </w:p>
    <w:p>
      <w:r>
        <w:rPr>
          <w:b/>
        </w:rPr>
        <w:t xml:space="preserve">[51:00] </w:t>
      </w:r>
      <w:r>
        <w:t>apne printing ke printing press ke maamlaat ko tum jo hai zyada</w:t>
      </w:r>
    </w:p>
    <w:p>
      <w:pPr>
        <w:jc w:val="right"/>
      </w:pPr>
      <w:r>
        <w:t>اپنے پرنٹنگکے پرنٹنگپریسکےمعاملاتکوتمجوہےزیادہ</w:t>
      </w:r>
    </w:p>
    <w:p>
      <w:r>
        <w:rPr>
          <w:b/>
        </w:rPr>
        <w:t xml:space="preserve">[51:03] </w:t>
      </w:r>
      <w:r>
        <w:t>jaante ho main nahi jaanta hoon agar Rasool Allah is mein yeh kahein</w:t>
      </w:r>
    </w:p>
    <w:p>
      <w:pPr>
        <w:jc w:val="right"/>
      </w:pPr>
      <w:r>
        <w:t>جانتےہو میں نہیںجانتاہوںاگررسولاللہاسمیںیہکہیں</w:t>
      </w:r>
    </w:p>
    <w:p>
      <w:r>
        <w:rPr>
          <w:b/>
        </w:rPr>
        <w:t xml:space="preserve">[51:06] </w:t>
      </w:r>
      <w:r>
        <w:t>ah hamare Meheng sahib se akar ke Meheng sahib aisa nahi ke marha aise set set karwa aur unhone waisa kar diya</w:t>
      </w:r>
    </w:p>
    <w:p>
      <w:pPr>
        <w:jc w:val="right"/>
      </w:pPr>
      <w:r>
        <w:t>اہ ہمارے مہنگصاحبسےاکر کہمہنگصاحبایسانہیںکیمرہایسےسیٹسیٹکرواورانہوںنےویساکردیا</w:t>
      </w:r>
    </w:p>
    <w:p>
      <w:r>
        <w:rPr>
          <w:b/>
        </w:rPr>
        <w:t xml:space="preserve">[51:12] </w:t>
      </w:r>
      <w:r>
        <w:t>aur wo galat ho gaya to Rasool Allah yeh kahenge ke main jab koi ah deen ki jo koi baat bataun main</w:t>
      </w:r>
    </w:p>
    <w:p>
      <w:pPr>
        <w:jc w:val="right"/>
      </w:pPr>
      <w:r>
        <w:t>اوروہغلطہوگیا تورسولاللہیہکہیںگے کہ میںجب کوئی اہ دینکیجوکوئیباتبتاؤںمیں</w:t>
      </w:r>
    </w:p>
    <w:p>
      <w:r>
        <w:rPr>
          <w:b/>
        </w:rPr>
        <w:t xml:space="preserve">[51:18] </w:t>
      </w:r>
      <w:r>
        <w:t>Khuda aur aakhirat ke baare mein ibadaton ke baare mein koi baat bataun Khuda ke creation plan ke baare mein main koi baat bataun</w:t>
      </w:r>
    </w:p>
    <w:p>
      <w:pPr>
        <w:jc w:val="right"/>
      </w:pPr>
      <w:r>
        <w:t>خدااور اخرتکےبارےمیں عبادتوںکےبارےمیںکوئیباتبتاؤںخداکےکریشنپلانکےبارےمیںمیںکوئیباتبتاؤں</w:t>
      </w:r>
    </w:p>
    <w:p>
      <w:r>
        <w:rPr>
          <w:b/>
        </w:rPr>
        <w:t xml:space="preserve">[51:24] </w:t>
      </w:r>
      <w:r>
        <w:t>to mein woh wahy ke zariye kehta hoon</w:t>
      </w:r>
    </w:p>
    <w:p>
      <w:pPr>
        <w:jc w:val="right"/>
      </w:pPr>
      <w:r>
        <w:t>تو میںوہوحیکےذریعےکہتاہوں</w:t>
      </w:r>
    </w:p>
    <w:p>
      <w:r>
        <w:rPr>
          <w:b/>
        </w:rPr>
        <w:t xml:space="preserve">[51:26] </w:t>
      </w:r>
      <w:r>
        <w:t>jahan tak jo hai a iski a camera activities ki jo baat hai jisko jo hai filmography kehte hain filmography ki baat hai to usko jo hai aap log zyada behtar jante ho 'antum a'lam bi amri dunyakum' to is ka matlab hua kah Rasool Allah ne jo hai is door ko jo hai qayamat tak ke liye open rakh hai woh jaisay agriculture hai a film an kisi cheez ki film banana hai video graphic karna hai</w:t>
      </w:r>
    </w:p>
    <w:p>
      <w:pPr>
        <w:jc w:val="right"/>
      </w:pPr>
      <w:r>
        <w:t>جہاںتکجوہے اہ اسکی ا ہ کیمرہ ایکٹیویٹیزکیجوباتہے جسکوجوہےفلم وگرافیکہتےہیں فلم وگرافیکیجوباتہے تو اسکوجوہےاپلوگ زیادہ بہترجانتےہیں انتماعلم بیاموریدنیا کم تو اسکامطلبیہہوا کہ رسولاللہ نےجوہے اس ڈورکوجوہے قیامتتککےلیےاوپنرکھاہے وہجیسےایگریکلچرہے اہ فلم ان کسی چیزکیفلم بن اناہے ویڈیوگرافیکرناہے</w:t>
      </w:r>
    </w:p>
    <w:p>
      <w:r>
        <w:rPr>
          <w:b/>
        </w:rPr>
        <w:t xml:space="preserve">[51:52] </w:t>
      </w:r>
      <w:r>
        <w:t>printing karna hai to Rasool Allah aap se yeh kahen ge kah tum is silsile mein jo behtar jante ho a us ko anjam dena</w:t>
      </w:r>
    </w:p>
    <w:p>
      <w:pPr>
        <w:jc w:val="right"/>
      </w:pPr>
      <w:r>
        <w:t>پرنٹنگکرناہےتورسولاللہ اپسےیہکہیںگےکہ تم اسسلسلےمیںجوبہترسمجھتےہو اہاسکوانجام دینا</w:t>
      </w:r>
    </w:p>
    <w:p>
      <w:r>
        <w:rPr>
          <w:b/>
        </w:rPr>
        <w:t xml:space="preserve">[51:59] </w:t>
      </w:r>
      <w:r>
        <w:t>ab doosri baat jo hai ah hadith ki kitab se jo doosra quote main aapko dena chahta hoon</w:t>
      </w:r>
    </w:p>
    <w:p>
      <w:pPr>
        <w:jc w:val="right"/>
      </w:pPr>
      <w:r>
        <w:t>اب دوسریباتجوہے اہ حدیثکیکتاب سےجودوسراکوٹمیںاپکودیناچاہتاہوں</w:t>
      </w:r>
    </w:p>
    <w:p>
      <w:r>
        <w:rPr>
          <w:b/>
        </w:rPr>
        <w:t xml:space="preserve">[52:04] </w:t>
      </w:r>
      <w:r>
        <w:t>کہ اہ ایک صحابی تھے عبداللہ ابن مسعود بڑے ہی great صحابی ہیں تو ان وہ جو ہے کوفہ میں رہتے تھے بعد کے دور میں رسول اللہ کے بعد کے دور میں وہ کوفہ میں رہتے تھے</w:t>
      </w:r>
    </w:p>
    <w:p>
      <w:pPr>
        <w:jc w:val="right"/>
      </w:pPr>
      <w:r>
        <w:t>کہ اہ ایک صحابی تھے عبداللہ ابن مسعود بڑےہیگریٹصحابیہیں تو ان وہجوہے کوفہمیںرہتےتھے بعد کےدورمیںرسولاللہکےبعدکےدورمیںوہکوفہمیںرہتےتھے</w:t>
      </w:r>
    </w:p>
    <w:p>
      <w:r>
        <w:rPr>
          <w:b/>
        </w:rPr>
        <w:t xml:space="preserve">[52:14] </w:t>
      </w:r>
      <w:r>
        <w:t>to ah aur unke bahut saare disciples the ah wo unse ilm haasil karte rehte the unke darwaze par jaakar wo Fajr se pehle hi unke disciple baith jaate</w:t>
      </w:r>
    </w:p>
    <w:p>
      <w:pPr>
        <w:jc w:val="right"/>
      </w:pPr>
      <w:r>
        <w:t>تو اہاورانکےبہتسارے ڈسائپلزتھے اہوہانسےعلم حاصل کرتے رہتےتھے انکےدروازےپرجاکروہفجرسےپہلےہیانکےڈسائپلبیٹھجاتے</w:t>
      </w:r>
    </w:p>
    <w:p>
      <w:r>
        <w:rPr>
          <w:b/>
        </w:rPr>
        <w:t xml:space="preserve">[52:23] </w:t>
      </w:r>
      <w:r>
        <w:t>aur jo hai unke Fajr se pehle</w:t>
      </w:r>
    </w:p>
    <w:p>
      <w:pPr>
        <w:jc w:val="right"/>
      </w:pPr>
      <w:r>
        <w:t>اور جوہے انکےفجرسےپہلے</w:t>
      </w:r>
    </w:p>
    <w:p>
      <w:r>
        <w:rPr>
          <w:b/>
        </w:rPr>
        <w:t xml:space="preserve">[52:26] </w:t>
      </w:r>
      <w:r>
        <w:t>jo hai unke door par baith kar intezar karte taake Abdullah bin Masood bahar niklein</w:t>
      </w:r>
    </w:p>
    <w:p>
      <w:pPr>
        <w:jc w:val="right"/>
      </w:pPr>
      <w:r>
        <w:t>جوہےانکے ڈورپربیٹھکرانتظارکرتے تاکہعبداللہبنمسعودباہرنکلیں</w:t>
      </w:r>
    </w:p>
    <w:p>
      <w:r>
        <w:rPr>
          <w:b/>
        </w:rPr>
        <w:t xml:space="preserve">[52:30] </w:t>
      </w:r>
      <w:r>
        <w:t>aur hamaan se ilm haasil karen to abdullah bin masood aik martaba jo hai fajr ke liye bahar nikle</w:t>
      </w:r>
    </w:p>
    <w:p>
      <w:pPr>
        <w:jc w:val="right"/>
      </w:pPr>
      <w:r>
        <w:t>اورہمانسےعلم حاصل کریں تو عبداللہبنمسعودایکمرتبہجوہےفجرکےلیےباہرنکلے</w:t>
      </w:r>
    </w:p>
    <w:p>
      <w:r>
        <w:rPr>
          <w:b/>
        </w:rPr>
        <w:t xml:space="preserve">[52:35] </w:t>
      </w:r>
      <w:r>
        <w:t>to bohat pehle hi aa kar jo hai students baithe hue the</w:t>
      </w:r>
    </w:p>
    <w:p>
      <w:pPr>
        <w:jc w:val="right"/>
      </w:pPr>
      <w:r>
        <w:t>تو بہت پہلے ہی اکرجوہےسٹوڈنٹبیٹھےہوئےتھے</w:t>
      </w:r>
    </w:p>
    <w:p>
      <w:r>
        <w:rPr>
          <w:b/>
        </w:rPr>
        <w:t xml:space="preserve">[52:38] </w:t>
      </w:r>
      <w:r>
        <w:t>to hazrat abdullah bin masood ne poocha ke aaj kya baat hai ke tum bohat pehle aa gaye aur aa gaye kya baat hai to unhon ne kaha ke abdullah bin masood</w:t>
      </w:r>
    </w:p>
    <w:p>
      <w:pPr>
        <w:jc w:val="right"/>
      </w:pPr>
      <w:r>
        <w:t>توحضرتعبداللہبنمسعودنےپوچھاکہاج کیا باتہےکہتم بہت پہلے اگئے ارلیاگئےکیاباتہے تو انہوںنےکہاکہعبداللہبنمسعود</w:t>
      </w:r>
    </w:p>
    <w:p>
      <w:r>
        <w:rPr>
          <w:b/>
        </w:rPr>
        <w:t xml:space="preserve">[52:45] </w:t>
      </w:r>
      <w:r>
        <w:t>Kufa ki masjid mein hum ne ek bohat hi strange cheez dekhi hai</w:t>
      </w:r>
    </w:p>
    <w:p>
      <w:pPr>
        <w:jc w:val="right"/>
      </w:pPr>
      <w:r>
        <w:t>کوفہکیمسجدمیںہمنے ایک بہتہی اسٹرینجچیزدیکھیہے</w:t>
      </w:r>
    </w:p>
    <w:p>
      <w:r>
        <w:rPr>
          <w:b/>
        </w:rPr>
        <w:t xml:space="preserve">[52:49] </w:t>
      </w:r>
      <w:r>
        <w:t>woh strange cheez yeh hai kah wahan group baithay huay hain zikr ke halqay a honge zikr ke ah remembering remembering of God log halqay bana kar jo hai Kufa ki masjid mein baithay huay hain unke samnay a bijar rakhe huay hain ya kankariyan rak</w:t>
      </w:r>
    </w:p>
    <w:p>
      <w:pPr>
        <w:jc w:val="right"/>
      </w:pPr>
      <w:r>
        <w:t>وہ اسٹرینجچیزیہہے کہ وہاں گروپبیٹھےہوئےہیں ذکرکےحلقے اہونگزاف جوہے اہ اہریممبرنگ ریممبرسافگاڈ لوگ حلقےبناکرجوہےکوفہکیمسجدمیںبیٹھےہوئےہیںانکےسامنے اہ بیجرکھےہوئےہیںیاکنکریاںرکھ</w:t>
      </w:r>
    </w:p>
    <w:p>
      <w:r>
        <w:rPr>
          <w:b/>
        </w:rPr>
        <w:t xml:space="preserve">[53:06] </w:t>
      </w:r>
      <w:r>
        <w:t>ye hue hain to inka jo hai moderator in se kehta hai ke sau</w:t>
      </w:r>
    </w:p>
    <w:p>
      <w:pPr>
        <w:jc w:val="right"/>
      </w:pPr>
      <w:r>
        <w:t>یہوئیہیں تو انکاجوہےماڈریٹرانسےکہتاہےکہسو</w:t>
      </w:r>
    </w:p>
    <w:p>
      <w:r>
        <w:rPr>
          <w:b/>
        </w:rPr>
        <w:t xml:space="preserve">[53:09] </w:t>
      </w:r>
      <w:r>
        <w:t>martaba allah o akbar kaho ya sau martaba ye padh lo sau martaba wo padh lo to saare log jo hai isko repeat karte hain</w:t>
      </w:r>
    </w:p>
    <w:p>
      <w:pPr>
        <w:jc w:val="right"/>
      </w:pPr>
      <w:r>
        <w:t>مرتبہاللہ اکبرکہو یا سو مرتبہیہپڑھلوسو مرتبہوہپڑھلو تو سارےلوگ جوہےاسکوریپیٹکرتےہیں</w:t>
      </w:r>
    </w:p>
    <w:p>
      <w:r>
        <w:rPr>
          <w:b/>
        </w:rPr>
        <w:t xml:space="preserve">[53:16] </w:t>
      </w:r>
      <w:r>
        <w:t>ha iski baat ko to humein to bohat achha lag raha hai students ne kaha ke khuda ka zikr jo hai is tarah</w:t>
      </w:r>
    </w:p>
    <w:p>
      <w:pPr>
        <w:jc w:val="right"/>
      </w:pPr>
      <w:r>
        <w:t>اہاسکیباتکو تو ہمیںتوبہتاچھالگرہاہےسٹوڈنٹنےکہاکہخداکاذکرجوہےاسطرح</w:t>
      </w:r>
    </w:p>
    <w:p>
      <w:r>
        <w:rPr>
          <w:b/>
        </w:rPr>
        <w:t xml:space="preserve">[53:21] </w:t>
      </w:r>
      <w:r>
        <w:t>karna chahiye to hazrat abdullah bin masood ne jo hai ye sunte hi kaha</w:t>
      </w:r>
    </w:p>
    <w:p>
      <w:pPr>
        <w:jc w:val="right"/>
      </w:pPr>
      <w:r>
        <w:t>کرناچاہیے تو حضرتعبداللہبنمسعودنےجوہےیہسنتےہیکہا</w:t>
      </w:r>
    </w:p>
    <w:p>
      <w:r>
        <w:rPr>
          <w:b/>
        </w:rPr>
        <w:t xml:space="preserve">[53:25] </w:t>
      </w:r>
      <w:r>
        <w:t>ke tum ne in se ye kyun nahi kaha ke inki kankariyon par wo jo hai apni bidaton ko ginna shuru kar dein wo zikr nahi hai wo to bidat hai</w:t>
      </w:r>
    </w:p>
    <w:p>
      <w:pPr>
        <w:jc w:val="right"/>
      </w:pPr>
      <w:r>
        <w:t>کہتم نےانسےیہکیوںنہیںکہاکہانہیکنکریوںپروہجوہےاپنیبدعتوںکوگنناشروعکردیں وہ ذکرنہیںہےوہتوبدعتہے</w:t>
      </w:r>
    </w:p>
    <w:p>
      <w:r>
        <w:rPr>
          <w:b/>
        </w:rPr>
        <w:t xml:space="preserve">[53:31] </w:t>
      </w:r>
      <w:r>
        <w:t>har kankar jo hai inka aik gunah shumar kiya ja raha hai to phir hum masjid mein pahunche masjid mein pahunch kar itne betaab</w:t>
      </w:r>
    </w:p>
    <w:p>
      <w:pPr>
        <w:jc w:val="right"/>
      </w:pPr>
      <w:r>
        <w:t>ہرکنکرجوہےانکاایکگناہشمارکیاجارہاہے توپھروہمسجدمیںپہنچے مسجدمیںپہنچکراتنےبےتاب</w:t>
      </w:r>
    </w:p>
    <w:p>
      <w:r>
        <w:rPr>
          <w:b/>
        </w:rPr>
        <w:t xml:space="preserve">[53:37] </w:t>
      </w:r>
      <w:r>
        <w:t>hue ke wahin se kankar marna shuru kiya unhon ne aye ummat e muhammad tumhara bhala ho itna jaldi tum jo hai rasool allah ke raaste se</w:t>
      </w:r>
    </w:p>
    <w:p>
      <w:pPr>
        <w:jc w:val="right"/>
      </w:pPr>
      <w:r>
        <w:t>ہوئے کہوہیںسےکنکر مارناشروعکیا انہوں نے اےامتمحمد تمہارابراہو اتنا جلدیتمجوہےرسولاللہکےراستےسے</w:t>
      </w:r>
    </w:p>
    <w:p>
      <w:r>
        <w:rPr>
          <w:b/>
        </w:rPr>
        <w:t xml:space="preserve">[53:45] </w:t>
      </w:r>
      <w:r>
        <w:t>bad gaye itna jaldi jaldi tum ne decision le liya</w:t>
      </w:r>
    </w:p>
    <w:p>
      <w:pPr>
        <w:jc w:val="right"/>
      </w:pPr>
      <w:r>
        <w:t>بد کگئےاتناجلدی جلدیتمنےڈیویایشنلےلیا</w:t>
      </w:r>
    </w:p>
    <w:p>
      <w:r>
        <w:rPr>
          <w:b/>
        </w:rPr>
        <w:t xml:space="preserve">[53:49] </w:t>
      </w:r>
      <w:r>
        <w:t>abhi to rasool allah ke bartan bhi toote nahi hain aur jo hai rasool allah ke kapde bhi phatte nahi hain booda nahi hue hain</w:t>
      </w:r>
    </w:p>
    <w:p>
      <w:pPr>
        <w:jc w:val="right"/>
      </w:pPr>
      <w:r>
        <w:t>ابھیتورسولاللہ کےبرتنبھیٹوٹےنہیںہیں اور جوہےرسولاللہکےکپڑےبھیپھٹےنہیںہیںبوسیدہنہیںہوئےہیں</w:t>
      </w:r>
    </w:p>
    <w:p>
      <w:r>
        <w:rPr>
          <w:b/>
        </w:rPr>
        <w:t xml:space="preserve">[53:54] </w:t>
      </w:r>
      <w:r>
        <w:t>abhi tum ne jo hai innovation ijad kar li hai research shuru kar di to iske baad unhon ne kaha ke tum log jo hai agar in kankariyon par apne ye kiye hue cheezon ko jo hai gunah ke taur par count karo to ye zyada</w:t>
      </w:r>
    </w:p>
    <w:p>
      <w:pPr>
        <w:jc w:val="right"/>
      </w:pPr>
      <w:r>
        <w:t>ابھیتم نےجوہے انویشن ایجادکرلی ہیئرسیشروعکردی تو اسکےبعد انہوںنےکہاکہتم لوگجوہے اگر ان کنکریوںپر اپنے یہکیےہوئےچیزوںکوجوہےگناہکےطورپرکاؤنٹکروتویہزیادہ</w:t>
      </w:r>
    </w:p>
    <w:p>
      <w:r>
        <w:rPr>
          <w:b/>
        </w:rPr>
        <w:t xml:space="preserve">[54:06] </w:t>
      </w:r>
      <w:r>
        <w:t>achhi cheez hai isko tum jo hai aik</w:t>
      </w:r>
    </w:p>
    <w:p>
      <w:pPr>
        <w:jc w:val="right"/>
      </w:pPr>
      <w:r>
        <w:t>اچھیچیزہے اسکوتم جوہےایک</w:t>
      </w:r>
    </w:p>
    <w:p>
      <w:r>
        <w:rPr>
          <w:b/>
        </w:rPr>
        <w:t xml:space="preserve">[54:09] </w:t>
      </w:r>
      <w:r>
        <w:t>desirable act samajhne ke bajaye to yeh har aalim janta hai to hamare samnay jo hai hadith ki kitabon se do incident samnay aa rahe hain ek incident yeh bata raha hai jismein Rasool Allah yeh keh rahe hain kah a tum jo hai apne 'antum a'lam bi amri dunyakum' is se murad huay kah worldly affair mein jo hai mein aur tum</w:t>
      </w:r>
    </w:p>
    <w:p>
      <w:pPr>
        <w:jc w:val="right"/>
      </w:pPr>
      <w:r>
        <w:t>ڈیزائریبلایکٹسمجھنےکےبجائے تو یہ ہر عالمجانتاہے توہمارےسامنےجوہے حدیثکیکتاب وںسے دو انسیڈنٹسامنےارہےہیںایکانسیڈنٹیہبتارہاہے جسمیںرسولاللہیہکہہرہےہیںکہ اہ تم جوہےاپنے انت ماعلم بیاموریدنیا کم اسسےمرادیہہوئے کہ ورلڈلیافیئرمیںجوہے میں اور تم</w:t>
      </w:r>
    </w:p>
    <w:p>
      <w:r>
        <w:rPr>
          <w:b/>
        </w:rPr>
        <w:t xml:space="preserve">[54:29] </w:t>
      </w:r>
      <w:r>
        <w:t>aah dono jo hai creativity ke raste par chalenge aah</w:t>
      </w:r>
    </w:p>
    <w:p>
      <w:pPr>
        <w:jc w:val="right"/>
      </w:pPr>
      <w:r>
        <w:t>اہ دونوںجوہے کریٹیوٹیکےراستےپرچلیںگے اہ</w:t>
      </w:r>
    </w:p>
    <w:p>
      <w:r>
        <w:rPr>
          <w:b/>
        </w:rPr>
        <w:t xml:space="preserve">[54:33] </w:t>
      </w:r>
      <w:r>
        <w:t>experiment hoga experiment humko jo batayega us experiment ke raste ko apnaya jayega</w:t>
      </w:r>
    </w:p>
    <w:p>
      <w:pPr>
        <w:jc w:val="right"/>
      </w:pPr>
      <w:r>
        <w:t>ایکسپیریمنٹہوگاایکسپیریمنٹہمکوجوبتائےگااسایکسپیری منٹکےراستےکواپنایاجائےگا</w:t>
      </w:r>
    </w:p>
    <w:p>
      <w:r>
        <w:rPr>
          <w:b/>
        </w:rPr>
        <w:t xml:space="preserve">[54:38] </w:t>
      </w:r>
      <w:r>
        <w:t>yani jis raaste bab mein jis department mein hamare baad ke ulma ne darwaza lock kar diya hai ijtihad ka darwaza wahan rasool allah ne kaha ke ye qayamat tak khula</w:t>
      </w:r>
    </w:p>
    <w:p>
      <w:pPr>
        <w:jc w:val="right"/>
      </w:pPr>
      <w:r>
        <w:t>یعنیجس راست بابمیں جس اہڈیپارٹمنٹمیںہمارےبعد کےعلم اءنےدروازہ لاککردیاہے اجتہادکادروازہ وہاںرسولاللہنےکہاکہیہقیامتتککھلا</w:t>
      </w:r>
    </w:p>
    <w:p>
      <w:r>
        <w:rPr>
          <w:b/>
        </w:rPr>
        <w:t xml:space="preserve">[54:48] </w:t>
      </w:r>
      <w:r>
        <w:t>rahega aur abdullah bin masood jin ko rasool allah sallallahu alaihi wasallam ne kaha ke ye is ummat ka jo hai</w:t>
      </w:r>
    </w:p>
    <w:p>
      <w:pPr>
        <w:jc w:val="right"/>
      </w:pPr>
      <w:r>
        <w:t>رہےگا اور عبداللہابن مسعود جن کو رسولاللہصلیاللہعلیہوسلمنےکہاکہیہاسامتکاجوہے</w:t>
      </w:r>
    </w:p>
    <w:p>
      <w:r>
        <w:rPr>
          <w:b/>
        </w:rPr>
        <w:t xml:space="preserve">[54:54] </w:t>
      </w:r>
      <w:r>
        <w:t>mufassir hai mufassir e quran hai aye allah isko jo hai deen ki jo hai sahih fehm de isne jab zakireen ke halqe ko dekha to kaha ke ye bidat hai</w:t>
      </w:r>
    </w:p>
    <w:p>
      <w:pPr>
        <w:jc w:val="right"/>
      </w:pPr>
      <w:r>
        <w:t>مفسرہے مفسر قرانہے اےاللہ اسکوجوہے دینکیجوہےصحیحفہم دے اسنےجب ذاکرینکےحلقےکودیکھاتوکہاکہیہبدعتہے</w:t>
      </w:r>
    </w:p>
    <w:p>
      <w:r>
        <w:rPr>
          <w:b/>
        </w:rPr>
        <w:t xml:space="preserve">[55:02] </w:t>
      </w:r>
      <w:r>
        <w:t>isko foran tum band karo to yahan aik conclusion hum nikaal sakte hain conclusion ye bata raha hai ke</w:t>
      </w:r>
    </w:p>
    <w:p>
      <w:pPr>
        <w:jc w:val="right"/>
      </w:pPr>
      <w:r>
        <w:t>اسکوفوراتم بندکرو تو یہاں ایک کنکلوژنہمنکالسکتےہیں کنکلوژنیہبتارہاہےکہ</w:t>
      </w:r>
    </w:p>
    <w:p>
      <w:r>
        <w:rPr>
          <w:b/>
        </w:rPr>
        <w:t xml:space="preserve">[55:08] </w:t>
      </w:r>
      <w:r>
        <w:t>world affairs ke maamle mein hamesha ijtihad se kaam liya jayega aur jo creation plan hai khuda ka</w:t>
      </w:r>
    </w:p>
    <w:p>
      <w:pPr>
        <w:jc w:val="right"/>
      </w:pPr>
      <w:r>
        <w:t>ورلڈلیافیئرکےمعاملےمیں ہمیشہاجتہادسےکاملیاجائےگا اور جو اہ کریشنپلانہےخداکا</w:t>
      </w:r>
    </w:p>
    <w:p>
      <w:r>
        <w:rPr>
          <w:b/>
        </w:rPr>
        <w:t xml:space="preserve">[55:15] </w:t>
      </w:r>
      <w:r>
        <w:t>aur jo hai akhirat ki</w:t>
      </w:r>
    </w:p>
    <w:p>
      <w:pPr>
        <w:jc w:val="right"/>
      </w:pPr>
      <w:r>
        <w:t>اور جوہے اخرتکیاچ</w:t>
      </w:r>
    </w:p>
    <w:p>
      <w:r>
        <w:rPr>
          <w:b/>
        </w:rPr>
        <w:t xml:space="preserve">[55:17] </w:t>
      </w:r>
      <w:r>
        <w:t>cheez hai aur jo hai namazen kaise padhi jayengi hajj kaise ada kiya jayega rasool allah ne jo hai namaz ke bare mein kaha</w:t>
      </w:r>
    </w:p>
    <w:p>
      <w:pPr>
        <w:jc w:val="right"/>
      </w:pPr>
      <w:r>
        <w:t>یزہے اورجوہےنمازیں کیسےپڑھیجائےگی حجکیسےاداکیاجائےگارسولاللہنےجوہےنمازکےبارےمیںکہا</w:t>
      </w:r>
    </w:p>
    <w:p>
      <w:r>
        <w:rPr>
          <w:b/>
        </w:rPr>
        <w:t xml:space="preserve">[55:24] </w:t>
      </w:r>
      <w:r>
        <w:t>sallu kama raaytumuni usalli yani namaz tum ko waise hi padhna hai jaise maine padha hai</w:t>
      </w:r>
    </w:p>
    <w:p>
      <w:pPr>
        <w:jc w:val="right"/>
      </w:pPr>
      <w:r>
        <w:t>صلو کما رائیتم ونیاص لی یعنی نماز تم کوویسےہیپڑھناہےجیسےمیںنےپڑھاہے</w:t>
      </w:r>
    </w:p>
    <w:p>
      <w:r>
        <w:rPr>
          <w:b/>
        </w:rPr>
        <w:t xml:space="preserve">[55:29] </w:t>
      </w:r>
      <w:r>
        <w:t>isme jo hai creativity nahi chalegi aur isi tarah rasool allah sallallahu alaihi wasallam ne hajj ke mauqe se kaha</w:t>
      </w:r>
    </w:p>
    <w:p>
      <w:pPr>
        <w:jc w:val="right"/>
      </w:pPr>
      <w:r>
        <w:t>اسمیںجوہےکریٹیوٹینہیںچلےگی اور اسیطرح رسولاللہصلیاللہعلیہوسلمنےحجکےموقعسےکہا</w:t>
      </w:r>
    </w:p>
    <w:p>
      <w:r>
        <w:rPr>
          <w:b/>
        </w:rPr>
        <w:t xml:space="preserve">[55:34] </w:t>
      </w:r>
      <w:r>
        <w:t>ke khuzoo an manasikakum ke mujh se jo hai hajj ke</w:t>
      </w:r>
    </w:p>
    <w:p>
      <w:pPr>
        <w:jc w:val="right"/>
      </w:pPr>
      <w:r>
        <w:t>کہ خذوانیمناسککم کہمجھسےجوہےحجکے</w:t>
      </w:r>
    </w:p>
    <w:p>
      <w:r>
        <w:rPr>
          <w:b/>
        </w:rPr>
        <w:t xml:space="preserve">[55:38] </w:t>
      </w:r>
      <w:r>
        <w:t>ah rituals seekh lo shayad main iske baad jo hai is saal ke baad tum se meri mulaqat na ho to goya ke namaz ka maamla strictly rasool allah ka right hai ke unhi se seekhenge wo isi tarah jo hai zikr kiya hai wo rasool allah se hi hum seekhenge jaise ke abdullah bin</w:t>
      </w:r>
    </w:p>
    <w:p>
      <w:pPr>
        <w:jc w:val="right"/>
      </w:pPr>
      <w:r>
        <w:t>اہ ریچولسیکھلو شایدمیںاسکےبعد جوہے اسسالکےبعدتم سےمیریملاقاتنہیںہوگی تو گویاکہ نمازکامعاملہ اسٹرکٹلیرسولاللہکاوہرائٹہےکہہمانہیسےسیکھیںگےوہاسیطرحجوہےذکرکیاہےوہرسولاللہسےہیہمسیکھیںگےجیسےکہعبداللہبن</w:t>
      </w:r>
    </w:p>
    <w:p>
      <w:r>
        <w:rPr>
          <w:b/>
        </w:rPr>
        <w:t xml:space="preserve">[55:52] </w:t>
      </w:r>
      <w:r>
        <w:t>Masood ne humein batadiya to maloom yeh hua ke hamare ulama ne aah jis cheez ko bidat samajh kar Maulana ke bare mein objection kiya hai wo objection unka aah cheezon ko uske face value se lene ki wajah se hai agar jo hai yeh cheezein bidat hain to rasool Allah ne jo hai iska darwaza khula rakha hai isi bidat ka world life mein bidat ko rasool Allah sallallahu alaihi wasallam ne innovation ko jo hai ap</w:t>
      </w:r>
    </w:p>
    <w:p>
      <w:pPr>
        <w:jc w:val="right"/>
      </w:pPr>
      <w:r>
        <w:t>مسعودنے ہمیںبتادیا تو معلومیہہوا کہ ہمارے علم اءنے اہ جسچیزکو بدعتسمجھکر مول اناکےبارےمیں ابجیکشنکیاہے وہ ابجیکشنانکا اہ چیزوںکواسکےفیسویلیوسےلینےکیوجہ سےہے اگر جوہےیہچیزیں بدعتہیںتورسولاللہنےجوہےاسکاڈورتوکھلا رکھاہےاسیبدعتکا ورلڈلیافیئرزمیں بد عتکورسولاللہصلیاللہعلیہوسلمنے انویشنکوجوہے اپ</w:t>
      </w:r>
    </w:p>
    <w:p>
      <w:r>
        <w:rPr>
          <w:b/>
        </w:rPr>
        <w:t xml:space="preserve">[56:17] </w:t>
      </w:r>
      <w:r>
        <w:t>rishiyabl aitahay aur johe istarahke maamlaatmein jismein abdullah bin</w:t>
      </w:r>
    </w:p>
    <w:p>
      <w:pPr>
        <w:jc w:val="right"/>
      </w:pPr>
      <w:r>
        <w:t>ریشیایبلبتایاہے اور جوہے اسطرحکےمعاملاتمیںجسمیںعبداللہبن</w:t>
      </w:r>
    </w:p>
    <w:p>
      <w:r>
        <w:rPr>
          <w:b/>
        </w:rPr>
        <w:t xml:space="preserve">[56:21] </w:t>
      </w:r>
      <w:r>
        <w:t>masood ka objection hai istarah ke maamlaatmein johe mana kiya hai to baad ke daur mein bidat ke taur par kincheezon ko shumaar kiya gaya mein ishaare karunga aapko jaise yeh kaha gaya ke johe qadriya aur jabriya yaani insaan ki ah</w:t>
      </w:r>
    </w:p>
    <w:p>
      <w:pPr>
        <w:jc w:val="right"/>
      </w:pPr>
      <w:r>
        <w:t>مسعودکاابجیکشنہے اسطرح کےمعاملاتمیںجوہےمنعکیا ہے تو بعد کےدورمیں بدعتکےطورپر کنچیزوںکوشمارکیاگیا میں اشارےکروںگااپکو جیسےیہکہاگیا کہجوہےقد ریہاورجبریہ یعنی انسان کی اہ</w:t>
      </w:r>
    </w:p>
    <w:p>
      <w:r>
        <w:rPr>
          <w:b/>
        </w:rPr>
        <w:t xml:space="preserve">[56:34] </w:t>
      </w:r>
      <w:r>
        <w:t>qism tak ke baare mein johe bahs karna aur johe rasool allah ne jitna bataya hai usse zyada</w:t>
      </w:r>
    </w:p>
    <w:p>
      <w:pPr>
        <w:jc w:val="right"/>
      </w:pPr>
      <w:r>
        <w:t>قسم تکےبارےمیںجوہےبحثکرنااور جوہےرسولاللہنےجتنابتایاہےاسسےزیادہ</w:t>
      </w:r>
    </w:p>
    <w:p>
      <w:r>
        <w:rPr>
          <w:b/>
        </w:rPr>
        <w:t xml:space="preserve">[56:38] </w:t>
      </w:r>
      <w:r>
        <w:t>is silsile mein guftagu karna ah isko johe hamare ulama ne johe ah bidat kaha hai yaani jabriya aur qadriya ke jo</w:t>
      </w:r>
    </w:p>
    <w:p>
      <w:pPr>
        <w:jc w:val="right"/>
      </w:pPr>
      <w:r>
        <w:t>اسسلسلےمیں گفتگوکرنا اہاسکوجوہے ہمارے علماءنےجوہے اہ بدعتکہاہے یعنیجبریہاورقدریہکےجو</w:t>
      </w:r>
    </w:p>
    <w:p>
      <w:r>
        <w:rPr>
          <w:b/>
        </w:rPr>
        <w:t xml:space="preserve">[56:47] </w:t>
      </w:r>
      <w:r>
        <w:t>sect paida hua</w:t>
      </w:r>
    </w:p>
    <w:p>
      <w:pPr>
        <w:jc w:val="right"/>
      </w:pPr>
      <w:r>
        <w:t>سیکٹپیدا ہوا</w:t>
      </w:r>
    </w:p>
    <w:p>
      <w:r>
        <w:rPr>
          <w:b/>
        </w:rPr>
        <w:t xml:space="preserve">[56:48] </w:t>
      </w:r>
      <w:r>
        <w:t>isko unhone to bidat kaha kyun yeh rasool Allah ka haq hai qadar aur jo hai creation plan ke bare mein baat karna ke insan ka jo hai akhirat ka mamla kya hoga uski final destination ke bare mein yeh Khuda ke rasool ko hi haq hai to aah ismein jo koi nayi baat karega hum jo hai bilashuba uske bare mein kahenge ke woh mubtadi hai agarche woh Maulana Wahiduddin Khan hi kyun na ho</w:t>
      </w:r>
    </w:p>
    <w:p>
      <w:pPr>
        <w:jc w:val="right"/>
      </w:pPr>
      <w:r>
        <w:t>اسکوانہوںنےتوبدعتکہاکیوںیہرسولاللہکاحق ہے قدر اورجوہے کریشنپلانکےبارےمیںباتکرنا کہانسانکاجوہے اخرتکامعاملہکیاہوگااسکیفائنل ڈیسٹینیشنکےبارےمیںیہخداکےرسولکوہیحق ہے تو اہ اسمیںجوکوئینئیباتکرےگاہمجوہےبلاشبہاسکےبارےمیںکہیںگےکہوہمبتدیہےاگرچہکہوہمول انا وحید الدینخان ہیکیوںنہہو</w:t>
      </w:r>
    </w:p>
    <w:p>
      <w:r>
        <w:rPr>
          <w:b/>
        </w:rPr>
        <w:t xml:space="preserve">[57:10] </w:t>
      </w:r>
      <w:r>
        <w:t>lekin isi tarah aap dekhiye misal mein hamare ulama ne kisko bidat kaha Khuda ki jo sifat hain yani sam basar yad is silsile mein jo hai creativity dikhana innovation karna is silsile mein unhone kaha ke yeh bidat hai is silsile mein sahih tareeqa wohi hai jo ashabe rasool ka hai yeh to zaroor hum bidat kahenge</w:t>
      </w:r>
    </w:p>
    <w:p>
      <w:pPr>
        <w:jc w:val="right"/>
      </w:pPr>
      <w:r>
        <w:t>لیکن اسیطرحاپدیکھیےمثالمیں ہمارےعلماءنےکسکو بدعتکہا خداکیجو صفاتجوہیں یعنی سم عبصر ید اسسلسلےمیںجوہے کریٹیوٹیدکھانا انویشنکرنا اسسلسلےمیںانہوںنےکہاکہیہبدعتہے اسسلسلےمیںصحیحطریقہوہیہےجواصحابرسولکاہے یہتوضرورہمبدعتکہیں</w:t>
      </w:r>
    </w:p>
    <w:p>
      <w:r>
        <w:rPr>
          <w:b/>
        </w:rPr>
        <w:t xml:space="preserve">[57:30] </w:t>
      </w:r>
      <w:r>
        <w:t>agar Maulana ne is tarah ka koi work kiya hai aur ismein Maulana se ghalti hui hai to zaroor hum ulama ko yeh haq hai ke unko unke work ko jo hai heresy kahen hum bidat kahen lekin agar Maulana ne aisa koi kaam kiya hai jo intaha ilm be amoor e dunya kam ya discipline type category mein aata ho to usko bidat kehna apni besirteej ka jo hai khula aelan</w:t>
      </w:r>
    </w:p>
    <w:p>
      <w:pPr>
        <w:jc w:val="right"/>
      </w:pPr>
      <w:r>
        <w:t>گےاگر مول انانےاسطرحکاکوئیورککیاہے اور اسمیںمول اناسےغلطیہوئیہےتوضرورہمعلماءکویہحقہےکہانکو انکےورککوجوہےہیئرسی کہیںہمبدعتکہیں لیکن اگر مول انانے ایساکوئیکام کیاہے جو انتماعلم بیاموری دنیا کمیا ڈیٹسپولینیشنٹائپکیکیٹگریمیںاتاہو تواسکو بد عتکہنا اپنی بےبصیرتیکاجوہےکھلا اعلان</w:t>
      </w:r>
    </w:p>
    <w:p>
      <w:r>
        <w:rPr>
          <w:b/>
        </w:rPr>
        <w:t xml:space="preserve">[57:53] </w:t>
      </w:r>
      <w:r>
        <w:t>hai woh yeh batara hai ke humne jo hai cheezon ko aah uske face value par liya uski gehrai se uska mutala nahi kiya is wajah se hum Maulana ki jo hai aah aman ki guftagu ko dawati guftagu ko jo hai aah mubtadiyana interpretation keh rahe hain agar yeh mubtadiyana interpretation hai to yeh ilzam har musalman har asghar har mujaddid sab par yeh lagana humko padega sab par lagana padega jaise</w:t>
      </w:r>
    </w:p>
    <w:p>
      <w:pPr>
        <w:jc w:val="right"/>
      </w:pPr>
      <w:r>
        <w:t>ہے وہ یہبتارہاہےکہہمنےجوہےچیزوںکو اہاسکے فیسویلیوپرلیااسکی گہرائیسےاسکامطالعہنہیںکیا اسوجہ سےہممولاناکیجوہے اہامنکیگفتگوکودعوتیگفتگوکوجوہے اہ مبتدیانہ انٹرپریٹیشنکہہرہےہیں اگر یہ مبتدیانہانٹرپریٹیشنہےتویہ الزام ہرمس لح ہر اسک الر ہرمجد د سبپریہلگاناہمکوپڑےگا سبپریہلگاناپڑےگاجیس</w:t>
      </w:r>
    </w:p>
    <w:p>
      <w:r>
        <w:rPr>
          <w:b/>
        </w:rPr>
        <w:t xml:space="preserve">[58:20] </w:t>
      </w:r>
      <w:r>
        <w:t>sab se pehle yeh jo hai agar yeh heresy hai bidat hai to sab se pehle aap jo hai Uhud ki haar ke baad jo hai rasool Allah sallallahu alaihi wasallam ne intaha ilm be amoor e dunya kam ke tehat jo hai aah trench strategy istemal ki khandaq ki strategy apne istemal ki to kya yeh bidat thi ke aap usko bidat kahenge yeh jo hai uski category mein aayega jisme rasool Allah sallallahu alaihi wasallam ne pehle hi kaha tha tabeer e nakhl ke waqe mein intaha ilm be amoor e dunya kam</w:t>
      </w:r>
    </w:p>
    <w:p>
      <w:pPr>
        <w:jc w:val="right"/>
      </w:pPr>
      <w:r>
        <w:t>ےسبسےپہلے یہجوہے اگر یہ ہیئرسیہے بد عتہےتوسبسےپہلے اپجوہے احد کیہارکےبعدجوہےرسولاللہصلیاللہعلیہوسلمنے انت م اعلم بیاموریدنیا کمکےتحت جوہے اہ ٹرنچ سٹریٹیجیاستعمالکی خندقکی سٹریٹیجیاپنےاستعمالکی توکیا یہبدعتتھیکہاپاسکوبدعتکہیںگے یہجوہےاسکیٹگری میںائےگاجسمیںرسولاللہصلیاللہعلیہوسلمنےپہلےہیکہاتھا تعبیرنخلکےواقع ےمیںانتماعلم بیاموریدنیا کم</w:t>
      </w:r>
    </w:p>
    <w:p>
      <w:r>
        <w:rPr>
          <w:b/>
        </w:rPr>
        <w:t xml:space="preserve">[58:45] </w:t>
      </w:r>
      <w:r>
        <w:t>ahad mein ek strategy fail hui to rasool allah sallallahu alaihi wasallam johe</w:t>
      </w:r>
    </w:p>
    <w:p>
      <w:pPr>
        <w:jc w:val="right"/>
      </w:pPr>
      <w:r>
        <w:t>احدمیںایکسٹریٹیجیفیل ہوئی تورسولاللہصلیاللہعلیہوسلمجوہے</w:t>
      </w:r>
    </w:p>
    <w:p>
      <w:r>
        <w:rPr>
          <w:b/>
        </w:rPr>
        <w:t xml:space="preserve">[58:49] </w:t>
      </w:r>
      <w:r>
        <w:t>back step par chal gaye aur ah khandaq ke andar isko chhod diya</w:t>
      </w:r>
    </w:p>
    <w:p>
      <w:pPr>
        <w:jc w:val="right"/>
      </w:pPr>
      <w:r>
        <w:t>بیکسٹیپپرچلےگئےاور ا ہخندقکےاندراسکوچھوڑدیا</w:t>
      </w:r>
    </w:p>
    <w:p>
      <w:r>
        <w:rPr>
          <w:b/>
        </w:rPr>
        <w:t xml:space="preserve">[58:53] </w:t>
      </w:r>
      <w:r>
        <w:t>goya ke iske andar apne innovation ka raasta apnaya ek sahabi ne badr ki jang ke waqt kaha ke rasool allah jahan aap camp kiye hue hain yeh koi jagah nahi hai</w:t>
      </w:r>
    </w:p>
    <w:p>
      <w:pPr>
        <w:jc w:val="right"/>
      </w:pPr>
      <w:r>
        <w:t>گویاکہاسکےاندراپنے ان ویشنکاراستہاپنایا ایک صحابینےبدر کیجنگ کےوقت کہا کہرسولاللہ جہاںاپکیمپکیےہوئےہیںیہکوئیجگہنہیںہے</w:t>
      </w:r>
    </w:p>
    <w:p>
      <w:r>
        <w:rPr>
          <w:b/>
        </w:rPr>
        <w:t xml:space="preserve">[59:01] </w:t>
      </w:r>
      <w:r>
        <w:t>to rasool allah ne poocha yeh kya baat hai tum aise kyun keh rahe ho to usne johe iska reason bataya ke yahan hum thehrenge to hum paani se mehroom reh jayenge aur woh log paani piyenge</w:t>
      </w:r>
    </w:p>
    <w:p>
      <w:pPr>
        <w:jc w:val="right"/>
      </w:pPr>
      <w:r>
        <w:t>تورسولاللہنےپوچھاکہیہکیاباتہےتمایسےکیوںکہہرہےہو تواسنےجوہےاسکاریزنبتایاکہیہاںہمٹھہریںگے توہمپانیسےمحرومرہیںگےاوروہلوگپانیپیئیںگے</w:t>
      </w:r>
    </w:p>
    <w:p>
      <w:r>
        <w:rPr>
          <w:b/>
        </w:rPr>
        <w:t xml:space="preserve">[59:10] </w:t>
      </w:r>
      <w:r>
        <w:t>agar hum apni position badal lenge to hum paani hum ko paani milega</w:t>
      </w:r>
    </w:p>
    <w:p>
      <w:pPr>
        <w:jc w:val="right"/>
      </w:pPr>
      <w:r>
        <w:t>اگر ہماپنی پوزیشنبدللیںگےتوہمپانیہمکوپانیملےگا</w:t>
      </w:r>
    </w:p>
    <w:p>
      <w:r>
        <w:rPr>
          <w:b/>
        </w:rPr>
        <w:t xml:space="preserve">[59:13] </w:t>
      </w:r>
      <w:r>
        <w:t>aur woh paani se mehroom honge to rasool allah sallallahu alaihi wasallam ne is sahabi ko khush hokar kaha qad ji'tal ra'y</w:t>
      </w:r>
    </w:p>
    <w:p>
      <w:pPr>
        <w:jc w:val="right"/>
      </w:pPr>
      <w:r>
        <w:t>اوروہ پانیسےمحرومہوںگےتورسولاللہصلیاللہعلیہوسلمنےاسصحابیکوخوشہوکرکہالقدجئتبالرائے</w:t>
      </w:r>
    </w:p>
    <w:p>
      <w:r>
        <w:rPr>
          <w:b/>
        </w:rPr>
        <w:t xml:space="preserve">[59:18] </w:t>
      </w:r>
      <w:r>
        <w:t>tum ne to jo hai ek great opinion great aah idea pesh kiya hai to rasool Allah sallallahu alaihi wasallam ne welcome kiya usko aur kaha ke jo hai ummat ke liye yeh namuna hai ke woh kis cheez mein jo hai darwaza ko band rakhen aur kis cheez mein darwaza ko khula rakhen</w:t>
      </w:r>
    </w:p>
    <w:p>
      <w:pPr>
        <w:jc w:val="right"/>
      </w:pPr>
      <w:r>
        <w:t>تم نےتوجوہےایک گریٹاوپینین گریٹ اہائیڈیاپیشکیاہے تورسولاللہصلیاللہعلیہوسلمنےویلکمکیا اسکو اورکہاکہجوہے امتکےلیےیہنمونہہے کہوہ کسچیزمیںجوہےڈورکوبندرکھیںاورکسچیزمیںڈورکو کھلا رکھیں</w:t>
      </w:r>
    </w:p>
    <w:p>
      <w:r>
        <w:rPr>
          <w:b/>
        </w:rPr>
        <w:t xml:space="preserve">[59:32] </w:t>
      </w:r>
      <w:r>
        <w:t>lekin baad ke daur mein hamare ulama ka jo understanding level kam hota gaya</w:t>
      </w:r>
    </w:p>
    <w:p>
      <w:pPr>
        <w:jc w:val="right"/>
      </w:pPr>
      <w:r>
        <w:t>لیکن بعد کےدورمیں ہمارے علم اءکاجو اہ انڈرسٹینڈنگلیولکمہوتاگیا</w:t>
      </w:r>
    </w:p>
    <w:p>
      <w:r>
        <w:rPr>
          <w:b/>
        </w:rPr>
        <w:t xml:space="preserve">[59:38] </w:t>
      </w:r>
      <w:r>
        <w:t>تو انہوں نے ہر چیز کو بدعت کے خانے میں ڈالنا شروع کیا اب گویا کہ جو ہے اگر آپ</w:t>
      </w:r>
    </w:p>
    <w:p>
      <w:pPr>
        <w:jc w:val="right"/>
      </w:pPr>
      <w:r>
        <w:t>تو انہوںنےہرچیزکوبد عتکےخانےمیںڈالناشروع کیا اب گویاکہجوہےاگراپ</w:t>
      </w:r>
    </w:p>
    <w:p>
      <w:r>
        <w:rPr>
          <w:b/>
        </w:rPr>
        <w:t xml:space="preserve">[59:43] </w:t>
      </w:r>
      <w:r>
        <w:t>نی ومسٹی بنائیں گے تو بھی جو ہے ہمارے علماء کی تشریح کے مطابق نیو مسٹی بھی ایک بدعت ہو جائے گی</w:t>
      </w:r>
    </w:p>
    <w:p>
      <w:pPr>
        <w:jc w:val="right"/>
      </w:pPr>
      <w:r>
        <w:t>نی ومسٹیبنائیںگےتوبھیجوہےہمارےعلماءکیتشریحکےمطابق نیومسٹیبھیایکبدعتہوجائےگی</w:t>
      </w:r>
    </w:p>
    <w:p>
      <w:r>
        <w:rPr>
          <w:b/>
        </w:rPr>
        <w:t xml:space="preserve">[59:49] </w:t>
      </w:r>
      <w:r>
        <w:t>muhammad bin salman ki to haalankeh johe new mustehosakta hai</w:t>
      </w:r>
    </w:p>
    <w:p>
      <w:pPr>
        <w:jc w:val="right"/>
      </w:pPr>
      <w:r>
        <w:t>محمد بنسلمانکی تو حالانکہجوہےنیومسٹیہوسکتاہے</w:t>
      </w:r>
    </w:p>
    <w:p>
      <w:r>
        <w:rPr>
          <w:b/>
        </w:rPr>
        <w:t xml:space="preserve">[59:53] </w:t>
      </w:r>
      <w:r>
        <w:t>انتماعلم بیاموریدنیا کے تحت ہم اس کی اسٹڈی کریں تو یہاں سمجھنے کی بات یہ ہے مولانا یہ کہتے ہیں کہ بعد</w:t>
      </w:r>
    </w:p>
    <w:p>
      <w:pPr>
        <w:jc w:val="right"/>
      </w:pPr>
      <w:r>
        <w:t>انتماعلم بیاموریدنیا کےتحت ہماسکیاسٹڈیکریں تو یہاںسمجھنےکیباتیہہےمولانایہکہتےہیںکہبعد</w:t>
      </w:r>
    </w:p>
    <w:p>
      <w:r>
        <w:rPr>
          <w:b/>
        </w:rPr>
        <w:t xml:space="preserve">[59:59] </w:t>
      </w:r>
      <w:r>
        <w:t>کے دور میں جو بڑا degradation ہوا، deviation ہوا، وہ یہ کہ جس چیپٹر کو رسول اللہ نے لاک کر دیا تھا اس کو تو</w:t>
      </w:r>
    </w:p>
    <w:p>
      <w:pPr>
        <w:jc w:val="right"/>
      </w:pPr>
      <w:r>
        <w:t>کےدورمیں جو بڑا ڈی گریڈیشنہوا ڈیویایشنہوا وہیہ کہ جس چیپٹرکورسولاللہنےلاککردیاتھااسکوتو</w:t>
      </w:r>
    </w:p>
    <w:p>
      <w:r>
        <w:rPr>
          <w:b/>
        </w:rPr>
        <w:t xml:space="preserve">[1:00:07] </w:t>
      </w:r>
      <w:r>
        <w:t>khula rakhha jaise hamare sufia ne</w:t>
      </w:r>
    </w:p>
    <w:p>
      <w:pPr>
        <w:jc w:val="right"/>
      </w:pPr>
      <w:r>
        <w:t>کھلا رکھاجیسےہمارےصوفیاءنے</w:t>
      </w:r>
    </w:p>
    <w:p>
      <w:r>
        <w:rPr>
          <w:b/>
        </w:rPr>
        <w:t xml:space="preserve">[1:00:09] </w:t>
      </w:r>
      <w:r>
        <w:t>نئےنئےانہوں نےجوہے rich rules اور exercise ایجادکی</w:t>
      </w:r>
    </w:p>
    <w:p>
      <w:pPr>
        <w:jc w:val="right"/>
      </w:pPr>
      <w:r>
        <w:t>نئےنئےانہوں نےجوہے ریچ ولزاورایکسرسائزایجادکی</w:t>
      </w:r>
    </w:p>
    <w:p>
      <w:r>
        <w:rPr>
          <w:b/>
        </w:rPr>
        <w:t xml:space="preserve">[1:00:13] </w:t>
      </w:r>
      <w:r>
        <w:t>عبادت کے نام پر حالانکہ اس میں جو ہے full stop لگا ہوا تھا اور بعد میں ہمارے علماء نے یہ کہا کہ ما ترک الاول للاخریشی عہ جس چیز میں رسول اللہ نے ڈور کھلا رکھا تھا اس سلسلے میں ہمارے</w:t>
      </w:r>
    </w:p>
    <w:p>
      <w:pPr>
        <w:jc w:val="right"/>
      </w:pPr>
      <w:r>
        <w:t>عبادتکےنامپر حالانکہاسمیںجوہےفلسٹاپلگاہواتھا اور بعدمیںہمارےعلم اءنےیہکہا کہ ما ترک الاول للاخریشی عہ جسچیزمیںرسولاللہنے ڈورکھلا رکھاتھااسسلسلےمیںہمارے</w:t>
      </w:r>
    </w:p>
    <w:p>
      <w:r>
        <w:rPr>
          <w:b/>
        </w:rPr>
        <w:t xml:space="preserve">[1:00:24] </w:t>
      </w:r>
      <w:r>
        <w:t>علماءنےکہا کہ اگلوںنےاتنازیادہ creativity سےکاملیاہےکہابنئیکریٹیوٹیاوراجتہادکیضرورتنہیںہے</w:t>
      </w:r>
    </w:p>
    <w:p>
      <w:pPr>
        <w:jc w:val="right"/>
      </w:pPr>
      <w:r>
        <w:t>علماءنےکہا کہ اگلوںنےاتنازیادہ کریٹیوٹیسےکاملیاہےکہابنئیکریٹیوٹیاوراجتہادکیضرورتنہیںہے</w:t>
      </w:r>
    </w:p>
    <w:p>
      <w:r>
        <w:rPr>
          <w:b/>
        </w:rPr>
        <w:t xml:space="preserve">[1:00:33] </w:t>
      </w:r>
      <w:r>
        <w:t>to goya ke johe jis dor ko rasool allah ne khud khula rakhha hai hum aage badh kar isko band karna chahte hain</w:t>
      </w:r>
    </w:p>
    <w:p>
      <w:pPr>
        <w:jc w:val="right"/>
      </w:pPr>
      <w:r>
        <w:t>تو گویاکہجوہے جس ڈورکورسولاللہنےخودکھلا رکھاہے ہماگےبڑھکےاسکوبندکرناچاہتےہیں</w:t>
      </w:r>
    </w:p>
    <w:p>
      <w:r>
        <w:rPr>
          <w:b/>
        </w:rPr>
        <w:t xml:space="preserve">[1:00:39] </w:t>
      </w:r>
      <w:r>
        <w:t>to hamein johe is silsile mein johe do baaton ko</w:t>
      </w:r>
    </w:p>
    <w:p>
      <w:pPr>
        <w:jc w:val="right"/>
      </w:pPr>
      <w:r>
        <w:t>تو ہمیںجوہے اس سلسلےمیںجوہےدوباتوںکو</w:t>
      </w:r>
    </w:p>
    <w:p>
      <w:r>
        <w:rPr>
          <w:b/>
        </w:rPr>
        <w:t xml:space="preserve">[1:00:42] </w:t>
      </w:r>
      <w:r>
        <w:t>samajhna padega ke woh kaun si woh baatein hain jinmein dor band hai aur kaun si woh baatein hain jinmein qayamat tak dor chaal hai</w:t>
      </w:r>
    </w:p>
    <w:p>
      <w:pPr>
        <w:jc w:val="right"/>
      </w:pPr>
      <w:r>
        <w:t>سمجھناپڑےگا کہوہکونسیوہباتیںہیںجسمیں ڈوربندہےاورکونسیوہباتیںہیںجسمیںقیامتتکڈورچالوہے</w:t>
      </w:r>
    </w:p>
    <w:p>
      <w:r>
        <w:rPr>
          <w:b/>
        </w:rPr>
        <w:t xml:space="preserve">[1:00:48] </w:t>
      </w:r>
      <w:r>
        <w:t>to woh baatein jinmein dor band hai agar hum</w:t>
      </w:r>
    </w:p>
    <w:p>
      <w:pPr>
        <w:jc w:val="right"/>
      </w:pPr>
      <w:r>
        <w:t>تو وہ باتیںجنمیںڈوربندہےاگرہم</w:t>
      </w:r>
    </w:p>
    <w:p>
      <w:r>
        <w:rPr>
          <w:b/>
        </w:rPr>
        <w:t xml:space="preserve">[1:00:51] </w:t>
      </w:r>
      <w:r>
        <w:t>isko ah ek neat shil mein kehna chahein to hum yeh kahenge ke johe</w:t>
      </w:r>
    </w:p>
    <w:p>
      <w:pPr>
        <w:jc w:val="right"/>
      </w:pPr>
      <w:r>
        <w:t>اسکو اہ ایک نیٹشیلمیںکہناچاہیں توہمیہکہیںگےکہجوہے</w:t>
      </w:r>
    </w:p>
    <w:p>
      <w:r>
        <w:rPr>
          <w:b/>
        </w:rPr>
        <w:t xml:space="preserve">[1:00:56] </w:t>
      </w:r>
      <w:r>
        <w:t>ibadati rasoom jaise namaz aur roza aur hajj isi tarah johe zikr ke rasoom isi tarah johe krishn palana aur akhirat ki baatein</w:t>
      </w:r>
    </w:p>
    <w:p>
      <w:pPr>
        <w:jc w:val="right"/>
      </w:pPr>
      <w:r>
        <w:t>عباد تی رسوم جیسےنماز اور روز ہاور حج اسیطرح جوہےذکرکےرسوم اسیطرح جوہےکریشنپلاناوراخرتکیباتیں</w:t>
      </w:r>
    </w:p>
    <w:p>
      <w:r>
        <w:rPr>
          <w:b/>
        </w:rPr>
        <w:t xml:space="preserve">[1:01:04] </w:t>
      </w:r>
      <w:r>
        <w:t>aur isi tarah johe qadriya aur jabriya jaisi yeh isi tarah johe sifat khuda wandi mein johe ulama ke maslak se hatna yeh sab johe bidat mein shumar hoga isi tarah johe nabuwat ko johe rasool allah sallallahu alaihi wasallam ne kaha ke ana khatamun nabiyyin</w:t>
      </w:r>
    </w:p>
    <w:p>
      <w:pPr>
        <w:jc w:val="right"/>
      </w:pPr>
      <w:r>
        <w:t>اور اسیطرح جوہے قدریہاورجبریہ جیسییہ اسیطرح جوہےصفات خداوندیمیںجوہے علماءکےمسلکسےہٹنا یہسبجوہے بدعتمیںشمارہوگا اسیطرحجوہےنبوتکوجوہےرسولاللہصلیاللہعلیہوسلمنےکہاکہاناخاتمالنبیین</w:t>
      </w:r>
    </w:p>
    <w:p>
      <w:r>
        <w:rPr>
          <w:b/>
        </w:rPr>
        <w:t xml:space="preserve">[1:01:18] </w:t>
      </w:r>
      <w:r>
        <w:t>yaani ismein lock johe nakhuda ne khud band kar diya hai to hum kahenge ke johe jis kisi ne bhi slightly is silsile mein</w:t>
      </w:r>
    </w:p>
    <w:p>
      <w:pPr>
        <w:jc w:val="right"/>
      </w:pPr>
      <w:r>
        <w:t>یعنیاسمیںلاکجوہےناخدانےخودبندکردیاہے توہمکہیںگےکہجوہے جس کسی نےبھی سلائٹسٹلی اسسلسلےمیں</w:t>
      </w:r>
    </w:p>
    <w:p>
      <w:r>
        <w:rPr>
          <w:b/>
        </w:rPr>
        <w:t xml:space="preserve">[1:01:25] </w:t>
      </w:r>
      <w:r>
        <w:t>galti ki woh jo hai total gumrah hua slightest bhi khatam e nabuwat ke bare mein usne galti ki to hum kahenge ke woh jo hai aah greatest heresy ka shikar ho gaya hai</w:t>
      </w:r>
    </w:p>
    <w:p>
      <w:pPr>
        <w:jc w:val="right"/>
      </w:pPr>
      <w:r>
        <w:t>غلطیکیوہجوہے ٹوٹلگمراہہوا سلائٹسٹلیبھیختمنبوتکےبارےمیںاسنےغلطیکیتوہمکہیںگےکہوہجوہے اہ گریٹسٹ ہیئرسیکاشکارہوگیاہے</w:t>
      </w:r>
    </w:p>
    <w:p>
      <w:r>
        <w:rPr>
          <w:b/>
        </w:rPr>
        <w:t xml:space="preserve">[1:01:36] </w:t>
      </w:r>
      <w:r>
        <w:t>بڑی بدعت کا وہ شکار ہو گیا ہے لیکن اگر کسی نے احد کے بجائے ا ٹرینچ والی اسٹریٹیجی، خندق والی اسٹریٹیجی استعمال</w:t>
      </w:r>
    </w:p>
    <w:p>
      <w:pPr>
        <w:jc w:val="right"/>
      </w:pPr>
      <w:r>
        <w:t>بڑی بدعتکاوہشکارہوگیاہے لیکن اگر کسی نے اہاحدکےبجائے اہ ٹرنچوالی سٹریٹیجیخندقوالیسٹریٹیجیاستعمال</w:t>
      </w:r>
    </w:p>
    <w:p>
      <w:r>
        <w:rPr>
          <w:b/>
        </w:rPr>
        <w:t xml:space="preserve">[1:01:43] </w:t>
      </w:r>
      <w:r>
        <w:t>ki badr ki strategy istemaal kiya aur yeh kaha jaise ke molana ne ulama aur daur jadeed mein hamare ulama ko bataya</w:t>
      </w:r>
    </w:p>
    <w:p>
      <w:pPr>
        <w:jc w:val="right"/>
      </w:pPr>
      <w:r>
        <w:t>کی بدرکیسٹریٹیجیاستعمال کیاوریہکہا جیسےکہمول انانےعلماءاوردور جدیدمیںہمارےعلماءکوبتایا</w:t>
      </w:r>
    </w:p>
    <w:p>
      <w:r>
        <w:rPr>
          <w:b/>
        </w:rPr>
        <w:t xml:space="preserve">[1:01:49] </w:t>
      </w:r>
      <w:r>
        <w:t>کہ دست کاریکےدورمیں رہ کر صنعتی قوموںسےٹکرانا industrial powers سےٹکر انا یہجوہے اہ اخریٹائپکیجوہےنادانیہے</w:t>
      </w:r>
    </w:p>
    <w:p>
      <w:pPr>
        <w:jc w:val="right"/>
      </w:pPr>
      <w:r>
        <w:t>کہ دست کاریکےدورمیں رہ کر صنعتی قوموںسےٹکرانا انڈسٹر یلائز پاورسےٹکر انا یہجوہے اہ اخریٹائپکیجوہےنادانیہے</w:t>
      </w:r>
    </w:p>
    <w:p>
      <w:r>
        <w:rPr>
          <w:b/>
        </w:rPr>
        <w:t xml:space="preserve">[1:01:59] </w:t>
      </w:r>
      <w:r>
        <w:t>to isko hum yeh kahenge ke molana ne johe koi bidat ki yeh hamari apni nadani ka k sab ban jayega na keh</w:t>
      </w:r>
    </w:p>
    <w:p>
      <w:pPr>
        <w:jc w:val="right"/>
      </w:pPr>
      <w:r>
        <w:t>تو اسکوہمیہکہیںگےکہمول انانےجوہےکوئی بدعتکی یہہماریاپنی نادانیکاکیسبنجائےگانہکہ</w:t>
      </w:r>
    </w:p>
    <w:p>
      <w:r>
        <w:rPr>
          <w:b/>
        </w:rPr>
        <w:t xml:space="preserve">[1:02:05] </w:t>
      </w:r>
      <w:r>
        <w:t>molana ke</w:t>
      </w:r>
    </w:p>
    <w:p>
      <w:pPr>
        <w:jc w:val="right"/>
      </w:pPr>
      <w:r>
        <w:t>مول اناکے</w:t>
      </w:r>
    </w:p>
    <w:p>
      <w:r>
        <w:rPr>
          <w:b/>
        </w:rPr>
        <w:t xml:space="preserve">[1:02:06] </w:t>
      </w:r>
      <w:r>
        <w:t>bidat ka k sab to jahan tak maine molana ka study kiya molana ke saare lecture mein</w:t>
      </w:r>
    </w:p>
    <w:p>
      <w:pPr>
        <w:jc w:val="right"/>
      </w:pPr>
      <w:r>
        <w:t>بدعتکاکیس تو جہاںتکمیںنےمول اناکیاسٹڈیکی مول اناکےسارےلٹریچرمیں</w:t>
      </w:r>
    </w:p>
    <w:p>
      <w:r>
        <w:rPr>
          <w:b/>
        </w:rPr>
        <w:t xml:space="preserve">[1:02:11] </w:t>
      </w:r>
      <w:r>
        <w:t>sirf johe is anmouzuatperguftgokihaigaaihai jo</w:t>
      </w:r>
    </w:p>
    <w:p>
      <w:pPr>
        <w:jc w:val="right"/>
      </w:pPr>
      <w:r>
        <w:t>صرف جوہے اس انموضوعاتپرگفتگوکیگئیہےجو</w:t>
      </w:r>
    </w:p>
    <w:p>
      <w:r>
        <w:rPr>
          <w:b/>
        </w:rPr>
        <w:t xml:space="preserve">[1:02:15] </w:t>
      </w:r>
      <w:r>
        <w:t>trench badar ahad se taluqrakhtehaikahi mol anane johe ek slaitst bhiaas silsle mein johe</w:t>
      </w:r>
    </w:p>
    <w:p>
      <w:pPr>
        <w:jc w:val="right"/>
      </w:pPr>
      <w:r>
        <w:t>ٹرنچ بدر احد سے تعلقرکھتےہیں کہیںمول انانےجوہےایک سلائٹسٹبھیاسسلسلےمیںجوہے</w:t>
      </w:r>
    </w:p>
    <w:p>
      <w:r>
        <w:rPr>
          <w:b/>
        </w:rPr>
        <w:t xml:space="preserve">[1:02:21] </w:t>
      </w:r>
      <w:r>
        <w:t>ghaltin nahinkijisme johe dor dor lak kardiya gaya hai to main samjhatahon kah johe is o sahat se</w:t>
      </w:r>
    </w:p>
    <w:p>
      <w:pPr>
        <w:jc w:val="right"/>
      </w:pPr>
      <w:r>
        <w:t>غلطینہیںکیجسمیںجوہےڈور ڈورلاککردیاگیاہے تو میںسمجھتاہوںکہجوہےاسوضاحتسے</w:t>
      </w:r>
    </w:p>
    <w:p>
      <w:r>
        <w:rPr>
          <w:b/>
        </w:rPr>
        <w:t xml:space="preserve">[1:02:27] </w:t>
      </w:r>
      <w:r>
        <w:t>ahbd at aur johe ajtehad ahaiyersi end krietitekajo</w:t>
      </w:r>
    </w:p>
    <w:p>
      <w:pPr>
        <w:jc w:val="right"/>
      </w:pPr>
      <w:r>
        <w:t>اہبد عت اور جوہے اجتہاد اہہیئرسی اینڈکریٹیوٹیکاجو</w:t>
      </w:r>
    </w:p>
    <w:p>
      <w:r>
        <w:rPr>
          <w:b/>
        </w:rPr>
        <w:t xml:space="preserve">[1:02:33] </w:t>
      </w:r>
      <w:r>
        <w:t>islam mein jo farqrakha gaya hai woh behtachhit ah hamare nazrenkosamajh mein agaya ho ga</w:t>
      </w:r>
    </w:p>
    <w:p>
      <w:pPr>
        <w:jc w:val="right"/>
      </w:pPr>
      <w:r>
        <w:t>اسلام میںجوفرقرکھاگیاہے وہ بہتاچھیطرح اہہمارےناظرینکوسمجھمیںاگیاہوگ</w:t>
      </w:r>
    </w:p>
    <w:p>
      <w:r>
        <w:rPr>
          <w:b/>
        </w:rPr>
        <w:t xml:space="preserve">[1:02:38] </w:t>
      </w:r>
      <w:r>
        <w:t>aah hum mazeed koshish aur koshish study se jo hai is masle ko samajh sakte hain ji Assalamualaikum bahut shukriya Maulana Fayyazuddin sahib j aap ne achhe andaz se wazahat ki ke amr e deen mein kya matlab hai amr e dunya mein kya matlab</w:t>
      </w:r>
    </w:p>
    <w:p>
      <w:pPr>
        <w:jc w:val="right"/>
      </w:pPr>
      <w:r>
        <w:t>ا ہممزید کوششاور کوشش اسٹڈیسےجوہےاسمسئلےکو سمجھسکتےہیں جی السلامعلیکم بہت شکریہ مول انافیاض الدینصاحب ج یاپ نے اچھے اند ازسے وضاحتکی کہ امر دینمیں کیا مطلب ہے امردنیا میںکیا مطلب</w:t>
      </w:r>
    </w:p>
    <w:p>
      <w:r>
        <w:rPr>
          <w:b/>
        </w:rPr>
        <w:t xml:space="preserve">[1:02:58] </w:t>
      </w:r>
      <w:r>
        <w:t>hai to aap ne bahut achhe tarike se bataya ke jo log Maulana ki baaton ko bidat shumar karte hain woh asal mein bidat kya hoti hai aur kin cheezon mein bidat ghair matlooba hoti hai aur kin cheezon mein ijtehad ki zaroorat hai jismein jadeed aur asr e hazir jadeed asr e hazir aur asri taqazon ka khayal kiya jata hai uski tafreeq karke bat</w:t>
      </w:r>
    </w:p>
    <w:p>
      <w:pPr>
        <w:jc w:val="right"/>
      </w:pPr>
      <w:r>
        <w:t>ہے تواپ نے بہتاچھےطریقےسے بتایا کہجولوگ مول اناکیباتوںکو بد عت شمارکرتے ہیں وہ اصلمیں بد عتکیا ہوتیہے اور کن چیزوںمیں بد عت غیر مطلوبہوتیہے اور کن چیزوںمیں اجتہادکیضرورت ہے جسمیں جدید اور عصرحاضرجدید عصر حاضر اور عصری تقاضوںکالحاظکیا جاتا ہےاسکی تفریق کرکےبت</w:t>
      </w:r>
    </w:p>
    <w:p>
      <w:r>
        <w:rPr>
          <w:b/>
        </w:rPr>
        <w:t xml:space="preserve">[1:03:28] </w:t>
      </w:r>
      <w:r>
        <w:t>aya bahut shukriya aap ka ab aate hain agle sawal par ke is woh hasana Quran mein jo istemal hua hai uspar Maulana ne kuch likhne ki kuch wazahat karne ki koshish ki uska ek background hai</w:t>
      </w:r>
    </w:p>
    <w:p>
      <w:pPr>
        <w:jc w:val="right"/>
      </w:pPr>
      <w:r>
        <w:t>ایا بہت شکریہاپکا اباتےہیں اگلےسوال پر کہ اس وہحسنہ قرانمیںجو استعمال ہواہے اسپر مول انانےکچھ لکھ نےکی کچھ وضاحتکرنے کی کوششکی اسکاایک بیکگراؤنڈہے</w:t>
      </w:r>
    </w:p>
    <w:p>
      <w:r>
        <w:rPr>
          <w:b/>
        </w:rPr>
        <w:t xml:space="preserve">[1:03:50] </w:t>
      </w:r>
      <w:r>
        <w:t>is buniyad par Maulana ne zaroor iski wazahat ki jaye taake hamare liye aah qabil e amal rasta kya ho woh maloom ho aur waqe'i mein rasool Allah sallallahu alaihi wasallam ka is woh hamare liye kaise namuna ban sakta hai uski wazahat ki jaye</w:t>
      </w:r>
    </w:p>
    <w:p>
      <w:pPr>
        <w:jc w:val="right"/>
      </w:pPr>
      <w:r>
        <w:t>اس بنی ادپر مول انانےضروریسمجھا کہ اسکیوضاحتکی جائے تاکہ ہمارےلیے اہقابل عمل راستہکیا ہو وہ معلوم ہو اور واقع یمیںرسولاللہصلیاللہعلیہوسلمکااسوہہمارےلیے کیسےنمونہبنسکتاہےاسکیوضاحتکیجائے</w:t>
      </w:r>
    </w:p>
    <w:p>
      <w:r>
        <w:rPr>
          <w:b/>
        </w:rPr>
        <w:t xml:space="preserve">[1:04:11] </w:t>
      </w:r>
      <w:r>
        <w:t>to Maulana Anaitullah Omri sahib se hum mazeed janne ki koshish karenge ke Maulana ne Maulana Wahiduddin Khan sahib ne is woh hasana aur is woh kamilah ki tafreeq aakhir kyun ki uski wazahat farmayein ji Maulana Iqbal sahib yeh bahut achha sawal hai aur mein chahunga hath ke iski mazeed wazahat ki jaye</w:t>
      </w:r>
    </w:p>
    <w:p>
      <w:pPr>
        <w:jc w:val="right"/>
      </w:pPr>
      <w:r>
        <w:t>تو مول انا عن ایتاللہعمریصاحبسے ہم مزید جاننےکیکوششکریںگےکہ مول انانے مول اناوحید الدین خان صاحبنے اس وہحسنہاور اسوہ کاملہکی تفریق اخر کیوں کی اسکیوضاحتفرمائیں جی مول انااقبال صاحبیہ بہت اچھاسوال ہے اور میں چاہبھیرہاتھاکہاسکی مزید وضاحتکیجائے</w:t>
      </w:r>
    </w:p>
    <w:p>
      <w:r>
        <w:rPr>
          <w:b/>
        </w:rPr>
        <w:t xml:space="preserve">[1:04:40] </w:t>
      </w:r>
      <w:r>
        <w:t>dekhiye sab se pehle mein apni baat ka answer karne se pehle yeh bata doon ke Maulana ka mamla aisa nahi hai ke woh is woh kamilah ka lafz istemal nahi karte hain ya nahi mante hain Maulana ne wazeh taur par isi mazmoon mein jo maine is se pehle aapka hawala diya mutala e Seerat ismein likha hai ke asli aitbar se rasool Allah sallallahu alaihi wasallam ka is woh is woh kamilah hai</w:t>
      </w:r>
    </w:p>
    <w:p>
      <w:pPr>
        <w:jc w:val="right"/>
      </w:pPr>
      <w:r>
        <w:t>دیکھیے سبسےپہلے میں اپنی بات کاانسرکرنےسےپہلے یہبتادوں کہ مول اناکامعاملہایسانہیںکہوہاسوہکاملہکالفظاستعمالنہیں کرتے ہیںیانہیں مانتےہیں مول انانے واضحطورپر اسی مضمونمیںجومیںنے اسسےپہلےاپکاحوالہ دیا مطالعہسیرت اسمیںلکھاہےکہ اص ولی اعت بارسے رسول اللہ صلیاللہعلیہوسلمکااسوہاسوہکاملہہے</w:t>
      </w:r>
    </w:p>
    <w:p>
      <w:r>
        <w:rPr>
          <w:b/>
        </w:rPr>
        <w:t xml:space="preserve">[1:05:09] </w:t>
      </w:r>
      <w:r>
        <w:t>baitbar e fehrist aap jo hai isko koi fehrist tayar nahi kar sakte jismein aap yeh keh sakein ke nabi (SAW) ka aswa kamila hai to molana ne bohat achhi achhi farq kiya hai aur lekin ab ek sawal yeh hai ke yeh tafreeq molana ne kyun ki kyun zaroorat pesh aayi kya khwaham khwah ek controversy create karna yeh molana ka maqsad tha</w:t>
      </w:r>
    </w:p>
    <w:p>
      <w:pPr>
        <w:jc w:val="right"/>
      </w:pPr>
      <w:r>
        <w:t>باعتبار فہرست اپ جوہےایسیکوئیفہرست تیار نہیںکرسکتےجسمیںاپیہکہہسکیں کہ نبیصلیاللہ علیہوسلم کااسوہکاملہہے تو مول انانے بہت اچھی اچھافرقکیاہے اور لیکن ابایکسوال یہہےکہیہتفریق مولانانےکیوںکیکیوںضرورت پیش ائی کیا اہ خواہمخواہایککنٹروورسی کریٹکرنا یہمول اناکا مقصدتھا</w:t>
      </w:r>
    </w:p>
    <w:p>
      <w:r>
        <w:rPr>
          <w:b/>
        </w:rPr>
        <w:t xml:space="preserve">[1:05:35] </w:t>
      </w:r>
      <w:r>
        <w:t>ya kisi bohat ahem subject par molana baat karna chahte hain to asal mein hum sab log molana ki sohbat mein rahe aur taveel arse tak hum ne molana se jitne hamare sawalat the hum ne woh pooche un answer maloom kiye aur tab hum ko sahi explanation mil saka to</w:t>
      </w:r>
    </w:p>
    <w:p>
      <w:pPr>
        <w:jc w:val="right"/>
      </w:pPr>
      <w:r>
        <w:t>یا کسی بہت اہم سبجیکٹپرمول اناباتکرناچاہتےہیں تو اصلمیںہمسبلوگ مول اناکیصحبتمیںرہے اور طویلعرصےتکہمنےمول اناسےجتنےہمارےسوالاتتھے ہمنے وہپوچھے ان انسر معلوم کیے اور تب ہمکو صحیحایکسپلینیشنملسکا تو</w:t>
      </w:r>
    </w:p>
    <w:p>
      <w:r>
        <w:rPr>
          <w:b/>
        </w:rPr>
        <w:t xml:space="preserve">[1:05:57] </w:t>
      </w:r>
      <w:r>
        <w:t>isi bunyadi adab par mein aaj iska answer kar raha hoon ke molana yeh batate hain ke aswa e hasna aur aswa e kamila ki yeh jo behas chhid gayi hai iski ek bohat bunyadi wajah hai</w:t>
      </w:r>
    </w:p>
    <w:p>
      <w:pPr>
        <w:jc w:val="right"/>
      </w:pPr>
      <w:r>
        <w:t>اسیبنی ادپرمیں اج اسکا انسرکررہاہوں کہ مول انایہجوبتاتےہیں کہ اس وہحسنہاوراسوہکاملہکییہجوبحثچھڑیہےاسکیایکبہت بنی ادی وجہ ہے</w:t>
      </w:r>
    </w:p>
    <w:p>
      <w:r>
        <w:rPr>
          <w:b/>
        </w:rPr>
        <w:t xml:space="preserve">[1:06:12] </w:t>
      </w:r>
      <w:r>
        <w:t>woh bani adiyojah yeh hai kah woh log jinhone islam ki siyasi taabir ki hai yauska poltikal intarpritishndiya hai unke at bar se</w:t>
      </w:r>
    </w:p>
    <w:p>
      <w:pPr>
        <w:jc w:val="right"/>
      </w:pPr>
      <w:r>
        <w:t>وہ بنی ادیوجہ یہہے کہ وہ لوگ جنہوںنے اسلام کی سیاسی تعبیرکیہے یااسکا پولیٹیکلانٹرپریٹیشندیا ہے انکے اعت بارسے</w:t>
      </w:r>
    </w:p>
    <w:p>
      <w:r>
        <w:rPr>
          <w:b/>
        </w:rPr>
        <w:t xml:space="preserve">[1:06:26] </w:t>
      </w:r>
      <w:r>
        <w:t>rasool Allah saliallah alaihoslm ka joas johe unhone isko itna zyada</w:t>
      </w:r>
    </w:p>
    <w:p>
      <w:pPr>
        <w:jc w:val="right"/>
      </w:pPr>
      <w:r>
        <w:t>رسول اللہ صلیاللہ علیہوسلم کاجواسوہہے انہوں نےاسکواتنا زیادہ</w:t>
      </w:r>
    </w:p>
    <w:p>
      <w:r>
        <w:rPr>
          <w:b/>
        </w:rPr>
        <w:t xml:space="preserve">[1:06:31] </w:t>
      </w:r>
      <w:r>
        <w:t>generalize kardiya kahapka asal jo as johe woh dab gaya iske andar jaise</w:t>
      </w:r>
    </w:p>
    <w:p>
      <w:pPr>
        <w:jc w:val="right"/>
      </w:pPr>
      <w:r>
        <w:t>جنرلائزکردیا کہاپکا اصلجو اسوہہےوہ دبگیا اسکےاندر جیسے</w:t>
      </w:r>
    </w:p>
    <w:p>
      <w:r>
        <w:rPr>
          <w:b/>
        </w:rPr>
        <w:t xml:space="preserve">[1:06:39] </w:t>
      </w:r>
      <w:r>
        <w:t>kahap saliallah alaihoslm ek bahaisiyat commander bahisiyat general bahisiyat karnal</w:t>
      </w:r>
    </w:p>
    <w:p>
      <w:pPr>
        <w:jc w:val="right"/>
      </w:pPr>
      <w:r>
        <w:t>کہاپ صلیاللہ علیہوسلم ایک بحیثیت کمانڈربحیثیت جنرلبحیثیتکرنل</w:t>
      </w:r>
    </w:p>
    <w:p>
      <w:r>
        <w:rPr>
          <w:b/>
        </w:rPr>
        <w:t xml:space="preserve">[1:06:44] </w:t>
      </w:r>
      <w:r>
        <w:t>bahisiyat bahisiyat siyasat dan dekhen quran padhne se wazeh taur par</w:t>
      </w:r>
    </w:p>
    <w:p>
      <w:pPr>
        <w:jc w:val="right"/>
      </w:pPr>
      <w:r>
        <w:t>بحیثیت بحیثیت سیاست دان دیکھیںقرانپڑھنےسےواضحطورپر</w:t>
      </w:r>
    </w:p>
    <w:p>
      <w:r>
        <w:rPr>
          <w:b/>
        </w:rPr>
        <w:t xml:space="preserve">[1:06:49] </w:t>
      </w:r>
      <w:r>
        <w:t>maloom hota hai kah quran kehta hai kah in arsalna kshah da om bsh ra on zira odaai aliallah bad ni ws</w:t>
      </w:r>
    </w:p>
    <w:p>
      <w:pPr>
        <w:jc w:val="right"/>
      </w:pPr>
      <w:r>
        <w:t>معلومہوتاہےکہقرانکہتاہے کہ ان اارسلنا کشاہ دا وم بش را ون ذیرا وداعی الیاللہ باد نی وس</w:t>
      </w:r>
    </w:p>
    <w:p>
      <w:r>
        <w:rPr>
          <w:b/>
        </w:rPr>
        <w:t xml:space="preserve">[1:06:58] </w:t>
      </w:r>
      <w:r>
        <w:t>siraja munira</w:t>
      </w:r>
    </w:p>
    <w:p>
      <w:pPr>
        <w:jc w:val="right"/>
      </w:pPr>
      <w:r>
        <w:t>راج امنیرا</w:t>
      </w:r>
    </w:p>
    <w:p>
      <w:r>
        <w:rPr>
          <w:b/>
        </w:rPr>
        <w:t xml:space="preserve">[1:06:59] </w:t>
      </w:r>
      <w:r>
        <w:t>Quran ne jitne alfaaz istemal kiye hain woh poore ke poore dawat ki noiyat ke hain shahid bhi gawah gawahi dena mubashir logon ko khushkhabri dena nazeer logon ko aware karna creation plan se daaia wazeh lafz hai aur siraja munira ka matlab hai ke iski roshni aap aapki nabuwat jo hai aam o aam hai sab ke liye hai to</w:t>
      </w:r>
    </w:p>
    <w:p>
      <w:pPr>
        <w:jc w:val="right"/>
      </w:pPr>
      <w:r>
        <w:t>قراننےجتنے الفاظ استعمال کیےہیںوہ پورےکےپورےدعوتینوعیتکےہیں شاہدبھی گواہ گواہیدینا مبشر لوگوںکوخوشخبریدینا نظیرلوگوںکو اویئرکرنا کریشنپلانسے داعی واضحلفظہے اور سراج منیرکامطلبہےکہ اسکیروشنیاپ اپکینبوتجوہےعم ومیہے سب کےلیے ہے تو</w:t>
      </w:r>
    </w:p>
    <w:p>
      <w:r>
        <w:rPr>
          <w:b/>
        </w:rPr>
        <w:t xml:space="preserve">[1:07:24] </w:t>
      </w:r>
      <w:r>
        <w:t>yeh jo pehlu tha aap aap (SAW) ki zindagi ka yeh pehlu poori tarah se ojhal ho gaya aur aap ki jo doosri hasiyatein hain unko woh itna zyada highlight kiya gaya ke nabi (SAW) ka aswa jo hai hasiyat politician general colonel aur fauj ka isko bohat highlight kiya gaya</w:t>
      </w:r>
    </w:p>
    <w:p>
      <w:pPr>
        <w:jc w:val="right"/>
      </w:pPr>
      <w:r>
        <w:t>یہ جو پہلو تھا اپ اپصلیاللہعلیہوسلمکیزندگی کا یہ پہلو پوریطریقےسےاوجھلہوگیا اور اپ کیجو دوس ری حیثیتیںہیں انکوجوہےاتنا زیادہ ہائیلائٹکیاگیا کہ نبیصلیاللہعلیہوسلم کا اس وہجوہے بحیثیت سیاست دان جنرل کرنلاور فوجیکے اسکوبہت ہائیلائٹکیاگیا</w:t>
      </w:r>
    </w:p>
    <w:p>
      <w:r>
        <w:rPr>
          <w:b/>
        </w:rPr>
        <w:t xml:space="preserve">[1:07:47] </w:t>
      </w:r>
      <w:r>
        <w:t>to molana yeh chahte the is mazmoon mein molana ne isliye likha ke nabi (SAW) ka aswa e hasna ka matlab yeh hai ke aap ko Allah taala ne ek rasool ek peghambar ek daaia ki hasiyat se duniya ke andar bheja hai baqi jo apne kaam kiye hain woh halaat ke aitbar se hain yaani jangii halaat pesh aaye to aap aapko jang karna pada siyasi halaat tayar ho gaye to apne siyasi</w:t>
      </w:r>
    </w:p>
    <w:p>
      <w:pPr>
        <w:jc w:val="right"/>
      </w:pPr>
      <w:r>
        <w:t>تو مول انایہچاہرہےتھے اس مضمونمیں مول انانےاسلیےلکھا کہ نبیصلیاللہ علیہوسلم کا اسوہ حسنہکامطلبیہہے کہ اپ کو اللہ تعالینے ایک رس ول ایک پیغمبر ایک داعیکیحیثیتسے دنیا کےاندربھیجاہے بقیہجواپنے کام کیےہیں وہ حالاتکے اعتبارسے ہیں یعنیجنگیحالات پیش ائےتواپ اپکوجنگ کرناپڑا سیاسی حالاتتیار ہوگئےتواپنے سیاست</w:t>
      </w:r>
    </w:p>
    <w:p>
      <w:r>
        <w:rPr>
          <w:b/>
        </w:rPr>
        <w:t xml:space="preserve">[1:08:15] </w:t>
      </w:r>
      <w:r>
        <w:t>ki magr iska yeh matlab nahi hai ke aap ka iman us waqt tak poora nahi hoga ya us waqt tak nabi (SAW) ka ke aswe ko aap kaamil nahi maan sakte jab tak ke aap unki noiyat ki siyasi na kar dein to yeh kyunke musalman ummat ka direction isse jo hai galat ho raha tha to molana ne zaroor samjha ke isko isko durust kiya jaye isko sahi kiya jaye</w:t>
      </w:r>
    </w:p>
    <w:p>
      <w:pPr>
        <w:jc w:val="right"/>
      </w:pPr>
      <w:r>
        <w:t>کی مگراسکایہمطلبنہیں ہے کہ اپ کا ایمان اسوقتتک پورانہیںہوگایا اسوقت تک نبیصلیاللہعلیہوسلم کا کے اسوےکواپ کاملنہیں مان سکتے جب تک کہاپ انکینوع یتکی سیاست نہکردیں تو یہ چونکہ مسلم امتکا ڈائریکشن اسسےجوہے غلطہورہاتھا تو مول انانےضروریسمجھاکہ اسکو اسکودرستکیا جائےاسکوصحیحکیا جائے</w:t>
      </w:r>
    </w:p>
    <w:p>
      <w:r>
        <w:rPr>
          <w:b/>
        </w:rPr>
        <w:t xml:space="preserve">[1:08:44] </w:t>
      </w:r>
      <w:r>
        <w:t>isliye is mauzu par molana ne likhkar bataya ke nabi (SAW) ka jo aswa hai woh aap ke rasool Allah hone ki hasiyat se bohat zyada numaya hai</w:t>
      </w:r>
    </w:p>
    <w:p>
      <w:pPr>
        <w:jc w:val="right"/>
      </w:pPr>
      <w:r>
        <w:t>اس لیےاسموضوعپر مول انانےلکھکرکےبتایا کہ نبیصلیاللہعلیہوسلمکاجو اسوہہےوہ اپ کے رسول اللہ ہونے کیحیثیتسےبہت زیادہ نمای اںہے</w:t>
      </w:r>
    </w:p>
    <w:p>
      <w:r>
        <w:rPr>
          <w:b/>
        </w:rPr>
        <w:t xml:space="preserve">[1:08:56] </w:t>
      </w:r>
      <w:r>
        <w:t>baqi jo bhi aap ki hasiyatein hain apne jo doosre kaam kiye hain agar koi ab kisi ke halaat nahi hain siyasi karne ke woh nahi kar raha hai to iska yeh matlab nahi hoga ke jaise deen kaamil ka jo tasawwur hai ke aap jab tak siyasi na karein ya duniya mein Islami hukoomat establishment na kar dein Islam ki government na bana dein tab tak deen kaamil nahi hoga yeh galat baat hai</w:t>
      </w:r>
    </w:p>
    <w:p>
      <w:pPr>
        <w:jc w:val="right"/>
      </w:pPr>
      <w:r>
        <w:t>بقیہجوبھیاپکیحیثیتیںہیںاپنےجودوسرےکام کیےہیں اگر کوئیاباسکسی کےحالاتنہیں ہیں سیاست کرنے کےوہ نہیں کررہاہےتو اسکایہمطلبنہیںہوگاکہ جیسے دین کامل کاجو تص ورہےکہ اپ جبتک اہ سیاست نہ کریں یا دنیا میں اسلامی حکومت اسٹیبلشنہکردیں اسلام ک گورن منٹ نہبنادیں تبتک دینمک ملنہیںہوگایہغلطباتہے</w:t>
      </w:r>
    </w:p>
    <w:p>
      <w:r>
        <w:rPr>
          <w:b/>
        </w:rPr>
        <w:t xml:space="preserve">[1:09:22] </w:t>
      </w:r>
      <w:r>
        <w:t>isi tarike se nabi (SAW) ka aswa aswe ke mamle mein bhi yahi galti logon ne ki hai to is galti ke correction ke liye iski islaah ke liye is mauzu par likhna zaroori tha to molana ne is mauzu par likha hai bohat shukriya aap ka apne behta achhe tarike se wazahat ki</w:t>
      </w:r>
    </w:p>
    <w:p>
      <w:pPr>
        <w:jc w:val="right"/>
      </w:pPr>
      <w:r>
        <w:t>اسیطریقےسے نبیصلیاللہعلیہوسلمکااس وہ اسوےکےمعاملےمیںبھی یہیغلطیلوگوںنےکیہےتو اسغلطیکے کریکشنکےلیے اسکیاصلاحکےلیے اس موضوعپرلکھناضروریتھا تو مول انانےاسموضوعپرلکھاہے بہت شکریہاپکا اپنے بہتاچھےطریقےسے وضاحتکی</w:t>
      </w:r>
    </w:p>
    <w:p>
      <w:r>
        <w:rPr>
          <w:b/>
        </w:rPr>
        <w:t xml:space="preserve">[1:09:41] </w:t>
      </w:r>
      <w:r>
        <w:t>main ismein ek aur baat kehna chahta hoon</w:t>
      </w:r>
    </w:p>
    <w:p>
      <w:pPr>
        <w:jc w:val="right"/>
      </w:pPr>
      <w:r>
        <w:t>میںاسمیںایک اور بات کہناچاہتاہوں</w:t>
      </w:r>
    </w:p>
    <w:p>
      <w:r>
        <w:rPr>
          <w:b/>
        </w:rPr>
        <w:t xml:space="preserve">[1:09:45] </w:t>
      </w:r>
      <w:r>
        <w:t>kah jaisakah mol ana quran o hadith ko usool ki bani ad par samajhne ki koshish karte hain al quran yfsr baaz baaz asitrah is o hasana ka lafz</w:t>
      </w:r>
    </w:p>
    <w:p>
      <w:pPr>
        <w:jc w:val="right"/>
      </w:pPr>
      <w:r>
        <w:t>کہ جیساکہ مول انا قرانوحدیثکو اصولکی بنی ادپر سمجھنےکیکوششکرتے ہیں القران یفسر بعض بعض اسیطرح اس وہحسنہکالفظ</w:t>
      </w:r>
    </w:p>
    <w:p>
      <w:r>
        <w:rPr>
          <w:b/>
        </w:rPr>
        <w:t xml:space="preserve">[1:09:59] </w:t>
      </w:r>
      <w:r>
        <w:t>sirf rasool Allah ke liye istemal nahin kiya gaya balkeh hazrat Ibrahim alaihsalam ke liye bhi istemal</w:t>
      </w:r>
    </w:p>
    <w:p>
      <w:pPr>
        <w:jc w:val="right"/>
      </w:pPr>
      <w:r>
        <w:t>صرفرسولاللہ کےلیےاستعمال نہیںکیا گیا بلکہ حضرت ابراہیم علیہالسلامکےلیےبھیاستعمال</w:t>
      </w:r>
    </w:p>
    <w:p>
      <w:r>
        <w:rPr>
          <w:b/>
        </w:rPr>
        <w:t xml:space="preserve">[1:10:05] </w:t>
      </w:r>
      <w:r>
        <w:t>kiya gaya hai as o hasana to ismein humko dos riyaton mein jaisa hazrat Ibrahim ke aso e ki wazahat ki gai hai</w:t>
      </w:r>
    </w:p>
    <w:p>
      <w:pPr>
        <w:jc w:val="right"/>
      </w:pPr>
      <w:r>
        <w:t>کیاگیاہےاسوہحسنہ تو اسمیں ہمکو دوس ریایتوںمیں جیسا حضرت ابراہیمکےاسوےکیوضاحتکیگئیہے</w:t>
      </w:r>
    </w:p>
    <w:p>
      <w:r>
        <w:rPr>
          <w:b/>
        </w:rPr>
        <w:t xml:space="preserve">[1:10:15] </w:t>
      </w:r>
      <w:r>
        <w:t>isi tarike se yahan bhi humko samajhne ki koshish karna chahiye kah qabil amal aur namuna aur kis maidan mein qabil amal</w:t>
      </w:r>
    </w:p>
    <w:p>
      <w:pPr>
        <w:jc w:val="right"/>
      </w:pPr>
      <w:r>
        <w:t>اسیطریقےسےیہاںبھیہمکوسمجھنےکیکوششکرناچاہیے کہ قابل عمل اور نمونہ اور کس میدانمیں قابل عمل</w:t>
      </w:r>
    </w:p>
    <w:p>
      <w:r>
        <w:rPr>
          <w:b/>
        </w:rPr>
        <w:t xml:space="preserve">[1:10:25] </w:t>
      </w:r>
      <w:r>
        <w:t>namuna iski wazahat ke liye molana ne aswa e hasna ki wazahat karne ki koshish ki to bohat shukriya aap ka</w:t>
      </w:r>
    </w:p>
    <w:p>
      <w:pPr>
        <w:jc w:val="right"/>
      </w:pPr>
      <w:r>
        <w:t>نمونہ اسکیوضاحتکےلیے مول انانے اس وہ حسنہ اہ کیوضاحتکرنے کیکوشش کی تو بہت شکریہاپکا</w:t>
      </w:r>
    </w:p>
    <w:p>
      <w:r>
        <w:rPr>
          <w:b/>
        </w:rPr>
        <w:t xml:space="preserve">[1:10:37] </w:t>
      </w:r>
      <w:r>
        <w:t>ab aate hain ke</w:t>
      </w:r>
    </w:p>
    <w:p>
      <w:pPr>
        <w:jc w:val="right"/>
      </w:pPr>
      <w:r>
        <w:t>اباتےہیں کہ</w:t>
      </w:r>
    </w:p>
    <w:p>
      <w:r>
        <w:rPr>
          <w:b/>
        </w:rPr>
        <w:t xml:space="preserve">[1:10:43] </w:t>
      </w:r>
      <w:r>
        <w:t>yaqeenan molana ne apni kitabon mein</w:t>
      </w:r>
    </w:p>
    <w:p>
      <w:pPr>
        <w:jc w:val="right"/>
      </w:pPr>
      <w:r>
        <w:t>یقینا مول انانےاپنی کتاب وںمیں</w:t>
      </w:r>
    </w:p>
    <w:p>
      <w:r>
        <w:rPr>
          <w:b/>
        </w:rPr>
        <w:t xml:space="preserve">[1:10:50] </w:t>
      </w:r>
      <w:r>
        <w:t>yeh baat wazeh karne ki koshish ki hai ke maujudah daur mein ummat mein karne ka kaam islaah ka kaam hai na ke iqdamm ka jab tak islaah na hogi tab tak iqdam mushkil hai</w:t>
      </w:r>
    </w:p>
    <w:p>
      <w:pPr>
        <w:jc w:val="right"/>
      </w:pPr>
      <w:r>
        <w:t>یہ بات واضحکرنے کیکوشش کیہے کہ موجود ہ دور میں امتمیں کرنے کا کام اصلاح کاکام ہے نہ کہ اقدامکا جبتک اصلاح نہہوگی تبتک اقدام مشکل ہے</w:t>
      </w:r>
    </w:p>
    <w:p>
      <w:r>
        <w:rPr>
          <w:b/>
        </w:rPr>
        <w:t xml:space="preserve">[1:11:06] </w:t>
      </w:r>
      <w:r>
        <w:t>to iqdam ke liye kya karna chahiye tha aur islaah ke liye pehle kiski islaah honi chahiye to is bab mein molana ne ummat ke akabir in logon ne jo bhi kiya hai jo bhi iqdamm kiye hain iski iska tajziya karte hain ispar ilmi tanqeed karte hain</w:t>
      </w:r>
    </w:p>
    <w:p>
      <w:pPr>
        <w:jc w:val="right"/>
      </w:pPr>
      <w:r>
        <w:t>تو اقدام کے لیے کیا کرنا چاہیےتھا اور اصلاحکےلیے پہلے کسکیاصلاح ہونیچاہیے تو اس بابمیں مول انانے امتکے اک ابر انلوگوںنے جو بھی کیا ہے جوبھی اقدامات کیےہیں اس کی اسکا تجزیہکرتے ہیں اسپر علمی تنقیدکرتے ہیں</w:t>
      </w:r>
    </w:p>
    <w:p>
      <w:r>
        <w:rPr>
          <w:b/>
        </w:rPr>
        <w:t xml:space="preserve">[1:11:33] </w:t>
      </w:r>
      <w:r>
        <w:t>isi liye daur e jadeed mein ulama ko kya karna hai is silsile mein kai rehnumaiyan dete hain is silsile mein ek zehnon mein ek sawal aata hai jo padhne wale padhte hain ya sunne wale sunte hain to unke zehnon mein ek sawal aata hai ke akabir e ummat aur ulama e Islam par molana kyun tanqeed karte hain</w:t>
      </w:r>
    </w:p>
    <w:p>
      <w:pPr>
        <w:jc w:val="right"/>
      </w:pPr>
      <w:r>
        <w:t>اسیلیے دور جدیدمیں علم اءکوکیا کرناہے اسسلسلےمیں کئیرہنمائیاں دیتےہیں اسسلسلےمیں ایکذہنوںمیںایک سوال اتاہے جو پڑھنےوالے پڑھتےہیںیا سن نےوالے سنتےہیں تو انکےذہنمیں ایکسوال اتاہے کہ اکابرین امتاور علم ائے اسلام پر مول انا کیوں تنقیدکرتے ہیں</w:t>
      </w:r>
    </w:p>
    <w:p>
      <w:r>
        <w:rPr>
          <w:b/>
        </w:rPr>
        <w:t xml:space="preserve">[1:11:59] </w:t>
      </w:r>
      <w:r>
        <w:t>mein chahunga ke molana Abdul Basit sahib iski wazahat farmayein akabir e ummat aur ulama e Islam isko hum bazor rakh ke pehle yeh dekhte hain ke tanqeed kya cheez hai tanqeed ka matlab hota hai sahi aur bure mein farq karna farq karke batana koi cheez galat hai to iski galti ko wazeh karna</w:t>
      </w:r>
    </w:p>
    <w:p>
      <w:pPr>
        <w:jc w:val="right"/>
      </w:pPr>
      <w:r>
        <w:t>میںچاہوںگاکہمول انا عبد الب اسطصاحب اسکی وضاحتفرمائیں اک ابرین امت اور علم ائے اسلام اسکوہم باز ورکھکے پہلے یہدیکھتےہیں کہ تنقید کیا چیزہے تنقیدکامطلبہوتاہے صحیح اور برےمیں فرق کرنا فرقکرکےبت انا کوئیچیزغلطہے تو اسکیغلطیکو واضحکرنا</w:t>
      </w:r>
    </w:p>
    <w:p>
      <w:r>
        <w:rPr>
          <w:b/>
        </w:rPr>
        <w:t xml:space="preserve">[1:12:29] </w:t>
      </w:r>
      <w:r>
        <w:t>isko tanqeed kehte hain Islam mein tanqeed koi buri cheez nahi hai</w:t>
      </w:r>
    </w:p>
    <w:p>
      <w:pPr>
        <w:jc w:val="right"/>
      </w:pPr>
      <w:r>
        <w:t>اسکوتنقیدکہتےہیں اسلام میں تن قید کوئی بریچیزنہیں ہے</w:t>
      </w:r>
    </w:p>
    <w:p>
      <w:r>
        <w:rPr>
          <w:b/>
        </w:rPr>
        <w:t xml:space="preserve">[1:12:38] </w:t>
      </w:r>
      <w:r>
        <w:t>Islam mein jo buri cheez hai woh tanqees aur ta'ana hai aap kisi masle ko lekar aap aap jo sahi samajhte hain usko dalail ki roshni mein wazeh karein to yeh koi buri baat</w:t>
      </w:r>
    </w:p>
    <w:p>
      <w:pPr>
        <w:jc w:val="right"/>
      </w:pPr>
      <w:r>
        <w:t>اسلام میں جو بریچیزہے وہ تنقیص اور تعیبہے اپ کسی مسئلےکولےکر اپ اپجوصحیحسمجھتےہیںاسکو دلائلکیروشنیمیںواضحکریں تویہکوئیبریباتنہیں</w:t>
      </w:r>
    </w:p>
    <w:p>
      <w:r>
        <w:rPr>
          <w:b/>
        </w:rPr>
        <w:t xml:space="preserve">[1:12:57] </w:t>
      </w:r>
      <w:r>
        <w:t>hai yeh jaiz hai aur yeh zinda qomon ki alamat hai</w:t>
      </w:r>
    </w:p>
    <w:p>
      <w:pPr>
        <w:jc w:val="right"/>
      </w:pPr>
      <w:r>
        <w:t>ہے یہ جائزہے اور یہ زندہ قوموںکیعلامتہے</w:t>
      </w:r>
    </w:p>
    <w:p>
      <w:r>
        <w:rPr>
          <w:b/>
        </w:rPr>
        <w:t xml:space="preserve">[1:13:03] </w:t>
      </w:r>
      <w:r>
        <w:t>mol anane yeh likha hai tanqeed zinda qom ki zarurat hai zinda qom ki alamat hai</w:t>
      </w:r>
    </w:p>
    <w:p>
      <w:pPr>
        <w:jc w:val="right"/>
      </w:pPr>
      <w:r>
        <w:t>مول انانےیہلکھاہے تنقید زند ہ قومکیضرورت ہے زندہقومکیعلامتہے</w:t>
      </w:r>
    </w:p>
    <w:p>
      <w:r>
        <w:rPr>
          <w:b/>
        </w:rPr>
        <w:t xml:space="preserve">[1:13:09] </w:t>
      </w:r>
      <w:r>
        <w:t>jahan jamud ajae wahan</w:t>
      </w:r>
    </w:p>
    <w:p>
      <w:pPr>
        <w:jc w:val="right"/>
      </w:pPr>
      <w:r>
        <w:t>جہاں جموداجائے وہاں</w:t>
      </w:r>
    </w:p>
    <w:p>
      <w:r>
        <w:rPr>
          <w:b/>
        </w:rPr>
        <w:t xml:space="preserve">[1:13:15] </w:t>
      </w:r>
      <w:r>
        <w:t>is qom ka zawal shuru ho gaya ji tanqeed jis qom mein jari hai</w:t>
      </w:r>
    </w:p>
    <w:p>
      <w:pPr>
        <w:jc w:val="right"/>
      </w:pPr>
      <w:r>
        <w:t>اس قومکا زوال شروع ہوگیا جی تنقید جسقوممیںجاریہے</w:t>
      </w:r>
    </w:p>
    <w:p>
      <w:r>
        <w:rPr>
          <w:b/>
        </w:rPr>
        <w:t xml:space="preserve">[1:13:21] </w:t>
      </w:r>
      <w:r>
        <w:t>woh qom zinda qom hai</w:t>
      </w:r>
    </w:p>
    <w:p>
      <w:pPr>
        <w:jc w:val="right"/>
      </w:pPr>
      <w:r>
        <w:t>وہ قوم زندہقومہے</w:t>
      </w:r>
    </w:p>
    <w:p>
      <w:r>
        <w:rPr>
          <w:b/>
        </w:rPr>
        <w:t xml:space="preserve">[1:13:23] </w:t>
      </w:r>
      <w:r>
        <w:t>aur jis jis qom mein jamud ajae woh murda qom hai</w:t>
      </w:r>
    </w:p>
    <w:p>
      <w:pPr>
        <w:jc w:val="right"/>
      </w:pPr>
      <w:r>
        <w:t>اور جس جسقوممیںجموداجائےوہ مردہقومہے</w:t>
      </w:r>
    </w:p>
    <w:p>
      <w:r>
        <w:rPr>
          <w:b/>
        </w:rPr>
        <w:t xml:space="preserve">[1:13:28] </w:t>
      </w:r>
      <w:r>
        <w:t>to hum dekhte hain kah rasool aur ashab rasool ke zaman e mein</w:t>
      </w:r>
    </w:p>
    <w:p>
      <w:pPr>
        <w:jc w:val="right"/>
      </w:pPr>
      <w:r>
        <w:t>تو ہمدیکھتےہیں کہ رسول اور اصحابرسول کے زمان ےمیں</w:t>
      </w:r>
    </w:p>
    <w:p>
      <w:r>
        <w:rPr>
          <w:b/>
        </w:rPr>
        <w:t xml:space="preserve">[1:13:34] </w:t>
      </w:r>
      <w:r>
        <w:t>ek martaba hazrat Umar</w:t>
      </w:r>
    </w:p>
    <w:p>
      <w:pPr>
        <w:jc w:val="right"/>
      </w:pPr>
      <w:r>
        <w:t>ایک مرتبہ حضرت عمر</w:t>
      </w:r>
    </w:p>
    <w:p>
      <w:r>
        <w:rPr>
          <w:b/>
        </w:rPr>
        <w:t xml:space="preserve">[1:13:38] </w:t>
      </w:r>
      <w:r>
        <w:t>o urton ke mahr ke silsle mein</w:t>
      </w:r>
    </w:p>
    <w:p>
      <w:pPr>
        <w:jc w:val="right"/>
      </w:pPr>
      <w:r>
        <w:t>ع ورتوںکے مہرکےسلسلےمیں</w:t>
      </w:r>
    </w:p>
    <w:p>
      <w:r>
        <w:rPr>
          <w:b/>
        </w:rPr>
        <w:t xml:space="preserve">[1:13:42] </w:t>
      </w:r>
      <w:r>
        <w:t>jo ke islam mein mutayyan nahi hai quran hadith mein auraton ka mahr mutayyan nahi hai</w:t>
      </w:r>
    </w:p>
    <w:p>
      <w:pPr>
        <w:jc w:val="right"/>
      </w:pPr>
      <w:r>
        <w:t>جو کہ اسلام میں متعیننہیںہے قرانحدیثمیں عورتوںکا مہرمتعیننہیںہے</w:t>
      </w:r>
    </w:p>
    <w:p>
      <w:r>
        <w:rPr>
          <w:b/>
        </w:rPr>
        <w:t xml:space="preserve">[1:13:48] </w:t>
      </w:r>
      <w:r>
        <w:t>isme ijazat di gayi hai ke jo aadmi</w:t>
      </w:r>
    </w:p>
    <w:p>
      <w:pPr>
        <w:jc w:val="right"/>
      </w:pPr>
      <w:r>
        <w:t>اسمیں اجازتدیگئیہے کہ جو ادمی</w:t>
      </w:r>
    </w:p>
    <w:p>
      <w:r>
        <w:rPr>
          <w:b/>
        </w:rPr>
        <w:t xml:space="preserve">[1:13:53] </w:t>
      </w:r>
      <w:r>
        <w:t>jitna apni istitaat ke mutabiq de sakta hai mahr de</w:t>
      </w:r>
    </w:p>
    <w:p>
      <w:pPr>
        <w:jc w:val="right"/>
      </w:pPr>
      <w:r>
        <w:t>جتنا اپنی استطاعت کےمط ابق دےسکتاہے مہر دے</w:t>
      </w:r>
    </w:p>
    <w:p>
      <w:r>
        <w:rPr>
          <w:b/>
        </w:rPr>
        <w:t xml:space="preserve">[1:13:59] </w:t>
      </w:r>
      <w:r>
        <w:t>hazrat Umar ne koshish kiya apne zamane mein ke mahr ke masle ko mu'ayyan kiya jaye to is majlis mein ek boodhi khatoon woh uthkar khadi ho gayi usne kaha aey Umar aap ko kya haq banta hai is qism ka ta'ayyun karne ka</w:t>
      </w:r>
    </w:p>
    <w:p>
      <w:pPr>
        <w:jc w:val="right"/>
      </w:pPr>
      <w:r>
        <w:t>حضرت عمر نےکوششکیاپنے زمان ےمیں کہ مہرکے مسئلےکو متعینکیاجائے تو اس مجلس میں ایک بوڑھیخاتون وہ اٹھکرکھڑیہوگئی اسنےکہا اےعمر اپکوکیا حق بنتاہے اسقسم کا تع ینکرنے کا</w:t>
      </w:r>
    </w:p>
    <w:p>
      <w:r>
        <w:rPr>
          <w:b/>
        </w:rPr>
        <w:t xml:space="preserve">[1:14:22] </w:t>
      </w:r>
      <w:r>
        <w:t>jab allah ne khuli ijazat di hai jab allah ne is mamle ko open rakha hai to aap kon hote hain isko close karne wale aap kon hote hain iski taeen karne wale hazrat umar is waqt khaleefa the musalmanon ke khaleefa the ek aam shehri ek aam insan hazrat umar par tanqeed kar raha hai hazrat umar ko keh raha hai ke aap kon ho</w:t>
      </w:r>
    </w:p>
    <w:p>
      <w:pPr>
        <w:jc w:val="right"/>
      </w:pPr>
      <w:r>
        <w:t>جب اللہ نے کھلیاجازتدیہے جب اللہ نے اس معاملےکو اوپنرکھاہے تو اپ کونہوتےہیںاسکوکلوزکرنے والے اپکونہوتےہیںاسکیتعینکرنےوالے حضرت عمر اسوقت خلیفہتھے مسلمانوںکےخلیفہتھےایک عام شہ ری ایک عام انسان حضرت عمر پر تنقیدکررہاہے حضرتعمر کو کہہرہاہےکہاپکونہوت</w:t>
      </w:r>
    </w:p>
    <w:p>
      <w:r>
        <w:rPr>
          <w:b/>
        </w:rPr>
        <w:t xml:space="preserve">[1:14:45] </w:t>
      </w:r>
      <w:r>
        <w:t>te hain jab allah ne yeh ijazat di hai allah ne is iska darwaza khula rakha hai ke jo aadmi jitna chahe apni biwi ko mehr de sakta hai iska kuch bhi taeen nahi hai to aap kon hote hain to hazrat umar bole yeh boodhi aurat hazrat umar se zyada samajhdar hai to aap dekhiye yani sahaba tanqeed ko kitna zyada welcome karte the</w:t>
      </w:r>
    </w:p>
    <w:p>
      <w:pPr>
        <w:jc w:val="right"/>
      </w:pPr>
      <w:r>
        <w:t>ےہیں جب اللہ نے اہ اج ازتدیہے اللہ نے اس اسکادروازہکھلا رکھاہےکہجو ادمیجتناچاہے اپنی بیویکو مہردےسکتاہے اسکا کچھبھی تع یننہیںہے تو اپ کونہوتےہیں توحضرت عمر بولے یہ بوڑھیعورت حضرتعمر سے زیادہ سمجھدار ہے تو اپ دیکھیے یعنیصحابہ تنقیدکوکتنازیادہ ویلکمکرتے تھے</w:t>
      </w:r>
    </w:p>
    <w:p>
      <w:r>
        <w:rPr>
          <w:b/>
        </w:rPr>
        <w:t xml:space="preserve">[1:15:14] </w:t>
      </w:r>
      <w:r>
        <w:t>isi tarah hazrat umar ka ek aur waqea hai ek aur qaul hai woh kehte hain ke allah raham farmae amra hada al ayubi yani allah us bande par raham farmae jo mujhe mere ayoob ki nishandahi kare jo mujhe mere ayoob bataye to kitna zyada hazrat umar tanqeed ko welcome kar</w:t>
      </w:r>
    </w:p>
    <w:p>
      <w:pPr>
        <w:jc w:val="right"/>
      </w:pPr>
      <w:r>
        <w:t>اسیطرح حضرت عمر کا ایکاور واقع ہہے ایکاور قولہےوہکہتےہیں کہ اہ رحماللہ امرا حداال ی عیوبی یعنی اللہ اسبندےپر رحمفرمائے جو مجھے میرے عیوب کینش اندہیکرے جومجھےمیرےعیوببت ائے تو کتنا زیادہ حضرت عمر تنقیدکوویلکمکررہ</w:t>
      </w:r>
    </w:p>
    <w:p>
      <w:r>
        <w:rPr>
          <w:b/>
        </w:rPr>
        <w:t xml:space="preserve">[1:15:41] </w:t>
      </w:r>
      <w:r>
        <w:t>rahe hain balkeh iske liye dua kar rahe hain ke allah is par raham kare us insan par jo mujh par tanqeed kare jo meri ghaltiyan bataye to ab aap dekhiye ek aakabrin ummat aaye ummat hazrat umar ko laiye aur ek aakabrin ummat aakabir e islam ko laiye dekhiye hazrat umar aakabrin ummat ulama e islam se zyada bade hain</w:t>
      </w:r>
    </w:p>
    <w:p>
      <w:pPr>
        <w:jc w:val="right"/>
      </w:pPr>
      <w:r>
        <w:t>ےہیں بلکہاسکےلیےدعاکررہےہیںکہاللہ اسپررحمکرےاسانسان پر جومجھپر تنقیدکرے جو میریغلطیاںبتائے تو اب اپدیکھیے اک ابرین امتعلم ائےامت حضرت عمر کولائیے اور اک ابرین امتاک ابر اسلام کولائیےدیکھیے حضرتعمر اک ابرینامت علماء اسلام سے زیادہ بڑےہیں</w:t>
      </w:r>
    </w:p>
    <w:p>
      <w:r>
        <w:rPr>
          <w:b/>
        </w:rPr>
        <w:t xml:space="preserve">[1:16:07] </w:t>
      </w:r>
      <w:r>
        <w:t>lekin jab woh welcome kar rahe hain to hum kaun hote hain</w:t>
      </w:r>
    </w:p>
    <w:p>
      <w:pPr>
        <w:jc w:val="right"/>
      </w:pPr>
      <w:r>
        <w:t>لیکن جب وہ ویلکمکررہےہیںتوہمکونہوتےہیں</w:t>
      </w:r>
    </w:p>
    <w:p>
      <w:r>
        <w:rPr>
          <w:b/>
        </w:rPr>
        <w:t xml:space="preserve">[1:16:10] </w:t>
      </w:r>
      <w:r>
        <w:t>ke hum kahein yeh aakabreen e namat hain in par tanqeed nahi ki ja sakti</w:t>
      </w:r>
    </w:p>
    <w:p>
      <w:pPr>
        <w:jc w:val="right"/>
      </w:pPr>
      <w:r>
        <w:t>کہہمکہیں یہاکابرینامتہیںانپر تنقیدنہیںکیجاسکتی</w:t>
      </w:r>
    </w:p>
    <w:p>
      <w:r>
        <w:rPr>
          <w:b/>
        </w:rPr>
        <w:t xml:space="preserve">[1:16:14] </w:t>
      </w:r>
      <w:r>
        <w:t>yeh ulama e islam hain in par tanqeed karenge to</w:t>
      </w:r>
    </w:p>
    <w:p>
      <w:pPr>
        <w:jc w:val="right"/>
      </w:pPr>
      <w:r>
        <w:t>یہ علم ائےاسلام ہیں انپرتنقیدکریںگےتو</w:t>
      </w:r>
    </w:p>
    <w:p>
      <w:r>
        <w:rPr>
          <w:b/>
        </w:rPr>
        <w:t xml:space="preserve">[1:16:18] </w:t>
      </w:r>
      <w:r>
        <w:t>ulama ka martaba ghat jayega ek aakabreen e namat ka qad kam ho jayega</w:t>
      </w:r>
    </w:p>
    <w:p>
      <w:pPr>
        <w:jc w:val="right"/>
      </w:pPr>
      <w:r>
        <w:t>علم اءکارتبہگھٹجائےگا اک ابرینامتکا قد کمہوجائےگا</w:t>
      </w:r>
    </w:p>
    <w:p>
      <w:r>
        <w:rPr>
          <w:b/>
        </w:rPr>
        <w:t xml:space="preserve">[1:16:25] </w:t>
      </w:r>
      <w:r>
        <w:t>is qism ka tasawwur har giz koi islami</w:t>
      </w:r>
    </w:p>
    <w:p>
      <w:pPr>
        <w:jc w:val="right"/>
      </w:pPr>
      <w:r>
        <w:t>اسقسم کا تص ور ہرگزکوئیاسلامی</w:t>
      </w:r>
    </w:p>
    <w:p>
      <w:r>
        <w:rPr>
          <w:b/>
        </w:rPr>
        <w:t xml:space="preserve">[1:16:28] </w:t>
      </w:r>
      <w:r>
        <w:t>tasawwur nahi hai yeh ek shaitani tasawwur hai tanqeed ko welcome karna sahaba ka tareeqa hai hazrat umar ka tareeqa hai</w:t>
      </w:r>
    </w:p>
    <w:p>
      <w:pPr>
        <w:jc w:val="right"/>
      </w:pPr>
      <w:r>
        <w:t>تص ورنہیںہے یہایک شیطانیتص ورہے تنقیدکوویلکمکرنا صحابہکاطریقہہے حضرتعمر کاطریقہہے</w:t>
      </w:r>
    </w:p>
    <w:p>
      <w:r>
        <w:rPr>
          <w:b/>
        </w:rPr>
        <w:t xml:space="preserve">[1:16:37] </w:t>
      </w:r>
      <w:r>
        <w:t>tanqeed se door hona tanqeed ko yeh samajhna ke is tanqeed se mera martaba kam ho jayega</w:t>
      </w:r>
    </w:p>
    <w:p>
      <w:pPr>
        <w:jc w:val="right"/>
      </w:pPr>
      <w:r>
        <w:t>تنقیدسےدور ہوناتنقیدکویہسمجھنا کہ اس تنقیدسے میرارتبہکمہوجائےگا</w:t>
      </w:r>
    </w:p>
    <w:p>
      <w:r>
        <w:rPr>
          <w:b/>
        </w:rPr>
        <w:t xml:space="preserve">[1:16:42] </w:t>
      </w:r>
      <w:r>
        <w:t>ulama e islam ka martaba kam ho jayega ek aakabreen e namat ka qad ghat jayega</w:t>
      </w:r>
    </w:p>
    <w:p>
      <w:pPr>
        <w:jc w:val="right"/>
      </w:pPr>
      <w:r>
        <w:t>علمائےاسلام کارتبہکمہوجائےگا اک ابرینامتکاقدگھٹجائےگا</w:t>
      </w:r>
    </w:p>
    <w:p>
      <w:r>
        <w:rPr>
          <w:b/>
        </w:rPr>
        <w:t xml:space="preserve">[1:16:47] </w:t>
      </w:r>
      <w:r>
        <w:t>unka martaba kam ho jayega yeh koi islami soch nahi hai tanqeed zinda qaumon ke liye zaroorat hai tanqeed zinda qaum ki alamat hai tanqeed jab band ho jaye to samajh lena chahiye ke woh qaum murda ho chuki hai bahut shukriya molana abdul basit sahib ne behta achhe andaaz se yeh tanqeed ki wajahat ki</w:t>
      </w:r>
    </w:p>
    <w:p>
      <w:pPr>
        <w:jc w:val="right"/>
      </w:pPr>
      <w:r>
        <w:t>انکا مرت بہ کمہوجائےگا یہکوئی اسلامی سوچنہیںہے تنقید زندہقوموںکےلیے ضرورت ہے تنقید زندہقومکیعلامتہے تنقید جب بندہوجائے تو سمجھلیناچاہیےکہوہقوممردہہوچکیہے بہت شکریہ مول اناعبد الباسطصاحب نے بہتاچھے اند ازسے اہ تنقیدکی وضاحتکی</w:t>
      </w:r>
    </w:p>
    <w:p>
      <w:r>
        <w:rPr>
          <w:b/>
        </w:rPr>
        <w:t xml:space="preserve">[1:17:15] </w:t>
      </w:r>
      <w:r>
        <w:t>ismein mazeed mein yeh kehna chahunga ke molana ne hum ko jo taleem di hai hamesha woh yeh hai ke tanqeed yaqeenan achhi cheez hai matloob cheez hai lekin tanqees nahi honi chahiye aur aap molana ki sari tehreeron mein khutbat mein yeh wazeh taur se janenge ke molana ne kisi ki tanqees nahi ki hai</w:t>
      </w:r>
    </w:p>
    <w:p>
      <w:pPr>
        <w:jc w:val="right"/>
      </w:pPr>
      <w:r>
        <w:t>اسمیں مزید میں یہکہناچاہوںگاکہ مول انانےہمکوجو تعلیم دیہے ہمیشہ وہ یہہے کہ تنقید یقینا اچھیچیزہے مطلوبچیزہے لیکن تنقیصنہیں ہونیچاہیے اور اپ مول اناکے ساری تحریروںمیں خط ابات میں یہ واضحطورسے جانیںگے کہ مول انانےکسی کی تنقیصنہیں کی ہے</w:t>
      </w:r>
    </w:p>
    <w:p>
      <w:r>
        <w:rPr>
          <w:b/>
        </w:rPr>
        <w:t xml:space="preserve">[1:17:41] </w:t>
      </w:r>
      <w:r>
        <w:t>beshak isi tarah aur yeh bhi baat molana kehte the ke hum ilmi tanqeed karte hain na ke logon ki niyat ko judge karte hain ji molana hamesha kisi ki niyat par hamla nahi karte to toh is nuqta nazar se hum molana ki baaton ko dekhne ki koshish karna chahiye bahut shukriya aapka jazak allah</w:t>
      </w:r>
    </w:p>
    <w:p>
      <w:pPr>
        <w:jc w:val="right"/>
      </w:pPr>
      <w:r>
        <w:t>بےشک اسیطرح اور یہبھیبات مول اناکہتےتھے کہہم علم ی تنقید کرتے ہیں نہ کہلوگوںکی نیتوںکو کا ججکرتے ہیں جی مول انا ہمیشہ کسی کینیتپرحملہنہیںکرتے تو تواس نقطہنظر سےہممول اناکیباتوںکو دیکھنےکیکوششکرناچاہیے بہت شکریہاپکا جزاک اللہ</w:t>
      </w:r>
    </w:p>
    <w:p>
      <w:r>
        <w:rPr>
          <w:b/>
        </w:rPr>
        <w:t xml:space="preserve">[1:18:05] </w:t>
      </w:r>
      <w:r>
        <w:t>ab aate hain yeh is sawal par ke ek aam taur se yeh kaha jata hai ke molana jadid pasand hain ya molana tajdeed pasand hain to jahan tak hum dekhte hain molana ko ke molana application ka naam lete hain tadbeeq ka na ke tajdeed ka</w:t>
      </w:r>
    </w:p>
    <w:p>
      <w:pPr>
        <w:jc w:val="right"/>
      </w:pPr>
      <w:r>
        <w:t>اب اتےہیں اہ اسسوال پر کہ ایک عام طور سے یہکہاجاتا ہے کہ مول انا جدت پسندہیں یا مول انا تجددپسندہیں تو جہاںتکہم دیکھتےہیں مول اناکو کہ مول انا ری ایپلیکیشنکانام لیتےہیں تدبیقکانام نہ کہ تجددکا</w:t>
      </w:r>
    </w:p>
    <w:p>
      <w:r>
        <w:rPr>
          <w:b/>
        </w:rPr>
        <w:t xml:space="preserve">[1:18:34] </w:t>
      </w:r>
      <w:r>
        <w:t>tajdeed ki definition molana application se dete hain to lekin</w:t>
      </w:r>
    </w:p>
    <w:p>
      <w:pPr>
        <w:jc w:val="right"/>
      </w:pPr>
      <w:r>
        <w:t>تجدیدکیڈیفینیشن مول انا ری ایپلیکیشنسےدیتےہیں تو لیکن</w:t>
      </w:r>
    </w:p>
    <w:p>
      <w:r>
        <w:rPr>
          <w:b/>
        </w:rPr>
        <w:t xml:space="preserve">[1:18:43] </w:t>
      </w:r>
      <w:r>
        <w:t>chunki logon ko yeh baat wazeh nahi hai ke waqai mein molana tajdeed ka kaam kar rahe hain ya kya is silsile mein aam taur se jo yeh sawal kiya jata hai ishkāl pesh kiya jata hai ke molana ka kaam tajdeedi tha ya taj d di</w:t>
      </w:r>
    </w:p>
    <w:p>
      <w:pPr>
        <w:jc w:val="right"/>
      </w:pPr>
      <w:r>
        <w:t>چونکہ لوگوںکو یہبات واضحنہیں ہے کہ واقعیمیں مول انا تجدیدکاکام کررہےہیں یا کیا اسسلسلےمیں عام طورسےجو اہسوال کیا جاتا ہے اشکال پیش کیاجاتا ہے کہ مول اناکا کام تج دیدی تھا یا تج د دی</w:t>
      </w:r>
    </w:p>
    <w:p>
      <w:r>
        <w:rPr>
          <w:b/>
        </w:rPr>
        <w:t xml:space="preserve">[1:19:04] </w:t>
      </w:r>
      <w:r>
        <w:t>jeeto is bare mein molana fayazuddin umri sahib wajahat farmayein</w:t>
      </w:r>
    </w:p>
    <w:p>
      <w:pPr>
        <w:jc w:val="right"/>
      </w:pPr>
      <w:r>
        <w:t>جیتواس بارےمیں مول انافیاض الدینعمریصاحب وضاحتفرمائیں</w:t>
      </w:r>
    </w:p>
    <w:p>
      <w:r>
        <w:rPr>
          <w:b/>
        </w:rPr>
        <w:t xml:space="preserve">[1:19:12] </w:t>
      </w:r>
      <w:r>
        <w:t>molana ka work tajdeedi hai ya taj d di behta achha aapne yeh sawal kiya tha</w:t>
      </w:r>
    </w:p>
    <w:p>
      <w:pPr>
        <w:jc w:val="right"/>
      </w:pPr>
      <w:r>
        <w:t>مول اناکا ورک تجدیدیہے یا تجد دی بہتاچھااپنے یہسوالکیا تھ</w:t>
      </w:r>
    </w:p>
    <w:p>
      <w:r>
        <w:rPr>
          <w:b/>
        </w:rPr>
        <w:t xml:space="preserve">[1:19:20] </w:t>
      </w:r>
      <w:r>
        <w:t>thoda sa isko samjhana bhi woh hai mushkil hai kyunke samajhne walon ke paas agar is baat ko samajhne ka background hoga to jaldi se baat ko pakad lenge warna aam logon ko yeh mauzu samjhana behad mushkil hai</w:t>
      </w:r>
    </w:p>
    <w:p>
      <w:pPr>
        <w:jc w:val="right"/>
      </w:pPr>
      <w:r>
        <w:t>وڑاسا اسکو سمجھانابھیجوہے مشکلہے کیونکہ سمجھنےوالوں کےپاساگر اسباتکو سمجھنےکا بیکگراؤنڈہوگا تو جلدیسے باتکوپکڑلیںگےورنہ عام لوگوںکو یہ موضوعسمجھانابہتمشکلہے</w:t>
      </w:r>
    </w:p>
    <w:p>
      <w:r>
        <w:rPr>
          <w:b/>
        </w:rPr>
        <w:t xml:space="preserve">[1:19:36] </w:t>
      </w:r>
      <w:r>
        <w:t>pehla toh log pehle logon ko yeh pata nahi hai ke tajdeed kya hoti hai aur phir doosra masla yeh hai ke tajaddud kya hota hai to pehle mein aapko misalon se samjhaunga tajdeed kya hai tajaddud kya hai molana ki kitab jo hai tajdeed e deen aap usko dekhiye to ismein molana ka muqaddama hai muqaddama likha hai tajdeed e deen pehle kitab ke andar molana ne joh</w:t>
      </w:r>
    </w:p>
    <w:p>
      <w:pPr>
        <w:jc w:val="right"/>
      </w:pPr>
      <w:r>
        <w:t>پہلے ہیتولوگ پہلے لوگوںکویہپتہنہیںہےکہتجدیدکیاہوتیہے اور پھر دوسرامسئلہیہہےکہتجددکیاہوتاہے تو پہلے میںاپکومثالسےسمجھاؤںگاتجدیدکیاہےتجددکیاہے مول اناکیکتاب جوہے تجدید دین اپ اسکودیکھیے تو اسمیں مول اناکامقدمہہے مقدمہلکھاہےتجدیددینپہلے کتاب کےاندرمول انانےجوہے تین عنوانباندھے</w:t>
      </w:r>
    </w:p>
    <w:p>
      <w:r>
        <w:rPr>
          <w:b/>
        </w:rPr>
        <w:t xml:space="preserve">[1:20:03] </w:t>
      </w:r>
      <w:r>
        <w:t>hain fiqh falsafa ilm e kalam yeh teen mauzu'aat par ismein molana ne yeh likha hai aur</w:t>
      </w:r>
    </w:p>
    <w:p>
      <w:pPr>
        <w:jc w:val="right"/>
      </w:pPr>
      <w:r>
        <w:t>ہیں فقہ فلس فہ علم کلام یہتینموضوعاتپر اسمیں مول انانےیہلکھاہےاور</w:t>
      </w:r>
    </w:p>
    <w:p>
      <w:r>
        <w:rPr>
          <w:b/>
        </w:rPr>
        <w:t xml:space="preserve">[1:20:11] </w:t>
      </w:r>
      <w:r>
        <w:t>اپنے مقدمےمیںبتایاہےکہجوہے a disappointment ایسےہیں موجود ہدور میں جو a revivalکرنے کی ضرورت ہےاسکیانڈرسٹینڈنگکو</w:t>
      </w:r>
    </w:p>
    <w:p>
      <w:pPr>
        <w:jc w:val="right"/>
      </w:pPr>
      <w:r>
        <w:t>اپنے مقدمےمیںبتایاہےکہجوہے اہ دسپوائنٹ ایسےہیں موجود ہدور میں جو اہ ریوائیولکرنے کی ضرورت ہےاسکیانڈرسٹینڈنگکو</w:t>
      </w:r>
    </w:p>
    <w:p>
      <w:r>
        <w:rPr>
          <w:b/>
        </w:rPr>
        <w:t xml:space="preserve">[1:20:21] </w:t>
      </w:r>
      <w:r>
        <w:t>لوگوںنےاسکا مفہومکھودیا اگر چہ کہ by decades سطح پروہاسسےجڑےہوئےہیں</w:t>
      </w:r>
    </w:p>
    <w:p>
      <w:pPr>
        <w:jc w:val="right"/>
      </w:pPr>
      <w:r>
        <w:t>لوگوںنےاسکا مفہومکھودیا اگر چہ کہ با ڈیکیسطح پروہاسسےجڑےہوئےہیں</w:t>
      </w:r>
    </w:p>
    <w:p>
      <w:r>
        <w:rPr>
          <w:b/>
        </w:rPr>
        <w:t xml:space="preserve">[1:20:27] </w:t>
      </w:r>
      <w:r>
        <w:t>lekin jo hai ah form ruh as spirit kis satah par woh is se mehroom hain</w:t>
      </w:r>
    </w:p>
    <w:p>
      <w:pPr>
        <w:jc w:val="right"/>
      </w:pPr>
      <w:r>
        <w:t>لیکن جوہے اہ فارم روحاسپرٹکیسطح پروہ اسسے محرومہیں</w:t>
      </w:r>
    </w:p>
    <w:p>
      <w:r>
        <w:rPr>
          <w:b/>
        </w:rPr>
        <w:t xml:space="preserve">[1:20:33] </w:t>
      </w:r>
      <w:r>
        <w:t>to molana ne joh muqaddame mein likha hai tajdeed e deen aap kitab padhkar dekhiye to molana yeh kehte hain ke yeh maujud daur mein deen ko yeh yeh talaffuz kalma ke hum maani samajh liya gaya hai ab zaroorat hai ke joh hai musalmanon ko yeh samjhaya jaye ke joh hai deen معرفت kalma ka naam hai maujud daur mein yeh mohabbat e rasool ko ishq e rasool ke hum maani samajh liya gaya hai</w:t>
      </w:r>
    </w:p>
    <w:p>
      <w:pPr>
        <w:jc w:val="right"/>
      </w:pPr>
      <w:r>
        <w:t>تو مول انانےجو مقدمےمیںلکھاہےتجدیددیناپکتاب پڑھکردیکھیے تو مول انایہکہتےہیںکہ اہ موجود ہ دور میںدینکو اہ اہ تلف ظ کلمہکےہممعنیسمجھلیاگیاہے اب ضرورت ہےکہجوہےمسلمان وںکویہسمجھایاجائےکہجوہے دین معرفت کلمہکانامہے موجود ہدورمیں اہ محبت رسولکو عشقرسولکےہممعنیسمجھلیاگیا ہے</w:t>
      </w:r>
    </w:p>
    <w:p>
      <w:r>
        <w:rPr>
          <w:b/>
        </w:rPr>
        <w:t xml:space="preserve">[1:20:59] </w:t>
      </w:r>
      <w:r>
        <w:t>ab zaroorat hai ke yeh bataya jaye ke yeh rasool joh hai woh itteba ka mauzu hai hum maujud daur mein joh hai aakabir parasti aur joh hai aslaf ke saath yeh talluq ko deen samajh liya gaya hai ab unko bataya jaye ke khuda aur uske paighambar ke saath talluq joh hai yeh deen hai to aap woh 10 point dekhenge to mein samajhta hoon ke joh hai koi bhi aadmi iske baad yeh nahi kahega ke molana joh hai yeh tajaddud karte hain ya taj</w:t>
      </w:r>
    </w:p>
    <w:p>
      <w:pPr>
        <w:jc w:val="right"/>
      </w:pPr>
      <w:r>
        <w:t>ابضرورتہےکہیہبتایاجائےکہ اہ رسولجوہےوہ اتباعکاموضوعہے اہموجود ہدورمیںجوہے اکابر پر ستیاورجوہے اہ اسلافکےساتھ اہ تعلقکو دینسمجھلیاگیاہےابانکوبتایاجائےکہخدااوراسکےپیغمبرکےساتھ تعلقجوہے یہ دینہے تواپوہدسپوائنٹدیکھیںگے تو میں سمجھتاہوںکہجوہے کوئیبھیادمی اسکےبعد یہنہیںکہےگاکہمول اناجوہے اہ تجددکرتے ہیںیاتج</w:t>
      </w:r>
    </w:p>
    <w:p>
      <w:r>
        <w:rPr>
          <w:b/>
        </w:rPr>
        <w:t xml:space="preserve">[1:21:27] </w:t>
      </w:r>
      <w:r>
        <w:t>deed karte hain aur phir ismein molana ne yeh bataya is kitab mein tajdeed e deen mein deen ko its as it is mante hue ismein slight deviation se bachte hue iske andar spirit bh</w:t>
      </w:r>
    </w:p>
    <w:p>
      <w:pPr>
        <w:jc w:val="right"/>
      </w:pPr>
      <w:r>
        <w:t>دیدکرتےہیںاورپھراسمیںمول انانےیہ بتایااسکتاب میںتجدید دینمیں دینکو ایزاٹازمانتےہوئے اسمیں سلائٹسٹ ڈیویایشنسےبچتےہوئے اسکےاندر اسپرٹبھ</w:t>
      </w:r>
    </w:p>
    <w:p>
      <w:r>
        <w:rPr>
          <w:b/>
        </w:rPr>
        <w:t xml:space="preserve">[1:21:38] </w:t>
      </w:r>
      <w:r>
        <w:t>arna logon ne iske joh yeh form ko mante hue iske andar jo kamiyaan jo kardi hain interpretation mein ho ya yeh spirit ke mamle mein ho is silsile mein joh hai revival ki movement chalana aur insan ke mind ki re engineering karna re engineering of individual mind karna yeh joh hai tajdeed hai isko aap joh hai tajdeed e deen ki kitab se is masle ko samajhte hain samajh sakte hain ab mein aapko bataunga ke tajaddud kya hai</w:t>
      </w:r>
    </w:p>
    <w:p>
      <w:pPr>
        <w:jc w:val="right"/>
      </w:pPr>
      <w:r>
        <w:t>رنا لوگوںنےاسکےجو اہ فارمکومانتےہوئے اسکےاندرجو کم یاںجوکردیہیںانٹرپریٹیشنمیںہویا اہاسپرٹکےمعاملےمیںہو اس سلسلےمیںجوہے ریوائیولکیموومنٹچلانا اور انسانکے مائنڈکی ریانجینئرنگکرنا ری انجینئرنگ اف انڈیویجولزمائنڈکرنا یہجوہےتجدیدہے اسکواپ جوہے تجدیددینکتابسےاسمسئلےکوسمجھتےہیںسمجھسکتےہیں ابمیں اپکوبتاؤںگاکہ تجددکیاہے</w:t>
      </w:r>
    </w:p>
    <w:p>
      <w:r>
        <w:rPr>
          <w:b/>
        </w:rPr>
        <w:t xml:space="preserve">[1:22:06] </w:t>
      </w:r>
      <w:r>
        <w:t>yani tajdeed naam hai deen ko iske its as it is lete hue iske andar spirit bharna aur logon ke joh hai inhirafat aur deviation ko batana aur joh hai iske intebaq no ki taraf joh hai rehnumai karna j</w:t>
      </w:r>
    </w:p>
    <w:p>
      <w:pPr>
        <w:jc w:val="right"/>
      </w:pPr>
      <w:r>
        <w:t>یعنیتجدید نامہے دین کو اسکے ایزاٹازلیتےہوئے اسکےاندر اسپرٹبھرنااور لوگوںکےجوہے انحرافاتاورڈیویایشنکوبت انا اور جوہے اسکے انطباق نو کیطرف جوہےرہنمائیکرنا ج</w:t>
      </w:r>
    </w:p>
    <w:p>
      <w:r>
        <w:rPr>
          <w:b/>
        </w:rPr>
        <w:t xml:space="preserve">[1:22:22] </w:t>
      </w:r>
      <w:r>
        <w:t>ise molana ne joh hai intebaq no ki maine misal diya ulama aur daur e jadeed kitab se ke jab western nations India aayi thi to woh joh hai machineized production par khadi hui thi yani machineon se banne wali sanat aur product par jab ke joh hai jo log inse ladne ke liye nikle hue the woh dastkari ke product par khade hue the yani hath se woh joh hai cheezein banate aur bech</w:t>
      </w:r>
    </w:p>
    <w:p>
      <w:pPr>
        <w:jc w:val="right"/>
      </w:pPr>
      <w:r>
        <w:t>یسے مول انانےجوہےانطباقنوکیمیںنےمثالدیا علم اءاور دور جدیدکتاب سے کہ جب ویسٹرننیشنزانڈیا ائیتھی تو وہجوہے اہ میکن ائز پروڈکشنپرکھڑیہوئیتھییعنی مشینوںسے بننےوالی سند اور پروڈکٹپر جب کہجوہے جولوگ انسےلڑنےکےلیےنکلےہوئےتھے وہ دست کاریکے پروڈکٹپرکھڑےہوئےتھےیعنیہاتھسےوہ جوہے چیزیںبناتےاور بیچ</w:t>
      </w:r>
    </w:p>
    <w:p>
      <w:r>
        <w:rPr>
          <w:b/>
        </w:rPr>
        <w:t xml:space="preserve">[1:22:47] </w:t>
      </w:r>
      <w:r>
        <w:t>to isko to dastkari ke products se handmade economy se industrialised economy ka muqabla nahin kiya ja sakta nahin kiya ja sakta. Yeh ek haqeeqat hai. Yani ek taraf jo hai ah drones se</w:t>
      </w:r>
    </w:p>
    <w:p>
      <w:pPr>
        <w:jc w:val="right"/>
      </w:pPr>
      <w:r>
        <w:t>تےاسکو تو دست کاریکے پروڈکٹسے ہینڈمیڈ اکانومیسے انڈ سٹریلائز اکانومیکامق ابلہنہیںکیا جاسکتانہیںکیاجاسکتا یہایکحقیقتہے یعنی ایکطرف جوہے اہ ڈرونسے</w:t>
      </w:r>
    </w:p>
    <w:p>
      <w:r>
        <w:rPr>
          <w:b/>
        </w:rPr>
        <w:t xml:space="preserve">[1:23:00] </w:t>
      </w:r>
      <w:r>
        <w:t>aur jo hai satellite se upar kuch phenka jaye</w:t>
      </w:r>
    </w:p>
    <w:p>
      <w:pPr>
        <w:jc w:val="right"/>
      </w:pPr>
      <w:r>
        <w:t>اور جوہے سیٹلائٹسےاپپرکچھپھینکاجائے</w:t>
      </w:r>
    </w:p>
    <w:p>
      <w:r>
        <w:rPr>
          <w:b/>
        </w:rPr>
        <w:t xml:space="preserve">[1:23:02] </w:t>
      </w:r>
      <w:r>
        <w:t>aur aap wahan stone pelting karein</w:t>
      </w:r>
    </w:p>
    <w:p>
      <w:pPr>
        <w:jc w:val="right"/>
      </w:pPr>
      <w:r>
        <w:t>اور اپ وہاں سٹونپیلٹنگکریں</w:t>
      </w:r>
    </w:p>
    <w:p>
      <w:r>
        <w:rPr>
          <w:b/>
        </w:rPr>
        <w:t xml:space="preserve">[1:23:06] </w:t>
      </w:r>
      <w:r>
        <w:t>apne mudda'i par pathar marein</w:t>
      </w:r>
    </w:p>
    <w:p>
      <w:pPr>
        <w:jc w:val="right"/>
      </w:pPr>
      <w:r>
        <w:t>اپنے مد مقابلپرپتھرماریں</w:t>
      </w:r>
    </w:p>
    <w:p>
      <w:r>
        <w:rPr>
          <w:b/>
        </w:rPr>
        <w:t xml:space="preserve">[1:23:08] </w:t>
      </w:r>
      <w:r>
        <w:t>جب وہ گولیاں چلا رہے ہوں تو آپ جو ہے تلوار لے کر</w:t>
      </w:r>
    </w:p>
    <w:p>
      <w:pPr>
        <w:jc w:val="right"/>
      </w:pPr>
      <w:r>
        <w:t>جب وہ گولیاںچلارہےہوںتواپجوہےتلوارلےکر</w:t>
      </w:r>
    </w:p>
    <w:p>
      <w:r>
        <w:rPr>
          <w:b/>
        </w:rPr>
        <w:t xml:space="preserve">[1:23:11] </w:t>
      </w:r>
      <w:r>
        <w:t>انکےمقابلےکےلیےجائیں تو یہ جو ہے کوئی بے بصیرت گروپ ہی کر سکتا ہے تو</w:t>
      </w:r>
    </w:p>
    <w:p>
      <w:pPr>
        <w:jc w:val="right"/>
      </w:pPr>
      <w:r>
        <w:t>انکےمقابلےکےلیےجائیں تو یہجوہے کوئی بےبصیرت گروپہیکرسکتاہے تو</w:t>
      </w:r>
    </w:p>
    <w:p>
      <w:r>
        <w:rPr>
          <w:b/>
        </w:rPr>
        <w:t xml:space="preserve">[1:23:17] </w:t>
      </w:r>
      <w:r>
        <w:t>مول انا نے اس کی وضاحت کی تو اس میں یہ نہیں کہا جائے گا کہ مول</w:t>
      </w:r>
    </w:p>
    <w:p>
      <w:pPr>
        <w:jc w:val="right"/>
      </w:pPr>
      <w:r>
        <w:t>مول انانےاسکیوضاحتکی تو اسمیںیہنہیںکہاجائےگاکہمول</w:t>
      </w:r>
    </w:p>
    <w:p>
      <w:r>
        <w:rPr>
          <w:b/>
        </w:rPr>
        <w:t xml:space="preserve">[1:23:20] </w:t>
      </w:r>
      <w:r>
        <w:t>انانےجوہےتجددکیاہےاسمسئلےمیںاور جہادکاانکارکیا بلکہمول انانےیہبتایا کہ اہ ہتھیارخریدنےوالے ہتھیار بنانےوالوںسے weapons manufacturer کا مقابلہ نہیں کرسکتے</w:t>
      </w:r>
    </w:p>
    <w:p>
      <w:pPr>
        <w:jc w:val="right"/>
      </w:pPr>
      <w:r>
        <w:t>انانےجوہےتجددکیاہےاسمسئلےمیںاور جہادکاانکارکیا بلکہمول انانےیہبتایا کہ اہ ہتھیارخریدنےوالے ہتھیار بنانےوالوںسے ویپنزمینوفیکچررکامقابلہنہیںکرسکتے</w:t>
      </w:r>
    </w:p>
    <w:p>
      <w:r>
        <w:rPr>
          <w:b/>
        </w:rPr>
        <w:t xml:space="preserve">[1:23:32] </w:t>
      </w:r>
      <w:r>
        <w:t>آپ انہی انہی سے ہتھیار جو ہے خریدتے ہیں اور پھر انہی پر حملہ بھی کریں گے تو سارے جو ہے ان ہتھیاروں کے جو</w:t>
      </w:r>
    </w:p>
    <w:p>
      <w:pPr>
        <w:jc w:val="right"/>
      </w:pPr>
      <w:r>
        <w:t>اپ انہی انہیسےہتھیار جوہے خریدتےہیں اور پھر انہیپرحملہبھیکریںگے تو سارےجوہےانہتھیاروںکےجو</w:t>
      </w:r>
    </w:p>
    <w:p>
      <w:r>
        <w:rPr>
          <w:b/>
        </w:rPr>
        <w:t xml:space="preserve">[1:23:40] </w:t>
      </w:r>
      <w:r>
        <w:t>secret code jo hai unhi ke paas hote hain jab tak woh code jo hai on na karein aapko na batayein unke diye hue</w:t>
      </w:r>
    </w:p>
    <w:p>
      <w:pPr>
        <w:jc w:val="right"/>
      </w:pPr>
      <w:r>
        <w:t>سیکرٹکوڈجوہےانہیکےپاسہوتےہیںجبتکوہکوڈجوہے ان نہکریں اپکونہبتائیںانکےدیےہوئے</w:t>
      </w:r>
    </w:p>
    <w:p>
      <w:r>
        <w:rPr>
          <w:b/>
        </w:rPr>
        <w:t xml:space="preserve">[1:23:45] </w:t>
      </w:r>
      <w:r>
        <w:t>jets unke diye hue weapons jo hain kaam hi nahin karenge</w:t>
      </w:r>
    </w:p>
    <w:p>
      <w:pPr>
        <w:jc w:val="right"/>
      </w:pPr>
      <w:r>
        <w:t>جیٹس انکےدیےہوئے ویپنزجوہےکامہینہیںکریںگے</w:t>
      </w:r>
    </w:p>
    <w:p>
      <w:r>
        <w:rPr>
          <w:b/>
        </w:rPr>
        <w:t xml:space="preserve">[1:23:48] </w:t>
      </w:r>
      <w:r>
        <w:t>aur kabhi woh aapko woh hathyar nahin denge jo most advanced hain har waqt jo hai to aapko woh hathyar beche jayenge jo</w:t>
      </w:r>
    </w:p>
    <w:p>
      <w:pPr>
        <w:jc w:val="right"/>
      </w:pPr>
      <w:r>
        <w:t>اور کبھیوہاپکووہہتھیارنہیںدیںگے جو موسٹایڈوانسہیںہروقت جوہےتواپکووہ ہتھیاربیچےجائیںگےجو</w:t>
      </w:r>
    </w:p>
    <w:p>
      <w:r>
        <w:rPr>
          <w:b/>
        </w:rPr>
        <w:t xml:space="preserve">[1:23:55] </w:t>
      </w:r>
      <w:r>
        <w:t>obsolete ho chuke hain jo outdated ho chuke hain to aap unke outdated hathyar kharid kar</w:t>
      </w:r>
    </w:p>
    <w:p>
      <w:pPr>
        <w:jc w:val="right"/>
      </w:pPr>
      <w:r>
        <w:t>ابسولیٹہوچکےہیں جواؤٹڈیٹڈہوچکےہیں تو اپ انکے اؤٹڈیٹڈہتھیارخریدکر</w:t>
      </w:r>
    </w:p>
    <w:p>
      <w:r>
        <w:rPr>
          <w:b/>
        </w:rPr>
        <w:t xml:space="preserve">[1:24:00] </w:t>
      </w:r>
      <w:r>
        <w:t>inke jo hai most advanced hathiyaron</w:t>
      </w:r>
    </w:p>
    <w:p>
      <w:pPr>
        <w:jc w:val="right"/>
      </w:pPr>
      <w:r>
        <w:t>انکےجوہے موسٹ ایڈوانسہتھیاروں</w:t>
      </w:r>
    </w:p>
    <w:p>
      <w:r>
        <w:rPr>
          <w:b/>
        </w:rPr>
        <w:t xml:space="preserve">[1:24:03] </w:t>
      </w:r>
      <w:r>
        <w:t>ka muqabla aap kar payenge to molana ne kaha ke aisi nadani karne wali qaum yeh isko joh hai tabahi ke liye tayar</w:t>
      </w:r>
    </w:p>
    <w:p>
      <w:pPr>
        <w:jc w:val="right"/>
      </w:pPr>
      <w:r>
        <w:t>کامقابلہاپکرپائیںگے تو مول انانےکہاکہایسی نادانیکرنےوالی قوم اہ اسکوجوہےتباہیکےلیےتیار</w:t>
      </w:r>
    </w:p>
    <w:p>
      <w:r>
        <w:rPr>
          <w:b/>
        </w:rPr>
        <w:t xml:space="preserve">[1:24:10] </w:t>
      </w:r>
      <w:r>
        <w:t>rehna chahiye to ab koi aqalmand insaan</w:t>
      </w:r>
    </w:p>
    <w:p>
      <w:pPr>
        <w:jc w:val="right"/>
      </w:pPr>
      <w:r>
        <w:t>رہناچاہیے تو اب کوئی عقلمندانسان</w:t>
      </w:r>
    </w:p>
    <w:p>
      <w:r>
        <w:rPr>
          <w:b/>
        </w:rPr>
        <w:t xml:space="preserve">[1:24:13] </w:t>
      </w:r>
      <w:r>
        <w:t>اہ کسی یونیورسٹی سے کوئی ٹیکنیکل ڈگری یا کوئی سو کالڈ ڈگری لے کر مولانا کے بارے میں یہ کہے کہ مولانا جو ہے تجدد کرتے ہیں تو پہلے وہ جو ہے اپنی</w:t>
      </w:r>
    </w:p>
    <w:p>
      <w:pPr>
        <w:jc w:val="right"/>
      </w:pPr>
      <w:r>
        <w:t>اہ کسی یونیورس ٹیسے کوئی ٹیکنیکل ڈگری یاکوئی سوکالڈڈگریلےکرمول اناکےبارےمیںیہکہے کہ مول اناجوہے تجددکرتے ہیںتوپہلے وہجوہےاپنی</w:t>
      </w:r>
    </w:p>
    <w:p>
      <w:r>
        <w:rPr>
          <w:b/>
        </w:rPr>
        <w:t xml:space="preserve">[1:24:24] </w:t>
      </w:r>
      <w:r>
        <w:t>اصلی understanding کو وہ develop کرے مولانا جب یہ کہتے ہیں کہ جو ہے weapons of</w:t>
      </w:r>
    </w:p>
    <w:p>
      <w:pPr>
        <w:jc w:val="right"/>
      </w:pPr>
      <w:r>
        <w:t>اصلیانڈ رسٹینڈنگکووہڈویلپکرے مول اناجبیہکہتےہیںکہجوہےویپنزاف</w:t>
      </w:r>
    </w:p>
    <w:p>
      <w:r>
        <w:rPr>
          <w:b/>
        </w:rPr>
        <w:t xml:space="preserve">[1:24:29] </w:t>
      </w:r>
      <w:r>
        <w:t>ماس ڈسٹرکشن کے زمانے میں جنگ جو ہے اب ناقابل عمل ہو چکی ہے اب اس کے اندر کوئی نہ فاتح ہے نہ کوئی مفتوح ہے</w:t>
      </w:r>
    </w:p>
    <w:p>
      <w:pPr>
        <w:jc w:val="right"/>
      </w:pPr>
      <w:r>
        <w:t>ماس ڈسٹرکشنکےزمان ےمیں جنگ جوہےاب ناقابل عملہوچکیہے اب اسکےاندرکوئینہفاتحہےنہکوئیمفتوحہے</w:t>
      </w:r>
    </w:p>
    <w:p>
      <w:r>
        <w:rPr>
          <w:b/>
        </w:rPr>
        <w:t xml:space="preserve">[1:24:36] </w:t>
      </w:r>
      <w:r>
        <w:t>balkeh sab jo hain ki kehte hain molana</w:t>
      </w:r>
    </w:p>
    <w:p>
      <w:pPr>
        <w:jc w:val="right"/>
      </w:pPr>
      <w:r>
        <w:t>بلکہ سبجوہیں کیاکہتےہیںمول انا</w:t>
      </w:r>
    </w:p>
    <w:p>
      <w:r>
        <w:rPr>
          <w:b/>
        </w:rPr>
        <w:t xml:space="preserve">[1:24:40] </w:t>
      </w:r>
      <w:r>
        <w:t>survival survival honge yani kuch log bach jayenge jo zinda reh sakenge yeh modern hathiyar jo hai</w:t>
      </w:r>
    </w:p>
    <w:p>
      <w:pPr>
        <w:jc w:val="right"/>
      </w:pPr>
      <w:r>
        <w:t>سروائیول سروائیولہوںگےیعنیکچھلوگ بچجائیںگے جو زندہرہسکیںگےیہماڈرنہتھیارجوہے</w:t>
      </w:r>
    </w:p>
    <w:p>
      <w:r>
        <w:rPr>
          <w:b/>
        </w:rPr>
        <w:t xml:space="preserve">[1:24:46] </w:t>
      </w:r>
      <w:r>
        <w:t>istemal karne wala aur jiske upar istemal kiya jayega dono khatam ho jayenge iske baad ho sakta</w:t>
      </w:r>
    </w:p>
    <w:p>
      <w:pPr>
        <w:jc w:val="right"/>
      </w:pPr>
      <w:r>
        <w:t>استعمال کرنے والااور جسکےاوپراستعمال کیاجائےگادونوںختمہوجائیںگےاسکےبعدہوسکتا</w:t>
      </w:r>
    </w:p>
    <w:p>
      <w:r>
        <w:rPr>
          <w:b/>
        </w:rPr>
        <w:t xml:space="preserve">[1:24:51] </w:t>
      </w:r>
      <w:r>
        <w:t>hamare sheheron ke andar jo hai kisi malbe ke neeche koi aisa insaan bach ke jo hai iske baad zinda rahe aur kuch chuhe aur parinde kahin bach jayein isse zyada kuch hone wala nahi ab agar molana yeh kehte hain ke weapons of mass destruction ke zamaney mein violence ki baatein karna aur musalmanon se kehna ke mil</w:t>
      </w:r>
    </w:p>
    <w:p>
      <w:pPr>
        <w:jc w:val="right"/>
      </w:pPr>
      <w:r>
        <w:t>ہمارے شہروںکےاندرجوہےکسی ملبےکےنیچےکوئیایکانسان بچکےجوہےاسکےبعد زندہرہےاورکچھ چوہےاور پرندےکہیںبچجائیں اسسےزیادہ کچھہونےوالانہیں اباگر مول انایہکہتےہیںکہویپنزاف ماس ڈسٹرکشنکےزمان ےمیں اہ وائلنسکیباتیںکرنااورمسلمانوںسےکہناکہمل</w:t>
      </w:r>
    </w:p>
    <w:p>
      <w:r>
        <w:rPr>
          <w:b/>
        </w:rPr>
        <w:t xml:space="preserve">[1:25:08] </w:t>
      </w:r>
      <w:r>
        <w:t>treatment jo hai action lo to aise nadan insaanon ko jo hai</w:t>
      </w:r>
    </w:p>
    <w:p>
      <w:pPr>
        <w:jc w:val="right"/>
      </w:pPr>
      <w:r>
        <w:t>ٹریتم جوہےایکشنلو تو ایسےنادانانسانوںکوجوہے</w:t>
      </w:r>
    </w:p>
    <w:p>
      <w:r>
        <w:rPr>
          <w:b/>
        </w:rPr>
        <w:t xml:space="preserve">[1:25:13] </w:t>
      </w:r>
      <w:r>
        <w:t>qayamat ka jo hai surah shayad samjha paye kya yeh kaha jayega ke Maulana ne tajaddud kiya hai Maulana ne jo hai aapki understanding level ko badhaya hai aur aapko samajhne ki dawat di hai</w:t>
      </w:r>
    </w:p>
    <w:p>
      <w:pPr>
        <w:jc w:val="right"/>
      </w:pPr>
      <w:r>
        <w:t>اہ قیامتکا جوہے سورہیشاید سمجھاپائے کیا یہکہاجائےگاکہمول انانےتجددکیاہے مول انانےجوہےاپکیانڈرسٹینڈنگلیولکوبڑھایاہے اور اپکوسمجھنےکیدعوتدیہے</w:t>
      </w:r>
    </w:p>
    <w:p>
      <w:r>
        <w:rPr>
          <w:b/>
        </w:rPr>
        <w:t xml:space="preserve">[1:25:25] </w:t>
      </w:r>
      <w:r>
        <w:t>Maulana ne yeh kaha ke Singapore ne apne raqbe ki kammi ke bawajood isne modern opportunities ko istemal kiya to woh jo hai top countries mein ban gaya aur jo hai ek mulk aisa bhi hai hamare pados mein jo har waqt jo hai apne land mass ke bawajood third class nation mein iska shumar hota hai woh sirf is wajah se ke woh jo hai modern opportunities ko samajh nahi saka ho modern jo hai available ties jo the usko utilize nahi kar saka</w:t>
      </w:r>
    </w:p>
    <w:p>
      <w:pPr>
        <w:jc w:val="right"/>
      </w:pPr>
      <w:r>
        <w:t>مول انانےیہکہا کہ سنگ اپورنے اپنے رقبےکی اہ کمیکےباوجود اسنے ماڈرناپرچونیٹیزکواستعمال کیا تووہجوہے ٹاپکنٹریزمیںبنگیا اور جوہےایکملکایسابھیہےہمارے پڑوسمیں جو ہروقت جوہے اہ اپنے لینڈ ماسکےباوجود اہ تھرڈکلاس نیشنزمیںاسکاشمارہوتاہے وہصرفاسوجہسے کہوہجوہےماڈرناپرچونیٹیزکوسمجھنہیںسکاہو ماڈرنجوہے اویلیبل ٹیزجوتھیاسکووہ یوٹیلائزنہیںکرسکا</w:t>
      </w:r>
    </w:p>
    <w:p>
      <w:r>
        <w:rPr>
          <w:b/>
        </w:rPr>
        <w:t xml:space="preserve">[1:25:54] </w:t>
      </w:r>
      <w:r>
        <w:t>to kya aisa kehne wala insan aapke paas tajaddud kar raha hai ya aapko jo hai basirat sikha raha hai to yeh hamare ulama ko samajhne ki baat hai tajaddud kya cheez hai isko agar jo hai yeh hazrat samajh len to main samajhta hoon phir woh kabhi jo hai Maulana ke work ko hairasiyat tajaddud nahi kahenge tajaddud kya cheez hai iski ek misal ke taur par main kehta hoon</w:t>
      </w:r>
    </w:p>
    <w:p>
      <w:pPr>
        <w:jc w:val="right"/>
      </w:pPr>
      <w:r>
        <w:t>توکیا ایسا کہنےوالاانسان اپکےپاس تجددکررہاہے یا اپ کوجوہے اہ بصیرتسکھارہاہے تو یہ ہمارےعلم اءکوسمجھنےکیباتہے اہ تجددکیاچیزہے اسکواگر جوہےیہحضرات سمجھلیں تومیںسمجھتاہوںپھروہکبھیجوہےمول اناکےورککو اہ ہیئرسییاتجددنہیںکہیںگے اہ تجددکیاچیزہےاسکیایکمثالکےطورپرمیںکہتاہوں</w:t>
      </w:r>
    </w:p>
    <w:p>
      <w:r>
        <w:rPr>
          <w:b/>
        </w:rPr>
        <w:t xml:space="preserve">[1:26:19] </w:t>
      </w:r>
      <w:r>
        <w:t>hamare mulk ke bar e sageer ke ek mashhoor shayar the Dr Iqbal jinko jo hai shayar e mashriq kaha jata hai unhone jo hai Madras ke andar khutbat e Madras ke unwan se bahut sare lecture deliver kiye the to woh lecture lecture jo hai printed form mein maujood hai ismein unhone likha hai ke qayamat jannat aur jahannum jo hai yeh realities nahi hai</w:t>
      </w:r>
    </w:p>
    <w:p>
      <w:pPr>
        <w:jc w:val="right"/>
      </w:pPr>
      <w:r>
        <w:t>اہ ہمارے اہ ملککے اہ بر صغیرکےایک مشہورشاعرتھے ڈاکٹراقبال جنکوجوہےشاعر مشرقکہاجاتاہے انہوںنےجوہےمد راسکےاندرخط بات مدراسکے عنوانسے اہبہت سارے لیکچرڈیلیورکیےتھے تو وہلیکچر لیکچرجوہے پرنٹڈفارممیںموجود ہے اسمیں اہ انہوںنےلکھاہے کہ اہ قیامت جنتاور جہنم جوہے یہ ر یلیٹیزنہیںہے</w:t>
      </w:r>
    </w:p>
    <w:p>
      <w:r>
        <w:rPr>
          <w:b/>
        </w:rPr>
        <w:t xml:space="preserve">[1:26:48] </w:t>
      </w:r>
      <w:r>
        <w:t>yeh locations nahi hai balkeh jo hai feelings hain yani yeh koi real cheez nahi hai real mein jo hai Quran aur Hadees mein farishte jannat aur jahannum ki baat kahi gayi hai yeh koi jo hai real duniya nahi hai yeh yeh ek ambiguous world hai virtual world hai unhone kaha yeh ahwal hai maqamat nahi maqamat ka matlab yeh hua ke actual world to hamari Islami taleemat ke mutabiq jannat aur jahannum actual</w:t>
      </w:r>
    </w:p>
    <w:p>
      <w:pPr>
        <w:jc w:val="right"/>
      </w:pPr>
      <w:r>
        <w:t>یہ لوکیشنزنہیںہے بلکہجوہے فیل نگزہیں یعنی یہکوئی ریئلچیزنہیںہے ریئلمیںجوہے قراناورحدیثمیںفرشتے جنتاور جہنمکیجوباتکہیگئیہے یہکوئی جوہے ریئلدنیا نہیں ہےیہ یہ ایک ایمبی گس ورلڈہے ورچولورلڈہے انہوںنےکہاکہیہ احوالہے مقام اتنہیں مقام اتکامطلبیہہواکہایکچولورلڈ تو ہماری اسلامی تعلیم اتکےمط ابق جنتاورجہنمایکچ</w:t>
      </w:r>
    </w:p>
    <w:p>
      <w:r>
        <w:rPr>
          <w:b/>
        </w:rPr>
        <w:t xml:space="preserve">[1:27:15] </w:t>
      </w:r>
      <w:r>
        <w:t>world hai farishte aur jo hai jinn jo hai actual ek creature hai na ke jo hai koi virtual cheez to unhone kaha ke ab tajdeed ke taur par jo hai hamein is deen ko manna chahiye jismein jannat aur jahannum hamare liye ahwal ban jaye na ke maqam</w:t>
      </w:r>
    </w:p>
    <w:p>
      <w:pPr>
        <w:jc w:val="right"/>
      </w:pPr>
      <w:r>
        <w:t>ولورلڈہے فرشتے اور جوہے جنجوہے ایکچولایک کریچرہےنہکہجوہے کوئیورچولچیز تو انہوںنےکہاکہاب تجدیدکےطورپرجوہےہمیں اس دینکومانناچاہیےجسمیںجنتاورجہنمہمارےلیے احوالبنجائےنہکہمقام</w:t>
      </w:r>
    </w:p>
    <w:p>
      <w:r>
        <w:rPr>
          <w:b/>
        </w:rPr>
        <w:t xml:space="preserve">[1:27:29] </w:t>
      </w:r>
      <w:r>
        <w:t>at to ab hamare ulama ah ah yeh keh sakte hain sir syed ah ne bhi yeh baatein kahi thin allama iqbal ne bhi</w:t>
      </w:r>
    </w:p>
    <w:p>
      <w:pPr>
        <w:jc w:val="right"/>
      </w:pPr>
      <w:r>
        <w:t>ات تو ابہمارے علم اء اہ اہ یہکہہسکتےہیں سرسید اہ نےبھییہباتیںکہیتھیںعلامہاقبالنےبھی</w:t>
      </w:r>
    </w:p>
    <w:p>
      <w:r>
        <w:rPr>
          <w:b/>
        </w:rPr>
        <w:t xml:space="preserve">[1:27:37] </w:t>
      </w:r>
      <w:r>
        <w:t>yeh baat mani hai aur sare sufiya ka ek bada group yeh manta hai ke jannat aur jahannum jo hai ahwal hai maqam</w:t>
      </w:r>
    </w:p>
    <w:p>
      <w:pPr>
        <w:jc w:val="right"/>
      </w:pPr>
      <w:r>
        <w:t>یہباتکوماناہےاورسارے صوفیاءکاایکبڑاگروہیہیمانتاہے کہ جنتاورجہنمجوہےاحوالہےمقام</w:t>
      </w:r>
    </w:p>
    <w:p>
      <w:r>
        <w:rPr>
          <w:b/>
        </w:rPr>
        <w:t xml:space="preserve">[1:27:43] </w:t>
      </w:r>
      <w:r>
        <w:t>at nahi to hum kahenge ke aise log jo hain tajaddud par khade hue hain</w:t>
      </w:r>
    </w:p>
    <w:p>
      <w:pPr>
        <w:jc w:val="right"/>
      </w:pPr>
      <w:r>
        <w:t>اتنہیں توہمکہیںگےکہ ایسےلوگ جوہےتجددپرکھڑےہوئےہیں</w:t>
      </w:r>
    </w:p>
    <w:p>
      <w:r>
        <w:rPr>
          <w:b/>
        </w:rPr>
        <w:t xml:space="preserve">[1:27:47] </w:t>
      </w:r>
      <w:r>
        <w:t>molana ne to kabhi aisa ek slight stored bhi nahi likha hai</w:t>
      </w:r>
    </w:p>
    <w:p>
      <w:pPr>
        <w:jc w:val="right"/>
      </w:pPr>
      <w:r>
        <w:t>مول انانےتوکبھیایسا ایک سلائٹسٹورڈبھینہیںلکھاہے</w:t>
      </w:r>
    </w:p>
    <w:p>
      <w:r>
        <w:rPr>
          <w:b/>
        </w:rPr>
        <w:t xml:space="preserve">[1:27:50] </w:t>
      </w:r>
      <w:r>
        <w:t>keh janta aur jahannum woh hain ahwal hain maqamat nahi kabhi Maulana ne yeh nahi kaha ke farishte aur</w:t>
      </w:r>
    </w:p>
    <w:p>
      <w:pPr>
        <w:jc w:val="right"/>
      </w:pPr>
      <w:r>
        <w:t>کہجنتاورجہنمجوہےاحوالہیںمقام اتنہیں کبھیمول انانےیہنہیںکہاکہفرشتےاور</w:t>
      </w:r>
    </w:p>
    <w:p>
      <w:r>
        <w:rPr>
          <w:b/>
        </w:rPr>
        <w:t xml:space="preserve">[1:27:55] </w:t>
      </w:r>
      <w:r>
        <w:t>shaitan aur jinn woh hai ek khayali cheez hai na ke koi haqeeqi cheez</w:t>
      </w:r>
    </w:p>
    <w:p>
      <w:pPr>
        <w:jc w:val="right"/>
      </w:pPr>
      <w:r>
        <w:t>شیطاناور جنجوہے ایک خیالی چیز ہےنہکہکوئیحقیقیچیز</w:t>
      </w:r>
    </w:p>
    <w:p>
      <w:r>
        <w:rPr>
          <w:b/>
        </w:rPr>
        <w:t xml:space="preserve">[1:27:59] </w:t>
      </w:r>
      <w:r>
        <w:t>asal toh woh hai</w:t>
      </w:r>
    </w:p>
    <w:p>
      <w:pPr>
        <w:jc w:val="right"/>
      </w:pPr>
      <w:r>
        <w:t>اصلتوجوہے</w:t>
      </w:r>
    </w:p>
    <w:p>
      <w:r>
        <w:rPr>
          <w:b/>
        </w:rPr>
        <w:t xml:space="preserve">[1:28:00] </w:t>
      </w:r>
      <w:r>
        <w:t>natural laws hain kabhi yeh nahi kaha Maulana ne natural laws apni jagah hai farishton ke zariye Khuda tadbeer e umoor ko kainat ke yeh chala raha hai yeh hamare iman ka hissa hai aur Maulana ke iman ka hissa hai ke malaika jo hai uske servant hain Khuda ke jo laws of nature ko jo hai handle kar rahe hain yeh Maulana ne kaha hai Maulana ne kabhi ismein</w:t>
      </w:r>
    </w:p>
    <w:p>
      <w:pPr>
        <w:jc w:val="right"/>
      </w:pPr>
      <w:r>
        <w:t>نیچرللازہیںکبھییہنہیںکہامول انانےنیچرللازاپنیجگہہے فرشتوںکےذریعےخدا تدبیری امورکو کائناتکے یہچلارہاہےیہہمارےایمانکاحصہہےاورمولاناکےایمانکاحصہہے کہ ملائکہجوہے اہ اسکے سرونٹہیںخداکےجو لازافنیچرکوجوہےہینڈلکررہےہیں یہ مول انانے کہاہےمول انانےکبھیاسمیں اہ</w:t>
      </w:r>
    </w:p>
    <w:p>
      <w:r>
        <w:rPr>
          <w:b/>
        </w:rPr>
        <w:t xml:space="preserve">[1:28:22] </w:t>
      </w:r>
      <w:r>
        <w:t>Sir Syed aur jo hai unki boling nahi boli Allama Iqbal ki isi tarah Maulana ne kabhi jo hai yeh bhi nahi kaha ke jo hai Ghulam Parvez sahab ki tarah jo apne aapko mufassir e Quran kehte the unhone jo hai deen ki ek samajhi ta'beer pesh ki Ghulam Ahmed Parvez sahab</w:t>
      </w:r>
    </w:p>
    <w:p>
      <w:pPr>
        <w:jc w:val="right"/>
      </w:pPr>
      <w:r>
        <w:t>سر سید اورجوہے انکیبولینہیںبولیعلامہاقبالکی اسیطرح مول انانےکبھیجوہے یہبھینہیںکہاکہجوہے غلام پرو یزصاحبکیطرح جواپنےاپکو مفسر قرانکہتےتھےانہوںنےجوہے دینکیایک سماجیتعبیرپیش کی غلام احمد پرویزصاحب</w:t>
      </w:r>
    </w:p>
    <w:p>
      <w:r>
        <w:rPr>
          <w:b/>
        </w:rPr>
        <w:t xml:space="preserve">[1:28:39] </w:t>
      </w:r>
      <w:r>
        <w:t>jis jinn ke manne walon ke log aam taur par woh hai Parvez kehte hain unhon ne Quran ki ek aisi ta'abeer ki jise aap kehte hain keh sakte hain Quran ki</w:t>
      </w:r>
    </w:p>
    <w:p>
      <w:pPr>
        <w:jc w:val="right"/>
      </w:pPr>
      <w:r>
        <w:t>جس جنکےماننےوالوںکےلوگ عامطورپرجوہے پرویزیکہتےہیں انہوں نےقرانکیایکایسیتعبیرکیجسکواپکہتےہیںکہہسکتےہیںقرانکی</w:t>
      </w:r>
    </w:p>
    <w:p>
      <w:r>
        <w:rPr>
          <w:b/>
        </w:rPr>
        <w:t xml:space="preserve">[1:28:47] </w:t>
      </w:r>
      <w:r>
        <w:t>social interpretation toh unhon ne ek social interpretation ki koshish ki</w:t>
      </w:r>
    </w:p>
    <w:p>
      <w:pPr>
        <w:jc w:val="right"/>
      </w:pPr>
      <w:r>
        <w:t>سوشلانٹرپریٹیشن تو انہوںنےایک سوشلانٹرپریٹیشنکیکوششکی</w:t>
      </w:r>
    </w:p>
    <w:p>
      <w:r>
        <w:rPr>
          <w:b/>
        </w:rPr>
        <w:t xml:space="preserve">[1:28:51] </w:t>
      </w:r>
      <w:r>
        <w:t>toh iska makot toh woh hai koi tajaddud keh sakta hai lekin Maulana ke work ko tajaddud kehna bilkul mushkil hai kyunke Maulana is tarah nahi mante</w:t>
      </w:r>
    </w:p>
    <w:p>
      <w:pPr>
        <w:jc w:val="right"/>
      </w:pPr>
      <w:r>
        <w:t>تو اسکامکوتوجوہےکوئی تجددکہہسکتاہےلیکن مول اناکےورککوتجددکہنا بالکلمشکلہےچونکہمولانااسطرحنہیںمانتے</w:t>
      </w:r>
    </w:p>
    <w:p>
      <w:r>
        <w:rPr>
          <w:b/>
        </w:rPr>
        <w:t xml:space="preserve">[1:28:58] </w:t>
      </w:r>
      <w:r>
        <w:t>ke Islam ka sara maqsood awal yeh hai ke woh hai ek welfare society banai jaye</w:t>
      </w:r>
    </w:p>
    <w:p>
      <w:pPr>
        <w:jc w:val="right"/>
      </w:pPr>
      <w:r>
        <w:t>کہاسلام کا سارا مقصود اول یہہےکہجوہے ایک ویلفرسوسائٹیبنائیجائے</w:t>
      </w:r>
    </w:p>
    <w:p>
      <w:r>
        <w:rPr>
          <w:b/>
        </w:rPr>
        <w:t xml:space="preserve">[1:29:02] </w:t>
      </w:r>
      <w:r>
        <w:t>Islam ka maqsood awal yeh hai ke creation plan bataya jaye</w:t>
      </w:r>
    </w:p>
    <w:p>
      <w:pPr>
        <w:jc w:val="right"/>
      </w:pPr>
      <w:r>
        <w:t>اسلام کامقصود اولیہہےکہکریشنپلانبتایاجائے</w:t>
      </w:r>
    </w:p>
    <w:p>
      <w:r>
        <w:rPr>
          <w:b/>
        </w:rPr>
        <w:t xml:space="preserve">[1:29:05] </w:t>
      </w:r>
      <w:r>
        <w:t>janta aur jahannum se logon ko aagah kiya jaye taake is real world mein insan</w:t>
      </w:r>
    </w:p>
    <w:p>
      <w:pPr>
        <w:jc w:val="right"/>
      </w:pPr>
      <w:r>
        <w:t>جنتاورجہنمسےلوگوںکواگاہکیاجائےتاکہاس ریئلورلڈمیں انسان</w:t>
      </w:r>
    </w:p>
    <w:p>
      <w:r>
        <w:rPr>
          <w:b/>
        </w:rPr>
        <w:t xml:space="preserve">[1:29:09] </w:t>
      </w:r>
      <w:r>
        <w:t>kamyab ho yeh Maulana ka mission hai koi is social interpretation par jo hai Maulana ki interpretation khadi hui nahi hai to aise kisi kaam ko hum keh sakte hain ke yeh tajaddud hai isi tarah kuch logon ne political interpretation ki aur unhone kaha ke ek momin ka maqsood aur matloob ek hi hai ke woh jo hai political seat par barajman ho jaye aur duniya ki parliament iske kabze mein ajaye aur wahan par woh Khuda ka qanoon nafiz kare</w:t>
      </w:r>
    </w:p>
    <w:p>
      <w:pPr>
        <w:jc w:val="right"/>
      </w:pPr>
      <w:r>
        <w:t>کامیابہو یہ مولاناکامشنہے کوئی اس سوشلانٹرپریٹیشنپرجوہےمولاناکیانٹرپریٹیشنکھڑیہوئینہیںہے تو ایسےکسی کامکوہم کہہسکتےہیںکہیہتجددہے اسیطرح کچھلوگوںنےپولیٹیکلانٹرپریٹیشنکی اور انہوںنےکہاکہایکمومنکاجوہے اہ مقصوداور مطلوب ایکہیہے کہوہجوہے پولیٹیکلسیٹپر اہ براجمانہوجائےاور دنیا کی پارلیمنٹاسکے قبضےمیںاجائے اور وہاںپروہخدا کاقانون نافذکرے</w:t>
      </w:r>
    </w:p>
    <w:p>
      <w:r>
        <w:rPr>
          <w:b/>
        </w:rPr>
        <w:t xml:space="preserve">[1:29:36] </w:t>
      </w:r>
      <w:r>
        <w:t>sare namaz aur roza aur hajj o zakat jo hai isi ki training hai to is silsile mein hum keh sakte hain ke yeh tajaddud hai</w:t>
      </w:r>
    </w:p>
    <w:p>
      <w:pPr>
        <w:jc w:val="right"/>
      </w:pPr>
      <w:r>
        <w:t>اہ سارے نماز اورروز ہاور حجزکوۃجوہےاسیکی ٹریننگہے تو اس سلسلےمیںہمکہہسکتےہیںکہیہتجددہے</w:t>
      </w:r>
    </w:p>
    <w:p>
      <w:r>
        <w:rPr>
          <w:b/>
        </w:rPr>
        <w:t xml:space="preserve">[1:29:44] </w:t>
      </w:r>
      <w:r>
        <w:t>lekin Maulana jo hai aslaf aur hamare ulama e Ahle Sunnat ka jo mutafiqah mazhab hai ismein slightest bhi Maulana ne jo hai koi inhiraaf se kaam nahi liya ezat az usko mana aur ek traditional ro ayati molvi ki tarah Maulana Islam ko hamesha mante rahe jaise ke tamam ulama e Ahle Sunnat Ibn Taymiyyah se le kar ulama e Deoband aur ulama e Nadwah</w:t>
      </w:r>
    </w:p>
    <w:p>
      <w:pPr>
        <w:jc w:val="right"/>
      </w:pPr>
      <w:r>
        <w:t>اہلیکن مول انا جوہے اہ اسلافاور ہمارے علمائے اہلسنتکاجو اہ متفقہجومذہبہے اسمیں سلائٹسٹبھیمول انانےجوہےکوئی اہ انحرافسےکامنہیں لیا ایزاٹازاسکومانااورایک ٹریڈیشنل رو ایتی مول ویکیطرح مول انا اسلام کوہمیشہمانتےرہےجیسےکہ تمام علم ائےاہلسنتابن تیمیہسےلےکر علم ائےدی وبنداور علمائے ندوہ</w:t>
      </w:r>
    </w:p>
    <w:p>
      <w:r>
        <w:rPr>
          <w:b/>
        </w:rPr>
        <w:t xml:space="preserve">[1:30:09] </w:t>
      </w:r>
      <w:r>
        <w:t>mante hain to Maulana ka Islam bhi wohi hai jo bilkul hamare ulama e Ahle Sunnat ka Islam hai sirf Maulana un jagahon par apni guftagu rakhte hain jahan par ahedi dekha jata hai ke jo hai hathiyar ke manufacturers se aap jo hai hathiyar khareed kar usi par hamla nahi kar sakte aisa koi nadan qaum nahi hoga duniya mein ke aapko aise hathiyar de de ke aap unhi par ghalba pa jayen to Maulana yeh kehte hain ke yahan musalmanon ko jo hai apni strategy badalni padegi jaise Uhud ke baad</w:t>
      </w:r>
    </w:p>
    <w:p>
      <w:pPr>
        <w:jc w:val="right"/>
      </w:pPr>
      <w:r>
        <w:t>مانتےہیں تو مول اناکااسلام بھیوہیہےجو بالکل اہ اہ ان ہمارےعلم ائے اہلسنتکااسلام ہے صرف مول انا ان جگہوںپر اپنی گفتگورکھتےہیںجہاںپر اہیہدیکھاجاتا ہےکہجوہےہتھیارکے مینوفیکچررز سے اپ جوہےہتھیارخریدکر اسیپرحملہنہیںکرسکتے ایسا کوئینادانقومنہیںہوگیدنیا میںکہاپکوایسےہتھیاردےدے کہاپ انہیپرغالباجائیں تو مولانایہکہتےہیںکہیہاںمسلمان وںکوجوہے اپنی سٹریٹجیبدلنیپڑےگیجیسےاحدکےبعد</w:t>
      </w:r>
    </w:p>
    <w:p>
      <w:r>
        <w:rPr>
          <w:b/>
        </w:rPr>
        <w:t xml:space="preserve">[1:30:38] </w:t>
      </w:r>
      <w:r>
        <w:t>trench ki strategy mein unhon ne badal liya apne aap ko Badr ke andar Rasool Allah ne badal liya toh usko tajaddud nahi kaha jayega</w:t>
      </w:r>
    </w:p>
    <w:p>
      <w:pPr>
        <w:jc w:val="right"/>
      </w:pPr>
      <w:r>
        <w:t>ٹرنچکیسٹریٹجیمیںانہوںنےبدللیااپنےاپکو بدرکےاندررسولاللہنےبدللیا تواسکوتجددنہیںکہاجائےگا</w:t>
      </w:r>
    </w:p>
    <w:p>
      <w:r>
        <w:rPr>
          <w:b/>
        </w:rPr>
        <w:t xml:space="preserve">[1:30:44] </w:t>
      </w:r>
      <w:r>
        <w:t>isko kaha jayega ke woh hai intibaq nau kiya Maulana ne strategy ka toh jo hazrat woh hai tajdeed aur tajaddud ko samajhte nahi hain woh ghaliban is tarah ki baatein karte hain agar woh ghor</w:t>
      </w:r>
    </w:p>
    <w:p>
      <w:pPr>
        <w:jc w:val="right"/>
      </w:pPr>
      <w:r>
        <w:t>اسکوکہاجائےگاکہجوہے انطباق نوکیا مول انانے اسٹریٹجیکا تو جو حضراتجوہےتجدیداور تجددکو سمجھتےنہیں ہیں وہ غالبااسطرحکیباتیںکرتےہیںاگروہغور</w:t>
      </w:r>
    </w:p>
    <w:p>
      <w:r>
        <w:rPr>
          <w:b/>
        </w:rPr>
        <w:t xml:space="preserve">[1:30:55] </w:t>
      </w:r>
      <w:r>
        <w:t>ghor se dekhein toh unko pata chalega ke woh hai</w:t>
      </w:r>
    </w:p>
    <w:p>
      <w:pPr>
        <w:jc w:val="right"/>
      </w:pPr>
      <w:r>
        <w:t>غورسےدیکھیں تو انکو پتہچلےگاکہجوہے</w:t>
      </w:r>
    </w:p>
    <w:p>
      <w:r>
        <w:rPr>
          <w:b/>
        </w:rPr>
        <w:t xml:space="preserve">[1:30:58] </w:t>
      </w:r>
      <w:r>
        <w:t>yeh kya cheez ijtihad hai kya cheez tajaddud hai aur kya cheez bid'at hai yeh ibadati umoor aur woh hai Islam ki real interpretation ko badalna yeh tajaddud aur bid'at hai</w:t>
      </w:r>
    </w:p>
    <w:p>
      <w:pPr>
        <w:jc w:val="right"/>
      </w:pPr>
      <w:r>
        <w:t>اہکیا چیز اجتہادہےکیا چیز تجددہےاورکیاچیز بدعتہے اہعباد تی اموراورجوہےاسلام کیریئلانٹرپریٹیشنکوبدلنایہتجدداوربدعتہے</w:t>
      </w:r>
    </w:p>
    <w:p>
      <w:r>
        <w:rPr>
          <w:b/>
        </w:rPr>
        <w:t xml:space="preserve">[1:31:08] </w:t>
      </w:r>
      <w:r>
        <w:t>lekin</w:t>
      </w:r>
    </w:p>
    <w:p>
      <w:pPr>
        <w:jc w:val="right"/>
      </w:pPr>
      <w:r>
        <w:t>لیکن</w:t>
      </w:r>
    </w:p>
    <w:p>
      <w:r>
        <w:rPr>
          <w:b/>
        </w:rPr>
        <w:t xml:space="preserve">[1:31:08] </w:t>
      </w:r>
      <w:r>
        <w:t>intibaqi umoor ke andar jaise ke an tum aalam bi amri dunyah kum ke jumle mein Rasool Allah ne bataya</w:t>
      </w:r>
    </w:p>
    <w:p>
      <w:pPr>
        <w:jc w:val="right"/>
      </w:pPr>
      <w:r>
        <w:t>انطباقی امورکےاندر جیسےکہانتم اعلمباموردنیا کم کے جملےمیںرسولاللہنےبتایا</w:t>
      </w:r>
    </w:p>
    <w:p>
      <w:r>
        <w:rPr>
          <w:b/>
        </w:rPr>
        <w:t xml:space="preserve">[1:31:14] </w:t>
      </w:r>
      <w:r>
        <w:t>iske andar yeh agar koi aadmi woh hai intibaq nau ko talash karta hai toh uske liye</w:t>
      </w:r>
    </w:p>
    <w:p>
      <w:pPr>
        <w:jc w:val="right"/>
      </w:pPr>
      <w:r>
        <w:t>اسکےاندر اہ اگر کوئی ادمیجوہےانطباق نوکوتلاشکرتاہےتواسکےلیے</w:t>
      </w:r>
    </w:p>
    <w:p>
      <w:r>
        <w:rPr>
          <w:b/>
        </w:rPr>
        <w:t xml:space="preserve">[1:31:20] </w:t>
      </w:r>
      <w:r>
        <w:t>Quran ka lafz hoga istinbat yeh aur woh hai fuqaha ka lafz hoga ijtihad jaise Bukhari ke andar woh hai</w:t>
      </w:r>
    </w:p>
    <w:p>
      <w:pPr>
        <w:jc w:val="right"/>
      </w:pPr>
      <w:r>
        <w:t>قر انکالفظہوگااستنباط اہ اور جوہے فقہاءکالفظہوگااجتہاد جیسےبخاریکےاندرجوہے</w:t>
      </w:r>
    </w:p>
    <w:p>
      <w:r>
        <w:rPr>
          <w:b/>
        </w:rPr>
        <w:t xml:space="preserve">[1:31:28] </w:t>
      </w:r>
      <w:r>
        <w:t>lo ijtahada al hakimu fa inna khata'a faluhu ajrun wa inna asaba faluhu ajrun hadith iska makot toh woh hai Maulana ke kaam ko ijtihad kehti hai aur Quran isko istinbat kehta hai agar Maulana ne aisi koi ghalati ki hoti</w:t>
      </w:r>
    </w:p>
    <w:p>
      <w:pPr>
        <w:jc w:val="right"/>
      </w:pPr>
      <w:r>
        <w:t>لو اجتہد الحاکم فاناخطافلہ اجر واناصابفلہاجر حدیث اسکامکوجوہےمول اناکےکامکواجتہادکہتیہے اور قر اناسکو استنباطکہتاہے اگر مول انانے ایسیکوئیغلطیکیہوتی</w:t>
      </w:r>
    </w:p>
    <w:p>
      <w:r>
        <w:rPr>
          <w:b/>
        </w:rPr>
        <w:t xml:space="preserve">[1:31:41] </w:t>
      </w:r>
      <w:r>
        <w:t>jisko hum bid'at kehte hain ya tajaddud kehte hain to woh hamare samne unke literature unke videos aur unke shagirdon ki shakal mein maujood hain jo ke sare ke sare ulama e Ahle Sunnat mein se hain Maulana ko jo ulama jo yeh kar rahe hain support kar rahe hain CPS ulama</w:t>
      </w:r>
    </w:p>
    <w:p>
      <w:pPr>
        <w:jc w:val="right"/>
      </w:pPr>
      <w:r>
        <w:t>اہ جسکوہمبد عتکہتےہیںیاتجددکہتےہیںتووہ ہمارےسامنےانکےلٹریچرانکے ویڈیوز اورانکےشاگرد وںکیشکلمیںموجود ہیں جو کہسارےکےسارے علم ائےاہلسنتمیںسےہیں مول انا کوجو علم اءجویہکررہےہیںسپورٹکررہےہیں سیپیایس علم اء</w:t>
      </w:r>
    </w:p>
    <w:p>
      <w:r>
        <w:rPr>
          <w:b/>
        </w:rPr>
        <w:t xml:space="preserve">[1:31:59] </w:t>
      </w:r>
      <w:r>
        <w:t>Umari Nadvi Qasmi ulama</w:t>
      </w:r>
    </w:p>
    <w:p>
      <w:pPr>
        <w:jc w:val="right"/>
      </w:pPr>
      <w:r>
        <w:t>عم ری ندویقاسمیعلماء</w:t>
      </w:r>
    </w:p>
    <w:p>
      <w:r>
        <w:rPr>
          <w:b/>
        </w:rPr>
        <w:t xml:space="preserve">[1:32:01] </w:t>
      </w:r>
      <w:r>
        <w:t>yeh sare ke sare sakht paband shariat gharane se taluq rakhne wale ulama hain aise unke khayalat hain ke woh jo hai aslaf ke deen se slightest compromise karne wale nahi hain agar cheh ke ismein Maulana Wahiduddin Khan hi ghalati kar jayen to is baat ko samajhne ki zaroorat hai ke Maulana ke work kis nu'iyat ka hai kya woh bid'at aur jo hai tajaddud ke category mein hai ya woh istinbat aur ijtihad aur jo hai nayi zarooraton ke tehat iske inbiq</w:t>
      </w:r>
    </w:p>
    <w:p>
      <w:pPr>
        <w:jc w:val="right"/>
      </w:pPr>
      <w:r>
        <w:t>یہسارےکےسارے سخت پابند شریعت گھرانے سے تعلقرکھنےوالے علم اءہیںایسے انکےخیالاتہیںکہوہجوہے اسلافکےدینسے سلائٹسٹبھیکمپرومائزکرنےوالے نہیںہیں اگر چہکہاسمیںمولاناوحیدالدینخان ہی غلطیکرجائیں تو اسباتکوسمجھنےکیضرورتہےکہمول اناکاورککس نوع یتکاہے کیا وہ بدعت اور جوہے تجددکےکیٹگریمیںہے یاوہ استنباط اور اجتہاداورجوہےنئیضرورتوںکےتحت اسکےانطباق</w:t>
      </w:r>
    </w:p>
    <w:p>
      <w:r>
        <w:rPr>
          <w:b/>
        </w:rPr>
        <w:t xml:space="preserve">[1:32:29] </w:t>
      </w:r>
      <w:r>
        <w:t>ki nu'iyat ka hai agar gehrai se isko hamare readers aur nazreen samajhna chahen to Maulana ki kitabein aur jo hai Maulana ka jo CPS international center jo hai uski website unka jo AI chatbot yeh sab cheezein jo hain unko is silsile mein madad karne ke liye hazir hain bahut shukriya</w:t>
      </w:r>
    </w:p>
    <w:p>
      <w:pPr>
        <w:jc w:val="right"/>
      </w:pPr>
      <w:r>
        <w:t>کینوعیتکاہےاگر گہرائیسےاسکو اہ ہمارے ریڈرزاورناظر ین سمجھناچاہیںتو مول اناکیکتاب یںاورجوہے مول اناکاجوسیپیایسانٹرنیشنلسینٹر جوہےاسکیویبسائٹ اہانکاجو اےائیچیٹبوٹ یہسبچیزیںجوہیںانکو اسسلسلےمیںجوہے مد دکرنےکےلیے حاضرہیں بہت شکریہ</w:t>
      </w:r>
    </w:p>
    <w:p>
      <w:r>
        <w:rPr>
          <w:b/>
        </w:rPr>
        <w:t xml:space="preserve">[1:32:49] </w:t>
      </w:r>
      <w:r>
        <w:t>aap ne bahut hi acche andaaz se Maulana ke kaam ki wazahat ki aur aap ne kaha ke zamani basirat paida karna aur asli agahi aur tadbikh nau ri application hai na ke tajdeed ya koi bid'at tajaddud ya ah bid'at is qism ki baatein Maulana logon mein phailana chahte hain jazak Allah khaira</w:t>
      </w:r>
    </w:p>
    <w:p>
      <w:pPr>
        <w:jc w:val="right"/>
      </w:pPr>
      <w:r>
        <w:t>اپ نے بہت ہیاچھے اند ازسے مول اناکے کام کیوضاحتکی اور اپ نے کہا کہ اہزمانی بصیرت پیدا کرنا اور اصلی اگاہی اور تدبیخ نو ریایپلیکیشنہے نہ کہ تجدید یا کوئی بد عت تجددیا اہ بدعت اسقسم کیباتیں مول انا لوگوںمیںپھیلاناچاہتےہیں اہ جز اکاللہ خیرا</w:t>
      </w:r>
    </w:p>
    <w:p>
      <w:r>
        <w:rPr>
          <w:b/>
        </w:rPr>
        <w:t xml:space="preserve">[1:33:18] </w:t>
      </w:r>
      <w:r>
        <w:t>ab aate hain is session ke akhri sawal par jaise ke aap ne</w:t>
      </w:r>
    </w:p>
    <w:p>
      <w:pPr>
        <w:jc w:val="right"/>
      </w:pPr>
      <w:r>
        <w:t>اب اتےہیں اس سیشنکے اخریسوال پر جیساکہاپنے</w:t>
      </w:r>
    </w:p>
    <w:p>
      <w:r>
        <w:rPr>
          <w:b/>
        </w:rPr>
        <w:t xml:space="preserve">[1:33:25] </w:t>
      </w:r>
      <w:r>
        <w:t>yeh suna is se pehle bhi Maulana Ayatullah Umri Sahab ne is uswa hasna ki</w:t>
      </w:r>
    </w:p>
    <w:p>
      <w:pPr>
        <w:jc w:val="right"/>
      </w:pPr>
      <w:r>
        <w:t>اہ یہ سنااسسےپہلے بھی مول اناعن ایت اللہ عم ریصاحبنے اسوہحسنہکی</w:t>
      </w:r>
    </w:p>
    <w:p>
      <w:r>
        <w:rPr>
          <w:b/>
        </w:rPr>
        <w:t xml:space="preserve">[1:33:31] </w:t>
      </w:r>
      <w:r>
        <w:t>mukhtalif tareeqe se wazahat ki toh ab isi ko rakhte hue hum is silsile mein mazeed ek aur baat aati hai ke</w:t>
      </w:r>
    </w:p>
    <w:p>
      <w:pPr>
        <w:jc w:val="right"/>
      </w:pPr>
      <w:r>
        <w:t>مختلف طریقےسے وضاحتکی تواباسیکو رکھتےہوئے ہم اس سلسلےمیں مزید ایک اور بات اتیہے کہ</w:t>
      </w:r>
    </w:p>
    <w:p>
      <w:r>
        <w:rPr>
          <w:b/>
        </w:rPr>
        <w:t xml:space="preserve">[1:33:42] </w:t>
      </w:r>
      <w:r>
        <w:t>yeh Maulana ke nazdeek Muhammadi model daur jadeed mein qabil intibaq raha ya nahi</w:t>
      </w:r>
    </w:p>
    <w:p>
      <w:pPr>
        <w:jc w:val="right"/>
      </w:pPr>
      <w:r>
        <w:t>اہ مول انا کے نزدیک محمد ی ماڈل دور جدیدمیں قابل انطباق رہایانہیں</w:t>
      </w:r>
    </w:p>
    <w:p>
      <w:r>
        <w:rPr>
          <w:b/>
        </w:rPr>
        <w:t xml:space="preserve">[1:33:51] </w:t>
      </w:r>
      <w:r>
        <w:t>to is silsile mein kis qism ki galat fehmi aam mein pai jati hai aap uski wazahat farmayein humji bahut shukriya Hafiz Saeed Iqbal Umri sahab ke yeh sawal bhi jo hai na bahut zyada aham hai</w:t>
      </w:r>
    </w:p>
    <w:p>
      <w:pPr>
        <w:jc w:val="right"/>
      </w:pPr>
      <w:r>
        <w:t>تو اسسلسلےمیں کسقسم کیغلط فہمی امتمیں پائیجاتیہے اپاسکیوضاحتفرمائیں ہممجی بہت شکریہ حافظسعیداقبالعمریصاحبکہ یہ سوالبھیجوہےنا بہت زیادہ اہمہے</w:t>
      </w:r>
    </w:p>
    <w:p>
      <w:r>
        <w:rPr>
          <w:b/>
        </w:rPr>
        <w:t xml:space="preserve">[1:34:07] </w:t>
      </w:r>
      <w:r>
        <w:t>mol anane ah jo kitab lakhi qayamat ka aalam is ko parh kar kuch ilm aane is ko bohat bara issue banaya masla banaya aur unho ne kaha ke ah mol ana yeh kehte hain ke aaj ke zaman e mein maseehi model chale ga aur muhammadi model ab qabil e amal nahi raha qabil e intabaq nahi raha applicable nahi raha</w:t>
      </w:r>
    </w:p>
    <w:p>
      <w:pPr>
        <w:jc w:val="right"/>
      </w:pPr>
      <w:r>
        <w:t>مول انانے اہ جو کتاب لکھی قیامتکاعلام اسکوپڑھکر کچھ علم اءنے اسکو بہت بڑا ایشوبنایا مسئلہبنایا اور انہوںنےکہاکہ اہ مول انا یہکہتےہیںکہاج کے زمان ےمیں مسیحیماڈلچلےگا اور محمد یماڈل اب قابل عمل نہیںرہاقابل انطباقنہیںرہا ایپلیکیبلنہیںرہا</w:t>
      </w:r>
    </w:p>
    <w:p>
      <w:r>
        <w:rPr>
          <w:b/>
        </w:rPr>
        <w:t xml:space="preserve">[1:34:36] </w:t>
      </w:r>
      <w:r>
        <w:t>dekhiye kisi ki bhi aap jab kitab parhte hain ya ibarat parhte hain to is mein sab se ahem cheez hoti hai insaaf se kaam lena ke kis ne kitna aur kis had tak kiya baat kahi hai jab tak is ko waise andaaz se na samjha jaye to ghalat ho</w:t>
      </w:r>
    </w:p>
    <w:p>
      <w:pPr>
        <w:jc w:val="right"/>
      </w:pPr>
      <w:r>
        <w:t>دیکھیے کسی کیبھی اپ جب کتاب پڑھتےہیں یا عبارتپڑھتےہیں تو اسمیںسبسے اہمچیزہوتیہے انصافسےکام لینا کہ کسنے کتنا اورکسحدتک کیا بات کہیہے جبتک اسکو ویسے اندازسےنہسمجھاجائےتوغلطہو</w:t>
      </w:r>
    </w:p>
    <w:p>
      <w:r>
        <w:rPr>
          <w:b/>
        </w:rPr>
        <w:t xml:space="preserve">[1:34:55] </w:t>
      </w:r>
      <w:r>
        <w:t>ga dekhen pehle number to mein bata doon ke agar aisi koi baat ho to sab se pehle hum is ke ah is ke against hain aur hum aisi baaton ko nahi mante hain to molana jo samjhana chahte hain woh zyada samajhna zaroori hai</w:t>
      </w:r>
    </w:p>
    <w:p>
      <w:pPr>
        <w:jc w:val="right"/>
      </w:pPr>
      <w:r>
        <w:t>گا دیکھیںپہلے نمبرتومیںبتادوںکہ اگر ایسیکوئیباتہوتوسبسےپہلے ہم اسکے اہ اسکےاگینسٹہیں اور ہم ایسیباتوںکونہیں مان مانتےہیں تو مول اناجو سمجھاناچاہتےہیں وہ زیادہ سمجھنا ضروریہے</w:t>
      </w:r>
    </w:p>
    <w:p>
      <w:r>
        <w:rPr>
          <w:b/>
        </w:rPr>
        <w:t xml:space="preserve">[1:35:15] </w:t>
      </w:r>
      <w:r>
        <w:t>dekhen molana kehte hain ke quran ki ek ayat hai ghaliban surah saf ki ayat hai jis mein Allah ta'ala ne ah ehl e iman se kaha yani doosre alfaaz mein ummat e muhammad se Allah ne kaha ke woh ummat ah maseeh ke پیروکارon ki itba kare ya ayuhal lazeena amanu kono ansar Allah ke ahl e iman tum Allah ke madadgar bano waise jaise hazrat maseeh ke hawarij woh hain Allah ke ansar bane</w:t>
      </w:r>
    </w:p>
    <w:p>
      <w:pPr>
        <w:jc w:val="right"/>
      </w:pPr>
      <w:r>
        <w:t>دیکھیں مول اناکہتےہیںکہ قر انکیایکایتہے غالباسورۃ الصفکیایتہے جسمیںاللہ تعالینےاہلایمانسےکہا یعنی دوسرےالفاظمیںامت محمد سےاللہنےکہا کہوہ امت اہ مسیحکے پیرو کاروںکی اتباعکرے یا ایہاالذین امنو کونوانصاراللہ کہ اےاہلایمانتماللہ کےمددگاربنو ویسے جیسےحضرت مسیحکے حواریجوہے اللہ کےانصاربنے</w:t>
      </w:r>
    </w:p>
    <w:p>
      <w:r>
        <w:rPr>
          <w:b/>
        </w:rPr>
        <w:t xml:space="preserve">[1:35:44] </w:t>
      </w:r>
      <w:r>
        <w:t>to molana is mamle mein yeh baat batana chahte hain ke hazrat maseeh ka jo mission tha woh ghair harbbi mission tha ghair jidali mission tha in ke zaman e mein koi ah jang pesh nahi aayi</w:t>
      </w:r>
    </w:p>
    <w:p>
      <w:pPr>
        <w:jc w:val="right"/>
      </w:pPr>
      <w:r>
        <w:t>تو مول انااس معاملےمیںیہباتبت اناچاہرہےہیں کہ حضرت مسیحکاجو مشنتھا وہ غیر حربیمشنتھا غیر جد الیمشنتھا انکے زمان ےمیںکوئی اہ جنگ پیش نہیں ائی</w:t>
      </w:r>
    </w:p>
    <w:p>
      <w:r>
        <w:rPr>
          <w:b/>
        </w:rPr>
        <w:t xml:space="preserve">[1:36:02] </w:t>
      </w:r>
      <w:r>
        <w:t>ab jo jadeed daur hai jaise abhi hamare sath yeh batare the ke aaj jo ah jo hathiyar bane hain jo mass destruction ke jo hathiyar bane hain jin ka muqabla karna taqreeban naamumkin hai aur yahan tak ke jo sab se bada jo jang jo hai hitler is ne khud ek baat kahi thi ke in the end there are no winners only survivors</w:t>
      </w:r>
    </w:p>
    <w:p>
      <w:pPr>
        <w:jc w:val="right"/>
      </w:pPr>
      <w:r>
        <w:t>اب جو جدید دور ہے جیسے ابھیہمارے ساتھ یبتارہےتھےکہ اج جو اہ جو ہتھیار بنےہیں جو ماسڈسٹرکشنزکےجو ہتھیاربنےہیں جنکامق ابلہکرنا تقریبا نام مکن ہے اور یہاں تککہجوسبسےبڑاجو جنگ جوہے ہٹلر اسنےخود ایکباتکہہدیتھیکہ انداماڈرنواردیرار نوو کٹرز اونلیسروائیور</w:t>
      </w:r>
    </w:p>
    <w:p>
      <w:r>
        <w:rPr>
          <w:b/>
        </w:rPr>
        <w:t xml:space="preserve">[1:36:31] </w:t>
      </w:r>
      <w:r>
        <w:t>ke aaj ke zaman e mein jang karna ya jang chherna sirf apni tabaahi ko dawat dena hai baqi is ka aur koi faida hone wala nahi hai</w:t>
      </w:r>
    </w:p>
    <w:p>
      <w:pPr>
        <w:jc w:val="right"/>
      </w:pPr>
      <w:r>
        <w:t>کہ اج کے زمان ےمیں جنگ کرنا یا جنگ چھیڑنا صرف اپنی تباہیکودعوتدیناہے بقیہاسکااورکوئیفائدہہونے والانہیں ہے</w:t>
      </w:r>
    </w:p>
    <w:p>
      <w:r>
        <w:rPr>
          <w:b/>
        </w:rPr>
        <w:t xml:space="preserve">[1:36:41] </w:t>
      </w:r>
      <w:r>
        <w:t>to in tamam baaton ko rakh kar molana yeh kehna chahte hain ke aaj ke zaman e mein ahl e iman ko hazrat maseeh ki tarah ghair harbbi model ko ikhtiyar karna chahiye aur isi ko unho ne maseehi model kaha aur isi ko unho ne maki model bhi kaha aur is mein wazeh taur par molana ne yeh likha ke juzwi taur par qabil e intabaq nahi rahe ga is ka matlab bohat partial sense mein</w:t>
      </w:r>
    </w:p>
    <w:p>
      <w:pPr>
        <w:jc w:val="right"/>
      </w:pPr>
      <w:r>
        <w:t>تو انتمام باتوںکورکھکر مول انایہکہناچاہتےہیںکہاج کے زمان ےمیں اہلایمانکو حضرت مسیحکیطرح غیر حربی ماڈلکواختیارکرناچاہیے اور اسیکوانہوں نے مسیحیماڈلکہااور اسیکوانہوںنے مکیماڈلبھیکہا اور اس میں واضحطورپر مول انانےیہلکھاکہ جز ویطور پر قابل انطباقنہیںرہےگا اسکامطلب بہت پارشل سینسمیںص</w:t>
      </w:r>
    </w:p>
    <w:p>
      <w:r>
        <w:rPr>
          <w:b/>
        </w:rPr>
        <w:t xml:space="preserve">[1:37:07] </w:t>
      </w:r>
      <w:r>
        <w:t>sirf is sense mein ke ahla islam ko dunya mein jang o jidal ladai aur harbbi activities nahi karna chahiye dekhen yeh yeh koi aisi baat nahi hai jo molana hi kehte hain aur koi aesa nahi kehta aisi baat nahi hai</w:t>
      </w:r>
    </w:p>
    <w:p>
      <w:pPr>
        <w:jc w:val="right"/>
      </w:pPr>
      <w:r>
        <w:t>رف اس سینسمیںکہ اہلاسلام کو دنیا میں جنگ وجد ال لڑائیاور حربی ایکٹیویٹیزنہیںکرناچاہیے دیکھیںیہ یہکوئی ایسیباتنہیں ہےجو مول انا ہیکہتےہیںاور کوئیایسانہیںکہتاایسیباتنہیں ہے</w:t>
      </w:r>
    </w:p>
    <w:p>
      <w:r>
        <w:rPr>
          <w:b/>
        </w:rPr>
        <w:t xml:space="preserve">[1:37:22] </w:t>
      </w:r>
      <w:r>
        <w:t>hum jante hain ke hum log ah hamare ulama se sab se yeh sunte aaye hain aur parhe hain un se seekha hai hum ne ke ah hindustan ke jo halaat hain yahan yeh 80 percent woh ah non muslim abadi hai aur 20 percent muslim abadi hai to</w:t>
      </w:r>
    </w:p>
    <w:p>
      <w:pPr>
        <w:jc w:val="right"/>
      </w:pPr>
      <w:r>
        <w:t>ہمجانتےہیںکہ ہملوگ اہ ہمارے علم اءسے سبسے یہسن تےائےہیںاور پڑھےہیں انسے سیکھاہےہمنے کہ اہہندو ستانکےجو حالات ہیں یہاں یہ 80پرسنٹ وہ اہ نانمسلم ابادیہےاور 20پرسنٹمسلم ابادیہے تو</w:t>
      </w:r>
    </w:p>
    <w:p>
      <w:r>
        <w:rPr>
          <w:b/>
        </w:rPr>
        <w:t xml:space="preserve">[1:37:42] </w:t>
      </w:r>
      <w:r>
        <w:t>hamare maujooda hindustan ke halaat hazrat moosa se zyada milte julte hain ke wahan woh hazrat moosa ne yeh 80 percent non muslim aur 20 percent muslim abadi ke beech mein kaam kiya to aaj ke zaman e mein hamare halaat ke lehaaz se hindustan ke halaat ke lehaaz se humein hazrat moosa ke uswa ko ikhtiyar karna chahiye to is ka matlab har giz bhi yeh nahi hai ke muhammadi model ko woh inkar hai bilkul sahi</w:t>
      </w:r>
    </w:p>
    <w:p>
      <w:pPr>
        <w:jc w:val="right"/>
      </w:pPr>
      <w:r>
        <w:t>ہمارے موجود ہہندو ستان کےحالات حضرت موسی سےزیادہ ملتے جلتےہیںکہ وہاں وہحضرت موسی نے یہ80پرسنٹ نانمسلماور 20پرسنٹمسلمابادیکےبیچمیں کام کیا تو اج کے زمان ےمیںہمارے حالاتکےلحاظسےہندو ستان کےحالاتکےلحاظسے ہمیں حضرت موسی کے اسوےکواختیارکرناچاہیے تو اسکامطلب ہرگزبھییہنہیں ہے کہ محمد ی ماڈلکاوہانکار ہے بالکل صحیح</w:t>
      </w:r>
    </w:p>
    <w:p>
      <w:r>
        <w:rPr>
          <w:b/>
        </w:rPr>
        <w:t xml:space="preserve">[1:38:08] </w:t>
      </w:r>
      <w:r>
        <w:t>yeh sirf aur sirf juzwi sense mein hum hazrat moosa ke is namune ko lete hain aur yeh bhi khud quran se humein rehnumai milti hai Allah ta'ala ne surah al an'am mein anbiya ka zikr karne ke baad Allah ne kaha allazeena hadahum Allah ke yeh hidayat yafta group hai anbiya ka in mein se har ek ki iqtida karo yani peghambar se kaha ja raha hai ke woh in tamam anbiya ki iqtida karo</w:t>
      </w:r>
    </w:p>
    <w:p>
      <w:pPr>
        <w:jc w:val="right"/>
      </w:pPr>
      <w:r>
        <w:t>یہ صرف اورصرف جزئی سینسمیںہم حضرت موسی کے اس نم ونےکولیتےہیں اور یہبھی خود قرانسےہمیںرہنمائیملتیہےاللہ تعالینے سورۃ الانعاممیں انبیاءکاذکر کرنےکےبعداللہنےکہا الذ ینہداہم اللہ کہیہ ہدایت یافت ہگروپہےانبیاءکا انمیںسے ہرایک کیاقتداءکرویعنی پیغمبرسے کہاجارہاہے کہوہ انتمام انبیاءکیاقتداءکرو</w:t>
      </w:r>
    </w:p>
    <w:p>
      <w:r>
        <w:rPr>
          <w:b/>
        </w:rPr>
        <w:t xml:space="preserve">[1:38:37] </w:t>
      </w:r>
      <w:r>
        <w:t>to is ka matlab yeh hai ke jab peghambar ko doosre anbiya ki iqtida ki dawat di ja rahi hai to agar koi shakhs peghambar ki ummat ko yeh batata hai ke doosre anbiya bhi aap ke liye qabil e uswa hain aap ke liye qudwa hain aap ke liye namuna hain to yeh koi ghalat baat nahi hai</w:t>
      </w:r>
    </w:p>
    <w:p>
      <w:pPr>
        <w:jc w:val="right"/>
      </w:pPr>
      <w:r>
        <w:t>تواسکامطلبیہہےکہجب پیغمبرکو دوسرےانبیاءکیاقتداءکی دعوتدیجارہیہے تواگر کوئیشخص پیغمبرکی امت کو یہبتاتاہےکہدوسرے انبیاءبھی اپ کےلیے قابل اسوہہیں اپ کےلیے قد وہہیںاپکےلیے نمونہہیں تو یہ کوئیغلطباتنہیں ہے</w:t>
      </w:r>
    </w:p>
    <w:p>
      <w:r>
        <w:rPr>
          <w:b/>
        </w:rPr>
        <w:t xml:space="preserve">[1:38:56] </w:t>
      </w:r>
      <w:r>
        <w:t>lekin is ek lafz ko le kar is ek sentence ko jumle ko le kar is ko aisa elaborate kiya gaya aisa bada banaya gaya ke jaise woh uswa ah muhammadi model aaj ke zaman e mein in ke nazdeek applicable nahi hai woh chale ga nahi model jab ke hum jante hain ke molana ka koi takhwana un ki koi speech un ki koi kitab woh ahadees ke baghair nahi peghambar ke uswa ke baghair nahi</w:t>
      </w:r>
    </w:p>
    <w:p>
      <w:pPr>
        <w:jc w:val="right"/>
      </w:pPr>
      <w:r>
        <w:t>لیکن اس ایک لفظکولےکر اس ایک سینٹنسکو جملےکولےکر اسکوایسا الیبریٹکیاگیا ایسا بڑا بنایاگیا کہ جیسےجوہے اس وہ اہ محمد یماڈلاجکےزمان ےمیں انکےنزدیکایپلیکیبلہینہیں ہے وہچلےگاہینہیں ماڈل جبکہہمجانتےہیں کہ مول اناکاکوئی ٹاکہوانکیکوئی اسپیچہوانکیکوئی کتاب ہو وہ احادیثکےبغیرنہیں پیغمبرکےاسوےکےبغیرنہیں</w:t>
      </w:r>
    </w:p>
    <w:p>
      <w:r>
        <w:rPr>
          <w:b/>
        </w:rPr>
        <w:t xml:space="preserve">[1:39:24] </w:t>
      </w:r>
      <w:r>
        <w:t>woh hamesha yeh kaha karte the hum majlison mein baithte the woh kehte the ke agar mere samne sirf quran hota aur hadees na hoti to mujh jaisa insan pagal ho gaya hota</w:t>
      </w:r>
    </w:p>
    <w:p>
      <w:pPr>
        <w:jc w:val="right"/>
      </w:pPr>
      <w:r>
        <w:t>وہہمیشہ یہکہا کرتے تھے ہم مجلس وںمیںبیٹھتےتھےوہکہتےتھے کہ اگر میرےسامنے صرف قرانہوتا اور حدیث نہہوتیتومجھجیساانسان پاگلہوگیاہوتا</w:t>
      </w:r>
    </w:p>
    <w:p>
      <w:r>
        <w:rPr>
          <w:b/>
        </w:rPr>
        <w:t xml:space="preserve">[1:39:37] </w:t>
      </w:r>
      <w:r>
        <w:t>to hum soch sakte hain ke kis darje mein molana nabi sallallahu alaihi wasallam ki itba karte aur aap ke uswa ko mante balke badi badi baatein molana ne ahadees se peghambar ki seerat se akhaz kar ke jo hain hum logo ko molana ne batayi hain to aisi surat mein yeh kehna ke molana muhammadi ah model ko mansookh samajhte hain aur aaj ke zaman e mein sirf hazrat maseeh ka model chale ga</w:t>
      </w:r>
    </w:p>
    <w:p>
      <w:pPr>
        <w:jc w:val="right"/>
      </w:pPr>
      <w:r>
        <w:t>توہم سوچسکتےہیںکہ کس درج ےمیں مول انا نبیصلیاللہ علیہوسلم کی اتباعکرتے اوراپکےاسوےکو مانتے بلکہ بڑی بڑیباتیں مول انانے احادیثسے پیغمبرکی سیرتسے اخذکرکےجوہےہملوگوںکو مول انانےبتائیہیں تو ایسیصورت میںیہکہ ناکہ مول انا محمد ی اہ ماڈلکو منسوخ سمجھتےہیں اور اج کےزمان ےمیں صرفحضرت مسیحکاماڈلچلے</w:t>
      </w:r>
    </w:p>
    <w:p>
      <w:r>
        <w:rPr>
          <w:b/>
        </w:rPr>
        <w:t xml:space="preserve">[1:40:05] </w:t>
      </w:r>
      <w:r>
        <w:t>yeh bohat ghalat bayani hai yeh ghalat alfaaz hain aur jo baat hai is ko is se zyada elaborate kar ke ghalat andaaz se generalize kar ke bayan kiya gaya hai to ghaliban mein apni baat ko ah sahi se is samjhane mein kamyab raha hoon bohat shukriya anayatullah omri</w:t>
      </w:r>
    </w:p>
    <w:p>
      <w:pPr>
        <w:jc w:val="right"/>
      </w:pPr>
      <w:r>
        <w:t>گا یہ بہت غلط بیانیہےیہ غلط الفاظہیں اور جو بات ہےاسکو اسسےزیادہ الیبریٹکرکے غلط اندازسےجنرلائزکرکےبیانکیاگیاہے تو غالبامیں اپنی باتکو اہ صحیحسے اس سمجھانےمیںکامیاب رہاہوں بہت شکریہ عن ایتاللہعمری</w:t>
      </w:r>
    </w:p>
    <w:p>
      <w:r>
        <w:rPr>
          <w:b/>
        </w:rPr>
        <w:t xml:space="preserve">[1:40:28] </w:t>
      </w:r>
      <w:r>
        <w:t>Sahab apne bahut achhe tareeqe se</w:t>
      </w:r>
    </w:p>
    <w:p>
      <w:pPr>
        <w:jc w:val="right"/>
      </w:pPr>
      <w:r>
        <w:t>صاحباپنے بہت اچھےطریقےسے</w:t>
      </w:r>
    </w:p>
    <w:p>
      <w:r>
        <w:rPr>
          <w:b/>
        </w:rPr>
        <w:t xml:space="preserve">[1:40:31] </w:t>
      </w:r>
      <w:r>
        <w:t>yeh wazahat de di aur yeh shubah bhed door kar diya ke yahan masla qabil amal namuna aur qabil tadbeer yeh namuna yeh</w:t>
      </w:r>
    </w:p>
    <w:p>
      <w:pPr>
        <w:jc w:val="right"/>
      </w:pPr>
      <w:r>
        <w:t>یہ وضاحتدےدی اور یہ شبہبھیدور کردیا کہیہاں مسئلہ قابل عمل نم ونہ اور قابل تدبیخ اہ نمونہ اہ</w:t>
      </w:r>
    </w:p>
    <w:p>
      <w:r>
        <w:rPr>
          <w:b/>
        </w:rPr>
        <w:t xml:space="preserve">[1:40:43] </w:t>
      </w:r>
      <w:r>
        <w:t>kab kahan se nikla ho sakta hai wahi bayan karna asal maqsood hai na ke kisi</w:t>
      </w:r>
    </w:p>
    <w:p>
      <w:pPr>
        <w:jc w:val="right"/>
      </w:pPr>
      <w:r>
        <w:t>کب کسنبیکاہوسکتاہے وہی بیان کرنا اصل مقصودہے نہکہکسی</w:t>
      </w:r>
    </w:p>
    <w:p>
      <w:r>
        <w:rPr>
          <w:b/>
        </w:rPr>
        <w:t xml:space="preserve">[1:40:50] </w:t>
      </w:r>
      <w:r>
        <w:t>ah namune ko mansookh karna kisi ko jo hai ah ek dam unhi ke wohi namuna hamare samne</w:t>
      </w:r>
    </w:p>
    <w:p>
      <w:pPr>
        <w:jc w:val="right"/>
      </w:pPr>
      <w:r>
        <w:t>اہ نمونےکو منسوخکرنا کسی کو جوہے اہ ایکدم انہی کےوہینمونہہمارےسامنے</w:t>
      </w:r>
    </w:p>
    <w:p>
      <w:r>
        <w:rPr>
          <w:b/>
        </w:rPr>
        <w:t xml:space="preserve">[1:40:58] </w:t>
      </w:r>
      <w:r>
        <w:t>pesh kar diya ja</w:t>
      </w:r>
    </w:p>
    <w:p>
      <w:pPr>
        <w:jc w:val="right"/>
      </w:pPr>
      <w:r>
        <w:t>پیش کردیاج</w:t>
      </w:r>
    </w:p>
    <w:p>
      <w:r>
        <w:rPr>
          <w:b/>
        </w:rPr>
        <w:t xml:space="preserve">[1:40:59] </w:t>
      </w:r>
      <w:r>
        <w:t>aye aisa matlab nahi hai aur quran o hadees se aap ne bilkul wazeh taur se farmaya ke allazeena hadahum Allah ab hum is program ko isi baat par khatm karte hain ke dekhiye ah log aam taur se yeh kehte hain ke yeh baatein aap logo ko humein samajh mein aati hain hum ko kyun nahi</w:t>
      </w:r>
    </w:p>
    <w:p>
      <w:pPr>
        <w:jc w:val="right"/>
      </w:pPr>
      <w:r>
        <w:t>ائےایسا مطلبنہیں ہے اور قر انوحدیثسےاپنے بالکل واضحطورسےفرمایا کہ الذ ینہداہماللہ اب ہم اس پروگرامکو اسی باتپر ختمکرتے ہیں کہ دیکھیے اہ لوگ عامطورسےیہکہتےہیںکہ یہ باتیںاپ لوگوںکو ہیسمجھمیںاتیہیں ہمکوکیوںنہیں</w:t>
      </w:r>
    </w:p>
    <w:p>
      <w:r>
        <w:rPr>
          <w:b/>
        </w:rPr>
        <w:t xml:space="preserve">[1:41:26] </w:t>
      </w:r>
      <w:r>
        <w:t>to mein nazreen se yeh kehna chahta hoon ke hum ah hum bhi isi mahaul se aaye hue log hain jahan is qism ke hazaron ishkalat etrazat doosre logo par bhi jaisa hote hain waise molana par bhi isi qism ke the chunke hum ek background se aaye hain to molana aur molana ka literature hamare liye supreme consulting ban gaya</w:t>
      </w:r>
    </w:p>
    <w:p>
      <w:pPr>
        <w:jc w:val="right"/>
      </w:pPr>
      <w:r>
        <w:t>تومیں ناظرینسےیہکہناچاہتاہوں کہہم اہ ہمبھی اسی ماحولسے ائےہوئے لوگ ہیں جہاں اسقسم کے ہزاروں اشکالات اعتراض ات دوسرےلوگوںپر بھی جیساہوتےہیںویسامولاناپربھی اسیقسم کےتھے چونکہہمایک بیکگراؤنڈسےائےہیں تو مول انااور مول اناکا لٹریچرہمارےلیے سپریم کنسلٹبنگیا</w:t>
      </w:r>
    </w:p>
    <w:p>
      <w:r>
        <w:rPr>
          <w:b/>
        </w:rPr>
        <w:t xml:space="preserve">[1:41:52] </w:t>
      </w:r>
      <w:r>
        <w:t>ek marifat ke hisab se aur doosra dawat ke hisab se to is aitbar se hum ne yeh chaha ke molana ko har tareeqe se check kiya jaye kya kehna chahte hain molana aur log kya keh rahe hain to hum ne kitabein padhi molana ki majlison mein das saal shareek rahe</w:t>
      </w:r>
    </w:p>
    <w:p>
      <w:pPr>
        <w:jc w:val="right"/>
      </w:pPr>
      <w:r>
        <w:t>ایک معرفتکے حسابسے اور دوسرا دعوتکےحسابسے تواس اعتبار سے ہمنے یہ چاہاکہ مول اناکو ہرطریق ےسے چیککیاجائے کیا کہناچاہتےہیں مول انا اور لوگ کیا کہہرہےہیں تو ہمنے کتاب یںپڑھی مول اناکیمجلس وںمیں دسسال شریکرہے</w:t>
      </w:r>
    </w:p>
    <w:p>
      <w:r>
        <w:rPr>
          <w:b/>
        </w:rPr>
        <w:t xml:space="preserve">[1:42:13] </w:t>
      </w:r>
      <w:r>
        <w:t>molana se jab bhi koi etraz ho to sawal ke zariye se hamare kitne har sathi ke sawalat hain aur mere to video mein kai sawalat ah bhare pade hain ke molana se mein kya kya jin logo ko etrazat hain ishkalat hain kya unho ne kya waqe mein is sanjidgi ka saboot diya ke molana ko khat likhein molana se mulaqat karein molana se ah ishkal door karne ki koshish karein</w:t>
      </w:r>
    </w:p>
    <w:p>
      <w:pPr>
        <w:jc w:val="right"/>
      </w:pPr>
      <w:r>
        <w:t>مول اناسے جببھیکوئی اعتراضہوتاتو سوال کےذریعےسےہمارےکتنےہرساتھیکےسوالاتہیں اور میرےتو ویڈیومیں کئی سوال ات اہبھرےپڑےہیںکہمول اناسے میں کیا کیا جنلوگوںکو اعتراض ات ہیں اشکالاتہیں کیا انہوں نے کیا واقعیمیں اس سنجیدگیکا ثبوتدیا کہ مول اناکو خط لکھ یں مول اناسے ملاقات کریں مول اناسے اہ اشکالدور کرنے کیکوششکریں</w:t>
      </w:r>
    </w:p>
    <w:p>
      <w:r>
        <w:rPr>
          <w:b/>
        </w:rPr>
        <w:t xml:space="preserve">[1:42:42] </w:t>
      </w:r>
      <w:r>
        <w:t>mein samajhta hoon ke is mamle mein chand logo se kotahi hui hai beshak ke jin jo log molana jab tak zinda the us waqt tak jaisa hum logo ne das saal laga diye aur mukhtalif 24 ghanton mein un se dars lete rahe mukhtalif auqaat mein jo bhi ishkal aata tha to us ko rafa karte rahe molana jab ke 96 umar tak molana zinda</w:t>
      </w:r>
    </w:p>
    <w:p>
      <w:pPr>
        <w:jc w:val="right"/>
      </w:pPr>
      <w:r>
        <w:t>میںسمجھتاہوں کہ اس معاملےمیں چند لوگوںسے کوتاہیہوئیہے بےشککہ جن جولوگ مول انا جبتک زندہتھے اسوقت تک جیساہملوگوںنے دسساللگادیے اور مختلف 24گھنٹوںمیں انسے درسلیتےرہے مختلف اوقات میں جو بھیاشکالاتاتھا تواسکو رفع کرتے رہےمول انا جبکہ 9 6 عمر تکمول انازند</w:t>
      </w:r>
    </w:p>
    <w:p>
      <w:r>
        <w:rPr>
          <w:b/>
        </w:rPr>
        <w:t xml:space="preserve">[1:43:06] </w:t>
      </w:r>
      <w:r>
        <w:t>hain to behal hum logo ne samjha ke ke wahi baatein jo ummat mein ah baatein pai jaati hain is ke chand misaal pesh kar ke hum logo ne is tareeqe se direct molana se samajhne ki koshish kiye in baaton ko aur khud padhne ki koshish kiye aur samajhne ki koshish</w:t>
      </w:r>
    </w:p>
    <w:p>
      <w:pPr>
        <w:jc w:val="right"/>
      </w:pPr>
      <w:r>
        <w:t>ہرہے تو بہرحال ہملوگوںنےسمجھاکہ کہ وہیبات یں جو امتمیں اہ باتیں پائیجاتیہیں اسکے چند مثال پیش کرکے ہملوگ اسطریقےسے ڈائریکٹمول انا سےسمجھنےکیکوششکیےانباتوںکو اور خود پڑھنےکیکوششکیے اور سمجھنےکیکوشش</w:t>
      </w:r>
    </w:p>
    <w:p>
      <w:r>
        <w:rPr>
          <w:b/>
        </w:rPr>
        <w:t xml:space="preserve">[1:43:26] </w:t>
      </w:r>
      <w:r>
        <w:t>kiye yeh asal mein ah jaisa ke quran mein aata hai ke in jaa kun fa shukm bin naft bin us ayati ke roshni mein hum ne is ka haq ada kiya is liye hum ko baatein samajh mein aa rahi hain to lehaza ah aap nazreen ko bhi chahiye ke ah sahi ma'ano mein molana ke mission ko samajhne mein ah logo ke khwaham khwah ke etrazat ke peeche mat</w:t>
      </w:r>
    </w:p>
    <w:p>
      <w:pPr>
        <w:jc w:val="right"/>
      </w:pPr>
      <w:r>
        <w:t>کیے یہ اصلمیں اہجیساکہ قرانمیںاتاہے کہ انجا کن فاس خمبن بینفت بینو اسایتکیروشنیمیں ہمنےاسکا حقاداکیا اسلیےہمکوباتیںسمجھمیںارہیہیں تولہذا اہاپ ناظرینکوبھیچاہیے کہ اہ صحیحمعنیمیں مول اناکےمشنکو سمجھنےمیں اہلوگوں کے خواہمخواہکےاعتراضات کے پیچھے مت</w:t>
      </w:r>
    </w:p>
    <w:p>
      <w:r>
        <w:rPr>
          <w:b/>
        </w:rPr>
        <w:t xml:space="preserve">[1:43:52] </w:t>
      </w:r>
      <w:r>
        <w:t>jayen aj bhi humko intizar hai ke koi ilmi ishkāl pesh kare koi ilmi tozeeh aur ilmi wazahat kare to hum aj bhi intizar mein hain ke koi hai jo ilmi wazahat kare to ab tak to humne is qism se kisi ko nahi paya</w:t>
      </w:r>
    </w:p>
    <w:p>
      <w:pPr>
        <w:jc w:val="right"/>
      </w:pPr>
      <w:r>
        <w:t>جائیں اج بھیہمکو انتظارہے کہ کوئی علم ی اشکال پیش کرےکوئی علمی توضیح اور علمیوضاحتکرے تو ہماج بھیانتظارمیںہیںکہکوئی ہے جو علمیوضاحتکرے تو ابتکتوہمنے اہ اسقسم سے کسی کونہیں پای</w:t>
      </w:r>
    </w:p>
    <w:p>
      <w:r>
        <w:rPr>
          <w:b/>
        </w:rPr>
        <w:t xml:space="preserve">[1:44:11] </w:t>
      </w:r>
      <w:r>
        <w:t>to Allah ta'ala se dua hai ke Allah ta'ala humko sahi ma'non mein molana ne itna bada jo ummat ke liye rehnumai ka saman kiya hai aur asri agahi di hai aur asri jadid usloob mein Islam ki rehnumai ki hai Allah ta'ala se dua hai ke isko samajhne ki aur is par mazeed aage badhne ki tofeeq ata farmaye</w:t>
      </w:r>
    </w:p>
    <w:p>
      <w:pPr>
        <w:jc w:val="right"/>
      </w:pPr>
      <w:r>
        <w:t>ا تواللہ تعالیسےدعاہےکہ اللہ تعالیہمکو صحیحمعنیمیں مول انانے اتنابڑاجو امتکےلیے اہ رہنمائیکا سامانکیا ہے اور اصری اگاہیدیہے اور اہ اہ جدید اسلوبمیں اسلام کی رہنمائیکیہے اللہ تعالیسےدعاہےکہاسکوسمجھنےکی اور اس پر مزید اگےبڑھنےکیتوفیقعطافرمائے</w:t>
      </w:r>
    </w:p>
    <w:p>
      <w:r>
        <w:rPr>
          <w:b/>
        </w:rPr>
        <w:t xml:space="preserve">[1:44:38] </w:t>
      </w:r>
      <w:r>
        <w:t>ab hum ah sare panelist ka shukriya ada karte</w:t>
      </w:r>
    </w:p>
    <w:p>
      <w:pPr>
        <w:jc w:val="right"/>
      </w:pPr>
      <w:r>
        <w:t>ابہم اہ سارے پینلسٹکاشکریہاداکرتے</w:t>
      </w:r>
    </w:p>
    <w:p>
      <w:r>
        <w:rPr>
          <w:b/>
        </w:rPr>
        <w:t xml:space="preserve">[1:44:41] </w:t>
      </w:r>
      <w:r>
        <w:t>hain ke unhon ne waqt diya aur waqe hi mein sanjeedgi ki ka saboot diya aur achhe tarike se</w:t>
      </w:r>
    </w:p>
    <w:p>
      <w:pPr>
        <w:jc w:val="right"/>
      </w:pPr>
      <w:r>
        <w:t>ہیںکہ انہوںنے وقت دیا اور واقع یمیں سنجیدگی کی کا ثبوتدیااوراچھےطریقےسے</w:t>
      </w:r>
    </w:p>
    <w:p>
      <w:r>
        <w:rPr>
          <w:b/>
        </w:rPr>
        <w:t xml:space="preserve">[1:44:48] </w:t>
      </w:r>
      <w:r>
        <w:t>ah sawalat ka jawab diya aur is silsile mein</w:t>
      </w:r>
    </w:p>
    <w:p>
      <w:pPr>
        <w:jc w:val="right"/>
      </w:pPr>
      <w:r>
        <w:t>اہ سوالاتکا جواب دیا اور اسسلسلےمیں</w:t>
      </w:r>
    </w:p>
    <w:p>
      <w:r>
        <w:rPr>
          <w:b/>
        </w:rPr>
        <w:t xml:space="preserve">[1:44:52] </w:t>
      </w:r>
      <w:r>
        <w:t>hum cpiasan international ah ke jo bhi zimmedar hain unka shukriya ada karte hain ke unhon ne yeh zarra nawazish mauqa hum jaise logon ko diya</w:t>
      </w:r>
    </w:p>
    <w:p>
      <w:pPr>
        <w:jc w:val="right"/>
      </w:pPr>
      <w:r>
        <w:t>ہم سیپیایسانٹرنیشنل اہ کےجوبھی ذمہدار ہیں انکا شکریہاداکرتےہیںکہانہوں نے یہزرینموقع ہمجیسےلوگوںکودیا</w:t>
      </w:r>
    </w:p>
    <w:p>
      <w:r>
        <w:rPr>
          <w:b/>
        </w:rPr>
        <w:t xml:space="preserve">[1:45:02] </w:t>
      </w:r>
      <w:r>
        <w:t>ke hum Maulana ki baaton ko sahi maanon mein logon tak pohnchaney ke liye</w:t>
      </w:r>
    </w:p>
    <w:p>
      <w:pPr>
        <w:jc w:val="right"/>
      </w:pPr>
      <w:r>
        <w:t>کہ ہم مول اناکی باتوںکو صحیحمعنیمیںلوگوںتکپہنچانےکےلیے</w:t>
      </w:r>
    </w:p>
    <w:p>
      <w:r>
        <w:rPr>
          <w:b/>
        </w:rPr>
        <w:t xml:space="preserve">[1:45:07] </w:t>
      </w:r>
      <w:r>
        <w:t>jo ishkalaat waarid hue hain is ko door karein Allah taala hamare is amal ko sadqa e jariya banaye aur hamein tofeeq ata farmaye ke hum</w:t>
      </w:r>
    </w:p>
    <w:p>
      <w:pPr>
        <w:jc w:val="right"/>
      </w:pPr>
      <w:r>
        <w:t>جواشکالات وارد ہوئےہیں اسکو دور کریں اللہ تعالی ہمارےاسعمل کو صدقہجاریہبنائے اور ہمیںتوفیقعطافرمائےکہہم</w:t>
      </w:r>
    </w:p>
    <w:p>
      <w:r>
        <w:rPr>
          <w:b/>
        </w:rPr>
        <w:t xml:space="preserve">[1:45:16] </w:t>
      </w:r>
      <w:r>
        <w:t>seedhe raste ko paney ki koshish karte rahein amino wa salam wa alaikum wa rehmatullah</w:t>
      </w:r>
    </w:p>
    <w:p>
      <w:pPr>
        <w:jc w:val="right"/>
      </w:pPr>
      <w:r>
        <w:t>سیدھےراستےکو پانےکیکوششکرتے رہیں امینوال سلام والسلام علیکمورحمۃاللہ</w:t>
      </w:r>
    </w:p>
    <w:p>
      <w:r>
        <w:rPr>
          <w:b/>
        </w:rPr>
        <w:t xml:space="preserve">[1:45:21] </w:t>
      </w:r>
      <w:r>
        <w:t>b</w:t>
      </w:r>
    </w:p>
    <w:p>
      <w:pPr>
        <w:jc w:val="right"/>
      </w:pPr>
      <w:r>
        <w:t>ب</w:t>
      </w:r>
    </w:p>
    <w:p>
      <w:r>
        <w:rPr>
          <w:b/>
        </w:rPr>
        <w:t xml:space="preserve">[1:45:22] </w:t>
      </w:r>
      <w:r>
        <w:t>Bismillah aap ka bhi bahut bahut shukriya ke aap ne session ko moderate kiya aur bahut achhe sawalat kiye C P A International ka bhi hum shukriya ada karte hain khas kar Dr Sani Hasnain Dr Farida Khan Dr Rajat aur Dr Astuti Malhotra ka unhone is session ko munqid kiya aur humein wazahat pesh karne ka mauqa inayat farmaya Jazak Allahu Khairan ism al jawab Jazak Allahu</w:t>
      </w:r>
    </w:p>
    <w:p>
      <w:pPr>
        <w:jc w:val="right"/>
      </w:pPr>
      <w:r>
        <w:t>سم اللہاپکابھیبہت بہتشکریہ کہاپنے سیشنکو ماڈریٹکیااور بہتاچھے سوالاتکیے سیپیایسانٹرنیشنلکابھیہمشکریہاداکرتےہیں خاص کر ڈاکٹرثانیحسنین ڈاکٹرفریدہخانمڈاکٹررجت اور ڈاکٹر استوتیملحوتراکاانہوںنے اسسیشنکومنعقدکیااورہمیں وضاحتیںپیشکرنے کاموقع عنایتفرمایا جزاکماللہ خیرااسم الجواب جزاکماللہ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