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My Journey to Canada January 03, 2016 Maulana Wahiduddin Khan</w:t>
      </w:r>
    </w:p>
    <w:p>
      <w:r>
        <w:t>https://www.youtube.com/watch?v=Uh8DWul9IyY</w:t>
      </w:r>
    </w:p>
    <w:p>
      <w:r>
        <w:rPr>
          <w:b/>
        </w:rPr>
        <w:t xml:space="preserve">[00:13] </w:t>
      </w:r>
      <w:r>
        <w:t>Bismillah hir rahman nir rahim, wa salla Allahu ala nabiyyil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wahil ul uqdah min lisani, yafqah qawli.</w:t>
      </w:r>
    </w:p>
    <w:p>
      <w:pPr>
        <w:jc w:val="right"/>
      </w:pPr>
      <w:r>
        <w:t>واحل العقدۃ من لسانی، یفقہ قولی۔</w:t>
      </w:r>
    </w:p>
    <w:p>
      <w:r>
        <w:rPr>
          <w:b/>
        </w:rPr>
        <w:t xml:space="preserve">[00:36] </w:t>
      </w:r>
      <w:r>
        <w:t>3 janwari 2016.</w:t>
      </w:r>
    </w:p>
    <w:p>
      <w:pPr>
        <w:jc w:val="right"/>
      </w:pPr>
      <w:r>
        <w:t>3 جنوری 2016۔</w:t>
      </w:r>
    </w:p>
    <w:p>
      <w:r>
        <w:rPr>
          <w:b/>
        </w:rPr>
        <w:t xml:space="preserve">[00:44] </w:t>
      </w:r>
      <w:r>
        <w:t>jaisa ke aap ko maloom hai, mein canada gaya tha, 8 din ke baad mein aaj hi raat ko wapas aaya hoon.</w:t>
      </w:r>
    </w:p>
    <w:p>
      <w:pPr>
        <w:jc w:val="right"/>
      </w:pPr>
      <w:r>
        <w:t>جیسا کہ آپ کو معلوم ہے، میں کینیڈا گیا تھا، 8 دن کے بعد میں آج ہی رات کو واپس آیا ہوں۔</w:t>
      </w:r>
    </w:p>
    <w:p>
      <w:r>
        <w:rPr>
          <w:b/>
        </w:rPr>
        <w:t xml:space="preserve">[00:54] </w:t>
      </w:r>
      <w:r>
        <w:t>mera yeh safar bohat hi</w:t>
      </w:r>
    </w:p>
    <w:p>
      <w:pPr>
        <w:jc w:val="right"/>
      </w:pPr>
      <w:r>
        <w:t>میرا یہ سفر بہت ہی</w:t>
      </w:r>
    </w:p>
    <w:p>
      <w:r>
        <w:rPr>
          <w:b/>
        </w:rPr>
        <w:t xml:space="preserve">[01:01] </w:t>
      </w:r>
      <w:r>
        <w:t>tareekhi safar tha, is mein bohat saray tajrubaat huay.</w:t>
      </w:r>
    </w:p>
    <w:p>
      <w:pPr>
        <w:jc w:val="right"/>
      </w:pPr>
      <w:r>
        <w:t>تاریخی سفر تھا، اس میں بہت سارے تجربات ہوئے۔</w:t>
      </w:r>
    </w:p>
    <w:p>
      <w:r>
        <w:rPr>
          <w:b/>
        </w:rPr>
        <w:t xml:space="preserve">[01:09] </w:t>
      </w:r>
      <w:r>
        <w:t>sab se pehla jo tajruba meri samajh mein aaya woh yeh hai ke hum gaye thay yahan se, dilli se toronto, jo 12,000 kilometer door hai,</w:t>
      </w:r>
    </w:p>
    <w:p>
      <w:pPr>
        <w:jc w:val="right"/>
      </w:pPr>
      <w:r>
        <w:t>سب سے پہلا جو تجربہ میری سمجھ میں آیا وہ یہ ہے کہ ہم گئے تھے یہاں سے، دلی سے ٹورنٹو، جو 12,000 کلومیٹر دور ہے،</w:t>
      </w:r>
    </w:p>
    <w:p>
      <w:r>
        <w:rPr>
          <w:b/>
        </w:rPr>
        <w:t xml:space="preserve">[01:24] </w:t>
      </w:r>
      <w:r>
        <w:t>yani hemisphere ka aadha.</w:t>
      </w:r>
    </w:p>
    <w:p>
      <w:pPr>
        <w:jc w:val="right"/>
      </w:pPr>
      <w:r>
        <w:t>یعنی ہیمی اسفیئر کا آدھا۔</w:t>
      </w:r>
    </w:p>
    <w:p>
      <w:r>
        <w:rPr>
          <w:b/>
        </w:rPr>
        <w:t xml:space="preserve">[01:30] </w:t>
      </w:r>
      <w:r>
        <w:t>to yeh non stop, non stop journey thi. dilli se rawana ho kar hum log wahan, air canada se, toronto mein utray.</w:t>
      </w:r>
    </w:p>
    <w:p>
      <w:pPr>
        <w:jc w:val="right"/>
      </w:pPr>
      <w:r>
        <w:t>تو یہ نان اسٹاپ، نان اسٹاپ جرنی تھی۔ دلی سے روانہ ہو کر ہم لوگ وہاں، ایئر کینیڈا سے، ٹورنٹو میں اترے۔</w:t>
      </w:r>
    </w:p>
    <w:p>
      <w:r>
        <w:rPr>
          <w:b/>
        </w:rPr>
        <w:t xml:space="preserve">[01:44] </w:t>
      </w:r>
      <w:r>
        <w:t>to yeh safar jo tha, is safar mein maine quran ki aik aayat aur aik hadith ko discover kiya, rediscover kiya.</w:t>
      </w:r>
    </w:p>
    <w:p>
      <w:pPr>
        <w:jc w:val="right"/>
      </w:pPr>
      <w:r>
        <w:t>تو یہ سفر جو تھا، اس سفر میں میں نے قرآن کی ایک آیت اور ایک حدیث کو ڈسکور کیا، ری ڈسکور کیا۔</w:t>
      </w:r>
    </w:p>
    <w:p>
      <w:r>
        <w:rPr>
          <w:b/>
        </w:rPr>
        <w:t xml:space="preserve">[01:56] </w:t>
      </w:r>
      <w:r>
        <w:t>dekhein, quran mein jo isra aur miraaj ka waqia hua tha, uska zikr hai quran mein: "subhan alladhi asra biabdhi laylan minal masjid al haram ilal masjid al aqsa".</w:t>
      </w:r>
    </w:p>
    <w:p>
      <w:pPr>
        <w:jc w:val="right"/>
      </w:pPr>
      <w:r>
        <w:t>دیکھیں، قرآن میں جو اسراء اور معراج کا واقعہ ہوا تھا، اس کا ذکر ہے قرآن میں: "سبحان الذی اسراء بیاب دہی لعلم من المسجد الحرام المسجد اقصی"۔</w:t>
      </w:r>
    </w:p>
    <w:p>
      <w:r>
        <w:rPr>
          <w:b/>
        </w:rPr>
        <w:t xml:space="preserve">[02:15] </w:t>
      </w:r>
      <w:r>
        <w:t>linuro min ayatina, yani pak hai woh allah jo apne bande ko</w:t>
      </w:r>
    </w:p>
    <w:p>
      <w:pPr>
        <w:jc w:val="right"/>
      </w:pPr>
      <w:r>
        <w:t>لینو بن آیاتنا، یعنی پاک ہے وہ اللہ جو اپنے بندے کو</w:t>
      </w:r>
    </w:p>
    <w:p>
      <w:r>
        <w:rPr>
          <w:b/>
        </w:rPr>
        <w:t xml:space="preserve">[02:29] </w:t>
      </w:r>
      <w:r>
        <w:t>raat, raat o raat ka tarjuma kiya jayega, raat o raat o raat, yani aik raat mein le gaya masjid haram se masjid aqsa tak, yani makkah se yerushalaym tak,</w:t>
      </w:r>
    </w:p>
    <w:p>
      <w:pPr>
        <w:jc w:val="right"/>
      </w:pPr>
      <w:r>
        <w:t>رات، رات و رات کا ترجمہ کیا جائے گا، رات و رات و رات، یعنی ایک رات میں لے گیا مسجد حرام سے مسجد اقصی تک، یعنی مکہ سے یروشلم تک،</w:t>
      </w:r>
    </w:p>
    <w:p>
      <w:r>
        <w:rPr>
          <w:b/>
        </w:rPr>
        <w:t xml:space="preserve">[02:49] </w:t>
      </w:r>
      <w:r>
        <w:t>aur phir wapas aa gaye woh. to is mein bataya gaya hai ke "linuro min ayatina"</w:t>
      </w:r>
    </w:p>
    <w:p>
      <w:pPr>
        <w:jc w:val="right"/>
      </w:pPr>
      <w:r>
        <w:t>اور پھر واپس آ گئے وہ۔ تو اس میں بتایا گیا ہے کہ "لینو من آیاتنا"</w:t>
      </w:r>
    </w:p>
    <w:p>
      <w:r>
        <w:rPr>
          <w:b/>
        </w:rPr>
        <w:t xml:space="preserve">[02:59] </w:t>
      </w:r>
      <w:r>
        <w:t>taake woh dikhaye allah ki nishaniyon ko. to tafseeron mein yeh wazeh nahi ke nishaniyon se murad kya hai.</w:t>
      </w:r>
    </w:p>
    <w:p>
      <w:pPr>
        <w:jc w:val="right"/>
      </w:pPr>
      <w:r>
        <w:t>تاکہ وہ دکھائے اللہ کی نشانیوں کو۔ تو تفسیروں میں یہ واضح نہیں کہ نشانیوں سے مراد کیا ہے۔</w:t>
      </w:r>
    </w:p>
    <w:p>
      <w:r>
        <w:rPr>
          <w:b/>
        </w:rPr>
        <w:t xml:space="preserve">[03:09] </w:t>
      </w:r>
      <w:r>
        <w:t>aaj tak koi kehta hai ke wahan sar sabz, bohat sar sabzi hai, aur zaitoon aur anjeer hain, is ko dikhane ke liye.</w:t>
      </w:r>
    </w:p>
    <w:p>
      <w:pPr>
        <w:jc w:val="right"/>
      </w:pPr>
      <w:r>
        <w:t>آج تک کوئی کہتا ہے کہ وہاں سرسبز، بہت سرسبزی ہے، اور زیتون اور انجیر ہیں، اس کو دکھانے کے لیے۔</w:t>
      </w:r>
    </w:p>
    <w:p>
      <w:r>
        <w:rPr>
          <w:b/>
        </w:rPr>
        <w:t xml:space="preserve">[03:21] </w:t>
      </w:r>
      <w:r>
        <w:t>yeh to bilkul ridiculous baat hai. koi kehta hai ke wahan nabiyon qabrein hain, yeh bhi ridiculous baat hai.</w:t>
      </w:r>
    </w:p>
    <w:p>
      <w:pPr>
        <w:jc w:val="right"/>
      </w:pPr>
      <w:r>
        <w:t>یہ تو بالکل ریڈیکولس بات ہے۔ کوئی کہتا ہے کہ وہاں نبیوں قبریں ہیں، یہ بھی ریڈیکولس بات ہے۔</w:t>
      </w:r>
    </w:p>
    <w:p>
      <w:r>
        <w:rPr>
          <w:b/>
        </w:rPr>
        <w:t xml:space="preserve">[03:32] </w:t>
      </w:r>
      <w:r>
        <w:t>to yeh baat wazeh nahi hai ke ayyat se murad kya hai.</w:t>
      </w:r>
    </w:p>
    <w:p>
      <w:pPr>
        <w:jc w:val="right"/>
      </w:pPr>
      <w:r>
        <w:t>تو یہ بات واضح نہیں ہے کہ آیات سے مراد کیا ہے۔</w:t>
      </w:r>
    </w:p>
    <w:p>
      <w:r>
        <w:rPr>
          <w:b/>
        </w:rPr>
        <w:t xml:space="preserve">[03:40] </w:t>
      </w:r>
      <w:r>
        <w:t>min ayyat, yani nishaniyon mein se, yani nishaniyan to beshumar hain, un mein se koi khaas nishani thi jis ko dikhane ke liye.</w:t>
      </w:r>
    </w:p>
    <w:p>
      <w:pPr>
        <w:jc w:val="right"/>
      </w:pPr>
      <w:r>
        <w:t>من آیات، یعنی نشانیوں میں سے، یعنی نشانیاں تو بے شمار ہیں، ان میں سے کوئی خاص نشانی تھی جس کو دکھانے کے لیے۔</w:t>
      </w:r>
    </w:p>
    <w:p>
      <w:r>
        <w:rPr>
          <w:b/>
        </w:rPr>
        <w:t xml:space="preserve">[03:50] </w:t>
      </w:r>
      <w:r>
        <w:t>is ko kehte hain min tabeeziyah, baaz nishaniyon ko. to meri samajh mein aayi ke nishani se murad communication, age of communication hai,</w:t>
      </w:r>
    </w:p>
    <w:p>
      <w:pPr>
        <w:jc w:val="right"/>
      </w:pPr>
      <w:r>
        <w:t>اس کو کہتے ہیں من تبیزیہ، بعض نشانیوں کو۔ تو میری سمجھ میں آئی کہ نشانی سے مراد کمیونیکیشن، ایج آف کمیونیکیشن ہے،</w:t>
      </w:r>
    </w:p>
    <w:p>
      <w:r>
        <w:rPr>
          <w:b/>
        </w:rPr>
        <w:t xml:space="preserve">[04:04] </w:t>
      </w:r>
      <w:r>
        <w:t>ya ayyat ka jo lafz hai yahan, ayyat, is se murad hai age of communication. yani rasool allah salallahu alayhi wasallam aik naye, aik naye tareekhi daur ka aaghaz thay.</w:t>
      </w:r>
    </w:p>
    <w:p>
      <w:pPr>
        <w:jc w:val="right"/>
      </w:pPr>
      <w:r>
        <w:t>یا آیات کا جو لفظ ہے یہاں، آیات، اس سے مراد ہے ایج آف کمیونیکیشن۔ یعنی رسول اللہ صلی اللہ علیہ وسلم ایک نئے، ایک نئے تاریخی دور کا آغاز تھے۔</w:t>
      </w:r>
    </w:p>
    <w:p>
      <w:r>
        <w:rPr>
          <w:b/>
        </w:rPr>
        <w:t xml:space="preserve">[04:22] </w:t>
      </w:r>
      <w:r>
        <w:t>aap se aik naya tareekhi daur shuru hua,</w:t>
      </w:r>
    </w:p>
    <w:p>
      <w:pPr>
        <w:jc w:val="right"/>
      </w:pPr>
      <w:r>
        <w:t>آپ سے ایک نیا تاریخی دور شروع ہوا،</w:t>
      </w:r>
    </w:p>
    <w:p>
      <w:r>
        <w:rPr>
          <w:b/>
        </w:rPr>
        <w:t xml:space="preserve">[04:27] </w:t>
      </w:r>
      <w:r>
        <w:t>yani globalization. poori duniya ka aik,</w:t>
      </w:r>
    </w:p>
    <w:p>
      <w:pPr>
        <w:jc w:val="right"/>
      </w:pPr>
      <w:r>
        <w:t>یعنی گلوبلائزیشن۔ پوری دنیا کا ایک،</w:t>
      </w:r>
    </w:p>
    <w:p>
      <w:r>
        <w:rPr>
          <w:b/>
        </w:rPr>
        <w:t xml:space="preserve">[04:36] </w:t>
      </w:r>
      <w:r>
        <w:t>aik, aik jo kehta hai ke global village ban jana, aur isi ke sath duniya mein openness, liberty freedom, sari baatein jo paida huin, woh sab is ke sath aayin.</w:t>
      </w:r>
    </w:p>
    <w:p>
      <w:pPr>
        <w:jc w:val="right"/>
      </w:pPr>
      <w:r>
        <w:t>ایک، ایک جو کہتا ہے کہ گلوبل ولیج بن جانا، اور اسی کے ساتھ دنیا میں اوپننس، لیجس فریڈم، ساری باتیں جو پیدا ہوئیں، وہ سب اس کے ساتھ آئیں۔</w:t>
      </w:r>
    </w:p>
    <w:p>
      <w:r>
        <w:rPr>
          <w:b/>
        </w:rPr>
        <w:t xml:space="preserve">[04:55] </w:t>
      </w:r>
      <w:r>
        <w:t>to is, is nishani ko dikhana tha ke is zameen ke andar potentially yeh sab tha. zameen ke andar potentially karwai bhi thi, hawai jahaz bhi thi, communication bhi thi, telephone bhi tha, internet bhi tha, computer bhi tha.</w:t>
      </w:r>
    </w:p>
    <w:p>
      <w:pPr>
        <w:jc w:val="right"/>
      </w:pPr>
      <w:r>
        <w:t>تو اس، اس نشانی کو دکھانا تھا کہ اس زمین کے اندر پوٹینشلی یہ سب تھا۔ زمین کے اندر پوٹینشلی کاروائی بھی تھا، ہوا جہاز بھی تھی، کمیونیکیشن بھی تھا، ٹیلی فون بھی تھا، انٹرنیٹ بھی تھا، کمپیوٹر بھی تھا۔</w:t>
      </w:r>
    </w:p>
    <w:p>
      <w:r>
        <w:rPr>
          <w:b/>
        </w:rPr>
        <w:t xml:space="preserve">[05:12] </w:t>
      </w:r>
      <w:r>
        <w:t>potentially yeh zameen ke andar mojood tha, lekin actual nahi bana tha. to rasool allah salallahu alayhi wasallam ke zariye aik aisa inqilab duniya mein aaya, aik aisa process jari hua,</w:t>
      </w:r>
    </w:p>
    <w:p>
      <w:pPr>
        <w:jc w:val="right"/>
      </w:pPr>
      <w:r>
        <w:t>پوٹینشلی یہ زمین کے اندر موجود تھا، لیکن ایکچول نہیں بنا تھا۔ تو رسول اللہ صلی اللہ علیہ وسلم کے ذریعے ایک ایسا انقلاب دنیا میں آیا، ایک ایسا پراسیس جاری ہوا،</w:t>
      </w:r>
    </w:p>
    <w:p>
      <w:r>
        <w:rPr>
          <w:b/>
        </w:rPr>
        <w:t xml:space="preserve">[05:26] </w:t>
      </w:r>
      <w:r>
        <w:t>aik revolutionary process, aik aisa inqilabi amal jari hua jis ka culmination tha 21 century,</w:t>
      </w:r>
    </w:p>
    <w:p>
      <w:pPr>
        <w:jc w:val="right"/>
      </w:pPr>
      <w:r>
        <w:t>ایک ریولیوشنری پراسیس، ایک ایسا انقلابی عمل جاری ہوا جس کا کلمیشن تھا 21 سینچری،</w:t>
      </w:r>
    </w:p>
    <w:p>
      <w:r>
        <w:rPr>
          <w:b/>
        </w:rPr>
        <w:t xml:space="preserve">[05:38] </w:t>
      </w:r>
      <w:r>
        <w:t>isi ko dikhane ke liye.</w:t>
      </w:r>
    </w:p>
    <w:p>
      <w:pPr>
        <w:jc w:val="right"/>
      </w:pPr>
      <w:r>
        <w:t>اسی کو دکھانے کے لیے۔</w:t>
      </w:r>
    </w:p>
    <w:p>
      <w:r>
        <w:rPr>
          <w:b/>
        </w:rPr>
        <w:t xml:space="preserve">[05:42] </w:t>
      </w:r>
      <w:r>
        <w:t>to yeh itni bari baat hai is quran ki is ayat mein ke is ke baad aadmi sajde mein gir pade, kahe ke waqai quran khalq ki kitab hai.</w:t>
      </w:r>
    </w:p>
    <w:p>
      <w:pPr>
        <w:jc w:val="right"/>
      </w:pPr>
      <w:r>
        <w:t>تو یہ اتنی بڑی بات ہے اس قرآن کی اس آیت میں کہ اس کے بعد آدمی سجدے میں گر پڑے، کہے کہ واقعی قرآن خلق کی کتاب ہے۔</w:t>
      </w:r>
    </w:p>
    <w:p>
      <w:r>
        <w:rPr>
          <w:b/>
        </w:rPr>
        <w:t xml:space="preserve">[05:57] </w:t>
      </w:r>
      <w:r>
        <w:t>to</w:t>
      </w:r>
    </w:p>
    <w:p>
      <w:pPr>
        <w:jc w:val="right"/>
      </w:pPr>
      <w:r>
        <w:t>تو</w:t>
      </w:r>
    </w:p>
    <w:p>
      <w:r>
        <w:rPr>
          <w:b/>
        </w:rPr>
        <w:t xml:space="preserve">[06:01] </w:t>
      </w:r>
      <w:r>
        <w:t>doosri cheez jo aik hadith hai ke aap ne farmaya ke ke baad ke zamane mein meri ummat ka aik, kuch log safar karenge,</w:t>
      </w:r>
    </w:p>
    <w:p>
      <w:pPr>
        <w:jc w:val="right"/>
      </w:pPr>
      <w:r>
        <w:t>دوسری چیز جو ایک حدیث ہے کہ آپ نے فرمایا کہ کہ بعد کے زمانے میں میری امت کا ایک، کچھ لوگ سفر کریں گے،</w:t>
      </w:r>
    </w:p>
    <w:p>
      <w:r>
        <w:rPr>
          <w:b/>
        </w:rPr>
        <w:t xml:space="preserve">[06:16] </w:t>
      </w:r>
      <w:r>
        <w:t>kal muluk al-asr, badshahon ki taraf takht par baithe hue, badshahon ki taraf takht par baithe hue safar karenge.</w:t>
      </w:r>
    </w:p>
    <w:p>
      <w:pPr>
        <w:jc w:val="right"/>
      </w:pPr>
      <w:r>
        <w:t>کل ملوک الاسر، بادشاہوں کی طرف تخت پر بیٹھے ہوئے، بادشاہوں کی طرف تخت پر بیٹھے ہوئے سفر کریں گے۔</w:t>
      </w:r>
    </w:p>
    <w:p>
      <w:r>
        <w:rPr>
          <w:b/>
        </w:rPr>
        <w:t xml:space="preserve">[06:28] </w:t>
      </w:r>
      <w:r>
        <w:t>to takht to safar karne ki cheez hai hi nahi, takht koi sawari to hai nahi. to yeh symbolic way mein aik taabeer hai hawa jahaz ki,</w:t>
      </w:r>
    </w:p>
    <w:p>
      <w:pPr>
        <w:jc w:val="right"/>
      </w:pPr>
      <w:r>
        <w:t>تو تخت تو سفر کرنے کی چیز ہے ہی نہیں، تخت کوئی سواری تو ہے نہیں۔ تو یہ سمبالک وے میں ایک تعبیر ہے ہوا جہاز کی،</w:t>
      </w:r>
    </w:p>
    <w:p>
      <w:r>
        <w:rPr>
          <w:b/>
        </w:rPr>
        <w:t xml:space="preserve">[06:42] </w:t>
      </w:r>
      <w:r>
        <w:t>yani flying vehicle mein safar karenge, badshahon ki jaisi unko facilities milengi, aur flying vehicle mein safar karenge woh.</w:t>
      </w:r>
    </w:p>
    <w:p>
      <w:pPr>
        <w:jc w:val="right"/>
      </w:pPr>
      <w:r>
        <w:t>یعنی فلائنگ وہیکل میں سفر کریں گے، بادشاہوں کی جیسی ان کو فیسلیٹیز ملیں گی، اور فلائنگ وہیکل میں سفر کریں گے وہ۔</w:t>
      </w:r>
    </w:p>
    <w:p>
      <w:r>
        <w:rPr>
          <w:b/>
        </w:rPr>
        <w:t xml:space="preserve">[06:57] </w:t>
      </w:r>
      <w:r>
        <w:t>to yeh sari cheezein jo aane wali thin mustaqbil mein, Allah taala ne apne rasool ko khwab mein ya haqeeqat mein jo safar hua aap ka,</w:t>
      </w:r>
    </w:p>
    <w:p>
      <w:pPr>
        <w:jc w:val="right"/>
      </w:pPr>
      <w:r>
        <w:t>تو یہ ساری چیزیں جو آنے والی تھیں مستقبل میں، اللہ تعالی نے اپنے رسول کو خواب میں یا حقیقت میں جو سفر ہوا آپ کا،</w:t>
      </w:r>
    </w:p>
    <w:p>
      <w:r>
        <w:rPr>
          <w:b/>
        </w:rPr>
        <w:t xml:space="preserve">[07:11] </w:t>
      </w:r>
      <w:r>
        <w:t>yani makkah se yerushalaym ka, woh allamati taur par Allah ne dikhaya.</w:t>
      </w:r>
    </w:p>
    <w:p>
      <w:pPr>
        <w:jc w:val="right"/>
      </w:pPr>
      <w:r>
        <w:t>یعنی مکہ سے یروشلم کا، وہ علامتی طور پر اللہ نے دکھایا۔</w:t>
      </w:r>
    </w:p>
    <w:p>
      <w:r>
        <w:rPr>
          <w:b/>
        </w:rPr>
        <w:t xml:space="preserve">[07:21] </w:t>
      </w:r>
      <w:r>
        <w:t>yeh kitni bari baat hai. doosri cheez yeh hai ke yeh</w:t>
      </w:r>
    </w:p>
    <w:p>
      <w:pPr>
        <w:jc w:val="right"/>
      </w:pPr>
      <w:r>
        <w:t>یہ کتنی بڑی بات ہے۔ دوسری چیز یہ ہے کہ یہ</w:t>
      </w:r>
    </w:p>
    <w:p>
      <w:r>
        <w:rPr>
          <w:b/>
        </w:rPr>
        <w:t xml:space="preserve">[07:33] </w:t>
      </w:r>
      <w:r>
        <w:t>Canada jo hai, bohat hi different country hai. Canada se is waqt meri murad hai Canada ke musalman.</w:t>
      </w:r>
    </w:p>
    <w:p>
      <w:pPr>
        <w:jc w:val="right"/>
      </w:pPr>
      <w:r>
        <w:t>کینیڈا جو ہے، بہت ہی ڈفرنٹ کنٹری ہے۔ کینیڈا سے اس وقت میری مراد ہے کینیڈا کے مسلمان۔</w:t>
      </w:r>
    </w:p>
    <w:p>
      <w:r>
        <w:rPr>
          <w:b/>
        </w:rPr>
        <w:t xml:space="preserve">[07:45] </w:t>
      </w:r>
      <w:r>
        <w:t>is waqt meri murad hai kyunke main Canada ke musalmanon mein gaya tha, zyada program mera Canada ke musalmanon mein hua. to Canada is aitbaar se mere liye aik different country tha.</w:t>
      </w:r>
    </w:p>
    <w:p>
      <w:pPr>
        <w:jc w:val="right"/>
      </w:pPr>
      <w:r>
        <w:t>اس وقت میری مراد ہے کیونکہ میں کینیڈا کے مسلمانوں میں گیا تھا، زیادہ پروگرام میرا کینیڈا کے مسلمانوں میں ہوا۔ تو کینیڈا اس اعتبار سے میرے لیے ایک ڈفرنٹ کنٹری تھا۔</w:t>
      </w:r>
    </w:p>
    <w:p>
      <w:r>
        <w:rPr>
          <w:b/>
        </w:rPr>
        <w:t xml:space="preserve">[07:59] </w:t>
      </w:r>
      <w:r>
        <w:t>Canada ke musalman is tarah bigde hue nahi the jis tarah har jagah log bigde bigde hue hain. har jagah logon ko kehta hai extremism hai, terrorism hai, negative thinking hai.</w:t>
      </w:r>
    </w:p>
    <w:p>
      <w:pPr>
        <w:jc w:val="right"/>
      </w:pPr>
      <w:r>
        <w:t>کینیڈا کے مسلمان اس طرح بگڑے ہوئے نہیں تھے جس طرح ہر جگہ لوگ بگڑے بگڑے ہوئے ہیں۔ ہر جگہ لوگوں کو کہتا ہے ایکسٹریمزم ہے، ٹیررزم ہے، نیگیٹیو تھنکنگ ہے۔</w:t>
      </w:r>
    </w:p>
    <w:p>
      <w:r>
        <w:rPr>
          <w:b/>
        </w:rPr>
        <w:t xml:space="preserve">[08:10] </w:t>
      </w:r>
      <w:r>
        <w:t>magar Canada ke musalmanon mein yeh baat nahi pai maine. bohat zyada positive response.</w:t>
      </w:r>
    </w:p>
    <w:p>
      <w:pPr>
        <w:jc w:val="right"/>
      </w:pPr>
      <w:r>
        <w:t>مگر کینیڈا کے مسلمانوں میں یہ بات نہیں پائی میں نے۔ بہت زیادہ پازیٹیو رسپانس۔</w:t>
      </w:r>
    </w:p>
    <w:p>
      <w:r>
        <w:rPr>
          <w:b/>
        </w:rPr>
        <w:t xml:space="preserve">[08:20] </w:t>
      </w:r>
      <w:r>
        <w:t>jaise main aik misaal doon</w:t>
      </w:r>
    </w:p>
    <w:p>
      <w:pPr>
        <w:jc w:val="right"/>
      </w:pPr>
      <w:r>
        <w:t>جیسے میں ایک مثال دوں</w:t>
      </w:r>
    </w:p>
    <w:p>
      <w:r>
        <w:rPr>
          <w:b/>
        </w:rPr>
        <w:t xml:space="preserve">[08:24] </w:t>
      </w:r>
      <w:r>
        <w:t>ke America mein hum gaye the is se pehle to wahan ke aik masjid mein aik program hua. is masjid mein meri jo taqreer hui to us mein maine rasool Allah ki seerat ko le kar ke kuch positive baatein kahein.</w:t>
      </w:r>
    </w:p>
    <w:p>
      <w:pPr>
        <w:jc w:val="right"/>
      </w:pPr>
      <w:r>
        <w:t>کہ امریکہ میں ہم گئے تھے اس سے پہلے تو وہاں کے ایک مسجد میں ایک پروگرام ہوا۔ اس مسجد میں میری جو تقریر ہوئی تو اس میں میں نے رسول اللہ کی سیرت کو لے کر کے کچھ پازیٹیو باتیں کہیں۔</w:t>
      </w:r>
    </w:p>
    <w:p>
      <w:r>
        <w:rPr>
          <w:b/>
        </w:rPr>
        <w:t xml:space="preserve">[08:43] </w:t>
      </w:r>
      <w:r>
        <w:t>aakhir mein aik muslim naujawan khada hua, woh laga shor karne. samajh nahi aata kya shor kar raha hai, kya us ko ghussa aaya hai.</w:t>
      </w:r>
    </w:p>
    <w:p>
      <w:pPr>
        <w:jc w:val="right"/>
      </w:pPr>
      <w:r>
        <w:t>آخر میں ایک مسلم نوجوان کھڑا ہوا، وہ لگا شور کرنے۔ سمجھ نہیں آتا کیا شور کر رہا ہے، کیا اس کو غصہ آیا ہے۔</w:t>
      </w:r>
    </w:p>
    <w:p>
      <w:r>
        <w:rPr>
          <w:b/>
        </w:rPr>
        <w:t xml:space="preserve">[08:53] </w:t>
      </w:r>
      <w:r>
        <w:t>to shor karte karte woh stage par aa gaya. tab mere samne aaya ke woh kya keh raha hai. woh keh raha tha ke "he cited our prophet ten times,</w:t>
      </w:r>
    </w:p>
    <w:p>
      <w:pPr>
        <w:jc w:val="right"/>
      </w:pPr>
      <w:r>
        <w:t>تو شور کرتے کرتے وہ اسٹیج پر آ گیا۔ تب میرے سامنے آیا کہ وہ کیا کہہ رہا ہے۔ وہ کہہ رہا تھا کہ "ہی سائٹڈ اور پرافٹ ٹین ٹائمز،</w:t>
      </w:r>
    </w:p>
    <w:p>
      <w:r>
        <w:rPr>
          <w:b/>
        </w:rPr>
        <w:t xml:space="preserve">[09:07] </w:t>
      </w:r>
      <w:r>
        <w:t>but he divers peace be upon him." sahi, yeh yeh zehan tha America ke musalmanon ka. aur yahan mujhe Canada mein aik masjid mein meri taqreer hui,</w:t>
      </w:r>
    </w:p>
    <w:p>
      <w:pPr>
        <w:jc w:val="right"/>
      </w:pPr>
      <w:r>
        <w:t>بٹ ہی ڈیورس پیس بی اپ ہم۔" صحیح، یہ یہ ذہن تھا امریکہ کے مسلمانوں کا۔ اور یہاں مجھے کینیڈا میں ایک مسجد میں میری تقریر ہوئی،</w:t>
      </w:r>
    </w:p>
    <w:p>
      <w:r>
        <w:rPr>
          <w:b/>
        </w:rPr>
        <w:t xml:space="preserve">[09:22] </w:t>
      </w:r>
      <w:r>
        <w:t>saare log itna itna zyada</w:t>
      </w:r>
    </w:p>
    <w:p>
      <w:pPr>
        <w:jc w:val="right"/>
      </w:pPr>
      <w:r>
        <w:t>سارے لوگ اتنا اتنا زیادہ</w:t>
      </w:r>
    </w:p>
    <w:p>
      <w:r>
        <w:rPr>
          <w:b/>
        </w:rPr>
        <w:t xml:space="preserve">[09:28] </w:t>
      </w:r>
      <w:r>
        <w:t>acha response diya logon ne. bohat zyada acha response, bohat positive response. isi tarah aur bhi jo program the, sab mein wahan ke musalmanon ka response bohat hi acha tha.</w:t>
      </w:r>
    </w:p>
    <w:p>
      <w:pPr>
        <w:jc w:val="right"/>
      </w:pPr>
      <w:r>
        <w:t>اچھا رسپانس دیا لوگوں نے۔ بہت زیادہ اچھا رسپانس، بہت پازیٹیو رسپانس۔ اسی طرح اور بھی جو پروگرام تھے، سب میں وہاں کے مسلمانوں کا رسپانس بہت ہی اچھا تھا۔</w:t>
      </w:r>
    </w:p>
    <w:p>
      <w:r>
        <w:rPr>
          <w:b/>
        </w:rPr>
        <w:t xml:space="preserve">[09:45] </w:t>
      </w:r>
      <w:r>
        <w:t>to maine masjid mein jab taqreer hui thi to aik naujawan ne, aik muslim naujawan ne poocha sawal ke douran ke aap ki zindagi mein koi regret hai to aap ko bataiye taake is se hum sabak lein.</w:t>
      </w:r>
    </w:p>
    <w:p>
      <w:pPr>
        <w:jc w:val="right"/>
      </w:pPr>
      <w:r>
        <w:t>تو میں نے مسجد میں جب تقریر ہوئی تھی تو ایک نوجوان نے، ایک مسلم نوجوان نے پوچھا سوال کے دوران کہ آپ کی زندگی میں کوئی ریگریٹ ہے تو آپ کو بتائیے تاکہ اس سے ہم سبق لیں۔</w:t>
      </w:r>
    </w:p>
    <w:p>
      <w:r>
        <w:rPr>
          <w:b/>
        </w:rPr>
        <w:t xml:space="preserve">[10:02] </w:t>
      </w:r>
      <w:r>
        <w:t>regret. to maine kaha ke haan, aik regret hai, aik regret hai.</w:t>
      </w:r>
    </w:p>
    <w:p>
      <w:pPr>
        <w:jc w:val="right"/>
      </w:pPr>
      <w:r>
        <w:t>ریگریٹ۔ تو میں نے کہا کہ ہاں، ایک ریگریٹ ہے، ایک ریگریٹ ہے۔</w:t>
      </w:r>
    </w:p>
    <w:p>
      <w:r>
        <w:rPr>
          <w:b/>
        </w:rPr>
        <w:t xml:space="preserve">[10:13] </w:t>
      </w:r>
      <w:r>
        <w:t>to un pe kya? maine kaha regret yeh hai ke Canada maine der mein safar kiya. Canada mujhe aur pehle aana chahiye tha, itna acha country hai aap.</w:t>
      </w:r>
    </w:p>
    <w:p>
      <w:pPr>
        <w:jc w:val="right"/>
      </w:pPr>
      <w:r>
        <w:t>تو ان پہ کیا؟ میں نے کہا ریگریٹ یہ ہے کہ کینیڈا میں نے دیر میں سفر کیا۔ کینیڈا مجھے اور پہلے آنا چاہیے تھا، اتنا اچھا کنٹری ہے آپ۔</w:t>
      </w:r>
    </w:p>
    <w:p>
      <w:r>
        <w:rPr>
          <w:b/>
        </w:rPr>
        <w:t xml:space="preserve">[10:27] </w:t>
      </w:r>
      <w:r>
        <w:t>to saare log bilkul, yaani bohat ziyada in ko shoq paida hua, bohat hi jazba aaya, aur bohat ziyada shoq se meri baat suntay rahay woh.</w:t>
      </w:r>
    </w:p>
    <w:p>
      <w:pPr>
        <w:jc w:val="right"/>
      </w:pPr>
      <w:r>
        <w:t>تو سارے لوگ بالکل، یعنی بہت زیادہ ان کو شوق پیدا ہوا، بہت ہی جذبہ آیا، اور بہت زیادہ شوق سے میری بات سنتے رہے وہ۔</w:t>
      </w:r>
    </w:p>
    <w:p>
      <w:r>
        <w:rPr>
          <w:b/>
        </w:rPr>
        <w:t xml:space="preserve">[10:42] </w:t>
      </w:r>
      <w:r>
        <w:t>yeh yeh tajurba humain America mein nahi hua, Britain mein nahi hua, France mein nahi hua. to maine socha ke is ka raaz kya hai.</w:t>
      </w:r>
    </w:p>
    <w:p>
      <w:pPr>
        <w:jc w:val="right"/>
      </w:pPr>
      <w:r>
        <w:t>یہ یہ تجربہ ہمیں امریکہ میں نہیں ہوا، برٹن میں نہیں ہوا، فرانس میں نہیں ہوا۔ تو میں نے سوچا کہ اس کا راز کیا ہے۔</w:t>
      </w:r>
    </w:p>
    <w:p>
      <w:r>
        <w:rPr>
          <w:b/>
        </w:rPr>
        <w:t xml:space="preserve">[10:55] </w:t>
      </w:r>
      <w:r>
        <w:t>ab wahan mujhe meri jo taqreerein huin, chaar taqreerein meri huin, aur log rotay thay meri taqreer sun kar. rotay thay taqreer, aur program ke baad bheer kar kar letay thay mujh ko kitabein lay kar sign karwanay ke liye, aur hath hath choomnay ke liye, ajeeb ajeeb haal.</w:t>
      </w:r>
    </w:p>
    <w:p>
      <w:pPr>
        <w:jc w:val="right"/>
      </w:pPr>
      <w:r>
        <w:t>اب وہاں مجھے میری جو تقریریں ہوئیں، چار تقریریں میری ہوئیں، اور لوگ روتے تھے میری تقریر سن کر۔ روتے تھے تقریر، اور پروگرام کے بعد بھیڑ کر کر لیتے تھے مجھ کو کتابیں لے کر سائن کروانے کے لیے، اور ہاتھ ہاتھ چومنے کے لیے، عجیب عجیب حال۔</w:t>
      </w:r>
    </w:p>
    <w:p>
      <w:r>
        <w:rPr>
          <w:b/>
        </w:rPr>
        <w:t xml:space="preserve">[11:17] </w:t>
      </w:r>
      <w:r>
        <w:t>mujko qareeb se dekhnay ke liye. aisa tajurba hum ko sirf Canada mein hua. to farq kyun hai?</w:t>
      </w:r>
    </w:p>
    <w:p>
      <w:pPr>
        <w:jc w:val="right"/>
      </w:pPr>
      <w:r>
        <w:t>مجھ کو قریب سے دیکھنے کے لیے۔ ایسا تجربہ ہم کو صرف کینیڈا میں ہوا۔ تو فرق کیوں ہے؟</w:t>
      </w:r>
    </w:p>
    <w:p>
      <w:r>
        <w:rPr>
          <w:b/>
        </w:rPr>
        <w:t xml:space="preserve">[11:27] </w:t>
      </w:r>
      <w:r>
        <w:t>aur aksar bas mulkon mein gaya, har mulk mein haalat bohat mukhtalif hai, ajeeb haalat hai.</w:t>
      </w:r>
    </w:p>
    <w:p>
      <w:pPr>
        <w:jc w:val="right"/>
      </w:pPr>
      <w:r>
        <w:t>اور اکثر بس ملکوں میں گیا، ہر ملک میں حالت بہت مختلف ہے، عجیب حالت ہے۔</w:t>
      </w:r>
    </w:p>
    <w:p>
      <w:r>
        <w:rPr>
          <w:b/>
        </w:rPr>
        <w:t xml:space="preserve">[11:37] </w:t>
      </w:r>
      <w:r>
        <w:t>yaani Pakistan mein, aur khudaara mulkon mein, Britania mein, France mein, har jagah, khud India mein, har jagah ke Musalman jo hain bilkul extremist banay huay hain, negative thinking bhar gayi hai logon ke andar.</w:t>
      </w:r>
    </w:p>
    <w:p>
      <w:pPr>
        <w:jc w:val="right"/>
      </w:pPr>
      <w:r>
        <w:t>یعنی پاکستان میں، اور خدارا ملکوں میں، برٹانیہ میں، فرانس میں، ہر جگہ، خود انڈیا میں، ہر جگہ کہ مسلمان جو ہیں بالکل ایکسٹریمسٹ بنے ہوئے ہیں، نیگیٹیو تھنکنگ بھر گئی ہے لوگوں کے اندر۔</w:t>
      </w:r>
    </w:p>
    <w:p>
      <w:r>
        <w:rPr>
          <w:b/>
        </w:rPr>
        <w:t xml:space="preserve">[12:01] </w:t>
      </w:r>
      <w:r>
        <w:t>Canada mein aisa nahi hai. is ki wajah yeh hai ke yeh jo yeh jo woh log jinho ne Islam ko politicize kiya hai, Islam ka political interpretation diya hai, woh wahan pohnchay nahi hain.</w:t>
      </w:r>
    </w:p>
    <w:p>
      <w:pPr>
        <w:jc w:val="right"/>
      </w:pPr>
      <w:r>
        <w:t>کینیڈا میں ایسا نہیں ہے۔ اس کی وجہ یہ ہے کہ یہ جو یہ جو وہ لوگ جنہوں نے اسلام کو پولیٹیسائز کیا ہے، اسلام کا پولیٹیکل انٹرپریٹیشن دیا ہے، وہ وہاں پہنچے نہیں ہیں۔</w:t>
      </w:r>
    </w:p>
    <w:p>
      <w:r>
        <w:rPr>
          <w:b/>
        </w:rPr>
        <w:t xml:space="preserve">[12:17] </w:t>
      </w:r>
      <w:r>
        <w:t>yeh log jo hain Iran mein, Pakistan mein, India mein, Arab mein, Britain mein, France mein, America mein khaas tor par bohat ghusay hain, aur saaray Musalmanon ko politicize kar diya unho ne.</w:t>
      </w:r>
    </w:p>
    <w:p>
      <w:pPr>
        <w:jc w:val="right"/>
      </w:pPr>
      <w:r>
        <w:t>یہ لوگ جو ہیں ایران میں، پاکستان میں، انڈیا میں، عرب میں، برطانیہ میں، فرانس میں، امریکہ میں خاص طور پر بہت گھسے ہیں، اور سارے مسلمانوں کو پولیٹیسائز کر دیا انہوں نے۔</w:t>
      </w:r>
    </w:p>
    <w:p>
      <w:r>
        <w:rPr>
          <w:b/>
        </w:rPr>
        <w:t xml:space="preserve">[12:33] </w:t>
      </w:r>
      <w:r>
        <w:t>politicize karnay ka matlab kya hota hai? negative thinking, extremist thinking, violence, sab ko dushman samajhna, sab ko apnay ko, sab kuch apnay ko samajhna, doosron ko kuch na samajhna.</w:t>
      </w:r>
    </w:p>
    <w:p>
      <w:pPr>
        <w:jc w:val="right"/>
      </w:pPr>
      <w:r>
        <w:t>پولیٹیسائز کرنے کا مطلب کیا ہوتا ہے؟ نیگیٹیو تھنکنگ، ایکسٹریمسٹ تھنکنگ، وائلنس، سب کو دشمن سمجھنا، سب کو اپنے کو، سب کچھ اپنے کو سمجھنا، دوسروں کو کچھ نہ سمجھنا۔</w:t>
      </w:r>
    </w:p>
    <w:p>
      <w:r>
        <w:rPr>
          <w:b/>
        </w:rPr>
        <w:t xml:space="preserve">[12:49] </w:t>
      </w:r>
      <w:r>
        <w:t>yeh saaray saari jagah yeh ho gaya hai, hatta ke Malaysia aur Indonesia mein bhi ho gaya hai, Turkey mein ho gaya hai.</w:t>
      </w:r>
    </w:p>
    <w:p>
      <w:pPr>
        <w:jc w:val="right"/>
      </w:pPr>
      <w:r>
        <w:t>یہ سارے ساری جگہ یہ ہو گیا ہے، حتی کہ ملیشیا اور انڈینشیا میں بھی ہو گیا ہے، ترکی میں ہو گیا ہے۔</w:t>
      </w:r>
    </w:p>
    <w:p>
      <w:r>
        <w:rPr>
          <w:b/>
        </w:rPr>
        <w:t xml:space="preserve">[12:59] </w:t>
      </w:r>
      <w:r>
        <w:t>lekin Canada is se bacha hua hai kyun ke wahan par yeh log nahi pohnchay. is ki wajah yeh hai ke yeh log jatay hain wahan jahan in ko bheer milay.</w:t>
      </w:r>
    </w:p>
    <w:p>
      <w:pPr>
        <w:jc w:val="right"/>
      </w:pPr>
      <w:r>
        <w:t>لیکن کینیڈا اس سے بچا ہوا ہے کیونکہ وہاں پر یہ لوگ نہیں پہنچے۔ اس کی وجہ یہ ہے کہ یہ لوگ جاتے ہیں وہاں جہاں ان کو بھیڑ ملے۔</w:t>
      </w:r>
    </w:p>
    <w:p>
      <w:r>
        <w:rPr>
          <w:b/>
        </w:rPr>
        <w:t xml:space="preserve">[13:11] </w:t>
      </w:r>
      <w:r>
        <w:t>to Canada mein abhi bohat kam abadi hai. aap jantay hain Canada bohat bara country hai, yaani America se bhi ziyada bara, lekin abadi bohat hi kam hai.</w:t>
      </w:r>
    </w:p>
    <w:p>
      <w:pPr>
        <w:jc w:val="right"/>
      </w:pPr>
      <w:r>
        <w:t>تو کینیڈا میں ابھی بہت کم آبادی ہے۔ آپ جانتے ہیں کینیڈا بہت بڑا کنٹری ہے، یعنی امریکہ سے بھی زیادہ بڑا، لیکن آبادی بہت ہی کم ہے۔</w:t>
      </w:r>
    </w:p>
    <w:p>
      <w:r>
        <w:rPr>
          <w:b/>
        </w:rPr>
        <w:t xml:space="preserve">[13:24] </w:t>
      </w:r>
      <w:r>
        <w:t>to yeh log jatay hain wahan jin ko jahan in ko bheer milay ya in ko khoob wah wah milay. to shayad Canada hi aik mulk aisa hai jahan yeh log abhi pohnchay nahi hain.</w:t>
      </w:r>
    </w:p>
    <w:p>
      <w:pPr>
        <w:jc w:val="right"/>
      </w:pPr>
      <w:r>
        <w:t>تو یہ لوگ جاتے ہیں وہاں جن کو جہاں ان کو بھیڑ ملے یا ان کو خوب واہ واہ ملے۔ تو شاید کینیڈا ہی ایک ملک ایسا ہے جہاں یہ لوگ ابھی پہنچے نہیں ہیں۔</w:t>
      </w:r>
    </w:p>
    <w:p>
      <w:r>
        <w:rPr>
          <w:b/>
        </w:rPr>
        <w:t xml:space="preserve">[13:37] </w:t>
      </w:r>
      <w:r>
        <w:t>to woh bacha, bacha, bacha ke maani nature par hai. nature par hai. Canada ka Musalman abhi tak nature par hai.</w:t>
      </w:r>
    </w:p>
    <w:p>
      <w:pPr>
        <w:jc w:val="right"/>
      </w:pPr>
      <w:r>
        <w:t>تو وہ بچا، بچا، بچا کے معنی نیچر پر ہے۔ نیچر پر ہے۔ کینیڈا کا مسلمان ابھی تک نیچر پر ہے۔</w:t>
      </w:r>
    </w:p>
    <w:p>
      <w:r>
        <w:rPr>
          <w:b/>
        </w:rPr>
        <w:t xml:space="preserve">[13:49] </w:t>
      </w:r>
      <w:r>
        <w:t>extremism ke andar bilkul nahi hai.</w:t>
      </w:r>
    </w:p>
    <w:p>
      <w:pPr>
        <w:jc w:val="right"/>
      </w:pPr>
      <w:r>
        <w:t>ایکسٹریمزم کے اندر بالکل نہیں ہے۔</w:t>
      </w:r>
    </w:p>
    <w:p>
      <w:r>
        <w:rPr>
          <w:b/>
        </w:rPr>
        <w:t xml:space="preserve">[13:55] </w:t>
      </w:r>
      <w:r>
        <w:t>to hum logon ko, yaani hum log jo hamaray mission ke log hain, in ko Canada ka focus karna chahiye.</w:t>
      </w:r>
    </w:p>
    <w:p>
      <w:pPr>
        <w:jc w:val="right"/>
      </w:pPr>
      <w:r>
        <w:t>تو ہم لوگوں کو، یعنی ہم لوگ جو ہمارے مشن کے لوگ ہیں، ان کو کینیڈا کا فوکس کرنا چاہیے۔</w:t>
      </w:r>
    </w:p>
    <w:p>
      <w:r>
        <w:rPr>
          <w:b/>
        </w:rPr>
        <w:t xml:space="preserve">[14:06] </w:t>
      </w:r>
      <w:r>
        <w:t>yaani hum wahan par physical sales mein to ziyada nahi kar payein ge kyun ke jana bohat mushkil hai. yahan se 14 ghantay, 15, 15 ghantay ki flight hoti hai direct ki.</w:t>
      </w:r>
    </w:p>
    <w:p>
      <w:pPr>
        <w:jc w:val="right"/>
      </w:pPr>
      <w:r>
        <w:t>یعنی ہم وہاں پر فزیکل سیلز میں تو زیادہ نہیں کر پائیں گے کیونکہ جانا بہت مشکل ہے۔ یہاں سے 14 گھنٹہ، 15، 15 گھنٹے کی فلائٹ ہوتی ہے ڈائریکٹ کی۔</w:t>
      </w:r>
    </w:p>
    <w:p>
      <w:r>
        <w:rPr>
          <w:b/>
        </w:rPr>
        <w:t xml:space="preserve">[14:22] </w:t>
      </w:r>
      <w:r>
        <w:t>to bohat tiring safar hota hai. aap chahe first class mein hon tab bhi. to yeh aasan nahi hai.</w:t>
      </w:r>
    </w:p>
    <w:p>
      <w:pPr>
        <w:jc w:val="right"/>
      </w:pPr>
      <w:r>
        <w:t>تو بہت ٹائر سب سفر ہوتا ہے۔ آپ چاہے فرسٹ کلاس میں ہوں تب بھی۔ تو یہ آسان نہیں ہے۔</w:t>
      </w:r>
    </w:p>
    <w:p>
      <w:r>
        <w:rPr>
          <w:b/>
        </w:rPr>
        <w:t xml:space="preserve">[14:33] </w:t>
      </w:r>
      <w:r>
        <w:t>yaani physical safar kar ke wahan pohnchna aur kaam karna ziyada aasan nahi hai. log, log, log bulatay thay mujh ko ke aap bar bar aaiye, bar bar aaiye.</w:t>
      </w:r>
    </w:p>
    <w:p>
      <w:pPr>
        <w:jc w:val="right"/>
      </w:pPr>
      <w:r>
        <w:t>یعنی فزیکل سفر کر کے وہاں پہنچنا اور کام کرنا زیادہ آسان نہیں ہے۔ لوگ، لوگ، لوگ بلاتے تھے مجھ کو کہ آپ بار بار آئیے، بار بار آئیے۔</w:t>
      </w:r>
    </w:p>
    <w:p>
      <w:r>
        <w:rPr>
          <w:b/>
        </w:rPr>
        <w:t xml:space="preserve">[14:43] </w:t>
      </w:r>
      <w:r>
        <w:t>to yeh to possible nahi lagta. to hum logon ko focus karna chahiye Canada ko, lekin e e dawat ke zariye se.</w:t>
      </w:r>
    </w:p>
    <w:p>
      <w:pPr>
        <w:jc w:val="right"/>
      </w:pPr>
      <w:r>
        <w:t>تو یہ تو پاسیبل نہیں لگتا۔ تو ہم لوگوں کو فوکس کرنا چاہیے کینیڈا کو، لیکن ای ای دعوت کے ذریعے سے۔</w:t>
      </w:r>
    </w:p>
    <w:p>
      <w:r>
        <w:rPr>
          <w:b/>
        </w:rPr>
        <w:t xml:space="preserve">[14:53] </w:t>
      </w:r>
      <w:r>
        <w:t>e dawat, electronic dawat. aur inshallah wahan bohat acha response milay ga hum ko. bohat acha response milay ga.</w:t>
      </w:r>
    </w:p>
    <w:p>
      <w:pPr>
        <w:jc w:val="right"/>
      </w:pPr>
      <w:r>
        <w:t>ای دعوت، الیکٹرانک دعوت۔ اور انشاءاللہ وہاں بہت اچھا رسپانس ملے گا ہم کو۔ بہت اچھا رسپانس ملے گا۔</w:t>
      </w:r>
    </w:p>
    <w:p>
      <w:r>
        <w:rPr>
          <w:b/>
        </w:rPr>
        <w:t xml:space="preserve">[15:05] </w:t>
      </w:r>
      <w:r>
        <w:t>kyun ke jitnay bhi program huay sab, aur maine dekha ke wahan bohat se speaker aaye thay, lekin sab meray paas bheer kartay thay log.</w:t>
      </w:r>
    </w:p>
    <w:p>
      <w:pPr>
        <w:jc w:val="right"/>
      </w:pPr>
      <w:r>
        <w:t>کیونکہ جتنے بھی پروگرام ہوئے سب، اور میں نے دیکھا کہ وہاں بہت سے اسپیکر آئے تھے، لیکن سب میرے پاس بھیڑ کرتے تھے لوگ۔</w:t>
      </w:r>
    </w:p>
    <w:p>
      <w:r>
        <w:rPr>
          <w:b/>
        </w:rPr>
        <w:t xml:space="preserve">[15:20] </w:t>
      </w:r>
      <w:r>
        <w:t>har meray paas bheer kartay thay. aakhir waqt tak jab main bilkul rawana ho raha tha wahan se tab bhi. jab main rawana ho raha tha, yaani kal shaam ko, to aakhir mein aik program hua tha jis mein sab log ikhatta huay thay.</w:t>
      </w:r>
    </w:p>
    <w:p>
      <w:pPr>
        <w:jc w:val="right"/>
      </w:pPr>
      <w:r>
        <w:t>ہر میرے پاس بھیڑ کرتے تھے۔ آخر وقت تک جب میں بالکل روانہ ہو رہا تھا وہاں سے تب بھی۔ جب میں روانہ ہو رہا تھا، یعنی کل شام کو، تو آخر میں ایک پروگرام ہوا تھا جس میں سب لوگ اکٹھا ہوئے تھے۔</w:t>
      </w:r>
    </w:p>
    <w:p>
      <w:r>
        <w:rPr>
          <w:b/>
        </w:rPr>
        <w:t xml:space="preserve">[15:39] </w:t>
      </w:r>
      <w:r>
        <w:t>to mujh ko kaha gaya ke aap yahan par kuch rokhsati kalma bol dijiye oopar. rokhsati kalma. to bohat mukhtasir bolna tha mujhe chand minute ke liye.</w:t>
      </w:r>
    </w:p>
    <w:p>
      <w:pPr>
        <w:jc w:val="right"/>
      </w:pPr>
      <w:r>
        <w:t>تو مجھ کو کہا گیا کہ آپ یہاں پر کچھ رخصتی کلمہ بول دیجئے اوپر۔ رخصتی کلمہ۔ تو بہت مختصر بولنا تھا مجھے چند منٹ کے لیے۔</w:t>
      </w:r>
    </w:p>
    <w:p>
      <w:r>
        <w:rPr>
          <w:b/>
        </w:rPr>
        <w:t xml:space="preserve">[15:54] </w:t>
      </w:r>
      <w:r>
        <w:t>to main stage par aaya aur main ne sirf aik hi choti si baat kahi. main ne kaha ke Assalam o Alaikum wa Rahmatullahi.</w:t>
      </w:r>
    </w:p>
    <w:p>
      <w:pPr>
        <w:jc w:val="right"/>
      </w:pPr>
      <w:r>
        <w:t>تو میں اسٹیج پر آیا اور میں نے صرف ایک ہی چھوٹی سی بات کہی۔ میں نے کہا کہ السلام علیکم ورحمۃ اللہ۔</w:t>
      </w:r>
    </w:p>
    <w:p>
      <w:r>
        <w:rPr>
          <w:b/>
        </w:rPr>
        <w:t xml:space="preserve">[16:05] </w:t>
      </w:r>
      <w:r>
        <w:t>today i am leaving for india. i will give you a short advice.</w:t>
      </w:r>
    </w:p>
    <w:p>
      <w:pPr>
        <w:jc w:val="right"/>
      </w:pPr>
      <w:r>
        <w:t>ٹوڈے آئی ایم لیونگ فار انڈیا۔ آئی ویل گیو یو ا شارٹ ایڈوائس۔</w:t>
      </w:r>
    </w:p>
    <w:p>
      <w:r>
        <w:rPr>
          <w:b/>
        </w:rPr>
        <w:t xml:space="preserve">[16:16] </w:t>
      </w:r>
      <w:r>
        <w:t>a two point advice. first, make Allah Rabb-ul-Alameen your greatest concern.</w:t>
      </w:r>
    </w:p>
    <w:p>
      <w:pPr>
        <w:jc w:val="right"/>
      </w:pPr>
      <w:r>
        <w:t>ا ٹو پوائنٹ ایڈوائس۔ فرسٹ، میک اللہ رب العالمین یور گیٹسٹ کنسرن۔</w:t>
      </w:r>
    </w:p>
    <w:p>
      <w:r>
        <w:rPr>
          <w:b/>
        </w:rPr>
        <w:t xml:space="preserve">[16:29] </w:t>
      </w:r>
      <w:r>
        <w:t>second, adopt a friendly culture to all mankind. may Allah bless you forever.</w:t>
      </w:r>
    </w:p>
    <w:p>
      <w:pPr>
        <w:jc w:val="right"/>
      </w:pPr>
      <w:r>
        <w:t>سیکنڈ، اڈاپٹ ا فرینڈلی کلچر ٹو ال مین کائنڈ۔ میگا بلیس یو فار ایور۔</w:t>
      </w:r>
    </w:p>
    <w:p>
      <w:r>
        <w:rPr>
          <w:b/>
        </w:rPr>
        <w:t xml:space="preserve">[16:42] </w:t>
      </w:r>
      <w:r>
        <w:t>bas itna. to sara majma jo hai ek ajeeb haalat is ki ho gayi. jab mein rawana hua car se par baithne ki taraf airport ke liye to log mere peeche daud pade.</w:t>
      </w:r>
    </w:p>
    <w:p>
      <w:pPr>
        <w:jc w:val="right"/>
      </w:pPr>
      <w:r>
        <w:t>بس اتنا۔ تو سارا مجمع جو ہے ایک عجیب حالت اس کی ہو گئی۔ جب میں روانہ ہوا کار سے پر بیٹھنے کی طرف ایئرپورٹ کے لیے تو لوگ میرے پیچھے دوڑ پڑے۔</w:t>
      </w:r>
    </w:p>
    <w:p>
      <w:r>
        <w:rPr>
          <w:b/>
        </w:rPr>
        <w:t xml:space="preserve">[16:56] </w:t>
      </w:r>
      <w:r>
        <w:t>hamda yusuf jo wahan ke khaas aadmi hain unhon ne kaha it was a beautiful advice. to yeh wahan ka potential hai.</w:t>
      </w:r>
    </w:p>
    <w:p>
      <w:pPr>
        <w:jc w:val="right"/>
      </w:pPr>
      <w:r>
        <w:t>حمدہ یوسف جو وہاں کے خاص آدمی ہیں انہوں نے کہا اٹ واز ا بیوٹی فل ایڈوائس۔ تو یہ وہاں کا پوٹینشل ہے۔</w:t>
      </w:r>
    </w:p>
    <w:p>
      <w:r>
        <w:rPr>
          <w:b/>
        </w:rPr>
        <w:t xml:space="preserve">[17:08] </w:t>
      </w:r>
      <w:r>
        <w:t>yeh wahan ka potential hai. to mein kahoon ke hamare mission ke logon ko focus karna chahiye canada ko. lekin focus physical sales mein nahi ho sakta hai.</w:t>
      </w:r>
    </w:p>
    <w:p>
      <w:pPr>
        <w:jc w:val="right"/>
      </w:pPr>
      <w:r>
        <w:t>یہ وہاں کا پوٹینشل ہے۔ تو میں کہوں کہ ہمارے مشن کے لوگوں کو فوکس کرنا چاہیے کینیڈا کو۔ لیکن فوکس فزیکل سیلز میں نہیں ہو سکتا ہے۔</w:t>
      </w:r>
    </w:p>
    <w:p>
      <w:r>
        <w:rPr>
          <w:b/>
        </w:rPr>
        <w:t xml:space="preserve">[17:19] </w:t>
      </w:r>
      <w:r>
        <w:t>wahan hum literature pe jayen. wahan hum wahan par un ko video aur audio ke zariye jo hamari taqreeren hoti hain woh bheja jaye.</w:t>
      </w:r>
    </w:p>
    <w:p>
      <w:pPr>
        <w:jc w:val="right"/>
      </w:pPr>
      <w:r>
        <w:t>وہاں ہم لٹریچر پہ جائیں۔ وہاں ہم وہاں پر ان کو ویڈیو اور آڈیو کے ذریعے جو ہماری تقریریں ہوتی ہیں وہ بھیجا جائے۔</w:t>
      </w:r>
    </w:p>
    <w:p>
      <w:r>
        <w:rPr>
          <w:b/>
        </w:rPr>
        <w:t xml:space="preserve">[17:30] </w:t>
      </w:r>
      <w:r>
        <w:t>telephone se contact karen. ek bada anokha waqea yeh hua ke do ladkiyan mere paas aayeen. dono english speaking theen.</w:t>
      </w:r>
    </w:p>
    <w:p>
      <w:pPr>
        <w:jc w:val="right"/>
      </w:pPr>
      <w:r>
        <w:t>ٹیلی فون سے کنٹیکٹ کریں۔ ایک بڑا انوکھا واقعہ یہ ہوا کہ دو لڑکیاں میرے پاس آئیں۔ دونوں انگلش اسپیکنگ تھیں۔</w:t>
      </w:r>
    </w:p>
    <w:p>
      <w:r>
        <w:rPr>
          <w:b/>
        </w:rPr>
        <w:t xml:space="preserve">[17:42] </w:t>
      </w:r>
      <w:r>
        <w:t>woh australia mein paida hu'een. australia mein wahan wahan kisi wajah se aayi theen woh. to dono aayeen unhon ne kaha ke hum ne aap ko khwab mein dekha.</w:t>
      </w:r>
    </w:p>
    <w:p>
      <w:pPr>
        <w:jc w:val="right"/>
      </w:pPr>
      <w:r>
        <w:t>وہ آسٹریلیا میں پیدا ہوئیں۔ آسٹریلیا میں وہاں وہاں کسی وجہ سے آئی تھیں وہ۔ تو دونوں آئیں انہوں نے کہا کہ ہم نے آپ کو خواب میں دیکھا۔</w:t>
      </w:r>
    </w:p>
    <w:p>
      <w:r>
        <w:rPr>
          <w:b/>
        </w:rPr>
        <w:t xml:space="preserve">[17:55] </w:t>
      </w:r>
      <w:r>
        <w:t>mujh ko unhon ne khwab mein dekha. haalankeh koi na un se jaan na pehchan. hum kuch bhi un ke baray mein nahi jante.</w:t>
      </w:r>
    </w:p>
    <w:p>
      <w:pPr>
        <w:jc w:val="right"/>
      </w:pPr>
      <w:r>
        <w:t>مجھ کو انہوں نے خواب میں دیکھا۔ حالانکہ کوئی نہ ان سے جان نہ پہچان۔ ہم کچھ بھی ان کے بارے میں نہیں جانتے۔</w:t>
      </w:r>
    </w:p>
    <w:p>
      <w:r>
        <w:rPr>
          <w:b/>
        </w:rPr>
        <w:t xml:space="preserve">[18:05] </w:t>
      </w:r>
      <w:r>
        <w:t>bilkul nahi. bilkul nahi. to unhon ne hamara program suna tha wahan canada mein.</w:t>
      </w:r>
    </w:p>
    <w:p>
      <w:pPr>
        <w:jc w:val="right"/>
      </w:pPr>
      <w:r>
        <w:t>بالکل نہیں۔ بالکل نہیں۔ تو انہوں نے ہمارا پروگرام سنا تھا وہاں کینیڈا میں۔</w:t>
      </w:r>
    </w:p>
    <w:p>
      <w:r>
        <w:rPr>
          <w:b/>
        </w:rPr>
        <w:t xml:space="preserve">[18:14] </w:t>
      </w:r>
      <w:r>
        <w:t>kaha program sunne ke baad unhon ne khwab dekha. to khwab mein woh mujh ko dekhti hain. mein un se kehta hoon ke apne baap ke rastay par chaliye.</w:t>
      </w:r>
    </w:p>
    <w:p>
      <w:pPr>
        <w:jc w:val="right"/>
      </w:pPr>
      <w:r>
        <w:t>کہا پروگرام سننے کے بعد انہوں نے خواب دیکھا۔ تو خواب میں وہ مجھ کو دیکھتی ہیں۔ میں ان سے کہتا ہوں کہ اپنے باپ کے راستے پر چلیے۔</w:t>
      </w:r>
    </w:p>
    <w:p>
      <w:r>
        <w:rPr>
          <w:b/>
        </w:rPr>
        <w:t xml:space="preserve">[18:27] </w:t>
      </w:r>
      <w:r>
        <w:t>aap ko Allah taala jannat den ge. aisa kuch kehta hoon mein un se. to mein ne poocha ke aap baat kiya karte thay?</w:t>
      </w:r>
    </w:p>
    <w:p>
      <w:pPr>
        <w:jc w:val="right"/>
      </w:pPr>
      <w:r>
        <w:t>آپ کو اللہ تعالی جنت دیں گے۔ ایسا کچھ کہتا ہوں میں ان سے۔ تو میں نے پوچھا کہ آپ بات کیا کرتے تھے؟</w:t>
      </w:r>
    </w:p>
    <w:p>
      <w:r>
        <w:rPr>
          <w:b/>
        </w:rPr>
        <w:t xml:space="preserve">[18:37] </w:t>
      </w:r>
      <w:r>
        <w:t>to unhon ne bataya ke un ke baap jo thay woh deeni mizaj ke thay. apne hisab se woh deeni kaam karte thay. political mizaj nahi tha un ka.</w:t>
      </w:r>
    </w:p>
    <w:p>
      <w:pPr>
        <w:jc w:val="right"/>
      </w:pPr>
      <w:r>
        <w:t>تو انہوں نے بتایا کہ ان کے باپ جو تھے وہ دینی مزاج کے تھے۔ اپنے حساب سے وہ دینی کام کرتے تھے۔ پولیٹیکل مزاج نہیں تھا ان کا۔</w:t>
      </w:r>
    </w:p>
    <w:p>
      <w:r>
        <w:rPr>
          <w:b/>
        </w:rPr>
        <w:t xml:space="preserve">[18:50] </w:t>
      </w:r>
      <w:r>
        <w:t>to mein ne kaha ke khwab ka matlab yeh hai ke aap inhi ke rastay ko follow kijiye. aur hamara mission jo hai inhi ke rastay ka agla agla version hai.</w:t>
      </w:r>
    </w:p>
    <w:p>
      <w:pPr>
        <w:jc w:val="right"/>
      </w:pPr>
      <w:r>
        <w:t>تو میں نے کہا کہ خواب کا مطلب یہ ہے کہ آپ انہی کے راستے کو فالو کیجئے۔ اور ہمارا مشن جو ہے انہی کے راستے کا اگلا اگلا ورژن ہے۔</w:t>
      </w:r>
    </w:p>
    <w:p>
      <w:r>
        <w:rPr>
          <w:b/>
        </w:rPr>
        <w:t xml:space="preserve">[19:04] </w:t>
      </w:r>
      <w:r>
        <w:t>agla version hai. to mein ne kaha ke aap quran phailaiye. quran. to itna mutasir hue ke rone lagin dono ladkiyan.</w:t>
      </w:r>
    </w:p>
    <w:p>
      <w:pPr>
        <w:jc w:val="right"/>
      </w:pPr>
      <w:r>
        <w:t>اگلا ورژن ہے۔ تو میں نے کہا کہ آپ قرآن پھیلائیے۔ قرآن۔ تو اتنا متاثر ہوئے کہ رونے لگیں دونوں لڑکیاں۔</w:t>
      </w:r>
    </w:p>
    <w:p>
      <w:r>
        <w:rPr>
          <w:b/>
        </w:rPr>
        <w:t xml:space="preserve">[19:18] </w:t>
      </w:r>
      <w:r>
        <w:t>dono ladkiyan. haalankeh woh in dono ki dono english parhi hui thi. woh urdu nahi janti theen woh.</w:t>
      </w:r>
    </w:p>
    <w:p>
      <w:pPr>
        <w:jc w:val="right"/>
      </w:pPr>
      <w:r>
        <w:t>دونوں لڑکیاں۔ حالانکہ وہ ان دونوں کی دونوں انگلش پڑھی ہوئی تھی۔ وہ اردو نہیں جانتی تھیں وہ۔</w:t>
      </w:r>
    </w:p>
    <w:p>
      <w:r>
        <w:rPr>
          <w:b/>
        </w:rPr>
        <w:t xml:space="preserve">[19:28] </w:t>
      </w:r>
      <w:r>
        <w:t>dono ki dono rone lagin. phir unhon ne sadia se mili mil kar ke woh kitaben aur quran ka translation le gayeen. unhon ne kaha ke hum yeh kaam karenge.</w:t>
      </w:r>
    </w:p>
    <w:p>
      <w:pPr>
        <w:jc w:val="right"/>
      </w:pPr>
      <w:r>
        <w:t>دونوں کی دونوں رونے لگیں۔ پھر انہوں نے سعدیہ سے ملی مل کر کے وہ کتابیں اور قرآن کا ٹرانسلیشن لے گئیں۔ انہوں نے کہا کہ ہم یہ کام کریں گے۔</w:t>
      </w:r>
    </w:p>
    <w:p>
      <w:r>
        <w:rPr>
          <w:b/>
        </w:rPr>
        <w:t xml:space="preserve">[19:42] </w:t>
      </w:r>
      <w:r>
        <w:t>to wahan par bare anokhe tajrubaat kiye. bohat anokhe tajrubaat. aur yeh jo hui thi conference bohat hi bohat hi high level ki hui thi.</w:t>
      </w:r>
    </w:p>
    <w:p>
      <w:pPr>
        <w:jc w:val="right"/>
      </w:pPr>
      <w:r>
        <w:t>تو وہاں پر بڑے انوکھے تجربات کیے۔ بہت انوکھے تجربات۔ اور یہ جو ہوئی تھی کانفرنس بہت ہی بہت ہی ہائی لیول کی ہوئی تھی۔</w:t>
      </w:r>
    </w:p>
    <w:p>
      <w:r>
        <w:rPr>
          <w:b/>
        </w:rPr>
        <w:t xml:space="preserve">[19:55] </w:t>
      </w:r>
      <w:r>
        <w:t>jis level ka wahan stage tha jis level ka wahan par intizamat thay woh mein ne ab tak dekhe nahi thay. hamare haan jo india mein jalse hote hain seminar conference is ka level bilkul mukhtalif tha.</w:t>
      </w:r>
    </w:p>
    <w:p>
      <w:pPr>
        <w:jc w:val="right"/>
      </w:pPr>
      <w:r>
        <w:t>جس لیول کا وہاں اسٹیج تھا جس لیول کا وہاں پر انتظامات تھے وہ میں نے اب تک دیکھے نہیں تھے۔ ہمارے ہاں جو انڈیا میں جلسے ہوتے ہیں سیمینار کانفرنس اس کا لیول بالکل مختلف تھا۔</w:t>
      </w:r>
    </w:p>
    <w:p>
      <w:r>
        <w:rPr>
          <w:b/>
        </w:rPr>
        <w:t xml:space="preserve">[20:10] </w:t>
      </w:r>
      <w:r>
        <w:t>india mein mein ne kabhi nahi dekha aisa koi seminar ya conference ya bahar bhi nahi dekha. ek bilkul ek naya version tha woh conference ka.</w:t>
      </w:r>
    </w:p>
    <w:p>
      <w:pPr>
        <w:jc w:val="right"/>
      </w:pPr>
      <w:r>
        <w:t>انڈیا میں میں نے کبھی نہیں دیکھا ایسا کوئی سیمینار یا کانفرنس یا باہر بھی نہیں دیکھا۔ ایک بالکل ایک نیا ورژن تھا وہ کانفرنس کا۔</w:t>
      </w:r>
    </w:p>
    <w:p>
      <w:r>
        <w:rPr>
          <w:b/>
        </w:rPr>
        <w:t xml:space="preserve">[20:21] </w:t>
      </w:r>
      <w:r>
        <w:t>bohat hi naya version. aur bohat hi har cheez bohat hi mislan mic jo tha itna acha mic hota tha ke ek sahib ne bataya ke woh yani stage ke paas koi ho ya door ho ek dam ek hi qism ki awaz sunta tha woh.</w:t>
      </w:r>
    </w:p>
    <w:p>
      <w:pPr>
        <w:jc w:val="right"/>
      </w:pPr>
      <w:r>
        <w:t>بہت ہی نیا ورژن۔ اور بہت ہی ہر چیز بہت ہی مثلاً مائیک جو تھا اتنا اچھا مائیک ہوتا تھا کہ ایک صاحب نے بتایا کہ وہ یعنی اسٹیج کے پاس کوئی ہو یا دور ہو ایک دم ایک ہی قسم کی آواز سنتا تھا وہ۔</w:t>
      </w:r>
    </w:p>
    <w:p>
      <w:r>
        <w:rPr>
          <w:b/>
        </w:rPr>
        <w:t xml:space="preserve">[20:39] </w:t>
      </w:r>
      <w:r>
        <w:t>bilkul. aur bohat saaf bohat saaf bohat saaf. to har qism ka bohat ooncha intizam tha. woh alag type ka tha.</w:t>
      </w:r>
    </w:p>
    <w:p>
      <w:pPr>
        <w:jc w:val="right"/>
      </w:pPr>
      <w:r>
        <w:t>بالکل۔ اور بہت صاف بہت صاف بہت صاف۔ تو ہر قسم کا بہت اونچا انتظام تھا۔ وہ الگ ٹائپ کا تھا۔</w:t>
      </w:r>
    </w:p>
    <w:p>
      <w:r>
        <w:rPr>
          <w:b/>
        </w:rPr>
        <w:t xml:space="preserve">[20:48] </w:t>
      </w:r>
      <w:r>
        <w:t>aam taur par jo hoti hain conferenceen waisa nahi tha woh. to wahan modern taraqqiyat bhi bohat shandar hain mashallah.</w:t>
      </w:r>
    </w:p>
    <w:p>
      <w:pPr>
        <w:jc w:val="right"/>
      </w:pPr>
      <w:r>
        <w:t>عام طور پر جو ہوتی ہیں کانفرنسیں ویسا نہیں تھا وہ۔ تو وہاں ماڈرن ترقیات بھی بہت شاندار ہیں ماشاءاللہ۔</w:t>
      </w:r>
    </w:p>
    <w:p>
      <w:r>
        <w:rPr>
          <w:b/>
        </w:rPr>
        <w:t xml:space="preserve">[21:00] </w:t>
      </w:r>
      <w:r>
        <w:t>lekin wahan ke jo khaas taur par jo musalman hain abhi bigre nahi hain woh politicize nahi hue hain woh. is zamane mein sab se buri cheez jo hai politicization politicization yani islam ka siyasi islam ki siyasi taabeer islam ke siyasi political interpretation yeh abhi wahan pohncha nahi.</w:t>
      </w:r>
    </w:p>
    <w:p>
      <w:pPr>
        <w:jc w:val="right"/>
      </w:pPr>
      <w:r>
        <w:t>لیکن وہاں کے جو خاص طور پر جو مسلمان ہیں ابھی بگڑے نہیں ہیں وہ پولیٹیسائز نہیں ہوئے ہیں وہ۔ اس زمانے میں سب سے بری چیز جو ہے پولیٹیسائزیشن پولیٹیسائزیشن یعنی اسلام کا سیاسی اسلام کی سیاسی تعبیر اسلام کے سیاسی پولیٹیکل انٹرپریٹیشن یہ ابھی وہاں پہنچا نہیں۔</w:t>
      </w:r>
    </w:p>
    <w:p>
      <w:r>
        <w:rPr>
          <w:b/>
        </w:rPr>
        <w:t xml:space="preserve">[21:27] </w:t>
      </w:r>
      <w:r>
        <w:t>yeh log jo hain is tarah ziyada yaani</w:t>
      </w:r>
    </w:p>
    <w:p>
      <w:pPr>
        <w:jc w:val="right"/>
      </w:pPr>
      <w:r>
        <w:t>یہ لوگ جو ہیں اس طرح زیادہ یعنی</w:t>
      </w:r>
    </w:p>
    <w:p>
      <w:r>
        <w:rPr>
          <w:b/>
        </w:rPr>
        <w:t xml:space="preserve">[21:32] </w:t>
      </w:r>
      <w:r>
        <w:t>itna ziyada in ke zehn bigre hue hain yeh political logon ke ke sab ko kharab kar dete</w:t>
      </w:r>
    </w:p>
    <w:p>
      <w:pPr>
        <w:jc w:val="right"/>
      </w:pPr>
      <w:r>
        <w:t>اتنا زیادہ ان کے ذہن بگڑے ہوئے ہیں یہ پولیٹیکل لوگوں کے کہ سب کو خراب کر دیتے</w:t>
      </w:r>
    </w:p>
    <w:p>
      <w:r>
        <w:rPr>
          <w:b/>
        </w:rPr>
        <w:t xml:space="preserve">[21:38] </w:t>
      </w:r>
      <w:r>
        <w:t>hain yeh aurat ko mard ko</w:t>
      </w:r>
    </w:p>
    <w:p>
      <w:pPr>
        <w:jc w:val="right"/>
      </w:pPr>
      <w:r>
        <w:t>ہیں یہ عورت کو مرد کو</w:t>
      </w:r>
    </w:p>
    <w:p>
      <w:r>
        <w:rPr>
          <w:b/>
        </w:rPr>
        <w:t xml:space="preserve">[21:42] </w:t>
      </w:r>
      <w:r>
        <w:t>political interpretation de kar</w:t>
      </w:r>
    </w:p>
    <w:p>
      <w:pPr>
        <w:jc w:val="right"/>
      </w:pPr>
      <w:r>
        <w:t>پولیٹیکل انٹرپریٹیشن دے کر</w:t>
      </w:r>
    </w:p>
    <w:p>
      <w:r>
        <w:rPr>
          <w:b/>
        </w:rPr>
        <w:t xml:space="preserve">[21:46] </w:t>
      </w:r>
      <w:r>
        <w:t>switch hue to yeh Islam ka jo political interpretation hai yahi shuru hua hota hai</w:t>
      </w:r>
    </w:p>
    <w:p>
      <w:pPr>
        <w:jc w:val="right"/>
      </w:pPr>
      <w:r>
        <w:t>سوئچ ہوئے تو یہ اسلام کا جو پولیٹیکل انٹرپریٹیشن ہے یہی شروع ہوا ہوتا ہے</w:t>
      </w:r>
    </w:p>
    <w:p>
      <w:r>
        <w:rPr>
          <w:b/>
        </w:rPr>
        <w:t xml:space="preserve">[21:53] </w:t>
      </w:r>
      <w:r>
        <w:t>aur jis ka kal mission hai suicide bombing</w:t>
      </w:r>
    </w:p>
    <w:p>
      <w:pPr>
        <w:jc w:val="right"/>
      </w:pPr>
      <w:r>
        <w:t>اور جس کا کل مشن ہے سوسائیڈ بمبنگ</w:t>
      </w:r>
    </w:p>
    <w:p>
      <w:r>
        <w:rPr>
          <w:b/>
        </w:rPr>
        <w:t xml:space="preserve">[21:57] </w:t>
      </w:r>
      <w:r>
        <w:t>yaani sab se pehle aata hai</w:t>
      </w:r>
    </w:p>
    <w:p>
      <w:pPr>
        <w:jc w:val="right"/>
      </w:pPr>
      <w:r>
        <w:t>یعنی سب سے پہلے آتا ہے</w:t>
      </w:r>
    </w:p>
    <w:p>
      <w:r>
        <w:rPr>
          <w:b/>
        </w:rPr>
        <w:t xml:space="preserve">[22:00] </w:t>
      </w:r>
      <w:r>
        <w:t>yaani we and they concept phir nafrat</w:t>
      </w:r>
    </w:p>
    <w:p>
      <w:pPr>
        <w:jc w:val="right"/>
      </w:pPr>
      <w:r>
        <w:t>یعنی وی اینڈ دے کانسیپٹ پھر نفرت</w:t>
      </w:r>
    </w:p>
    <w:p>
      <w:r>
        <w:rPr>
          <w:b/>
        </w:rPr>
        <w:t xml:space="preserve">[22:05] </w:t>
      </w:r>
      <w:r>
        <w:t>phir extremism phir terrorism</w:t>
      </w:r>
    </w:p>
    <w:p>
      <w:pPr>
        <w:jc w:val="right"/>
      </w:pPr>
      <w:r>
        <w:t>پھر ایکسٹریمزم پھر ٹیررزم</w:t>
      </w:r>
    </w:p>
    <w:p>
      <w:r>
        <w:rPr>
          <w:b/>
        </w:rPr>
        <w:t xml:space="preserve">[22:08] </w:t>
      </w:r>
      <w:r>
        <w:t>phir violence yahan tak ke suicide bombing yeh sab</w:t>
      </w:r>
    </w:p>
    <w:p>
      <w:pPr>
        <w:jc w:val="right"/>
      </w:pPr>
      <w:r>
        <w:t>پھر وائلنس یہاں تک کہ سوسائیڈ بمبنگ یہ سب</w:t>
      </w:r>
    </w:p>
    <w:p>
      <w:r>
        <w:rPr>
          <w:b/>
        </w:rPr>
        <w:t xml:space="preserve">[22:12] </w:t>
      </w:r>
      <w:r>
        <w:t>isi ki wajah se hai political interpretation ki wajah se to ajeeb ghareeb tor par Allah taala ne Canada ko is se bachaya hai</w:t>
      </w:r>
    </w:p>
    <w:p>
      <w:pPr>
        <w:jc w:val="right"/>
      </w:pPr>
      <w:r>
        <w:t>اسی کی وجہ سے ہے پولیٹیکل انٹرپریٹیشن کی وجہ سے تو عجیب غریب طور پر اللہ تعالی نے کینیڈا کو اس سے بچایا ہے</w:t>
      </w:r>
    </w:p>
    <w:p>
      <w:r>
        <w:rPr>
          <w:b/>
        </w:rPr>
        <w:t xml:space="preserve">[22:26] </w:t>
      </w:r>
      <w:r>
        <w:t>to hum logon ko Canada ko focus karna chahiye lekin hum e dawat ke zariye se inshallah karen</w:t>
      </w:r>
    </w:p>
    <w:p>
      <w:pPr>
        <w:jc w:val="right"/>
      </w:pPr>
      <w:r>
        <w:t>تو ہم لوگوں کو کینیڈا کو فوکس کرنا چاہیے لیکن ہم ای دعوت کے ذریعے سے انشاءاللہ کریں</w:t>
      </w:r>
    </w:p>
    <w:p>
      <w:r>
        <w:rPr>
          <w:b/>
        </w:rPr>
        <w:t xml:space="preserve">[22:33] </w:t>
      </w:r>
      <w:r>
        <w:t>ge is kaam ko</w:t>
      </w:r>
    </w:p>
    <w:p>
      <w:pPr>
        <w:jc w:val="right"/>
      </w:pPr>
      <w:r>
        <w:t>گے اس کام کو</w:t>
      </w:r>
    </w:p>
    <w:p>
      <w:r>
        <w:rPr>
          <w:b/>
        </w:rPr>
        <w:t xml:space="preserve">[22:36] </w:t>
      </w:r>
      <w:r>
        <w:t>agar aindah kabhi mujhe himmat pari to dobara bhi dobara bhi safar kar sakta hoon lekin abhi to</w:t>
      </w:r>
    </w:p>
    <w:p>
      <w:pPr>
        <w:jc w:val="right"/>
      </w:pPr>
      <w:r>
        <w:t>اگر آئندہ کبھی مجھے ہمت پڑی تو دوبارہ بھی دوبارہ بھی سفر کر سکتا ہوں لیکن ابھی تو</w:t>
      </w:r>
    </w:p>
    <w:p>
      <w:r>
        <w:rPr>
          <w:b/>
        </w:rPr>
        <w:t xml:space="preserve">[22:43] </w:t>
      </w:r>
      <w:r>
        <w:t>ek safar ke baad doosre safar ki himmat nahi</w:t>
      </w:r>
    </w:p>
    <w:p>
      <w:pPr>
        <w:jc w:val="right"/>
      </w:pPr>
      <w:r>
        <w:t>ایک سفر کے بعد دوسرے سفر کی ہمت نہیں</w:t>
      </w:r>
    </w:p>
    <w:p>
      <w:r>
        <w:rPr>
          <w:b/>
        </w:rPr>
        <w:t xml:space="preserve">[22:49] </w:t>
      </w:r>
      <w:r>
        <w:t>aap ghor kijiye ke wahan mujhe itna zyada mukhtalif mahol mein rehna pada physical aitbar se ke raat</w:t>
      </w:r>
    </w:p>
    <w:p>
      <w:pPr>
        <w:jc w:val="right"/>
      </w:pPr>
      <w:r>
        <w:t>آپ غور کیجئے کہ وہاں مجھے اتنا زیادہ مختلف ماحول میں رہنا پڑا فزیکل اعتبار سے کہ رات</w:t>
      </w:r>
    </w:p>
    <w:p>
      <w:r>
        <w:rPr>
          <w:b/>
        </w:rPr>
        <w:t xml:space="preserve">[22:57] </w:t>
      </w:r>
      <w:r>
        <w:t>mein aaya to raat saat ghante hoon sota raha hoon</w:t>
      </w:r>
    </w:p>
    <w:p>
      <w:pPr>
        <w:jc w:val="right"/>
      </w:pPr>
      <w:r>
        <w:t>میں آیا تو رات سات گھنٹے ہوں سوتا رہا ہوں</w:t>
      </w:r>
    </w:p>
    <w:p>
      <w:r>
        <w:rPr>
          <w:b/>
        </w:rPr>
        <w:t xml:space="preserve">[23:00] </w:t>
      </w:r>
      <w:r>
        <w:t>seven hours aisa kabhi hua nahi tha</w:t>
      </w:r>
    </w:p>
    <w:p>
      <w:pPr>
        <w:jc w:val="right"/>
      </w:pPr>
      <w:r>
        <w:t>سیون اورز ایسا کبھی ہوا نہیں تھا</w:t>
      </w:r>
    </w:p>
    <w:p>
      <w:r>
        <w:rPr>
          <w:b/>
        </w:rPr>
        <w:t xml:space="preserve">[23:11] </w:t>
      </w:r>
      <w:r>
        <w:t>aisa koi yani gyarah baje soya aur chhe baje utha to ab filhal to mujhe himmat nahi ke main wahan dobara jaon lekin</w:t>
      </w:r>
    </w:p>
    <w:p>
      <w:pPr>
        <w:jc w:val="right"/>
      </w:pPr>
      <w:r>
        <w:t>ایسا کوئی یعنی گیارہ بجے سویا اور چھ بجے اٹھا تو اب فی الحال تو مجھے ہمت نہیں کہ میں وہاں دوبارہ جاؤں لیکن</w:t>
      </w:r>
    </w:p>
    <w:p>
      <w:r>
        <w:rPr>
          <w:b/>
        </w:rPr>
        <w:t xml:space="preserve">[23:25] </w:t>
      </w:r>
      <w:r>
        <w:t>e electronic media print media aur jo maujooda zaban jo tareeqe hain is ko ikhtiyar kar ke hum wahan inshallah kar sakte hain yeh kaam aur jo log aaye the jo speaker.</w:t>
      </w:r>
    </w:p>
    <w:p>
      <w:pPr>
        <w:jc w:val="right"/>
      </w:pPr>
      <w:r>
        <w:t>ای الیکٹرانک میڈیا پرنٹ میڈیا اور جو موجودہ زبان جو طریقے ہیں اس کو اختیار کر کے ہم وہاں انشاءاللہ کر سکتے ہیں یہ کام اور جو لوگ آئے تھے جو اسپیکر.</w:t>
      </w:r>
    </w:p>
    <w:p>
      <w:r>
        <w:rPr>
          <w:b/>
        </w:rPr>
        <w:t xml:space="preserve">[23:43] </w:t>
      </w:r>
      <w:r>
        <w:t>to taqreerein to badi josh kharosh ki ki unhon ne lekin is se logon ko koi take take away nahi mila koi take away nahi mila</w:t>
      </w:r>
    </w:p>
    <w:p>
      <w:pPr>
        <w:jc w:val="right"/>
      </w:pPr>
      <w:r>
        <w:t>تو تقریریں تو بڑی جوش خروش کی کی انہوں نے لیکن اس سے لوگوں کو کوئی ٹیک ٹیک اوے نہیں ملا کوئی ٹیک اوے نہیں ملا</w:t>
      </w:r>
    </w:p>
    <w:p>
      <w:r>
        <w:rPr>
          <w:b/>
        </w:rPr>
        <w:t xml:space="preserve">[23:56] </w:t>
      </w:r>
      <w:r>
        <w:t>misalan jo jo jo wahan ke jo aghraaisen hain jisne bulaya tha hum ko to aghraaisen ke jo founder president hain unki biwi aai thi hamare jalse mein to baad ko biwi ne report di apne shohar ko telephone par rote hue yani report de rahi thi ro rahi thi</w:t>
      </w:r>
    </w:p>
    <w:p>
      <w:pPr>
        <w:jc w:val="right"/>
      </w:pPr>
      <w:r>
        <w:t>مثلاً جو جو جو وہاں کے جو اغراہ ایسن ہیں جس نے بلایا تھا ہم کو تو اغراہ ایسن کے جو فاؤنڈر پریزیڈنٹ ہیں ان کی بیوی آئی تھی ہمارے جلسے میں تو بعد کو بیوی نے رپورٹ دی اپنے شوہر کو ٹیلی فون پر روتے ہوئے یعنی رپورٹ دے رہی تھی رو رہی تھی</w:t>
      </w:r>
    </w:p>
    <w:p>
      <w:r>
        <w:rPr>
          <w:b/>
        </w:rPr>
        <w:t xml:space="preserve">[24:24] </w:t>
      </w:r>
      <w:r>
        <w:t>yeh halat thi wahan par. to is ki wajah yeh nahi ke hum yani</w:t>
      </w:r>
    </w:p>
    <w:p>
      <w:pPr>
        <w:jc w:val="right"/>
      </w:pPr>
      <w:r>
        <w:t>یہ حالت تھی وہاں پر. تو اس کی وجہ یہ نہیں کہ ہم یعنی</w:t>
      </w:r>
    </w:p>
    <w:p>
      <w:r>
        <w:rPr>
          <w:b/>
        </w:rPr>
        <w:t xml:space="preserve">[24:32] </w:t>
      </w:r>
      <w:r>
        <w:t>credit goes to nature</w:t>
      </w:r>
    </w:p>
    <w:p>
      <w:pPr>
        <w:jc w:val="right"/>
      </w:pPr>
      <w:r>
        <w:t>کریڈٹ گوز ٹو نیچر</w:t>
      </w:r>
    </w:p>
    <w:p>
      <w:r>
        <w:rPr>
          <w:b/>
        </w:rPr>
        <w:t xml:space="preserve">[24:35] </w:t>
      </w:r>
      <w:r>
        <w:t>agar main kitni baar gaya hoon America mein wahan to aisa nahi hua</w:t>
      </w:r>
    </w:p>
    <w:p>
      <w:pPr>
        <w:jc w:val="right"/>
      </w:pPr>
      <w:r>
        <w:t>اگر میں کتنی بار گیا ہوں امریکہ میں وہاں تو ایسا نہیں ہوا</w:t>
      </w:r>
    </w:p>
    <w:p>
      <w:r>
        <w:rPr>
          <w:b/>
        </w:rPr>
        <w:t xml:space="preserve">[24:41] </w:t>
      </w:r>
      <w:r>
        <w:t>kyunke America ko political logon ne unke nation se hata diya hai</w:t>
      </w:r>
    </w:p>
    <w:p>
      <w:pPr>
        <w:jc w:val="right"/>
      </w:pPr>
      <w:r>
        <w:t>کیونکہ امریکہ کو پولیٹیکل لوگوں نے ان کے نیشن سے ہٹا دیا ہے</w:t>
      </w:r>
    </w:p>
    <w:p>
      <w:r>
        <w:rPr>
          <w:b/>
        </w:rPr>
        <w:t xml:space="preserve">[24:48] </w:t>
      </w:r>
      <w:r>
        <w:t>wahan ke masjidon ko wahan ke Islamic center ko wahan ke mahol ko bilkul politicize kar diya hai</w:t>
      </w:r>
    </w:p>
    <w:p>
      <w:pPr>
        <w:jc w:val="right"/>
      </w:pPr>
      <w:r>
        <w:t>وہاں کے مسجدوں کو وہاں کے اسلامک سینٹر کو وہاں کے ماحول کو بالکل پولیٹیسائز کر دیا ہے</w:t>
      </w:r>
    </w:p>
    <w:p>
      <w:r>
        <w:rPr>
          <w:b/>
        </w:rPr>
        <w:t xml:space="preserve">[24:55] </w:t>
      </w:r>
      <w:r>
        <w:t>lekin Canada mein aisa nahi hua jaise Rasool Allah Salallahu Alaihi Wasallam ke zamane mein hua ke</w:t>
      </w:r>
    </w:p>
    <w:p>
      <w:pPr>
        <w:jc w:val="right"/>
      </w:pPr>
      <w:r>
        <w:t>لیکن کینیڈا میں ایسا نہیں ہوا جیسے رسول اللہ صلی اللہ علیہ وسلم کے زمانے میں ہوا کہ</w:t>
      </w:r>
    </w:p>
    <w:p>
      <w:r>
        <w:rPr>
          <w:b/>
        </w:rPr>
        <w:t xml:space="preserve">[25:02] </w:t>
      </w:r>
      <w:r>
        <w:t>Makkah mein aap ko sakht mukhalifat mukhalifat hui</w:t>
      </w:r>
    </w:p>
    <w:p>
      <w:pPr>
        <w:jc w:val="right"/>
      </w:pPr>
      <w:r>
        <w:t>مکہ میں آپ کو سخت مخالفت مخالفت ہوئی</w:t>
      </w:r>
    </w:p>
    <w:p>
      <w:r>
        <w:rPr>
          <w:b/>
        </w:rPr>
        <w:t xml:space="preserve">[25:06] </w:t>
      </w:r>
      <w:r>
        <w:t>lekin us zamane mein Madinah bacha hua tha is ka naam Yasarib tha Madinah ek woh ek island</w:t>
      </w:r>
    </w:p>
    <w:p>
      <w:pPr>
        <w:jc w:val="right"/>
      </w:pPr>
      <w:r>
        <w:t>لیکن اس زمانے میں مدینہ بچا ہوا تھا اس کا نام یسرب تھا مدینہ ایک وہ ایک ائیلینڈ</w:t>
      </w:r>
    </w:p>
    <w:p>
      <w:r>
        <w:rPr>
          <w:b/>
        </w:rPr>
        <w:t xml:space="preserve">[25:14] </w:t>
      </w:r>
      <w:r>
        <w:t>tha woh bacha hua tha</w:t>
      </w:r>
    </w:p>
    <w:p>
      <w:pPr>
        <w:jc w:val="right"/>
      </w:pPr>
      <w:r>
        <w:t>تھا وہ بچا ہوا تھا</w:t>
      </w:r>
    </w:p>
    <w:p>
      <w:r>
        <w:rPr>
          <w:b/>
        </w:rPr>
        <w:t xml:space="preserve">[25:19] </w:t>
      </w:r>
      <w:r>
        <w:t>to Rasool Allah ne hijrat ke waqt kaha tha ke Umar to baqir taqal al qaraa yiqruni yasrab al madinah to Yasrab jo tha ek wahan par ek different basti thi jo bachi hui thi chunancha wahan par jab Islam pahuncha bohat tezi se phail gaya</w:t>
      </w:r>
    </w:p>
    <w:p>
      <w:pPr>
        <w:jc w:val="right"/>
      </w:pPr>
      <w:r>
        <w:t>تو رسول اللہ نے ہجرت کے وقت کہا تھا کہ عمر تو بقیر تاکل القراء یقرونی یسرب المدینہ تو یسرب جو تھا ایک وہاں پر ایک ڈفرنٹ بستی تھی جو بچی ہوئی تھی چنانچہ وہاں پر جب اسلام پہنچا بہت تیزی سے پھیل گیا</w:t>
      </w:r>
    </w:p>
    <w:p>
      <w:r>
        <w:rPr>
          <w:b/>
        </w:rPr>
        <w:t xml:space="preserve">[25:48] </w:t>
      </w:r>
      <w:r>
        <w:t>bohat tezi se ghar ghar pahunch gaya</w:t>
      </w:r>
    </w:p>
    <w:p>
      <w:pPr>
        <w:jc w:val="right"/>
      </w:pPr>
      <w:r>
        <w:t>بہت تیزی سے گھر گھر پہنچ گیا</w:t>
      </w:r>
    </w:p>
    <w:p>
      <w:r>
        <w:rPr>
          <w:b/>
        </w:rPr>
        <w:t xml:space="preserve">[25:57] </w:t>
      </w:r>
      <w:r>
        <w:t>to main sochta hoon ke Canada ek bacha hua country hai khas tor par Muslim mulk ko tabah kar chuke hain yeh log Iran ko Pakistan ko Egypt ko haj Sudan ko ek dam yeh log yeh political log tabah kar chuke hain woh tabahi jo hai yahan tak pahunchi ke aap par mein ab musalmanon ne aapas mein qatal karein ek doosre ko</w:t>
      </w:r>
    </w:p>
    <w:p>
      <w:pPr>
        <w:jc w:val="right"/>
      </w:pPr>
      <w:r>
        <w:t>تو میں سوچتا ہوں کہ کینیڈا ایک بچا ہوا کنٹری ہے خاص طور پر مسلم ملک کو تباہ کر چکے ہیں یہ لوگ ایران کو پاکستان کو ایجپٹ کو حج سوڈان کو ایک دم یہ لوگ یہ پولیٹیکل لوگ تباہ کر چکے ہیں وہ تباہی جو ہے یہاں تک پہنچی کہ آپ پر میں اب مسلمانوں نے آپس میں قتل کریں ایک دوسرے کو</w:t>
      </w:r>
    </w:p>
    <w:p>
      <w:r>
        <w:rPr>
          <w:b/>
        </w:rPr>
        <w:t xml:space="preserve">[26:25] </w:t>
      </w:r>
      <w:r>
        <w:t>masjid mein qatl qabristan mein qatl har jagah dekhen qatl qatl qatl</w:t>
      </w:r>
    </w:p>
    <w:p>
      <w:pPr>
        <w:jc w:val="right"/>
      </w:pPr>
      <w:r>
        <w:t>مسجد میں قتل قبرستان میں قتل ہر جگہ دیکھیں قتل قتل قتل</w:t>
      </w:r>
    </w:p>
    <w:p>
      <w:r>
        <w:rPr>
          <w:b/>
        </w:rPr>
        <w:t xml:space="preserve">[26:32] </w:t>
      </w:r>
      <w:r>
        <w:t>to political logon ne poori duniya ko kharab kar diya hai lekin Canada</w:t>
      </w:r>
    </w:p>
    <w:p>
      <w:pPr>
        <w:jc w:val="right"/>
      </w:pPr>
      <w:r>
        <w:t>تو پولیٹیکل لوگوں نے پوری دنیا کو خراب کر دیا ہے لیکن کینیڈا</w:t>
      </w:r>
    </w:p>
    <w:p>
      <w:r>
        <w:rPr>
          <w:b/>
        </w:rPr>
        <w:t xml:space="preserve">[26:38] </w:t>
      </w:r>
      <w:r>
        <w:t>baaz asbab se bacha hua mulk hai wahan par ek logon ne bataya mujhe</w:t>
      </w:r>
    </w:p>
    <w:p>
      <w:pPr>
        <w:jc w:val="right"/>
      </w:pPr>
      <w:r>
        <w:t>بعض اسباب سے بچا ہوا ملک ہے وہاں پر ایک لوگوں نے بتایا مجھے</w:t>
      </w:r>
    </w:p>
    <w:p>
      <w:r>
        <w:rPr>
          <w:b/>
        </w:rPr>
        <w:t xml:space="preserve">[26:44] </w:t>
      </w:r>
      <w:r>
        <w:t>ke hamare saathi jo gaye the</w:t>
      </w:r>
    </w:p>
    <w:p>
      <w:pPr>
        <w:jc w:val="right"/>
      </w:pPr>
      <w:r>
        <w:t>کہ ہمارے ساتھی جو گئے تھے</w:t>
      </w:r>
    </w:p>
    <w:p>
      <w:r>
        <w:rPr>
          <w:b/>
        </w:rPr>
        <w:t xml:space="preserve">[26:47] </w:t>
      </w:r>
      <w:r>
        <w:t>unhon ne ek</w:t>
      </w:r>
    </w:p>
    <w:p>
      <w:pPr>
        <w:jc w:val="right"/>
      </w:pPr>
      <w:r>
        <w:t>انہوں نے ایک</w:t>
      </w:r>
    </w:p>
    <w:p>
      <w:r>
        <w:rPr>
          <w:b/>
        </w:rPr>
        <w:t xml:space="preserve">[26:51] </w:t>
      </w:r>
      <w:r>
        <w:t>literature ka set diya tha logon ko to diya tha woh ek ek woh</w:t>
      </w:r>
    </w:p>
    <w:p>
      <w:pPr>
        <w:jc w:val="right"/>
      </w:pPr>
      <w:r>
        <w:t>لٹریچر کا سیٹ دیا تھا لوگوں کو تو دیا تھا وہ ایک ایک وہ</w:t>
      </w:r>
    </w:p>
    <w:p>
      <w:r>
        <w:rPr>
          <w:b/>
        </w:rPr>
        <w:t xml:space="preserve">[26:57] </w:t>
      </w:r>
      <w:r>
        <w:t>ek packet bana kar ke diya tha to mujh ko ek sahib ne bataya ke</w:t>
      </w:r>
    </w:p>
    <w:p>
      <w:pPr>
        <w:jc w:val="right"/>
      </w:pPr>
      <w:r>
        <w:t>ایک پیکٹ بنا کر کے دیا تھا تو مجھ کو ایک صاحب نے بتایا کہ</w:t>
      </w:r>
    </w:p>
    <w:p>
      <w:r>
        <w:rPr>
          <w:b/>
        </w:rPr>
        <w:t xml:space="preserve">[27:02] </w:t>
      </w:r>
      <w:r>
        <w:t>ke kai logon ko dekha unhon ne ke khol kar ginte the ke doosron ko jo tabah hota</w:t>
      </w:r>
    </w:p>
    <w:p>
      <w:pPr>
        <w:jc w:val="right"/>
      </w:pPr>
      <w:r>
        <w:t>کہ کئی لوگوں کو دیکھا انہوں نے کہ کھول کر گنتے تھے کہ دوسروں کو جو تباہ ہوتا</w:t>
      </w:r>
    </w:p>
    <w:p>
      <w:r>
        <w:rPr>
          <w:b/>
        </w:rPr>
        <w:t xml:space="preserve">[27:07] </w:t>
      </w:r>
      <w:r>
        <w:t>hai hum ko mila hai koi kam to nahi reh gaya is mein koi kitab kam to</w:t>
      </w:r>
    </w:p>
    <w:p>
      <w:pPr>
        <w:jc w:val="right"/>
      </w:pPr>
      <w:r>
        <w:t>ہے ہم کو ملا ہے کوئی کم تو نہیں رہ گیا اس میں کوئی کتاب کم تو</w:t>
      </w:r>
    </w:p>
    <w:p>
      <w:r>
        <w:rPr>
          <w:b/>
        </w:rPr>
        <w:t xml:space="preserve">[27:10] </w:t>
      </w:r>
      <w:r>
        <w:t>nahi hai gift bag ko is tarah check kar dete aur sara khatam ho gaya</w:t>
      </w:r>
    </w:p>
    <w:p>
      <w:pPr>
        <w:jc w:val="right"/>
      </w:pPr>
      <w:r>
        <w:t>نہیں ہے گفٹ بیگ کو اس طرح چیک کر دیتے اور سارا ختم ہو گیا</w:t>
      </w:r>
    </w:p>
    <w:p>
      <w:r>
        <w:rPr>
          <w:b/>
        </w:rPr>
        <w:t xml:space="preserve">[27:21] </w:t>
      </w:r>
      <w:r>
        <w:t>yani doosre ne agar kaha ke is mein mere bag mein itni kitab hai to check kiya ke mere bag mein itni kam to nahi hai</w:t>
      </w:r>
    </w:p>
    <w:p>
      <w:pPr>
        <w:jc w:val="right"/>
      </w:pPr>
      <w:r>
        <w:t>یعنی دوسرے نے اگر کہا کہ اس میں میرے بیگ میں اتنی کتاب ہے تو چیک کیا کہ میرے بیگ میں اتنی کم تو نہیں ہے</w:t>
      </w:r>
    </w:p>
    <w:p>
      <w:r>
        <w:rPr>
          <w:b/>
        </w:rPr>
        <w:t xml:space="preserve">[27:31] </w:t>
      </w:r>
      <w:r>
        <w:t>to aisa hum ne kabhi ab tak tajurba nahi kiya tha yeh bara tajurba tha aur log mujh se mera sign lene ke liye kitabon par toot pade jo kitabein unhon ne li theen us par sign karwane ke liye to un ka jo shauq tha un ki jo spirit thi</w:t>
      </w:r>
    </w:p>
    <w:p>
      <w:pPr>
        <w:jc w:val="right"/>
      </w:pPr>
      <w:r>
        <w:t>تو ایسا ہم نے کبھی اب تک تجربہ نہیں کیا تھا یہ بڑا تجربہ تھا اور لوگ مجھ سے میرا سائن لینے کے لیے کتابوں پر ٹوٹ پڑے جو کتابیں انہوں نے لی تھیں اس پر سائن کروانے کے لیے تو ان کا جو شوق تھا ان کی جو سپرٹ تھی</w:t>
      </w:r>
    </w:p>
    <w:p>
      <w:r>
        <w:rPr>
          <w:b/>
        </w:rPr>
        <w:t xml:space="preserve">[27:56] </w:t>
      </w:r>
      <w:r>
        <w:t>woh bohat hi mujhe laga ke bohat zyada nature par hain woh log nature par</w:t>
      </w:r>
    </w:p>
    <w:p>
      <w:pPr>
        <w:jc w:val="right"/>
      </w:pPr>
      <w:r>
        <w:t>وہ بہت ہی مجھے لگا کہ بہت زیادہ نیچر پر ہیں وہ لوگ نیچر پر</w:t>
      </w:r>
    </w:p>
    <w:p>
      <w:r>
        <w:rPr>
          <w:b/>
        </w:rPr>
        <w:t xml:space="preserve">[28:06] </w:t>
      </w:r>
      <w:r>
        <w:t>to aisa mere khayal se koi mulk duniya mein is waqt nahi hai jahan mein bhi jata hoon</w:t>
      </w:r>
    </w:p>
    <w:p>
      <w:pPr>
        <w:jc w:val="right"/>
      </w:pPr>
      <w:r>
        <w:t>تو ایسا میرے خیال سے کوئی ملک دنیا میں اس وقت نہیں ہے جہاں میں بھی جاتا ہوں</w:t>
      </w:r>
    </w:p>
    <w:p>
      <w:r>
        <w:rPr>
          <w:b/>
        </w:rPr>
        <w:t xml:space="preserve">[28:13] </w:t>
      </w:r>
      <w:r>
        <w:t>har jagah aur ek bohat ajeeb baat thi</w:t>
      </w:r>
    </w:p>
    <w:p>
      <w:pPr>
        <w:jc w:val="right"/>
      </w:pPr>
      <w:r>
        <w:t>ہر جگہ اور ایک بہت عجیب بات تھی</w:t>
      </w:r>
    </w:p>
    <w:p>
      <w:r>
        <w:rPr>
          <w:b/>
        </w:rPr>
        <w:t xml:space="preserve">[28:20] </w:t>
      </w:r>
      <w:r>
        <w:t>keh wahan sawalat hotay thay hamari taqreer ke baad yani aap taajub karein ge koi aik bhi negative</w:t>
      </w:r>
    </w:p>
    <w:p>
      <w:pPr>
        <w:jc w:val="right"/>
      </w:pPr>
      <w:r>
        <w:t>کہ وہاں سوالات ہوتے تھے ہماری تقریر کے بعد یعنی آپ تعجب کریں گے کوئی ایک بھی نیگیٹیو</w:t>
      </w:r>
    </w:p>
    <w:p>
      <w:r>
        <w:rPr>
          <w:b/>
        </w:rPr>
        <w:t xml:space="preserve">[28:26] </w:t>
      </w:r>
      <w:r>
        <w:t>sawal nahi aaya</w:t>
      </w:r>
    </w:p>
    <w:p>
      <w:pPr>
        <w:jc w:val="right"/>
      </w:pPr>
      <w:r>
        <w:t>سوال نہیں آیا</w:t>
      </w:r>
    </w:p>
    <w:p>
      <w:r>
        <w:rPr>
          <w:b/>
        </w:rPr>
        <w:t xml:space="preserve">[28:28] </w:t>
      </w:r>
      <w:r>
        <w:t>sab positive sawal</w:t>
      </w:r>
    </w:p>
    <w:p>
      <w:pPr>
        <w:jc w:val="right"/>
      </w:pPr>
      <w:r>
        <w:t>سب پازیٹیو سوال</w:t>
      </w:r>
    </w:p>
    <w:p>
      <w:r>
        <w:rPr>
          <w:b/>
        </w:rPr>
        <w:t xml:space="preserve">[28:30] </w:t>
      </w:r>
      <w:r>
        <w:t>har jagah mujhe tajurba hai keh log negative sawal India mein bhi India mein bhi jab mein jata</w:t>
      </w:r>
    </w:p>
    <w:p>
      <w:pPr>
        <w:jc w:val="right"/>
      </w:pPr>
      <w:r>
        <w:t>ہر جگہ مجھے تجربہ ہے کہ لوگ نیگیٹیو سوال انڈیا میں بھی انڈیا میں بھی جب میں جاتا</w:t>
      </w:r>
    </w:p>
    <w:p>
      <w:r>
        <w:rPr>
          <w:b/>
        </w:rPr>
        <w:t xml:space="preserve">[28:36] </w:t>
      </w:r>
      <w:r>
        <w:t>hoon jalson mein to negative sawalat</w:t>
      </w:r>
    </w:p>
    <w:p>
      <w:pPr>
        <w:jc w:val="right"/>
      </w:pPr>
      <w:r>
        <w:t>ہوں جلسوں میں تو نیگیٹیو سوالات</w:t>
      </w:r>
    </w:p>
    <w:p>
      <w:r>
        <w:rPr>
          <w:b/>
        </w:rPr>
        <w:t xml:space="preserve">[28:41] </w:t>
      </w:r>
      <w:r>
        <w:t>negative sawalat wahan koi ek bhi sawal aisa nahi aaya jo negative sawal jo kaha jaye sab positive sawalat the</w:t>
      </w:r>
    </w:p>
    <w:p>
      <w:pPr>
        <w:jc w:val="right"/>
      </w:pPr>
      <w:r>
        <w:t>نیگیٹیو سوالات وہاں کوئی ایک بھی سوال ایسا نہیں آیا جو نیگیٹیو سوال جو کہا جائے سب پازیٹیو سوالات تھے</w:t>
      </w:r>
    </w:p>
    <w:p>
      <w:r>
        <w:rPr>
          <w:b/>
        </w:rPr>
        <w:t xml:space="preserve">[28:55] </w:t>
      </w:r>
      <w:r>
        <w:t>positive</w:t>
      </w:r>
    </w:p>
    <w:p>
      <w:pPr>
        <w:jc w:val="right"/>
      </w:pPr>
      <w:r>
        <w:t>پازیٹیو</w:t>
      </w:r>
    </w:p>
    <w:p>
      <w:r>
        <w:rPr>
          <w:b/>
        </w:rPr>
        <w:t xml:space="preserve">[28:59] </w:t>
      </w:r>
      <w:r>
        <w:t>main ne nahi kaha apne andar hum spiritually kaise paida karein positive thinking apne andar kaise paida karein the work kis tarah karein positive sawalat negative sawal kuch kuch nahi</w:t>
      </w:r>
    </w:p>
    <w:p>
      <w:pPr>
        <w:jc w:val="right"/>
      </w:pPr>
      <w:r>
        <w:t>میں نے نہیں کہا اپنے اندر ہم اسپیریچولی کیسے پیدا کریں پازیٹیو تھنکنگ اپنے اندر کیسے پیدا کریں دا ورک کس طرح کریں پازیٹیو سوالات نیگیٹیو سوال کچھ کچھ نہیں</w:t>
      </w:r>
    </w:p>
    <w:p>
      <w:r>
        <w:rPr>
          <w:b/>
        </w:rPr>
        <w:t xml:space="preserve">[29:20] </w:t>
      </w:r>
      <w:r>
        <w:t>hai negative sawal ka matlab bhai yeh meri murad yeh hai keh sahib Quran mein to qatil likha</w:t>
      </w:r>
    </w:p>
    <w:p>
      <w:pPr>
        <w:jc w:val="right"/>
      </w:pPr>
      <w:r>
        <w:t>ہے نیگیٹیو سوال کا مطلب بھئی یہ میری مراد یہ ہے کہ صاحب قرآن میں تو قاتل لکھا</w:t>
      </w:r>
    </w:p>
    <w:p>
      <w:r>
        <w:rPr>
          <w:b/>
        </w:rPr>
        <w:t xml:space="preserve">[29:26] </w:t>
      </w:r>
      <w:r>
        <w:t>hua hai aap kaise kehte hain peace</w:t>
      </w:r>
    </w:p>
    <w:p>
      <w:pPr>
        <w:jc w:val="right"/>
      </w:pPr>
      <w:r>
        <w:t>ہوا ہے آپ کیسے کہتے ہیں پیس</w:t>
      </w:r>
    </w:p>
    <w:p>
      <w:r>
        <w:rPr>
          <w:b/>
        </w:rPr>
        <w:t xml:space="preserve">[29:31] </w:t>
      </w:r>
      <w:r>
        <w:t>qatil to Khuda ne to qital ka hukum diya gaya aap kehte hain peace</w:t>
      </w:r>
    </w:p>
    <w:p>
      <w:pPr>
        <w:jc w:val="right"/>
      </w:pPr>
      <w:r>
        <w:t>قاتل تو خدا نے تو قتال کا حکم دیا گیا آپ کہتے ہیں پیس</w:t>
      </w:r>
    </w:p>
    <w:p>
      <w:r>
        <w:rPr>
          <w:b/>
        </w:rPr>
        <w:t xml:space="preserve">[29:38] </w:t>
      </w:r>
      <w:r>
        <w:t>is tarah ke bohat hi shiddat ke sath sawalat karte hain jahan jayen har jagah keh peghambar mein</w:t>
      </w:r>
    </w:p>
    <w:p>
      <w:pPr>
        <w:jc w:val="right"/>
      </w:pPr>
      <w:r>
        <w:t>اس طرح کے بہت ہی شدت کے ساتھ سوالات کرتے ہیں جہاں جائیں ہر جگہ کہ پیغمبر میں</w:t>
      </w:r>
    </w:p>
    <w:p>
      <w:r>
        <w:rPr>
          <w:b/>
        </w:rPr>
        <w:t xml:space="preserve">[29:45] </w:t>
      </w:r>
      <w:r>
        <w:t>to larai ki thi aap kaise karein keh Islam mein larai nahi hai</w:t>
      </w:r>
    </w:p>
    <w:p>
      <w:pPr>
        <w:jc w:val="right"/>
      </w:pPr>
      <w:r>
        <w:t>تو لڑائی کی تھی آپ کیسے کریں کہ اسلام میں لڑائی نہیں ہے</w:t>
      </w:r>
    </w:p>
    <w:p>
      <w:r>
        <w:rPr>
          <w:b/>
        </w:rPr>
        <w:t xml:space="preserve">[29:50] </w:t>
      </w:r>
      <w:r>
        <w:t>yeh negative question hai yeh</w:t>
      </w:r>
    </w:p>
    <w:p>
      <w:pPr>
        <w:jc w:val="right"/>
      </w:pPr>
      <w:r>
        <w:t>یہ نیگیٹیو کوئسچن ہے یہ</w:t>
      </w:r>
    </w:p>
    <w:p>
      <w:r>
        <w:rPr>
          <w:b/>
        </w:rPr>
        <w:t xml:space="preserve">[29:54] </w:t>
      </w:r>
      <w:r>
        <w:t>to yeh anokhi baat thi wahan ke kisi ne bhi koi negative question nahi kiya sab positive sab</w:t>
      </w:r>
    </w:p>
    <w:p>
      <w:pPr>
        <w:jc w:val="right"/>
      </w:pPr>
      <w:r>
        <w:t>تو یہ انوکھی بات تھی وہاں کے کسی نے بھی کوئی نیگیٹیو کوئسچن نہیں کیا سب پازیٹیو سب</w:t>
      </w:r>
    </w:p>
    <w:p>
      <w:r>
        <w:rPr>
          <w:b/>
        </w:rPr>
        <w:t xml:space="preserve">[30:00] </w:t>
      </w:r>
      <w:r>
        <w:t>positive to is se maine nateeja nikala</w:t>
      </w:r>
    </w:p>
    <w:p>
      <w:pPr>
        <w:jc w:val="right"/>
      </w:pPr>
      <w:r>
        <w:t>پازیٹیو تو اس سے میں نے نتیجہ نکالا</w:t>
      </w:r>
    </w:p>
    <w:p>
      <w:r>
        <w:rPr>
          <w:b/>
        </w:rPr>
        <w:t xml:space="preserve">[30:06] </w:t>
      </w:r>
      <w:r>
        <w:t>keh</w:t>
      </w:r>
    </w:p>
    <w:p>
      <w:pPr>
        <w:jc w:val="right"/>
      </w:pPr>
      <w:r>
        <w:t>کہ</w:t>
      </w:r>
    </w:p>
    <w:p>
      <w:r>
        <w:rPr>
          <w:b/>
        </w:rPr>
        <w:t xml:space="preserve">[30:07] </w:t>
      </w:r>
      <w:r>
        <w:t>political logon ne in ko bigada nahi hai is liye woh abhi tak al fitra par hain apne nature par hain</w:t>
      </w:r>
    </w:p>
    <w:p>
      <w:pPr>
        <w:jc w:val="right"/>
      </w:pPr>
      <w:r>
        <w:t>پولیٹیکل لوگوں نے ان کو بگاڑا نہیں ہے اس لیے وہ ابھی تک الفطرہ پر ہیں اپنے نیچر پر ہیں</w:t>
      </w:r>
    </w:p>
    <w:p>
      <w:r>
        <w:rPr>
          <w:b/>
        </w:rPr>
        <w:t xml:space="preserve">[30:16] </w:t>
      </w:r>
      <w:r>
        <w:t>isi is liye entrance of potential hamari bohat qeemti سرمایہ hai woh to yeh jo safar tha mera</w:t>
      </w:r>
    </w:p>
    <w:p>
      <w:pPr>
        <w:jc w:val="right"/>
      </w:pPr>
      <w:r>
        <w:t>اسی اس لیے انٹرنس اف پوٹینشل ہماری بہت قیمتی سرمایہ ہے وہ تو یہ جو سفر تھا میرا</w:t>
      </w:r>
    </w:p>
    <w:p>
      <w:r>
        <w:rPr>
          <w:b/>
        </w:rPr>
        <w:t xml:space="preserve">[30:29] </w:t>
      </w:r>
      <w:r>
        <w:t>is ka akhri din kya hua yeh jinhon ne bulaya tha hum ko ek ek naujawanon ki ek tanzeem hai naujawanon ki is ke leader hain Mr. Fauzan Khan to akhri din yani parson sham ko</w:t>
      </w:r>
    </w:p>
    <w:p>
      <w:pPr>
        <w:jc w:val="right"/>
      </w:pPr>
      <w:r>
        <w:t>اس کا اخری دن کیا ہوا یہ جنہوں نے بلایا تھا ہم کو ایک ایک نوجوانوں کی ایک تنظیم ہے نوجوانوں کی اس کے لیڈر ہیں مسٹر فوزان خان تو اخری دن یعنی پرسوں شام کو</w:t>
      </w:r>
    </w:p>
    <w:p>
      <w:r>
        <w:rPr>
          <w:b/>
        </w:rPr>
        <w:t xml:space="preserve">[30:56] </w:t>
      </w:r>
      <w:r>
        <w:t>Mr. Fauzan Khan ke sath 22 naujawan hain</w:t>
      </w:r>
    </w:p>
    <w:p>
      <w:pPr>
        <w:jc w:val="right"/>
      </w:pPr>
      <w:r>
        <w:t>مسٹر فوزان خان کے ساتھ 22 نوجوان ہیں</w:t>
      </w:r>
    </w:p>
    <w:p>
      <w:r>
        <w:rPr>
          <w:b/>
        </w:rPr>
        <w:t xml:space="preserve">[31:01] </w:t>
      </w:r>
      <w:r>
        <w:t>sab ke sab aaye hamare hamare jahan hum ko thehraya tha unhon ne</w:t>
      </w:r>
    </w:p>
    <w:p>
      <w:pPr>
        <w:jc w:val="right"/>
      </w:pPr>
      <w:r>
        <w:t>سب کے سب ائے ہمارے ہمارے جہاں ہم کو ٹھہرایا تھا انہوں نے</w:t>
      </w:r>
    </w:p>
    <w:p>
      <w:r>
        <w:rPr>
          <w:b/>
        </w:rPr>
        <w:t xml:space="preserve">[31:08] </w:t>
      </w:r>
      <w:r>
        <w:t>wahan par aur mein kursi pe baitha tha woh log farsh pe baith gaye</w:t>
      </w:r>
    </w:p>
    <w:p>
      <w:pPr>
        <w:jc w:val="right"/>
      </w:pPr>
      <w:r>
        <w:t>وہاں پر اور میں کرسی پہ بیٹھا تھا وہ لوگ فرش پہ بیٹھ گئے</w:t>
      </w:r>
    </w:p>
    <w:p>
      <w:r>
        <w:rPr>
          <w:b/>
        </w:rPr>
        <w:t xml:space="preserve">[31:16] </w:t>
      </w:r>
      <w:r>
        <w:t>aur bohat hi ziyada se jaise kisi buzurg se koi mile is tarah se mile woh</w:t>
      </w:r>
    </w:p>
    <w:p>
      <w:pPr>
        <w:jc w:val="right"/>
      </w:pPr>
      <w:r>
        <w:t>اور بہت ہی زیادہ سے جیسے کسی بزرگ سے کوئی ملے اس طرح سے ملے وہ</w:t>
      </w:r>
    </w:p>
    <w:p>
      <w:r>
        <w:rPr>
          <w:b/>
        </w:rPr>
        <w:t xml:space="preserve">[31:23] </w:t>
      </w:r>
      <w:r>
        <w:t>yeh bhi anokha anokha tajurba tha aur jahan mein jata hoon to aisa kahin nahi hota keh wahan</w:t>
      </w:r>
    </w:p>
    <w:p>
      <w:pPr>
        <w:jc w:val="right"/>
      </w:pPr>
      <w:r>
        <w:t>یہ بھی انوکھا انوکھا تجربہ تھا اور جہاں میں جاتا ہوں تو ایسا کہیں نہیں ہوتا کہ وہاں</w:t>
      </w:r>
    </w:p>
    <w:p>
      <w:r>
        <w:rPr>
          <w:b/>
        </w:rPr>
        <w:t xml:space="preserve">[31:28] </w:t>
      </w:r>
      <w:r>
        <w:t>ke jo founder president hain apne sath sathiyon ko le kar aaye</w:t>
      </w:r>
    </w:p>
    <w:p>
      <w:pPr>
        <w:jc w:val="right"/>
      </w:pPr>
      <w:r>
        <w:t>کے جو فاؤنڈر پریزیڈنٹ ہیں اپنے ساتھ ساتھیوں کو لے کر ائے</w:t>
      </w:r>
    </w:p>
    <w:p>
      <w:r>
        <w:rPr>
          <w:b/>
        </w:rPr>
        <w:t xml:space="preserve">[31:34] </w:t>
      </w:r>
      <w:r>
        <w:t>to Mr. Fauzan Khan jo hain</w:t>
      </w:r>
    </w:p>
    <w:p>
      <w:pPr>
        <w:jc w:val="right"/>
      </w:pPr>
      <w:r>
        <w:t>تو مسٹر فوزان خان جو ہیں</w:t>
      </w:r>
    </w:p>
    <w:p>
      <w:r>
        <w:rPr>
          <w:b/>
        </w:rPr>
        <w:t xml:space="preserve">[31:37] </w:t>
      </w:r>
      <w:r>
        <w:t>unki kahani shuru hoti hai nine eleven se</w:t>
      </w:r>
    </w:p>
    <w:p>
      <w:pPr>
        <w:jc w:val="right"/>
      </w:pPr>
      <w:r>
        <w:t>ان کی کہانی شروع ہوتی ہے نائن الیون سے</w:t>
      </w:r>
    </w:p>
    <w:p>
      <w:r>
        <w:rPr>
          <w:b/>
        </w:rPr>
        <w:t xml:space="preserve">[31:42] </w:t>
      </w:r>
      <w:r>
        <w:t>America</w:t>
      </w:r>
    </w:p>
    <w:p>
      <w:pPr>
        <w:jc w:val="right"/>
      </w:pPr>
      <w:r>
        <w:t>امریکہ</w:t>
      </w:r>
    </w:p>
    <w:p>
      <w:r>
        <w:rPr>
          <w:b/>
        </w:rPr>
        <w:t xml:space="preserve">[31:42] </w:t>
      </w:r>
      <w:r>
        <w:t>mein jo nine eleven ka waqea hua</w:t>
      </w:r>
    </w:p>
    <w:p>
      <w:pPr>
        <w:jc w:val="right"/>
      </w:pPr>
      <w:r>
        <w:t>میں جو نائن الیون کا واقعہ ہوا</w:t>
      </w:r>
    </w:p>
    <w:p>
      <w:r>
        <w:rPr>
          <w:b/>
        </w:rPr>
        <w:t xml:space="preserve">[31:47] </w:t>
      </w:r>
      <w:r>
        <w:t>is ke baad sari dunya mein islam ki image kharab hui har jagah ye samjha jane laga ke islam terrorism ki taleem deta hai to ye aur wo 22 naujawan unhon ne mil kar ye tay kiya ke hum is image ko theek karenge</w:t>
      </w:r>
    </w:p>
    <w:p>
      <w:pPr>
        <w:jc w:val="right"/>
      </w:pPr>
      <w:r>
        <w:t>اس کے بعد ساری دنیا میں اسلام کی امیج خراب ہوئی ہر جگہ یہ سمجھا جانے لگا کہ اسلام ٹیررزم کی تعلیم دیتا ہے تو یہ اور وہ 22 نوجوان انہوں نے مل کر یہ طے کیا کہ ہم اس امیج کو ٹھیک کریں گے</w:t>
      </w:r>
    </w:p>
    <w:p>
      <w:r>
        <w:rPr>
          <w:b/>
        </w:rPr>
        <w:t xml:space="preserve">[32:09] </w:t>
      </w:r>
      <w:r>
        <w:t>to unhon ne aik tehreek shuru ki is is tehreek mein unhon ne</w:t>
      </w:r>
    </w:p>
    <w:p>
      <w:pPr>
        <w:jc w:val="right"/>
      </w:pPr>
      <w:r>
        <w:t>تو انہوں نے ایک تحریک شروع کی اس اس تحریک میں انہوں نے</w:t>
      </w:r>
    </w:p>
    <w:p>
      <w:r>
        <w:rPr>
          <w:b/>
        </w:rPr>
        <w:t xml:space="preserve">[32:16] </w:t>
      </w:r>
      <w:r>
        <w:t>hazaron hazar naujawano ko mobilize kiya hai</w:t>
      </w:r>
    </w:p>
    <w:p>
      <w:pPr>
        <w:jc w:val="right"/>
      </w:pPr>
      <w:r>
        <w:t>ہزاروں ہزار نوجوانوں کو موبیلائز کیا ہے</w:t>
      </w:r>
    </w:p>
    <w:p>
      <w:r>
        <w:rPr>
          <w:b/>
        </w:rPr>
        <w:t xml:space="preserve">[32:20] </w:t>
      </w:r>
      <w:r>
        <w:t>aur woh unhi ka ijtima tha jaise hum is ko aur kai logon ko bator speaker bulaya tha</w:t>
      </w:r>
    </w:p>
    <w:p>
      <w:pPr>
        <w:jc w:val="right"/>
      </w:pPr>
      <w:r>
        <w:t>اور وہ انہی کا اجتماع تھا جیسے ہم اس کو اور کئی لوگوں کو بطور اسپیکر بلایا تھا</w:t>
      </w:r>
    </w:p>
    <w:p>
      <w:r>
        <w:rPr>
          <w:b/>
        </w:rPr>
        <w:t xml:space="preserve">[32:28] </w:t>
      </w:r>
      <w:r>
        <w:t>unhon ne to jitne naujawan thay</w:t>
      </w:r>
    </w:p>
    <w:p>
      <w:pPr>
        <w:jc w:val="right"/>
      </w:pPr>
      <w:r>
        <w:t>انہوں نے تو جتنے نوجوان تھے</w:t>
      </w:r>
    </w:p>
    <w:p>
      <w:r>
        <w:rPr>
          <w:b/>
        </w:rPr>
        <w:t xml:space="preserve">[32:33] </w:t>
      </w:r>
      <w:r>
        <w:t>sab ke sab positive kisi ek naujawan ne koi wahan par jangjoo'i ki baat nahi ki</w:t>
      </w:r>
    </w:p>
    <w:p>
      <w:pPr>
        <w:jc w:val="right"/>
      </w:pPr>
      <w:r>
        <w:t>سب کے سب پازیٹیو کسی ایک نوجوان نے کوئی وہاں پر جنگجوئی کی بات نہیں کی</w:t>
      </w:r>
    </w:p>
    <w:p>
      <w:r>
        <w:rPr>
          <w:b/>
        </w:rPr>
        <w:t xml:space="preserve">[32:43] </w:t>
      </w:r>
      <w:r>
        <w:t>yahan to ya alaik mein ek program tha merit university mein merit university mein tha program wahan par ek ek naujawan khada hoga laga shor karne</w:t>
      </w:r>
    </w:p>
    <w:p>
      <w:pPr>
        <w:jc w:val="right"/>
      </w:pPr>
      <w:r>
        <w:t>یہاں تو یا علیک میں ایک پروگرام تھا میرٹ یونیورسٹی میں میرٹ یونیورسٹی میں تھا پروگرام وہاں پر ایک ایک نوجوان کھڑا ہوگا لگا شور کرنے</w:t>
      </w:r>
    </w:p>
    <w:p>
      <w:r>
        <w:rPr>
          <w:b/>
        </w:rPr>
        <w:t xml:space="preserve">[32:57] </w:t>
      </w:r>
      <w:r>
        <w:t>aur hamare jalsay ko yani</w:t>
      </w:r>
    </w:p>
    <w:p>
      <w:pPr>
        <w:jc w:val="right"/>
      </w:pPr>
      <w:r>
        <w:t>اور ہمارے جلسے کو یعنی</w:t>
      </w:r>
    </w:p>
    <w:p>
      <w:r>
        <w:rPr>
          <w:b/>
        </w:rPr>
        <w:t xml:space="preserve">[33:02] </w:t>
      </w:r>
      <w:r>
        <w:t>ki taqreer na ho ek hangama khara kar diya yeh halat India ki halat yeh hai</w:t>
      </w:r>
    </w:p>
    <w:p>
      <w:pPr>
        <w:jc w:val="right"/>
      </w:pPr>
      <w:r>
        <w:t>کی تقریر نہ ہو ایک ہنگامہ کھڑا کر دیا یہ حالت انڈیا کی حالت یہ ہے</w:t>
      </w:r>
    </w:p>
    <w:p>
      <w:r>
        <w:rPr>
          <w:b/>
        </w:rPr>
        <w:t xml:space="preserve">[33:09] </w:t>
      </w:r>
      <w:r>
        <w:t>aisi halat har jagah hai</w:t>
      </w:r>
    </w:p>
    <w:p>
      <w:pPr>
        <w:jc w:val="right"/>
      </w:pPr>
      <w:r>
        <w:t>ایسی حالت ہر جگہ ہے</w:t>
      </w:r>
    </w:p>
    <w:p>
      <w:r>
        <w:rPr>
          <w:b/>
        </w:rPr>
        <w:t xml:space="preserve">[33:12] </w:t>
      </w:r>
      <w:r>
        <w:t>wahan kuch nahi</w:t>
      </w:r>
    </w:p>
    <w:p>
      <w:pPr>
        <w:jc w:val="right"/>
      </w:pPr>
      <w:r>
        <w:t>وہاں کچھ نہیں</w:t>
      </w:r>
    </w:p>
    <w:p>
      <w:r>
        <w:rPr>
          <w:b/>
        </w:rPr>
        <w:t xml:space="preserve">[33:15] </w:t>
      </w:r>
      <w:r>
        <w:t>un ke sath jo 22 naujawan hain woh bhi sab ke sab bohat sanjeeda aur jo mukhtalif jagahon</w:t>
      </w:r>
    </w:p>
    <w:p>
      <w:pPr>
        <w:jc w:val="right"/>
      </w:pPr>
      <w:r>
        <w:t>ان کے ساتھ جو 22 نوجوان ہیں وہ بھی سب کے سب بہت سنجیدہ اور جو مختلف جگہوں</w:t>
      </w:r>
    </w:p>
    <w:p>
      <w:r>
        <w:rPr>
          <w:b/>
        </w:rPr>
        <w:t xml:space="preserve">[33:23] </w:t>
      </w:r>
      <w:r>
        <w:t>se naujawan aaye thay woh sab sanjeeda</w:t>
      </w:r>
    </w:p>
    <w:p>
      <w:pPr>
        <w:jc w:val="right"/>
      </w:pPr>
      <w:r>
        <w:t>سے نوجوان ائے تھے وہ سب سنجیدہ</w:t>
      </w:r>
    </w:p>
    <w:p>
      <w:r>
        <w:rPr>
          <w:b/>
        </w:rPr>
        <w:t xml:space="preserve">[33:28] </w:t>
      </w:r>
      <w:r>
        <w:t>larkay aur larkiyan dono</w:t>
      </w:r>
    </w:p>
    <w:p>
      <w:pPr>
        <w:jc w:val="right"/>
      </w:pPr>
      <w:r>
        <w:t>لڑکے اور لڑکیاں دونوں</w:t>
      </w:r>
    </w:p>
    <w:p>
      <w:r>
        <w:rPr>
          <w:b/>
        </w:rPr>
        <w:t xml:space="preserve">[33:32] </w:t>
      </w:r>
      <w:r>
        <w:t>kisi ne koi</w:t>
      </w:r>
    </w:p>
    <w:p>
      <w:pPr>
        <w:jc w:val="right"/>
      </w:pPr>
      <w:r>
        <w:t>کسی نے کوئی</w:t>
      </w:r>
    </w:p>
    <w:p>
      <w:r>
        <w:rPr>
          <w:b/>
        </w:rPr>
        <w:t xml:space="preserve">[33:36] </w:t>
      </w:r>
      <w:r>
        <w:t>koi negative baat nahi ki to mister fauzan khan ne ye tay kiya nine eleven ke baad ke hum islam ki image ko durust karenge to naujawano ko un ke sath 22 naujawan un ko sath dene ke liye khare hogaye is tarah ye ek group bana</w:t>
      </w:r>
    </w:p>
    <w:p>
      <w:pPr>
        <w:jc w:val="right"/>
      </w:pPr>
      <w:r>
        <w:t>کوئی نیگیٹیو بات نہیں کی تو مسٹر فوزان خان نے یہ طے کیا نائن الیون کے بعد کہ ہم اسلام کی امیج کو درست کریں گے تو نوجوانوں کو ان کے ساتھ 22 نوجوان ان کو ساتھ دینے کے لیے کھڑے ہوگئے اس طرح یہ ایک گروپ بنا</w:t>
      </w:r>
    </w:p>
    <w:p>
      <w:r>
        <w:rPr>
          <w:b/>
        </w:rPr>
        <w:t xml:space="preserve">[34:03] </w:t>
      </w:r>
      <w:r>
        <w:t>aur wo</w:t>
      </w:r>
    </w:p>
    <w:p>
      <w:pPr>
        <w:jc w:val="right"/>
      </w:pPr>
      <w:r>
        <w:t>اور وہ</w:t>
      </w:r>
    </w:p>
    <w:p>
      <w:r>
        <w:rPr>
          <w:b/>
        </w:rPr>
        <w:t xml:space="preserve">[34:07] </w:t>
      </w:r>
      <w:r>
        <w:t>unhon ne kaam karna shuru kiya to unhi ne woh beshak woh naujawano ko mobilize kar rahay</w:t>
      </w:r>
    </w:p>
    <w:p>
      <w:pPr>
        <w:jc w:val="right"/>
      </w:pPr>
      <w:r>
        <w:t>انہوں نے کام کرنا شروع کیا تو انہی نے وہ بے شک وہ نوجوانوں کو موبیلائز کر رہے</w:t>
      </w:r>
    </w:p>
    <w:p>
      <w:r>
        <w:rPr>
          <w:b/>
        </w:rPr>
        <w:t xml:space="preserve">[34:14] </w:t>
      </w:r>
      <w:r>
        <w:t>hain to mere pas yeh log ikhatta hue</w:t>
      </w:r>
    </w:p>
    <w:p>
      <w:pPr>
        <w:jc w:val="right"/>
      </w:pPr>
      <w:r>
        <w:t>ہیں تو میرے پاس یہ لوگ اکٹھا ہوئے</w:t>
      </w:r>
    </w:p>
    <w:p>
      <w:r>
        <w:rPr>
          <w:b/>
        </w:rPr>
        <w:t xml:space="preserve">[34:20] </w:t>
      </w:r>
      <w:r>
        <w:t>parson sham ko sab ke sab</w:t>
      </w:r>
    </w:p>
    <w:p>
      <w:pPr>
        <w:jc w:val="right"/>
      </w:pPr>
      <w:r>
        <w:t>پرسوں شام کو سب کے سب</w:t>
      </w:r>
    </w:p>
    <w:p>
      <w:r>
        <w:rPr>
          <w:b/>
        </w:rPr>
        <w:t xml:space="preserve">[34:25] </w:t>
      </w:r>
      <w:r>
        <w:t>aur ikhatta kis liye apna apne karname bayan karne nahi hain</w:t>
      </w:r>
    </w:p>
    <w:p>
      <w:pPr>
        <w:jc w:val="right"/>
      </w:pPr>
      <w:r>
        <w:t>اور اکٹھا کس لیے اپنا اپنے کارنامے بیان کرنے نہیں ہیں</w:t>
      </w:r>
    </w:p>
    <w:p>
      <w:r>
        <w:rPr>
          <w:b/>
        </w:rPr>
        <w:t xml:space="preserve">[34:29] </w:t>
      </w:r>
      <w:r>
        <w:t>apne ikhtilafat bayan karne ke liye nahi hain aam tor par jo hota hai ke log milte hain</w:t>
      </w:r>
    </w:p>
    <w:p>
      <w:pPr>
        <w:jc w:val="right"/>
      </w:pPr>
      <w:r>
        <w:t>اپنے اختلافات بیان کرنے کے لیے نہیں ہیں عام طور پر جو ہوتا ہے کہ لوگ ملتے ہیں</w:t>
      </w:r>
    </w:p>
    <w:p>
      <w:r>
        <w:rPr>
          <w:b/>
        </w:rPr>
        <w:t xml:space="preserve">[34:36] </w:t>
      </w:r>
      <w:r>
        <w:t>to apne karname batatay hain ya ikhtilaf</w:t>
      </w:r>
    </w:p>
    <w:p>
      <w:pPr>
        <w:jc w:val="right"/>
      </w:pPr>
      <w:r>
        <w:t>تو اپنے کارنامے بتاتے ہیں یا اختلاف</w:t>
      </w:r>
    </w:p>
    <w:p>
      <w:r>
        <w:rPr>
          <w:b/>
        </w:rPr>
        <w:t xml:space="preserve">[34:41] </w:t>
      </w:r>
      <w:r>
        <w:t>do hi subjects hota hai logon ka ya to apna karname bayan karne ke ya hamare khilaf koi</w:t>
      </w:r>
    </w:p>
    <w:p>
      <w:pPr>
        <w:jc w:val="right"/>
      </w:pPr>
      <w:r>
        <w:t>دو ہی سبجیکٹس ہوتا ہے لوگوں کا یا تو اپنا کارنامہ بیان کرنے کے یا ہمارے خلاف کوئی</w:t>
      </w:r>
    </w:p>
    <w:p>
      <w:r>
        <w:rPr>
          <w:b/>
        </w:rPr>
        <w:t xml:space="preserve">[34:48] </w:t>
      </w:r>
      <w:r>
        <w:t>bohat hi shadeed gheeb tanqideen</w:t>
      </w:r>
    </w:p>
    <w:p>
      <w:pPr>
        <w:jc w:val="right"/>
      </w:pPr>
      <w:r>
        <w:t>بہت ہی شدید غیب تنقیدیں</w:t>
      </w:r>
    </w:p>
    <w:p>
      <w:r>
        <w:rPr>
          <w:b/>
        </w:rPr>
        <w:t xml:space="preserve">[34:52] </w:t>
      </w:r>
      <w:r>
        <w:t>ke aap</w:t>
      </w:r>
    </w:p>
    <w:p>
      <w:pPr>
        <w:jc w:val="right"/>
      </w:pPr>
      <w:r>
        <w:t>کہ اپ</w:t>
      </w:r>
    </w:p>
    <w:p>
      <w:r>
        <w:rPr>
          <w:b/>
        </w:rPr>
        <w:t xml:space="preserve">[34:53] </w:t>
      </w:r>
      <w:r>
        <w:t>aisa karte hain aap kaise israel pahunch gaye israel ko koi koi visit kiya aap ne ye ek baat ko wo baat ko babri mashriq ke bare mein aisa kyun keh diya aap ne to is liye ikattha hote hain mere pas ye log ikattha hue the ke humein guidance dijiye guidance</w:t>
      </w:r>
    </w:p>
    <w:p>
      <w:pPr>
        <w:jc w:val="right"/>
      </w:pPr>
      <w:r>
        <w:t>ایسا کرتے ہیں اپ کیسے اسرائیل پہنچ گئے اسرائیل کو کوئی کوئی وزٹ کیا اپ نے یہ ایک بات کو وہ بات کو بابری مشرق کے بارے میں ایسا کیوں کہہ دیا اپ نے تو اس لیے اکٹھا ہوتے ہیں میرے پاس یہ لوگ اکٹھا ہوئے تھے کہ ہمیں گائیڈنس دیجئے گائیڈنس</w:t>
      </w:r>
    </w:p>
    <w:p>
      <w:r>
        <w:rPr>
          <w:b/>
        </w:rPr>
        <w:t xml:space="preserve">[35:16] </w:t>
      </w:r>
      <w:r>
        <w:t>to mein ne kaha ke</w:t>
      </w:r>
    </w:p>
    <w:p>
      <w:pPr>
        <w:jc w:val="right"/>
      </w:pPr>
      <w:r>
        <w:t>تو میں نے کہا کہ</w:t>
      </w:r>
    </w:p>
    <w:p>
      <w:r>
        <w:rPr>
          <w:b/>
        </w:rPr>
        <w:t xml:space="preserve">[35:19] </w:t>
      </w:r>
      <w:r>
        <w:t>dekhiye aap bohat acha kaam kar rahay hain ke Muslim naujawano ko aap mobilize kar rahay hain bohat</w:t>
      </w:r>
    </w:p>
    <w:p>
      <w:pPr>
        <w:jc w:val="right"/>
      </w:pPr>
      <w:r>
        <w:t>دیکھیے اپ بہت اچھا کام کر رہے ہیں کہ مسلم نوجوانوں کو اپ موبیلائز کر رہے ہیں بہت</w:t>
      </w:r>
    </w:p>
    <w:p>
      <w:r>
        <w:rPr>
          <w:b/>
        </w:rPr>
        <w:t xml:space="preserve">[35:26] </w:t>
      </w:r>
      <w:r>
        <w:t>acha kaam kar rahay hain</w:t>
      </w:r>
    </w:p>
    <w:p>
      <w:pPr>
        <w:jc w:val="right"/>
      </w:pPr>
      <w:r>
        <w:t>اچھا کام کر رہے ہیں</w:t>
      </w:r>
    </w:p>
    <w:p>
      <w:r>
        <w:rPr>
          <w:b/>
        </w:rPr>
        <w:t xml:space="preserve">[35:29] </w:t>
      </w:r>
      <w:r>
        <w:t>to mein ne kaha ke aap ne bohat se</w:t>
      </w:r>
    </w:p>
    <w:p>
      <w:pPr>
        <w:jc w:val="right"/>
      </w:pPr>
      <w:r>
        <w:t>تو میں نے کہا کہ اپ نے بہت سے</w:t>
      </w:r>
    </w:p>
    <w:p>
      <w:r>
        <w:rPr>
          <w:b/>
        </w:rPr>
        <w:t xml:space="preserve">[35:32] </w:t>
      </w:r>
      <w:r>
        <w:t>Muslim scholars ko yahan bulaya hai unhon ne speeches dein</w:t>
      </w:r>
    </w:p>
    <w:p>
      <w:pPr>
        <w:jc w:val="right"/>
      </w:pPr>
      <w:r>
        <w:t>مسلم اسکالرز کو یہاں بلایا ہے انہوں نے سپیشیز دیں</w:t>
      </w:r>
    </w:p>
    <w:p>
      <w:r>
        <w:rPr>
          <w:b/>
        </w:rPr>
        <w:t xml:space="preserve">[35:36] </w:t>
      </w:r>
      <w:r>
        <w:t>is se un ko koi</w:t>
      </w:r>
    </w:p>
    <w:p>
      <w:pPr>
        <w:jc w:val="right"/>
      </w:pPr>
      <w:r>
        <w:t>اس سے ان کو کوئی</w:t>
      </w:r>
    </w:p>
    <w:p>
      <w:r>
        <w:rPr>
          <w:b/>
        </w:rPr>
        <w:t xml:space="preserve">[35:39] </w:t>
      </w:r>
      <w:r>
        <w:t>koi gol mila hoga har ek ko</w:t>
      </w:r>
    </w:p>
    <w:p>
      <w:pPr>
        <w:jc w:val="right"/>
      </w:pPr>
      <w:r>
        <w:t>کوئی گول ملا ہوگا ہر ایک کو</w:t>
      </w:r>
    </w:p>
    <w:p>
      <w:r>
        <w:rPr>
          <w:b/>
        </w:rPr>
        <w:t xml:space="preserve">[35:43] </w:t>
      </w:r>
      <w:r>
        <w:t>inshallah lekin ap ke pas ek common gol hona chahiye sab sab ka ek ek hi ek hi</w:t>
      </w:r>
    </w:p>
    <w:p>
      <w:pPr>
        <w:jc w:val="right"/>
      </w:pPr>
      <w:r>
        <w:t>انشاءاللہ لیکن اپ کے پاس ایک کامن گول ہونا چاہیے سب سب کا ایک ایک ہی ایک ہی</w:t>
      </w:r>
    </w:p>
    <w:p>
      <w:r>
        <w:rPr>
          <w:b/>
        </w:rPr>
        <w:t xml:space="preserve">[35:49] </w:t>
      </w:r>
      <w:r>
        <w:t>gol ek hi nishana ek hi target</w:t>
      </w:r>
    </w:p>
    <w:p>
      <w:pPr>
        <w:jc w:val="right"/>
      </w:pPr>
      <w:r>
        <w:t>گول ایک ہی نشانہ ایک ہی ٹارگٹ</w:t>
      </w:r>
    </w:p>
    <w:p>
      <w:r>
        <w:rPr>
          <w:b/>
        </w:rPr>
        <w:t xml:space="preserve">[35:54] </w:t>
      </w:r>
      <w:r>
        <w:t>tab taake woh un ke andar woh ittehad ki taqat bane woh</w:t>
      </w:r>
    </w:p>
    <w:p>
      <w:pPr>
        <w:jc w:val="right"/>
      </w:pPr>
      <w:r>
        <w:t>تب تاکہ وہ ان کے اندر وہ اتحاد کی طاقت بنے وہ</w:t>
      </w:r>
    </w:p>
    <w:p>
      <w:r>
        <w:rPr>
          <w:b/>
        </w:rPr>
        <w:t xml:space="preserve">[36:00] </w:t>
      </w:r>
      <w:r>
        <w:t>to maine un ko kaha ke ap ka nishana</w:t>
      </w:r>
    </w:p>
    <w:p>
      <w:pPr>
        <w:jc w:val="right"/>
      </w:pPr>
      <w:r>
        <w:t>تو میں نے ان کو کہا کہ اپ کا نشانہ</w:t>
      </w:r>
    </w:p>
    <w:p>
      <w:r>
        <w:rPr>
          <w:b/>
        </w:rPr>
        <w:t xml:space="preserve">[36:02] </w:t>
      </w:r>
      <w:r>
        <w:t>hona chahiye quran</w:t>
      </w:r>
    </w:p>
    <w:p>
      <w:pPr>
        <w:jc w:val="right"/>
      </w:pPr>
      <w:r>
        <w:t>ہونا چاہیے قران</w:t>
      </w:r>
    </w:p>
    <w:p>
      <w:r>
        <w:rPr>
          <w:b/>
        </w:rPr>
        <w:t xml:space="preserve">[36:05] </w:t>
      </w:r>
      <w:r>
        <w:t>quran ko distribute karna</w:t>
      </w:r>
    </w:p>
    <w:p>
      <w:pPr>
        <w:jc w:val="right"/>
      </w:pPr>
      <w:r>
        <w:t>قران کو ڈسٹریبیوٹ کرنا</w:t>
      </w:r>
    </w:p>
    <w:p>
      <w:r>
        <w:rPr>
          <w:b/>
        </w:rPr>
        <w:t xml:space="preserve">[36:09] </w:t>
      </w:r>
      <w:r>
        <w:t>to maine kaha ke dekhen quran utra tha sari dunya ke liye lakon lil alameen nazeera</w:t>
      </w:r>
    </w:p>
    <w:p>
      <w:pPr>
        <w:jc w:val="right"/>
      </w:pPr>
      <w:r>
        <w:t>تو میں نے کہا کہ دیکھیں قران اترا تھا ساری دنیا کے لیے لیکون للعالمین نظیرہ</w:t>
      </w:r>
    </w:p>
    <w:p>
      <w:r>
        <w:rPr>
          <w:b/>
        </w:rPr>
        <w:t xml:space="preserve">[36:16] </w:t>
      </w:r>
      <w:r>
        <w:t>sari dunya ke liye lekin ab sari dunya ne pahuncha kahan aur pahunchna hai is ko</w:t>
      </w:r>
    </w:p>
    <w:p>
      <w:pPr>
        <w:jc w:val="right"/>
      </w:pPr>
      <w:r>
        <w:t>ساری دنیا کے لیے لیکن اب ساری دنیا نے پہنچا کہاں اور پہنچنا ہے اس کو</w:t>
      </w:r>
    </w:p>
    <w:p>
      <w:r>
        <w:rPr>
          <w:b/>
        </w:rPr>
        <w:t xml:space="preserve">[36:23] </w:t>
      </w:r>
      <w:r>
        <w:t>is ka transition</w:t>
      </w:r>
    </w:p>
    <w:p>
      <w:pPr>
        <w:jc w:val="right"/>
      </w:pPr>
      <w:r>
        <w:t>اس کا ٹرانسیشن</w:t>
      </w:r>
    </w:p>
    <w:p>
      <w:r>
        <w:rPr>
          <w:b/>
        </w:rPr>
        <w:t xml:space="preserve">[36:25] </w:t>
      </w:r>
      <w:r>
        <w:t>arabi agar pahuncha de to tabhi pahuncha nikala jayega</w:t>
      </w:r>
    </w:p>
    <w:p>
      <w:pPr>
        <w:jc w:val="right"/>
      </w:pPr>
      <w:r>
        <w:t>عربی اگر پہنچا دے تو تبھی پہنچا نکالا جائے گا</w:t>
      </w:r>
    </w:p>
    <w:p>
      <w:r>
        <w:rPr>
          <w:b/>
        </w:rPr>
        <w:t xml:space="preserve">[36:33] </w:t>
      </w:r>
      <w:r>
        <w:t>agar arabi pahuncha de tab bhi nahi pahuncha nikala jayega jaise bombay ke hamare ek sathi ne</w:t>
      </w:r>
    </w:p>
    <w:p>
      <w:pPr>
        <w:jc w:val="right"/>
      </w:pPr>
      <w:r>
        <w:t>اگر عربی پہنچا دے تب بھی نہیں پہنچا نکالا جائے گا جیسے بمبئی کے ہمارے ایک ساتھی نے</w:t>
      </w:r>
    </w:p>
    <w:p>
      <w:r>
        <w:rPr>
          <w:b/>
        </w:rPr>
        <w:t xml:space="preserve">[36:38] </w:t>
      </w:r>
      <w:r>
        <w:t>bataya ke woh bombay mein ek ghair muslim scholar hain woh arab gaye arab mein woh</w:t>
      </w:r>
    </w:p>
    <w:p>
      <w:pPr>
        <w:jc w:val="right"/>
      </w:pPr>
      <w:r>
        <w:t>بتایا کہ وہ بمبئی میں ایک غیر مسلم اسکالر ہیں وہ عرب گئے عرب میں وہ</w:t>
      </w:r>
    </w:p>
    <w:p>
      <w:r>
        <w:rPr>
          <w:b/>
        </w:rPr>
        <w:t xml:space="preserve">[36:49] </w:t>
      </w:r>
      <w:r>
        <w:t>bahut dinon tak rahe 15 bees saal tak rahe wahan</w:t>
      </w:r>
    </w:p>
    <w:p>
      <w:pPr>
        <w:jc w:val="right"/>
      </w:pPr>
      <w:r>
        <w:t>بہت دنوں تک رہے 15 بیس سال تک رہے وہاں</w:t>
      </w:r>
    </w:p>
    <w:p>
      <w:r>
        <w:rPr>
          <w:b/>
        </w:rPr>
        <w:t xml:space="preserve">[36:54] </w:t>
      </w:r>
      <w:r>
        <w:t>to unhon ne dikhaya ke wahan mujhe jo mujh ko milta tha jo arab ek arabi quran mujh</w:t>
      </w:r>
    </w:p>
    <w:p>
      <w:pPr>
        <w:jc w:val="right"/>
      </w:pPr>
      <w:r>
        <w:t>تو انہوں نے دکھایا کہ وہاں مجھے جو مجھ کو ملتا تھا جو عرب ایک عربی قران مجھ</w:t>
      </w:r>
    </w:p>
    <w:p>
      <w:r>
        <w:rPr>
          <w:b/>
        </w:rPr>
        <w:t xml:space="preserve">[37:00] </w:t>
      </w:r>
      <w:r>
        <w:t>ko bahut khoobsurat jo pesh karta tha</w:t>
      </w:r>
    </w:p>
    <w:p>
      <w:pPr>
        <w:jc w:val="right"/>
      </w:pPr>
      <w:r>
        <w:t>کو بہت خوبصورت جو پیش کرتا تھا</w:t>
      </w:r>
    </w:p>
    <w:p>
      <w:r>
        <w:rPr>
          <w:b/>
        </w:rPr>
        <w:t xml:space="preserve">[37:04] </w:t>
      </w:r>
      <w:r>
        <w:t>yani arabi quran bahut chhupa bahut acha beautiful chhupa hua woh rakhe hue the apni almari mein</w:t>
      </w:r>
    </w:p>
    <w:p>
      <w:pPr>
        <w:jc w:val="right"/>
      </w:pPr>
      <w:r>
        <w:t>یعنی عربی قران بہت چھپا بہت اچھا بیوٹی فل چھپا ہوا وہ رکھے ہوئے تھے اپنی الماری میں</w:t>
      </w:r>
    </w:p>
    <w:p>
      <w:r>
        <w:rPr>
          <w:b/>
        </w:rPr>
        <w:t xml:space="preserve">[37:12] </w:t>
      </w:r>
      <w:r>
        <w:t>to unhon ne dikhaya ke dekhen yeh wahan ke logon ne mujhe tohfa diya</w:t>
      </w:r>
    </w:p>
    <w:p>
      <w:pPr>
        <w:jc w:val="right"/>
      </w:pPr>
      <w:r>
        <w:t>تو انہوں نے دکھایا کہ دیکھیں یہ وہاں کے لوگوں نے مجھے تحفہ دیا</w:t>
      </w:r>
    </w:p>
    <w:p>
      <w:r>
        <w:rPr>
          <w:b/>
        </w:rPr>
        <w:t xml:space="preserve">[37:17] </w:t>
      </w:r>
      <w:r>
        <w:t>to bombay ke hamare</w:t>
      </w:r>
    </w:p>
    <w:p>
      <w:pPr>
        <w:jc w:val="right"/>
      </w:pPr>
      <w:r>
        <w:t>تو بمبئی کے ہمارے</w:t>
      </w:r>
    </w:p>
    <w:p>
      <w:r>
        <w:rPr>
          <w:b/>
        </w:rPr>
        <w:t xml:space="preserve">[37:18] </w:t>
      </w:r>
      <w:r>
        <w:t>sathiyon ne un ko quran ka english tarjuma dikha diya us ko le kar rone lage woh bombay</w:t>
      </w:r>
    </w:p>
    <w:p>
      <w:pPr>
        <w:jc w:val="right"/>
      </w:pPr>
      <w:r>
        <w:t>ساتھیوں نے ان کو قران کا انگلش ترجمہ دکھا دیا اس کو لے کر رونے لگے وہ بمبئی</w:t>
      </w:r>
    </w:p>
    <w:p>
      <w:r>
        <w:rPr>
          <w:b/>
        </w:rPr>
        <w:t xml:space="preserve">[37:26] </w:t>
      </w:r>
      <w:r>
        <w:t>ka waqia hai yeh</w:t>
      </w:r>
    </w:p>
    <w:p>
      <w:pPr>
        <w:jc w:val="right"/>
      </w:pPr>
      <w:r>
        <w:t>کا واقعہ ہے یہ</w:t>
      </w:r>
    </w:p>
    <w:p>
      <w:r>
        <w:rPr>
          <w:b/>
        </w:rPr>
        <w:t xml:space="preserve">[37:28] </w:t>
      </w:r>
      <w:r>
        <w:t>ke main woh log mujhe dete the quran arabi to main sochta tha ke main kahin janon ke</w:t>
      </w:r>
    </w:p>
    <w:p>
      <w:pPr>
        <w:jc w:val="right"/>
      </w:pPr>
      <w:r>
        <w:t>کہ میں وہ لوگ مجھے دیتے تھے قران عربی تو میں سوچتا تھا کہ میں کہیں جانوں کہ</w:t>
      </w:r>
    </w:p>
    <w:p>
      <w:r>
        <w:rPr>
          <w:b/>
        </w:rPr>
        <w:t xml:space="preserve">[37:34] </w:t>
      </w:r>
      <w:r>
        <w:t>kya hai is ke andar</w:t>
      </w:r>
    </w:p>
    <w:p>
      <w:pPr>
        <w:jc w:val="right"/>
      </w:pPr>
      <w:r>
        <w:t>کیا ہے اس کے اندر</w:t>
      </w:r>
    </w:p>
    <w:p>
      <w:r>
        <w:rPr>
          <w:b/>
        </w:rPr>
        <w:t xml:space="preserve">[37:37] </w:t>
      </w:r>
      <w:r>
        <w:t>to main quran mere pas tha lekin main be khabar tha ke is ki is ki teaching kya</w:t>
      </w:r>
    </w:p>
    <w:p>
      <w:pPr>
        <w:jc w:val="right"/>
      </w:pPr>
      <w:r>
        <w:t>تو میں قران میرے پاس تھا لیکن میں بے خبر تھا کہ اس کی اس کی ٹیچنگ کیا</w:t>
      </w:r>
    </w:p>
    <w:p>
      <w:r>
        <w:rPr>
          <w:b/>
        </w:rPr>
        <w:t xml:space="preserve">[37:42] </w:t>
      </w:r>
      <w:r>
        <w:t>hai ab ap ne diya hai mujhe meri apni zaban mein english mein to main is ko zaroor</w:t>
      </w:r>
    </w:p>
    <w:p>
      <w:pPr>
        <w:jc w:val="right"/>
      </w:pPr>
      <w:r>
        <w:t>ہے اب اپ نے دیا ہے مجھے میری اپنی زبان میں انگلش میں تو میں اس کو ضرور</w:t>
      </w:r>
    </w:p>
    <w:p>
      <w:r>
        <w:rPr>
          <w:b/>
        </w:rPr>
        <w:t xml:space="preserve">[37:49] </w:t>
      </w:r>
      <w:r>
        <w:t>parhoon ga yeh keh kar rone laga hoon</w:t>
      </w:r>
    </w:p>
    <w:p>
      <w:pPr>
        <w:jc w:val="right"/>
      </w:pPr>
      <w:r>
        <w:t>پڑھوں گا یہ کہہ کر رونے لگا ہوں</w:t>
      </w:r>
    </w:p>
    <w:p>
      <w:r>
        <w:rPr>
          <w:b/>
        </w:rPr>
        <w:t xml:space="preserve">[37:54] </w:t>
      </w:r>
      <w:r>
        <w:t>to aap arabi tarjuma</w:t>
      </w:r>
    </w:p>
    <w:p>
      <w:pPr>
        <w:jc w:val="right"/>
      </w:pPr>
      <w:r>
        <w:t>تو اپ عربی ترجمہ</w:t>
      </w:r>
    </w:p>
    <w:p>
      <w:r>
        <w:rPr>
          <w:b/>
        </w:rPr>
        <w:t xml:space="preserve">[37:56] </w:t>
      </w:r>
      <w:r>
        <w:t>aap arabi text jo hai woh phaila dein</w:t>
      </w:r>
    </w:p>
    <w:p>
      <w:pPr>
        <w:jc w:val="right"/>
      </w:pPr>
      <w:r>
        <w:t>اپ عربی ٹیکسٹ جو ہے وہ پھیلا دیں</w:t>
      </w:r>
    </w:p>
    <w:p>
      <w:r>
        <w:rPr>
          <w:b/>
        </w:rPr>
        <w:t xml:space="preserve">[38:00] </w:t>
      </w:r>
      <w:r>
        <w:t>woh is se aap ka farz ada nahi hua</w:t>
      </w:r>
    </w:p>
    <w:p>
      <w:pPr>
        <w:jc w:val="right"/>
      </w:pPr>
      <w:r>
        <w:t>وہ اس سے اپ کا فرض ادا نہیں ہوا</w:t>
      </w:r>
    </w:p>
    <w:p>
      <w:r>
        <w:rPr>
          <w:b/>
        </w:rPr>
        <w:t xml:space="preserve">[38:06] </w:t>
      </w:r>
      <w:r>
        <w:t>aap ko yeh karna parhe ga ke aap quran ka tarjuma dunya ki tamam zabanon mein</w:t>
      </w:r>
    </w:p>
    <w:p>
      <w:pPr>
        <w:jc w:val="right"/>
      </w:pPr>
      <w:r>
        <w:t>اپ کو یہ کرنا پڑے گا کہ اپ قران کا ترجمہ دنیا کی تمام زبانوں میں</w:t>
      </w:r>
    </w:p>
    <w:p>
      <w:r>
        <w:rPr>
          <w:b/>
        </w:rPr>
        <w:t xml:space="preserve">[38:13] </w:t>
      </w:r>
      <w:r>
        <w:t>kar ke is ko logon tak pohanchayen</w:t>
      </w:r>
    </w:p>
    <w:p>
      <w:pPr>
        <w:jc w:val="right"/>
      </w:pPr>
      <w:r>
        <w:t>کر کے اس کو لوگوں تک پہنچائیں</w:t>
      </w:r>
    </w:p>
    <w:p>
      <w:r>
        <w:rPr>
          <w:b/>
        </w:rPr>
        <w:t xml:space="preserve">[38:16] </w:t>
      </w:r>
      <w:r>
        <w:t>bohat ghor se suntay rahe woh log koi no reaction</w:t>
      </w:r>
    </w:p>
    <w:p>
      <w:pPr>
        <w:jc w:val="right"/>
      </w:pPr>
      <w:r>
        <w:t>بہت غور سے سنتے رہے وہ لوگ کوئی نو ری ایکشن</w:t>
      </w:r>
    </w:p>
    <w:p>
      <w:r>
        <w:rPr>
          <w:b/>
        </w:rPr>
        <w:t xml:space="preserve">[38:21] </w:t>
      </w:r>
      <w:r>
        <w:t>bohat ghor se</w:t>
      </w:r>
    </w:p>
    <w:p>
      <w:pPr>
        <w:jc w:val="right"/>
      </w:pPr>
      <w:r>
        <w:t>بہت غور سے</w:t>
      </w:r>
    </w:p>
    <w:p>
      <w:r>
        <w:rPr>
          <w:b/>
        </w:rPr>
        <w:t xml:space="preserve">[38:24] </w:t>
      </w:r>
      <w:r>
        <w:t>phir mein ne kaha ke dekhiye quran ki surah saff mein yeh ayat hai ke ya ansar</w:t>
      </w:r>
    </w:p>
    <w:p>
      <w:pPr>
        <w:jc w:val="right"/>
      </w:pPr>
      <w:r>
        <w:t>پھر میں نے کہا کہ دیکھیے قران کی سورہ الصف میں یہ ایت ہے کہ یا انصار</w:t>
      </w:r>
    </w:p>
    <w:p>
      <w:r>
        <w:rPr>
          <w:b/>
        </w:rPr>
        <w:t xml:space="preserve">[38:31] </w:t>
      </w:r>
      <w:r>
        <w:t>allah kama qala yusuf maryam lilhawareen man ansar allah</w:t>
      </w:r>
    </w:p>
    <w:p>
      <w:pPr>
        <w:jc w:val="right"/>
      </w:pPr>
      <w:r>
        <w:t>اللہ کما قال یوسف مریم للہوارین من انصار اللہ</w:t>
      </w:r>
    </w:p>
    <w:p>
      <w:r>
        <w:rPr>
          <w:b/>
        </w:rPr>
        <w:t xml:space="preserve">[38:36] </w:t>
      </w:r>
      <w:r>
        <w:t>qala hawari ansar allah to musalmanon ko mashwara diya gaya hai ke woh</w:t>
      </w:r>
    </w:p>
    <w:p>
      <w:pPr>
        <w:jc w:val="right"/>
      </w:pPr>
      <w:r>
        <w:t>قال حواری انصار اللہ تو مسلمانوں کو مشورہ دیا گیا ہے کہ وہ</w:t>
      </w:r>
    </w:p>
    <w:p>
      <w:r>
        <w:rPr>
          <w:b/>
        </w:rPr>
        <w:t xml:space="preserve">[38:43] </w:t>
      </w:r>
      <w:r>
        <w:t>maseeh ke sath hawari</w:t>
      </w:r>
    </w:p>
    <w:p>
      <w:pPr>
        <w:jc w:val="right"/>
      </w:pPr>
      <w:r>
        <w:t>مسیح کے ساتھ حواری</w:t>
      </w:r>
    </w:p>
    <w:p>
      <w:r>
        <w:rPr>
          <w:b/>
        </w:rPr>
        <w:t xml:space="preserve">[38:48] </w:t>
      </w:r>
      <w:r>
        <w:t>ka ke pattern ko follow karen</w:t>
      </w:r>
    </w:p>
    <w:p>
      <w:pPr>
        <w:jc w:val="right"/>
      </w:pPr>
      <w:r>
        <w:t>کا کے پیٹرن کو فالو کریں</w:t>
      </w:r>
    </w:p>
    <w:p>
      <w:r>
        <w:rPr>
          <w:b/>
        </w:rPr>
        <w:t xml:space="preserve">[38:51] </w:t>
      </w:r>
      <w:r>
        <w:t>kisi</w:t>
      </w:r>
    </w:p>
    <w:p>
      <w:pPr>
        <w:jc w:val="right"/>
      </w:pPr>
      <w:r>
        <w:t>کیسی</w:t>
      </w:r>
    </w:p>
    <w:p>
      <w:r>
        <w:rPr>
          <w:b/>
        </w:rPr>
        <w:t xml:space="preserve">[38:51] </w:t>
      </w:r>
      <w:r>
        <w:t>انوکھی بات ہے یہ تو میں نے کہا کہ یہ ideological sense میں نہیں ہے یہ کیونکہ ideology</w:t>
      </w:r>
    </w:p>
    <w:p>
      <w:pPr>
        <w:jc w:val="right"/>
      </w:pPr>
      <w:r>
        <w:t>انوکھی بات ہے یہ تو میں نے کہا کہ یہ ائیڈیالوجیکل سینس میں نہیں ہے یہ کیونکہ ائیڈیالوجی</w:t>
      </w:r>
    </w:p>
    <w:p>
      <w:r>
        <w:rPr>
          <w:b/>
        </w:rPr>
        <w:t xml:space="preserve">[38:59] </w:t>
      </w:r>
      <w:r>
        <w:t>to hamare pas maujood hai quran mein</w:t>
      </w:r>
    </w:p>
    <w:p>
      <w:pPr>
        <w:jc w:val="right"/>
      </w:pPr>
      <w:r>
        <w:t>تو ہمارے پاس موجود ہے قران میں</w:t>
      </w:r>
    </w:p>
    <w:p>
      <w:r>
        <w:rPr>
          <w:b/>
        </w:rPr>
        <w:t xml:space="preserve">[39:03] </w:t>
      </w:r>
      <w:r>
        <w:t>تو ideological sense میں نہیں ہے کہ اس کو فالو کرو تم بلکہ method کے sense میں ہے</w:t>
      </w:r>
    </w:p>
    <w:p>
      <w:pPr>
        <w:jc w:val="right"/>
      </w:pPr>
      <w:r>
        <w:t>تو ائیڈیالوجیکل سینس میں نہیں ہے کہ اس کو فالو کرو تم بلکہ میتھڈ کے سینس میں ہے</w:t>
      </w:r>
    </w:p>
    <w:p>
      <w:r>
        <w:rPr>
          <w:b/>
        </w:rPr>
        <w:t xml:space="preserve">[39:08] </w:t>
      </w:r>
      <w:r>
        <w:t>یہ تو میں نے کہا کہ دیکھیے انہوں نے بائبل کا ٹرانسلیشن دنیا کی ہر زبان میں ہر</w:t>
      </w:r>
    </w:p>
    <w:p>
      <w:pPr>
        <w:jc w:val="right"/>
      </w:pPr>
      <w:r>
        <w:t>یہ تو میں نے کہا کہ دیکھیے انہوں نے بائبل کا ٹرانسفرنس دنیا کی ہر زبان میں ہر</w:t>
      </w:r>
    </w:p>
    <w:p>
      <w:r>
        <w:rPr>
          <w:b/>
        </w:rPr>
        <w:t xml:space="preserve">[39:16] </w:t>
      </w:r>
      <w:r>
        <w:t>زبان میں ہر زبان میں کیا ہے اس کو Bible پہ چھاپتے ہیں بہت خوبصورت اور دنیا میں</w:t>
      </w:r>
    </w:p>
    <w:p>
      <w:pPr>
        <w:jc w:val="right"/>
      </w:pPr>
      <w:r>
        <w:t>زبان میں ہر زبان میں کیا ہے اس کو بابل پہ چھاپتے ہیں بہت خوبصورت اور دنیا میں</w:t>
      </w:r>
    </w:p>
    <w:p>
      <w:r>
        <w:rPr>
          <w:b/>
        </w:rPr>
        <w:t xml:space="preserve">[39:22] </w:t>
      </w:r>
      <w:r>
        <w:t>پھیلا دیا جہاں پہ بھی جائیں تو bubblegum ان کی اپنی زبان میں</w:t>
      </w:r>
    </w:p>
    <w:p>
      <w:pPr>
        <w:jc w:val="right"/>
      </w:pPr>
      <w:r>
        <w:t>پھیلا دیا جہاں پہ بھی جائیں تو بابل کا ان کی اپنی زبان میں</w:t>
      </w:r>
    </w:p>
    <w:p>
      <w:r>
        <w:rPr>
          <w:b/>
        </w:rPr>
        <w:t xml:space="preserve">[39:31] </w:t>
      </w:r>
      <w:r>
        <w:t>دنیا کی ہر زبان میں اس کو چھاپ کر پھی</w:t>
      </w:r>
    </w:p>
    <w:p>
      <w:pPr>
        <w:jc w:val="right"/>
      </w:pPr>
      <w:r>
        <w:t>دنیا کی ہر زبان میں اس کو چھاپ کر پھیلا دیا یہ کام کرنا ہے اپ کو</w:t>
      </w:r>
    </w:p>
    <w:p>
      <w:r>
        <w:rPr>
          <w:b/>
        </w:rPr>
        <w:t xml:space="preserve">[39:38] </w:t>
      </w:r>
      <w:r>
        <w:t>is</w:t>
      </w:r>
    </w:p>
    <w:p>
      <w:pPr>
        <w:jc w:val="right"/>
      </w:pPr>
      <w:r>
        <w:t>اس</w:t>
      </w:r>
    </w:p>
    <w:p>
      <w:r>
        <w:rPr>
          <w:b/>
        </w:rPr>
        <w:t xml:space="preserve">[39:39] </w:t>
      </w:r>
      <w:r>
        <w:t>pattern ko follow karna hai</w:t>
      </w:r>
    </w:p>
    <w:p>
      <w:pPr>
        <w:jc w:val="right"/>
      </w:pPr>
      <w:r>
        <w:t>پیٹرن کو فالو کرنا ہے</w:t>
      </w:r>
    </w:p>
    <w:p>
      <w:r>
        <w:rPr>
          <w:b/>
        </w:rPr>
        <w:t xml:space="preserve">[39:43] </w:t>
      </w:r>
      <w:r>
        <w:t>to un ke leader samet tamam log bohat ghor se sunte rahe meri baatein bohat ghor se ye mizaj maine kahin paya nahi aur yahan to beech mein bol padte hain log yahan bhi hamari baat khatam nahi hui lekin beech mein bol rahe hain wahan na koi beech mein bola na akhir mein bola</w:t>
      </w:r>
    </w:p>
    <w:p>
      <w:pPr>
        <w:jc w:val="right"/>
      </w:pPr>
      <w:r>
        <w:t>تو ان کے لیڈر سمیت تمام لوگ بہت غور سے سنتے رہے میری باتیں بہت غور سے یہ مزاج میں نے کہیں پایا نہیں اور یہاں تو بیچ میں بول پڑتے ہیں لوگ یہاں بھی ہماری بات ختم نہیں ہوئی لیکن بیچ میں بول رہے ہیں وہاں نہ کوئی بیچ میں بولا نہ اخر میں بولا</w:t>
      </w:r>
    </w:p>
    <w:p>
      <w:r>
        <w:rPr>
          <w:b/>
        </w:rPr>
        <w:t xml:space="preserve">[40:10] </w:t>
      </w:r>
      <w:r>
        <w:t>to ye sab jo farq hai</w:t>
      </w:r>
    </w:p>
    <w:p>
      <w:pPr>
        <w:jc w:val="right"/>
      </w:pPr>
      <w:r>
        <w:t>تو یہ سب جو فرق ہے</w:t>
      </w:r>
    </w:p>
    <w:p>
      <w:r>
        <w:rPr>
          <w:b/>
        </w:rPr>
        <w:t xml:space="preserve">[40:15] </w:t>
      </w:r>
      <w:r>
        <w:t>wahan par hum gaye nagra fall dekhne ke liye</w:t>
      </w:r>
    </w:p>
    <w:p>
      <w:pPr>
        <w:jc w:val="right"/>
      </w:pPr>
      <w:r>
        <w:t>وہاں پر ہم گئے ناگرہ فال دیکھنے کے لیے</w:t>
      </w:r>
    </w:p>
    <w:p>
      <w:r>
        <w:rPr>
          <w:b/>
        </w:rPr>
        <w:t xml:space="preserve">[40:20] </w:t>
      </w:r>
      <w:r>
        <w:t>nagra fall aap jante hain ke bohat hi bara abshar hai</w:t>
      </w:r>
    </w:p>
    <w:p>
      <w:pPr>
        <w:jc w:val="right"/>
      </w:pPr>
      <w:r>
        <w:t>ناگرہ فال اپ جانتے ہیں کہ بہت ہی بڑا ابشار ہے</w:t>
      </w:r>
    </w:p>
    <w:p>
      <w:r>
        <w:rPr>
          <w:b/>
        </w:rPr>
        <w:t xml:space="preserve">[40:25] </w:t>
      </w:r>
      <w:r>
        <w:t>جو سال بھر بہتا رہتا ہے تو Niagara Falls جو ہے کینیڈا کی پہچان بن گیا ہے جیسے</w:t>
      </w:r>
    </w:p>
    <w:p>
      <w:pPr>
        <w:jc w:val="right"/>
      </w:pPr>
      <w:r>
        <w:t>جو سال بھر بہتا رہتا ہے تو ناگرہ فال جو ہے کینیڈا کی پہچان بن گیا ہے جیسے</w:t>
      </w:r>
    </w:p>
    <w:p>
      <w:r>
        <w:rPr>
          <w:b/>
        </w:rPr>
        <w:t xml:space="preserve">[40:33] </w:t>
      </w:r>
      <w:r>
        <w:t>india ki pehchan himalaya hai</w:t>
      </w:r>
    </w:p>
    <w:p>
      <w:pPr>
        <w:jc w:val="right"/>
      </w:pPr>
      <w:r>
        <w:t>انڈیا کی پہچان ہمالیہ ہے</w:t>
      </w:r>
    </w:p>
    <w:p>
      <w:r>
        <w:rPr>
          <w:b/>
        </w:rPr>
        <w:t xml:space="preserve">[40:36] </w:t>
      </w:r>
      <w:r>
        <w:t>himalaya india ki pehchan hai</w:t>
      </w:r>
    </w:p>
    <w:p>
      <w:pPr>
        <w:jc w:val="right"/>
      </w:pPr>
      <w:r>
        <w:t>ہمالیہ انڈیا کی پہچان ہے</w:t>
      </w:r>
    </w:p>
    <w:p>
      <w:r>
        <w:rPr>
          <w:b/>
        </w:rPr>
        <w:t xml:space="preserve">[40:39] </w:t>
      </w:r>
      <w:r>
        <w:t>aise hi canada ki pehchan nigra fall hai yeh bohat hi bara abshar hai</w:t>
      </w:r>
    </w:p>
    <w:p>
      <w:pPr>
        <w:jc w:val="right"/>
      </w:pPr>
      <w:r>
        <w:t>ایسے ہی کینیڈا کی پہچان نیگرا فال ہے یہ بہت ہی بڑا ابشار ہے</w:t>
      </w:r>
    </w:p>
    <w:p>
      <w:r>
        <w:rPr>
          <w:b/>
        </w:rPr>
        <w:t xml:space="preserve">[40:48] </w:t>
      </w:r>
      <w:r>
        <w:t>to wahan aap dekha to laga ke yehi</w:t>
      </w:r>
    </w:p>
    <w:p>
      <w:pPr>
        <w:jc w:val="right"/>
      </w:pPr>
      <w:r>
        <w:t>تو وہاں اپ دیکھا تو لگا کہ یہی</w:t>
      </w:r>
    </w:p>
    <w:p>
      <w:r>
        <w:rPr>
          <w:b/>
        </w:rPr>
        <w:t xml:space="preserve">[40:52] </w:t>
      </w:r>
      <w:r>
        <w:t>یعنی جو ہے کینیڈا کو ڈومینیٹ کیے ہوئے ہیں وہاں Niagara Falls</w:t>
      </w:r>
    </w:p>
    <w:p>
      <w:pPr>
        <w:jc w:val="right"/>
      </w:pPr>
      <w:r>
        <w:t>یعنی جو ہے کینیڈا کو ڈومینیٹ کیے ہوئے ہیں وہاں نیگرا فال</w:t>
      </w:r>
    </w:p>
    <w:p>
      <w:r>
        <w:rPr>
          <w:b/>
        </w:rPr>
        <w:t xml:space="preserve">[40:58] </w:t>
      </w:r>
      <w:r>
        <w:t>aur keh raha hai ke nature ka tareeqa ikhtiyar</w:t>
      </w:r>
    </w:p>
    <w:p>
      <w:pPr>
        <w:jc w:val="right"/>
      </w:pPr>
      <w:r>
        <w:t>اور کہہ رہا ہے کہ نیچر کا طریقہ اختیار</w:t>
      </w:r>
    </w:p>
    <w:p>
      <w:r>
        <w:rPr>
          <w:b/>
        </w:rPr>
        <w:t xml:space="preserve">[41:00] </w:t>
      </w:r>
      <w:r>
        <w:t>کرو نہیں کیونکہ Niagara Falls کیا ہے ایک phenomenon of nature ہے</w:t>
      </w:r>
    </w:p>
    <w:p>
      <w:pPr>
        <w:jc w:val="right"/>
      </w:pPr>
      <w:r>
        <w:t>کرو نہیں کیونکہ نیگرا فال کیا ہے ایک فیناومینا اف نیچر ہے</w:t>
      </w:r>
    </w:p>
    <w:p>
      <w:r>
        <w:rPr>
          <w:b/>
        </w:rPr>
        <w:t xml:space="preserve">[41:07] </w:t>
      </w:r>
      <w:r>
        <w:t>Niagara Falls jo hai, phenomena of nature hai. To isko aap dekhen to aap kahen ke Niagara</w:t>
      </w:r>
    </w:p>
    <w:p>
      <w:pPr>
        <w:jc w:val="right"/>
      </w:pPr>
      <w:r>
        <w:t>نیگرا فال جو ہے فیناومینا اف نیچر ہے تو اس کو اپ دیکھیں تو اپ کہیں کہ نیگرا</w:t>
      </w:r>
    </w:p>
    <w:p>
      <w:r>
        <w:rPr>
          <w:b/>
        </w:rPr>
        <w:t xml:space="preserve">[41:13] </w:t>
      </w:r>
      <w:r>
        <w:t>fall ek bohat hi</w:t>
      </w:r>
    </w:p>
    <w:p>
      <w:pPr>
        <w:jc w:val="right"/>
      </w:pPr>
      <w:r>
        <w:t>فال ایک بہت ہی</w:t>
      </w:r>
    </w:p>
    <w:p>
      <w:r>
        <w:rPr>
          <w:b/>
        </w:rPr>
        <w:t xml:space="preserve">[41:18] </w:t>
      </w:r>
      <w:r>
        <w:t>parshor zaban mein keh raha hai</w:t>
      </w:r>
    </w:p>
    <w:p>
      <w:pPr>
        <w:jc w:val="right"/>
      </w:pPr>
      <w:r>
        <w:t>پرشور زبان میں کہہ رہا ہے</w:t>
      </w:r>
    </w:p>
    <w:p>
      <w:r>
        <w:rPr>
          <w:b/>
        </w:rPr>
        <w:t xml:space="preserve">[41:22] </w:t>
      </w:r>
      <w:r>
        <w:t>ke nature ka tareeqa ikhtiyar karo</w:t>
      </w:r>
    </w:p>
    <w:p>
      <w:pPr>
        <w:jc w:val="right"/>
      </w:pPr>
      <w:r>
        <w:t>کہ نیچر کا طریقہ اختیار کرو</w:t>
      </w:r>
    </w:p>
    <w:p>
      <w:r>
        <w:rPr>
          <w:b/>
        </w:rPr>
        <w:t xml:space="preserve">[41:26] </w:t>
      </w:r>
      <w:r>
        <w:t>tu gaya ke</w:t>
      </w:r>
    </w:p>
    <w:p>
      <w:pPr>
        <w:jc w:val="right"/>
      </w:pPr>
      <w:r>
        <w:t>تو گیا کہ</w:t>
      </w:r>
    </w:p>
    <w:p>
      <w:r>
        <w:rPr>
          <w:b/>
        </w:rPr>
        <w:t xml:space="preserve">[41:28] </w:t>
      </w:r>
      <w:r>
        <w:t>کینیڈا کے مائنڈ کو بنایا ہے Niagara Falls نے یعنی نیچر نے</w:t>
      </w:r>
    </w:p>
    <w:p>
      <w:pPr>
        <w:jc w:val="right"/>
      </w:pPr>
      <w:r>
        <w:t>کینیڈا کے مائنڈ کو بنایا ہے نیگرا فال نے یعنی نیچر نے</w:t>
      </w:r>
    </w:p>
    <w:p>
      <w:r>
        <w:rPr>
          <w:b/>
        </w:rPr>
        <w:t xml:space="preserve">[41:34] </w:t>
      </w:r>
      <w:r>
        <w:t>ایسا phenomena کہیں اور نہیں میرے خیال سے جیسا کہ Niagara Fall ہے وہاں پر</w:t>
      </w:r>
    </w:p>
    <w:p>
      <w:pPr>
        <w:jc w:val="right"/>
      </w:pPr>
      <w:r>
        <w:t>ایسا فیناومینا کہیں اور نہیں میرے خیال سے جیسا کہ نیگرا فال ہے وہاں پر</w:t>
      </w:r>
    </w:p>
    <w:p>
      <w:r>
        <w:rPr>
          <w:b/>
        </w:rPr>
        <w:t xml:space="preserve">[41:42] </w:t>
      </w:r>
      <w:r>
        <w:t>negra fall jo hai un ke zehen par aisi cheezen chha gaye ke ke fall nagra ke nature ka tareeqa ikhtiyar karo</w:t>
      </w:r>
    </w:p>
    <w:p>
      <w:pPr>
        <w:jc w:val="right"/>
      </w:pPr>
      <w:r>
        <w:t>نیگرا فال جو ہے ان کے ذہن پر ایسی چیزیں چھا گئے کہ کہ فال نگر کہ نیچر کا طریقہ اختیار کرو</w:t>
      </w:r>
    </w:p>
    <w:p>
      <w:r>
        <w:rPr>
          <w:b/>
        </w:rPr>
        <w:t xml:space="preserve">[41:54] </w:t>
      </w:r>
      <w:r>
        <w:t>tu is tarah ki baatein hain</w:t>
      </w:r>
    </w:p>
    <w:p>
      <w:pPr>
        <w:jc w:val="right"/>
      </w:pPr>
      <w:r>
        <w:t>تو اس طرح کی باتیں ہیں</w:t>
      </w:r>
    </w:p>
    <w:p>
      <w:r>
        <w:rPr>
          <w:b/>
        </w:rPr>
        <w:t xml:space="preserve">[41:57] </w:t>
      </w:r>
      <w:r>
        <w:t>jis ne canada ko mukhtalif mulk bana diya hai</w:t>
      </w:r>
    </w:p>
    <w:p>
      <w:pPr>
        <w:jc w:val="right"/>
      </w:pPr>
      <w:r>
        <w:t>جس نے کینیڈا کو مختلف ملک بنا دیا ہے</w:t>
      </w:r>
    </w:p>
    <w:p>
      <w:r>
        <w:rPr>
          <w:b/>
        </w:rPr>
        <w:t xml:space="preserve">[42:03] </w:t>
      </w:r>
      <w:r>
        <w:t>mukhtalif mulk is ka matlab nahi ke wahan koi evil nahi hai evil to shaitan jagah phailata hai</w:t>
      </w:r>
    </w:p>
    <w:p>
      <w:pPr>
        <w:jc w:val="right"/>
      </w:pPr>
      <w:r>
        <w:t>مختلف ملک اس کا مطلب نہیں کہ وہاں کوئی ایول نہیں ہے ایول تو شیطان جگہ پھیلاتا ہے</w:t>
      </w:r>
    </w:p>
    <w:p>
      <w:r>
        <w:rPr>
          <w:b/>
        </w:rPr>
        <w:t xml:space="preserve">[42:10] </w:t>
      </w:r>
      <w:r>
        <w:t>jannat mein phaila diya shaitan ne jannat mein evil phaila diya hai shuru shuru daur mein to Allah</w:t>
      </w:r>
    </w:p>
    <w:p>
      <w:pPr>
        <w:jc w:val="right"/>
      </w:pPr>
      <w:r>
        <w:t>جنت میں پھیلا دیا شیطان نے جنت میں ایول پھیلا دیا ہے شروع شروع دور میں تو اللہ</w:t>
      </w:r>
    </w:p>
    <w:p>
      <w:r>
        <w:rPr>
          <w:b/>
        </w:rPr>
        <w:t xml:space="preserve">[42:19] </w:t>
      </w:r>
      <w:r>
        <w:t>ta'ala ne is ko jannat se nikaal diya</w:t>
      </w:r>
    </w:p>
    <w:p>
      <w:pPr>
        <w:jc w:val="right"/>
      </w:pPr>
      <w:r>
        <w:t>تعالی نے اس کو جنت سے نکال دیا</w:t>
      </w:r>
    </w:p>
    <w:p>
      <w:r>
        <w:rPr>
          <w:b/>
        </w:rPr>
        <w:t xml:space="preserve">[42:22] </w:t>
      </w:r>
      <w:r>
        <w:t>ab tum ko jannat mein dakhila nahi milega</w:t>
      </w:r>
    </w:p>
    <w:p>
      <w:pPr>
        <w:jc w:val="right"/>
      </w:pPr>
      <w:r>
        <w:t>اب تم کو جنت میں داخلہ نہیں ملے گا</w:t>
      </w:r>
    </w:p>
    <w:p>
      <w:r>
        <w:rPr>
          <w:b/>
        </w:rPr>
        <w:t xml:space="preserve">[42:25] </w:t>
      </w:r>
      <w:r>
        <w:t>unhon ne shuru mein adam ke sath woh bhi tha.</w:t>
      </w:r>
    </w:p>
    <w:p>
      <w:pPr>
        <w:jc w:val="right"/>
      </w:pPr>
      <w:r>
        <w:t>انہوں نے شروع میں ادم کے ساتھ وہ بھی تھا.</w:t>
      </w:r>
    </w:p>
    <w:p>
      <w:r>
        <w:rPr>
          <w:b/>
        </w:rPr>
        <w:t xml:space="preserve">[42:28] </w:t>
      </w:r>
      <w:r>
        <w:t>to shaitan har jagah ghusa hua hai aur kuch kuch evil har jagah phailaye hue hai har jagah</w:t>
      </w:r>
    </w:p>
    <w:p>
      <w:pPr>
        <w:jc w:val="right"/>
      </w:pPr>
      <w:r>
        <w:t>تو شیطان ہر جگہ گھسا ہوا ہے اور کچھ کچھ ایول ہر جگہ پھیلائے ہوئے ہیں ہر جگہ</w:t>
      </w:r>
    </w:p>
    <w:p>
      <w:r>
        <w:rPr>
          <w:b/>
        </w:rPr>
        <w:t xml:space="preserve">[42:37] </w:t>
      </w:r>
      <w:r>
        <w:t>wahan mein ne dekha ke jo jis hotel mein hum ko thehraya tha woh bohat bara hotel tha hum ko thehrne ke liye bohat bara suite diya tha unhon ne to wahan jo jo auraton aur mard jo wahan jo service karte the bohat hi modest bohat hi naram bohat hi elegant aik aik</w:t>
      </w:r>
    </w:p>
    <w:p>
      <w:pPr>
        <w:jc w:val="right"/>
      </w:pPr>
      <w:r>
        <w:t>وہاں میں نے دیکھا کہ جو جس ہوٹل میں ہم کو ٹھہرایا تھا وہ بہت بڑا ہوٹل تھا ہم کو ٹھہرنے کے لیے بہت بڑا سوئٹ دیا تھا انہوں نے تو وہاں جو جو عورتوں اور مرد جو وہاں جو سروس کرتے تھے بہت ہی ماڈسٹ بہت ہی نرم بہت ہی ایلیجنٹ ایک ایک</w:t>
      </w:r>
    </w:p>
    <w:p>
      <w:r>
        <w:rPr>
          <w:b/>
        </w:rPr>
        <w:t xml:space="preserve">[43:06] </w:t>
      </w:r>
      <w:r>
        <w:t>aik choti si baat mein arz karon ke mein apna paon ooper rakhta hoon jaise yahan bhi mein ooper rakhe hue hoon to masr jit se mein ne kaha.</w:t>
      </w:r>
    </w:p>
    <w:p>
      <w:pPr>
        <w:jc w:val="right"/>
      </w:pPr>
      <w:r>
        <w:t>ایک چھوٹی سی بات میں عرض کروں کہ میں اپنا پاؤں اوپر رکھتا ہوں جیسے یہاں بھی میں اوپر رکھے ہوئے ہوں تو مسر جت سے میں نے کہا.</w:t>
      </w:r>
    </w:p>
    <w:p>
      <w:r>
        <w:rPr>
          <w:b/>
        </w:rPr>
        <w:t xml:space="preserve">[43:17] </w:t>
      </w:r>
      <w:r>
        <w:t>to wahan ke kisi se kaha unhon ne ke ek ek stool koi chahiye to us ne la</w:t>
      </w:r>
    </w:p>
    <w:p>
      <w:pPr>
        <w:jc w:val="right"/>
      </w:pPr>
      <w:r>
        <w:t>تو وہاں کے کسی سے کہا انہوں نے کہ ایک ایک سٹول کوئی چاہیے تو اس نے لا</w:t>
      </w:r>
    </w:p>
    <w:p>
      <w:r>
        <w:rPr>
          <w:b/>
        </w:rPr>
        <w:t xml:space="preserve">[43:22] </w:t>
      </w:r>
      <w:r>
        <w:t>kar diya is ke baad khud hi khud la ke rakhta tha jaise ab jata tha hotel mein</w:t>
      </w:r>
    </w:p>
    <w:p>
      <w:pPr>
        <w:jc w:val="right"/>
      </w:pPr>
      <w:r>
        <w:t>کر دیا اس کے بعد خود ہی خود لا کے رکھتا تھا جیسے اب جاتا تھا ہوٹل میں</w:t>
      </w:r>
    </w:p>
    <w:p>
      <w:r>
        <w:rPr>
          <w:b/>
        </w:rPr>
        <w:t xml:space="preserve">[43:27] </w:t>
      </w:r>
      <w:r>
        <w:t>تو وہ لا کے خود ہی خود ہی stool رکھ دیتے تھے</w:t>
      </w:r>
    </w:p>
    <w:p>
      <w:pPr>
        <w:jc w:val="right"/>
      </w:pPr>
      <w:r>
        <w:t>تو وہ لا کے خود ہی خود ہی سٹول رکھ دیتے تھے</w:t>
      </w:r>
    </w:p>
    <w:p>
      <w:r>
        <w:rPr>
          <w:b/>
        </w:rPr>
        <w:t xml:space="preserve">[43:31] </w:t>
      </w:r>
      <w:r>
        <w:t>kehne ki zaroorat nahi hai dobara nahi karna pada</w:t>
      </w:r>
    </w:p>
    <w:p>
      <w:pPr>
        <w:jc w:val="right"/>
      </w:pPr>
      <w:r>
        <w:t>کہنے کی ضرورت نہیں ہے دوبارہ نہیں کرنا پڑا</w:t>
      </w:r>
    </w:p>
    <w:p>
      <w:r>
        <w:rPr>
          <w:b/>
        </w:rPr>
        <w:t xml:space="preserve">[43:36] </w:t>
      </w:r>
      <w:r>
        <w:t>india mein is ki umeed nahi mujhe ke dobara khud hi khud la ke rakh de woh</w:t>
      </w:r>
    </w:p>
    <w:p>
      <w:pPr>
        <w:jc w:val="right"/>
      </w:pPr>
      <w:r>
        <w:t>انڈیا میں اس کی امید نہیں مجھے کہ دوبارہ خود ہی خود لا کے رکھ دے وہ</w:t>
      </w:r>
    </w:p>
    <w:p>
      <w:r>
        <w:rPr>
          <w:b/>
        </w:rPr>
        <w:t xml:space="preserve">[43:42] </w:t>
      </w:r>
      <w:r>
        <w:t>ajeeb log hain wahan ke bohat hi modest bohat hi submissive</w:t>
      </w:r>
    </w:p>
    <w:p>
      <w:pPr>
        <w:jc w:val="right"/>
      </w:pPr>
      <w:r>
        <w:t>عجیب لوگ ہیں وہاں کے بہت ہی ماڈسٹ بہت ہی سبمیسیو</w:t>
      </w:r>
    </w:p>
    <w:p>
      <w:r>
        <w:rPr>
          <w:b/>
        </w:rPr>
        <w:t xml:space="preserve">[43:50] </w:t>
      </w:r>
      <w:r>
        <w:t>to yeh wahan ke aam logon mein bhi hai aur wahan ke musalmanon mein bhi hai</w:t>
      </w:r>
    </w:p>
    <w:p>
      <w:pPr>
        <w:jc w:val="right"/>
      </w:pPr>
      <w:r>
        <w:t>تو یہ وہاں کے عام لوگوں میں بھی ہے اور وہاں کے مسلمانوں میں بھی ہے</w:t>
      </w:r>
    </w:p>
    <w:p>
      <w:r>
        <w:rPr>
          <w:b/>
        </w:rPr>
        <w:t xml:space="preserve">[43:56] </w:t>
      </w:r>
      <w:r>
        <w:t>to mein dua karta hoon america canada ke logon ke liye aur ap logon se mein darkhwast karta hoon ke ap canada ka focus kijiye agar physical sense mein nahi to electronic sense mein kijiye un ko Allah ka paigham pohnchaiye woh.</w:t>
      </w:r>
    </w:p>
    <w:p>
      <w:pPr>
        <w:jc w:val="right"/>
      </w:pPr>
      <w:r>
        <w:t>تو میں دعا کرتا ہوں امریکہ کینیڈا کے لوگوں کے لیے اور اپ لوگوں سے میں درخواست کرتا ہوں کہ اپ کینیڈا کا فوکس کیجئے اگر فزیکل سینس میں نہیں تو الیکٹرانک سینس میں کیجئے ان کو اللہ کا پیغام پہنچائیے وہ.</w:t>
      </w:r>
    </w:p>
    <w:p>
      <w:r>
        <w:rPr>
          <w:b/>
        </w:rPr>
        <w:t xml:space="preserve">[44:17] </w:t>
      </w:r>
      <w:r>
        <w:t>bohat ziyada safety mein mujhe yaqeen hai ke wahan bohat aasani se hamara mission phail sakta hai.</w:t>
      </w:r>
    </w:p>
    <w:p>
      <w:pPr>
        <w:jc w:val="right"/>
      </w:pPr>
      <w:r>
        <w:t>بہت زیادہ سیفٹی میں مجھے یقین ہے کہ وہاں بہت اسانی سے ہمارا مشن پھیل سکتا ہے.</w:t>
      </w:r>
    </w:p>
    <w:p>
      <w:r>
        <w:rPr>
          <w:b/>
        </w:rPr>
        <w:t xml:space="preserve">[44:27] </w:t>
      </w:r>
      <w:r>
        <w:t>assalam o alaikum warahmatullahi.</w:t>
      </w:r>
    </w:p>
    <w:p>
      <w:pPr>
        <w:jc w:val="right"/>
      </w:pPr>
      <w:r>
        <w:t>السلام علیکم ورحمۃ اللہ.</w:t>
      </w:r>
    </w:p>
    <w:p>
      <w:r>
        <w:rPr>
          <w:b/>
        </w:rPr>
        <w:t xml:space="preserve">[44:42] </w:t>
      </w:r>
      <w:r>
        <w:t>مولانا کلیم کلیم صاحب نے لکھا ہے کہ "When you met Farzan Khan with their group, you</w:t>
      </w:r>
    </w:p>
    <w:p>
      <w:pPr>
        <w:jc w:val="right"/>
      </w:pPr>
      <w:r>
        <w:t>مولانا کلیم کلیم صاحب نے لکھا ہے کہ "اہ وین یو میٹ فرزان خان ود دیر گروپ، یو</w:t>
      </w:r>
    </w:p>
    <w:p>
      <w:r>
        <w:rPr>
          <w:b/>
        </w:rPr>
        <w:t xml:space="preserve">[44:49] </w:t>
      </w:r>
      <w:r>
        <w:t>He had said: 'Peace is our strength and violence is our weakness.'</w:t>
      </w:r>
    </w:p>
    <w:p>
      <w:pPr>
        <w:jc w:val="right"/>
      </w:pPr>
      <w:r>
        <w:t>ہیڈ سیڈ: 'پیس از ار سٹرینتھ اینڈ وائلنس از ار ویکنس۔'</w:t>
      </w:r>
    </w:p>
    <w:p>
      <w:r>
        <w:rPr>
          <w:b/>
        </w:rPr>
        <w:t xml:space="preserve">[44:56] </w:t>
      </w:r>
      <w:r>
        <w:t>سو فرزان خان immediately asked his team members to tweet this statement immediately."</w:t>
      </w:r>
    </w:p>
    <w:p>
      <w:pPr>
        <w:jc w:val="right"/>
      </w:pPr>
      <w:r>
        <w:t>سو فرزان خان امیڈیٹلی اسکڈ ہز ٹیم ممبرز ٹو ٹویٹ دس سٹیٹمنٹ امیڈیٹلی۔"</w:t>
      </w:r>
    </w:p>
    <w:p>
      <w:r>
        <w:rPr>
          <w:b/>
        </w:rPr>
        <w:t xml:space="preserve">[45:03] </w:t>
      </w:r>
      <w:r>
        <w:t>آپ نے یہ کہا تھا کہ "Peace is our strength and violence is our weakness."</w:t>
      </w:r>
    </w:p>
    <w:p>
      <w:pPr>
        <w:jc w:val="right"/>
      </w:pPr>
      <w:r>
        <w:t>اپ نے یہ کہا تھا کہ "پیس از ار سٹرینتھ اینڈ وائلنس از ار ویکنس۔"</w:t>
      </w:r>
    </w:p>
    <w:p>
      <w:r>
        <w:rPr>
          <w:b/>
        </w:rPr>
        <w:t xml:space="preserve">[45:08] </w:t>
      </w:r>
      <w:r>
        <w:t>When Farzan Khan had come to meet you with his group, so he was so uh moved with</w:t>
      </w:r>
    </w:p>
    <w:p>
      <w:pPr>
        <w:jc w:val="right"/>
      </w:pPr>
      <w:r>
        <w:t>وین فرزان خان ہیڈ کم ٹو میٹ یو ود ہز گروپ، سو ہی واز سو اہ مووڈ ود</w:t>
      </w:r>
    </w:p>
    <w:p>
      <w:r>
        <w:rPr>
          <w:b/>
        </w:rPr>
        <w:t xml:space="preserve">[45:15] </w:t>
      </w:r>
      <w:r>
        <w:t>das statement.</w:t>
      </w:r>
    </w:p>
    <w:p>
      <w:pPr>
        <w:jc w:val="right"/>
      </w:pPr>
      <w:r>
        <w:t>دس سٹیٹمنٹ۔</w:t>
      </w:r>
    </w:p>
    <w:p>
      <w:r>
        <w:rPr>
          <w:b/>
        </w:rPr>
        <w:t xml:space="preserve">[45:16] </w:t>
      </w:r>
      <w:r>
        <w:t>He told his group that tweet this statement of Maulana immediately.</w:t>
      </w:r>
    </w:p>
    <w:p>
      <w:pPr>
        <w:jc w:val="right"/>
      </w:pPr>
      <w:r>
        <w:t>ہی ٹولڈ ہز گروپ دیٹ ٹویٹ دس سٹیٹمنٹ اف مولانا امیڈیٹلی۔</w:t>
      </w:r>
    </w:p>
    <w:p>
      <w:r>
        <w:rPr>
          <w:b/>
        </w:rPr>
        <w:t xml:space="preserve">[45:23] </w:t>
      </w:r>
      <w:r>
        <w:t>acha haan yeh baat cheet jab ho rahi thi to main ne yeh kaha tha ke "peace hamari</w:t>
      </w:r>
    </w:p>
    <w:p>
      <w:pPr>
        <w:jc w:val="right"/>
      </w:pPr>
      <w:r>
        <w:t>اچھا ہاں یہ بات چیت جب ہو رہی تھی تو میں نے یہ کہا تھا کہ "پیس ہماری</w:t>
      </w:r>
    </w:p>
    <w:p>
      <w:r>
        <w:rPr>
          <w:b/>
        </w:rPr>
        <w:t xml:space="preserve">[45:31] </w:t>
      </w:r>
      <w:r>
        <w:t>taqat hai." english mein baat ho rahi thi english mein ke "peace hamari taqat hai</w:t>
      </w:r>
    </w:p>
    <w:p>
      <w:pPr>
        <w:jc w:val="right"/>
      </w:pPr>
      <w:r>
        <w:t>طاقت ہے۔" انگلش میں بات ہو رہی تھی انگلش میں کہ "پیس ہماری طاقت ہے</w:t>
      </w:r>
    </w:p>
    <w:p>
      <w:r>
        <w:rPr>
          <w:b/>
        </w:rPr>
        <w:t xml:space="preserve">[45:39] </w:t>
      </w:r>
      <w:r>
        <w:t>aur violence hamari kamzori hai."</w:t>
      </w:r>
    </w:p>
    <w:p>
      <w:pPr>
        <w:jc w:val="right"/>
      </w:pPr>
      <w:r>
        <w:t>اور وائلنس ہماری کمزوری ہے۔"</w:t>
      </w:r>
    </w:p>
    <w:p>
      <w:r>
        <w:rPr>
          <w:b/>
        </w:rPr>
        <w:t xml:space="preserve">[45:46] </w:t>
      </w:r>
      <w:r>
        <w:t>peace is our strength, violence is our weakness. to foz khan ko yeh mere baad bohat strike kiya us ne.</w:t>
      </w:r>
    </w:p>
    <w:p>
      <w:pPr>
        <w:jc w:val="right"/>
      </w:pPr>
      <w:r>
        <w:t>پیس از اور سٹرینتھ، وائلنس از اور ویکنس۔ تو فوز خان کو یہ میرے بعد بہت اسٹائیک کیا اس نے۔</w:t>
      </w:r>
    </w:p>
    <w:p>
      <w:r>
        <w:rPr>
          <w:b/>
        </w:rPr>
        <w:t xml:space="preserve">[45:55] </w:t>
      </w:r>
      <w:r>
        <w:t>to apne jo saathi baithe hue the, 22 saathi un ke, un se poocha unhon ne ke "ap is se agree karte hain?" to sab ne mere khayal se haan haan kiya tha.</w:t>
      </w:r>
    </w:p>
    <w:p>
      <w:pPr>
        <w:jc w:val="right"/>
      </w:pPr>
      <w:r>
        <w:t>تو اپنے جو ساتھی بیٹھے ہوئے تھے، 22 ساتھی ان کے، ان سے پوچھا انہوں نے کہ "آپ اس سے ایگری کرتے ہیں؟" تو سب نے میرے خیال سے ہاں ہاں کیا تھا۔</w:t>
      </w:r>
    </w:p>
    <w:p>
      <w:r>
        <w:rPr>
          <w:b/>
        </w:rPr>
        <w:t xml:space="preserve">[46:04] </w:t>
      </w:r>
      <w:r>
        <w:t>ji ji ji</w:t>
      </w:r>
    </w:p>
    <w:p>
      <w:pPr>
        <w:jc w:val="right"/>
      </w:pPr>
      <w:r>
        <w:t>جی جی جی</w:t>
      </w:r>
    </w:p>
    <w:p>
      <w:r>
        <w:rPr>
          <w:b/>
        </w:rPr>
        <w:t xml:space="preserve">[46:08] </w:t>
      </w:r>
      <w:r>
        <w:t>aur kahin hota hai na to to kaz aisa kaise karta hai? barhe violence ki duniya mein koi kaam nahi ho sakta. yeh wahan aisa nahi jawab mila hum ko yani un se un ke dil ne qabool kar liya sunte hi ke "peace is our strength and violence is our weakness." maulana,</w:t>
      </w:r>
    </w:p>
    <w:p>
      <w:pPr>
        <w:jc w:val="right"/>
      </w:pPr>
      <w:r>
        <w:t>اور کہیں ہوتا ہے نا تو تو کز ایسا کیسے کرتا ہے؟ بڑے وائلنس کی دنیا میں کوئی کام نہیں ہو سکتا۔ یہ وہاں ایسا نہیں جواب ملا ہم کو یعنی ان سے ان کے دل نے قبول کر لیا سنتے ہی کہ "پیس از اور سٹرینتھ اینڈ وائلنس از اور ویکنس۔" مولانا،</w:t>
      </w:r>
    </w:p>
    <w:p>
      <w:r>
        <w:rPr>
          <w:b/>
        </w:rPr>
        <w:t xml:space="preserve">[46:33] </w:t>
      </w:r>
      <w:r>
        <w:t>this trip was gods help was there for sure</w:t>
      </w:r>
    </w:p>
    <w:p>
      <w:pPr>
        <w:jc w:val="right"/>
      </w:pPr>
      <w:r>
        <w:t>دس ٹرپ واز گاڈز ہیلپ واز دیر فار شور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