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of Mercy October 24, 2021 Prof. Farida Khanam</w:t>
      </w:r>
    </w:p>
    <w:p>
      <w:r>
        <w:t>https://www.youtube.com/watch?v=qIOdAqzWhNI</w:t>
      </w:r>
    </w:p>
    <w:p>
      <w:r>
        <w:rPr>
          <w:b/>
        </w:rPr>
        <w:t xml:space="preserve">[00:13] </w:t>
      </w:r>
      <w:r>
        <w:t>bismillah hir rahman nir rahim.</w:t>
      </w:r>
    </w:p>
    <w:p>
      <w:pPr>
        <w:jc w:val="right"/>
      </w:pPr>
      <w:r>
        <w:t>بسم اللہ الرحمن الرحیم۔</w:t>
      </w:r>
    </w:p>
    <w:p>
      <w:r>
        <w:rPr>
          <w:b/>
        </w:rPr>
        <w:t xml:space="preserve">[00:18] </w:t>
      </w:r>
      <w:r>
        <w:t>assalam o alaikum warahmatullahi.</w:t>
      </w:r>
    </w:p>
    <w:p>
      <w:pPr>
        <w:jc w:val="right"/>
      </w:pPr>
      <w:r>
        <w:t>السلام علیکم ورحمۃ اللہ۔</w:t>
      </w:r>
    </w:p>
    <w:p>
      <w:r>
        <w:rPr>
          <w:b/>
        </w:rPr>
        <w:t xml:space="preserve">[00:24] </w:t>
      </w:r>
      <w:r>
        <w:t>yeh mahina jo hai woh rasool Allah sallallahu alaihi wasallam ki paidaish ka mubarak mahina hai. isi nisbat se hum rasool Allah sallallahu alaihi wasallam ki rehmat ka jo aspect hai us par hum kuch aap ke samne waqiat rakhenge, kyunke quran mein aap ko rehmatul lil alameen kaha gaya hai.</w:t>
      </w:r>
    </w:p>
    <w:p>
      <w:pPr>
        <w:jc w:val="right"/>
      </w:pPr>
      <w:r>
        <w:t>یہ مہینہ جو ہے وہ رسول اللہ صلی اللہ علیہ وسلم کی پیدائش کا مبارک مہینہ ہے۔ اسی نسبت سے ہم رسول اللہ صلی اللہ علیہ وسلم کی رحمت کا جو aspect ہے اس پر ہم کچھ آپ کے سامنے واقعات رکھیں گے، کیونکہ قرآن میں آپ کو رحمت اللعالمین کہا گیا ہے۔</w:t>
      </w:r>
    </w:p>
    <w:p>
      <w:r>
        <w:rPr>
          <w:b/>
        </w:rPr>
        <w:t xml:space="preserve">[00:48] </w:t>
      </w:r>
      <w:r>
        <w:t>to sari duniya ke liye aap rehmat the. to aap ki paidaish jaise ke abhi doctor sahib ne sab bataya, detail aap ko makkah mein aap paida hue aur madinah mein aap ka 63 saal ki umar mein intiqal hua.</w:t>
      </w:r>
    </w:p>
    <w:p>
      <w:pPr>
        <w:jc w:val="right"/>
      </w:pPr>
      <w:r>
        <w:t>تو ساری دنیا کے لیے آپ رحمت تھے۔ تو آپ کی پیدائش جیسے کہ ابھی ڈاکٹر صاحب نے سب بتایا، detail آپ کو مکہ میں آپ پیدا ہوئے اور مدینہ میں آپ کا تریسٹھ سال کی عمر میں انتقال ہوا۔</w:t>
      </w:r>
    </w:p>
    <w:p>
      <w:r>
        <w:rPr>
          <w:b/>
        </w:rPr>
        <w:t xml:space="preserve">[01:05] </w:t>
      </w:r>
      <w:r>
        <w:t>aap ko peghambar banaya gaya 610 isvi mein jab aap 40 saal ke the. aap jo hain woh bachpan se hi seeker of truth the.</w:t>
      </w:r>
    </w:p>
    <w:p>
      <w:pPr>
        <w:jc w:val="right"/>
      </w:pPr>
      <w:r>
        <w:t>آپ کو پیغمبر بنایا گیا چھ سو دس عیسوی میں جب آپ چالیس سال کے تھے۔ آپ جو ہیں وہ بچپن سے ہی seeker of truth تھے۔</w:t>
      </w:r>
    </w:p>
    <w:p>
      <w:r>
        <w:rPr>
          <w:b/>
        </w:rPr>
        <w:t xml:space="preserve">[01:18] </w:t>
      </w:r>
      <w:r>
        <w:t>isi wajah se aap bar bar ja kar ghare hira mein baith jate the aur wahan ah woh karte rehte the, ghore o fikr karte rehte the, aaj zameen, zameen o asman ka kaun khaliq hai?</w:t>
      </w:r>
    </w:p>
    <w:p>
      <w:pPr>
        <w:jc w:val="right"/>
      </w:pPr>
      <w:r>
        <w:t>اسی وجہ سے آپ بار بار جا کر غار حرا میں بیٹھ جاتے تھے اور وہاں آہ وہ کرتے رہتے تھے، غور و فکر کرتے رہتے تھے، آج زمین، زمین و آسمان کا کون خالق ہے؟</w:t>
      </w:r>
    </w:p>
    <w:p>
      <w:r>
        <w:rPr>
          <w:b/>
        </w:rPr>
        <w:t xml:space="preserve">[01:33] </w:t>
      </w:r>
      <w:r>
        <w:t>hum hamein kis ne paida kiya hai? hamara khaliq kaun hai? yeh sari cheezon par aap sochte rehte. to jab aap wahan par sattu aur pani le kar jate the aur jab sab sab woh khatam ho jata phir kai kai din ke baad aap ghar wapas aate phir sattu aur pani le kar chale jate.</w:t>
      </w:r>
    </w:p>
    <w:p>
      <w:pPr>
        <w:jc w:val="right"/>
      </w:pPr>
      <w:r>
        <w:t>ہم ہمیں کس نے پیدا کیا ہے؟ ہمارا خالق کون ہے؟ یہ ساری چیزوں پر آپ سوچتے رہتے۔ تو جب آپ وہاں پر ستو اور پانی لے کر جاتے تھے اور جب سب سب وہ ختم ہو جاتا پھر کئی کئی دن کے بعد آپ گھر واپس آتے پھر ستو اور پانی لے کر چلے جاتے۔</w:t>
      </w:r>
    </w:p>
    <w:p>
      <w:r>
        <w:rPr>
          <w:b/>
        </w:rPr>
        <w:t xml:space="preserve">[01:54] </w:t>
      </w:r>
      <w:r>
        <w:t>ab is mein yeh dekhne ki baat hai ke dekhiye hazrat khadijah se shadi ke baad aap bohat hi ah sari ah sari sahoolaten aap ko hasil ho gayi thi kyunke hazrat khadijah jo hain makkah ki aik maldar aurat thi.</w:t>
      </w:r>
    </w:p>
    <w:p>
      <w:pPr>
        <w:jc w:val="right"/>
      </w:pPr>
      <w:r>
        <w:t>اب اس میں یہ دیکھنے کی بات ہے کہ دیکھیے حضرت خدیجہ سے شادی کے بعد آپ بہت ہی آہ ساری آہ ساری سہولتیں آپ کو حاصل ہو گئی تھیں کیونکہ حضرت خدیجہ جو ہیں مکے کی ایک مالدار عورت تھیں۔</w:t>
      </w:r>
    </w:p>
    <w:p>
      <w:r>
        <w:rPr>
          <w:b/>
        </w:rPr>
        <w:t xml:space="preserve">[02:12] </w:t>
      </w:r>
      <w:r>
        <w:t>to aap bohat aasani se aik comfortable life jee sakte the lekin aap ne is comfortable life se yeh behtar us ko tarjeeh di ke sachai ki talash ki jaye.</w:t>
      </w:r>
    </w:p>
    <w:p>
      <w:pPr>
        <w:jc w:val="right"/>
      </w:pPr>
      <w:r>
        <w:t>تو آپ بہت آسانی سے ایک comfortable life جی سکتے تھے لیکن آپ نے اس comfortable life سے یہ بہتر اس کو ترجیح دی کہ سچائی کی تلاش کی جائے۔</w:t>
      </w:r>
    </w:p>
    <w:p>
      <w:r>
        <w:rPr>
          <w:b/>
        </w:rPr>
        <w:t xml:space="preserve">[02:26] </w:t>
      </w:r>
      <w:r>
        <w:t>asal mein kya tha ke hazrat ibrahim ka jo deen tha woh woh log bhool chuke the. yahan tak ke logon ko namaz parhna bhi nahi aata tha, log namaz mein seeti aur tali bajaya karte the.</w:t>
      </w:r>
    </w:p>
    <w:p>
      <w:pPr>
        <w:jc w:val="right"/>
      </w:pPr>
      <w:r>
        <w:t>اصل میں کیا تھا کہ حضرت ابراہیم کا جو دین تھا وہ وہ لوگ بھول چکے تھے۔ یہاں تک کہ لوگوں کو نماز پڑھنا بھی نہیں آتا تھا، لوگ نماز میں سیٹی اور تالی بجایا کرتے تھے۔</w:t>
      </w:r>
    </w:p>
    <w:p>
      <w:r>
        <w:rPr>
          <w:b/>
        </w:rPr>
        <w:t xml:space="preserve">[02:38] </w:t>
      </w:r>
      <w:r>
        <w:t>to bohat sare aise log the wahan par jin ko hanif kaha jata tha, isi mein hazrat abubakar bhi the. to woh sachai ki talash mein the.</w:t>
      </w:r>
    </w:p>
    <w:p>
      <w:pPr>
        <w:jc w:val="right"/>
      </w:pPr>
      <w:r>
        <w:t>تو بہت سارے ایسے لوگ تھے وہاں پر جن کو حنیف کہا جاتا تھا، اسی میں حضرت ابوبکر بھی تھے۔ تو وہ سچائی کی تلاش میں تھے۔</w:t>
      </w:r>
    </w:p>
    <w:p>
      <w:r>
        <w:rPr>
          <w:b/>
        </w:rPr>
        <w:t xml:space="preserve">[02:48] </w:t>
      </w:r>
      <w:r>
        <w:t>kai log yeh kehte kehte mar gaye ke aye allah agar mujhe pata hota</w:t>
      </w:r>
    </w:p>
    <w:p>
      <w:pPr>
        <w:jc w:val="right"/>
      </w:pPr>
      <w:r>
        <w:t>کئی لوگ یہ کہتے کہتے مر گئے کہ اے اللہ اگر مجھے پتہ ہوتا</w:t>
      </w:r>
    </w:p>
    <w:p>
      <w:r>
        <w:rPr>
          <w:b/>
        </w:rPr>
        <w:t xml:space="preserve">[02:58] </w:t>
      </w:r>
      <w:r>
        <w:t>ke aap ki ibadat kis tarah ki jaye to mein waise hi ibadat karta. to rasool allah salallaho alaihi wasallam ne zabardast qurbani de kar ke deen ko mehfooz kiya.</w:t>
      </w:r>
    </w:p>
    <w:p>
      <w:pPr>
        <w:jc w:val="right"/>
      </w:pPr>
      <w:r>
        <w:t>کہ آپ کی عبادت کس طرح کی جائے تو میں ویسے ہی عبادت کرتا۔ تو رسول اللہ صلی اللہ علیہ وسلم نے زبردست قربانی دے کر کے دین کو محفوظ کیا۔</w:t>
      </w:r>
    </w:p>
    <w:p>
      <w:r>
        <w:rPr>
          <w:b/>
        </w:rPr>
        <w:t xml:space="preserve">[03:14] </w:t>
      </w:r>
      <w:r>
        <w:t>aap aik historical prophet thay aur is se pehle jitne bhi peghambar aye woh historical nahi thay kyunke un ki jo un ke followers bohat kam hotay thay, tareekh mein un ka koi record nahi hota tha aur jo chand followers hotay thay to woh deen ko mehfooz nahi kar paate thay.</w:t>
      </w:r>
    </w:p>
    <w:p>
      <w:pPr>
        <w:jc w:val="right"/>
      </w:pPr>
      <w:r>
        <w:t>آپ ایک historical prophet تھے اور اس سے پہلے جتنے بھی پیغمبر آئے وہ historical نہیں تھے کیونکہ ان کی جو ان کے followers بہت کم ہوتے تھے، تاریخ میں ان کا کوئی ریکارڈ نہیں ہوتا تھا اور جو چند followers ہوتے تھے تو وہ دین کو محفوظ نہیں کر پاتے تھے۔</w:t>
      </w:r>
    </w:p>
    <w:p>
      <w:r>
        <w:rPr>
          <w:b/>
        </w:rPr>
        <w:t xml:space="preserve">[03:36] </w:t>
      </w:r>
      <w:r>
        <w:t>to allah taala ne yeh sara intezam kiya hazrat ibrahim ki family ke zariye se ke aik poori nasal banai aur is nasal ne yeh deen ko mehfooz kiya.</w:t>
      </w:r>
    </w:p>
    <w:p>
      <w:pPr>
        <w:jc w:val="right"/>
      </w:pPr>
      <w:r>
        <w:t>تو اللہ تعالی نے یہ سارا انتظام کیا حضرت ابراہیم کی family کے ذریعے سے کہ ایک پوری نسل بنائی اور اس نسل نے یہ دین کو محفوظ کیا۔</w:t>
      </w:r>
    </w:p>
    <w:p>
      <w:r>
        <w:rPr>
          <w:b/>
        </w:rPr>
        <w:t xml:space="preserve">[03:49] </w:t>
      </w:r>
      <w:r>
        <w:t>woh itna zabardast following mili kyunke woh log apni fitrat par thay, unhon ne poori qurbani de kar ke rasool allah ka saath diya.</w:t>
      </w:r>
    </w:p>
    <w:p>
      <w:pPr>
        <w:jc w:val="right"/>
      </w:pPr>
      <w:r>
        <w:t>وہ اتنا زبردست following ملی کیونکہ وہ لوگ اپنی فطرت پر تھے، انہوں نے پوری قربانی دے کر کے رسول اللہ کا ساتھ دیا۔</w:t>
      </w:r>
    </w:p>
    <w:p>
      <w:r>
        <w:rPr>
          <w:b/>
        </w:rPr>
        <w:t xml:space="preserve">[03:58] </w:t>
      </w:r>
      <w:r>
        <w:t>to is tarah se deen mehfooz hua aur allah taala ne is deen ki hifazat ke liye political power diya. to is tarah se sari dunya mein is deen ko aah allah taala ne pohancha diya.</w:t>
      </w:r>
    </w:p>
    <w:p>
      <w:pPr>
        <w:jc w:val="right"/>
      </w:pPr>
      <w:r>
        <w:t>تو اس طریقے سے دین محفوظ ہوا اور اللہ تعالی نے اس دین کی حفاظت کے لیے political power دیا۔ تو اس طریقے سے ساری دنیا میں اس دین کو آہ اللہ تعالی نے پہنچا دیا۔</w:t>
      </w:r>
    </w:p>
    <w:p>
      <w:r>
        <w:rPr>
          <w:b/>
        </w:rPr>
        <w:t xml:space="preserve">[04:12] </w:t>
      </w:r>
      <w:r>
        <w:t>to aik philip ke hatti ne kaha hai ke prophet muhammad was born within the full light of history.</w:t>
      </w:r>
    </w:p>
    <w:p>
      <w:pPr>
        <w:jc w:val="right"/>
      </w:pPr>
      <w:r>
        <w:t>تو ایک فلپ کے ہٹی نے کہا ہے کہ prophet محمد was born within the full light of history۔</w:t>
      </w:r>
    </w:p>
    <w:p>
      <w:r>
        <w:rPr>
          <w:b/>
        </w:rPr>
        <w:t xml:space="preserve">[04:22] </w:t>
      </w:r>
      <w:r>
        <w:t>to is tarah se aap asal mein kya tha ke aap aakhri nabi thay. abhi tak aisa ho raha tha ke jab aik nabi ki taleemat log bhool jatay thay to allah taala doosra nabi bhej deta tha.</w:t>
      </w:r>
    </w:p>
    <w:p>
      <w:pPr>
        <w:jc w:val="right"/>
      </w:pPr>
      <w:r>
        <w:t>تو اس طریقے سے آپ اصل میں کیا تھا کہ آپ آخری نبی تھے۔ ابھی تک ایسا ہو رہا تھا کہ جب ایک نبی کی تعلیمات لوگ بھول جاتے تھے تو اللہ تعالی دوسرا نبی بھیج دیتا تھا۔</w:t>
      </w:r>
    </w:p>
    <w:p>
      <w:r>
        <w:rPr>
          <w:b/>
        </w:rPr>
        <w:t xml:space="preserve">[04:35] </w:t>
      </w:r>
      <w:r>
        <w:t>lekin aap aakhri nabi thay is liye allah taala ne aap ki taleemat ko quran ko mehfooz karne ki khud zimmedari li kyunke allah dekh chuka tha ke insaan ke bas ki baat nahi hai.</w:t>
      </w:r>
    </w:p>
    <w:p>
      <w:pPr>
        <w:jc w:val="right"/>
      </w:pPr>
      <w:r>
        <w:t>لیکن آپ آخری نبی تھے اس لیے اللہ تعالی نے آپ کی تعلیمات کو قرآن کو محفوظ کرنے کی خود ذمہ داری لی کیونکہ اللہ دیکھ چکا تھا کہ انسان کے بس کی بات نہیں ہے۔</w:t>
      </w:r>
    </w:p>
    <w:p>
      <w:r>
        <w:rPr>
          <w:b/>
        </w:rPr>
        <w:t xml:space="preserve">[04:47] </w:t>
      </w:r>
      <w:r>
        <w:t>to khud zimmedari li aur is ke silsile mein hum ne alag se baat bhi ki hai aur aage bhi is ke bare mein baat kar sakte hain. to aap jo hain aakhri nabi thay, is ka prediction jo hai bible mein bhi hai.</w:t>
      </w:r>
    </w:p>
    <w:p>
      <w:pPr>
        <w:jc w:val="right"/>
      </w:pPr>
      <w:r>
        <w:t>تو خود ذمہ داری لی اور اس کے سلسلے میں ہم نے الگ سے بات بھی کی ہے اور آگے بھی اس کے بارے میں بات کر سکتے ہیں۔ تو آپ جو ہیں آخری نبی تھے، اس کا prediction جو ہے بائبل میں بھی ہے۔</w:t>
      </w:r>
    </w:p>
    <w:p>
      <w:r>
        <w:rPr>
          <w:b/>
        </w:rPr>
        <w:t xml:space="preserve">[05:01] </w:t>
      </w:r>
      <w:r>
        <w:t>kyunke aah doosri jo qaumein theen taake un ko aik itminan ho jaye ke haan yahi aakhri nabi hai.</w:t>
      </w:r>
    </w:p>
    <w:p>
      <w:pPr>
        <w:jc w:val="right"/>
      </w:pPr>
      <w:r>
        <w:t>کیونکہ آہ دوسری جو قومیں تھیں تاکہ ان کو ایک اطمینان ہو جائے کہ ہاں یہی آخری نبی ہے۔</w:t>
      </w:r>
    </w:p>
    <w:p>
      <w:r>
        <w:rPr>
          <w:b/>
        </w:rPr>
        <w:t xml:space="preserve">[05:10] </w:t>
      </w:r>
      <w:r>
        <w:t>to jab aap aye peghambar ka woh intezar hi kar rahe thay to bohat sare log to is tarah se deen islam mein aa gaye ke woh samajh gaye ke yahi aakhri nabi hain.</w:t>
      </w:r>
    </w:p>
    <w:p>
      <w:pPr>
        <w:jc w:val="right"/>
      </w:pPr>
      <w:r>
        <w:t>تو جب آپ آئے پیغمبر کا وہ انتظار ہی کر رہے تھے تو بہت سارے لوگ تو اس طریقے سے دین اسلام میں آگئے کہ وہ سمجھ گئے کہ یہی آخری نبی ہیں۔</w:t>
      </w:r>
    </w:p>
    <w:p>
      <w:r>
        <w:rPr>
          <w:b/>
        </w:rPr>
        <w:t xml:space="preserve">[05:21] </w:t>
      </w:r>
      <w:r>
        <w:t>to khud hazrat masih alaihi assalam ne kaha tha ke mere baad aik nabi aye ga, is ka naam ahmed hoga. to yeh surah saff mein aah aya hai yeh baat.</w:t>
      </w:r>
    </w:p>
    <w:p>
      <w:pPr>
        <w:jc w:val="right"/>
      </w:pPr>
      <w:r>
        <w:t>تو خود حضرت مسیح علیہ السلام نے کہا تھا کہ میرے بعد ایک نبی آئے گا، اس کا نام احمد ہوگا۔ تو یہ سورہ صف میں آہ آیا ہے یہ بات۔</w:t>
      </w:r>
    </w:p>
    <w:p>
      <w:r>
        <w:rPr>
          <w:b/>
        </w:rPr>
        <w:t xml:space="preserve">[05:33] </w:t>
      </w:r>
      <w:r>
        <w:t>to ho sakta hai maulana apni kitab peghambar انقلاب mein likhte hain ke ahmed jo hai woh is is ka jo mani hai parhezgari to is mani ke hisab se aap ne koi lafz bola hoga.</w:t>
      </w:r>
    </w:p>
    <w:p>
      <w:pPr>
        <w:jc w:val="right"/>
      </w:pPr>
      <w:r>
        <w:t>تو ہو سکتا ہے مولانا اپنی کتاب پیغمبر انقلاب میں لکھتے ہیں کہ احمد جو ہے وہ اس اس کا جو معنی ہے پرہیز وردی تو اس معنی کے حساب سے آپ نے کوئی لفظ بولا ہوگا۔</w:t>
      </w:r>
    </w:p>
    <w:p>
      <w:r>
        <w:rPr>
          <w:b/>
        </w:rPr>
        <w:t xml:space="preserve">[05:49] </w:t>
      </w:r>
      <w:r>
        <w:t>to jo christian jo thay falasteen ke is suriya ke un ke zariye se to yeh baat maloom hui hai ke woh lafz manhamna tha.</w:t>
      </w:r>
    </w:p>
    <w:p>
      <w:pPr>
        <w:jc w:val="right"/>
      </w:pPr>
      <w:r>
        <w:t>تو جو کرسچن جو تھے فلسطین کے اس سیریا کے ان کے ذریعے سے تو یہ بات معلوم ہوئی ہے کہ وہ لفظ منحمنا تھا۔</w:t>
      </w:r>
    </w:p>
    <w:p>
      <w:r>
        <w:rPr>
          <w:b/>
        </w:rPr>
        <w:t xml:space="preserve">[06:00] </w:t>
      </w:r>
      <w:r>
        <w:t>manhamna woh original lafz tha jo hazrat masih ne bola tha. manhamna ke mani hain parhezgari. to wohi lafz baad mein jab urdu mein bible translate hui to woh farqalit, paraklit ban gaya.</w:t>
      </w:r>
    </w:p>
    <w:p>
      <w:pPr>
        <w:jc w:val="right"/>
      </w:pPr>
      <w:r>
        <w:t>منحمنا وہ original لفظ تھا جو حضرت مسیح نے بولا تھا۔ منحمنا کے معنی ہیں پرہیز وردی۔ تو وہی لفظ بعد میں جب یونانی میں بائبل translate ہوئی تو وہ فارقلیت، پیراکلیٹ بن گیا۔</w:t>
      </w:r>
    </w:p>
    <w:p>
      <w:r>
        <w:rPr>
          <w:b/>
        </w:rPr>
        <w:t xml:space="preserve">[06:15] </w:t>
      </w:r>
      <w:r>
        <w:t>to yeh jo aap ka aah aah aap ke bare mein jo prediction hai balkeh aur bhi jagah jagah prediction hai doosri aasmani kitabon mein bhi to bohat sare predictions ko to logon ne hata diya, mita diya lekin bohat sare abhi bhi hain.</w:t>
      </w:r>
    </w:p>
    <w:p>
      <w:pPr>
        <w:jc w:val="right"/>
      </w:pPr>
      <w:r>
        <w:t>تو یہ جو آپ کا آہ آہ آپ کے بارے میں جو prediction ہے بلکہ اور بھی جگہ جگہ prediction ہے دوسری آسمانی کتابوں میں بھی تو بہت سارے predictions کو تو لوگوں نے ہٹا دیا، مٹا دیا لیکن بہت سارے ابھی بھی ہیں۔</w:t>
      </w:r>
    </w:p>
    <w:p>
      <w:r>
        <w:rPr>
          <w:b/>
        </w:rPr>
        <w:t xml:space="preserve">[06:35] </w:t>
      </w:r>
      <w:r>
        <w:t>to aap poore mani mein rehmatulilalameen thay aur aisa nahi hai ke sirf nabuwat ke baad aisa hua balkeh aap nabuwat se pehle bhi aap ka wohi character tha.</w:t>
      </w:r>
    </w:p>
    <w:p>
      <w:pPr>
        <w:jc w:val="right"/>
      </w:pPr>
      <w:r>
        <w:t>تو آپ پورے معنی میں رحمت اللعالمین تھے اور ایسا نہیں ہے کہ صرف نبوت کے بعد ایسا ہوا بلکہ آپ نبوت سے پہلے بھی آپ کا وہی character تھا۔</w:t>
      </w:r>
    </w:p>
    <w:p>
      <w:r>
        <w:rPr>
          <w:b/>
        </w:rPr>
        <w:t xml:space="preserve">[06:46] </w:t>
      </w:r>
      <w:r>
        <w:t>bas hum yeh keh sakte hain ke pehle jo character fitrat ke zor par zor par tha woh ab aik usool pasandi ke zor par ho gaya, woh khuda ki taleemat ke base par ho gaya aur consciously ho gaya.</w:t>
      </w:r>
    </w:p>
    <w:p>
      <w:pPr>
        <w:jc w:val="right"/>
      </w:pPr>
      <w:r>
        <w:t>بس ہم یہ کہہ سکتے ہیں کہ پہلے جو character فطرت کے زور پر زور پر تھا وہ اب ایک اصول پسندی کے زور پر ہو گیا، وہ خدا کی تعلیمات کے بیس پر ہو گیا اور consciously ہو گیا۔</w:t>
      </w:r>
    </w:p>
    <w:p>
      <w:r>
        <w:rPr>
          <w:b/>
        </w:rPr>
        <w:t xml:space="preserve">[07:01] </w:t>
      </w:r>
      <w:r>
        <w:t>to is tarah se aah hum ko bohat sari aisi riwayat milti hain jis se pata chalta hai ke aap nabuwat se pehle bhi aap ka character wohi ideal character tha.</w:t>
      </w:r>
    </w:p>
    <w:p>
      <w:pPr>
        <w:jc w:val="right"/>
      </w:pPr>
      <w:r>
        <w:t>تو اس طریقے سے آہ ہم کو بہت ساری ایسی روایتیں ملتی ہیں جس سے پتہ چلتا ہے کہ آپ نبوت سے پہلے بھی آپ کا character وہی ideal character تھا۔</w:t>
      </w:r>
    </w:p>
    <w:p>
      <w:r>
        <w:rPr>
          <w:b/>
        </w:rPr>
        <w:t xml:space="preserve">[07:13] </w:t>
      </w:r>
      <w:r>
        <w:t>aap ne kabhi kisi ko sataya nahi, kabhi kisi ko takleef nahi di, kabhi kisi ka jawab nahi diya, koi kabhi retaliation nahi kiya. hamesha aap logon ki madad karte thay.</w:t>
      </w:r>
    </w:p>
    <w:p>
      <w:pPr>
        <w:jc w:val="right"/>
      </w:pPr>
      <w:r>
        <w:t>آپ نے کبھی کسی کو ستایا نہیں، کبھی کسی کو تکلیف نہیں دی، کبھی کسی کا جواب نہیں دیا، کوئی کبھی retaliation نہیں کیا۔ ہمیشہ آپ لوگوں کی مدد کرتے تھے۔</w:t>
      </w:r>
    </w:p>
    <w:p>
      <w:r>
        <w:rPr>
          <w:b/>
        </w:rPr>
        <w:t xml:space="preserve">[07:24] </w:t>
      </w:r>
      <w:r>
        <w:t>jab aah aap ko pehli wahi mili aur aap bohat ghabraye hue ghar aye to hazrat khadija ne un ko yahi keh kar yeh dilasa dilaya ke aap itna zyada logon ki madad karte hain, bewaon ki madad karte hain, yateemon ki madad karte hain, gharibon ki madad karte hain, aap ko kabhi khuda ruswa nahi karega.</w:t>
      </w:r>
    </w:p>
    <w:p>
      <w:pPr>
        <w:jc w:val="right"/>
      </w:pPr>
      <w:r>
        <w:t>جب آہ آپ کو پہلی وحی ملی اور آپ بہت گھبرائے ہوئے گھر آئے تو حضرت خدیجہ نے ان کو یہی کہہ کر یہ دلاسہ دلایا کہ آپ اتنا زیادہ لوگوں کی مدد کرتے ہیں، بیواؤں کی مدد کرتے ہیں، یتیموں کی مدد کرتے ہیں، غریبوں کی مدد کرتے ہیں، آپ کو کبھی خدا رسوا نہیں کرے گا۔</w:t>
      </w:r>
    </w:p>
    <w:p>
      <w:r>
        <w:rPr>
          <w:b/>
        </w:rPr>
        <w:t xml:space="preserve">[07:45] </w:t>
      </w:r>
      <w:r>
        <w:t>to aur aap ka aah aap ka laqab bhi alalameen pad gaya tha. isi wajah se ke aap hamesha sach baat kehte, aap ne kabhi jhoot nahi bola, kabhi aap koi galat kaam mein mulawwis nahi hue.</w:t>
      </w:r>
    </w:p>
    <w:p>
      <w:pPr>
        <w:jc w:val="right"/>
      </w:pPr>
      <w:r>
        <w:t>تو اور آپ کا آہ آپ کا لقب بھی العالمین پڑ گیا تھا۔ اسی وجہ سے کہ آپ ہمیشہ سچ بات کہتے، آپ نے کبھی جھوٹ نہیں بولا، کبھی آپ کوئی غلط کام میں ملوث نہیں ہوئے۔</w:t>
      </w:r>
    </w:p>
    <w:p>
      <w:r>
        <w:rPr>
          <w:b/>
        </w:rPr>
        <w:t xml:space="preserve">[08:00] </w:t>
      </w:r>
      <w:r>
        <w:t>yahi cheez thi jis ne hazrat khadija ko mutasir kiya aur unhon ne aap se rishte ka paigham bheja. to aik hazrat anas thay to woh aap ki khidmat mein das saal rahe.</w:t>
      </w:r>
    </w:p>
    <w:p>
      <w:pPr>
        <w:jc w:val="right"/>
      </w:pPr>
      <w:r>
        <w:t>یہی چیز تھی جس نے حضرت خدیجہ کو متاثر کیا اور انہوں نے آپ سے رشتے کا پیغام بھیجا۔ تو ایک حضرت انس تھے تو وہ آپ کی خدمت میں دس سال رہے۔</w:t>
      </w:r>
    </w:p>
    <w:p>
      <w:r>
        <w:rPr>
          <w:b/>
        </w:rPr>
        <w:t xml:space="preserve">[08:14] </w:t>
      </w:r>
      <w:r>
        <w:t>woh unhon ne kaha hai ke das saal ke arse mein aap ne aik bar bhi aah na daanta, na jharra, na hi koi hukum diya kaam karne ka aur na kabhi bhi kisi baat par malamat ki, na kabhi bhi yeh nahi kaha ke tum ne yeh kaam aise kyun kiya, waise kyun kiya.</w:t>
      </w:r>
    </w:p>
    <w:p>
      <w:pPr>
        <w:jc w:val="right"/>
      </w:pPr>
      <w:r>
        <w:t>وہ انہوں نے کہا ہے کہ دس سال کے عرصے میں آپ نے ایک بار بھی آہ نہ ڈانٹا، نہ جھڑکا، نہ ہی کوئی حکم دیا کام کرنے کا اور نہ کبھی بھی کسی بات پر ملامت کی، نہ کبھی بھی یہ نہیں کہا کہ تم نے یہ کام ایسے کیوں کیا، ویسے کیوں کیا۔</w:t>
      </w:r>
    </w:p>
    <w:p>
      <w:r>
        <w:rPr>
          <w:b/>
        </w:rPr>
        <w:t xml:space="preserve">[08:35] </w:t>
      </w:r>
      <w:r>
        <w:t>to das saal ke arsay mein aisa hona yeh bilkul taqreeban namumkin hai. to yeh tha aap ka character aur yahi aap ki outstanding quality hai.</w:t>
      </w:r>
    </w:p>
    <w:p>
      <w:pPr>
        <w:jc w:val="right"/>
      </w:pPr>
      <w:r>
        <w:t>تو دس سال کے عرصے میں ایسا ہونا یہ بالکل تقریباً ناممکن ہے۔ تو یہ تھا آپ کا character اور یہی آپ کی outstanding quality ہے۔</w:t>
      </w:r>
    </w:p>
    <w:p>
      <w:r>
        <w:rPr>
          <w:b/>
        </w:rPr>
        <w:t xml:space="preserve">[08:48] </w:t>
      </w:r>
      <w:r>
        <w:t>to is ki wajah se aap ne tamam logon ke dilon ko maskhar kar liya. to ek Abdullah bin Abi al-Hasama the, yeh bhi nabuwat se pehle ka waqia hai ke ek baar unhon ne kaha ke kuch mamla kar rahe the Rasool Allah sal Allah alaihi wasallam se to ghar ke bahar to unhon ne kaha ke kuch in Rasool Allah ko unhon ne kuch raqam deni thi.</w:t>
      </w:r>
    </w:p>
    <w:p>
      <w:pPr>
        <w:jc w:val="right"/>
      </w:pPr>
      <w:r>
        <w:t>تو اس کی وجہ سے آپ نے تمام لوگوں کے دلوں کو مسخر کر لیا۔ تو ایک عبداللہ ابن ابی الحسمہ تھے، یہ بھی نبوت سے پہلے کا واقعہ ہے کہ ایک بار انہوں نے کہا کہ کچھ معاملہ کر رہے تھے رسول اللہ صلی اللہ علیہ وسلم سے تو گھر کے باہر تو انہوں نے کہا کہ کچھ ان رسول اللہ کو انہوں نے کچھ رقم دینی تھی۔</w:t>
      </w:r>
    </w:p>
    <w:p>
      <w:r>
        <w:rPr>
          <w:b/>
        </w:rPr>
        <w:t xml:space="preserve">[09:14] </w:t>
      </w:r>
      <w:r>
        <w:t>to unhon ne kaha ke main abhi aata hoon, ghar mein kuch kaam, ghar mein se paisa lene gaye to ittefaq aisa hua ke ghar mein kuch kaam pad gaya aur woh bilkul bhool gaye, teen din ho gaya.</w:t>
      </w:r>
    </w:p>
    <w:p>
      <w:pPr>
        <w:jc w:val="right"/>
      </w:pPr>
      <w:r>
        <w:t>تو انہوں نے کہا کہ میں ابھی آتا ہوں، گھر میں کچھ کام، گھر میں سے پیسہ لینے گئے تو اتفاق ایسا ہوا کہ گھر میں کچھ کام پڑ گیا اور وہ بالکل بھول گئے، تین دن ہو گیا۔</w:t>
      </w:r>
    </w:p>
    <w:p>
      <w:r>
        <w:rPr>
          <w:b/>
        </w:rPr>
        <w:t xml:space="preserve">[09:25] </w:t>
      </w:r>
      <w:r>
        <w:t>teen din ke baad woh gaye to dekha ke Rasool Allah wahin intezar kar rahe the, baithe aur bas itna kaha ke tum ne mujhe bohat zahamat di.</w:t>
      </w:r>
    </w:p>
    <w:p>
      <w:pPr>
        <w:jc w:val="right"/>
      </w:pPr>
      <w:r>
        <w:t>تین دن کے بعد وہ گئے تو دیکھا کہ رسول اللہ وہیں انتظار کر رہے تھے، بیٹھے اور بس اتنا کہا کہ تم نے مجھے بہت زحمت دی۔</w:t>
      </w:r>
    </w:p>
    <w:p>
      <w:r>
        <w:rPr>
          <w:b/>
        </w:rPr>
        <w:t xml:space="preserve">[09:34] </w:t>
      </w:r>
      <w:r>
        <w:t>to yeh aap dekh sakte hain ke aap jo hain poore sarapa aap rehmat the. woh log kehte hain ke jangain bhi to hui hain to jangain aap ne aap ne koi bhi jang offense mein nahi kiya hai.</w:t>
      </w:r>
    </w:p>
    <w:p>
      <w:pPr>
        <w:jc w:val="right"/>
      </w:pPr>
      <w:r>
        <w:t>تو یہ آپ دیکھ سکتے ہیں کہ آپ جو ہیں پورے سراپہ آپ رحمت تھے۔ وہ لوگ کہتے ہیں کہ جنگیں بھی تو ہوئی ہیں تو جنگیں آپ نے آپ نے کوئی بھی جنگ offense میں نہیں کیا ہے۔</w:t>
      </w:r>
    </w:p>
    <w:p>
      <w:r>
        <w:rPr>
          <w:b/>
        </w:rPr>
        <w:t xml:space="preserve">[09:48] </w:t>
      </w:r>
      <w:r>
        <w:t>jang aap ke upar daal di gayi thi aur kai baar aap ne poori koshish aisi ki ke aap is se avoid karein, aap ne sul ki, aap ne poori koshish ki ke jang se bachein.</w:t>
      </w:r>
    </w:p>
    <w:p>
      <w:pPr>
        <w:jc w:val="right"/>
      </w:pPr>
      <w:r>
        <w:t>جنگ آپ کے اوپر ڈال دی گئی تھی اور کئی بار آپ نے پوری کوشش ایسی کی کہ آپ اس سے avoid کریں، آپ نے sul کی، آپ نے پوری کوشش کی کہ جنگ سے بچیں۔</w:t>
      </w:r>
    </w:p>
    <w:p>
      <w:r>
        <w:rPr>
          <w:b/>
        </w:rPr>
        <w:t xml:space="preserve">[10:01] </w:t>
      </w:r>
      <w:r>
        <w:t>jang Azab mein aap ne khandaq, jang ah khandaq khod di aur baar baar aisa hua ke aap ne poori koshish ki jang se bachne ki lekin chand baar aisa hua hai ke jang hui lekin woh aap ke initiative se kabhi bhi offensive jang nahi hui.</w:t>
      </w:r>
    </w:p>
    <w:p>
      <w:pPr>
        <w:jc w:val="right"/>
      </w:pPr>
      <w:r>
        <w:t>جنگ عذاب میں آپ نے خندق، جنگ آہ خندق کھود دی اور بار بار ایسا ہوا کہ آپ نے پوری کوشش کی جنگ سے بچنے کی لیکن چند بار ایسا ہوا ہے کہ جنگ ہوئی لیکن وہ آپ کے initiative سے کبھی بھی offensive جنگ نہیں ہوئی۔</w:t>
      </w:r>
    </w:p>
    <w:p>
      <w:r>
        <w:rPr>
          <w:b/>
        </w:rPr>
        <w:t xml:space="preserve">[10:20] </w:t>
      </w:r>
      <w:r>
        <w:t>log is baat ko kehte hain ke jang bhi to hui hai to jang aap ne nahi ki, aap to hamesha sul aap chahte the aur hamesha sul se hi aap ne sari kamyabi hasil ki hai.</w:t>
      </w:r>
    </w:p>
    <w:p>
      <w:pPr>
        <w:jc w:val="right"/>
      </w:pPr>
      <w:r>
        <w:t>لوگ اس بات کو کہتے ہیں کہ جنگ بھی تو ہوئی ہے تو جنگ آپ نے نہیں کی، آپ تو ہمیشہ sul آپ چاہتے تھے اور ہمیشہ sul سے ہی آپ نے ساری کامیابی حاصل کی ہے۔</w:t>
      </w:r>
    </w:p>
    <w:p>
      <w:r>
        <w:rPr>
          <w:b/>
        </w:rPr>
        <w:t xml:space="preserve">[10:36] </w:t>
      </w:r>
      <w:r>
        <w:t>to phir aap ke sath woh zamana aaya jab aap ko ah nabuwat mili aur yeh hukum mila ke is deen ko tamam logon tak pahunchana hai.</w:t>
      </w:r>
    </w:p>
    <w:p>
      <w:pPr>
        <w:jc w:val="right"/>
      </w:pPr>
      <w:r>
        <w:t>تو پھر آپ کے ساتھ وہ زمانہ آیا جب آپ کو آہ نبوت ملی اور یہ حکم ملا کہ اس دین کو تمام لوگوں تک پہنچانا ہے۔</w:t>
      </w:r>
    </w:p>
    <w:p>
      <w:r>
        <w:rPr>
          <w:b/>
        </w:rPr>
        <w:t xml:space="preserve">[10:47] </w:t>
      </w:r>
      <w:r>
        <w:t>ab masla yeh tha ke wahan par shirk tha aur log shirk ke muqable mein bohat ziyada sensitive the aur un ki sari jo interest tha, economic interest woh sab shirk se wabasta ho gaya tha.</w:t>
      </w:r>
    </w:p>
    <w:p>
      <w:pPr>
        <w:jc w:val="right"/>
      </w:pPr>
      <w:r>
        <w:t>اب مسئلہ یہ تھا کہ وہاں پر شرک تھا اور لوگ شرک کے مقابلے میں بہت زیادہ sensitive تھے اور ان کی ساری جو interest تھا، economic interest وہ سب شرک سے وابستہ ہو گیا تھا۔</w:t>
      </w:r>
    </w:p>
    <w:p>
      <w:r>
        <w:rPr>
          <w:b/>
        </w:rPr>
        <w:t xml:space="preserve">[11:02] </w:t>
      </w:r>
      <w:r>
        <w:t>to woh soch hi nahi sakte the ke yeh deen tauheed ko hum ikhtiyar kar ke hamein kuch is se kya faida milega, yeh to hamari sari economy jo hai woh sab tabah ho jayegi.</w:t>
      </w:r>
    </w:p>
    <w:p>
      <w:pPr>
        <w:jc w:val="right"/>
      </w:pPr>
      <w:r>
        <w:t>تو وہ سوچ ہی نہیں سکتے تھے کہ یہ دین توحید کو ہم اختیار کر کے ہمیں کچھ اس سے کیا فائدہ ملے گا، یہ تو ہماری ساری economy جو ہے وہ سب تباہ ہو جائے گی۔</w:t>
      </w:r>
    </w:p>
    <w:p>
      <w:r>
        <w:rPr>
          <w:b/>
        </w:rPr>
        <w:t xml:space="preserve">[11:13] </w:t>
      </w:r>
      <w:r>
        <w:t>to bohat sakht ek baat to yeh thi, doosri yeh ke is zamane mein religious freedom nahi thi, bas jo deen chala aa raha tha baap dada se wahi deen tha.</w:t>
      </w:r>
    </w:p>
    <w:p>
      <w:pPr>
        <w:jc w:val="right"/>
      </w:pPr>
      <w:r>
        <w:t>تو بہت سخت ایک بات تو یہ تھی، دوسری یہ کہ اس زمانے میں religious freedom نہیں تھی، بس جو دین چلا آ رہا تھا باپ دادا سے وہی دین تھا۔</w:t>
      </w:r>
    </w:p>
    <w:p>
      <w:r>
        <w:rPr>
          <w:b/>
        </w:rPr>
        <w:t xml:space="preserve">[11:23] </w:t>
      </w:r>
      <w:r>
        <w:t>to yeh dono cheezon ki wajah se aap ki zabardast mukhalifat hui. shuru shuru mein to unhon ne sirf mazak urane tak اکتifa kiya, aap ko reject kiya, aap ki malamat ki, aap ko sahir aur majnoon kaha.</w:t>
      </w:r>
    </w:p>
    <w:p>
      <w:pPr>
        <w:jc w:val="right"/>
      </w:pPr>
      <w:r>
        <w:t>تو یہ دونوں چیزوں کی وجہ سے آپ کی زبردست مخالفت ہوئی۔ شروع شروع میں تو انہوں نے صرف مذاق اڑانے تک اکتفا کیا، آپ کو reject کیا، آپ کی ملامت کی، آپ کو ساحر اور مجنون کہا۔</w:t>
      </w:r>
    </w:p>
    <w:p>
      <w:r>
        <w:rPr>
          <w:b/>
        </w:rPr>
        <w:t xml:space="preserve">[11:37] </w:t>
      </w:r>
      <w:r>
        <w:t>lekin baad mein jab unhon ne dekha ke yeh to baz nahi aate hain to unhon ne woh ziyada sakhti karna shuru kar di. Physical harm bhi pahunchaya, aap ke rastay mein kaante dale, aap ke khaas tor par kyunke ah Makka mein Arab mein do tarah ki abadi thi.</w:t>
      </w:r>
    </w:p>
    <w:p>
      <w:pPr>
        <w:jc w:val="right"/>
      </w:pPr>
      <w:r>
        <w:t>لیکن بعد میں جب انہوں نے دیکھا کہ یہ تو باز نہیں آتے ہیں تو انہوں نے وہ زیادہ سختی کرنا شروع کر دی۔ Physical harm بھی پہنچایا، آپ کے راستے میں کانٹے ڈالے، آپ کے خاص طور پر کیونکہ آہ مکہ میں عرب میں دو طرح کی آبادی تھی۔</w:t>
      </w:r>
    </w:p>
    <w:p>
      <w:r>
        <w:rPr>
          <w:b/>
        </w:rPr>
        <w:t xml:space="preserve">[11:55] </w:t>
      </w:r>
      <w:r>
        <w:t>ek to woh log the jo qabile se taluq rakhte the aur woh aur doosra tha jo labor class keh sakte hain, ghulam the. to jo ghulam log is Islam mein aa jate the, un ko bohat zabardast sazaein dete the kyunke un ki pusht par koi qabila nahi hota tha.</w:t>
      </w:r>
    </w:p>
    <w:p>
      <w:pPr>
        <w:jc w:val="right"/>
      </w:pPr>
      <w:r>
        <w:t>ایک تو وہ لوگ تھے جو قبیلے سے تعلق رکھتے تھے اور وہ اور دوسرا تھا جو labor کلاس کہہ سکتے ہیں، غلام تھے۔ تو جو غلام لوگ اس اسلام میں آ جاتے تھے، ان کو بہت زبردست سزائیں دیتے تھے کیونکہ ان کی پشت پر کوئی قبیلہ نہیں ہوتا تھا۔</w:t>
      </w:r>
    </w:p>
    <w:p>
      <w:r>
        <w:rPr>
          <w:b/>
        </w:rPr>
        <w:t xml:space="preserve">[12:14] </w:t>
      </w:r>
      <w:r>
        <w:t>qabile walon se darte the thoda kyunke qabila jo hai badla leta tha. to is is liye Rasool Allah sal Allah alaihi wasallam ke sath itna nahi jurrat kar sake jitna ah kamzor tabqe ke sath unhon ne kiya.</w:t>
      </w:r>
    </w:p>
    <w:p>
      <w:pPr>
        <w:jc w:val="right"/>
      </w:pPr>
      <w:r>
        <w:t>قبیلے والوں سے ڈرتے تھے تھوڑا کیونکہ قبیلہ جو ہے بدلہ لیتا تھا۔ تو اس اس لیے رسول اللہ صلی اللہ علیہ وسلم کے ساتھ اتنا نہیں جرات کر سکے جتنا آہ کمزور طبقے کے ساتھ انہوں نے کیا۔</w:t>
      </w:r>
    </w:p>
    <w:p>
      <w:r>
        <w:rPr>
          <w:b/>
        </w:rPr>
        <w:t xml:space="preserve">[12:30] </w:t>
      </w:r>
      <w:r>
        <w:t>lekin khaas tor par yeh dekhna hai ke rasool Allah sallallahu alaihi wasallam ne kabhi bhi ah</w:t>
      </w:r>
    </w:p>
    <w:p>
      <w:pPr>
        <w:jc w:val="right"/>
      </w:pPr>
      <w:r>
        <w:t>لیکن خاص طور پر یہ دیکھنا ہے کہ رسول اللہ صلی اللہ علیہ وسلم نے کبھی بھی آہ</w:t>
      </w:r>
    </w:p>
    <w:p>
      <w:r>
        <w:rPr>
          <w:b/>
        </w:rPr>
        <w:t xml:space="preserve">[12:37] </w:t>
      </w:r>
      <w:r>
        <w:t>koi retaliation nahi kiya, kabhi koi jawab nahi diya aur hamesha aur logon ko ah darguzar karte rahe,</w:t>
      </w:r>
    </w:p>
    <w:p>
      <w:pPr>
        <w:jc w:val="right"/>
      </w:pPr>
      <w:r>
        <w:t>کوئی retaliation نہیں کیا، کبھی کوئی جواب نہیں دیا اور ہمیشہ اور لوگوں کو آہ درگزر کرتے رہے،</w:t>
      </w:r>
    </w:p>
    <w:p>
      <w:r>
        <w:rPr>
          <w:b/>
        </w:rPr>
        <w:t xml:space="preserve">[12:46] </w:t>
      </w:r>
      <w:r>
        <w:t>maaf karte rahe aur un ke harm se bas bachne ki koshish karte rahe, nai aisi planning karte</w:t>
      </w:r>
    </w:p>
    <w:p>
      <w:pPr>
        <w:jc w:val="right"/>
      </w:pPr>
      <w:r>
        <w:t>معاف کرتے رہے اور ان کے harm سے بس بچنے کی کوشش کرتے رہے، نئی ایسی planning کرتے</w:t>
      </w:r>
    </w:p>
    <w:p>
      <w:r>
        <w:rPr>
          <w:b/>
        </w:rPr>
        <w:t xml:space="preserve">[12:54] </w:t>
      </w:r>
      <w:r>
        <w:t>rahe jis mein un logon ko zyada se zyada paigham Khuda ka pohanchaya ja sake.</w:t>
      </w:r>
    </w:p>
    <w:p>
      <w:pPr>
        <w:jc w:val="right"/>
      </w:pPr>
      <w:r>
        <w:t>رہے جس میں ان لوگوں کو زیادہ سے زیادہ پیغام خدا کا پہنچایا جا سکے۔</w:t>
      </w:r>
    </w:p>
    <w:p>
      <w:r>
        <w:rPr>
          <w:b/>
        </w:rPr>
        <w:t xml:space="preserve">[13:00] </w:t>
      </w:r>
      <w:r>
        <w:t>to Quran ne bhi is ki tasdeeq ki hai. Quran mein aaya hai ke innaka la ala khuluqin azeem ke aap jo hain bohat hi buland akhlaq par hain.</w:t>
      </w:r>
    </w:p>
    <w:p>
      <w:pPr>
        <w:jc w:val="right"/>
      </w:pPr>
      <w:r>
        <w:t>تو قرآن نے بھی اس کی تصدیق کی ہے۔ قرآن میں آیا ہے کہ انک لا علی خلق عظیم کہ آپ جو ہیں بہت ہی بلند اخلاق پر ہیں۔</w:t>
      </w:r>
    </w:p>
    <w:p>
      <w:r>
        <w:rPr>
          <w:b/>
        </w:rPr>
        <w:t xml:space="preserve">[13:11] </w:t>
      </w:r>
      <w:r>
        <w:t>to yeh buland akhlaq kya hai? woh wahi hai ke ek baar Rasool Allah sal Allah alaihi wasallam ne kaha tha ke tum ummiya na bano. ummiya ka matlab woh tit for tat behavior yani jaisa tum karoge waisa hum karenge.</w:t>
      </w:r>
    </w:p>
    <w:p>
      <w:pPr>
        <w:jc w:val="right"/>
      </w:pPr>
      <w:r>
        <w:t>تو یہ بلند اخلاق کیا ہے؟ وہ وہی ہے کہ ایک بار رسول اللہ صلی اللہ علیہ وسلم نے کہا تھا کہ تم امیہ نہ بنو۔ امیہ کا مطلب وہ ٹٹ فار ٹیٹ بیہیویئر یعنی جیسا تم کرو گے ویسا ہم کریں گے۔</w:t>
      </w:r>
    </w:p>
    <w:p>
      <w:r>
        <w:rPr>
          <w:b/>
        </w:rPr>
        <w:t xml:space="preserve">[13:25] </w:t>
      </w:r>
      <w:r>
        <w:t>agar tum hamare sath acha karoge to hum tumhare sath acha karenge. tum bura karoge to hum tumhare sath bura karenge. yahi aaj tamam logon ka akhlaq hai.</w:t>
      </w:r>
    </w:p>
    <w:p>
      <w:pPr>
        <w:jc w:val="right"/>
      </w:pPr>
      <w:r>
        <w:t>اگر تم ہمارے ساتھ اچھا کرو گے تو ہم تمہارے ساتھ اچھا کریں گے۔ تم برا کرو گے تو ہم تمہارے ساتھ برا کریں گے۔ یہی آج تمام لوگوں کا اخلاق ہے۔</w:t>
      </w:r>
    </w:p>
    <w:p>
      <w:r>
        <w:rPr>
          <w:b/>
        </w:rPr>
        <w:t xml:space="preserve">[13:34] </w:t>
      </w:r>
      <w:r>
        <w:t>to aap ne kaha ke nahi, aisa nahi karo balkeh jo tumhare sath acha kare us ke sath acha karo, jo tumhare sath bura kare us ke sath bhi tum acha karo.</w:t>
      </w:r>
    </w:p>
    <w:p>
      <w:pPr>
        <w:jc w:val="right"/>
      </w:pPr>
      <w:r>
        <w:t>تو آپ نے کہا کہ نہیں، ایسا نہیں کرو بلکہ جو تمہارے ساتھ اچھا کرے اس کے ساتھ اچھا کرو، جو تمہارے ساتھ برا کرے اس کے ساتھ بھی تم اچھا کرو۔</w:t>
      </w:r>
    </w:p>
    <w:p>
      <w:r>
        <w:rPr>
          <w:b/>
        </w:rPr>
        <w:t xml:space="preserve">[13:44] </w:t>
      </w:r>
      <w:r>
        <w:t>koi zulm kare to tum us ko maaf karo aur poori zindagi aap ne yeh kar dikhaya. aur jab aap Madina chale gaye tab bhi aap ne kabhi Quraish ko bura bhala nahi kaha.</w:t>
      </w:r>
    </w:p>
    <w:p>
      <w:pPr>
        <w:jc w:val="right"/>
      </w:pPr>
      <w:r>
        <w:t>کوئی ظلم کرے تو تم اس کو معاف کرو اور پوری زندگی آپ نے یہ کر کر دکھایا۔ اور جب آپ مدینہ چلے گئے تب بھی آپ نے کبھی قریش کو برا بھلا نہیں کہا۔</w:t>
      </w:r>
    </w:p>
    <w:p>
      <w:r>
        <w:rPr>
          <w:b/>
        </w:rPr>
        <w:t xml:space="preserve">[13:59] </w:t>
      </w:r>
      <w:r>
        <w:t>ab aam taur par kya hota hai ke log jab samne nahi keh pate hain to aad mein kehte hain. kabhi aad mein bhi nahi kaha aur Madina ja ke aap ruler ho gaye the, aap ko iqtadar hasil ho gaya tha aur tamam majority aap ke sath thi.</w:t>
      </w:r>
    </w:p>
    <w:p>
      <w:pPr>
        <w:jc w:val="right"/>
      </w:pPr>
      <w:r>
        <w:t>اب عام طور پر کیا ہوتا ہے کہ لوگ جب سامنے نہیں کہہ پاتے ہیں تو آڑ میں کہتے ہیں۔ کبھی آڑ میں بھی نہیں کہا اور مدینہ جا کے آپ رولر ہو گئے تھے، آپ کو اقتدار حاصل ہو گیا تھا اور تمام میجورٹی آپ کے ساتھ تھی۔</w:t>
      </w:r>
    </w:p>
    <w:p>
      <w:r>
        <w:rPr>
          <w:b/>
        </w:rPr>
        <w:t xml:space="preserve">[14:13] </w:t>
      </w:r>
      <w:r>
        <w:t>us waqt bhi aap ne Quraish ko kuch nahi kaha. to aap han aap ke andar jo well wishing thi woh par excellence thi.</w:t>
      </w:r>
    </w:p>
    <w:p>
      <w:pPr>
        <w:jc w:val="right"/>
      </w:pPr>
      <w:r>
        <w:t>اس وقت بھی آپ نے قریش کو کچھ نہیں کہا۔ تو آپ ہن آپ کے اندر جو well wishing تھی وہ پار اکسلا تھی۔</w:t>
      </w:r>
    </w:p>
    <w:p>
      <w:r>
        <w:rPr>
          <w:b/>
        </w:rPr>
        <w:t xml:space="preserve">[14:22] </w:t>
      </w:r>
      <w:r>
        <w:t>kisi mauqe par bhi aap ne apna yeh khoya nahi. ek baar aisa hua ke Uhud mein aap bohat ziyada zakhmi ho gaye the, bilkul laho lahaan ho ke ek gadhe mein gir gaye the.</w:t>
      </w:r>
    </w:p>
    <w:p>
      <w:pPr>
        <w:jc w:val="right"/>
      </w:pPr>
      <w:r>
        <w:t>کسی موقع پر بھی آپ نے اپنا یہ کھویا نہیں۔ ایک بار ایسا ہوا کہ احد میں آپ بہت زیادہ زخمی ہو گئے تھے، بالکل لہو لہان ہو کے ایک گڑھے میں گر گئے تھے۔</w:t>
      </w:r>
    </w:p>
    <w:p>
      <w:r>
        <w:rPr>
          <w:b/>
        </w:rPr>
        <w:t xml:space="preserve">[14:34] </w:t>
      </w:r>
      <w:r>
        <w:t>to is waqt aap ke munh se sirf itna nikal gaya ke woh qaum kaise falaah payegi jo apne nabi ko lahu lahaan kare.</w:t>
      </w:r>
    </w:p>
    <w:p>
      <w:pPr>
        <w:jc w:val="right"/>
      </w:pPr>
      <w:r>
        <w:t>تو اس وقت آپ کے منہ سے صرف اتنا نکل گیا کہ وہ قوم کیسے فلاح پائے گی جو اپنے نبی کو لہو لہان کرے۔</w:t>
      </w:r>
    </w:p>
    <w:p>
      <w:r>
        <w:rPr>
          <w:b/>
        </w:rPr>
        <w:t xml:space="preserve">[14:43] </w:t>
      </w:r>
      <w:r>
        <w:t>to is waqt jo hai Allah taala ka farishta foran aap ke paas aaya aur kaha ke dekho is ka tum ko ikhtiyar nahi hai, yeh Allah ke jurisdiction hai ke Allah chahe kisi ko maaf kare, chahe us ko hidayat de aur yeh woh log zalim hain, is mein koi shubah nahi hai lekin yeh Allah ke ikhtiyar mein hai.</w:t>
      </w:r>
    </w:p>
    <w:p>
      <w:pPr>
        <w:jc w:val="right"/>
      </w:pPr>
      <w:r>
        <w:t>تو اس وقت جو ہے اللہ تعالی کا فرشتہ فوراً آپ کے پاس آیا اور کہا کہ دیکھو اس کا تم کو اختیار نہیں ہے، یہ اللہ کے jurisdiction ہے کہ اللہ چاہے کسی کو معاف کرے، چاہے اس کو ہدایت دے اور یہ وہ لوگ ظالم ہیں، اس میں کوئی شبہ نہیں ہے لیکن یہ اللہ کے اختیار میں ہے۔</w:t>
      </w:r>
    </w:p>
    <w:p>
      <w:r>
        <w:rPr>
          <w:b/>
        </w:rPr>
        <w:t xml:space="preserve">[15:06] </w:t>
      </w:r>
      <w:r>
        <w:t>to yeh is se samajh mein aata hai ke jo hum log doosron ko zalim kehna shuru kar dete hain, doosron ki burai karna shuru kar dete hain, doosron ke liye bad duaen dete hain to messages aate hain ke in yeh bad dua ka alfaaz hain, yeh bad dua karen.</w:t>
      </w:r>
    </w:p>
    <w:p>
      <w:pPr>
        <w:jc w:val="right"/>
      </w:pPr>
      <w:r>
        <w:t>تو یہ اس سے سمجھ میں آتا ہے کہ جو ہم لوگ دوسروں کو ظالم کہنا شروع کر دیتے ہیں، دوسروں کی برائی کرنا شروع کر دیتے ہیں، دوسروں کے لیے بد دعائیں دیتے ہیں تو messages آتے ہیں کہ ان یہ بد دعا کا الفاظ ہیں، یہ بد دعا کریں۔</w:t>
      </w:r>
    </w:p>
    <w:p>
      <w:r>
        <w:rPr>
          <w:b/>
        </w:rPr>
        <w:t xml:space="preserve">[15:20] </w:t>
      </w:r>
      <w:r>
        <w:t>to yeh bilkul total sense mein hundred percent galat hai kyunke yeh hamare ikhtiyar mein hi nahi hai ke hum bad dua den.</w:t>
      </w:r>
    </w:p>
    <w:p>
      <w:pPr>
        <w:jc w:val="right"/>
      </w:pPr>
      <w:r>
        <w:t>تو یہ بالکل ٹوٹل سینس میں ہنڈرڈ پرسنٹ غلط ہے کیونکہ یہ ہمارے اختیار میں ہی نہیں ہے کہ ہم بد دعا دیں۔</w:t>
      </w:r>
    </w:p>
    <w:p>
      <w:r>
        <w:rPr>
          <w:b/>
        </w:rPr>
        <w:t xml:space="preserve">[15:30] </w:t>
      </w:r>
      <w:r>
        <w:t>hum to ya to hum is ke liye kuch acha kaam karen, well wishing is ke liye hamare liye hamare paas ho ya to kam se kam itna ho ke hum khamosh rahen lekin hum is ke liye bad dua karen, is ka barbadi chahen.</w:t>
      </w:r>
    </w:p>
    <w:p>
      <w:pPr>
        <w:jc w:val="right"/>
      </w:pPr>
      <w:r>
        <w:t>ہم تو یا تو ہم اس کے لیے کچھ اچھا کام کریں، well wishing اس کے لیے ہمارے لیے ہمارے پاس ہو یا تو کم سے کم اتنا ہو کہ ہم خاموش رہیں لیکن ہم اس کے لیے بد دعا کریں، اس کا بربادی چاہیں۔</w:t>
      </w:r>
    </w:p>
    <w:p>
      <w:r>
        <w:rPr>
          <w:b/>
        </w:rPr>
        <w:t xml:space="preserve">[15:43] </w:t>
      </w:r>
      <w:r>
        <w:t>yeh hamare ikhtiyar mein nahi hai, yeh Khuda ke jurisdiction mein dakhil hona hai. to yeh baat bohat hi logon tak clear hona chahiye.</w:t>
      </w:r>
    </w:p>
    <w:p>
      <w:pPr>
        <w:jc w:val="right"/>
      </w:pPr>
      <w:r>
        <w:t>یہ ہمارے اختیار میں نہیں ہے، یہ خدا کے jurisdiction میں داخل ہونا ہے۔ تو یہ بات بہت ہی لوگوں تک clear ہونا چاہیے۔</w:t>
      </w:r>
    </w:p>
    <w:p>
      <w:r>
        <w:rPr>
          <w:b/>
        </w:rPr>
        <w:t xml:space="preserve">[15:55] </w:t>
      </w:r>
      <w:r>
        <w:t>to isi ko kaha gaya hai ke yeh hum agar jo jawabi akhlaq hai to woh Islam mein jaiz nahi hai balke hamara akhlaq usooli akhlaq hona chahiye.</w:t>
      </w:r>
    </w:p>
    <w:p>
      <w:pPr>
        <w:jc w:val="right"/>
      </w:pPr>
      <w:r>
        <w:t>تو اسی کو کہا گیا ہے کہ یہ ہم اگر جو جوابی اخلاق ہے تو وہ اسلام میں جائز نہیں ہے بلکہ ہمارا اخلاق اصولی اخلاق ہونا چاہیے۔</w:t>
      </w:r>
    </w:p>
    <w:p>
      <w:r>
        <w:rPr>
          <w:b/>
        </w:rPr>
        <w:t xml:space="preserve">[16:07] </w:t>
      </w:r>
      <w:r>
        <w:t>matlab usooli akhlaq ka matlab hamein hamesha aah acha acha badla logon ko dena hai, hamein hamesha honesty ke sath is duniya mein rehna hai, hamein hamesha imandari karna hai.</w:t>
      </w:r>
    </w:p>
    <w:p>
      <w:pPr>
        <w:jc w:val="right"/>
      </w:pPr>
      <w:r>
        <w:t>مطلب اصولی اخلاق کا مطلب ہمیں ہمیشہ آہ اچھا اچھا بدلہ لوگوں کو دینا ہے، ہمیں ہمیشہ honesty کے ساتھ اس دنیا میں رہنا ہے، ہمیں ہمیشہ ایمانداری کرنا ہے۔</w:t>
      </w:r>
    </w:p>
    <w:p>
      <w:r>
        <w:rPr>
          <w:b/>
        </w:rPr>
        <w:t xml:space="preserve">[16:19] </w:t>
      </w:r>
      <w:r>
        <w:t>to yeh nahi ke agar hamara koi dushman hai to hum us ke sath imandari ka muamla na karen kyunke hamein jab aakhirat mein jo poocha jayega woh aah hamara kaisi dealings theen logon ke sath, is ke zariye se hamara hisab kitab hoga.</w:t>
      </w:r>
    </w:p>
    <w:p>
      <w:pPr>
        <w:jc w:val="right"/>
      </w:pPr>
      <w:r>
        <w:t>تو یہ نہیں کہ اگر ہمارا کوئی دشمن ہے تو ہم اس کے ساتھ ایمانداری کا معاملہ نہ کریں کیونکہ ہمیں جب آخرت میں جو پوچھا جائے گا وہ آہ ہمارا کیسی dealings تھیں لوگوں کے ساتھ، اس کے ذریعے سے ہمارا حساب کتاب ہوگا۔</w:t>
      </w:r>
    </w:p>
    <w:p>
      <w:r>
        <w:rPr>
          <w:b/>
        </w:rPr>
        <w:t xml:space="preserve">[16:37] </w:t>
      </w:r>
      <w:r>
        <w:t>to Rasool Allah Sal Allahu Alaihi Wa Sallam ne ek baar bataya ke ad deen al muamalah to deen jo hai woh muamalah hai. to jo muamlaat mein hamein yahan judge kiya ja raha hai, hum is ke bare mein zyada consciously is par sochte nahi hain lekin hamein bohat hi zyada serious hona hai ke jahan hamein judge kiya ja raha hai woh muamalat hain aur woh khaas taur par muamalat jo hum kamzoron ke sath karte hain kyunke wahan hamein koi dar nahi hota siwaye Khuda ke.</w:t>
      </w:r>
    </w:p>
    <w:p>
      <w:pPr>
        <w:jc w:val="right"/>
      </w:pPr>
      <w:r>
        <w:t>تو رسول اللہ صلی اللہ علیہ وسلم نے ایک بار بتایا کہ الدین المعاملہ تو دین جو ہے وہ معاملہ ہے۔ تو جو معاملات میں ہمیں یہاں judge کیا جا رہا ہے، ہم اس کے بارے میں زیادہ consciously اس پر سوچتے نہیں ہیں لیکن ہمیں بہت ہی زیادہ serious ہونا ہے کہ جہاں ہمیں judge کیا جا رہا ہے وہ معاملات ہیں اور وہ خاص طور پر معاملات جو ہم کمزوروں کے ساتھ کرتے ہیں کیونکہ وہاں ہمیں کوئی ڈر نہیں ہوتا سوائے خدا کے۔</w:t>
      </w:r>
    </w:p>
    <w:p>
      <w:r>
        <w:rPr>
          <w:b/>
        </w:rPr>
        <w:t xml:space="preserve">[17:06] </w:t>
      </w:r>
      <w:r>
        <w:t>ab zyada taqatwar se to hum khud hi darte hain lekin kamzor ke liye hum ko hum jaisa kamzor ke sath jaisa amal karte hain woh khaas taur par Allah taala ke haan dekha jayega.</w:t>
      </w:r>
    </w:p>
    <w:p>
      <w:pPr>
        <w:jc w:val="right"/>
      </w:pPr>
      <w:r>
        <w:t>اب زیادہ طاقتور سے تو ہم خود ہی ڈرتے ہیں لیکن کمزور کے لیے ہم کو ہم جیسا کمزور کے ساتھ جیسا عمل کرتے ہیں وہ خاص طور پر اللہ تعالی کے ہاں دیکھا جائے گا۔</w:t>
      </w:r>
    </w:p>
    <w:p>
      <w:r>
        <w:rPr>
          <w:b/>
        </w:rPr>
        <w:t xml:space="preserve">[17:20] </w:t>
      </w:r>
      <w:r>
        <w:t>to baar baar Rasool Allah Sal Allahu Alaihi Wa Sallam ne yahi hukum diya. ek baar ek dehati aaya aur us ne kaha ke hum apne khadim ko, khadim ka matlab wahan hota tha ghulam, ghulam ko to log khoob pitai karte the, sab kuch karte the kyunke woh bechare ke paas na koi tribe hota tha pusht par, na maa baap hote the.</w:t>
      </w:r>
    </w:p>
    <w:p>
      <w:pPr>
        <w:jc w:val="right"/>
      </w:pPr>
      <w:r>
        <w:t>تو بار بار رسول اللہ صلی اللہ علیہ وسلم نے یہی حکم دیا۔ ایک بار ایک دیہاتی آیا اور اس نے کہا کہ ہم اپنے خادم کو، خادم کا مطلب وہاں ہوتا تھا غلام، غلام کو تو لوگ خوب پٹائی کرتے تھے، سب کچھ کرتے تھے کیونکہ وہ بیچارے کے پاس نہ کوئی tribe ہوتا تھا پشت پر، نہ ماں باپ ہوتے تھے۔</w:t>
      </w:r>
    </w:p>
    <w:p>
      <w:r>
        <w:rPr>
          <w:b/>
        </w:rPr>
        <w:t xml:space="preserve">[17:40] </w:t>
      </w:r>
      <w:r>
        <w:t>pehlay zamanay mein kahin bhi koi mil gaya, kahin padao pe hamla kar diya aur jo jo bhi mil gaya us ko utha laye. khud Hazrat Yusuf Alaihi Salam bhi isi tarike se ghulam ki hesiyat se bhej diye gaye the.</w:t>
      </w:r>
    </w:p>
    <w:p>
      <w:pPr>
        <w:jc w:val="right"/>
      </w:pPr>
      <w:r>
        <w:t>پہلے زمانے میں کہیں بھی کوئی مل گیا، کہیں پڑاؤ پہ حملہ کر دیا اور جو جو بھی مل گیا اس کو اٹھا لائے۔ خود حضرت یوسف علیہ السلام بھی اسی طریقے سے غلام کی حیثیت سے بھیج دیے گئے تھے۔</w:t>
      </w:r>
    </w:p>
    <w:p>
      <w:r>
        <w:rPr>
          <w:b/>
        </w:rPr>
        <w:t xml:space="preserve">[17:53] </w:t>
      </w:r>
      <w:r>
        <w:t>to ghulam hote the, un ke koi pusht par kuch hota nahi tha to un ke sath jaisa sulook karna chahte the woh karte the. to ek dehati ne poocha ke hum apne ghulam ko, apne khadim ko kitni baar ek din mein maaf karen?</w:t>
      </w:r>
    </w:p>
    <w:p>
      <w:pPr>
        <w:jc w:val="right"/>
      </w:pPr>
      <w:r>
        <w:t>تو غلام ہوتے تھے، ان کے کوئی پشت پر کچھ ہوتا نہیں تھا تو ان کے ساتھ جیسا سلوک کرنا چاہتے تھے وہ کرتے تھے۔ تو ایک دیہاتی نے پوچھا کہ ہم اپنے غلام کو، اپنے خادم کو کتنی بار ایک دن میں معاف کریں؟</w:t>
      </w:r>
    </w:p>
    <w:p>
      <w:r>
        <w:rPr>
          <w:b/>
        </w:rPr>
        <w:t xml:space="preserve">[18:06] </w:t>
      </w:r>
      <w:r>
        <w:t>aap ne kaha 70 baar maaf karo. is ka 70 baar ka matlab hai ke hamesha maaf karo. to ek baar aap baithe hue the Madinah mein kahin bahar to Hazrat Abu Bakr bhi aap ke sath the.</w:t>
      </w:r>
    </w:p>
    <w:p>
      <w:pPr>
        <w:jc w:val="right"/>
      </w:pPr>
      <w:r>
        <w:t>آپ نے کہا ستر بار معاف کرو۔ اس کا ستر بار کا مطلب ہے کہ ہمیشہ معاف کرو۔ تو ایک بار آپ بیٹھے ہوئے تھے مدینہ میں کہیں باہر تو حضرت ابوبکر بھی آپ کے ساتھ تھے۔</w:t>
      </w:r>
    </w:p>
    <w:p>
      <w:r>
        <w:rPr>
          <w:b/>
        </w:rPr>
        <w:t xml:space="preserve">[18:23] </w:t>
      </w:r>
      <w:r>
        <w:t>to koi aadmi aaya aur aap ko Hazrat Abu Bakr ko bura bhala kehne laga. ek baar unhon ne jawab nahi diya, do baar jawab nahi diya.</w:t>
      </w:r>
    </w:p>
    <w:p>
      <w:pPr>
        <w:jc w:val="right"/>
      </w:pPr>
      <w:r>
        <w:t>تو کوئی آدمی آیا اور آپ کو حضرت ابوبکر کو برا بھلا کہنے لگا۔ ایک بار انہوں نے جواب نہیں دیا، دو بار جواب نہیں دیا۔</w:t>
      </w:r>
    </w:p>
    <w:p>
      <w:r>
        <w:rPr>
          <w:b/>
        </w:rPr>
        <w:t xml:space="preserve">[18:31] </w:t>
      </w:r>
      <w:r>
        <w:t>jab teesri baar us ne phir wahi kaha, bohat zyada bura bhala keh raha tha to aap ne kuch jawab diya. to jawab diya to foran Rasool Allah Sal Allahu Alaihi Wa Sallam wahan se uth kar chale gaye.</w:t>
      </w:r>
    </w:p>
    <w:p>
      <w:pPr>
        <w:jc w:val="right"/>
      </w:pPr>
      <w:r>
        <w:t>جب تیسری بار اس نے پھر وہی کہا، بہت زیادہ برا بھلا کہہ رہا تھا تو آپ نے کچھ جواب دیا۔ تو جواب دیا تو فوراً رسول اللہ صلی اللہ علیہ وسلم وہاں سے اٹھ کر چلے گئے۔</w:t>
      </w:r>
    </w:p>
    <w:p>
      <w:r>
        <w:rPr>
          <w:b/>
        </w:rPr>
        <w:t xml:space="preserve">[18:42] </w:t>
      </w:r>
      <w:r>
        <w:t>to Hazrat Abu Bakr ne poocha ke aap kyun chale gaye? to Rasool Allah Sal Allahu Alaihi Wa Sallam ne jawab diya ke to jab tum khamosh the to tumhari taraf se farishta badla le raha tha, woh jawab de raha tha.</w:t>
      </w:r>
    </w:p>
    <w:p>
      <w:pPr>
        <w:jc w:val="right"/>
      </w:pPr>
      <w:r>
        <w:t>تو حضرت ابوبکر نے پوچھا کہ آپ کیوں چلے گئے؟ تو رسول اللہ صلی اللہ علیہ وسلم نے جواب دیا کہ تو جب تم خاموش تھے تو تمہاری طرف سے فرشتہ بدلہ لے رہا تھا، وہ جواب دے رہا تھا۔</w:t>
      </w:r>
    </w:p>
    <w:p>
      <w:r>
        <w:rPr>
          <w:b/>
        </w:rPr>
        <w:t xml:space="preserve">[18:55] </w:t>
      </w:r>
      <w:r>
        <w:t>jab tum bolne lage to farishta chala gaya, to phir main bhi chala gaya. to yeh hai ke aap aap Rasool the, aap ko doosron ki ghaltiyon ko batana bhi tha, tanqeed bhi karni thi.</w:t>
      </w:r>
    </w:p>
    <w:p>
      <w:pPr>
        <w:jc w:val="right"/>
      </w:pPr>
      <w:r>
        <w:t>جب تم بولنے لگے تو فرشتہ چلا گیا، تو پھر میں بھی چلا گیا۔ تو یہ ہے کہ آپ آپ رسول تھے، آپ کو دوسروں کی غلطیوں کو بتانا بھی تھا، تنقید بھی کرنی تھی۔</w:t>
      </w:r>
    </w:p>
    <w:p>
      <w:r>
        <w:rPr>
          <w:b/>
        </w:rPr>
        <w:t xml:space="preserve">[19:08] </w:t>
      </w:r>
      <w:r>
        <w:t>to aap ki tanqeed ka tareeqa yeh tha ke aap kabhi naam le kar tanqeed nahi karte the. kehte the logon ko kya ho gaya hai ke aisa karte hain aur aisa bolte hain.</w:t>
      </w:r>
    </w:p>
    <w:p>
      <w:pPr>
        <w:jc w:val="right"/>
      </w:pPr>
      <w:r>
        <w:t>تو آپ کی تنقید کا طریقہ یہ تھا کہ آپ کبھی نام لے کر تنقید نہیں کرتے تھے۔ کہتے تھے لوگوں کو کیا ہو گیا ہے کہ ایسا کرتے ہیں اور ایسا بولتے ہیں۔</w:t>
      </w:r>
    </w:p>
    <w:p>
      <w:r>
        <w:rPr>
          <w:b/>
        </w:rPr>
        <w:t xml:space="preserve">[19:18] </w:t>
      </w:r>
      <w:r>
        <w:t>to is tareeqay se aap ko logon ki izzat ka itna khayal rakhte the ke aap kabhi kisi ka naam nahi lete the. lekin woh baat bhi kehni hoti thi kyunke agar aap nahi kehte to phir kaun kehta?</w:t>
      </w:r>
    </w:p>
    <w:p>
      <w:pPr>
        <w:jc w:val="right"/>
      </w:pPr>
      <w:r>
        <w:t>تو اس طریقے سے آپ کو لوگوں کی عزت کا اتنا خیال رکھتے تھے کہ آپ کبھی کسی کا نام نہیں لیتے تھے۔ لیکن وہ بات بھی کہنی ہوتی تھی کیونکہ اگر آپ نہیں کہتے تو پھر کون کہتا؟</w:t>
      </w:r>
    </w:p>
    <w:p>
      <w:r>
        <w:rPr>
          <w:b/>
        </w:rPr>
        <w:t xml:space="preserve">[19:31] </w:t>
      </w:r>
      <w:r>
        <w:t>aap ko to poora jo hai sari aap ki teachings jo hain woh sari recorded hain aur is se log faida utha rahe hain. aur aap khud kitne humble the, kitne zyada Khuda se darne wale the.</w:t>
      </w:r>
    </w:p>
    <w:p>
      <w:pPr>
        <w:jc w:val="right"/>
      </w:pPr>
      <w:r>
        <w:t>آپ کو تو پورا جو ہے ساری آپ کی teachings جو ہیں وہ ساری recorded ہیں اور اس سے لوگ فائدہ اٹھا رہے ہیں۔ اور آپ خود کتنے humble تھے، کتنے زیادہ خدا سے ڈرنے والے تھے۔</w:t>
      </w:r>
    </w:p>
    <w:p>
      <w:r>
        <w:rPr>
          <w:b/>
        </w:rPr>
        <w:t xml:space="preserve">[19:46] </w:t>
      </w:r>
      <w:r>
        <w:t>beshumar waqiyat hain, main ne chand waqiyat jo hain Maulana ki kitab Paighambar Inqilab se liye hain. to ek baar ek Hazrat Anas ka yeh bayan hai ke ek baar aap chal rahe the rastay mein to aap ek Najrani chadar orhay hue the.</w:t>
      </w:r>
    </w:p>
    <w:p>
      <w:pPr>
        <w:jc w:val="right"/>
      </w:pPr>
      <w:r>
        <w:t>بے شمار واقعات ہیں، میں نے چند واقعات جو ہیں مولانا کی کتاب پیغمبر انقلاب سے لیے ہیں۔ تو ایک بار ایک حضرت انس کا یہ بیان ہے کہ ایک بار آپ چل رہے تھے راستے میں تو آپ ایک نجرانی چادر اوڑھے ہوئے تھے۔</w:t>
      </w:r>
    </w:p>
    <w:p>
      <w:r>
        <w:rPr>
          <w:b/>
        </w:rPr>
        <w:t xml:space="preserve">[20:02] </w:t>
      </w:r>
      <w:r>
        <w:t>to Najrani chadar jo hai us ka kinara thora mota hota hai, rough hota hai. to ek aadmi aaya, dehati budhu, us ke paas do oont the.</w:t>
      </w:r>
    </w:p>
    <w:p>
      <w:pPr>
        <w:jc w:val="right"/>
      </w:pPr>
      <w:r>
        <w:t>تو نجرانی چادر جو ہے اس کا کنارہ تھوڑا موٹا ہوتا ہے، rough ہوتا ہے۔ تو ایک آدمی آیا، دیہاتی بدھو، اس کے پاس دو اونٹ تھے۔</w:t>
      </w:r>
    </w:p>
    <w:p>
      <w:r>
        <w:rPr>
          <w:b/>
        </w:rPr>
        <w:t xml:space="preserve">[20:12] </w:t>
      </w:r>
      <w:r>
        <w:t>to us ne zor se chadar khenchi, itni zor se jhatka de kar ke aap ke gardan mein nishan par gaya aur kehne laga ke yeh mere do oont hain, is do oont ke barabar mujhe ghalla do aur jo maal hai na tumhara hai na tumhare baap ka hai.</w:t>
      </w:r>
    </w:p>
    <w:p>
      <w:pPr>
        <w:jc w:val="right"/>
      </w:pPr>
      <w:r>
        <w:t>تو اس نے زور سے چادر کھینچی، اتنی زور سے جھٹکا دے کر کہ آپ کے گردن میں نشان پڑ گیا اور کہنے لگا کہ یہ میرے دو اونٹ ہیں، اس دو اونٹ کے برابر مجھے غلہ دو اور جو مال ہے نہ تمہارا ہے نہ تمہارے باپ کا ہے۔</w:t>
      </w:r>
    </w:p>
    <w:p>
      <w:r>
        <w:rPr>
          <w:b/>
        </w:rPr>
        <w:t xml:space="preserve">[20:29] </w:t>
      </w:r>
      <w:r>
        <w:t>to agar aaj koi aisa keh de to log maarne dauren ge is ko. to aap aap muskuraye, aap ne kaha logon ne jo aap ke saathi the unhon ne daantna maarna chaha, aap ne mana kar diya.</w:t>
      </w:r>
    </w:p>
    <w:p>
      <w:pPr>
        <w:jc w:val="right"/>
      </w:pPr>
      <w:r>
        <w:t>تو اگر آج کوئی ایسا کہہ دے تو لوگ مارنے دوڑیں گے اس کو۔ تو آپ آپ مسکرائے، آپ نے کہا لوگوں نے جو آپ کے ساتھی تھے انہوں نے ڈانٹنا مارنا چاہا، آپ نے منع کر دیا۔</w:t>
      </w:r>
    </w:p>
    <w:p>
      <w:r>
        <w:rPr>
          <w:b/>
        </w:rPr>
        <w:t xml:space="preserve">[20:45] </w:t>
      </w:r>
      <w:r>
        <w:t>aap muskara diye. to aap yeh muskara diye ke woh sach much maal to mera hai nahi, maal to Allah ka hai aur jo hai woh to woh ab sahi baat keh raha hai.</w:t>
      </w:r>
    </w:p>
    <w:p>
      <w:pPr>
        <w:jc w:val="right"/>
      </w:pPr>
      <w:r>
        <w:t>آپ مسکرا دیے۔ تو آپ یہ مسکرا دیے کہ وہ سچ مچ مال تو میرا ہے نہیں، مال تو اللہ کا ہے اور جو ہے وہ تو وہ اب صحیح بات کہہ رہا ہے۔</w:t>
      </w:r>
    </w:p>
    <w:p>
      <w:r>
        <w:rPr>
          <w:b/>
        </w:rPr>
        <w:t xml:space="preserve">[20:56] </w:t>
      </w:r>
      <w:r>
        <w:t>to aap is ko muskara diye aur aap ne kaha ke tum is ko jao aur ek oont bojh jo hai is ko khajoor diya aur ek bojh oont jo hai is ko jo diya.</w:t>
      </w:r>
    </w:p>
    <w:p>
      <w:pPr>
        <w:jc w:val="right"/>
      </w:pPr>
      <w:r>
        <w:t>تو آپ اس کو مسکرا دیے اور آپ نے کہا کہ تم اس کو جاؤ اور ایک اونٹ بوجھ جو ہے اس کو کھجور دیا اور ایک بوجھ اونٹ جو ہے اس کو جو دیا۔</w:t>
      </w:r>
    </w:p>
    <w:p>
      <w:r>
        <w:rPr>
          <w:b/>
        </w:rPr>
        <w:t xml:space="preserve">[21:10] </w:t>
      </w:r>
      <w:r>
        <w:t>to is tareeqe se aap jo hain logon ke saamne jo hai examples set kar rahe the aur itne achhe examples hain ke agar log is ko apni zindagi mein aplaaye karein to poori zindagi un ki sudhar jaye.</w:t>
      </w:r>
    </w:p>
    <w:p>
      <w:pPr>
        <w:jc w:val="right"/>
      </w:pPr>
      <w:r>
        <w:t>تو اس طریقے سے آپ جو ہیں لوگوں کے سامنے جو ہے examples set کر رہے تھے اور اتنے اچھے examples ہیں کہ اگر لوگ اس کو اپنی زندگیوں میں اپلائے کریں تو پوری زندگی ان کی سدھر جائے۔</w:t>
      </w:r>
    </w:p>
    <w:p>
      <w:r>
        <w:rPr>
          <w:b/>
        </w:rPr>
        <w:t xml:space="preserve">[21:26] </w:t>
      </w:r>
      <w:r>
        <w:t>to phir Rasool Allah Sal Allah Alayhi Wasallam ne is se poocha bhi ke kya tum us waqt jab ke Rasool Allah ruler the Madine ke to aap ne poocha bhi ke kya tum aa mujh se darte nahi?</w:t>
      </w:r>
    </w:p>
    <w:p>
      <w:pPr>
        <w:jc w:val="right"/>
      </w:pPr>
      <w:r>
        <w:t>تو پھر رسول اللہ صلی اللہ علیہ وسلم نے اس سے پوچھا بھی کہ کیا تم اس وقت جب کہ رسول اللہ ruler تھے مدینے کے تو آپ نے پوچھا بھی کہ کیا تم آ مجھ سے ڈرتے نہیں؟</w:t>
      </w:r>
    </w:p>
    <w:p>
      <w:r>
        <w:rPr>
          <w:b/>
        </w:rPr>
        <w:t xml:space="preserve">[21:37] </w:t>
      </w:r>
      <w:r>
        <w:t>tum ne aisa bartao kiya? us ne kaha nahi, main mujhe pata hai ke aap koi bure jo hain burai ka badla burai se nahi dete hain.</w:t>
      </w:r>
    </w:p>
    <w:p>
      <w:pPr>
        <w:jc w:val="right"/>
      </w:pPr>
      <w:r>
        <w:t>تم نے ایسا برتاؤ کیا؟ اس نے کہا نہیں، میں مجھے پتہ ہے کہ آپ کوئی برے جو ہیں برائی کا بدلہ برائی سے نہیں دیتے ہیں۔</w:t>
      </w:r>
    </w:p>
    <w:p>
      <w:r>
        <w:rPr>
          <w:b/>
        </w:rPr>
        <w:t xml:space="preserve">[21:46] </w:t>
      </w:r>
      <w:r>
        <w:t>phir aap phir muskuraye. to is ka matlab hai ke yeh sab ko maloom tha ke aap burai ka badla burai se nahi dete hain balkeh hamesha logon ko maaf karte hain.</w:t>
      </w:r>
    </w:p>
    <w:p>
      <w:pPr>
        <w:jc w:val="right"/>
      </w:pPr>
      <w:r>
        <w:t>پھر آپ پھر مسکرائے۔ تو اس کا مطلب ہے کہ یہ سب کو معلوم تھا کہ آپ برائی کا بدلہ برائی سے نہیں دیتے ہیں بلکہ ہمیشہ لوگوں کو معاف کرتے ہیں۔</w:t>
      </w:r>
    </w:p>
    <w:p>
      <w:r>
        <w:rPr>
          <w:b/>
        </w:rPr>
        <w:t xml:space="preserve">[21:58] </w:t>
      </w:r>
      <w:r>
        <w:t>to is tareeqe se jo ghussa tha woh aap ke tahammul par ghalib rehta tha. to hamesha aap logon ko maaf karte aur kabhi bhi aisa nahi hua ke aap ne kisi se badla liya ho aur logon ke liye duaen karte jab dekhte ke log jo hain baaten baat nahi sun rahe hain aur koi asar nahi ho raha un ke upar to un ke liye duaen karte.</w:t>
      </w:r>
    </w:p>
    <w:p>
      <w:pPr>
        <w:jc w:val="right"/>
      </w:pPr>
      <w:r>
        <w:t>تو اس طریقے سے جو غصہ تھا وہ آپ کے تحمل پر غالب رہتا تھا۔ تو ہمیشہ آپ لوگوں کو معاف کرتے اور کبھی بھی ایسا نہیں ہوا کہ آپ نے کسی سے بدلہ لیا ہو اور لوگوں کے لیے دعائیں کرتے جب دیکھتے کہ لوگ جو ہیں باتیں بات نہیں سن رہے ہیں اور کوئی اثر نہیں ہو رہا ان کے اوپر تو ان کے لیے دعائیں کرتے۔</w:t>
      </w:r>
    </w:p>
    <w:p>
      <w:r>
        <w:rPr>
          <w:b/>
        </w:rPr>
        <w:t xml:space="preserve">[22:22] </w:t>
      </w:r>
      <w:r>
        <w:t>to yahi kehte hain ke yeh jo deen al ma'amla yani insaan ka imtehaan ma'amlaat se hota hai to humein har haalat mein apne ma'amlaat mein bilkul honesty ka tareeqa ikhtiyar karna hai.</w:t>
      </w:r>
    </w:p>
    <w:p>
      <w:pPr>
        <w:jc w:val="right"/>
      </w:pPr>
      <w:r>
        <w:t>تو یہی کہتے ہیں کہ یہ جو الدین المعاملہ یعنی انسان کا امتحان معاملات سے ہوتا ہے تو ہمیں ہر حالت میں اپنے معاملات میں بالکل honesty کا طریقہ اختیار کرنا ہے۔</w:t>
      </w:r>
    </w:p>
    <w:p>
      <w:r>
        <w:rPr>
          <w:b/>
        </w:rPr>
        <w:t xml:space="preserve">[22:38] </w:t>
      </w:r>
      <w:r>
        <w:t>itni badi badi aap ne maafi diya hai ke koi soch bhi nahi sakta jab aa Makka fatah hua aur us waqt aap victoriously Makka mein dakhil hue, aap ke saath das hazar sahaba the.</w:t>
      </w:r>
    </w:p>
    <w:p>
      <w:pPr>
        <w:jc w:val="right"/>
      </w:pPr>
      <w:r>
        <w:t>اتنی بڑی بڑی آپ نے معافی دیا ہے کہ کوئی سوچ بھی نہیں سکتا جب آ مکہ فتح ہوا اور اس وقت آپ victoriously مکہ میں داخل ہوئے، آپ کے ساتھ دس ہزار صحابہ تھے۔</w:t>
      </w:r>
    </w:p>
    <w:p>
      <w:r>
        <w:rPr>
          <w:b/>
        </w:rPr>
        <w:t xml:space="preserve">[22:52] </w:t>
      </w:r>
      <w:r>
        <w:t>to us waqt jo Makke wale Quraish jo the jinhon ne itna zyada zulm aap ke aap ke upar kiya tha aur itni jangain ki thi, itna jis mein ek jang mein to Uhud mein to aap khud hi zakhmi ho gaye the buri tarah aur aap ke kitne saathi aa khatam ho gaye, shaheed ho gaye.</w:t>
      </w:r>
    </w:p>
    <w:p>
      <w:pPr>
        <w:jc w:val="right"/>
      </w:pPr>
      <w:r>
        <w:t>تو اس وقت جو مکے والے قریش جو تھے جنہوں نے اتنا زیادہ ظلم آپ کے آپ کے اوپر کیا تھا اور اتنی جنگیں کی تھیں، اتنا جس میں ایک جنگ میں تو احد میں تو آپ خود ہی زخمی ہو گئے تھے بری طرح اور آپ کے کتنے ساتھی آ ختم ہو گئے، شہید ہو گئے۔</w:t>
      </w:r>
    </w:p>
    <w:p>
      <w:r>
        <w:rPr>
          <w:b/>
        </w:rPr>
        <w:t xml:space="preserve">[23:11] </w:t>
      </w:r>
      <w:r>
        <w:t>matlab kya kuch nahi hua lekin jab woh jangi mujrim jo hain aap ke saamne laye gaye Ka'aba mein to aap ne is tamam logon ko maaf kar diya aur un se kaha ke jao tum azaad ho.</w:t>
      </w:r>
    </w:p>
    <w:p>
      <w:pPr>
        <w:jc w:val="right"/>
      </w:pPr>
      <w:r>
        <w:t>مطلب کیا کچھ نہیں ہوا لیکن جب وہ جنگی مجرم جو ہیں آپ کے سامنے لائے گئے کعبہ میں تو آپ نے اس تمام لوگوں کو معاف کر دیا اور ان سے کہا کہ جاؤ تم آزاد ہو۔</w:t>
      </w:r>
    </w:p>
    <w:p>
      <w:r>
        <w:rPr>
          <w:b/>
        </w:rPr>
        <w:t xml:space="preserve">[23:25] </w:t>
      </w:r>
      <w:r>
        <w:t>to yeh aap aisa kyun kar kiya aap ne? kyunke aaj jo hai aaj aadmi sochega ke agar hum un ko maaf karenge to yeh to aur dalair ho jayenge aur zyada zulm karenge.</w:t>
      </w:r>
    </w:p>
    <w:p>
      <w:pPr>
        <w:jc w:val="right"/>
      </w:pPr>
      <w:r>
        <w:t>تو یہ آپ ایسا کیوں کر کیا آپ نے؟ کیونکہ آج جو ہے آج آدمی سوچے گا کہ اگر ہم ان کو معاف کریں گے تو یہ تو اور دلیر ہو جائیں گے اور زیادہ ظلم کریں گے۔</w:t>
      </w:r>
    </w:p>
    <w:p>
      <w:r>
        <w:rPr>
          <w:b/>
        </w:rPr>
        <w:t xml:space="preserve">[23:36] </w:t>
      </w:r>
      <w:r>
        <w:t>lekin aap ko pata tha ke yeh log jo hain in ka conscience itna zyada awakened ho jayega ke woh zulm ke qabil hi nahi rahenge.</w:t>
      </w:r>
    </w:p>
    <w:p>
      <w:pPr>
        <w:jc w:val="right"/>
      </w:pPr>
      <w:r>
        <w:t>لیکن آپ کو پتہ تھا کہ یہ لوگ جو ہیں ان کا conscience اتنا زیادہ awakened ہو جائے گا کہ وہ ظلم کے قابل ہی نہیں رہیں گے۔</w:t>
      </w:r>
    </w:p>
    <w:p>
      <w:r>
        <w:rPr>
          <w:b/>
        </w:rPr>
        <w:t xml:space="preserve">[23:45] </w:t>
      </w:r>
      <w:r>
        <w:t>woh tamam ke tamam log jo hain ek do din ke andar andar saare ke saare Islam mein dakhil ho gaye. to is tareeqe se jo Bible mein bar bar aaya hai ke Khuda ki badshahat aane wali hai.</w:t>
      </w:r>
    </w:p>
    <w:p>
      <w:pPr>
        <w:jc w:val="right"/>
      </w:pPr>
      <w:r>
        <w:t>وہ تمام کے تمام لوگ جو ہیں ایک دو دن کے اندر اندر سارے کے سارے اسلام میں داخل ہو گئے۔ تو اس طریقے سے جو بائبل میں بار بار آیا ہے کہ خدا کی بادشاہت آنے والی ہے۔</w:t>
      </w:r>
    </w:p>
    <w:p>
      <w:r>
        <w:rPr>
          <w:b/>
        </w:rPr>
        <w:t xml:space="preserve">[24:00] </w:t>
      </w:r>
      <w:r>
        <w:t>to yahi Khuda ki badshahat thi. aap ne pehli bar duniya mein aa Khuda ka deen jo hai woh ghalib kiya. Khuda ka deen ghalib woh political sense mein nahi balkeh deen ko preserve kiya.</w:t>
      </w:r>
    </w:p>
    <w:p>
      <w:pPr>
        <w:jc w:val="right"/>
      </w:pPr>
      <w:r>
        <w:t>تو یہی خدا کی بادشاہت تھی۔ آپ نے پہلی بار دنیا میں آ خدا کا دین جو ہے وہ غالب کیا۔ خدا کا دین غالب وہ political sense میں نہیں بلکہ دین کو preserve کیا۔</w:t>
      </w:r>
    </w:p>
    <w:p>
      <w:r>
        <w:rPr>
          <w:b/>
        </w:rPr>
        <w:t xml:space="preserve">[24:15] </w:t>
      </w:r>
      <w:r>
        <w:t>deen ko logon ke liye mehfooz kiya aur itna zyada tamam aap ki jo teachings thi aur Quran aur Hadith aur Sunnat sari ki sari cheezein aisi mehfooz ho gayin ke kisi insaan ke liye yeh mushkil na rahi ke Khuda ka asal deen kya hai.</w:t>
      </w:r>
    </w:p>
    <w:p>
      <w:pPr>
        <w:jc w:val="right"/>
      </w:pPr>
      <w:r>
        <w:t>دین کو لوگوں کے لیے محفوظ کیا اور اتنا زیادہ تمام آپ کی جو teachings تھیں اور قرآن اور حدیث اور سنت ساری کی ساری چیزیں ایسی محفوظ ہو گئیں کہ کسی انسان کے لیے یہ مشکل نہ رہی کہ خدا کا اصل دین کیا ہے۔</w:t>
      </w:r>
    </w:p>
    <w:p>
      <w:r>
        <w:rPr>
          <w:b/>
        </w:rPr>
        <w:t xml:space="preserve">[24:36] </w:t>
      </w:r>
      <w:r>
        <w:t>to har aadmi jo hai is ko pa sakta hai, is ko jaan sakta hai. yeh jo hai Allah taala ne is mein poori Rasool Allah Sal Allah Alayhi Wasallam ki madad ki aur izhaar deen jo hai aap ke zariye se mukammal ho gaya.</w:t>
      </w:r>
    </w:p>
    <w:p>
      <w:pPr>
        <w:jc w:val="right"/>
      </w:pPr>
      <w:r>
        <w:t>تو ہر آدمی جو ہے اس کو پا سکتا ہے، اس کو جان سکتا ہے۔ یہ جو ہے اللہ تعالی نے اس میں پوری رسول اللہ صلی اللہ علیہ وسلم کی مدد کی اور اظہار دین جو ہے آپ کے ذریعے سے مکمل ہو گیا۔</w:t>
      </w:r>
    </w:p>
    <w:p>
      <w:r>
        <w:rPr>
          <w:b/>
        </w:rPr>
        <w:t xml:space="preserve">[24:52] </w:t>
      </w:r>
      <w:r>
        <w:t>to inshallah taala ab kuch sawal jawab lenge.</w:t>
      </w:r>
    </w:p>
    <w:p>
      <w:pPr>
        <w:jc w:val="right"/>
      </w:pPr>
      <w:r>
        <w:t>تو انشاء اللہ تعالی اب کچھ سوال جواب لیں گے۔</w:t>
      </w:r>
    </w:p>
    <w:p>
      <w:r>
        <w:rPr>
          <w:b/>
        </w:rPr>
        <w:t xml:space="preserve">[25:08] </w:t>
      </w:r>
      <w:r>
        <w:t>papa aaj ki talk jo aap ne di hai</w:t>
      </w:r>
    </w:p>
    <w:p>
      <w:pPr>
        <w:jc w:val="right"/>
      </w:pPr>
      <w:r>
        <w:t>پاپا آج کی ٹاک جو آپ نے دی ہے</w:t>
      </w:r>
    </w:p>
    <w:p>
      <w:r>
        <w:rPr>
          <w:b/>
        </w:rPr>
        <w:t xml:space="preserve">[25:14] </w:t>
      </w:r>
      <w:r>
        <w:t>Rasool Allah Sal Allah Alayhi Wasallam ke rehmat ke is par to is par mujhe ek Hadees yaad aayi jo aap ne khaas taur se woh ek dehati ka waqia bataya tha ke na tumhara hai aur tumhare baap aur na tumhare baap ka hai.</w:t>
      </w:r>
    </w:p>
    <w:p>
      <w:pPr>
        <w:jc w:val="right"/>
      </w:pPr>
      <w:r>
        <w:t>رسول اللہ صلی اللہ علیہ وسلم کے رحمت کے اس پر تو اس پر مجھے ایک حدیث یاد آئی جو آپ نے خاص طور سے وہ ایک دیہاتی کا واقعہ بتایا تھا کہ نہ تمہارا ہے اور تمہارے باپ اور نہ تمہارے باپ کا ہے۔</w:t>
      </w:r>
    </w:p>
    <w:p>
      <w:r>
        <w:rPr>
          <w:b/>
        </w:rPr>
        <w:t xml:space="preserve">[25:29] </w:t>
      </w:r>
      <w:r>
        <w:t>to ek Hadees yaad aayi ke Rasool Allah Sal Allah Alayhi Wasallam aisa kyun kiya karte the ke Rasool Allah Sal Allah Alayhi Wasallam ne kaha in Allah azza wa jall yuhibbu ma'ali al-akhlaq wa ashrafahu wa yakrahu safsafahu ke Allah taala aala akhlaq ko pasand karta hai aur sasti cheezon ko woh napasand karta hai.</w:t>
      </w:r>
    </w:p>
    <w:p>
      <w:pPr>
        <w:jc w:val="right"/>
      </w:pPr>
      <w:r>
        <w:t>تو ایک حدیث یاد آئی کہ رسول اللہ صلی اللہ علیہ وسلم ایسا کیوں کیا کرتے تھے کہ رسول اللہ صلی اللہ علیہ وسلم نے کہا ان اللہ عزوجل یحب معالی الاخلاق واشرافہ ویکره صفصافہ کہ اللہ تعالی اعلی اخلاق کو پسند کرتا ہے اور سلی چیزوں کو وہ ناپسند کرتا ہے۔</w:t>
      </w:r>
    </w:p>
    <w:p>
      <w:r>
        <w:rPr>
          <w:b/>
        </w:rPr>
        <w:t xml:space="preserve">[25:50] </w:t>
      </w:r>
      <w:r>
        <w:t>to yeh sab cheezein aisi thi jis par dhyan dene ki zaroorat nahi thi. aadmi ko oonchi soch rakhni chahiye aur oonchi soch rakhne wala aadmi hi aa rehmat mein hissa pa sakta hai, doosron ko apni rehmat se hissa de sakta hai.</w:t>
      </w:r>
    </w:p>
    <w:p>
      <w:pPr>
        <w:jc w:val="right"/>
      </w:pPr>
      <w:r>
        <w:t>تو یہ سب چیزیں ایسی تھیں جس پر دھیان دینے کی ضرورت نہیں تھی۔ آدمی کو اونچی سوچ رکھنی چاہیے اور اونچی سوچ رکھنے والا آدمی ہی آ رحمت میں حصہ پا سکتا ہے، دوسروں کو اپنی رحمت سے حصہ دے سکتا ہے۔</w:t>
      </w:r>
    </w:p>
    <w:p>
      <w:r>
        <w:rPr>
          <w:b/>
        </w:rPr>
        <w:t xml:space="preserve">[26:06] </w:t>
      </w:r>
      <w:r>
        <w:t>aur mujhe ek aur Hadees, ek aur waqia yaad aata hai Rasool Allah Sal Allah Alayhi Wasallam ka jis se hum samajh sakte hain ke Rasool Allah Sal Allah Alayhi Wasallam ki rehmat kitni phaili hui thi ke hijrat ka mauqa tha.</w:t>
      </w:r>
    </w:p>
    <w:p>
      <w:pPr>
        <w:jc w:val="right"/>
      </w:pPr>
      <w:r>
        <w:t>اور مجھے ایک اور حدیث، ایک اور واقعہ یاد آتا ہے رسول اللہ صلی اللہ علیہ وسلم کا جس سے ہم سمجھ سکتے ہیں کہ رسول اللہ صلی اللہ علیہ وسلم کی رحمت کتنی پھیلی ہوئی تھی کہ ہجرت کا موقع تھا۔</w:t>
      </w:r>
    </w:p>
    <w:p>
      <w:r>
        <w:rPr>
          <w:b/>
        </w:rPr>
        <w:t xml:space="preserve">[26:17] </w:t>
      </w:r>
      <w:r>
        <w:t>hijrat ke liye Rasool Allah Sal Allah Alayhi Wasallam ja rahe the. aa jab Madine ke qareeb pahunche to maloom hua ke yahan par aa qabeela Bani Aslam ke do chor hain.</w:t>
      </w:r>
    </w:p>
    <w:p>
      <w:pPr>
        <w:jc w:val="right"/>
      </w:pPr>
      <w:r>
        <w:t>ہجرت کے لیے رسول اللہ صلی اللہ علیہ وسلم جا رہے تھے۔ آ جب مدینہ کے قریب پہنچے تو معلوم ہوا کہ یہاں پر آ قبیلہ بنی اسلم کے دو چور ہیں۔</w:t>
      </w:r>
    </w:p>
    <w:p>
      <w:r>
        <w:rPr>
          <w:b/>
        </w:rPr>
        <w:t xml:space="preserve">[26:27] </w:t>
      </w:r>
      <w:r>
        <w:t>to is ko qabeela walon ne in ka naam rakha tha al-muhnan, do zaleel aadmi. rasool allah salallaho alaihi wasallam ke paas woh aaye to unhon ne kaha ke mujhe qabeela walay al-muhnan kehtay hain.</w:t>
      </w:r>
    </w:p>
    <w:p>
      <w:pPr>
        <w:jc w:val="right"/>
      </w:pPr>
      <w:r>
        <w:t>تو اس کو قبیلہ والوں نے ان کا نام رکھا تھا المحنان، دو ذلیل آدمی۔ رسول اللہ صلی اللہ علیہ وسلم کے پاس وہ آئے تو انہوں نے کہا کہ مجھے قبیلہ والے المحنان کہتے ہیں۔</w:t>
      </w:r>
    </w:p>
    <w:p>
      <w:r>
        <w:rPr>
          <w:b/>
        </w:rPr>
        <w:t xml:space="preserve">[26:39] </w:t>
      </w:r>
      <w:r>
        <w:t>to rasool allah salallaho alaihi wasallam ne un se kaha nahi, tum log al-mukraman ho, yaani do ba-izazat aadmi ho. to aik aadmi ke liye hope paida karna bhi rehmat ka hissa hota hai.</w:t>
      </w:r>
    </w:p>
    <w:p>
      <w:pPr>
        <w:jc w:val="right"/>
      </w:pPr>
      <w:r>
        <w:t>تو رسول اللہ صلی اللہ علیہ وسلم نے ان سے کہا نہیں، تم لوگ المکرمان ہو، یعنی دو باعزت آدمی ہو۔ تو ایک آدمی کے لیے hope پیدا کرنا بھی رحمت کا حصہ ہوتا ہے۔</w:t>
      </w:r>
    </w:p>
    <w:p>
      <w:r>
        <w:rPr>
          <w:b/>
        </w:rPr>
        <w:t xml:space="preserve">[26:58] </w:t>
      </w:r>
      <w:r>
        <w:t>doctor taqvi siddiqui aa nayi dilli se sawal karti hain ke aa profit muhammad ka insaniyat ke liye sab se bara contribution kya hai?</w:t>
      </w:r>
    </w:p>
    <w:p>
      <w:pPr>
        <w:jc w:val="right"/>
      </w:pPr>
      <w:r>
        <w:t>ڈاکٹر تقوی صدیقی آ نئی دہلی سے سوال کرتی ہیں کہ آ پرافٹ محمد کا انسانیت کے لیے سب سے بڑا contribution کیا ہے؟</w:t>
      </w:r>
    </w:p>
    <w:p>
      <w:r>
        <w:rPr>
          <w:b/>
        </w:rPr>
        <w:t xml:space="preserve">[27:17] </w:t>
      </w:r>
      <w:r>
        <w:t>sab se bara contribution to yahi hai ke aap ne bilkul clear concept toheed ka diya. har mazhab mein kuch na kuch is mein aamizish ho gayi thi.</w:t>
      </w:r>
    </w:p>
    <w:p>
      <w:pPr>
        <w:jc w:val="right"/>
      </w:pPr>
      <w:r>
        <w:t>سب سے بڑا contribution تو یہی ہے کہ آپ نے بالکل clear concept توحید کا دیا۔ ہر مذہب میں کچھ نہ کچھ اس میں آمیزش ہو گئی تھی۔</w:t>
      </w:r>
    </w:p>
    <w:p>
      <w:r>
        <w:rPr>
          <w:b/>
        </w:rPr>
        <w:t xml:space="preserve">[27:31] </w:t>
      </w:r>
      <w:r>
        <w:t>lekin aap ke haan toheed ka concept, aakhirat ka concept bilkul clear hai. aik baar aik aik yahoodi aa ne janna chaha ke concept of death ke baray mein to us ne tamam mazhab ko parha,</w:t>
      </w:r>
    </w:p>
    <w:p>
      <w:pPr>
        <w:jc w:val="right"/>
      </w:pPr>
      <w:r>
        <w:t>لیکن آپ کے ہاں توحید کا concept، آخرت کا concept بالکل clear ہے۔ ایک بار ایک ایک یہودی آ نے جاننا چاہا کہ concept of death کے بارے میں تو اس نے تمام مذہب کو پڑھا،</w:t>
      </w:r>
    </w:p>
    <w:p>
      <w:r>
        <w:rPr>
          <w:b/>
        </w:rPr>
        <w:t xml:space="preserve">[27:48] </w:t>
      </w:r>
      <w:r>
        <w:t>un ki aasmani kitabon ko parha lekin us ko concepts of death clear nahi hua. to us ne is quran parha to wahan par us ko bilkul clear concept mila.</w:t>
      </w:r>
    </w:p>
    <w:p>
      <w:pPr>
        <w:jc w:val="right"/>
      </w:pPr>
      <w:r>
        <w:t>ان کی آسمانی کتابوں کو پڑھا لیکن اس کو concepts of death clear نہیں ہوا۔ تو اس نے اس قرآن پڑھا تو وہاں پر اس کو بالکل clear concept ملا۔</w:t>
      </w:r>
    </w:p>
    <w:p>
      <w:r>
        <w:rPr>
          <w:b/>
        </w:rPr>
        <w:t xml:space="preserve">[28:01] </w:t>
      </w:r>
      <w:r>
        <w:t>to bohat ziyada mutasir hua. to har cheez aik dam clear hai kyun ke islam aik preserved religion hai.</w:t>
      </w:r>
    </w:p>
    <w:p>
      <w:pPr>
        <w:jc w:val="right"/>
      </w:pPr>
      <w:r>
        <w:t>تو بہت زیادہ متاثر ہوا۔ تو ہر چیز ایک دم clear ہے کیونکہ اسلام ایک preserved religion ہے۔</w:t>
      </w:r>
    </w:p>
    <w:p>
      <w:r>
        <w:rPr>
          <w:b/>
        </w:rPr>
        <w:t xml:space="preserve">[28:10] </w:t>
      </w:r>
      <w:r>
        <w:t>to aur is se is ke doosra jo amli sense mein jo social sense mein hai woh peace hai.</w:t>
      </w:r>
    </w:p>
    <w:p>
      <w:pPr>
        <w:jc w:val="right"/>
      </w:pPr>
      <w:r>
        <w:t>تو اور اس سے اس کے دوسرا جو عملی sense میں جو social sense میں ہے وہ peace ہے۔</w:t>
      </w:r>
    </w:p>
    <w:p>
      <w:r>
        <w:rPr>
          <w:b/>
        </w:rPr>
        <w:t xml:space="preserve">[28:19] </w:t>
      </w:r>
      <w:r>
        <w:t>to pehli baar aap ke zamanay mein saaray jo kaam hotay thay us mein jang jo hai sab se ziyada glorify kiya jata tha. lekin aap ne peace ko glorify kiya.</w:t>
      </w:r>
    </w:p>
    <w:p>
      <w:pPr>
        <w:jc w:val="right"/>
      </w:pPr>
      <w:r>
        <w:t>تو پہلی بار آپ کے زمانے میں سارے جو کام ہوتے تھے اس میں جنگ جو ہے سب سے زیادہ glorify کیا جاتا تھا۔ لیکن آپ نے peace کو glorify کیا۔</w:t>
      </w:r>
    </w:p>
    <w:p>
      <w:r>
        <w:rPr>
          <w:b/>
        </w:rPr>
        <w:t xml:space="preserve">[28:30] </w:t>
      </w:r>
      <w:r>
        <w:t>aap ne tamam kaam jo hai peace ke zariye se tamam jo hai aa achievement jo hai peace ke zariye se hasil ki. to aap ne logon ko bata diya ke jang se kuch milnay wala nahi hai.</w:t>
      </w:r>
    </w:p>
    <w:p>
      <w:pPr>
        <w:jc w:val="right"/>
      </w:pPr>
      <w:r>
        <w:t>آپ نے تمام کام جو ہے peace کے ذریعے سے تمام جو ہے آ achievement جو ہے peace کے ذریعے سے حاصل کی۔ تو آپ نے لوگوں کو بتا دیا کہ جنگ سے کچھ ملنے والا نہیں ہے۔</w:t>
      </w:r>
    </w:p>
    <w:p>
      <w:r>
        <w:rPr>
          <w:b/>
        </w:rPr>
        <w:t xml:space="preserve">[28:43] </w:t>
      </w:r>
      <w:r>
        <w:t>jang do tarafah tabahi hoti hai. to isi wajah se aap ne sulah hudaybiya ki aur sulah hudaybiya ke baad bohat tezi se islam saaray arab mein phail gaya.</w:t>
      </w:r>
    </w:p>
    <w:p>
      <w:pPr>
        <w:jc w:val="right"/>
      </w:pPr>
      <w:r>
        <w:t>جنگ دو طرفہ تباہی ہوتی ہے۔ تو اسی وجہ سے آپ نے صلح حدیبیہ کی اور صلح حدیبیہ کے بعد بہت تیزی سے اسلام سارے عرب میں پھیل گیا۔</w:t>
      </w:r>
    </w:p>
    <w:p>
      <w:r>
        <w:rPr>
          <w:b/>
        </w:rPr>
        <w:t xml:space="preserve">[28:55] </w:t>
      </w:r>
      <w:r>
        <w:t>to yeh aa is religious level par toheed aur social level par peace ko aap ne bilkul clear concept diya.</w:t>
      </w:r>
    </w:p>
    <w:p>
      <w:pPr>
        <w:jc w:val="right"/>
      </w:pPr>
      <w:r>
        <w:t>تو یہ آ اس religious level پر توحید اور social level پر peace کو آپ نے بالکل clear concept دیا۔</w:t>
      </w:r>
    </w:p>
    <w:p>
      <w:r>
        <w:rPr>
          <w:b/>
        </w:rPr>
        <w:t xml:space="preserve">[29:05] </w:t>
      </w:r>
      <w:r>
        <w:t>to mere khayal mein yeh bohat bara contribution hai.</w:t>
      </w:r>
    </w:p>
    <w:p>
      <w:pPr>
        <w:jc w:val="right"/>
      </w:pPr>
      <w:r>
        <w:t>تو میرے خیال میں یہ بہت بڑا contribution ہے۔</w:t>
      </w:r>
    </w:p>
    <w:p>
      <w:r>
        <w:rPr>
          <w:b/>
        </w:rPr>
        <w:t xml:space="preserve">[29:11] </w:t>
      </w:r>
      <w:r>
        <w:t>miss shahnaz lahore, what is the hudaybiya model of peace? is it applicable today? dekhen, is sulah ka jo aik aisa concept hai ke hamesha applicable hi rahay ga, chahe woh ghar ho ya bahar ho.</w:t>
      </w:r>
    </w:p>
    <w:p>
      <w:pPr>
        <w:jc w:val="right"/>
      </w:pPr>
      <w:r>
        <w:t>مس شہناز لاہور، واٹ از دی حدیبیہ ماڈل آف پیس؟ از اٹ ایپلیکیبل ٹوڈے؟ دیکھیں، اس صلح کا جو ایک ایسا concept ہے کہ ہمیشہ ایپلیکیبل ہی رہے گا، چاہے وہ گھر ہو یا باہر ہو۔</w:t>
      </w:r>
    </w:p>
    <w:p>
      <w:r>
        <w:rPr>
          <w:b/>
        </w:rPr>
        <w:t xml:space="preserve">[29:31] </w:t>
      </w:r>
      <w:r>
        <w:t>kyun ke lar kar aadmi ziyada dair tak survive nahi kar sakta hai. to sulah jo hai quran shareef mein aaya hai: "al-sulhu khayr, reconciliation is the best".</w:t>
      </w:r>
    </w:p>
    <w:p>
      <w:pPr>
        <w:jc w:val="right"/>
      </w:pPr>
      <w:r>
        <w:t>کیونکہ لڑ کر آدمی زیادہ دیر تک survive نہیں کر سکتا ہے۔ تو صلح جو ہے قرآن شریف میں آیا ہے: "الصلح خیر، reconciliation is the best"۔</w:t>
      </w:r>
    </w:p>
    <w:p>
      <w:r>
        <w:rPr>
          <w:b/>
        </w:rPr>
        <w:t xml:space="preserve">[29:46] </w:t>
      </w:r>
      <w:r>
        <w:t>to sulah ke zariye se hi aap har kaam kar sakte hain. aur isi mein dunya ki taraqqi hai, isi mein apni taraqqi hai, isi mein intellectual development hai.</w:t>
      </w:r>
    </w:p>
    <w:p>
      <w:pPr>
        <w:jc w:val="right"/>
      </w:pPr>
      <w:r>
        <w:t>تو صلح کے ذریعے سے ہی آپ ہر کام کر سکتے ہیں۔ اور اسی میں دنیا کی ترقی ہے، اسی میں اپنی ترقی ہے، اسی میں intellectual development ہے۔</w:t>
      </w:r>
    </w:p>
    <w:p>
      <w:r>
        <w:rPr>
          <w:b/>
        </w:rPr>
        <w:t xml:space="preserve">[29:58] </w:t>
      </w:r>
      <w:r>
        <w:t>to rasool allah salallaho alaihi wasallam ne jo khaas baat batai woh yeh hai ke sulah yak tarafah tor par, sulah without any preconditions, sulah hudaybiya mein aap ne tamam sharaait ko manzoor kar liya.</w:t>
      </w:r>
    </w:p>
    <w:p>
      <w:pPr>
        <w:jc w:val="right"/>
      </w:pPr>
      <w:r>
        <w:t>تو رسول اللہ صلی اللہ علیہ وسلم نے جو خاص بات بتائی وہ یہ کہ صلح یکطرفہ طور پر، صلح without any preconditions، صلح حدیبیہ میں آپ نے تمام شرائط کو منظور کر لیا۔</w:t>
      </w:r>
    </w:p>
    <w:p>
      <w:r>
        <w:rPr>
          <w:b/>
        </w:rPr>
        <w:t xml:space="preserve">[30:13] </w:t>
      </w:r>
      <w:r>
        <w:t>aaj log sulah nahi kar pa rahe hain kyun ke koi shart ko, enemy ki shart ko, doosri party ki shart ko woh qabool karne ko tayyar nahi hotay.</w:t>
      </w:r>
    </w:p>
    <w:p>
      <w:pPr>
        <w:jc w:val="right"/>
      </w:pPr>
      <w:r>
        <w:t>آج لوگ صلح نہیں کر پا رہے ہیں کیونکہ کوئی شرط کو، enemy کی شرط کو، دوسری پارٹی کی شرط کو وہ قبول کرنے کو تیار نہیں ہوتے۔</w:t>
      </w:r>
    </w:p>
    <w:p>
      <w:r>
        <w:rPr>
          <w:b/>
        </w:rPr>
        <w:t xml:space="preserve">[30:24] </w:t>
      </w:r>
      <w:r>
        <w:t>to isi wajah se aa sulah kar hi nahi paate. aur bari bari jangain jo hain isi wajah se ho rahi hain. agar woh sulah kar letay to saari jangon ko, jangon ko avoid kar saktay thay.</w:t>
      </w:r>
    </w:p>
    <w:p>
      <w:pPr>
        <w:jc w:val="right"/>
      </w:pPr>
      <w:r>
        <w:t>تو اسی وجہ سے آ صلح کر ہی نہیں پاتے۔ اور بڑی بڑی جنگیں جو ہیں اسی وجہ سے ہو رہی ہیں۔ اگر وہ صلح کر لیتے تو ساری جنگیں کو، جنگوں کو avoid کر سکتے تھے۔</w:t>
      </w:r>
    </w:p>
    <w:p>
      <w:r>
        <w:rPr>
          <w:b/>
        </w:rPr>
        <w:t xml:space="preserve">[30:35] </w:t>
      </w:r>
      <w:r>
        <w:t>jang se kuch nahi hota siwaye barbadi ke. jo is ko prick victory kaha jata hai woh aaj bhi woh baray ziyada baray paimaanay par prick victory hoti hai.</w:t>
      </w:r>
    </w:p>
    <w:p>
      <w:pPr>
        <w:jc w:val="right"/>
      </w:pPr>
      <w:r>
        <w:t>جنگ سے کچھ نہیں ہوتا سوائے بربادی کے۔ جو اس کو prick victory کہا جاتا ہے وہ آج بھی وہ بڑے زیادہ بڑے پیمانے پر prick victory ہوتی ہے۔</w:t>
      </w:r>
    </w:p>
    <w:p>
      <w:r>
        <w:rPr>
          <w:b/>
        </w:rPr>
        <w:t xml:space="preserve">[30:46] </w:t>
      </w:r>
      <w:r>
        <w:t>yaani do tarafah tabahi. to aik to negativity aik dam prevail karti hai. har aadmi negative ho jata hai. aur doosray yeh ke resources ki barbadi hoti hai.</w:t>
      </w:r>
    </w:p>
    <w:p>
      <w:pPr>
        <w:jc w:val="right"/>
      </w:pPr>
      <w:r>
        <w:t>یعنی دو طرفہ تباہی۔ تو ایک تو negativity ایک دم prevail کرتی ہے۔ ہر آدمی negative ہو جاتا ہے۔ اور دوسرے یہ کہ resources کی بربادی ہوتی ہے۔</w:t>
      </w:r>
    </w:p>
    <w:p>
      <w:r>
        <w:rPr>
          <w:b/>
        </w:rPr>
        <w:t xml:space="preserve">[30:57] </w:t>
      </w:r>
      <w:r>
        <w:t>to humain har halat mein aa sulah karni hai. is mein zamanay se koi talluq nahi hai. yeh har zamanay mein itna hi relevant hai jitna pehle thi, itna aaj bhi woh relevant hai.</w:t>
      </w:r>
    </w:p>
    <w:p>
      <w:pPr>
        <w:jc w:val="right"/>
      </w:pPr>
      <w:r>
        <w:t>تو ہمیں ہر حالت میں آ صلح کرنی ہے۔ اس میں زمانے سے کوئی تعلق نہیں ہے۔ یہ ہر زمانے میں اتنا ہی relevant ہے جتنا پہلے تھی، اتنا آج بھی وہ relevant ہے۔</w:t>
      </w:r>
    </w:p>
    <w:p>
      <w:r>
        <w:rPr>
          <w:b/>
        </w:rPr>
        <w:t xml:space="preserve">[31:15] </w:t>
      </w:r>
      <w:r>
        <w:t>papa is par aik cheez mujhe poochna hai. woh yeh hai ke aaj kal kehtay hain peace with justice. to kya yeh cheez possible hai?</w:t>
      </w:r>
    </w:p>
    <w:p>
      <w:pPr>
        <w:jc w:val="right"/>
      </w:pPr>
      <w:r>
        <w:t>پاپا اس پر ایک چیز مجھے پوچھنا ہے۔ وہ یہ ہے کہ آج کل کہتے ہیں peace with justice۔ تو کیا یہ چیز possible ہے؟</w:t>
      </w:r>
    </w:p>
    <w:p>
      <w:r>
        <w:rPr>
          <w:b/>
        </w:rPr>
        <w:t xml:space="preserve">[31:25] </w:t>
      </w:r>
      <w:r>
        <w:t>nahi, peace with justice nahi possible hai kyun ke aa jab aap sulah kar len gay, peace ko hasil kar len gay, phir us ke baad aap ko kaam karna paray ga society mein.</w:t>
      </w:r>
    </w:p>
    <w:p>
      <w:pPr>
        <w:jc w:val="right"/>
      </w:pPr>
      <w:r>
        <w:t>نہیں، peace with justice نہیں possible ہے کیونکہ آ جب آپ صلح کر لیں گے، peace کو حاصل کر لیں گے، پھر اس کے بعد آپ کو کام کرنا پڑے گا society میں۔</w:t>
      </w:r>
    </w:p>
    <w:p>
      <w:r>
        <w:rPr>
          <w:b/>
        </w:rPr>
        <w:t xml:space="preserve">[31:38] </w:t>
      </w:r>
      <w:r>
        <w:t>jab aap kaam karen gay tab aap ko khud ba khud justice mil jaye ga. aap japan ki misaal le lijiye, aap kahin ki bhi misaal le lijiye. to unhon ne bas peace yak tarafah sharaait par peace kar liya america se.</w:t>
      </w:r>
    </w:p>
    <w:p>
      <w:pPr>
        <w:jc w:val="right"/>
      </w:pPr>
      <w:r>
        <w:t>جب آپ کام کریں گے تب آپ کو خود بخود justice مل جائے گا۔ آپ جاپان کی مثال لے لیجیے، آپ کہیں کی بھی مثال لے لیجیے۔ تو انہوں نے بس peace یکطرفہ شرائط پر peace کر لیا امریکہ سے۔</w:t>
      </w:r>
    </w:p>
    <w:p>
      <w:r>
        <w:rPr>
          <w:b/>
        </w:rPr>
        <w:t xml:space="preserve">[31:51] </w:t>
      </w:r>
      <w:r>
        <w:t>is ke baad unhon ne mehnat ki education ke level par, business ke level par. zabardast mehnat ki aur tees saal mein unhon ne sab kuch hasil kar liya.</w:t>
      </w:r>
    </w:p>
    <w:p>
      <w:pPr>
        <w:jc w:val="right"/>
      </w:pPr>
      <w:r>
        <w:t>اس کے بعد انہوں نے محنت کی education کے level پر، business کے level پر۔ زبردست محنت کی اور تیس سال میں انہوں نے سب کچھ حاصل کر لیا۔</w:t>
      </w:r>
    </w:p>
    <w:p>
      <w:r>
        <w:rPr>
          <w:b/>
        </w:rPr>
        <w:t xml:space="preserve">[32:01] </w:t>
      </w:r>
      <w:r>
        <w:t>agar woh kehte ke hamein hamein is hum sulah hi tabhi karenge jab hamein justice milega to unhein kuch bhi na milta. jaise musalman kar rahe hain har jagah ke hum justice ke sath sulah karenge to unhein kuch bhi nahi mil raha hai.</w:t>
      </w:r>
    </w:p>
    <w:p>
      <w:pPr>
        <w:jc w:val="right"/>
      </w:pPr>
      <w:r>
        <w:t>اگر وہ کہتے کہ ہمیں ہمیں اس ہم صلح ہی تبھی کریں گے جب ہمیں justice ملے گا تو انہیں کچھ بھی نہ ملتا۔ جیسے مسلمان کر رہے ہیں ہر جگہ کہ ہم justice کے ساتھ صلح کریں گے تو انہیں کچھ بھی نہیں مل رہا ہے۔</w:t>
      </w:r>
    </w:p>
    <w:p>
      <w:r>
        <w:rPr>
          <w:b/>
        </w:rPr>
        <w:t xml:space="preserve">[32:15] </w:t>
      </w:r>
      <w:r>
        <w:t>aur aaj so baras ho gaye hain ladte ladte kuch nahi mila. na falasteen ko kuch mila, na kisi aur mulk ko kuch mila. lekin japan ki misalein aur doosri countries ki misalein unhon ne sulah without any condition kar li aur sab kuch hasil kar liya.</w:t>
      </w:r>
    </w:p>
    <w:p>
      <w:pPr>
        <w:jc w:val="right"/>
      </w:pPr>
      <w:r>
        <w:t>اور آج سو برس ہو گئے ہیں لڑتے لڑتے کچھ نہیں ملا۔ نہ فلسطین کو کچھ ملا، نہ کسی اور ملک کو کچھ ملا۔ لیکن جاپان کی مثالیں اور دوسری countries کی مثالیں انہوں نے صلح without any condition کر لی اور سب کچھ حاصل کر لیا۔</w:t>
      </w:r>
    </w:p>
    <w:p>
      <w:r>
        <w:rPr>
          <w:b/>
        </w:rPr>
        <w:t xml:space="preserve">[32:34] </w:t>
      </w:r>
      <w:r>
        <w:t>mujhe yaad aata hai apa ke rasool Allah sallallahu alaihi wasallam jab hudaybiyah ke maqam par pahunche the to aap ne yeh kaha tha ke Allah ki qasam mujh se woh koi bhi aisi cheez mangenge jis ke zariye se Allah ki hurmat wali cheezon ki ta'zeem hogi to main zaroor us ko doonga.</w:t>
      </w:r>
    </w:p>
    <w:p>
      <w:pPr>
        <w:jc w:val="right"/>
      </w:pPr>
      <w:r>
        <w:t>مجھے یاد آتا ہے آپا کہ رسول اللہ صلی اللہ علیہ وسلم جب حدیبیہ کے مقام پر پہنچے تھے تو آپ نے یہ کہا تھا کہ اللہ کی قسم مجھ سے وہ کوئی بھی ایسی چیز مانگیں گے جس کے ذریعے سے اللہ کی حرمت والی چیزوں کی تعظیم ہوگی تو میں ضرور اس کو دوں گا۔</w:t>
      </w:r>
    </w:p>
    <w:p>
      <w:r>
        <w:rPr>
          <w:b/>
        </w:rPr>
        <w:t xml:space="preserve">[32:54] </w:t>
      </w:r>
      <w:r>
        <w:t>yeh sahih al bukhari, muslim wagairah mein yeh hadith hai. to Allah ki hurmat ka matlab aaj ki zaban mein agar keh sakte hain ke jo bhi cheez jis se mawaqe khulenge, aapas mein milna julna hoga, peace badhega, hum zaroor us ko denge.</w:t>
      </w:r>
    </w:p>
    <w:p>
      <w:pPr>
        <w:jc w:val="right"/>
      </w:pPr>
      <w:r>
        <w:t>یہ صحیح البخاری، مسلم وغیرہ میں یہ حدیث ہے۔ تو اللہ کی حرمت کا مطلب آج کی زبان میں اگر کہہ سکتے ہیں کہ جو بھی چیز جس سے مواقع کھلیں گے، آپس میں ملنا جلنا ہوگا، peace بڑھے گا، ہم ضرور اس کو دیں گے۔</w:t>
      </w:r>
    </w:p>
    <w:p>
      <w:r>
        <w:rPr>
          <w:b/>
        </w:rPr>
        <w:t xml:space="preserve">[33:09] </w:t>
      </w:r>
      <w:r>
        <w:t>to yeh aa rasool Allah ka kehna main samajhta hoon bohat aham hai ke sirf peace aana chahiye pehle.</w:t>
      </w:r>
    </w:p>
    <w:p>
      <w:pPr>
        <w:jc w:val="right"/>
      </w:pPr>
      <w:r>
        <w:t>تو یہ آ رسول اللہ کا کہنا میں سمجھتا ہوں بہت اہم ہے کہ صرف peace آنا چاہیے پہلے۔</w:t>
      </w:r>
    </w:p>
    <w:p>
      <w:r>
        <w:rPr>
          <w:b/>
        </w:rPr>
        <w:t xml:space="preserve">[33:22] </w:t>
      </w:r>
      <w:r>
        <w:t>Khalid Khan ka Dilli se sawal hai ke Prophet Muhammad educated insano ke liye role model kaise hain?</w:t>
      </w:r>
    </w:p>
    <w:p>
      <w:pPr>
        <w:jc w:val="right"/>
      </w:pPr>
      <w:r>
        <w:t>خالد خان کا دہلی سے سوال ہے کہ پرافٹ محمد آ educated انسانوں کے لیے role model کیسے ہیں؟</w:t>
      </w:r>
    </w:p>
    <w:p>
      <w:r>
        <w:rPr>
          <w:b/>
        </w:rPr>
        <w:t xml:space="preserve">[33:43] </w:t>
      </w:r>
      <w:r>
        <w:t>dekhein, har paighambar role model hi hota hai. lekin sirf itna farq hai ke rasool Allah sallallahu alaihi wasallam ki sunnat, aap ki practice, aap ke aqwal sab kuch mehfooz hain.</w:t>
      </w:r>
    </w:p>
    <w:p>
      <w:pPr>
        <w:jc w:val="right"/>
      </w:pPr>
      <w:r>
        <w:t>دیکھیں، ہر پیغمبر role model ہی ہوتا ہے۔ لیکن صرف اتنا فرق ہے کہ رسول اللہ صلی اللہ علیہ وسلم کی سنت، آپ کی practice، آپ کے اقوال سب کچھ محفوظ ہیں۔</w:t>
      </w:r>
    </w:p>
    <w:p>
      <w:r>
        <w:rPr>
          <w:b/>
        </w:rPr>
        <w:t xml:space="preserve">[33:57] </w:t>
      </w:r>
      <w:r>
        <w:t>to agar role model na hota paighambar to Allah taala farishton ko bhejta. lekin woh insan ko isi liye bhejta hai ke woh hamare liye role model hain.</w:t>
      </w:r>
    </w:p>
    <w:p>
      <w:pPr>
        <w:jc w:val="right"/>
      </w:pPr>
      <w:r>
        <w:t>تو اگر role model نہ ہوتا پیغمبر تو اللہ تعالی فرشتوں کو بھیجتا۔ لیکن وہ انسان کو اسی لیے بھیجتا ہے کہ وہ ہمارے لیے role model ہیں۔</w:t>
      </w:r>
    </w:p>
    <w:p>
      <w:r>
        <w:rPr>
          <w:b/>
        </w:rPr>
        <w:t xml:space="preserve">[34:06] </w:t>
      </w:r>
      <w:r>
        <w:t>to aap ne jo kuch bhi kiya, sari zindagi to aap ne peace ka kaam kiya hai. chand jangain hui hain. maulana ne is ko bataya tha ke sirf char din jang hui, woh bhi half half a day.</w:t>
      </w:r>
    </w:p>
    <w:p>
      <w:pPr>
        <w:jc w:val="right"/>
      </w:pPr>
      <w:r>
        <w:t>تو آپ نے جو کچھ بھی کیا، ساری زندگی تو آپ نے peace کا کام کیا ہے۔ چند جنگیں ہوئی ہیں۔ مولانا نے اس کو بتایا تھا کہ صرف چار دن جنگ ہوئی، وہ بھی half half a day۔</w:t>
      </w:r>
    </w:p>
    <w:p>
      <w:r>
        <w:rPr>
          <w:b/>
        </w:rPr>
        <w:t xml:space="preserve">[34:20] </w:t>
      </w:r>
      <w:r>
        <w:t>ab log isi half day yani poore do din zindagi mein jang hui, isi ka reference dete rehte hain ke prophet ne bhi to jang ki, prophet ne bhi to jang ki.</w:t>
      </w:r>
    </w:p>
    <w:p>
      <w:pPr>
        <w:jc w:val="right"/>
      </w:pPr>
      <w:r>
        <w:t>اب لوگ اسی half day یعنی پورے دو دن زندگی میں جنگ ہوئی، اسی کا reference دیتے رہتے ہیں کہ پرافٹ نے بھی تو جنگ کی، پرافٹ نے بھی تو جنگ کی۔</w:t>
      </w:r>
    </w:p>
    <w:p>
      <w:r>
        <w:rPr>
          <w:b/>
        </w:rPr>
        <w:t xml:space="preserve">[34:30] </w:t>
      </w:r>
      <w:r>
        <w:t>to prophet ne jang ki koi offense mein thodi ki. ab agar koi jaise koi ghus aata hai hamare ghar ke andar to hum kuch hath paon chalayenge, bas itna hi hua.</w:t>
      </w:r>
    </w:p>
    <w:p>
      <w:pPr>
        <w:jc w:val="right"/>
      </w:pPr>
      <w:r>
        <w:t>تو پرافٹ نے جنگ کی کوئی offense میں تھوڑی کی۔ اب اگر کوئی جیسے کوئی گھس آتا ہے ہمارے گھر کے اندر تو ہم کچھ ہاتھ پاؤں چلائیں گے، بس اتنا ہی ہوا۔</w:t>
      </w:r>
    </w:p>
    <w:p>
      <w:r>
        <w:rPr>
          <w:b/>
        </w:rPr>
        <w:t xml:space="preserve">[34:41] </w:t>
      </w:r>
      <w:r>
        <w:t>lekin jitna aap ne apni aa planning ke zariye se jo kiya, woh sab peaceful tareeqe se kaam kiya hai. to woh sara jo kaam aap ne peaceful tareeqe se kiya hai, woh sab hamare liye applicable hai hamari life mein.</w:t>
      </w:r>
    </w:p>
    <w:p>
      <w:pPr>
        <w:jc w:val="right"/>
      </w:pPr>
      <w:r>
        <w:t>لیکن جتنا آپ نے اپنی آ planning کے ذریعے سے جو کیا، وہ سب peaceful طریقے سے کام کیا ہے۔ تو وہ سارا جو کام آپ نے peaceful طریقے سے کیا ہے، وہ سب ہمارے لیے applicable ہے ہماری life میں۔</w:t>
      </w:r>
    </w:p>
    <w:p>
      <w:r>
        <w:rPr>
          <w:b/>
        </w:rPr>
        <w:t xml:space="preserve">[34:56] </w:t>
      </w:r>
      <w:r>
        <w:t>lekin chunke aap aakhri paighambar the to is nisbat se aap ke zimme kuch aisi zimmedari daali gayi thi jo sirf aakhri paighambar ke liye thi.</w:t>
      </w:r>
    </w:p>
    <w:p>
      <w:pPr>
        <w:jc w:val="right"/>
      </w:pPr>
      <w:r>
        <w:t>لیکن چونکہ آپ آخری پیغمبر تھے تو اس نسبت سے آپ کے ذمے کچھ ایسی ذمہ داری ڈالی گئی تھی جو صرف آخری پیغمبر کے لیے تھی۔</w:t>
      </w:r>
    </w:p>
    <w:p>
      <w:r>
        <w:rPr>
          <w:b/>
        </w:rPr>
        <w:t xml:space="preserve">[35:07] </w:t>
      </w:r>
      <w:r>
        <w:t>yani aap ne kaha tha main mahi hoon, mitane wala hoon. jo jo bhi jaise religious persecution tha, woh aap ki zimmedari thi ke religious persecution ko khatam karen.</w:t>
      </w:r>
    </w:p>
    <w:p>
      <w:pPr>
        <w:jc w:val="right"/>
      </w:pPr>
      <w:r>
        <w:t>یعنی آپ نے کہا تھا میں ماہی ہوں، مٹانے والا ہوں۔ جو جو بھی جیسے religious persecution تھا، وہ آپ کی ذمہ داری تھی کہ religious persecution کو ختم کریں۔</w:t>
      </w:r>
    </w:p>
    <w:p>
      <w:r>
        <w:rPr>
          <w:b/>
        </w:rPr>
        <w:t xml:space="preserve">[35:19] </w:t>
      </w:r>
      <w:r>
        <w:t>jis ko fitna kaha gaya hai quran mein. yani log jo hain, log religious ab religious freedom nahi thi. logon ko Khuda ka deen qabool karne ki azadi nahi thi.</w:t>
      </w:r>
    </w:p>
    <w:p>
      <w:pPr>
        <w:jc w:val="right"/>
      </w:pPr>
      <w:r>
        <w:t>جس کو فتنہ کہا گیا ہے قرآن میں۔ یعنی لوگ جو ہیں، لوگ religious اب religious freedom نہیں تھی۔ لوگوں کو خدا کا دین قبول کرنے کی آزادی نہیں تھی۔</w:t>
      </w:r>
    </w:p>
    <w:p>
      <w:r>
        <w:rPr>
          <w:b/>
        </w:rPr>
        <w:t xml:space="preserve">[35:32] </w:t>
      </w:r>
      <w:r>
        <w:t>zabardast rukawatein theen. to yeh Allah taala ki scheme hi ke hi bilkul khilaf hai ke logon ko mawaqa na diya jaye ke agar woh sachcha rasta ikhtiyar karna chahte hain to woh karen.</w:t>
      </w:r>
    </w:p>
    <w:p>
      <w:pPr>
        <w:jc w:val="right"/>
      </w:pPr>
      <w:r>
        <w:t>زبردست رکاوٹیں تھیں۔ تو یہ اللہ تعالی کی scheme ہی کے ہی بالکل خلاف ہے کہ لوگوں کو موقع نہ دیا جائے کہ اگر وہ سچا راستہ اختیار کرنا چاہتے ہیں تو وہ کریں۔</w:t>
      </w:r>
    </w:p>
    <w:p>
      <w:r>
        <w:rPr>
          <w:b/>
        </w:rPr>
        <w:t xml:space="preserve">[35:46] </w:t>
      </w:r>
      <w:r>
        <w:t>to yeh scheme ke khilaf tha, is liye aap ko yeh hukum diya gaya tha ke fitna ko khatam karen. to yeh hamare liye thodi hai, koi hum aakhri paighambar hain.</w:t>
      </w:r>
    </w:p>
    <w:p>
      <w:pPr>
        <w:jc w:val="right"/>
      </w:pPr>
      <w:r>
        <w:t>تو یہ scheme کے خلاف تھا، اس لیے آپ کو یہ حکم دیا گیا تھا کہ فتنہ کو ختم کریں۔ تو یہ ہمارے لیے تھوڑی ہے، کوئی ہم آخری پیغمبر ہیں۔</w:t>
      </w:r>
    </w:p>
    <w:p>
      <w:r>
        <w:rPr>
          <w:b/>
        </w:rPr>
        <w:t xml:space="preserve">[35:56] </w:t>
      </w:r>
      <w:r>
        <w:t>to woh rasool Allah ke liye tha. lekin baqi jo sare kaam aap ne kiye hain, jo sare examples aap ne set kiye hain, woh sab hamari zindagi ke liye applicable hain.</w:t>
      </w:r>
    </w:p>
    <w:p>
      <w:pPr>
        <w:jc w:val="right"/>
      </w:pPr>
      <w:r>
        <w:t>تو وہ رسول اللہ کے لیے تھا۔ لیکن باقی جو سارے کام آپ نے کیے ہیں، جو سارے examples آپ نے set کیے ہیں، وہ سب ہماری زندگی کے لیے applicable ہیں۔</w:t>
      </w:r>
    </w:p>
    <w:p>
      <w:r>
        <w:rPr>
          <w:b/>
        </w:rPr>
        <w:t xml:space="preserve">[36:09] </w:t>
      </w:r>
      <w:r>
        <w:t>woh kaam to aap ne kar diya. aap ne peace qaim kar diya. aap ne azadi de di logon ko. to ab hamein sirf yeh hai ke is is paigham ko ab woh in teachings ko apni zindagi mein apply karen aur in teachings ko doosron tak peacefully pahunchayen.</w:t>
      </w:r>
    </w:p>
    <w:p>
      <w:pPr>
        <w:jc w:val="right"/>
      </w:pPr>
      <w:r>
        <w:t>وہ کام تو آپ نے کر دیا۔ آپ نے peace قائم کر دیا۔ آپ نے آزادی دے دی لوگوں کو۔ تو اب ہمیں صرف یہ ہے کہ اس اس پیغام کو اب وہ ان teachings کو اپنی زندگی میں اپلائی کریں اور ان teachings کو دوسروں تک peacefully پہنچائیں۔</w:t>
      </w:r>
    </w:p>
    <w:p>
      <w:r>
        <w:rPr>
          <w:b/>
        </w:rPr>
        <w:t xml:space="preserve">[36:30] </w:t>
      </w:r>
      <w:r>
        <w:t>miss sofia akhtar ne bihar se likha hai: "doctor sahib ki talk par unhon ne kaha aaj aur fun ek nemat ki tarah laga.</w:t>
      </w:r>
    </w:p>
    <w:p>
      <w:pPr>
        <w:jc w:val="right"/>
      </w:pPr>
      <w:r>
        <w:t>مس صوفیہ اختر نے بہار سے لکھا ہے: "ڈاکٹر صاحب کی ٹاک پر انہوں نے کہا آج اورفن ایک نعمت کی طرح لگا۔</w:t>
      </w:r>
    </w:p>
    <w:p>
      <w:r>
        <w:rPr>
          <w:b/>
        </w:rPr>
        <w:t xml:space="preserve">[36:42] </w:t>
      </w:r>
      <w:r>
        <w:t>jazak Allah khaira." maulana iqbal umri sahib ne likha hai tamil nadu se: "today both talks are very inspiring.</w:t>
      </w:r>
    </w:p>
    <w:p>
      <w:pPr>
        <w:jc w:val="right"/>
      </w:pPr>
      <w:r>
        <w:t>جزاک اللہ خیرا۔" مولانا اقبال عمری صاحب نے لکھا ہے تمل ناڈو سے: "ٹوڈے بوتھ ٹاکس آر ویری انسپائرنگ۔</w:t>
      </w:r>
    </w:p>
    <w:p>
      <w:r>
        <w:rPr>
          <w:b/>
        </w:rPr>
        <w:t xml:space="preserve">[36:53] </w:t>
      </w:r>
      <w:r>
        <w:t>people know we are rational people, not having enough feeling. but this talk an example for our inner personality. this mission is stand in tears for god and his message.</w:t>
      </w:r>
    </w:p>
    <w:p>
      <w:pPr>
        <w:jc w:val="right"/>
      </w:pPr>
      <w:r>
        <w:t>پیپل نو وی آر ریشنل پیپل، ناٹ ہیونگ انف فیلنگ۔ بٹ دس ٹاک این ایگزامپل فار اور انر پرسنالٹی۔ دس مشن از اسٹینڈ ان ٹیئرز فار گاڈ اینڈ ہز میسج۔</w:t>
      </w:r>
    </w:p>
    <w:p>
      <w:r>
        <w:rPr>
          <w:b/>
        </w:rPr>
        <w:t xml:space="preserve">[37:07] </w:t>
      </w:r>
      <w:r>
        <w:t>jazak Allah doctor sahib and apa." maulana imran islahi sahib ka sawal hai: "is duniya mein suffering kyun hai?"</w:t>
      </w:r>
    </w:p>
    <w:p>
      <w:pPr>
        <w:jc w:val="right"/>
      </w:pPr>
      <w:r>
        <w:t>جزاک اللہ ڈاکٹر صاحب اینڈ آپا۔" مولانا عمران اصلاحی صاحب کا سوال ہے: "اس دنیا میں سفرنگ کیوں ہے؟"</w:t>
      </w:r>
    </w:p>
    <w:p>
      <w:r>
        <w:rPr>
          <w:b/>
        </w:rPr>
        <w:t xml:space="preserve">[37:20] </w:t>
      </w:r>
      <w:r>
        <w:t>asal mein suffering ko bohat zyada logon ne subject banaya hai. aur woh kehte hain ke agar itni zyada suffering hai to phir Khuda ka wajood hi suspect ho jata hai.</w:t>
      </w:r>
    </w:p>
    <w:p>
      <w:pPr>
        <w:jc w:val="right"/>
      </w:pPr>
      <w:r>
        <w:t>اصل میں سفرنگ کو بہت زیادہ لوگوں نے سبجیکٹ بنایا ہے۔ اور وہ کہتے ہیں کہ اگر اتنی زیادہ سفرنگ ہے تو پھر خدا کا وجود ہی سسپیکٹ ہو جاتا ہے۔</w:t>
      </w:r>
    </w:p>
    <w:p>
      <w:r>
        <w:rPr>
          <w:b/>
        </w:rPr>
        <w:t xml:space="preserve">[37:35] </w:t>
      </w:r>
      <w:r>
        <w:t>agar khuda hota aur khuda a itna zyada logon ki logon ke liye itna zyada kar raha hai, itna zyada hamdard hai, khuda sab ka hai, apne bando ka khaliq hai, to khuda itna suffering kyun allow karta hai?</w:t>
      </w:r>
    </w:p>
    <w:p>
      <w:pPr>
        <w:jc w:val="right"/>
      </w:pPr>
      <w:r>
        <w:t>اگر خدا ہوتا اور خدا آ اتنا زیادہ لوگوں کی لوگوں کے لیے اتنا زیادہ کر رہا ہے، اتنا زیادہ ہمدرد ہے، خدا سب کا ہے، اپنے بندوں کا خالق ہے، تو خدا اتنا سفرنگ کیوں الاؤ کرتا ہے؟</w:t>
      </w:r>
    </w:p>
    <w:p>
      <w:r>
        <w:rPr>
          <w:b/>
        </w:rPr>
        <w:t xml:space="preserve">[37:51] </w:t>
      </w:r>
      <w:r>
        <w:t>asal mein yeh islam chunchke ek preserved religion hai, to is liye islam hi ke zariye se hum is phenomenon ko samajh sakte hain ke suffering woh samajhte hain ke khuda ne evil create kiya hai.</w:t>
      </w:r>
    </w:p>
    <w:p>
      <w:pPr>
        <w:jc w:val="right"/>
      </w:pPr>
      <w:r>
        <w:t>اصل میں یہ اسلام چونکہ ایک preserved religion ہے، تو اس لیے اسلام ہی کے ذریعے سے ہم اس فیناومینا کو سمجھ سکتے ہیں کہ سفرنگ وہ سمجھتے ہیں کہ خدا نے ایول کریٹ کیا ہے۔</w:t>
      </w:r>
    </w:p>
    <w:p>
      <w:r>
        <w:rPr>
          <w:b/>
        </w:rPr>
        <w:t xml:space="preserve">[38:07] </w:t>
      </w:r>
      <w:r>
        <w:t>khuda ne evil nahi create kiya hai. khuda ne insan ko azadi di hai. aur azadi khuda ki creation plan ke bilkul ain mutabiq hai.</w:t>
      </w:r>
    </w:p>
    <w:p>
      <w:pPr>
        <w:jc w:val="right"/>
      </w:pPr>
      <w:r>
        <w:t>خدا نے ایول نہیں کریٹ کیا ہے۔ خدا نے انسان کو آزادی دی ہے۔ اور آزادی خدا کی کریشن پلان کے بالکل عین مطابق ہے۔</w:t>
      </w:r>
    </w:p>
    <w:p>
      <w:r>
        <w:rPr>
          <w:b/>
        </w:rPr>
        <w:t xml:space="preserve">[38:19] </w:t>
      </w:r>
      <w:r>
        <w:t>kyunki agar azadi na di jati to logon ka test kaise hota hai? is duniya mein logon ko test ke liye rakha gaya hai ke hum kya exercise karte hain?</w:t>
      </w:r>
    </w:p>
    <w:p>
      <w:pPr>
        <w:jc w:val="right"/>
      </w:pPr>
      <w:r>
        <w:t>کیونکہ اگر آزادی نہ دی جاتی تو لوگوں کا ٹیسٹ کیسے ہوتا ہے؟ اس دنیا میں لوگوں کو ٹیسٹ کے لیے رکھا گیا ہے کہ ہم کیا ایکسرسائز کرتے ہیں؟</w:t>
      </w:r>
    </w:p>
    <w:p>
      <w:r>
        <w:rPr>
          <w:b/>
        </w:rPr>
        <w:t xml:space="preserve">[38:29] </w:t>
      </w:r>
      <w:r>
        <w:t>acchi right choice lete hain ya wrong choice lete hain? to yeh test agar azadi nahi ho, aap samajh lijiye ke aap ke hath paon baandh diye jayen aur aap examination room mein aap bhej diye jayen to aap wahan kya kar sakte hain?</w:t>
      </w:r>
    </w:p>
    <w:p>
      <w:pPr>
        <w:jc w:val="right"/>
      </w:pPr>
      <w:r>
        <w:t>اچھی رائٹ چوائس لیتے ہیں یا رونگ چوائس لیتے ہیں؟ تو یہ ٹیسٹ اگر آزادی نہیں ہو، آپ سمجھ لیجئے کہ آپ کے ہاتھ پاؤں باندھ دیے جائیں اور آپ ایگزامینیشن روم میں آپ بھیج دیے جائیں تو آپ وہاں کیا کر سکتے ہیں؟</w:t>
      </w:r>
    </w:p>
    <w:p>
      <w:r>
        <w:rPr>
          <w:b/>
        </w:rPr>
        <w:t xml:space="preserve">[38:44] </w:t>
      </w:r>
      <w:r>
        <w:t>to wahi hai ke yahan par insan ko mukammal azadi di gayi hai ke woh apni marzi se jo kaam sari kainat jo hai woh a compulsorily kar rahi hai ke khuda ki aage surrender kar rahi hai, woh wahi hum ko apni marzi se voluntarily karna hai.</w:t>
      </w:r>
    </w:p>
    <w:p>
      <w:pPr>
        <w:jc w:val="right"/>
      </w:pPr>
      <w:r>
        <w:t>تو وہی ہے کہ یہاں پر انسان کو مکمل آزادی دی گئی ہے کہ وہ اپنی مرضی سے جو کام ساری کائنات جو ہے وہ آ کمپلسریلی کر رہی ہے کہ خدا کی آگے سرینڈر کر رہی ہے، وہ وہی ہم کو اپنی مرضی سے والنٹیریلی کرنا ہے۔</w:t>
      </w:r>
    </w:p>
    <w:p>
      <w:r>
        <w:rPr>
          <w:b/>
        </w:rPr>
        <w:t xml:space="preserve">[39:04] </w:t>
      </w:r>
      <w:r>
        <w:t>to is ke liye agar mukammal azadi na ho to hum apna test hi nahi de payenge. aur yahi wajah hai ke log apni azadi ko misuse karte hain.</w:t>
      </w:r>
    </w:p>
    <w:p>
      <w:pPr>
        <w:jc w:val="right"/>
      </w:pPr>
      <w:r>
        <w:t>تو اس کے لیے اگر مکمل آزادی نہ ہو تو ہم اپنا ٹیسٹ ہی نہیں دے پائیں گے۔ اور یہی وجہ ہے کہ لوگ اپنی آزادی کو مس یوز کرتے ہیں۔</w:t>
      </w:r>
    </w:p>
    <w:p>
      <w:r>
        <w:rPr>
          <w:b/>
        </w:rPr>
        <w:t xml:space="preserve">[39:14] </w:t>
      </w:r>
      <w:r>
        <w:t>to yeh suffering jo result hai azadi ke misuse ka, a ek misaal mein aaye aise waqiyat hain jis ko log samajhte hain ke yeh to insan ne kiya nahi hai.</w:t>
      </w:r>
    </w:p>
    <w:p>
      <w:pPr>
        <w:jc w:val="right"/>
      </w:pPr>
      <w:r>
        <w:t>تو یہ سفرنگ جو رزلٹ ہے آزادی کے مس یوز کا، آ ایک مثال میں آئے ایسے واقعات ہیں جس کو لوگ سمجھتے ہیں کہ یہ تو انسان نے کیا نہیں ہے۔</w:t>
      </w:r>
    </w:p>
    <w:p>
      <w:r>
        <w:rPr>
          <w:b/>
        </w:rPr>
        <w:t xml:space="preserve">[39:29] </w:t>
      </w:r>
      <w:r>
        <w:t>aur jo hamare pehle minister the, arun shourie, to un ka ek hi beta aur woh physically challenged ho gaya.</w:t>
      </w:r>
    </w:p>
    <w:p>
      <w:pPr>
        <w:jc w:val="right"/>
      </w:pPr>
      <w:r>
        <w:t>اور جو ہمارے پہلے منسٹر تھے، ارون شوری، تو ان کا ایک ہی بیٹا اور وہ فزیکلی چیلنجڈ ہو گیا۔</w:t>
      </w:r>
    </w:p>
    <w:p>
      <w:r>
        <w:rPr>
          <w:b/>
        </w:rPr>
        <w:t xml:space="preserve">[39:39] </w:t>
      </w:r>
      <w:r>
        <w:t>to unhone ek bar bataya tha Maulana se ke yeh paidaishi nahi tha. log samajhte hain ke paidaishi hai. woh to un ko jab woh paida hua tha, shayad woh America mein paida hua tha, woh to kisi koi galat injection is ko lag gaya tha.</w:t>
      </w:r>
    </w:p>
    <w:p>
      <w:pPr>
        <w:jc w:val="right"/>
      </w:pPr>
      <w:r>
        <w:t>تو انہوں نے ایک بار بتایا تھا مولانا سے کہ یہ پیدائشی نہیں تھا۔ لوگ سمجھتے ہیں کہ پیدائشی ہے۔ وہ تو ان کو جب وہ پیدا ہوا تھا، شاید وہ امریکہ میں پیدا ہوا تھا، وہ تو کسی کوئی غلط انجیکشن اس کو لگ گیا تھا۔</w:t>
      </w:r>
    </w:p>
    <w:p>
      <w:r>
        <w:rPr>
          <w:b/>
        </w:rPr>
        <w:t xml:space="preserve">[39:56] </w:t>
      </w:r>
      <w:r>
        <w:t>is ki wajah se yeh physically challenged woh ho gaya. aur aaj tak woh aise hi hai. to bahut sari aisi baatein jo hum nahi jante ke insan ki paida kardah hain, woh darhaqiqat insan ki paida kardah hoti hain.</w:t>
      </w:r>
    </w:p>
    <w:p>
      <w:pPr>
        <w:jc w:val="right"/>
      </w:pPr>
      <w:r>
        <w:t>اس کی وجہ سے یہ فزیکلی چیلنجڈ وہ ہو گیا۔ اور آج تک وہ ایسے ہی ہے۔ تو بہت ساری ایسی باتیں جو ہم نہیں جانتے کہ انسان کی پیدا کردہ ہیں، وہ درحقیقت انسان کی پیدا کردہ ہوتی ہیں۔</w:t>
      </w:r>
    </w:p>
    <w:p>
      <w:r>
        <w:rPr>
          <w:b/>
        </w:rPr>
        <w:t xml:space="preserve">[40:12] </w:t>
      </w:r>
      <w:r>
        <w:t>aaj jaise ghurbat hai, bimari hai, sare masail hain. to yeh jo resources hain, woh chand logon ke paas hote hain.</w:t>
      </w:r>
    </w:p>
    <w:p>
      <w:pPr>
        <w:jc w:val="right"/>
      </w:pPr>
      <w:r>
        <w:t>آج جیسے غربت ہے، بیماری ہے، سارے مسائل ہیں۔ تو یہ جو ریسورسز ہیں، وہ چند لوگوں کے پاس ہوتے ہیں۔</w:t>
      </w:r>
    </w:p>
    <w:p>
      <w:r>
        <w:rPr>
          <w:b/>
        </w:rPr>
        <w:t xml:space="preserve">[40:20] </w:t>
      </w:r>
      <w:r>
        <w:t>agar yeh baqayda fully distribute kiye jayen resources ko, is ka aisa system ho, log ek doosre ki madad karen to yeh sari museebaten khatm ho jayen.</w:t>
      </w:r>
    </w:p>
    <w:p>
      <w:pPr>
        <w:jc w:val="right"/>
      </w:pPr>
      <w:r>
        <w:t>اگر یہ باقاعدہ فلی ڈسٹریبیوٹ کیے جائیں ریسورسز کو، اس کا ایسا سسٹم ہو، لوگ ایک دوسرے کی مدد کریں تو یہ ساری مصیبتیں ختم ہو جائیں۔</w:t>
      </w:r>
    </w:p>
    <w:p>
      <w:r>
        <w:rPr>
          <w:b/>
        </w:rPr>
        <w:t xml:space="preserve">[40:32] </w:t>
      </w:r>
      <w:r>
        <w:t>log ek doosre ki madad karen, jaise islam mein is ka bahut zyada hai. islam mein to daur awal mein to log poora ka poora maal de dete the logon ki madad karne ke liye.</w:t>
      </w:r>
    </w:p>
    <w:p>
      <w:pPr>
        <w:jc w:val="right"/>
      </w:pPr>
      <w:r>
        <w:t>لوگ ایک دوسرے کی مدد کریں، جیسے اسلام میں اس کا بہت زیادہ ہے۔ اسلام میں تو دور اول میں تو لوگ پورا کا پورا مال دے دیتے تھے لوگوں کی مدد کرنے کے لیے۔</w:t>
      </w:r>
    </w:p>
    <w:p>
      <w:r>
        <w:rPr>
          <w:b/>
        </w:rPr>
        <w:t xml:space="preserve">[40:43] </w:t>
      </w:r>
      <w:r>
        <w:t>ek bar Hazrat Usman aah, woh qahat pada hua tha Madine mein, to Hazrat Usman bahut bade tajir the. to un ke ek hazar oont aaye bahar se, aah, woh saman lade hue, ghalla lade hue.</w:t>
      </w:r>
    </w:p>
    <w:p>
      <w:pPr>
        <w:jc w:val="right"/>
      </w:pPr>
      <w:r>
        <w:t>ایک بار حضرت عثمان آہ، وہ قہد پڑا ہوا تھا مدینے میں، تو حضرت عثمان بہت بڑے تاجر تھے۔ تو ان کے ایک ہزار اونٹ آئے باہر سے، آہ، وہ سامان لدے ہوئے، غلہ لدے ہوئے۔</w:t>
      </w:r>
    </w:p>
    <w:p>
      <w:r>
        <w:rPr>
          <w:b/>
        </w:rPr>
        <w:t xml:space="preserve">[40:59] </w:t>
      </w:r>
      <w:r>
        <w:t>to jab aaye ek hazar oont to tamam tajir chunchke wahan qahat tha, tamam tajir un ke ghar gaye ke saman khareeden aur logon ko den.</w:t>
      </w:r>
    </w:p>
    <w:p>
      <w:pPr>
        <w:jc w:val="right"/>
      </w:pPr>
      <w:r>
        <w:t>تو جب آئے ایک ہزار اونٹ تو تمام تاجر چونکہ وہاں قہد تھا، تمام تاجر ان کے گھر گئے کہ سامان خریدیں اور لوگوں کو دیں۔</w:t>
      </w:r>
    </w:p>
    <w:p>
      <w:r>
        <w:rPr>
          <w:b/>
        </w:rPr>
        <w:t xml:space="preserve">[41:12] </w:t>
      </w:r>
      <w:r>
        <w:t>to woh tajir ne jo daam lagate hain, woh kehte hain: "mujhe to is se zyada</w:t>
      </w:r>
    </w:p>
    <w:p>
      <w:pPr>
        <w:jc w:val="right"/>
      </w:pPr>
      <w:r>
        <w:t>تو وہ تاجر نے جو دام لگاتے ہیں، وہ کہتے ہیں: "مجھے تو اس سے زیادہ</w:t>
      </w:r>
    </w:p>
    <w:p>
      <w:r>
        <w:rPr>
          <w:b/>
        </w:rPr>
        <w:t xml:space="preserve">[41:17] </w:t>
      </w:r>
      <w:r>
        <w:t>mil raha hai." jo daam lagate hain, kehte hain: "mujhe is se zyada mil raha hai." to tajiron ne bilkul hairan ho ke kaha ke: "tamam tajir Madine ke aap ke paas jab hain, kaun aap ko is se zyada de raha hai?" to unhone kaha ke: "Allah taala mujhe is ka das guna dega."</w:t>
      </w:r>
    </w:p>
    <w:p>
      <w:pPr>
        <w:jc w:val="right"/>
      </w:pPr>
      <w:r>
        <w:t>مل رہا ہے۔" جو دام لگاتے ہیں، کہتے ہیں: "مجھے اس سے زیادہ مل رہا ہے۔" تو تاجروں نے بالکل حیران ہو کے کہا کہ: "تمام تاجر مدینے کے آپ کے پاس جب ہیں، کون آپ کو اس سے زیادہ دے رہا ہے؟" تو انہوں نے کہا کہ: "اللہ تعالی مجھے اس کا دس گنا دے گا۔"</w:t>
      </w:r>
    </w:p>
    <w:p>
      <w:r>
        <w:rPr>
          <w:b/>
        </w:rPr>
        <w:t xml:space="preserve">[41:34] </w:t>
      </w:r>
      <w:r>
        <w:t>aur maine yeh tamam maal jo hai, woh waqf kar diya hai Madine ke logon ke liye distribute karne ke liye. to agar logon ke andar yeh spirit ho, yeh well wishing ho logon ki madad karne ka, tamam log madad karen to aaj museebat hi na ho.</w:t>
      </w:r>
    </w:p>
    <w:p>
      <w:pPr>
        <w:jc w:val="right"/>
      </w:pPr>
      <w:r>
        <w:t>اور میں نے یہ تمام مال جو ہے، وہ وقف کر دیا ہے مدینے کے لوگوں کے لیے ڈسٹریبیوٹ کرنے کے لیے۔ تو اگر لوگوں کے اندر یہ سپرٹ ہو، یہ ویل وشنگ ہو لوگوں کی مدد کرنے کا، تمام لوگ مدد کریں تو آج مصیبت ہی نہ ہو۔</w:t>
      </w:r>
    </w:p>
    <w:p>
      <w:r>
        <w:rPr>
          <w:b/>
        </w:rPr>
        <w:t xml:space="preserve">[41:50] </w:t>
      </w:r>
      <w:r>
        <w:t>to logon ka exploitation khatm ho jaye to museebat hi na ho. to yeh sari jo museebat hai, jaise global warming insano ne paida kiya hai aur insano ne jo resources ko misuse kiya hai, isi tarike se yeh suffering, jo evil jo hai, yeh sari insano ki paida kardah hai.</w:t>
      </w:r>
    </w:p>
    <w:p>
      <w:pPr>
        <w:jc w:val="right"/>
      </w:pPr>
      <w:r>
        <w:t>تو لوگوں کا ایکسپلائٹیشن ختم ہو جائے تو مصیبت ہی نہ ہو۔ تو یہ ساری جو مصیبت ہے، جیسے گلوبل وارمنگ انسانوں نے پیدا کیا ہے اور انسانوں نے جو ریسورسز کو مس یوز کیا ہے، اسی طریقے سے یہ سفرنگ، جو ایول جو ہے، یہ ساری انسانوں کی پیدا کردہ ہے۔</w:t>
      </w:r>
    </w:p>
    <w:p>
      <w:r>
        <w:rPr>
          <w:b/>
        </w:rPr>
        <w:t xml:space="preserve">[42:08] </w:t>
      </w:r>
      <w:r>
        <w:t>Allah ne nahi suffering paida kiya hai.</w:t>
      </w:r>
    </w:p>
    <w:p>
      <w:pPr>
        <w:jc w:val="right"/>
      </w:pPr>
      <w:r>
        <w:t>اللہ نے نہیں سفرنگ پیدا کیا ہے۔</w:t>
      </w:r>
    </w:p>
    <w:p>
      <w:r>
        <w:rPr>
          <w:b/>
        </w:rPr>
        <w:t xml:space="preserve">[42:15] </w:t>
      </w:r>
      <w:r>
        <w:t>a Maulana ne ek jagah likha hai, ek jumla likha hai ke: "poori kainat mein harmony pai jati hai. yeh sirf zameen hai jahan suffering pai jati hai." to is se hum samajh sakte hain ke yeh suffering goya insan ko yaad dilane ke liye hai ke yeh farq kya hai aur is ke zariye se hum creation plan ko samajh sakte hain.</w:t>
      </w:r>
    </w:p>
    <w:p>
      <w:pPr>
        <w:jc w:val="right"/>
      </w:pPr>
      <w:r>
        <w:t>آ مولانا نے ایک جگہ لکھا ہے، ایک جملہ لکھا ہے کہ: "پوری کائنات میں ہارمونی پائی جاتی ہے۔ یہ صرف زمین ہے جہاں سفرنگ پائی جاتی ہے۔" تو اس سے ہم سمجھ سکتے ہیں کہ یہ سفرنگ گویا انسان کو یاد دلانے کے لیے ہے کہ یہ فرق کیا ہے اور اس کے ذریعے سے ہم کریشن پلان کو سمجھ سکتے ہیں۔</w:t>
      </w:r>
    </w:p>
    <w:p>
      <w:r>
        <w:rPr>
          <w:b/>
        </w:rPr>
        <w:t xml:space="preserve">[42:39] </w:t>
      </w:r>
      <w:r>
        <w:t>sahi hai.</w:t>
      </w:r>
    </w:p>
    <w:p>
      <w:pPr>
        <w:jc w:val="right"/>
      </w:pPr>
      <w:r>
        <w:t>صحیح ہے۔</w:t>
      </w:r>
    </w:p>
    <w:p>
      <w:r>
        <w:rPr>
          <w:b/>
        </w:rPr>
        <w:t xml:space="preserve">[42:44] </w:t>
      </w:r>
      <w:r>
        <w:t>ek waqea hai Hazrat Sheikh Saadi ka. to jab kisi ke paas koi cheez na ho to us ko dekh kar hamein shukr ada karte hain hum ke Allah ne hamein is nemat se nawaza hai.</w:t>
      </w:r>
    </w:p>
    <w:p>
      <w:pPr>
        <w:jc w:val="right"/>
      </w:pPr>
      <w:r>
        <w:t>ایک واقعہ ہے حضرت شیخ سعدی کا۔ تو جب کسی کے پاس کوئی چیز نہ ہو تو اس کو دیکھ کر ہمیں شکر ادا کرتے ہیں ہم کہ اللہ نے ہمیں اس نعمت سے نوازا ہے۔</w:t>
      </w:r>
    </w:p>
    <w:p>
      <w:r>
        <w:rPr>
          <w:b/>
        </w:rPr>
        <w:t xml:space="preserve">[42:56] </w:t>
      </w:r>
      <w:r>
        <w:t>to Sheikh Saadi ne isi baat ko apne shair mein likha hai, hikayat mein likha hai ke: "ek bar main kahin ja raha tha, mere paon mein chappal nahi the.</w:t>
      </w:r>
    </w:p>
    <w:p>
      <w:pPr>
        <w:jc w:val="right"/>
      </w:pPr>
      <w:r>
        <w:t>تو شیخ سعدی نے اسی بات کو اپنے شعر میں لکھا ہے، حکایت میں لکھا ہے کہ: "ایک بار میں کہیں جا رہا تھا، میرے پاؤں میں چپل نہیں تھے۔</w:t>
      </w:r>
    </w:p>
    <w:p>
      <w:r>
        <w:rPr>
          <w:b/>
        </w:rPr>
        <w:t xml:space="preserve">[43:05] </w:t>
      </w:r>
      <w:r>
        <w:t>to mein ne dekha ke aik aadmi hai, us ke taang hi nahin hain. woh langra ke chal raha hai. to mein ne Khuda ka bohat ziyada shukr kiya, to mere paas to sirf chappal hi nahin hain." to yeh saari cheezein hamein baar baar Khuda ki yaad dilati hain.</w:t>
      </w:r>
    </w:p>
    <w:p>
      <w:pPr>
        <w:jc w:val="right"/>
      </w:pPr>
      <w:r>
        <w:t>تو میں نے دیکھا کہ ایک آدمی ہے، اس کے ٹانگ ہی نہیں ہیں۔ وہ لنگڑا کے چل رہا ہے۔ تو میں نے خدا کا بہت زیادہ شکر کیا، تو میرے پاس تو صرف چپل ہی نہیں ہے۔" تو یہ ساری چیزیں ہمیں بار بار خدا کی یاد دلاتی ہیں۔</w:t>
      </w:r>
    </w:p>
    <w:p>
      <w:r>
        <w:rPr>
          <w:b/>
        </w:rPr>
        <w:t xml:space="preserve">[43:20] </w:t>
      </w:r>
      <w:r>
        <w:t>jo disparity hai logon mein, aik doosre mein.</w:t>
      </w:r>
    </w:p>
    <w:p>
      <w:pPr>
        <w:jc w:val="right"/>
      </w:pPr>
      <w:r>
        <w:t>جو ڈسپیرٹی ہے لوگوں میں، ایک دوسرے میں۔</w:t>
      </w:r>
    </w:p>
    <w:p>
      <w:r>
        <w:rPr>
          <w:b/>
        </w:rPr>
        <w:t xml:space="preserve">[43:25] </w:t>
      </w:r>
      <w:r>
        <w:t>to is par to hadith bhi hai apa ke: "aa ke jo tum tum se neechay hain, us ki taraf dekho. jo aa oonchay hain, un ki taraf na dekho." is se kya hoga ke aap ko Allah ki nemat yaad rahe gi.</w:t>
      </w:r>
    </w:p>
    <w:p>
      <w:pPr>
        <w:jc w:val="right"/>
      </w:pPr>
      <w:r>
        <w:t>تو اس پر تو حدیث بھی ہے آپا کہ: "آ کہ جو تم تم سے نیچے ہیں، اس کی طرف دیکھو۔ جو آ اونچے ہیں، ان کی طرف نہ دیکھو۔" اس سے کیا ہوگا کہ آپ کو اللہ کی نعمت یاد رہے گی۔</w:t>
      </w:r>
    </w:p>
    <w:p>
      <w:r>
        <w:rPr>
          <w:b/>
        </w:rPr>
        <w:t xml:space="preserve">[43:45] </w:t>
      </w:r>
      <w:r>
        <w:t>Muhammad Ismail Mumbai, un ka sawal yeh hai ke: "Prophet Muhammad aur Prophet Jesus ke darmiyan similarity kya hai?"</w:t>
      </w:r>
    </w:p>
    <w:p>
      <w:pPr>
        <w:jc w:val="right"/>
      </w:pPr>
      <w:r>
        <w:t>محمد اسماعیل ممبئی، ان کا سوال یہ ہے کہ: "پرافٹ محمد اور پرافٹ جیسس کے درمیان سمیلارٹی کیا ہے؟"</w:t>
      </w:r>
    </w:p>
    <w:p>
      <w:r>
        <w:rPr>
          <w:b/>
        </w:rPr>
        <w:t xml:space="preserve">[43:59] </w:t>
      </w:r>
      <w:r>
        <w:t>saare paighambar aik hi mission le kar aaye, Khuda ka deen pohnchana logon tak. to wohi mission Rasool Allah S.A.W. ka bhi tha aur wohi Hazrat Isa ka bhi tha.</w:t>
      </w:r>
    </w:p>
    <w:p>
      <w:pPr>
        <w:jc w:val="right"/>
      </w:pPr>
      <w:r>
        <w:t>سارے پیغمبر ایک ہی مشن لے کر آئے، خدا کا دین پہنچانا لوگوں تک۔ تو وہی مشن رسول اللہ صلی اللہ علیہ وسلم کا بھی تھا اور وہی حضرت عیسیٰ کا بھی تھا۔</w:t>
      </w:r>
    </w:p>
    <w:p>
      <w:r>
        <w:rPr>
          <w:b/>
        </w:rPr>
        <w:t xml:space="preserve">[44:12] </w:t>
      </w:r>
      <w:r>
        <w:t>Hazrat Isa ko bohat kam moqa mila lekin is mein woh din raat bas logon ko communicate karte thay Khuda ka message.</w:t>
      </w:r>
    </w:p>
    <w:p>
      <w:pPr>
        <w:jc w:val="right"/>
      </w:pPr>
      <w:r>
        <w:t>حضرت عیسیٰ کو بہت کم موقع ملا لیکن اس میں وہ دن رات بس لوگوں کو کمیونیکیٹ کرتے تھے خدا کا میسج۔</w:t>
      </w:r>
    </w:p>
    <w:p>
      <w:r>
        <w:rPr>
          <w:b/>
        </w:rPr>
        <w:t xml:space="preserve">[44:21] </w:t>
      </w:r>
      <w:r>
        <w:t>aur Rasool Allah S.A.W. chounke aakhri paighambar thay, is liye hamein farq lagta hai. Bible mein bhi aaya hai ke woh aakhri paighambar jo hai, woh aik aatishi shariat le kar aye ga.</w:t>
      </w:r>
    </w:p>
    <w:p>
      <w:pPr>
        <w:jc w:val="right"/>
      </w:pPr>
      <w:r>
        <w:t>اور رسول اللہ صلی اللہ علیہ وسلم چونکہ آخری پیغمبر تھے، اس لیے ہمیں فرق لگتا ہے۔ بائبل میں بھی آیا ہے کہ وہ آخری پیغمبر جو ہے، وہ ایک آتشی شریعت لے کر آئے گا۔</w:t>
      </w:r>
    </w:p>
    <w:p>
      <w:r>
        <w:rPr>
          <w:b/>
        </w:rPr>
        <w:t xml:space="preserve">[44:33] </w:t>
      </w:r>
      <w:r>
        <w:t>matlab is mein jihad bhi ho shamil hoga. kyunke Rasool Allah S.A.W. ko woh poora jo situation thi, persecution jo tha, religious persecution, us ko khatam karna tha.</w:t>
      </w:r>
    </w:p>
    <w:p>
      <w:pPr>
        <w:jc w:val="right"/>
      </w:pPr>
      <w:r>
        <w:t>مطلب اس میں جہاد بھی ہو شامل ہوگا۔ کیونکہ رسول اللہ صلی اللہ علیہ وسلم کو وہ پورا جو سچویشن تھی، پرسیکیوشن جو تھا، ریلیجس پرسیکیوشن، اس کو ختم کرنا تھا۔</w:t>
      </w:r>
    </w:p>
    <w:p>
      <w:r>
        <w:rPr>
          <w:b/>
        </w:rPr>
        <w:t xml:space="preserve">[44:45] </w:t>
      </w:r>
      <w:r>
        <w:t>sirf communicate nahin karna tha. to is wajah se hamein farq lagta hai. warna to tamam paighambar ne aik hi kaam kiya, woh koi bhi paighambar hon, sab ne Allah ka paigham farishtay se liya aur us ko logon tak pohnchaya.</w:t>
      </w:r>
    </w:p>
    <w:p>
      <w:pPr>
        <w:jc w:val="right"/>
      </w:pPr>
      <w:r>
        <w:t>صرف کمیونیکیٹ نہیں کرنا تھا۔ تو اس وجہ سے ہمیں فرق لگتا ہے۔ ورنہ تو تمام پیغمبر نے ایک ہی کام کیا، وہ کوئی بھی پیغمبر ہوں، سب نے اللہ کا پیغام فرشتے سے لیا اور اس کو لوگوں تک پہنچایا۔</w:t>
      </w:r>
    </w:p>
    <w:p>
      <w:r>
        <w:rPr>
          <w:b/>
        </w:rPr>
        <w:t xml:space="preserve">[45:00] </w:t>
      </w:r>
      <w:r>
        <w:t>to har lehaz se similarity hai.</w:t>
      </w:r>
    </w:p>
    <w:p>
      <w:pPr>
        <w:jc w:val="right"/>
      </w:pPr>
      <w:r>
        <w:t>تو ہر لحاظ سے سمیلارٹی ہے۔</w:t>
      </w:r>
    </w:p>
    <w:p>
      <w:r>
        <w:rPr>
          <w:b/>
        </w:rPr>
        <w:t xml:space="preserve">[45:07] </w:t>
      </w:r>
      <w:r>
        <w:t>Tariq Badar sahib ne aa apna aik ta'asur diya hai: "usooli akhlaq behtareen tareeqa hai." shukriya. Muhammad Ibadullah Chennai se likhte hain: "What are the outstanding qualities of Prophet Muhammad?"</w:t>
      </w:r>
    </w:p>
    <w:p>
      <w:pPr>
        <w:jc w:val="right"/>
      </w:pPr>
      <w:r>
        <w:t>طارق بدر صاحب نے آ اپنا ایک تاثر دیا ہے: "اصولی اخلاق بہترین طریقہ ہے۔" شکریہ۔ محمد عباد اللہ چنئی سے لکھتے ہیں: "واٹ آر دا آؤٹ اسٹینڈنگ کوالٹیز آف پرافٹ محمد؟"</w:t>
      </w:r>
    </w:p>
    <w:p>
      <w:r>
        <w:rPr>
          <w:b/>
        </w:rPr>
        <w:t xml:space="preserve">[45:27] </w:t>
      </w:r>
      <w:r>
        <w:t>mere khayal mein outstanding quality wohi rehmat, rehmat culture jo hai aap ka, woh woh well-wishing aur rehmat culture ke under mein sab kuch aata hai.</w:t>
      </w:r>
    </w:p>
    <w:p>
      <w:pPr>
        <w:jc w:val="right"/>
      </w:pPr>
      <w:r>
        <w:t>میرے خیال میں آؤٹ اسٹینڈنگ کوالٹی وہی رحمت، رحمت کلچر جو ہے آپ کا، وہ وہ ویل وشنگ اور رحمت کلچر کے انڈر میں ہی سب کچھ آتا ہے۔</w:t>
      </w:r>
    </w:p>
    <w:p>
      <w:r>
        <w:rPr>
          <w:b/>
        </w:rPr>
        <w:t xml:space="preserve">[45:41] </w:t>
      </w:r>
      <w:r>
        <w:t>insaan ke liye be-inteha well-wishing, insaan ke liye aa itna ziyada ke Taif ke moqay par kis tareeqay se aap ko lahoo-luhan kiya gaya tha, aap ke oopar pathar phenke gaye thay aur aap bilkul joote tak aap ka blood ja raha tha.</w:t>
      </w:r>
    </w:p>
    <w:p>
      <w:pPr>
        <w:jc w:val="right"/>
      </w:pPr>
      <w:r>
        <w:t>انسان کے لیے بے انتہا ویل وشنگ، انسان کے لیے آ اتنا زیادہ کہ طائف کے موقع پر کس طریقے سے آپ کو لہو لہان کیا گیا تھا، آپ کے اوپر پتھر پھینکے گئے تھے اور آپ بالکل جوتے تک آپ کا بلڈ جا رہا تھا۔</w:t>
      </w:r>
    </w:p>
    <w:p>
      <w:r>
        <w:rPr>
          <w:b/>
        </w:rPr>
        <w:t xml:space="preserve">[46:00] </w:t>
      </w:r>
      <w:r>
        <w:t>bohat hi thak kar aap wahan baith gaye bagh mein. to farishtay aaya, us ne kaha ke: "main Malik-ul-Jibal hoon, aa mountain angel of mountain hoon." to aur Allah ne sab kuch dekh liya aap ke saath jo kuch hua.</w:t>
      </w:r>
    </w:p>
    <w:p>
      <w:pPr>
        <w:jc w:val="right"/>
      </w:pPr>
      <w:r>
        <w:t>بہت ہی تھک کر آپ وہاں بیٹھ گئے باغ میں۔ تو فرشتہ آیا، اس نے کہا کہ: "میں ملک الجبال ہوں، آ ماؤنٹین اینجل آف ماؤنٹین ہوں۔" تو اور اللہ نے سب کچھ دیکھ لیا آپ کے ساتھ جو کچھ ہوا۔</w:t>
      </w:r>
    </w:p>
    <w:p>
      <w:r>
        <w:rPr>
          <w:b/>
        </w:rPr>
        <w:t xml:space="preserve">[46:17] </w:t>
      </w:r>
      <w:r>
        <w:t>to Allah ne kaha hai ke: "aa jab pooch lo mere paighambar se, agar woh kahein to us</w:t>
      </w:r>
    </w:p>
    <w:p>
      <w:pPr>
        <w:jc w:val="right"/>
      </w:pPr>
      <w:r>
        <w:t>تو اللہ نے کہا ہے کہ: "آ جب پوچھ لو میرے پیغمبر سے، اگر وہ کہیں تو اس</w:t>
      </w:r>
    </w:p>
    <w:p>
      <w:r>
        <w:rPr>
          <w:b/>
        </w:rPr>
        <w:t xml:space="preserve">[46:24] </w:t>
      </w:r>
      <w:r>
        <w:t>chunki ta'if jo hai na, woh us ke</w:t>
      </w:r>
    </w:p>
    <w:p>
      <w:pPr>
        <w:jc w:val="right"/>
      </w:pPr>
      <w:r>
        <w:t>چونکہ طائف جو ہے نا، وہ اس کے</w:t>
      </w:r>
    </w:p>
    <w:p>
      <w:r>
        <w:rPr>
          <w:b/>
        </w:rPr>
        <w:t xml:space="preserve">[46:28] </w:t>
      </w:r>
      <w:r>
        <w:t>aa us ke woh woh mountain se ghira hua tha, to yeh aap dono mountain jo hai, aise</w:t>
      </w:r>
    </w:p>
    <w:p>
      <w:pPr>
        <w:jc w:val="right"/>
      </w:pPr>
      <w:r>
        <w:t>آ اس کے وہ وہ ماؤنٹین سے گھرا ہوا تھا، تو یہ آپ دونوں ماؤنٹین جو ہے، ایسے</w:t>
      </w:r>
    </w:p>
    <w:p>
      <w:r>
        <w:rPr>
          <w:b/>
        </w:rPr>
        <w:t xml:space="preserve">[46:34] </w:t>
      </w:r>
      <w:r>
        <w:t xml:space="preserve">karash kar do, tamam log khatm ho jayein." </w:t>
      </w:r>
    </w:p>
    <w:p>
      <w:pPr>
        <w:jc w:val="right"/>
      </w:pPr>
      <w:r>
        <w:t>کرش کر دو، تمام لوگ ختم ہو جائیں۔"</w:t>
      </w:r>
    </w:p>
    <w:p>
      <w:r>
        <w:rPr>
          <w:b/>
        </w:rPr>
        <w:t xml:space="preserve">[46:38] </w:t>
      </w:r>
      <w:r>
        <w:t>is waqt bhi jab ke aap ko itna zaleel kar ke, aap ko pathar maar ke wahan se</w:t>
      </w:r>
    </w:p>
    <w:p>
      <w:pPr>
        <w:jc w:val="right"/>
      </w:pPr>
      <w:r>
        <w:t>اس وقت بھی جب کہ آپ کو اتنا ذلیل کر کے، آپ کو پتھر مار کے وہاں سے</w:t>
      </w:r>
    </w:p>
    <w:p>
      <w:r>
        <w:rPr>
          <w:b/>
        </w:rPr>
        <w:t xml:space="preserve">[46:42] </w:t>
      </w:r>
      <w:r>
        <w:t>nikala gaya tha, is waqt bhi aap ne kaha: "nahi, aisa nahi, hargiz nahi."</w:t>
      </w:r>
    </w:p>
    <w:p>
      <w:pPr>
        <w:jc w:val="right"/>
      </w:pPr>
      <w:r>
        <w:t>نکالا گیا تھا، اس وقت بھی آپ نے کہا: "نہیں، ایسا نہیں، ہرگز نہیں۔"</w:t>
      </w:r>
    </w:p>
    <w:p>
      <w:r>
        <w:rPr>
          <w:b/>
        </w:rPr>
        <w:t xml:space="preserve">[46:47] </w:t>
      </w:r>
      <w:r>
        <w:t>yeh log aaj jo hain, mujhe reject kar rahe hain lekin yeh ho sakta hai ke un ki</w:t>
      </w:r>
    </w:p>
    <w:p>
      <w:pPr>
        <w:jc w:val="right"/>
      </w:pPr>
      <w:r>
        <w:t>یہ لوگ آج جو ہیں، مجھے ریجیکٹ کر رہے ہیں لیکن یہ ہو سکتا ہے کہ ان کی</w:t>
      </w:r>
    </w:p>
    <w:p>
      <w:r>
        <w:rPr>
          <w:b/>
        </w:rPr>
        <w:t xml:space="preserve">[46:52] </w:t>
      </w:r>
      <w:r>
        <w:t>agli nasal jo hai, woh Allah ke deen ko aa pehchanegi aur us ko accept karegi.</w:t>
      </w:r>
    </w:p>
    <w:p>
      <w:pPr>
        <w:jc w:val="right"/>
      </w:pPr>
      <w:r>
        <w:t>اگلی نسل جو ہے، وہ اللہ کے دین کو آ پہچانے گی اور اس کو ایکسیپٹ کرے گی۔</w:t>
      </w:r>
    </w:p>
    <w:p>
      <w:r>
        <w:rPr>
          <w:b/>
        </w:rPr>
        <w:t xml:space="preserve">[46:59] </w:t>
      </w:r>
      <w:r>
        <w:t>to is qadar khair-khwahi ki aakhri had, aakhri had par thay aap. to yahi aap ki outstanding quality hai aur hamein is quality ko apne andar paida karna hai.</w:t>
      </w:r>
    </w:p>
    <w:p>
      <w:pPr>
        <w:jc w:val="right"/>
      </w:pPr>
      <w:r>
        <w:t>تو اس قدر خیر خواہی کی آخری حد، آخری حد پر تھے آپ۔ تو یہی آپ کی آؤٹ اسٹینڈنگ کوالٹی ہے اور ہمیں اس کوالٹی کو اپنے اندر پیدا کرنا ہے۔</w:t>
      </w:r>
    </w:p>
    <w:p>
      <w:r>
        <w:rPr>
          <w:b/>
        </w:rPr>
        <w:t xml:space="preserve">[47:15] </w:t>
      </w:r>
      <w:r>
        <w:t>Miss Fahmida Khan Faizabad se unhon ne apna ta'asur bheja hai: "aaj Prophet ki zindagi se aap ne hamein remind karaya hai ke hamein unilaterally apni zindagi mein peace ko maintain karna hai."</w:t>
      </w:r>
    </w:p>
    <w:p>
      <w:pPr>
        <w:jc w:val="right"/>
      </w:pPr>
      <w:r>
        <w:t>مس فہمیدہ خان فیض آباد سے انہوں نے اپنا تاثر بھیجا ہے: "آج پرافٹ کی زندگی سے آپ نے ہمیں ریمائنڈ کرایا ہے کہ ہمیں یونی لیٹرلی اپنی زندگی میں پیس کو مینٹین کرنا ہے۔"</w:t>
      </w:r>
    </w:p>
    <w:p>
      <w:r>
        <w:rPr>
          <w:b/>
        </w:rPr>
        <w:t xml:space="preserve">[47:38] </w:t>
      </w:r>
      <w:r>
        <w:t>Maulana Iqbal Umri sahib ka sawal hai: "sab se bari rehmat kya thi? aik deen ki hifazat ki planning aur doosre rehmat insaan ki nisbat se, yani conflict management." apa aisa kehna kahan tak sahi hai?</w:t>
      </w:r>
    </w:p>
    <w:p>
      <w:pPr>
        <w:jc w:val="right"/>
      </w:pPr>
      <w:r>
        <w:t>مولانا اقبال عمری صاحب کا سوال ہے: "سب سے بڑی رحمت کیا تھی؟ ایک دین کی حفاظت کی پلاننگ اور دوسرے رحمت انسان کی نسبت سے، یعنی کانفلکٹ مینجمنٹ۔" آپا ایسا کہنا کہاں تک صحیح ہے؟</w:t>
      </w:r>
    </w:p>
    <w:p>
      <w:r>
        <w:rPr>
          <w:b/>
        </w:rPr>
        <w:t xml:space="preserve">[47:58] </w:t>
      </w:r>
      <w:r>
        <w:t>sahi hai, dono aik doosre se related bhi hain. bhai, conflict management jo hua, usi ke zariye se deen ki hifazat bhi hui aur aur deen jo hai, woh mehfooz ho gaya.</w:t>
      </w:r>
    </w:p>
    <w:p>
      <w:pPr>
        <w:jc w:val="right"/>
      </w:pPr>
      <w:r>
        <w:t>صحیح ہے، دونوں ایک دوسرے سے ریلیٹڈ بھی ہیں۔ بھئی، کانفلکٹ مینجمنٹ جو ہوا، اسی کے ذریعے سے دین کی حفاظت بھی ہوئی اور اور دین جو ہے، وہ محفوظ ہو گیا۔</w:t>
      </w:r>
    </w:p>
    <w:p>
      <w:r>
        <w:rPr>
          <w:b/>
        </w:rPr>
        <w:t xml:space="preserve">[48:13] </w:t>
      </w:r>
      <w:r>
        <w:t>ke agar woh conflict management na kiya jata to phir wohi sab jangain hotin aur jang ke zariye se sab kuch khatam ho jata.</w:t>
      </w:r>
    </w:p>
    <w:p>
      <w:pPr>
        <w:jc w:val="right"/>
      </w:pPr>
      <w:r>
        <w:t>کہ اگر وہ کانفلکٹ مینجمنٹ نہ کیا جاتا تو پھر وہی سب جنگیں ہوتیں اور جنگ کے ذریعے سے سب کچھ ختم ہو جاتا۔</w:t>
      </w:r>
    </w:p>
    <w:p>
      <w:r>
        <w:rPr>
          <w:b/>
        </w:rPr>
        <w:t xml:space="preserve">[48:22] </w:t>
      </w:r>
      <w:r>
        <w:t>kyunke log jang mein to dono taraf ki tabahi hoti hai. to woh to Allah taala ne yeh intezam kiya ke aik dam minimum bloodshed hua.</w:t>
      </w:r>
    </w:p>
    <w:p>
      <w:pPr>
        <w:jc w:val="right"/>
      </w:pPr>
      <w:r>
        <w:t>کیونکہ لوگ جنگ میں تو دونوں طرف کی تباہی ہوتی ہے۔ تو وہ تو اللہ تعالی نے یہ انتظام کیا کہ ایک دم منیمم بلڈ شیڈ ہوا۔</w:t>
      </w:r>
    </w:p>
    <w:p>
      <w:r>
        <w:rPr>
          <w:b/>
        </w:rPr>
        <w:t xml:space="preserve">[48:33] </w:t>
      </w:r>
      <w:r>
        <w:t>jab Makkah fateh hua to mere khayal mein kuch das bees log hi kam, aur kam, aur bhi kam, hmm, chand hi log jo hain, woh is mein khatam hue.</w:t>
      </w:r>
    </w:p>
    <w:p>
      <w:pPr>
        <w:jc w:val="right"/>
      </w:pPr>
      <w:r>
        <w:t>جب مکہ فتح ہوا تو میرے خیال میں کچھ دس بیس لوگ ہی کم، اور کم، اور بھی کم، ہمم، چند ہی لوگ جو ہیں، وہ اس میں ختم ہوئے۔</w:t>
      </w:r>
    </w:p>
    <w:p>
      <w:r>
        <w:rPr>
          <w:b/>
        </w:rPr>
        <w:t xml:space="preserve">[48:48] </w:t>
      </w:r>
      <w:r>
        <w:t>to Allah taala ne yeh planning ki ke bilkul minimum bloodshed mein sab kuch jo hai, woh masla sab hal ho jaye.</w:t>
      </w:r>
    </w:p>
    <w:p>
      <w:pPr>
        <w:jc w:val="right"/>
      </w:pPr>
      <w:r>
        <w:t>تو اللہ تعالی نے یہ پلاننگ کی کہ بالکل منیمم بلڈ شیڈ میں سب کچھ جو ہے، وہ مسئلہ سب حل ہو جائے۔</w:t>
      </w:r>
    </w:p>
    <w:p>
      <w:r>
        <w:rPr>
          <w:b/>
        </w:rPr>
        <w:t xml:space="preserve">[48:57] </w:t>
      </w:r>
      <w:r>
        <w:t>to conflict management isi liye kiya gaya ke deen jo hai, bohat aasan ho jaye logon ke liye pohnchana. warna jab sab aap ke followers khatam ho jatay to deen ko kaun pohnchata?</w:t>
      </w:r>
    </w:p>
    <w:p>
      <w:pPr>
        <w:jc w:val="right"/>
      </w:pPr>
      <w:r>
        <w:t>تو کانفلکٹ مینجمنٹ اسی لیے کیا گیا کہ دین جو ہے، بہت آسان ہو جائے لوگوں کے لیے پہنچانا۔ ورنہ جب سب آپ کے فالوورز ختم ہو جاتے تو دین کو کون پہنچاتا؟</w:t>
      </w:r>
    </w:p>
    <w:p>
      <w:r>
        <w:rPr>
          <w:b/>
        </w:rPr>
        <w:t xml:space="preserve">[49:10] </w:t>
      </w:r>
      <w:r>
        <w:t>saari duniya mein yahi Sahaba jo hain, saari duniya mein phail gaye aur unhon ne saari duniya mein paigham Allah ka pohncha diya. to isi wajah se mumkin hua ke un ko jo hai, woh jang mein aa, un ka woh nahin hua.</w:t>
      </w:r>
    </w:p>
    <w:p>
      <w:pPr>
        <w:jc w:val="right"/>
      </w:pPr>
      <w:r>
        <w:t>ساری دنیا میں یہی صحابہ جو ہیں، ساری دنیا میں پھیل گئے اور انہوں نے ساری دنیا میں پیغام اللہ کا پہنچا دیا۔ تو اسی وجہ سے ممکن ہوا کہ ان کو جو ہے، وہ جنگ میں آ، ان کا وہ نہیں ہوا۔</w:t>
      </w:r>
    </w:p>
    <w:p>
      <w:r>
        <w:rPr>
          <w:b/>
        </w:rPr>
        <w:t xml:space="preserve">[49:27] </w:t>
      </w:r>
      <w:r>
        <w:t>jang se bache rahe. apa ne jo aap ne jo point yeh kiya hai ke agar in ko aa aise hi qatl kar diya jata to kon aa aap ke mission ko aage le kar barhta?</w:t>
      </w:r>
    </w:p>
    <w:p>
      <w:pPr>
        <w:jc w:val="right"/>
      </w:pPr>
      <w:r>
        <w:t>جنگ سے بچے رہے۔ آپا نے جو آپ نے جو پوائنٹ یہ کیا ہے کہ اگر ان کو آ ایسے ہی قتل کر دیا جاتا تو کون آ آپ کے مشن کو آگے لے کر بڑھتا؟</w:t>
      </w:r>
    </w:p>
    <w:p>
      <w:r>
        <w:rPr>
          <w:b/>
        </w:rPr>
        <w:t xml:space="preserve">[49:42] </w:t>
      </w:r>
      <w:r>
        <w:t>bilkul sahi baat hai. aur mujhe yaad aata hai ke jo log makka se bhage the, kuch log bhage bhi the us waqt, to is mein akrama bhi tha.</w:t>
      </w:r>
    </w:p>
    <w:p>
      <w:pPr>
        <w:jc w:val="right"/>
      </w:pPr>
      <w:r>
        <w:t>بالکل صحیح بات ہے۔ اور مجھے یاد آتا ہے کہ جو لوگ مکہ سے بھاگے تھے، کچھ لوگ بھاگے بھی تھے اس وقت، تو اس میں اکرمہ بھی تھے۔</w:t>
      </w:r>
    </w:p>
    <w:p>
      <w:r>
        <w:rPr>
          <w:b/>
        </w:rPr>
        <w:t xml:space="preserve">[49:51] </w:t>
      </w:r>
      <w:r>
        <w:t>wo abujahal ke bete akrama. to aa, un ki biwi rasool allah ke paas aayi aur rasool allah ne keh diya tha un ko jahan mile, un ko maar dalo.</w:t>
      </w:r>
    </w:p>
    <w:p>
      <w:pPr>
        <w:jc w:val="right"/>
      </w:pPr>
      <w:r>
        <w:t>وہ ابوجہل کے بیٹے اکرمہ۔ تو آ، ان کی بیوی رسول اللہ کے پاس آئی اور رسول اللہ نے کہہ دیا تھا ان کو جہاں ملے، ان کو مار ڈالو۔</w:t>
      </w:r>
    </w:p>
    <w:p>
      <w:r>
        <w:rPr>
          <w:b/>
        </w:rPr>
        <w:t xml:space="preserve">[50:02] </w:t>
      </w:r>
      <w:r>
        <w:t>kyun ke wo bohat dushmani karte the apne baap ki tarah. to un ki biwi aayi aur unhon ne rasool allah se kaha ke aap mujhe aman dijiye, main un ko le kar aaungi.</w:t>
      </w:r>
    </w:p>
    <w:p>
      <w:pPr>
        <w:jc w:val="right"/>
      </w:pPr>
      <w:r>
        <w:t>کیونکہ وہ بہت دشمنی کرتے تھے اپنے باپ کی طرح۔ تو ان کی بیوی آئی اور انہوں نے رسول اللہ سے کہا کہ آپ مجھے امان دیجئے، میں ان کو لے کر آؤں گی۔</w:t>
      </w:r>
    </w:p>
    <w:p>
      <w:r>
        <w:rPr>
          <w:b/>
        </w:rPr>
        <w:t xml:space="preserve">[50:12] </w:t>
      </w:r>
      <w:r>
        <w:t>to wo aayman aa akrama chale gaye the, wahan se us ko un ko le kar aaye aur la kar rasool allah ke paas aman dilaya. aur is ke baad wo bohat hi achhe saathi bane.</w:t>
      </w:r>
    </w:p>
    <w:p>
      <w:pPr>
        <w:jc w:val="right"/>
      </w:pPr>
      <w:r>
        <w:t>تو وہ آیمن آ اکرمہ چلے گئے تھے، وہاں سے اس کو ان کو لے کر آئے اور لا کر رسول اللہ کے پاس امان دلایا۔ اور اس کے بعد وہ بہت ہی اچھے ساتھی بنے۔</w:t>
      </w:r>
    </w:p>
    <w:p>
      <w:r>
        <w:rPr>
          <w:b/>
        </w:rPr>
        <w:t xml:space="preserve">[50:22] </w:t>
      </w:r>
      <w:r>
        <w:t>ayman aa islami tareekh ki kitabon mein aata hai ke unhon ne baad mein bohat aa aa bari khidmat ki islami. to mujhe yaad aata hai ke rasool allah sallallahu alaihi wasallam ne yeh kaha tha ke islam ke muamle mein tum un ko sab se achha paoge jo aa islam se pehle aa sab se zyada is se dushmani nafrat karne wale the.</w:t>
      </w:r>
    </w:p>
    <w:p>
      <w:pPr>
        <w:jc w:val="right"/>
      </w:pPr>
      <w:r>
        <w:t>ایون آ آ اسلامی تاریخ کی کتابوں میں آتا ہے کہ انہوں نے بعد میں بہت آ آ بڑی خدمت کی اسلام کی۔ تو مجھے یاد آتا ہے کہ رسول اللہ صلی اللہ علیہ وسلم نے یہ کہا تھا کہ اسلام کے معاملے میں تم ان کو سب سے اچھا پاؤ گے جو آ اسلام سے پہلے آ سب سے زیادہ اس سے دشمنی نفرت کرنے والے تھے۔</w:t>
      </w:r>
    </w:p>
    <w:p>
      <w:r>
        <w:rPr>
          <w:b/>
        </w:rPr>
        <w:t xml:space="preserve">[50:43] </w:t>
      </w:r>
      <w:r>
        <w:t>ashduhum lah karahiyat qabl an yuqafiya ke jo sab se zyada nafrat karne wale hon islam ke, agar wo islam ko samajh lein to sab se achhe rahenge.</w:t>
      </w:r>
    </w:p>
    <w:p>
      <w:pPr>
        <w:jc w:val="right"/>
      </w:pPr>
      <w:r>
        <w:t>اشدھم لہ کراہیت قبل ان یقافیہ کہ جو سب سے زیادہ نفرت کرنے والے ہوں اسلام کے، اگر وہ اسلام کو سمجھ لیں تو سب سے اچھے رہیں گے۔</w:t>
      </w:r>
    </w:p>
    <w:p>
      <w:r>
        <w:rPr>
          <w:b/>
        </w:rPr>
        <w:t xml:space="preserve">[50:53] </w:t>
      </w:r>
      <w:r>
        <w:t>to rehmat ka pehlu bohat aham ho jata hai is hadith ki nisbat se. apa ek sawal hai aa aa abdul rahim ka nai dilli se: "what are the most positive thing about islam that make islam the best religion of the world?" islam mein jo spirituality hai, mind based spirituality,</w:t>
      </w:r>
    </w:p>
    <w:p>
      <w:pPr>
        <w:jc w:val="right"/>
      </w:pPr>
      <w:r>
        <w:t>تو رحمت کا پہلو بہت اہم ہو جاتا ہے اس حدیث کی نسبت سے۔ آپا ایک سوال ہے آ آ عبدالرحیم کا نئی دہلی سے: "واٹ آر دی موسٹ پوزیٹیو تھنگ اباؤٹ اسلام دیٹ میک اسلام دا بیسٹ ریلیجن آف دی ورلڈ؟" اسلام میں جو سپرچولیٹی ہے، مائنڈ بیسڈ سپرچولیٹی،</w:t>
      </w:r>
    </w:p>
    <w:p>
      <w:r>
        <w:rPr>
          <w:b/>
        </w:rPr>
        <w:t xml:space="preserve">[51:15] </w:t>
      </w:r>
      <w:r>
        <w:t>jis par maulana ne bohat kuch likha hai, to wo aaj ke naye daur ke hisab se bohat hi zyada appeal rakhti hai.</w:t>
      </w:r>
    </w:p>
    <w:p>
      <w:pPr>
        <w:jc w:val="right"/>
      </w:pPr>
      <w:r>
        <w:t>جس پر مولانا نے بہت کچھ لکھا ہے، تو وہ آج کے نئے دور کے حساب سے بہت ہی زیادہ اپیل رکھتی ہے۔</w:t>
      </w:r>
    </w:p>
    <w:p>
      <w:r>
        <w:rPr>
          <w:b/>
        </w:rPr>
        <w:t xml:space="preserve">[51:26] </w:t>
      </w:r>
      <w:r>
        <w:t>kyun ke pehle zamane mein heart based spirituality thi aur is se kuch milta nahi tha. sirf ek qism ki ek ekstasy milti thi. lekin mind based spirituality se hamara intellectual development hota hai.</w:t>
      </w:r>
    </w:p>
    <w:p>
      <w:pPr>
        <w:jc w:val="right"/>
      </w:pPr>
      <w:r>
        <w:t>کیونکہ پہلے زمانے میں ہارٹ بیسڈ سپرچولیٹی تھی اور اس سے کچھ ملتا نہیں تھا۔ صرف ایک قسم کی ایک ایکسٹسی ملتی تھی۔ لیکن مائنڈ بیسڈ سپرچولیٹی سے ہمارا انٹلیکچول ڈیویلپمنٹ ہوتا ہے۔</w:t>
      </w:r>
    </w:p>
    <w:p>
      <w:r>
        <w:rPr>
          <w:b/>
        </w:rPr>
        <w:t xml:space="preserve">[51:39] </w:t>
      </w:r>
      <w:r>
        <w:t>ab jitna zyada hamara hum intellectually develop karein ge apne aap ko, utna hi zyada hum khuda se ta'alluq jod sakein ge, khuda ki marifat hasil kar sakein ge.</w:t>
      </w:r>
    </w:p>
    <w:p>
      <w:pPr>
        <w:jc w:val="right"/>
      </w:pPr>
      <w:r>
        <w:t>اب جتنا زیادہ ہمارا ہم انٹلیکچولی ڈیویلپ کریں گے اپنے آپ کو، اتنا ہی زیادہ ہم خدا سے تعلق جوڑ سکیں گے، خدا کی معرفت حاصل کر سکیں گے۔</w:t>
      </w:r>
    </w:p>
    <w:p>
      <w:r>
        <w:rPr>
          <w:b/>
        </w:rPr>
        <w:t xml:space="preserve">[51:51] </w:t>
      </w:r>
      <w:r>
        <w:t>to yeh khuda se ta'alluq jo hai, wo kyun ke khuda ka concept islam mein itna clear hai ke har koi jo hai, khuda se ta'alluq jod sakta hai.</w:t>
      </w:r>
    </w:p>
    <w:p>
      <w:pPr>
        <w:jc w:val="right"/>
      </w:pPr>
      <w:r>
        <w:t>تو یہ خدا سے تعلق جو ہے، وہ کیونکہ خدا کا کانسیپٹ اسلام میں اتنا کلیئر ہے کہ ہر کوئی جو ہے، خدا سے تعلق جوڑ سکتا ہے۔</w:t>
      </w:r>
    </w:p>
    <w:p>
      <w:r>
        <w:rPr>
          <w:b/>
        </w:rPr>
        <w:t xml:space="preserve">[52:03] </w:t>
      </w:r>
      <w:r>
        <w:t>aur doosra hai peace ke har kaam peaceful tareeqe se karna. to yeh pehle zamane mein bilkul hi nahi tha. pehle zamana to jang ka zamana tha aur log har kaam samajhte the ke battle field mein hota hai.</w:t>
      </w:r>
    </w:p>
    <w:p>
      <w:pPr>
        <w:jc w:val="right"/>
      </w:pPr>
      <w:r>
        <w:t>اور دوسرا ہے پیس کہ ہر کام پیس فل طریقے سے کرنا۔ تو یہ پہلے زمانے میں بالکل ہی نہیں تھا۔ پہلے زمانہ تو جنگ کا زمانہ تھا اور لوگ ہر کام سمجھتے تھے کہ بیٹل فیلڈ میں ہوتا ہے۔</w:t>
      </w:r>
    </w:p>
    <w:p>
      <w:r>
        <w:rPr>
          <w:b/>
        </w:rPr>
        <w:t xml:space="preserve">[52:17] </w:t>
      </w:r>
      <w:r>
        <w:t>lekin wo is ki bohat hi limited aa wo hota hai, capacity hoti hai battle field mein kaam ki. lekin yeh jo peaceful tareeqe se kaam karna, to yeh to aap sari duniya mein kaam kar sakte hain.</w:t>
      </w:r>
    </w:p>
    <w:p>
      <w:pPr>
        <w:jc w:val="right"/>
      </w:pPr>
      <w:r>
        <w:t>لیکن وہ اس کی بہت ہی لمیٹڈ آ وہ ہوتا ہے، کپیسٹی ہوتی ہے بیٹل فیلڈ میں کام کی۔ لیکن یہ جو پیس فل طریقے سے کام کرنا، تو یہ تو آپ ساری دنیا میں کام کر سکتے ہیں۔</w:t>
      </w:r>
    </w:p>
    <w:p>
      <w:r>
        <w:rPr>
          <w:b/>
        </w:rPr>
        <w:t xml:space="preserve">[52:32] </w:t>
      </w:r>
      <w:r>
        <w:t>to islam ne peace ke jo usool muqarrar kiye hain, khaas tor par peace without justice, yak tarfa usool, to yeh sab cheezein bohat hi hamare liye important hain.</w:t>
      </w:r>
    </w:p>
    <w:p>
      <w:pPr>
        <w:jc w:val="right"/>
      </w:pPr>
      <w:r>
        <w:t>تو اسلام نے پیس کے جو اصول مقرر کیے ہیں، خاص طور پر پیس ود ودا آؤٹ جسٹس، یکطرفہ اصول، تو یہ سب چیزیں بہت ہی ہمارے لیے امپورٹنٹ ہیں۔</w:t>
      </w:r>
    </w:p>
    <w:p>
      <w:r>
        <w:rPr>
          <w:b/>
        </w:rPr>
        <w:t xml:space="preserve">[52:43] </w:t>
      </w:r>
      <w:r>
        <w:t>aur khaas tor par aaj ke daur mein bohat zyada important hain. kyun ke har jagah log jo hain, conflict management nahi kar pa rahe hain.</w:t>
      </w:r>
    </w:p>
    <w:p>
      <w:pPr>
        <w:jc w:val="right"/>
      </w:pPr>
      <w:r>
        <w:t>اور خاص طور پر آج کے دور میں بہت زیادہ امپورٹنٹ ہیں۔ کیونکہ ہر جگہ لوگ جو ہیں، کانفلکٹ مینجمنٹ نہیں کر پا رہے ہیں۔</w:t>
      </w:r>
    </w:p>
    <w:p>
      <w:r>
        <w:rPr>
          <w:b/>
        </w:rPr>
        <w:t xml:space="preserve">[52:52] </w:t>
      </w:r>
      <w:r>
        <w:t>kyun ke peace with justice unhon ne nikal rakha hai aur is ki wajah se koi kaam nahi ho raha, siwaye siwaye nafrat ke, negativity ke aur jangon ke, aur kuch nahi mil raha hai.</w:t>
      </w:r>
    </w:p>
    <w:p>
      <w:pPr>
        <w:jc w:val="right"/>
      </w:pPr>
      <w:r>
        <w:t>کیونکہ پیس ود جسٹس انہوں نے نکال رکھا ہے اور اس کی وجہ سے کوئی کام نہیں ہو رہا، سوائے سوائے نفرت کے، نیگیٹیوٹی کے اور جنگوں کے، اور کچھ نہیں مل رہا ہے۔</w:t>
      </w:r>
    </w:p>
    <w:p>
      <w:r>
        <w:rPr>
          <w:b/>
        </w:rPr>
        <w:t xml:space="preserve">[53:05] </w:t>
      </w:r>
      <w:r>
        <w:t>jo kuch tha musalmanon ke paas, wo bhi unhon ne kho diya hai. to islam ko original jo shakal hai, original islam, us ko discover karein aur apni zindagi ko isi ke mutabiq plan karein.</w:t>
      </w:r>
    </w:p>
    <w:p>
      <w:pPr>
        <w:jc w:val="right"/>
      </w:pPr>
      <w:r>
        <w:t>جو کچھ تھا مسلمانوں کے پاس، وہ بھی انہوں نے کھو دیا ہے۔ تو اسلام کو اوریجنل جو شکل ہے، اوریجنل اسلام، اس کو ڈسکور کریں اور اپنی زندگیوں کو اسی کے مطابق پلان کریں۔</w:t>
      </w:r>
    </w:p>
    <w:p>
      <w:r>
        <w:rPr>
          <w:b/>
        </w:rPr>
        <w:t xml:space="preserve">[53:19] </w:t>
      </w:r>
      <w:r>
        <w:t>isi mein sari bhalai hai, duniya ki bhi aur akhirat ki bhi. aa wo mind based spirituality par ek hadith mujhe yaad aa rahi hai.</w:t>
      </w:r>
    </w:p>
    <w:p>
      <w:pPr>
        <w:jc w:val="right"/>
      </w:pPr>
      <w:r>
        <w:t>اسی میں ساری بھلائی ہے، دنیا کی بھی اور آخرت کی بھی۔ آ وہ مائنڈ بیسڈ سپرچولیٹی پر ایک حدیث مجھے یاد آ رہی ہے۔</w:t>
      </w:r>
    </w:p>
    <w:p>
      <w:r>
        <w:rPr>
          <w:b/>
        </w:rPr>
        <w:t xml:space="preserve">[53:31] </w:t>
      </w:r>
      <w:r>
        <w:t>aa yeh musnad ahmad mein bhi aur doosri kitabon mein bhi yeh hadith hai. hazrat abu zar kehte hain ke: "laqad tarakna muhammad sallallahu alaihi wasallam wa ma yuharriku tairun janahi fis-sama' illa dhakarna minhu ilman" ke rasool allah sallallahu alaihi wasallam hum se aa allah ke paas gaye is halat mein ke aa ek parinda bhi apne paron ko aasman mein pharphadata tha.</w:t>
      </w:r>
    </w:p>
    <w:p>
      <w:pPr>
        <w:jc w:val="right"/>
      </w:pPr>
      <w:r>
        <w:t>آ یہ مسند احمد میں بھی اور دوسری کتابوں میں بھی یہ حدیث ہے۔ حضرت ابوذر کہتے ہیں کہ: "لقد ترکنا محمد صلی اللہ علیہ وسلم وما یحرک طائر جناہی فی السماء الا اذکرنا منہ علما" کہ رسول اللہ صلی اللہ علیہ وسلم ہم سے آ اللہ کے پاس گئے اس حالت میں کہ آ ایک پرندہ بھی اپنے پروں کو آسمان میں پھڑپھڑاتا تھا۔</w:t>
      </w:r>
    </w:p>
    <w:p>
      <w:r>
        <w:rPr>
          <w:b/>
        </w:rPr>
        <w:t xml:space="preserve">[53:59] </w:t>
      </w:r>
      <w:r>
        <w:t>to aap is se hum ko ek ilm ki yeh baat yaad dilate the. to chunke is zamane mein mind based koi lafz tha nahi, to is se samajh sakte hain ke logon ko kaise sikhaya karte the, kaise lesson lena.</w:t>
      </w:r>
    </w:p>
    <w:p>
      <w:pPr>
        <w:jc w:val="right"/>
      </w:pPr>
      <w:r>
        <w:t>تو آپ اس سے ہم کو ایک علم کی یہ بات یاد دلاتے تھے۔ تو چونکہ اس زمانے میں مائنڈ بیسڈ کوئی لفظ تھا نہیں، تو اس سے سمجھ سکتے ہیں کہ لوگوں کو کیسے سکھایا کرتے تھے، کیسے لیسن لینا۔</w:t>
      </w:r>
    </w:p>
    <w:p>
      <w:r>
        <w:rPr>
          <w:b/>
        </w:rPr>
        <w:t xml:space="preserve">[54:17] </w:t>
      </w:r>
      <w:r>
        <w:t>maulana yaqoob umri sahib ka sawal hai ke rasool allah ki zindagi ke bare mein shafqat o meharbani ki bohat sari baatein aap se sunne ko milin. aap koi ek waqia batayein jo rasool allah ki shafqat o meharbani ke aitbar se aap ko pasand ho.</w:t>
      </w:r>
    </w:p>
    <w:p>
      <w:pPr>
        <w:jc w:val="right"/>
      </w:pPr>
      <w:r>
        <w:t>مولانا یعقوب عمری صاحب کا سوال ہے کہ رسول اللہ کی زندگی کے بارے میں شفقت و مہربانی کی بہت ساری باتیں آپ سے سننے کو ملیں۔ آپ کوئی ایک واقعہ بتائیں جو رسول اللہ کی شفقت و مہربانی کے اعتبار سے آپ کو پسند ہو۔</w:t>
      </w:r>
    </w:p>
    <w:p>
      <w:r>
        <w:rPr>
          <w:b/>
        </w:rPr>
        <w:t xml:space="preserve">[54:32] </w:t>
      </w:r>
      <w:r>
        <w:t>saare hi achhe waqiat hain. wo mujhe bohat hi fascinating lagta hai ke is ne itna zyada badtameezi ki, chadar aap ki khinchi aur is par bhi aap muskara diye.</w:t>
      </w:r>
    </w:p>
    <w:p>
      <w:pPr>
        <w:jc w:val="right"/>
      </w:pPr>
      <w:r>
        <w:t>سارے ہی اچھے واقعات ہیں۔ وہ مجھے بہت ہی فیسینیٹنگ لگتا ہے کہ اس نے اتنا زیادہ بدتمیزی کی، چادر آپ کی کھینچی اور اس پر بھی آپ مسکرا دیے۔</w:t>
      </w:r>
    </w:p>
    <w:p>
      <w:r>
        <w:rPr>
          <w:b/>
        </w:rPr>
        <w:t xml:space="preserve">[54:47] </w:t>
      </w:r>
      <w:r>
        <w:t>to saare hi waqiat achhe hain prophet ke. koi ek waqia nahi samajh mein aa raha hai.</w:t>
      </w:r>
    </w:p>
    <w:p>
      <w:pPr>
        <w:jc w:val="right"/>
      </w:pPr>
      <w:r>
        <w:t>تو سارے ہی واقعات اچھے ہیں پرافٹ کے۔ کوئی ایک واقعہ نہیں سمجھ میں آ رہا ہے۔</w:t>
      </w:r>
    </w:p>
    <w:p>
      <w:r>
        <w:rPr>
          <w:b/>
        </w:rPr>
        <w:t xml:space="preserve">[54:57] </w:t>
      </w:r>
      <w:r>
        <w:t>khwaja kaleemuddin sahib ka sawal hai: hadith mein aaya ke rasool allah sallallahu alaihi wasallam nabi mulhama, jang ke nabi hain.</w:t>
      </w:r>
    </w:p>
    <w:p>
      <w:pPr>
        <w:jc w:val="right"/>
      </w:pPr>
      <w:r>
        <w:t>خواجہ کلیم الدین صاحب کا سوال ہے: حدیث میں آیا کہ رسول اللہ صلی اللہ علیہ وسلم نبی ملحمہ، جنگ کے نبی ہیں۔</w:t>
      </w:r>
    </w:p>
    <w:p>
      <w:r>
        <w:rPr>
          <w:b/>
        </w:rPr>
        <w:t xml:space="preserve">[55:07] </w:t>
      </w:r>
      <w:r>
        <w:t>is ka matlab kya hai? yeh bataein. yeh log bohat hi ziyada ghalat ta'assur de rahe hain ke rasool Allah jang ke nabi hain.</w:t>
      </w:r>
    </w:p>
    <w:p>
      <w:pPr>
        <w:jc w:val="right"/>
      </w:pPr>
      <w:r>
        <w:t>اس کا مطلب کیا ہے؟ یہ بتائیں۔ یہ لوگ بہت ہی زیادہ غلط تاثر دے رہے ہیں کہ رسول اللہ جنگ کے نبی ہیں۔</w:t>
      </w:r>
    </w:p>
    <w:p>
      <w:r>
        <w:rPr>
          <w:b/>
        </w:rPr>
        <w:t xml:space="preserve">[55:20] </w:t>
      </w:r>
      <w:r>
        <w:t>woh aik mehdood ma'ne mein tha kyunke aap aakhri paighambar the aur aap ko har haalat mein fitna ya'ni religious persecution ko khatam karna tha.</w:t>
      </w:r>
    </w:p>
    <w:p>
      <w:pPr>
        <w:jc w:val="right"/>
      </w:pPr>
      <w:r>
        <w:t>وہ ایک محدود معنی میں تھا کیونکہ آپ آخری پیغمبر تھے اور آپ کو ہر حالت میں فتنہ یعنی ریلیجس پرسیکیوشن کو ختم کرنا تھا۔</w:t>
      </w:r>
    </w:p>
    <w:p>
      <w:r>
        <w:rPr>
          <w:b/>
        </w:rPr>
        <w:t xml:space="preserve">[55:31] </w:t>
      </w:r>
      <w:r>
        <w:t>to is liye chand jangain hu'een. warna wohi jang hui sirf do din ki. to woh sirf do din ki jang as a final messenger in the capacity of a final messenger aap ne ki.</w:t>
      </w:r>
    </w:p>
    <w:p>
      <w:pPr>
        <w:jc w:val="right"/>
      </w:pPr>
      <w:r>
        <w:t>تو اس لیے چند جنگیں ہوئیں۔ ورنہ وہی جنگ ہوئی صرف دو دن کی۔ تو وہ صرف دو دن کی جنگ ایز ا فائنل میسنجر ان دی کپیسٹی آف ا فائنل میسنجر آپ نے کیا۔</w:t>
      </w:r>
    </w:p>
    <w:p>
      <w:r>
        <w:rPr>
          <w:b/>
        </w:rPr>
        <w:t xml:space="preserve">[55:44] </w:t>
      </w:r>
      <w:r>
        <w:t>na yeh ke yahi aap ka mission tha. hamein dekhna hoga ke aap ka mission kya hai. woh jo hai ke aatishi shariyat le kar aaye ga aakhri paighambar.</w:t>
      </w:r>
    </w:p>
    <w:p>
      <w:pPr>
        <w:jc w:val="right"/>
      </w:pPr>
      <w:r>
        <w:t>نہ یہ کہ یہی آپ کا مشن تھا۔ ہمیں دیکھنا ہوگا کہ آپ کا مشن کیا ہے۔ وہ جو ہے کہ آتشی شریعت لے کر آئے گا آخری پیغمبر۔</w:t>
      </w:r>
    </w:p>
    <w:p>
      <w:r>
        <w:rPr>
          <w:b/>
        </w:rPr>
        <w:t xml:space="preserve">[55:54] </w:t>
      </w:r>
      <w:r>
        <w:t>to woh thi ke chand jangain hongi, log oppose karein ge aur un ko muqabla karna pare ga. aur bohat ziyada rasool Allah sal Allah alaih wasallam ne koshish ki avoid karne ki.</w:t>
      </w:r>
    </w:p>
    <w:p>
      <w:pPr>
        <w:jc w:val="right"/>
      </w:pPr>
      <w:r>
        <w:t>تو وہ تھی کہ چند جنگیں ہوں گی، لوگ اپوز کریں گے اور ان کو مقابلہ کرنا پڑے گا۔ اور بہت زیادہ رسول اللہ صلی اللہ علیہ وسلم نے کوشش کی اوائڈ کرنے کی۔</w:t>
      </w:r>
    </w:p>
    <w:p>
      <w:r>
        <w:rPr>
          <w:b/>
        </w:rPr>
        <w:t xml:space="preserve">[56:07] </w:t>
      </w:r>
      <w:r>
        <w:t>halanke jangon se kuch kuch ho nahi raha tha. phir rasool Allah sal Allah alaih wasallam ne finally sulah kiya aur sulah se Islam phaila.</w:t>
      </w:r>
    </w:p>
    <w:p>
      <w:pPr>
        <w:jc w:val="right"/>
      </w:pPr>
      <w:r>
        <w:t>حالانکہ جنگوں سے کچھ کچھ ہو نہیں رہا تھا۔ پھر رسول اللہ صلی اللہ علیہ وسلم نے فائنلی صلح کیا اور صلح سے اسلام پھیلا۔</w:t>
      </w:r>
    </w:p>
    <w:p>
      <w:r>
        <w:rPr>
          <w:b/>
        </w:rPr>
        <w:t xml:space="preserve">[56:17] </w:t>
      </w:r>
      <w:r>
        <w:t>aur khud sahabi sahaba ne kaha hai ke jo Islam phaila Arab mein, woh sirf sulah ki wajah se.</w:t>
      </w:r>
    </w:p>
    <w:p>
      <w:pPr>
        <w:jc w:val="right"/>
      </w:pPr>
      <w:r>
        <w:t>اور خود صحابی صحابیوں نے کہا ہے کہ جو اسلام پھیلا عرب میں، وہ صرف صلح کی وجہ سے۔</w:t>
      </w:r>
    </w:p>
    <w:p>
      <w:r>
        <w:rPr>
          <w:b/>
        </w:rPr>
        <w:t xml:space="preserve">[56:26] </w:t>
      </w:r>
      <w:r>
        <w:t>kyunke sulah se zabardast interaction ho gaya. log aanay janay lagay. woh jo jo conflict tha, aam musalmanon aur ghair muslim mein, woh sab conflict khatam hua.</w:t>
      </w:r>
    </w:p>
    <w:p>
      <w:pPr>
        <w:jc w:val="right"/>
      </w:pPr>
      <w:r>
        <w:t>کیونکہ صلح سے زبردست انٹریکشن ہو گیا۔ لوگ آنے جانے لگے۔ وہ جو جو کانفلکٹ تھا، آ مکے مسلمانوں اور غیر مسلم میں، وہ سب کانفلکٹ ختم ہوا۔</w:t>
      </w:r>
    </w:p>
    <w:p>
      <w:r>
        <w:rPr>
          <w:b/>
        </w:rPr>
        <w:t xml:space="preserve">[56:38] </w:t>
      </w:r>
      <w:r>
        <w:t>log azadana mil jul karne lagay. is se Islam jo hai, woh phail gaya. to Islam phaila bhi sulah se. lekin jo log baaton ko nahi samajh rahe hain, woh aik lafz ko le lete hain.</w:t>
      </w:r>
    </w:p>
    <w:p>
      <w:pPr>
        <w:jc w:val="right"/>
      </w:pPr>
      <w:r>
        <w:t>لوگ آزادانہ میل جول کرنے لگے۔ اس سے اسلام جو ہے، وہ پھیل گیا۔ تو اسلام پھیلا بھی صلح سے۔ لیکن جو لوگ باتوں کو نہیں سمجھ رہے ہیں، وہ ایک لفظ کو لے لیتے ہیں۔</w:t>
      </w:r>
    </w:p>
    <w:p>
      <w:r>
        <w:rPr>
          <w:b/>
        </w:rPr>
        <w:t xml:space="preserve">[56:50] </w:t>
      </w:r>
      <w:r>
        <w:t>aap aik lafz ko kaise? aap ka poori zindagi dekhna hoga na? poori zindagi mein aap ne kya kiya hai? aik lafz se thori aap ki poori personality samajh mein aaye gi ke woh jang ke nabi hain.</w:t>
      </w:r>
    </w:p>
    <w:p>
      <w:pPr>
        <w:jc w:val="right"/>
      </w:pPr>
      <w:r>
        <w:t>آپ ایک لفظ کو کیسے؟ آپ کا پوری زندگی دیکھنا ہوگا نا؟ پوری زندگی میں آپ نے کیا کیا ہے؟ ایک لفظ سے تھوڑی آپ کی پوری پرسنیلٹی سمجھ میں آئے گی کہ وہ جنگ کے نبی ہیں۔</w:t>
      </w:r>
    </w:p>
    <w:p>
      <w:r>
        <w:rPr>
          <w:b/>
        </w:rPr>
        <w:t xml:space="preserve">[57:03] </w:t>
      </w:r>
      <w:r>
        <w:t>to jang ke nabi hain to phir poori zindagi jang karna chahiye na? aik baar mujhe aik letter aaya tha kisi ka ke: "Prophet was always up in arms".</w:t>
      </w:r>
    </w:p>
    <w:p>
      <w:pPr>
        <w:jc w:val="right"/>
      </w:pPr>
      <w:r>
        <w:t>تو جنگ کے نبی ہیں تو پھر پوری زندگی جنگ کرنا چاہیے نا؟ ایک بار مجھے ایک لیٹر آیا تھا کسی کا کہ: "پرافٹ واز الویز اپ ان آرمز"۔</w:t>
      </w:r>
    </w:p>
    <w:p>
      <w:r>
        <w:rPr>
          <w:b/>
        </w:rPr>
        <w:t xml:space="preserve">[57:13] </w:t>
      </w:r>
      <w:r>
        <w:t>to maine poocha ke aap ne kitni konsi kitaab seerat ki parhi hai? to unhon ne kaha: "koi kitaab nahi parhi hai". to yeh wohi log hain jinhon ne kitabein nahi parhi hain seerat par, Islam ko samjha nahi hai.</w:t>
      </w:r>
    </w:p>
    <w:p>
      <w:pPr>
        <w:jc w:val="right"/>
      </w:pPr>
      <w:r>
        <w:t>تو میں نے پوچھا کہ آپ نے کتنی کون سی کتاب سیرت کی پڑھی ہے؟ تو انہوں نے کہا: "کوئی کتاب نہیں پڑھی ہے"۔ تو یہ وہی لوگ ہیں جنہوں نے کتابیں نہیں پڑھی ہیں سیرت پر، اسلام کو سمجھا نہیں ہے۔</w:t>
      </w:r>
    </w:p>
    <w:p>
      <w:r>
        <w:rPr>
          <w:b/>
        </w:rPr>
        <w:t xml:space="preserve">[57:25] </w:t>
      </w:r>
      <w:r>
        <w:t>wohi is tarah ke sawalat kar rahe hain. kyunke aap ne poori zindagi kya amal kiya, is ko dekha jaye ga aur is se aap ki personality ko, aap ke mission ko samjha jaye ga.</w:t>
      </w:r>
    </w:p>
    <w:p>
      <w:pPr>
        <w:jc w:val="right"/>
      </w:pPr>
      <w:r>
        <w:t>وہی اس طرح کے سوالات کر رہے ہیں۔ کیونکہ آپ نے پوری زندگی کیا عمل کیا، اس کو دیکھا جائے گا اور اس سے آپ کی پرسنیلٹی کو، آپ کے مشن کو سمجھا جائے گا۔</w:t>
      </w:r>
    </w:p>
    <w:p>
      <w:r>
        <w:rPr>
          <w:b/>
        </w:rPr>
        <w:t xml:space="preserve">[57:37] </w:t>
      </w:r>
      <w:r>
        <w:t>na ke aik lafz le kar ke.</w:t>
      </w:r>
    </w:p>
    <w:p>
      <w:pPr>
        <w:jc w:val="right"/>
      </w:pPr>
      <w:r>
        <w:t>نہ کہ ایک لفظ لے کر کے۔</w:t>
      </w:r>
    </w:p>
    <w:p>
      <w:r>
        <w:rPr>
          <w:b/>
        </w:rPr>
        <w:t xml:space="preserve">[57:44] </w:t>
      </w:r>
      <w:r>
        <w:t>woh hadith mein aa sunata hoon aur us ke baad jo maine kal is par aa dekha</w:t>
      </w:r>
    </w:p>
    <w:p>
      <w:pPr>
        <w:jc w:val="right"/>
      </w:pPr>
      <w:r>
        <w:t>وہ حدیث میں آ سناتا ہوں اور اس کے بعد جو میں نے کل اس پر آ دیکھا</w:t>
      </w:r>
    </w:p>
    <w:p>
      <w:r>
        <w:rPr>
          <w:b/>
        </w:rPr>
        <w:t xml:space="preserve">[57:51] </w:t>
      </w:r>
      <w:r>
        <w:t>tha, woh main bataunga.</w:t>
      </w:r>
    </w:p>
    <w:p>
      <w:pPr>
        <w:jc w:val="right"/>
      </w:pPr>
      <w:r>
        <w:t>تھا، وہ میں بتاؤں گا۔</w:t>
      </w:r>
    </w:p>
    <w:p>
      <w:r>
        <w:rPr>
          <w:b/>
        </w:rPr>
        <w:t xml:space="preserve">[57:52] </w:t>
      </w:r>
      <w:r>
        <w:t>ana abhi musa qala kana rasool Allah sallallahu alaihi wasallam yusami lana nafsahu asmaa faqala ana muhammad</w:t>
      </w:r>
    </w:p>
    <w:p>
      <w:pPr>
        <w:jc w:val="right"/>
      </w:pPr>
      <w:r>
        <w:t>انا ابھی موسی قال کان رسول اللہ صلی اللہ علیہ وسلم یسمی لنا نفسہ اسماء فقال انا محمد</w:t>
      </w:r>
    </w:p>
    <w:p>
      <w:r>
        <w:rPr>
          <w:b/>
        </w:rPr>
        <w:t xml:space="preserve">[58:00] </w:t>
      </w:r>
      <w:r>
        <w:t>wahmad wamaqfa walhashir wanabiyur rahmah wanabiyul malhamah</w:t>
      </w:r>
    </w:p>
    <w:p>
      <w:pPr>
        <w:jc w:val="right"/>
      </w:pPr>
      <w:r>
        <w:t>واحمد ومقفہ والحاشر ونبی الرحمہ ونبی الملحمہ</w:t>
      </w:r>
    </w:p>
    <w:p>
      <w:r>
        <w:rPr>
          <w:b/>
        </w:rPr>
        <w:t xml:space="preserve">[58:07] </w:t>
      </w:r>
      <w:r>
        <w:t>ibn hibban mein bhi yeh hadith hai aur doosri jagah bhi hai ke rasool Allah sallallahu alaihi</w:t>
      </w:r>
    </w:p>
    <w:p>
      <w:pPr>
        <w:jc w:val="right"/>
      </w:pPr>
      <w:r>
        <w:t>ابن حبان میں بھی یہ حدیث ہے اور دوسری جگہ بھی ہے کہ رسول اللہ صلی اللہ علیہ</w:t>
      </w:r>
    </w:p>
    <w:p>
      <w:r>
        <w:rPr>
          <w:b/>
        </w:rPr>
        <w:t xml:space="preserve">[58:11] </w:t>
      </w:r>
      <w:r>
        <w:t>wasallam ne apne kuch naam ginaye: kaha main Muhammad hoon, main Ahmad hoon, main Maqfa, Hashir hoon, Nabi</w:t>
      </w:r>
    </w:p>
    <w:p>
      <w:pPr>
        <w:jc w:val="right"/>
      </w:pPr>
      <w:r>
        <w:t>وسلم نے اپنے کچھ نام گنائے: کہا میں محمد ہوں، میں احمد ہوں، میں مقفہ، حاشر ہوں، نبی</w:t>
      </w:r>
    </w:p>
    <w:p>
      <w:r>
        <w:rPr>
          <w:b/>
        </w:rPr>
        <w:t xml:space="preserve">[58:18] </w:t>
      </w:r>
      <w:r>
        <w:t>Rehmat hoon aur Nabi Malhamah hoon.</w:t>
      </w:r>
    </w:p>
    <w:p>
      <w:pPr>
        <w:jc w:val="right"/>
      </w:pPr>
      <w:r>
        <w:t>رحمت ہوں اور نبی ملحمہ ہوں۔</w:t>
      </w:r>
    </w:p>
    <w:p>
      <w:r>
        <w:rPr>
          <w:b/>
        </w:rPr>
        <w:t xml:space="preserve">[58:19] </w:t>
      </w:r>
      <w:r>
        <w:t>yeh nabi al malhamah wali baat jo hai, yeh jab maine hadith ki kitabon ko aur sharah ki kitabon ko dekha to aik ke is ko keh sakte hain hum yeh aik shaz hadith keh sakte hain, alfaaz jis mein bayan kiya hai.</w:t>
      </w:r>
    </w:p>
    <w:p>
      <w:pPr>
        <w:jc w:val="right"/>
      </w:pPr>
      <w:r>
        <w:t>یہ نبی الملحمہ والی بات جو ہے، یہ جب میں نے حدیث کی کتابوں کو اور شرح کی کتابوں کو دیکھا تو ایک کہ اس کو کہہ سکتے ہیں ہم یہ ایک شاذ حدیث کہہ سکتے ہیں، الفاظ جس میں بیان کیا ہے۔</w:t>
      </w:r>
    </w:p>
    <w:p>
      <w:r>
        <w:rPr>
          <w:b/>
        </w:rPr>
        <w:t xml:space="preserve">[58:32] </w:t>
      </w:r>
      <w:r>
        <w:t>kyunke baaz hadith mein nabi marhamah bhi hai aur nabi malhamah bhi aaya hua hai. aur baaz hadith mein sirf nabi marhamah hai, ya'ni rehmat wale nabi hain.</w:t>
      </w:r>
    </w:p>
    <w:p>
      <w:pPr>
        <w:jc w:val="right"/>
      </w:pPr>
      <w:r>
        <w:t>کیونکہ بعض حدیث میں نبی مرحمہ بھی ہے اور نبی ملحمہ بھی آیا ہوا ہے۔ اور بعض حدیث میں صرف نبی مرحمہ ہے، یعنی رحمت والے نبی ہیں۔</w:t>
      </w:r>
    </w:p>
    <w:p>
      <w:r>
        <w:rPr>
          <w:b/>
        </w:rPr>
        <w:t xml:space="preserve">[58:41] </w:t>
      </w:r>
      <w:r>
        <w:t>baaz baaz hadithon mein jang wale nabi ka lafz hai. yeh to aik baat ho gayi. doosri baat yeh hai ke is se itni ziyada hadithain hain jis mein rasool Allah sal Allah alaih wasallam ne kaha: "main nabi rehmat hoon".</w:t>
      </w:r>
    </w:p>
    <w:p>
      <w:pPr>
        <w:jc w:val="right"/>
      </w:pPr>
      <w:r>
        <w:t>بعض بعض حدیثوں میں جنگ والے نبی کا لفظ ہے۔ یہ تو ایک بات ہو گئی۔ دوسری بات یہ ہے کہ اس سے اتنی زیادہ حدیثیں ہیں جس میں رسول اللہ صلی اللہ علیہ وسلم نے کہا: "میں نبی رحمت ہوں"۔</w:t>
      </w:r>
    </w:p>
    <w:p>
      <w:r>
        <w:rPr>
          <w:b/>
        </w:rPr>
        <w:t xml:space="preserve">[58:52] </w:t>
      </w:r>
      <w:r>
        <w:t>quran ki ayat mein khud Allah ta'ala ne kaha hai: wa ma arsalnaka illa rahmatan lil alameen aur aik do hadith mein aur sunata hoon ke rasool Allah sal Allah alaih wasallam ne kaha: innama ana rahmatun muhdahat main rehmat hoon aur hidayat dene wala bana kar bheja gaya hoon.</w:t>
      </w:r>
    </w:p>
    <w:p>
      <w:pPr>
        <w:jc w:val="right"/>
      </w:pPr>
      <w:r>
        <w:t>قرآن کی آیت میں خود اللہ تعالی نے کہا ہے: وما أرسلناك إلا رحمة للعالمين اور ایک دو حدیث میں اور سناتا ہوں کہ رسول اللہ صلی اللہ علیہ وسلم نے کہا: إنما أنا رحمة مهدات میں رحمت ہوں اور ہدایت دینے والا بنا کر بھیجا گیا ہوں۔</w:t>
      </w:r>
    </w:p>
    <w:p>
      <w:r>
        <w:rPr>
          <w:b/>
        </w:rPr>
        <w:t xml:space="preserve">[59:09] </w:t>
      </w:r>
      <w:r>
        <w:t>isi tareeqay se kuch log aaye aur unhon ne kaha: "Allah ke rasool</w:t>
      </w:r>
    </w:p>
    <w:p>
      <w:pPr>
        <w:jc w:val="right"/>
      </w:pPr>
      <w:r>
        <w:t>اسی طریقے سے کچھ لوگ آئے اور انہوں نے کہا: "اللہ کے رسول</w:t>
      </w:r>
    </w:p>
    <w:p>
      <w:r>
        <w:rPr>
          <w:b/>
        </w:rPr>
        <w:t xml:space="preserve">[59:13] </w:t>
      </w:r>
      <w:r>
        <w:t>! aap mushrikeen par bad dua kar dein" to aap sal Allah alaih wasallam ne kaha un se: inni lam ub'ath li'anain innama bu'ithtu rahmatan main lanat karne wala bana kar nahi bheja gaya hoon, main rehmat bana kar bheja gaya hoon.</w:t>
      </w:r>
    </w:p>
    <w:p>
      <w:pPr>
        <w:jc w:val="right"/>
      </w:pPr>
      <w:r>
        <w:t>! آپ مشرکین پر بد دعا کر دیجئے"۔ تو آپ صلی اللہ علیہ وسلم نے کہا ان سے: إني لم أُبَعْث لعانًا إنما بُعِثْتُ رَحْمَةً میں لعنت کرنے والا بنا کر نہیں بھیجا گیا ہوں، میں رحمت بنا کر بھیجا گیا ہوں۔</w:t>
      </w:r>
    </w:p>
    <w:p>
      <w:r>
        <w:rPr>
          <w:b/>
        </w:rPr>
        <w:t xml:space="preserve">[59:26] </w:t>
      </w:r>
      <w:r>
        <w:t>to hum ne, mera ah, yeh samajhna chahiye hum ko ke yeh is qism ki hadithain jo hoti hain, woh aik exception hota hai, aadmi hammering ki zaban mein bolta hai, woh cheezein hain.</w:t>
      </w:r>
    </w:p>
    <w:p>
      <w:pPr>
        <w:jc w:val="right"/>
      </w:pPr>
      <w:r>
        <w:t>تو ہم نے، میرا آہ، یہ سمجھنا چاہیے ہم کو کہ یہ اس قسم کی حدیثیں جو ہوتی ہیں، وہ ایک ایکسیپشن ہوتا ہے، آدمی ہیمرنگ کی زبان میں بولتا ہے، وہ چیزیں ہیں۔</w:t>
      </w:r>
    </w:p>
    <w:p>
      <w:r>
        <w:rPr>
          <w:b/>
        </w:rPr>
        <w:t xml:space="preserve">[59:37] </w:t>
      </w:r>
      <w:r>
        <w:t>aur yeh bhi yaad rakhna chahiye ke fath e Makkah ke mauqe par Saad bin Ub</w:t>
      </w:r>
    </w:p>
    <w:p>
      <w:pPr>
        <w:jc w:val="right"/>
      </w:pPr>
      <w:r>
        <w:t>اور یہ بھی یاد رکھنا چاہیے کہ فتح مکہ کے موقع پر سعد بن عب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