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Renewal of Faith July 15, 2017 Maulana Wahiduddin Khan</w:t>
      </w:r>
    </w:p>
    <w:p>
      <w:r>
        <w:t>https://www.youtube.com/watch?v=XdbiJhcnKtY</w:t>
      </w:r>
    </w:p>
    <w:p>
      <w:r>
        <w:rPr>
          <w:b/>
        </w:rPr>
        <w:t xml:space="preserve">[00:14] </w:t>
      </w:r>
      <w:r>
        <w:t>bismillah hir rahman nir rahim, wa salla Allahu ala nabiyyi al-karim.</w:t>
      </w:r>
    </w:p>
    <w:p>
      <w:pPr>
        <w:jc w:val="right"/>
      </w:pPr>
      <w:r>
        <w:t>بسم اللہ الرحمن الرحیم، و صلی اللہ علی نبی الکریم۔</w:t>
      </w:r>
    </w:p>
    <w:p>
      <w:r>
        <w:rPr>
          <w:b/>
        </w:rPr>
        <w:t xml:space="preserve">[00:22] </w:t>
      </w:r>
      <w:r>
        <w:t>15 julaee 2017.</w:t>
      </w:r>
    </w:p>
    <w:p>
      <w:pPr>
        <w:jc w:val="right"/>
      </w:pPr>
      <w:r>
        <w:t>15 جولائی 2017۔</w:t>
      </w:r>
    </w:p>
    <w:p>
      <w:r>
        <w:rPr>
          <w:b/>
        </w:rPr>
        <w:t xml:space="preserve">[00:31] </w:t>
      </w:r>
      <w:r>
        <w:t>aaj main ek hadith ke bare mein soch raha tha, yeh hadith rasool in alfaz mein aayi hai: rasool Allah sal Allahu alaihi wa sallam ne sahaba kiram se kaha,</w:t>
      </w:r>
    </w:p>
    <w:p>
      <w:pPr>
        <w:jc w:val="right"/>
      </w:pPr>
      <w:r>
        <w:t>آج میں ایک حدیث کے بارے میں سوچ رہا تھا، یہ حدیث رسول ان الفاظ میں آئی ہے: رسول اللہ صلی اللہ علیہ وسلم نے صحابہ کرام سے کہا،</w:t>
      </w:r>
    </w:p>
    <w:p>
      <w:r>
        <w:rPr>
          <w:b/>
        </w:rPr>
        <w:t xml:space="preserve">[00:46] </w:t>
      </w:r>
      <w:r>
        <w:t>"jadidū īmānakum bi qawli lā ilāha illā Allah". apne īmān ko taza karo, apne īmān ko naya banao, lā ilāha illā Allah keh kar.</w:t>
      </w:r>
    </w:p>
    <w:p>
      <w:pPr>
        <w:jc w:val="right"/>
      </w:pPr>
      <w:r>
        <w:t>"جددوا ایمانکم بقول لا الہ الا اللہ"۔ اپنے ایمان کو تازہ کرو، اپنے ایمان کو نیا بناؤ، لا الہ الا اللہ کہہ کر۔</w:t>
      </w:r>
    </w:p>
    <w:p>
      <w:r>
        <w:rPr>
          <w:b/>
        </w:rPr>
        <w:t xml:space="preserve">[01:01] </w:t>
      </w:r>
      <w:r>
        <w:t>to is ka matlab yeh nahin ke lafz Allah ka bolna. yahan qawl apne mani ke aitbar se hai,</w:t>
      </w:r>
    </w:p>
    <w:p>
      <w:pPr>
        <w:jc w:val="right"/>
      </w:pPr>
      <w:r>
        <w:t>تو اس کا مطلب یہ نہیں کہ لفظ اللہ کا بولنا۔ یہاں قول اپنے معنی کے اعتبار سے ہے،</w:t>
      </w:r>
    </w:p>
    <w:p>
      <w:r>
        <w:rPr>
          <w:b/>
        </w:rPr>
        <w:t xml:space="preserve">[01:15] </w:t>
      </w:r>
      <w:r>
        <w:t>apne lafzon ke aitbar se nahin hai. yani is ka matlab kya hai? ke Allah Rabbul Alameen ko, is</w:t>
      </w:r>
    </w:p>
    <w:p>
      <w:pPr>
        <w:jc w:val="right"/>
      </w:pPr>
      <w:r>
        <w:t>اپنے لفظوں کے اعتبار سے نہیں ہے۔ یعنی اس کا مطلب کیا ہے؟ کہ اللہ رب العالمین کو، اس</w:t>
      </w:r>
    </w:p>
    <w:p>
      <w:r>
        <w:rPr>
          <w:b/>
        </w:rPr>
        <w:t xml:space="preserve">[01:29] </w:t>
      </w:r>
      <w:r>
        <w:t>ki jo sifat hain, us ko bar bar yaad karo. is tarah apne īmān ko alive karo, apne andar living īmān banao,</w:t>
      </w:r>
    </w:p>
    <w:p>
      <w:pPr>
        <w:jc w:val="right"/>
      </w:pPr>
      <w:r>
        <w:t>کی جو صفات ہیں، اس کو بار بار یاد کرو۔ اس طرح اپنے ایمان کو الائیو کرو، اپنے اندر لیونگ ایمان بناؤ،</w:t>
      </w:r>
    </w:p>
    <w:p>
      <w:r>
        <w:rPr>
          <w:b/>
        </w:rPr>
        <w:t xml:space="preserve">[01:43] </w:t>
      </w:r>
      <w:r>
        <w:t>aisa īmān jo barabar zinda rahe. to yahan īmān ki tahzib ke bare mein hai, zinda īmān, living īmān.</w:t>
      </w:r>
    </w:p>
    <w:p>
      <w:pPr>
        <w:jc w:val="right"/>
      </w:pPr>
      <w:r>
        <w:t>ایسا ایمان جو برابر زندہ رہے۔ تو یہاں ایمان کی تہذیب کے بارے میں ہے، زندہ ایمان، لیونگ ایمان۔</w:t>
      </w:r>
    </w:p>
    <w:p>
      <w:r>
        <w:rPr>
          <w:b/>
        </w:rPr>
        <w:t xml:space="preserve">[01:56] </w:t>
      </w:r>
      <w:r>
        <w:t>woh kaise hota hai? to ek Arab shair the, un ka naam tha Abu al-Atahiyah, yeh teesri sadi hijri ke shair the, Baghdad un ka watan tha.</w:t>
      </w:r>
    </w:p>
    <w:p>
      <w:pPr>
        <w:jc w:val="right"/>
      </w:pPr>
      <w:r>
        <w:t>وہ کیسے ہوتا ہے؟ تو ایک عرب شاعر تھے، ان کا نام تھا ابو العطاہیہ، یہ تیسری صدی ہجری کے شاعر تھے، بغداد ان کا وطن تھا۔</w:t>
      </w:r>
    </w:p>
    <w:p>
      <w:r>
        <w:rPr>
          <w:b/>
        </w:rPr>
        <w:t xml:space="preserve">[02:14] </w:t>
      </w:r>
      <w:r>
        <w:t>to un ka ek shair hai,</w:t>
      </w:r>
    </w:p>
    <w:p>
      <w:pPr>
        <w:jc w:val="right"/>
      </w:pPr>
      <w:r>
        <w:t>تو ان کا ایک شعر ہے،</w:t>
      </w:r>
    </w:p>
    <w:p>
      <w:r>
        <w:rPr>
          <w:b/>
        </w:rPr>
        <w:t xml:space="preserve">[02:18] </w:t>
      </w:r>
      <w:r>
        <w:t>"wa fi kulli shay'in lahu āyah tudillu 'ala annahu al-wāhid". yani har cheez mein ek nishani hai Allah ki,</w:t>
      </w:r>
    </w:p>
    <w:p>
      <w:pPr>
        <w:jc w:val="right"/>
      </w:pPr>
      <w:r>
        <w:t>"وفی کل شی لہو آیت تدل خلا الواحد"۔ یعنی ہر چیز میں ایک نشانی ہے اللہ کی،</w:t>
      </w:r>
    </w:p>
    <w:p>
      <w:r>
        <w:rPr>
          <w:b/>
        </w:rPr>
        <w:t xml:space="preserve">[02:33] </w:t>
      </w:r>
      <w:r>
        <w:t>jo batati hai ke Allah ek hai, Allah ek hai. is ka matlab hai ke jis tarah phool mein ek nectar hota hai, aise hi har cheez mein, har cheez mein ek nishani hai Allah ki.</w:t>
      </w:r>
    </w:p>
    <w:p>
      <w:pPr>
        <w:jc w:val="right"/>
      </w:pPr>
      <w:r>
        <w:t>جو بتاتی ہے کہ اللہ ایک ہے، اللہ ایک ہے۔ اس کا مطلب ہے کہ جس طرح پھول میں ایک نیکٹر ہوتا ہے، ایسے ہی ہر چیز میں، ہر چیز میں ایک نشانی ہے اللہ کی۔</w:t>
      </w:r>
    </w:p>
    <w:p>
      <w:r>
        <w:rPr>
          <w:b/>
        </w:rPr>
        <w:t xml:space="preserve">[02:52] </w:t>
      </w:r>
      <w:r>
        <w:t>Allah ko yaad, us ko aap bhi socho to Allah ko yaad karo. jaise aaj subah main breakfast le raha tha, double rotti kha raha tha main,</w:t>
      </w:r>
    </w:p>
    <w:p>
      <w:pPr>
        <w:jc w:val="right"/>
      </w:pPr>
      <w:r>
        <w:t>اللہ کو یاد، اس کو آپ بھی سوچیں تو اللہ کو یاد کریں۔ جیسے آج صبح میں بریک فاسٹ لے رہا تھا، ڈبل روٹی کھا رہا تھا میں،</w:t>
      </w:r>
    </w:p>
    <w:p>
      <w:r>
        <w:rPr>
          <w:b/>
        </w:rPr>
        <w:t xml:space="preserve">[03:06] </w:t>
      </w:r>
      <w:r>
        <w:t>to double rotti khate hue woh yaad aaya, yeh rotti mere wajood se bahar sirf ek rotti hai,</w:t>
      </w:r>
    </w:p>
    <w:p>
      <w:pPr>
        <w:jc w:val="right"/>
      </w:pPr>
      <w:r>
        <w:t>تو ڈبل روٹی کھاتے ہوئے وہ یاد آیا، یہ روٹی میرے وجود سے باہر صرف ایک روٹی ہے،</w:t>
      </w:r>
    </w:p>
    <w:p>
      <w:r>
        <w:rPr>
          <w:b/>
        </w:rPr>
        <w:t xml:space="preserve">[03:20] </w:t>
      </w:r>
      <w:r>
        <w:t>yani woh ek non human item hai. yeh rotti jab tak mere wajood se bahar hai, woh ek non human item hai.</w:t>
      </w:r>
    </w:p>
    <w:p>
      <w:pPr>
        <w:jc w:val="right"/>
      </w:pPr>
      <w:r>
        <w:t>یعنی وہ ایک نان ہیومن آئٹم ہے۔ یہ روٹی جب تک میرے وجود سے باہر ہے، وہ ایک نان ہیومن آئٹم ہے۔</w:t>
      </w:r>
    </w:p>
    <w:p>
      <w:r>
        <w:rPr>
          <w:b/>
        </w:rPr>
        <w:t xml:space="preserve">[03:31] </w:t>
      </w:r>
      <w:r>
        <w:t>lekin jab main use khata hoon, ab meri body ke andar woh chali jati hai, to ajeeb ghareeb qism ka ek mechanism hai meri body ke andar, jis mein 78 us ke part hain.</w:t>
      </w:r>
    </w:p>
    <w:p>
      <w:pPr>
        <w:jc w:val="right"/>
      </w:pPr>
      <w:r>
        <w:t>لیکن جب میں اسے کھاتا ہوں، اب میری باڈی کے اندر وہ چلی جاتی ہے، تو عجیب غریب قسم کا ایک میکانزم ہے میری باڈی کے اندر، جس میں 78 اس کے پارٹ ہیں۔</w:t>
      </w:r>
    </w:p>
    <w:p>
      <w:r>
        <w:rPr>
          <w:b/>
        </w:rPr>
        <w:t xml:space="preserve">[03:51] </w:t>
      </w:r>
      <w:r>
        <w:t>to poora mera andar jo jism hai, us ka jo mechanism hai, woh sab active ho jata hai.</w:t>
      </w:r>
    </w:p>
    <w:p>
      <w:pPr>
        <w:jc w:val="right"/>
      </w:pPr>
      <w:r>
        <w:t>تو پورا میرا اندر جو جسم ہے، اس کا جو میکانزم ہے، وہ سب ایکٹیو ہو جاتا ہے۔</w:t>
      </w:r>
    </w:p>
    <w:p>
      <w:r>
        <w:rPr>
          <w:b/>
        </w:rPr>
        <w:t xml:space="preserve">[04:04] </w:t>
      </w:r>
      <w:r>
        <w:t>yahan tak ke woh body jo hai, convert kar di jati hai gosht mein, khoon mein, haddi mein, har cheez mein.</w:t>
      </w:r>
    </w:p>
    <w:p>
      <w:pPr>
        <w:jc w:val="right"/>
      </w:pPr>
      <w:r>
        <w:t>یہاں تک کہ وہ باڈی جو ہے، کنورٹ کر دی جاتی ہے گوشت میں، خون میں، ہڈی میں، ہر چیز میں۔</w:t>
      </w:r>
    </w:p>
    <w:p>
      <w:r>
        <w:rPr>
          <w:b/>
        </w:rPr>
        <w:t xml:space="preserve">[04:13] </w:t>
      </w:r>
      <w:r>
        <w:t>to yeh itna mind boggling yeh ek baat hai.</w:t>
      </w:r>
    </w:p>
    <w:p>
      <w:pPr>
        <w:jc w:val="right"/>
      </w:pPr>
      <w:r>
        <w:t>تو یہ اتنا مائنڈ باگلنگ یہ ایک بات ہے۔</w:t>
      </w:r>
    </w:p>
    <w:p>
      <w:r>
        <w:rPr>
          <w:b/>
        </w:rPr>
        <w:t xml:space="preserve">[04:21] </w:t>
      </w:r>
      <w:r>
        <w:t>aap socho agar to itna zyada aap ko woh ilm ho jayenge aap ke aap ki bol band ho jayegi, aap ko alfaaz nahin milenge kisi ko bayan karen.</w:t>
      </w:r>
    </w:p>
    <w:p>
      <w:pPr>
        <w:jc w:val="right"/>
      </w:pPr>
      <w:r>
        <w:t>آپ سوچیں اگر تو اتنا زیادہ آپ کو وہ علم ہو جائیں گے آپ کہ آپ کی بول بند ہو جائے گی، آپ کو الفاظ نہیں ملیں گے کسی کو بیان کریں۔</w:t>
      </w:r>
    </w:p>
    <w:p>
      <w:r>
        <w:rPr>
          <w:b/>
        </w:rPr>
        <w:t xml:space="preserve">[04:35] </w:t>
      </w:r>
      <w:r>
        <w:t>dekhiye, kaha jata hai ke. in comparison that we are destined. mere sath kai bar aisa hua ke mere khane mein koi</w:t>
      </w:r>
    </w:p>
    <w:p>
      <w:pPr>
        <w:jc w:val="right"/>
      </w:pPr>
      <w:r>
        <w:t>دیکھیے، کہا جاتا ہے کہ۔ ان کمپیریزن دیٹ وی آر ڈسٹنڈ۔ میرے ساتھ کئی بار ایسا ہوا کہ میرے کھانے میں کوئی</w:t>
      </w:r>
    </w:p>
    <w:p>
      <w:r>
        <w:rPr>
          <w:b/>
        </w:rPr>
        <w:t xml:space="preserve">[04:53] </w:t>
      </w:r>
      <w:r>
        <w:t>non food chala gaya, maslan koi haddi chali gayi, koi pathar ka tukra chala gaya,</w:t>
      </w:r>
    </w:p>
    <w:p>
      <w:pPr>
        <w:jc w:val="right"/>
      </w:pPr>
      <w:r>
        <w:t>نان فوڈ چلا گیا، مثلاً کوئی ہڈی چلی گئی، کوئی پتھر کا ٹکڑا چلا گیا،</w:t>
      </w:r>
    </w:p>
    <w:p>
      <w:r>
        <w:rPr>
          <w:b/>
        </w:rPr>
        <w:t xml:space="preserve">[05:04] </w:t>
      </w:r>
      <w:r>
        <w:t>to bohat pareshani mujhe hui. to jaisa woh gaya tha, waise hi bahar nikla, woh</w:t>
      </w:r>
    </w:p>
    <w:p>
      <w:pPr>
        <w:jc w:val="right"/>
      </w:pPr>
      <w:r>
        <w:t>تو بہت پریشانی مجھے ہوئی۔ تو جیسا وہ گیا تھا، ویسے ہی باہر نکلا، وہ</w:t>
      </w:r>
    </w:p>
    <w:p>
      <w:r>
        <w:rPr>
          <w:b/>
        </w:rPr>
        <w:t xml:space="preserve">[05:14] </w:t>
      </w:r>
      <w:r>
        <w:t>dawa ke zariye ya kisi zariye se.</w:t>
      </w:r>
    </w:p>
    <w:p>
      <w:pPr>
        <w:jc w:val="right"/>
      </w:pPr>
      <w:r>
        <w:t>دوا کے ذریعے یا کسی ذریعے سے۔</w:t>
      </w:r>
    </w:p>
    <w:p>
      <w:r>
        <w:rPr>
          <w:b/>
        </w:rPr>
        <w:t xml:space="preserve">[05:20] </w:t>
      </w:r>
      <w:r>
        <w:t>lekin jab maine food khaya ya khata hoon to andar jate hi woh ek ek process of conversion jari ho jata hai.</w:t>
      </w:r>
    </w:p>
    <w:p>
      <w:pPr>
        <w:jc w:val="right"/>
      </w:pPr>
      <w:r>
        <w:t>لیکن جب میں نے فوڈ کھایا یا کھاتا ہوں تو اندر جاتے ہی وہ ایک ایک پروسیس آف کنورژن جاری ہو جاتا ہے۔</w:t>
      </w:r>
    </w:p>
    <w:p>
      <w:r>
        <w:rPr>
          <w:b/>
        </w:rPr>
        <w:t xml:space="preserve">[05:32] </w:t>
      </w:r>
      <w:r>
        <w:t>yani agar meri body mein pathar ka aik tukra chala jaye to wo chala to jaye ga, lekin is ke sath wo process of conversion nahi hoga.</w:t>
      </w:r>
    </w:p>
    <w:p>
      <w:pPr>
        <w:jc w:val="right"/>
      </w:pPr>
      <w:r>
        <w:t>یعنی اگر میری باڈی میں پتھر کا ایک ٹکڑا چلا جائے تو وہ چلا تو جائے گا، لیکن اس کے ساتھ وہ پروسیس آف کنورژن نہیں ہوگا۔</w:t>
      </w:r>
    </w:p>
    <w:p>
      <w:r>
        <w:rPr>
          <w:b/>
        </w:rPr>
        <w:t xml:space="preserve">[05:48] </w:t>
      </w:r>
      <w:r>
        <w:t>pathar ga ga, pathar nikle ga. lekin wo cheez jis ko hum food kehte hain, jo saail se nikalti hai, wo jab chala jaye to wo convert ho kar hamari body ka hissa ban jata hai.</w:t>
      </w:r>
    </w:p>
    <w:p>
      <w:pPr>
        <w:jc w:val="right"/>
      </w:pPr>
      <w:r>
        <w:t>پتھر گائے جائے گا، پتھر نکلے گا۔ لیکن وہ چیز جس کو ہم فوڈ کہتے ہیں، جو سائل سے نکلتی ہے، وہ جب چلا جائے تو وہ کنورٹ ہو کر ہماری باڈی کا حصہ بن جاتا ہے۔</w:t>
      </w:r>
    </w:p>
    <w:p>
      <w:r>
        <w:rPr>
          <w:b/>
        </w:rPr>
        <w:t xml:space="preserve">[06:07] </w:t>
      </w:r>
      <w:r>
        <w:t>to main ne socha ke ye jo compatibility hai, ye yani mere aur food item ke beech mein jo mutabiqat hai, compatibility wo kaise hai?</w:t>
      </w:r>
    </w:p>
    <w:p>
      <w:pPr>
        <w:jc w:val="right"/>
      </w:pPr>
      <w:r>
        <w:t>تو میں نے سوچا کہ یہ جو کمپیٹیبلٹی ہے، یہ یعنی میرے اور فوڈ آئٹم کے بیچ میں جو مطابقت ہے، کمپیٹیبلٹی وہ کیسے ہے؟</w:t>
      </w:r>
    </w:p>
    <w:p>
      <w:r>
        <w:rPr>
          <w:b/>
        </w:rPr>
        <w:t xml:space="preserve">[06:22] </w:t>
      </w:r>
      <w:r>
        <w:t>kya apne aap hai? to mere mind mein kaha ke ye to bilkul hi pagal pan hai ye kehna ke apne aap hai.</w:t>
      </w:r>
    </w:p>
    <w:p>
      <w:pPr>
        <w:jc w:val="right"/>
      </w:pPr>
      <w:r>
        <w:t>کیا اپنے آپ ہے؟ تو میرے مائنڈ میں کہا کہ یہ تو بالکل ہی پاگل پن ہے یہ کہنا کہ اپنے آپ ہے۔</w:t>
      </w:r>
    </w:p>
    <w:p>
      <w:r>
        <w:rPr>
          <w:b/>
        </w:rPr>
        <w:t xml:space="preserve">[06:32] </w:t>
      </w:r>
      <w:r>
        <w:t>mere body aur food item mein compatibility jo hai, zaroor hai is ke peeche koi planning hai, koi design hai, koi mind hai, aur wo Allah rab ul alameen hai.</w:t>
      </w:r>
    </w:p>
    <w:p>
      <w:pPr>
        <w:jc w:val="right"/>
      </w:pPr>
      <w:r>
        <w:t>میرے باڈی اور فوڈ آئٹم میں کمپیٹیبلٹی جو ہے، ضرور ہے اس کے پیچھے کوئی پلاننگ ہے، کوئی ڈیزائن ہے، کوئی مائنڈ ہے، اور وہ اللہ رب العالمین ہے۔</w:t>
      </w:r>
    </w:p>
    <w:p>
      <w:r>
        <w:rPr>
          <w:b/>
        </w:rPr>
        <w:t xml:space="preserve">[06:46] </w:t>
      </w:r>
      <w:r>
        <w:t>to is tarah dekhen, aap breakfast le rahe hain, roti ka aik tukra apne munh mein dalte hain, lekin aik poora aik aik kainaati, aik universal marifat aap ko hasil ho jati hai.</w:t>
      </w:r>
    </w:p>
    <w:p>
      <w:pPr>
        <w:jc w:val="right"/>
      </w:pPr>
      <w:r>
        <w:t>تو اس طرح دیکھیں، آپ بریک فاسٹ لے رہے ہیں، روٹی کا ایک ٹکڑا اپنے منہ میں ڈالتے ہیں، لیکن ایک پورا ایک ایک کائناتی، ایک یونیورسل معرفت آپ کو حاصل ہو جاتی ہے۔</w:t>
      </w:r>
    </w:p>
    <w:p>
      <w:r>
        <w:rPr>
          <w:b/>
        </w:rPr>
        <w:t xml:space="preserve">[07:04] </w:t>
      </w:r>
      <w:r>
        <w:t>ye hai matlab. aap ghor kijiye ke aap Allah Allah Allah kahein to kya aap ka imaan taza ho jaye ga, naya naya ban jaye ga?</w:t>
      </w:r>
    </w:p>
    <w:p>
      <w:pPr>
        <w:jc w:val="right"/>
      </w:pPr>
      <w:r>
        <w:t>یہ ہے مطلب۔ آپ غور کیجئے کہ آپ اللہ اللہ اللہ کہیں تو کیا آپ کا ایمان تازہ ہو جائے گا، نیا نیا بن جائے گا؟</w:t>
      </w:r>
    </w:p>
    <w:p>
      <w:r>
        <w:rPr>
          <w:b/>
        </w:rPr>
        <w:t xml:space="preserve">[07:15] </w:t>
      </w:r>
      <w:r>
        <w:t>aisa nahi hai. phir main ne sochte sochte aik aur baat bhi samajh aayi, wo ye hai ke aap agar jaise ye aik aik bartan hai,</w:t>
      </w:r>
    </w:p>
    <w:p>
      <w:pPr>
        <w:jc w:val="right"/>
      </w:pPr>
      <w:r>
        <w:t>ایسا نہیں ہے۔ پھر میں نے سوچتے سوچتے ایک اور بات بھی سمجھ آئی، وہ یہ ہے کہ آپ اگر جیسے یہ ایک ایک برتن ہے،</w:t>
      </w:r>
    </w:p>
    <w:p>
      <w:r>
        <w:rPr>
          <w:b/>
        </w:rPr>
        <w:t xml:space="preserve">[07:33] </w:t>
      </w:r>
      <w:r>
        <w:t>is bartan ko aap is ko bartan, bartan, bartan kahein to wo aap ne is ko sirf repeat kiya, repeat kiya.</w:t>
      </w:r>
    </w:p>
    <w:p>
      <w:pPr>
        <w:jc w:val="right"/>
      </w:pPr>
      <w:r>
        <w:t>اس برتن کو آپ اس کو برتن، برتن، برتن کہیں تو وہ آپ نے اس کو صرف ریپیٹ کیا، ریپیٹ کیا۔</w:t>
      </w:r>
    </w:p>
    <w:p>
      <w:r>
        <w:rPr>
          <w:b/>
        </w:rPr>
        <w:t xml:space="preserve">[07:45] </w:t>
      </w:r>
      <w:r>
        <w:t>lekin jab la ilaha illallah aap kehte hain to that is not repetition.</w:t>
      </w:r>
    </w:p>
    <w:p>
      <w:pPr>
        <w:jc w:val="right"/>
      </w:pPr>
      <w:r>
        <w:t>لیکن جب لا الہ الا اللہ آپ کہتے ہیں تو دیٹ از ناٹ ریپیٹیشن۔</w:t>
      </w:r>
    </w:p>
    <w:p>
      <w:r>
        <w:rPr>
          <w:b/>
        </w:rPr>
        <w:t xml:space="preserve">[07:55] </w:t>
      </w:r>
      <w:r>
        <w:t>wo repetition nahi, wo rediscovery hai. jab aik bartan ko aap bar bar dekhen, bar bar is mein pani piyein to use kahen ge aap ne repeat kiya.</w:t>
      </w:r>
    </w:p>
    <w:p>
      <w:pPr>
        <w:jc w:val="right"/>
      </w:pPr>
      <w:r>
        <w:t>وہ ریپیٹیشن نہیں، وہ ری ڈسکوری ہے۔ جب ایک برتن کو آپ بار بار دیکھیں، بار بار اس میں پانی پیئیں تو اسے کہیں گے آپ نے ریپیٹ کیا۔</w:t>
      </w:r>
    </w:p>
    <w:p>
      <w:r>
        <w:rPr>
          <w:b/>
        </w:rPr>
        <w:t xml:space="preserve">[08:10] </w:t>
      </w:r>
      <w:r>
        <w:t>lekin aik zinda Khuda, jo Khaliq hai, jis ne hum sab ko banaya hai, jo Hayyul Qayyum hai, jo poori kainat ko control kiye hue hai,</w:t>
      </w:r>
    </w:p>
    <w:p>
      <w:pPr>
        <w:jc w:val="right"/>
      </w:pPr>
      <w:r>
        <w:t>لیکن ایک زندہ خدا، جو خالق ہے، جس نے ہم سب کو بنایا ہے، جو حی القیوم ہے، جو پوری کائنات کو کنٹرول کی ہوئی ہے،</w:t>
      </w:r>
    </w:p>
    <w:p>
      <w:r>
        <w:rPr>
          <w:b/>
        </w:rPr>
        <w:t xml:space="preserve">[08:27] </w:t>
      </w:r>
      <w:r>
        <w:t>us ko jab aap yaad karein, us ka koi item mil jaye, wo kahein</w:t>
      </w:r>
    </w:p>
    <w:p>
      <w:pPr>
        <w:jc w:val="right"/>
      </w:pPr>
      <w:r>
        <w:t>اس کو جب آپ یاد کریں، اس کا کوئی آئٹم مل جائے، وہ کہیں</w:t>
      </w:r>
    </w:p>
    <w:p>
      <w:r>
        <w:rPr>
          <w:b/>
        </w:rPr>
        <w:t xml:space="preserve">[08:34] </w:t>
      </w:r>
      <w:r>
        <w:t>to is ka matlab repetition nahi hai, is ka matlab hai rediscovery. jaise main aik martaba gaya aik khanqah mein, aik bari khanqah thi, wahan main dekhne gaya tha ke kahan kya hota hai.</w:t>
      </w:r>
    </w:p>
    <w:p>
      <w:pPr>
        <w:jc w:val="right"/>
      </w:pPr>
      <w:r>
        <w:t>تو اس کا مطلب ریپیٹیشن نہیں ہے، اس کا مطلب ہے ری ڈسکوری۔ جیسے میں ایک مرتبہ گیا ایک خانقاہ میں، ایک بڑی خانقاہ تھی، وہاں میں دیکھنے گیا تھا کہ کہاں کیا ہوتا ہے۔</w:t>
      </w:r>
    </w:p>
    <w:p>
      <w:r>
        <w:rPr>
          <w:b/>
        </w:rPr>
        <w:t xml:space="preserve">[08:53] </w:t>
      </w:r>
      <w:r>
        <w:t>to logon ne bataya ke yahan par 24 ghante la ilaha illallah, la ilaha illallah jari rehta hai. yani bari bari kuch log muqarrar hain ke wo aik khaas maqam par baith kar ye kahein, la ilaha illallah, la ilaha illallah.</w:t>
      </w:r>
    </w:p>
    <w:p>
      <w:pPr>
        <w:jc w:val="right"/>
      </w:pPr>
      <w:r>
        <w:t>تو لوگوں نے بتایا کہ یہاں پر 24 گھنٹے لا الہ الا اللہ، لا الہ الا اللہ جاری رہتا ہے۔ یعنی باری باری کچھ لوگ مقرر ہیں کہ وہ ایک خاص مقام پر بیٹھ کر یہ کہیں، لا الہ الا اللہ، لا الہ الا اللہ۔</w:t>
      </w:r>
    </w:p>
    <w:p>
      <w:r>
        <w:rPr>
          <w:b/>
        </w:rPr>
        <w:t xml:space="preserve">[09:12] </w:t>
      </w:r>
      <w:r>
        <w:t>to raat aur din ke kisi part mein wahan ki jo building thi, wo is awaz se khaali nahi rehti.</w:t>
      </w:r>
    </w:p>
    <w:p>
      <w:pPr>
        <w:jc w:val="right"/>
      </w:pPr>
      <w:r>
        <w:t>تو رات اور دن کے کسی پارٹ میں وہاں کی جو بلڈنگ تھی، وہ اس آواز سے خالی نہیں رہتی۔</w:t>
      </w:r>
    </w:p>
    <w:p>
      <w:r>
        <w:rPr>
          <w:b/>
        </w:rPr>
        <w:t xml:space="preserve">[09:20] </w:t>
      </w:r>
      <w:r>
        <w:t>to wo samajhte the ke ye hai tajdeed imaan.</w:t>
      </w:r>
    </w:p>
    <w:p>
      <w:pPr>
        <w:jc w:val="right"/>
      </w:pPr>
      <w:r>
        <w:t>تو وہ سمجھتے تھے کہ یہ ہے تجدید ایمان۔</w:t>
      </w:r>
    </w:p>
    <w:p>
      <w:r>
        <w:rPr>
          <w:b/>
        </w:rPr>
        <w:t xml:space="preserve">[09:27] </w:t>
      </w:r>
      <w:r>
        <w:t>imaan ki tajdeed ka matlab hai imaan ko rediscover karna, imaan ko repeat karna nahi.</w:t>
      </w:r>
    </w:p>
    <w:p>
      <w:pPr>
        <w:jc w:val="right"/>
      </w:pPr>
      <w:r>
        <w:t>ایمان کی تجدید کا مطلب ہے ایمان کو ری ڈسکور کرنا، ایمان کو ریپیٹ کرنا نہیں۔</w:t>
      </w:r>
    </w:p>
    <w:p>
      <w:r>
        <w:rPr>
          <w:b/>
        </w:rPr>
        <w:t xml:space="preserve">[09:40] </w:t>
      </w:r>
      <w:r>
        <w:t>imaan ko, imaan ke word ko repeat karna nahi, murad hai is se word of imaan ko repeat karna nahi hai.</w:t>
      </w:r>
    </w:p>
    <w:p>
      <w:pPr>
        <w:jc w:val="right"/>
      </w:pPr>
      <w:r>
        <w:t>ایمان کو، ایمان کے ورڈ کو ریپیٹ کرنا نہیں، مراد ہے اس سے ورڈ آف ایمان کو ریپیٹ کرنا نہیں ہے۔</w:t>
      </w:r>
    </w:p>
    <w:p>
      <w:r>
        <w:rPr>
          <w:b/>
        </w:rPr>
        <w:t xml:space="preserve">[09:49] </w:t>
      </w:r>
      <w:r>
        <w:t>nahi, haqeeqat imaan ko rediscover karna, rediscover karna.</w:t>
      </w:r>
    </w:p>
    <w:p>
      <w:pPr>
        <w:jc w:val="right"/>
      </w:pPr>
      <w:r>
        <w:t>نہیں، حقیقت ایمان کو ری ڈسکور کرنا، ری ڈسکور کرنا۔</w:t>
      </w:r>
    </w:p>
    <w:p>
      <w:r>
        <w:rPr>
          <w:b/>
        </w:rPr>
        <w:t xml:space="preserve">[09:59] </w:t>
      </w:r>
      <w:r>
        <w:t>to jab aap rediscover karte hain to aap ko aik aik aik bohat hi universal experience hota hai.</w:t>
      </w:r>
    </w:p>
    <w:p>
      <w:pPr>
        <w:jc w:val="right"/>
      </w:pPr>
      <w:r>
        <w:t>تو جب آپ ری ڈسکور کرتے ہیں تو آپ کو ایک ایک ایک بہت ہی یونیورسل ایکسپیرینس ہوتا ہے۔</w:t>
      </w:r>
    </w:p>
    <w:p>
      <w:r>
        <w:rPr>
          <w:b/>
        </w:rPr>
        <w:t xml:space="preserve">[10:12] </w:t>
      </w:r>
      <w:r>
        <w:t>kyun ke dekhiye, ye jo roti hai, roti kya hai? poori universe is ke peeche hai. kaise zameen bani?</w:t>
      </w:r>
    </w:p>
    <w:p>
      <w:pPr>
        <w:jc w:val="right"/>
      </w:pPr>
      <w:r>
        <w:t>کیونکہ دیکھیے، یہ جو روٹی ہے، روٹی کیا ہے؟ پوری یونیورس اس کے پیچھے ہے۔ کیسے زمین بنی؟</w:t>
      </w:r>
    </w:p>
    <w:p>
      <w:r>
        <w:rPr>
          <w:b/>
        </w:rPr>
        <w:t xml:space="preserve">[10:23] </w:t>
      </w:r>
      <w:r>
        <w:t>kaise is par gases aayi? phir kaise do gas mil kar ke liquid pani ban gaya? phir wo liquid pani kis tarah se samundaron mein jama hua?</w:t>
      </w:r>
    </w:p>
    <w:p>
      <w:pPr>
        <w:jc w:val="right"/>
      </w:pPr>
      <w:r>
        <w:t>کیسے اس پر گیسز آئیں؟ پھر کیسے دو گیس مل کر کے لیکوڈ پانی بن گیا؟ پھر وہ لیکوڈ پانی کس طرح سے سمندروں میں جمع ہوا؟</w:t>
      </w:r>
    </w:p>
    <w:p>
      <w:r>
        <w:rPr>
          <w:b/>
        </w:rPr>
        <w:t xml:space="preserve">[10:34] </w:t>
      </w:r>
      <w:r>
        <w:t>phir kaise wahan par</w:t>
      </w:r>
    </w:p>
    <w:p>
      <w:pPr>
        <w:jc w:val="right"/>
      </w:pPr>
      <w:r>
        <w:t>پھر کیسے وہاں پر</w:t>
      </w:r>
    </w:p>
    <w:p>
      <w:r>
        <w:rPr>
          <w:b/>
        </w:rPr>
        <w:t xml:space="preserve">[10:39] </w:t>
      </w:r>
      <w:r>
        <w:t>namak presipitate triple shamil kiya gaya, jo hum istemal nahi karte hote the? to phir kaise suraj aur hawa ke amal se bhap nikli aur wo badal bana, wo badal ooper gaya?</w:t>
      </w:r>
    </w:p>
    <w:p>
      <w:pPr>
        <w:jc w:val="right"/>
      </w:pPr>
      <w:r>
        <w:t>نمک پریزیبٹی ٹرپل شامل کیا گیا، جو ہم استعمال نہیں کرتے ہوتے تھے؟ تو پھر کیسے سورج اور ہوا کے عمل سے بھاپ نکلی اور وہ بادل بنا، وہ بادل اوپر گیا؟</w:t>
      </w:r>
    </w:p>
    <w:p>
      <w:r>
        <w:rPr>
          <w:b/>
        </w:rPr>
        <w:t xml:space="preserve">[10:56] </w:t>
      </w:r>
      <w:r>
        <w:t>phir kaisay wahan se dobara downpour hua? kaisay phir barish hui? yahan tak ke fresh water aap ke glass mein aa gaya.</w:t>
      </w:r>
    </w:p>
    <w:p>
      <w:pPr>
        <w:jc w:val="right"/>
      </w:pPr>
      <w:r>
        <w:t>پھر کیسے وہاں سے دوبارہ ڈاؤن پور ہوا؟ کیسے پھر بارش ہوئی؟ یہاں تک کہ فریش واٹر آپ کے گلاس میں آ گیا۔</w:t>
      </w:r>
    </w:p>
    <w:p>
      <w:r>
        <w:rPr>
          <w:b/>
        </w:rPr>
        <w:t xml:space="preserve">[11:10] </w:t>
      </w:r>
      <w:r>
        <w:t>yeh aik universal experience hai, yeh aik universal item ki rediscovery hai. to wahan mein ne khangah mein logon se baat ki to kisi ko is baat ka shaoor nahi tha ke is hadith ka matlab kya hai.</w:t>
      </w:r>
    </w:p>
    <w:p>
      <w:pPr>
        <w:jc w:val="right"/>
      </w:pPr>
      <w:r>
        <w:t>یہ ایک یونیورسل ایکسپیرینس ہے، یہ ایک یونیورسل آئٹم کی ری ڈسکوری ہے۔ تو وہاں میں نے خانقاہ میں لوگوں سے بات کی تو کسی کو اس بات کا شعور نہیں تھا کہ اس حدیث کا مطلب کیا ہے۔</w:t>
      </w:r>
    </w:p>
    <w:p>
      <w:r>
        <w:rPr>
          <w:b/>
        </w:rPr>
        <w:t xml:space="preserve">[11:31] </w:t>
      </w:r>
      <w:r>
        <w:t>kehte hain ke bas repeat karo, repeat karo, repeat karo. woh samajhte thay ke woh jo word hai la ilaha illallah, us mein koi mysterious cheez chupi hui hai,</w:t>
      </w:r>
    </w:p>
    <w:p>
      <w:pPr>
        <w:jc w:val="right"/>
      </w:pPr>
      <w:r>
        <w:t>کہتے ہیں کہ بس ریپیٹ کرو، ریپیٹ کرو، ریپیٹ کرو۔ وہ سمجھتے تھے کہ وہ جو ورڈ ہے لا الہ الا اللہ، اس میں کوئی مسٹیریس چیز چھپی ہوئی ہے،</w:t>
      </w:r>
    </w:p>
    <w:p>
      <w:r>
        <w:rPr>
          <w:b/>
        </w:rPr>
        <w:t xml:space="preserve">[11:45] </w:t>
      </w:r>
      <w:r>
        <w:t>woh apne aap milti rahe gi. to aisa nahi hai. conscious level par aap aik cheez rediscover karte hain, that is tajdeed e iman.</w:t>
      </w:r>
    </w:p>
    <w:p>
      <w:pPr>
        <w:jc w:val="right"/>
      </w:pPr>
      <w:r>
        <w:t>وہ اپنے آپ ملتی رہے گی۔ تو ایسا نہیں ہے۔ کانشیس لیول پر آپ ایک چیز ری ڈسکور کرتے ہیں، دیٹ از تجدید ایمان۔</w:t>
      </w:r>
    </w:p>
    <w:p>
      <w:r>
        <w:rPr>
          <w:b/>
        </w:rPr>
        <w:t xml:space="preserve">[12:01] </w:t>
      </w:r>
      <w:r>
        <w:t>to dekhiye, Allah se mutaliq koi bhi baat Allah ki shan se kam nahi honi chahiye, is se kam nahi honi chahiye, is ki shan ke barabar honi chahiye.</w:t>
      </w:r>
    </w:p>
    <w:p>
      <w:pPr>
        <w:jc w:val="right"/>
      </w:pPr>
      <w:r>
        <w:t>تو دیکھیے، اللہ سے متعلق کوئی بھی بات اللہ کی شان سے کم نہیں ہونی چاہیے، اس سے کم نہیں ہونی چاہیے، اس کی شان کے برابر ہونی چاہیے۔</w:t>
      </w:r>
    </w:p>
    <w:p>
      <w:r>
        <w:rPr>
          <w:b/>
        </w:rPr>
        <w:t xml:space="preserve">[12:16] </w:t>
      </w:r>
      <w:r>
        <w:t>isi Quran mein kaha gaya hai ke wa ma qaddarullaha haqqa qadrih. kya is is ayat ko parhiye?</w:t>
      </w:r>
    </w:p>
    <w:p>
      <w:pPr>
        <w:jc w:val="right"/>
      </w:pPr>
      <w:r>
        <w:t>اسی قرآن میں کہا گیا ہے کہ وما قدر اللہ حق قدرہ۔ کیا اس اس آیت کو پڑھیے؟</w:t>
      </w:r>
    </w:p>
    <w:p>
      <w:r>
        <w:rPr>
          <w:b/>
        </w:rPr>
        <w:t xml:space="preserve">[12:30] </w:t>
      </w:r>
      <w:r>
        <w:t>wa ma qaddarullaha haqqa qadrih.</w:t>
      </w:r>
    </w:p>
    <w:p>
      <w:pPr>
        <w:jc w:val="right"/>
      </w:pPr>
      <w:r>
        <w:t>وما قدر اللہ حق قدرہ۔</w:t>
      </w:r>
    </w:p>
    <w:p>
      <w:r>
        <w:rPr>
          <w:b/>
        </w:rPr>
        <w:t xml:space="preserve">[12:37] </w:t>
      </w:r>
      <w:r>
        <w:t>haan, is ka matlab yeh hai ke logon ne Allah ka, Allah ko understatement kiya. is ka jo matlab hai ke logon ne Allah ko understatement kiya,</w:t>
      </w:r>
    </w:p>
    <w:p>
      <w:pPr>
        <w:jc w:val="right"/>
      </w:pPr>
      <w:r>
        <w:t>ہاں، اس کا مطلب یہ ہے کہ لوگوں نے اللہ کا، اللہ کو انڈرسٹیٹمنٹ کیا۔ اس کا جو مطلب ہے کہ لوگوں نے اللہ کو انڈرسٹیٹمنٹ کیا،</w:t>
      </w:r>
    </w:p>
    <w:p>
      <w:r>
        <w:rPr>
          <w:b/>
        </w:rPr>
        <w:t xml:space="preserve">[12:51] </w:t>
      </w:r>
      <w:r>
        <w:t>halankay Allah woh hai jis ke aik hath mein zameen hai poori ki poori aur doosre hath mein is ke aasman hai, sab ka sab itna itna great hai, itna great hai woh.</w:t>
      </w:r>
    </w:p>
    <w:p>
      <w:pPr>
        <w:jc w:val="right"/>
      </w:pPr>
      <w:r>
        <w:t>حالانکہ اللہ وہ ہے جس کے ایک ہاتھ میں زمین ہے پوری کی پوری اور دوسرے ہاتھ میں اس کے آسمان ہے، سب کا سب اتنا اتنا گریٹ ہے، اتنا گریٹ ہے وہ۔</w:t>
      </w:r>
    </w:p>
    <w:p>
      <w:r>
        <w:rPr>
          <w:b/>
        </w:rPr>
        <w:t xml:space="preserve">[13:08] </w:t>
      </w:r>
      <w:r>
        <w:t>to is mein lafz jo hai qayamat aa gaya hai, to log samajhte hain ke waqea qayamat ke din hoga. nahi, aaj hi, aaj hi ho raha hai woh.</w:t>
      </w:r>
    </w:p>
    <w:p>
      <w:pPr>
        <w:jc w:val="right"/>
      </w:pPr>
      <w:r>
        <w:t>تو اس میں لفظ جو ہے قیامت آ گیا ہے، تو لوگ سمجھتے ہیں کہ واقعہ قیامت کے دن ہوگا۔ نہیں، آج ہی، آج ہی ہو رہا ہے وہ۔</w:t>
      </w:r>
    </w:p>
    <w:p>
      <w:r>
        <w:rPr>
          <w:b/>
        </w:rPr>
        <w:t xml:space="preserve">[13:19] </w:t>
      </w:r>
      <w:r>
        <w:t>aaj hi poora solar system Allah ke qabze mein hai. aaj hi poora universe Allah ke qabze mein hai.</w:t>
      </w:r>
    </w:p>
    <w:p>
      <w:pPr>
        <w:jc w:val="right"/>
      </w:pPr>
      <w:r>
        <w:t>آج ہی پورا سولر سسٹم اللہ کے قبضے میں ہے۔ آج ہی پورا یونیورس اللہ کے قبضے میں ہے۔</w:t>
      </w:r>
    </w:p>
    <w:p>
      <w:r>
        <w:rPr>
          <w:b/>
        </w:rPr>
        <w:t xml:space="preserve">[13:30] </w:t>
      </w:r>
      <w:r>
        <w:t>yani itna zabardast Allah ka is pe control hai ke aik aik second ke barabar bhi farq nahi hota. yani millionen, billion years se zameen revolve kar rahi hai,</w:t>
      </w:r>
    </w:p>
    <w:p>
      <w:pPr>
        <w:jc w:val="right"/>
      </w:pPr>
      <w:r>
        <w:t>یعنی اتنا زبردست اللہ کا اس پہ کنٹرول ہے کہ ایک ایک سیکنڈ کے برابر بھی فرق نہیں ہوتا۔ یعنی ملینیں، بلین ایئرز سے زمین ریوالو کر رہی ہے،</w:t>
      </w:r>
    </w:p>
    <w:p>
      <w:r>
        <w:rPr>
          <w:b/>
        </w:rPr>
        <w:t xml:space="preserve">[13:44] </w:t>
      </w:r>
      <w:r>
        <w:t>lekin kuch bhi farq nahi is ke speed mein. to kaisay ajeeb o ghareeb baat hai yeh</w:t>
      </w:r>
    </w:p>
    <w:p>
      <w:pPr>
        <w:jc w:val="right"/>
      </w:pPr>
      <w:r>
        <w:t>لیکن کچھ بھی فرق نہیں اس کے سپیڈ میں۔ تو کیسی عجیب و غریب بات ہے یہ</w:t>
      </w:r>
    </w:p>
    <w:p>
      <w:r>
        <w:rPr>
          <w:b/>
        </w:rPr>
        <w:t xml:space="preserve">[13:54] </w:t>
      </w:r>
      <w:r>
        <w:t>baat itni mind, mind baffling hai ke aap sochen to aap ki awaz na nikle, aap ki awaz na nikle.</w:t>
      </w:r>
    </w:p>
    <w:p>
      <w:pPr>
        <w:jc w:val="right"/>
      </w:pPr>
      <w:r>
        <w:t>بات اتنی مائنڈ، مائنڈ باگلنگ ہے کہ آپ سوچیں تو آپ کی آواز نہ نکلے، آپ کی آواز نہ نکلے۔</w:t>
      </w:r>
    </w:p>
    <w:p>
      <w:r>
        <w:rPr>
          <w:b/>
        </w:rPr>
        <w:t xml:space="preserve">[14:06] </w:t>
      </w:r>
      <w:r>
        <w:t>yeh hai tajdeed e iman. tajdeed e iman lam alif lam hai ke kisi lafzi majmooay ko dohrana har giz nahi hai.</w:t>
      </w:r>
    </w:p>
    <w:p>
      <w:pPr>
        <w:jc w:val="right"/>
      </w:pPr>
      <w:r>
        <w:t>یہ ہے تجدید ایمان۔ تجدید ایمان لام الف لام ہے کہ کسی لفظی مجموعے کو دہرانا ہرگز نہیں ہے۔</w:t>
      </w:r>
    </w:p>
    <w:p>
      <w:r>
        <w:rPr>
          <w:b/>
        </w:rPr>
        <w:t xml:space="preserve">[14:22] </w:t>
      </w:r>
      <w:r>
        <w:t>haqeeqat e iman ko rediscover karna is ka matlab hai ke iman ke jo</w:t>
      </w:r>
    </w:p>
    <w:p>
      <w:pPr>
        <w:jc w:val="right"/>
      </w:pPr>
      <w:r>
        <w:t>حقیقت ایمان کو ری ڈسکور کرنا اس کا مطلب ہے کہ ایمان کے جو</w:t>
      </w:r>
    </w:p>
    <w:p>
      <w:r>
        <w:rPr>
          <w:b/>
        </w:rPr>
        <w:t xml:space="preserve">[14:31] </w:t>
      </w:r>
      <w:r>
        <w:t>iman ki jo haqeeqat hai, us ko bar bar re</w:t>
      </w:r>
    </w:p>
    <w:p>
      <w:pPr>
        <w:jc w:val="right"/>
      </w:pPr>
      <w:r>
        <w:t>ایمان کی جو حقیقت ہے، اس کو بار بار ری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