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Model August 5, 2017 Maulana Wahiduddin Khan</w:t>
      </w:r>
    </w:p>
    <w:p>
      <w:r>
        <w:t>https://www.youtube.com/watch?v=DldZ8TXkOGA</w:t>
      </w:r>
    </w:p>
    <w:p>
      <w:r>
        <w:rPr>
          <w:b/>
        </w:rPr>
        <w:t xml:space="preserve">[00:13] </w:t>
      </w:r>
      <w:r>
        <w:t>bismillah hir rahman nir rahim, wa sallallahu ala nabiyyil karim. aaj subah mujhe aik mashhoor urdu shair ka she'r yaad aaya jo bohat ziyada popular hai.</w:t>
      </w:r>
    </w:p>
    <w:p>
      <w:pPr>
        <w:jc w:val="right"/>
      </w:pPr>
      <w:r>
        <w:t>بسم اللہ الرحمن الرحیم، و صلی اللہ علی نبی الکریم۔ آج صبح مجھے ایک مشہور اردو شاعر کا شعر یاد آیا جو بہت زیادہ پاپولر ہے۔</w:t>
      </w:r>
    </w:p>
    <w:p>
      <w:r>
        <w:rPr>
          <w:b/>
        </w:rPr>
        <w:t xml:space="preserve">[00:32] </w:t>
      </w:r>
      <w:r>
        <w:t>un ka she'r yeh hai ke "yeh daur apne ibrahim ki talash mein hai". yeh modern age jo hai, is talash mein hai ke is ka koi ibrahim paida ho jo ibrahim ka role ada kare.</w:t>
      </w:r>
    </w:p>
    <w:p>
      <w:pPr>
        <w:jc w:val="right"/>
      </w:pPr>
      <w:r>
        <w:t>ان کا شعر یہ ہے کہ "یہ دور اپنے ابراہیم کی تلاش میں ہے"۔ یہ ماڈرن ایج جو ہے، اس تلاش میں ہے کہ اس کا کوئی ابراہیم پیدا ہو جو ابراہیم کا رول ادا کرے۔</w:t>
      </w:r>
    </w:p>
    <w:p>
      <w:r>
        <w:rPr>
          <w:b/>
        </w:rPr>
        <w:t xml:space="preserve">[00:51] </w:t>
      </w:r>
      <w:r>
        <w:t>un ke nazdeek ibrahim ka role kya hai, woh un ke aik aur she'r se maloom hota hai ke "be khatar kood pada aatish e nimrood be ishq".</w:t>
      </w:r>
    </w:p>
    <w:p>
      <w:pPr>
        <w:jc w:val="right"/>
      </w:pPr>
      <w:r>
        <w:t>ان کے نزدیک ابراہیم کا رول کیا ہے، وہ ان کے ایک اور شعر سے معلوم ہوتا ہے کہ "بے خطر کود پڑا آدش نمرود بے عشق"۔</w:t>
      </w:r>
    </w:p>
    <w:p>
      <w:r>
        <w:rPr>
          <w:b/>
        </w:rPr>
        <w:t xml:space="preserve">[01:04] </w:t>
      </w:r>
      <w:r>
        <w:t>be khatar kood pada aatish e nimrood be ishq. yani nimrood ki aag mein kood pada. to yeh hai ibrahim ka model un ke nazdeek.</w:t>
      </w:r>
    </w:p>
    <w:p>
      <w:pPr>
        <w:jc w:val="right"/>
      </w:pPr>
      <w:r>
        <w:t>بے خطر کود پڑا آدش نمرود بے عشق۔ یعنی نمرود کی آگ میں کود پڑا۔ تو یہ ہے ابراہیم کا ماڈل ان کے نزدیک۔</w:t>
      </w:r>
    </w:p>
    <w:p>
      <w:r>
        <w:rPr>
          <w:b/>
        </w:rPr>
        <w:t xml:space="preserve">[01:20] </w:t>
      </w:r>
      <w:r>
        <w:t>magar yeh sab bilkul baseless baatein hain aur yeh qism ki baaton ne logon ka zehn is zamanay mein kharab kiya hai.</w:t>
      </w:r>
    </w:p>
    <w:p>
      <w:pPr>
        <w:jc w:val="right"/>
      </w:pPr>
      <w:r>
        <w:t>مگر یہ سب بالکل بیس لیس باتیں ہیں اور یہ قسم کی باتوں نے لوگوں کا ذہن اس زمانے میں خراب کیا ہے۔</w:t>
      </w:r>
    </w:p>
    <w:p>
      <w:r>
        <w:rPr>
          <w:b/>
        </w:rPr>
        <w:t xml:space="preserve">[01:31] </w:t>
      </w:r>
      <w:r>
        <w:t>is zamanay ke sach poocho to sab se ziyada, yani is zamanay mein jo musalmanon ke andar jo kharabiyan aayin hain, is ki sabab se mazar musalmanon ke khateeb, musalmanon ke shafardar, musalmanon ke shair hain.</w:t>
      </w:r>
    </w:p>
    <w:p>
      <w:pPr>
        <w:jc w:val="right"/>
      </w:pPr>
      <w:r>
        <w:t>اس زمانے کے سچ پوچھو تو سب سے زیادہ، یعنی اس زمانے میں جو مسلمانوں کے اندر جو خرابیاں آئیں ہیں، اس کی سبب سے مزار مسلمانوں کے خطیب، مسلمانوں کے شفردار، مسلمانوں کے شاعر ہیں۔</w:t>
      </w:r>
    </w:p>
    <w:p>
      <w:r>
        <w:rPr>
          <w:b/>
        </w:rPr>
        <w:t xml:space="preserve">[01:48] </w:t>
      </w:r>
      <w:r>
        <w:t>ab dekhiye, hazrat ibrahim har giz har giz kooday nahi thay. un ko to hath paon bandh kar ke zabardasti aag mein phenk diya gaya tha.</w:t>
      </w:r>
    </w:p>
    <w:p>
      <w:pPr>
        <w:jc w:val="right"/>
      </w:pPr>
      <w:r>
        <w:t>اب دیکھیے، حضرت ابراہیم ہرگز ہرگز کودے نہیں تھے۔ ان کو تو ہاتھ پاؤں باندھ کر کے زبردستی آگ میں پھینک دیا گیا تھا۔</w:t>
      </w:r>
    </w:p>
    <w:p>
      <w:r>
        <w:rPr>
          <w:b/>
        </w:rPr>
        <w:t xml:space="preserve">[02:00] </w:t>
      </w:r>
      <w:r>
        <w:t>is ko keh diya kood kood kood kood pada. to bataiye ke asal role un ka jo tha, dawat tha, yeh nahi tha ke kood pade. un ka role hi badal diya.</w:t>
      </w:r>
    </w:p>
    <w:p>
      <w:pPr>
        <w:jc w:val="right"/>
      </w:pPr>
      <w:r>
        <w:t>اس کو کہہ دیا کود کود کود کود پڑے۔ تو بتائیے کہ اصل رول ان کا جو تھا، دعوت تھا، یہ نہیں تھا کہ کود پڑے۔ ان کا رول ہی بدل دیا۔</w:t>
      </w:r>
    </w:p>
    <w:p>
      <w:r>
        <w:rPr>
          <w:b/>
        </w:rPr>
        <w:t xml:space="preserve">[02:12] </w:t>
      </w:r>
      <w:r>
        <w:t>hazrat ibrahim ne iraq mein da'oti kaam kiya. logon ko badshah tak ko bhi tauheed ka paigham diya.</w:t>
      </w:r>
    </w:p>
    <w:p>
      <w:pPr>
        <w:jc w:val="right"/>
      </w:pPr>
      <w:r>
        <w:t>حضرت ابراہیم نے عراق میں دعوتی کام کیا۔ لوگوں کو بادشاہ تک کو بھی توحید کا پیغام دیا۔</w:t>
      </w:r>
    </w:p>
    <w:p>
      <w:r>
        <w:rPr>
          <w:b/>
        </w:rPr>
        <w:t xml:space="preserve">[02:24] </w:t>
      </w:r>
      <w:r>
        <w:t>yeh tha un ka role. to un ka asal role tha da'ee. shair ne kya bana diya un ka role?</w:t>
      </w:r>
    </w:p>
    <w:p>
      <w:pPr>
        <w:jc w:val="right"/>
      </w:pPr>
      <w:r>
        <w:t>یہ تھا ان کا رول۔ تو ان کا اصل رول تھا داعی۔ شاعر نے کیا بنا دیا ان کا رول؟</w:t>
      </w:r>
    </w:p>
    <w:p>
      <w:r>
        <w:rPr>
          <w:b/>
        </w:rPr>
        <w:t xml:space="preserve">[02:34] </w:t>
      </w:r>
      <w:r>
        <w:t>keh aag mein kood pade. yeh hazrat ibrahim par itna bada zulm hai. koi bhi paighambar is liye nahi aata keh kood pade woh aag mein.</w:t>
      </w:r>
    </w:p>
    <w:p>
      <w:pPr>
        <w:jc w:val="right"/>
      </w:pPr>
      <w:r>
        <w:t>کہ آگ میں کود پڑے۔ یہ حضرت ابراہیم پر اتنا بڑا ظلم ہے۔ کوئی بھی پیغمبر اس لیے نہیں آتا کہ کود پڑے وہ آگ میں۔</w:t>
      </w:r>
    </w:p>
    <w:p>
      <w:r>
        <w:rPr>
          <w:b/>
        </w:rPr>
        <w:t xml:space="preserve">[02:47] </w:t>
      </w:r>
      <w:r>
        <w:t>koi paighambar is liye aata hi nahi. yeh bilkul base less baat hai. har paighambar, including hazrat ibrahim, is liye aaye keh insaan ko us ke rab ka paigham pahunchaye.</w:t>
      </w:r>
    </w:p>
    <w:p>
      <w:pPr>
        <w:jc w:val="right"/>
      </w:pPr>
      <w:r>
        <w:t>کوئی پیغمبر اس لیے آتا ہی نہیں۔ یہ بالکل بیس لیس بات ہے۔ ہر پیغمبر، انکلوڈنگ حضرت ابراہیم، اس لیے آئے کہ انسان کو اس کے رب کا پیغام پہنچائے۔</w:t>
      </w:r>
    </w:p>
    <w:p>
      <w:r>
        <w:rPr>
          <w:b/>
        </w:rPr>
        <w:t xml:space="preserve">[03:03] </w:t>
      </w:r>
      <w:r>
        <w:t>bas. to aap ghor kijiye keh is tarah ke shair jab musalmanon mein popular ho jayein to kya zehan banega musalmanon ka?</w:t>
      </w:r>
    </w:p>
    <w:p>
      <w:pPr>
        <w:jc w:val="right"/>
      </w:pPr>
      <w:r>
        <w:t>بس۔ تو آپ غور کیجئے کہ اس طرح کے شاعر جب مسلمانوں میں پاپولر ہو جائیں تو کیا ذہن بنے گا مسلمانوں کا؟</w:t>
      </w:r>
    </w:p>
    <w:p>
      <w:r>
        <w:rPr>
          <w:b/>
        </w:rPr>
        <w:t xml:space="preserve">[03:13] </w:t>
      </w:r>
      <w:r>
        <w:t>kood pado. chunancha yahi hua. yeh log kood pad rahe hain. is zamane mein jo musalmanon mein jo society bombing paida hui,</w:t>
      </w:r>
    </w:p>
    <w:p>
      <w:pPr>
        <w:jc w:val="right"/>
      </w:pPr>
      <w:r>
        <w:t>کود پڑو۔ چنانچہ یہی ہوا۔ یہ لوگ کود پڑ رہے ہیں۔ اس زمانے میں جو مسلمانوں میں جو سوسائٹی بامبر پیدا ہوئی،</w:t>
      </w:r>
    </w:p>
    <w:p>
      <w:r>
        <w:rPr>
          <w:b/>
        </w:rPr>
        <w:t xml:space="preserve">[03:27] </w:t>
      </w:r>
      <w:r>
        <w:t>to aap internet par check kijiye, 40 se zyada musalmanon mein paanch hazar se zyada attack hue.</w:t>
      </w:r>
    </w:p>
    <w:p>
      <w:pPr>
        <w:jc w:val="right"/>
      </w:pPr>
      <w:r>
        <w:t>تو آپ انٹرنیٹ پر چیک کیجئے، 40 سے زیادہ مسلمانوں میں پانچ ہزار سے زیادہ اٹیک ہوئے۔</w:t>
      </w:r>
    </w:p>
    <w:p>
      <w:r>
        <w:rPr>
          <w:b/>
        </w:rPr>
        <w:t xml:space="preserve">[03:39] </w:t>
      </w:r>
      <w:r>
        <w:t>ab ghor kijiye keh kitne saare bomber bane aur kitne saare logon ko maar dala unhon ne. yeh kyun hua? hazrat ibrahim ka galat model pesh kiya.</w:t>
      </w:r>
    </w:p>
    <w:p>
      <w:pPr>
        <w:jc w:val="right"/>
      </w:pPr>
      <w:r>
        <w:t>اب غور کیجئے کہ کتنے سارے بمبر بنے اور کتنے سارے لوگوں کو مار ڈالا انہوں نے۔ یہ کیوں ہوا؟ حضرت ابراہیم کا غلط ماڈل پیش کیا۔</w:t>
      </w:r>
    </w:p>
    <w:p>
      <w:r>
        <w:rPr>
          <w:b/>
        </w:rPr>
        <w:t xml:space="preserve">[03:49] </w:t>
      </w:r>
      <w:r>
        <w:t>khoob phailaya is ko. woh musalmanon mein khoob maqbool hua. be khatar kood pada aatish-e-namrood be ishq. to log be khatar koodne lage.</w:t>
      </w:r>
    </w:p>
    <w:p>
      <w:pPr>
        <w:jc w:val="right"/>
      </w:pPr>
      <w:r>
        <w:t>خوب پھیلایا اس کو۔ وہ مسلمانوں میں خوب مقبول ہوا۔ بے خطر کود پڑا آتش نمرود بے عشق۔ تو لوگ بے خطر کودنے لگے۔</w:t>
      </w:r>
    </w:p>
    <w:p>
      <w:r>
        <w:rPr>
          <w:b/>
        </w:rPr>
        <w:t xml:space="preserve">[03:59] </w:t>
      </w:r>
      <w:r>
        <w:t>yani namrood ki aag mein be khatar koodne lage. namrood ki aag to thi hi nahi. sach poochhein, is zamane mein koi aag nahi hai. khud hi aag lagate hain apne ko.</w:t>
      </w:r>
    </w:p>
    <w:p>
      <w:pPr>
        <w:jc w:val="right"/>
      </w:pPr>
      <w:r>
        <w:t>یعنی نمرود کی آگ میں بے خطر کودنے لگے۔ نمرود تو کی آگ تو تھی ہی نہیں۔ سچ پوچھیں، اس زمانے میں کوئی آگ نہیں ہے۔ خود ہی آگ لگاتے ہیں اپنے کو۔</w:t>
      </w:r>
    </w:p>
    <w:p>
      <w:r>
        <w:rPr>
          <w:b/>
        </w:rPr>
        <w:t xml:space="preserve">[04:11] </w:t>
      </w:r>
      <w:r>
        <w:t>yani apne body se baandh lete hain bomb aur us ko ignite karte hain. to is zamane mein koi namrood ki aag nahi hai.</w:t>
      </w:r>
    </w:p>
    <w:p>
      <w:pPr>
        <w:jc w:val="right"/>
      </w:pPr>
      <w:r>
        <w:t>یعنی اپنے باڈی سے باندھ لیتے ہیں بم اور اس کو اگنائٹ کرتے ہیں۔ تو اس زمانے میں کوئی نمرود کی آگ نہیں ہے۔</w:t>
      </w:r>
    </w:p>
    <w:p>
      <w:r>
        <w:rPr>
          <w:b/>
        </w:rPr>
        <w:t xml:space="preserve">[04:23] </w:t>
      </w:r>
      <w:r>
        <w:t>khud hi aag laga ke apni lagai hui aag mein koodte hain. yeh ghor kijiye. yeh hamare shair is qism ke jo hain aur khateeb aur sheikh ul islam, yeh musalmanon ke mufakkir aur rehnuma bane hue hain.</w:t>
      </w:r>
    </w:p>
    <w:p>
      <w:pPr>
        <w:jc w:val="right"/>
      </w:pPr>
      <w:r>
        <w:t>خود ہی آگ لگا کے اپنی لگائی ہوئی آگ میں کودتے ہیں۔ یہ غور کیجئے۔ یہ ہمارے شاعر اس قسم کے جو ہیں اور خطیب اور شفردار، یہ مسلمانوں کے مفکر اور رہنما بنے ہوئے ہیں۔</w:t>
      </w:r>
    </w:p>
    <w:p>
      <w:r>
        <w:rPr>
          <w:b/>
        </w:rPr>
        <w:t xml:space="preserve">[04:41] </w:t>
      </w:r>
      <w:r>
        <w:t>kaisi ajeeb baat hai.</w:t>
      </w:r>
    </w:p>
    <w:p>
      <w:pPr>
        <w:jc w:val="right"/>
      </w:pPr>
      <w:r>
        <w:t>کیسی عجیب بات ہے۔</w:t>
      </w:r>
    </w:p>
    <w:p>
      <w:r>
        <w:rPr>
          <w:b/>
        </w:rPr>
        <w:t xml:space="preserve">[04:45] </w:t>
      </w:r>
      <w:r>
        <w:t>to bas samajhta hoon keh is is zamane mein muslim islam ka pehla kaam yeh hai keh saare khateeb aur saare shair aur saare sheikh ul islam log jo hain, un ko daal diya jaye side mein.</w:t>
      </w:r>
    </w:p>
    <w:p>
      <w:pPr>
        <w:jc w:val="right"/>
      </w:pPr>
      <w:r>
        <w:t>تو بس سمجھتا ہوں کہ اس اس زمانے میں مسلم اسلام کا پہلا کام یہ ہے کہ سارے خطباء اور سارے شعراء اور سارے شفردار لوگ جو ہیں، ان کو ڈال دیا جائے سائیڈ میں۔</w:t>
      </w:r>
    </w:p>
    <w:p>
      <w:r>
        <w:rPr>
          <w:b/>
        </w:rPr>
        <w:t xml:space="preserve">[04:58] </w:t>
      </w:r>
      <w:r>
        <w:t>ab musalman phir se apna rasta muntakhib karein. woh bhatke hue hain in logon ki baaton mein jo ulema-e-baradari aur khitabat aur shairi kar ke musalmanon ko bhatka rakha hai.</w:t>
      </w:r>
    </w:p>
    <w:p>
      <w:pPr>
        <w:jc w:val="right"/>
      </w:pPr>
      <w:r>
        <w:t>اب مسلمان پھر سے اپنا راستہ منتخب کریں۔ وہ بھٹکے ہوئے ہیں ان لوگوں کی باتوں میں جو عشاء برداری اور خطابت اور شاعری کر کے مسلمانوں کو بھٹکا رکھا ہے۔</w:t>
      </w:r>
    </w:p>
    <w:p>
      <w:r>
        <w:rPr>
          <w:b/>
        </w:rPr>
        <w:t xml:space="preserve">[05:19] </w:t>
      </w:r>
      <w:r>
        <w:t>kaisi ajeeb baat hai yeh.</w:t>
      </w:r>
    </w:p>
    <w:p>
      <w:pPr>
        <w:jc w:val="right"/>
      </w:pPr>
      <w:r>
        <w:t>کیسی عجیب بات ہے یہ۔</w:t>
      </w:r>
    </w:p>
    <w:p>
      <w:r>
        <w:rPr>
          <w:b/>
        </w:rPr>
        <w:t xml:space="preserve">[05:22] </w:t>
      </w:r>
      <w:r>
        <w:t>sach poochhein to isi qism ki shairi ka culmination hai society bombing. be khatar kood pada aatish-e-namrood be ishq.</w:t>
      </w:r>
    </w:p>
    <w:p>
      <w:pPr>
        <w:jc w:val="right"/>
      </w:pPr>
      <w:r>
        <w:t>سچ پوچھیں تو اسی قسم کی شاعری کا کلمیشن ہے سوسائٹی بامنگ۔ بے خطر کود پڑا آتش نمرود بے عشق۔</w:t>
      </w:r>
    </w:p>
    <w:p>
      <w:r>
        <w:rPr>
          <w:b/>
        </w:rPr>
        <w:t xml:space="preserve">[05:32] </w:t>
      </w:r>
      <w:r>
        <w:t>yeh jo shairi ki gayi aur khitabat isi qism ki baatein logon ne nasal mein kahein.</w:t>
      </w:r>
    </w:p>
    <w:p>
      <w:pPr>
        <w:jc w:val="right"/>
      </w:pPr>
      <w:r>
        <w:t>یہ جو شاعری کی گئی اور خطابت اسی قسم کی باتیں لوگوں نے نسل میں کہیں۔</w:t>
      </w:r>
    </w:p>
    <w:p>
      <w:r>
        <w:rPr>
          <w:b/>
        </w:rPr>
        <w:t xml:space="preserve">[05:43] </w:t>
      </w:r>
      <w:r>
        <w:t>nasal mein bhi isi qism ki baatein ki gayeen. to isi ka culmination hai society bombing.</w:t>
      </w:r>
    </w:p>
    <w:p>
      <w:pPr>
        <w:jc w:val="right"/>
      </w:pPr>
      <w:r>
        <w:t>نسل میں بھی اسی قسم کی باتیں کی گئیں۔ تو اسی کا کلمیشن ہے سوسائٹی بامنگ۔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