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Thinking August 12, 2017 Maulana Wahiduddin Khan</w:t>
      </w:r>
    </w:p>
    <w:p>
      <w:r>
        <w:t>https://www.youtube.com/watch?v=-h0oVhcOWik</w:t>
      </w:r>
    </w:p>
    <w:p>
      <w:r>
        <w:rPr>
          <w:b/>
        </w:rPr>
        <w:t xml:space="preserve">[00:13] </w:t>
      </w:r>
      <w:r>
        <w:t>bismillah-ir-rehman-ir-rahim, wa salla Allahu ala nabiyyi al-kareem.</w:t>
      </w:r>
    </w:p>
    <w:p>
      <w:pPr>
        <w:jc w:val="right"/>
      </w:pPr>
      <w:r>
        <w:t>بسم اللہ الرحمن الرحیم، و صلی اللہ علی نبی الکریم۔</w:t>
      </w:r>
    </w:p>
    <w:p>
      <w:r>
        <w:rPr>
          <w:b/>
        </w:rPr>
        <w:t xml:space="preserve">[00:22] </w:t>
      </w:r>
      <w:r>
        <w:t>12 agast 2017. aaj mein chahta hoon keh</w:t>
      </w:r>
    </w:p>
    <w:p>
      <w:pPr>
        <w:jc w:val="right"/>
      </w:pPr>
      <w:r>
        <w:t>12 اگست 2017۔ آج میں چاہتا ہوں کہ</w:t>
      </w:r>
    </w:p>
    <w:p>
      <w:r>
        <w:rPr>
          <w:b/>
        </w:rPr>
        <w:t xml:space="preserve">[00:36] </w:t>
      </w:r>
      <w:r>
        <w:t>program ka aaghaz</w:t>
      </w:r>
    </w:p>
    <w:p>
      <w:pPr>
        <w:jc w:val="right"/>
      </w:pPr>
      <w:r>
        <w:t>پروگرام کا آغاز</w:t>
      </w:r>
    </w:p>
    <w:p>
      <w:r>
        <w:rPr>
          <w:b/>
        </w:rPr>
        <w:t xml:space="preserve">[00:39] </w:t>
      </w:r>
      <w:r>
        <w:t>Mr. Dagar ke ek experience se kiya jaye. Mr. Dagar ka ek experience jo unhon ne bataya mujhe, woh bohat hi acha experience hai aur is se bohat himmat barhti hai.</w:t>
      </w:r>
    </w:p>
    <w:p>
      <w:pPr>
        <w:jc w:val="right"/>
      </w:pPr>
      <w:r>
        <w:t>مسٹر ڈاگر کے ایک ایکسپیرینس سے کیا جائے۔ مسٹر ڈاگر کا ایک ایکسپیرینس جو انہوں نے بتایا مجھے، وہ بہت ہی اچھا ایکسپیرینس ہے اور اس سے بہت ہمت بڑھتی ہے۔</w:t>
      </w:r>
    </w:p>
    <w:p>
      <w:r>
        <w:rPr>
          <w:b/>
        </w:rPr>
        <w:t xml:space="preserve">[00:57] </w:t>
      </w:r>
      <w:r>
        <w:t>to mein Mr. Dagar se request karunga keh woh apna experience bayan karein.</w:t>
      </w:r>
    </w:p>
    <w:p>
      <w:pPr>
        <w:jc w:val="right"/>
      </w:pPr>
      <w:r>
        <w:t>تو میں مسٹر ڈاگر سے ریکویسٹ کروں گا کہ وہ اپنا ایکسپیرینس بیان کریں۔</w:t>
      </w:r>
    </w:p>
    <w:p>
      <w:r>
        <w:rPr>
          <w:b/>
        </w:rPr>
        <w:t xml:space="preserve">[01:04] </w:t>
      </w:r>
      <w:r>
        <w:t>assalamu alaikum. so recently i met a senior vice president of a construction industry in an organization, almost one month back, and i have handed over some of the books of Maulana sahib to him,</w:t>
      </w:r>
    </w:p>
    <w:p>
      <w:pPr>
        <w:jc w:val="right"/>
      </w:pPr>
      <w:r>
        <w:t>السلام علیکم۔ سو ریسنٹلی آئی میٹ ا سینئر وائس پریزیڈنٹ آف ا کنسٹرکشن انڈسٹری ان این آرگنائزیشن، الموسٹ ون منتھ بیک، اینڈ آئی ہیو ہینڈڈ اوور سم آف دی بکس آف مولانا صاحب ٹو ہم،</w:t>
      </w:r>
    </w:p>
    <w:p>
      <w:r>
        <w:rPr>
          <w:b/>
        </w:rPr>
        <w:t xml:space="preserve">[01:25] </w:t>
      </w:r>
      <w:r>
        <w:t>which is prophet of peace, age of peace, what is islam, copy of quran, english translation.</w:t>
      </w:r>
    </w:p>
    <w:p>
      <w:pPr>
        <w:jc w:val="right"/>
      </w:pPr>
      <w:r>
        <w:t>وچ از پرافٹ آف پیس، ایج آف پیس، واٹ از اسلام، کاپی آف قرآن، انگلش ٹرانسلیشن۔</w:t>
      </w:r>
    </w:p>
    <w:p>
      <w:r>
        <w:rPr>
          <w:b/>
        </w:rPr>
        <w:t xml:space="preserve">[01:33] </w:t>
      </w:r>
      <w:r>
        <w:t>because of some work, i was just speaking to him day before yesterday, and we were just interacting professional things. and during the interaction, he mentioned that, vikrant, i have read all the books which you have handed over to me, you gave it to me, and it was very very good.</w:t>
      </w:r>
    </w:p>
    <w:p>
      <w:pPr>
        <w:jc w:val="right"/>
      </w:pPr>
      <w:r>
        <w:t>بیکاز آف سم ورک، آئی واز جسٹ سپیکنگ ٹو ہم ڈے بیفور یسٹرڈے، اینڈ وی وار جسٹ انٹریکٹنگ پروفیشنل تھنگز۔ اینڈ ڈیورنگ دی انٹریکشن، ہی مینشنڈ دیٹ، وکرانت، آئی ہیو ریڈ آل دا بکس وچ یو ہیو ہینڈڈ اوور ٹو می، یو گیو اٹ ٹو می، اینڈ اٹ واز ویری ویری گڈ۔</w:t>
      </w:r>
    </w:p>
    <w:p>
      <w:r>
        <w:rPr>
          <w:b/>
        </w:rPr>
        <w:t xml:space="preserve">[01:52] </w:t>
      </w:r>
      <w:r>
        <w:t>and then he mentioned that, you know, he knows Maulana very well because he reads very regularly speaking tree, where Maulana writes the column in that speaking tree, and he is a little aware about the ideology.</w:t>
      </w:r>
    </w:p>
    <w:p>
      <w:pPr>
        <w:jc w:val="right"/>
      </w:pPr>
      <w:r>
        <w:t>اینڈ دین ہی مینشنڈ دیٹ، یو نو، ہی نوز مولانا ویری ویل بیکاز ہی ریڈز ویری ریگولرلی سپیکنگ ٹری، ویر مولانا رائٹس دی کالم ان دیٹ سپیکنگ ٹری، اینڈ ہی از ا لٹل اویر اباؤٹ دی آئیڈیالوجی۔</w:t>
      </w:r>
    </w:p>
    <w:p>
      <w:r>
        <w:rPr>
          <w:b/>
        </w:rPr>
        <w:t xml:space="preserve">[02:05] </w:t>
      </w:r>
      <w:r>
        <w:t>but he has gone through the books thoroughly, and he mentioned a very practical remark there. he mentioned that, you know, nowadays, you know, this is the only ideology which address the youth mind.</w:t>
      </w:r>
    </w:p>
    <w:p>
      <w:pPr>
        <w:jc w:val="right"/>
      </w:pPr>
      <w:r>
        <w:t>بٹ ہی ہیز گون تھرو دا بکس تھورلی، اینڈ ہی مینشنڈ ا ویری پریکٹیکل ریمارک دییر۔ ہی مینشنڈ دیٹ، یو نو، ناؤ ڈیز، یو نو، دس از دی اونلی آئیڈیالوجی وچ ایڈریس دی یوتھ مائنڈ۔</w:t>
      </w:r>
    </w:p>
    <w:p>
      <w:r>
        <w:rPr>
          <w:b/>
        </w:rPr>
        <w:t xml:space="preserve">[02:18] </w:t>
      </w:r>
      <w:r>
        <w:t>and i mean, this was very inspiring for him also. and apart from that, he not just, you know, read the books of Maulana and understood what he has done.</w:t>
      </w:r>
    </w:p>
    <w:p>
      <w:pPr>
        <w:jc w:val="right"/>
      </w:pPr>
      <w:r>
        <w:t>اینڈ آئی مین، دس واز ویری انسپائرنگ فار ہم السو۔ اینڈ اپارٹ فرام دیٹ، ہی ناٹ جسٹ، یو نو، ریڈ دی بکس آف مولانا اینڈ انڈرسٹوڈ واٹ ہی ہیز ڈن۔</w:t>
      </w:r>
    </w:p>
    <w:p>
      <w:r>
        <w:rPr>
          <w:b/>
        </w:rPr>
        <w:t xml:space="preserve">[02:29] </w:t>
      </w:r>
      <w:r>
        <w:t>he has put all the books in the library of the organization. so organization is very large, and he mentioned that, you know, apart from me also, all the people who wanted to read these books and understand, can, you know, take the books from library and can read this.</w:t>
      </w:r>
    </w:p>
    <w:p>
      <w:pPr>
        <w:jc w:val="right"/>
      </w:pPr>
      <w:r>
        <w:t>ہی ہیز پٹ آل دی بکس ان دی لائبریری آف دی آرگنائزیشن۔ سو آرگنائزیشن از ویری لارج، اینڈ ہی مینشنڈ دیٹ، یو نو، اپارٹ فرام می السو، آل دی پیپل ہو وانٹڈ ٹو ریڈ دیز بکس اینڈ انڈرسٹینڈ، کین، یو نو، ٹیک دی بکس فرام لائبریری اینڈ کین ریڈ دس۔</w:t>
      </w:r>
    </w:p>
    <w:p>
      <w:r>
        <w:rPr>
          <w:b/>
        </w:rPr>
        <w:t xml:space="preserve">[02:47] </w:t>
      </w:r>
      <w:r>
        <w:t>so after that, it was very inspiring when i had, you know, this news that i wanted to reach to lot of people in the organization. but i think god has given me an opportunity or this platform where the dawah can be reach to the people in the mass level.</w:t>
      </w:r>
    </w:p>
    <w:p>
      <w:pPr>
        <w:jc w:val="right"/>
      </w:pPr>
      <w:r>
        <w:t>سو افٹر دیٹ، اٹ واز ویری انسپائرنگ وین آئی ہیڈ، یو نو، دس نیوز دیٹ آئی وانٹڈ ٹو ریچ ٹو لاٹ آف پیپل ان دی آرگنائزیشن۔ بٹ آئی تھنک گاڈ ہیز گیون می این اپورچونیٹی اور دس پلیٹ فارم ویر دا دعوت کین بی ریچ ٹو دی پیپل ان دی ماس لیول۔</w:t>
      </w:r>
    </w:p>
    <w:p>
      <w:r>
        <w:rPr>
          <w:b/>
        </w:rPr>
        <w:t xml:space="preserve">[03:05] </w:t>
      </w:r>
      <w:r>
        <w:t>and i know this library and lot of people are coming there, they are reading books, they are taking books, and they are taking benefit of it. now, spirituality is also now apart of that library.</w:t>
      </w:r>
    </w:p>
    <w:p>
      <w:pPr>
        <w:jc w:val="right"/>
      </w:pPr>
      <w:r>
        <w:t>اینڈ آئی نو دس لائبریری اینڈ لاٹ آف پیپل آر کمنگ دییر، دے آر ریڈنگ بکس، دے آر ٹیکنگ بکس، اینڈ دے آر ٹیکنگ بینیفٹ آف اٹ۔ ناؤ، سپرچویلٹی از السو ناؤ اپارٹ آف دیٹ لائبریری۔</w:t>
      </w:r>
    </w:p>
    <w:p>
      <w:r>
        <w:rPr>
          <w:b/>
        </w:rPr>
        <w:t xml:space="preserve">[03:17] </w:t>
      </w:r>
      <w:r>
        <w:t>so this was very very inspiring. thank you so much.</w:t>
      </w:r>
    </w:p>
    <w:p>
      <w:pPr>
        <w:jc w:val="right"/>
      </w:pPr>
      <w:r>
        <w:t>سو دس واز ویری ویری انسپائرنگ۔ تھینک یو سو مچ۔</w:t>
      </w:r>
    </w:p>
    <w:p>
      <w:r>
        <w:rPr>
          <w:b/>
        </w:rPr>
        <w:t xml:space="preserve">[03:22] </w:t>
      </w:r>
      <w:r>
        <w:t>jazakallah.</w:t>
      </w:r>
    </w:p>
    <w:p>
      <w:pPr>
        <w:jc w:val="right"/>
      </w:pPr>
      <w:r>
        <w:t>جزاکم اللہ۔</w:t>
      </w:r>
    </w:p>
    <w:p>
      <w:r>
        <w:rPr>
          <w:b/>
        </w:rPr>
        <w:t xml:space="preserve">[03:27] </w:t>
      </w:r>
      <w:r>
        <w:t>dekhiye, kuch log jo musalmanon mein leader kehelate hain, woh aisa kehte hain ke india mein musalman insecure hain.</w:t>
      </w:r>
    </w:p>
    <w:p>
      <w:pPr>
        <w:jc w:val="right"/>
      </w:pPr>
      <w:r>
        <w:t>دیکھیے، کچھ لوگ جو مسلمانوں میں لیڈر کہلاتے ہیں، وہ ایسا کہتے ہیں کہ انڈیا میں مسلمان ان سیکیور ہیں۔</w:t>
      </w:r>
    </w:p>
    <w:p>
      <w:r>
        <w:rPr>
          <w:b/>
        </w:rPr>
        <w:t xml:space="preserve">[03:41] </w:t>
      </w:r>
      <w:r>
        <w:t>insecure. main samajhta hoon ke yeh bilkul baseless baat hai.</w:t>
      </w:r>
    </w:p>
    <w:p>
      <w:pPr>
        <w:jc w:val="right"/>
      </w:pPr>
      <w:r>
        <w:t>ان سیکیور۔ میں سمجھتا ہوں کہ یہ بالکل بیسلیس بات ہے۔</w:t>
      </w:r>
    </w:p>
    <w:p>
      <w:r>
        <w:rPr>
          <w:b/>
        </w:rPr>
        <w:t xml:space="preserve">[03:50] </w:t>
      </w:r>
      <w:r>
        <w:t>insecure hai toh musalman anjam tar</w:t>
      </w:r>
    </w:p>
    <w:p>
      <w:pPr>
        <w:jc w:val="right"/>
      </w:pPr>
      <w:r>
        <w:t>ان سیکیور ہے تو مسلمان انجام تر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