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Thinking July 8, 2017 Maulana Wahiduddin Khan</w:t>
      </w:r>
    </w:p>
    <w:p>
      <w:r>
        <w:t>https://www.youtube.com/watch?v=6Q1DKj8srt4</w:t>
      </w:r>
    </w:p>
    <w:p>
      <w:r>
        <w:rPr>
          <w:b/>
        </w:rPr>
        <w:t xml:space="preserve">[00:14] </w:t>
      </w:r>
      <w:r>
        <w:t>bismillah rahman rahim, wasallahu ala nabi al karim.</w:t>
      </w:r>
    </w:p>
    <w:p>
      <w:pPr>
        <w:jc w:val="right"/>
      </w:pPr>
      <w:r>
        <w:t>بسم اللہ الرحمن الرحیم، وصلی اللہ علی نبی الکریم۔</w:t>
      </w:r>
    </w:p>
    <w:p>
      <w:r>
        <w:rPr>
          <w:b/>
        </w:rPr>
        <w:t xml:space="preserve">[00:27] </w:t>
      </w:r>
      <w:r>
        <w:t>8 july 2017.</w:t>
      </w:r>
    </w:p>
    <w:p>
      <w:pPr>
        <w:jc w:val="right"/>
      </w:pPr>
      <w:r>
        <w:t>8 جولائی 2017۔</w:t>
      </w:r>
    </w:p>
    <w:p>
      <w:r>
        <w:rPr>
          <w:b/>
        </w:rPr>
        <w:t xml:space="preserve">[00:34] </w:t>
      </w:r>
      <w:r>
        <w:t>aap quran ko samajh kar padhein toh aap dekhenge ke quran ki pehli ayat yeh hai: "alhamdulillah rabbil alamin".</w:t>
      </w:r>
    </w:p>
    <w:p>
      <w:pPr>
        <w:jc w:val="right"/>
      </w:pPr>
      <w:r>
        <w:t>آپ قرآن کو سمجھ کر پڑھیں تو آپ دیکھیں گے کہ قرآن کی پہلی آیت یہ ہے: "الحمدللہ رب العالمین"۔</w:t>
      </w:r>
    </w:p>
    <w:p>
      <w:r>
        <w:rPr>
          <w:b/>
        </w:rPr>
        <w:t xml:space="preserve">[00:50] </w:t>
      </w:r>
      <w:r>
        <w:t>yani allah ke liye hai sara shukr, jo rabbil alamin hai. yahan par ek bada ajeeb sawal paida hota hai.</w:t>
      </w:r>
    </w:p>
    <w:p>
      <w:pPr>
        <w:jc w:val="right"/>
      </w:pPr>
      <w:r>
        <w:t>یعنی اللہ کے لیے ہے سارا شکر، جو رب العالمین ہے۔ یہاں پر ایک بڑا عجیب سوال پیدا ہوتا ہے۔</w:t>
      </w:r>
    </w:p>
    <w:p>
      <w:r>
        <w:rPr>
          <w:b/>
        </w:rPr>
        <w:t xml:space="preserve">[01:00] </w:t>
      </w:r>
      <w:r>
        <w:t>quran mein bar bar yeh baat kahi gayi hai ke is duniya mein aap ko sabr karna hai, balkeh yahan tak hai ke sabr sab se bada amal hai.</w:t>
      </w:r>
    </w:p>
    <w:p>
      <w:pPr>
        <w:jc w:val="right"/>
      </w:pPr>
      <w:r>
        <w:t>قرآن میں بار بار یہ بات کہی گئی ہے کہ اس دنیا میں آپ کو صبر کرنا ہے، بلکہ یہاں تک ہے کہ صبر سب سے بڑا عمل ہے۔</w:t>
      </w:r>
    </w:p>
    <w:p>
      <w:r>
        <w:rPr>
          <w:b/>
        </w:rPr>
        <w:t xml:space="preserve">[01:15] </w:t>
      </w:r>
      <w:r>
        <w:t>inamma yufassirun ujurhum bighair hisab. sab se bada amal sabr hai. aur kai ayatein aisi hain jin mein bataya gaya hai ke insan ko duniya mein museebatein padengi,</w:t>
      </w:r>
    </w:p>
    <w:p>
      <w:pPr>
        <w:jc w:val="right"/>
      </w:pPr>
      <w:r>
        <w:t>انما یفصورون اجرہم بغیر حساب۔ سب سے بڑا عمل صبر ہے۔ اور کئی آیتیں ایسی ہیں جن میں بتایا گیا ہے کہ انسان کو دنیا میں مصیبتیں پڑیں گی،</w:t>
      </w:r>
    </w:p>
    <w:p>
      <w:r>
        <w:rPr>
          <w:b/>
        </w:rPr>
        <w:t xml:space="preserve">[01:31] </w:t>
      </w:r>
      <w:r>
        <w:t>yani yeh laf nature hai, zaroor padengi. jis ne farmaya ke:</w:t>
      </w:r>
    </w:p>
    <w:p>
      <w:pPr>
        <w:jc w:val="right"/>
      </w:pPr>
      <w:r>
        <w:t>یعنی یہ لاف نیچر ہے، ضرور پڑیں گی۔ جس نے فرمایا کہ:</w:t>
      </w:r>
    </w:p>
    <w:p>
      <w:r>
        <w:rPr>
          <w:b/>
        </w:rPr>
        <w:t xml:space="preserve">[01:40] </w:t>
      </w:r>
      <w:r>
        <w:t>"inna al insana lafi khusr". insan ke liye yeh maqdar hai ke woh loss mein rahe, l o double s, loss.</w:t>
      </w:r>
    </w:p>
    <w:p>
      <w:pPr>
        <w:jc w:val="right"/>
      </w:pPr>
      <w:r>
        <w:t>"إن الإنسان لفي خسر"۔ انسان کے لیے یہ مقدر ہے کہ وہ لاس میں رہے، ایل او ڈبل ایس، لاس۔</w:t>
      </w:r>
    </w:p>
    <w:p>
      <w:r>
        <w:rPr>
          <w:b/>
        </w:rPr>
        <w:t xml:space="preserve">[01:52] </w:t>
      </w:r>
      <w:r>
        <w:t>ek jagah farmaya ke</w:t>
      </w:r>
    </w:p>
    <w:p>
      <w:pPr>
        <w:jc w:val="right"/>
      </w:pPr>
      <w:r>
        <w:t>ایک جگہ فرمایا کہ</w:t>
      </w:r>
    </w:p>
    <w:p>
      <w:r>
        <w:rPr>
          <w:b/>
        </w:rPr>
        <w:t xml:space="preserve">[01:57] </w:t>
      </w:r>
      <w:r>
        <w:t>ke insan ko qood mein paida kiya gaya tha, laqad kharaj al insanu fi qood. qood matlab travel. ek jagah toh yeh kahe ke insan ko hum ne paida kar ke uswe mein daal liya,</w:t>
      </w:r>
    </w:p>
    <w:p>
      <w:pPr>
        <w:jc w:val="right"/>
      </w:pPr>
      <w:r>
        <w:t>کہ انسان کو قود میں پیدا کیا گیا تھا، لقد خرج الإنسان فی قود۔ قود مطلب ٹریول۔ ایک جگہ تو یہ کہے کہ انسان کو ہم نے پیدا کر کے اسوے میں ڈال لیا،</w:t>
      </w:r>
    </w:p>
    <w:p>
      <w:r>
        <w:rPr>
          <w:b/>
        </w:rPr>
        <w:t xml:space="preserve">[02:12] </w:t>
      </w:r>
      <w:r>
        <w:t>thumma rudna asfareen.</w:t>
      </w:r>
    </w:p>
    <w:p>
      <w:pPr>
        <w:jc w:val="right"/>
      </w:pPr>
      <w:r>
        <w:t>ثم ردنا اسفرین۔</w:t>
      </w:r>
    </w:p>
    <w:p>
      <w:r>
        <w:rPr>
          <w:b/>
        </w:rPr>
        <w:t xml:space="preserve">[02:16] </w:t>
      </w:r>
      <w:r>
        <w:t>aur is tarah ki ayatein hain. aur ek ayat toh yeh hai ke: "wala nabluwankum bishaim min al khauf".</w:t>
      </w:r>
    </w:p>
    <w:p>
      <w:pPr>
        <w:jc w:val="right"/>
      </w:pPr>
      <w:r>
        <w:t>اور اس طرح کی آیتیں ہیں۔ اور ایک آیت تو یہ ہے کہ: "ولا نبلونکم بشیم من الخوف"۔</w:t>
      </w:r>
    </w:p>
    <w:p>
      <w:r>
        <w:rPr>
          <w:b/>
        </w:rPr>
        <w:t xml:space="preserve">[02:37] </w:t>
      </w:r>
      <w:r>
        <w:t>yani museebat jo hai part of life hai.</w:t>
      </w:r>
    </w:p>
    <w:p>
      <w:pPr>
        <w:jc w:val="right"/>
      </w:pPr>
      <w:r>
        <w:t>یعنی مصیبت جو ہے پارٹ آف لائف ہے۔</w:t>
      </w:r>
    </w:p>
    <w:p>
      <w:r>
        <w:rPr>
          <w:b/>
        </w:rPr>
        <w:t xml:space="preserve">[02:42] </w:t>
      </w:r>
      <w:r>
        <w:t>to yeh jo ayatein hain in mein aur in mein ka jor hai ke jab aap museebaton mein se guzarein to shukr kaise karein ge?</w:t>
      </w:r>
    </w:p>
    <w:p>
      <w:pPr>
        <w:jc w:val="right"/>
      </w:pPr>
      <w:r>
        <w:t>تو یہ جو آیتیں ہیں ان میں اور ان میں کا جوڑ ہے کہ جب آپ مصیبتوں میں سے گزاریں تو شکر کیسے کریں گے؟</w:t>
      </w:r>
    </w:p>
    <w:p>
      <w:r>
        <w:rPr>
          <w:b/>
        </w:rPr>
        <w:t xml:space="preserve">[02:54] </w:t>
      </w:r>
      <w:r>
        <w:t>phir to aap ka shukr jo hai lift service rahe ga. to lift service ki value kya hai?</w:t>
      </w:r>
    </w:p>
    <w:p>
      <w:pPr>
        <w:jc w:val="right"/>
      </w:pPr>
      <w:r>
        <w:t>پھر تو آپ کا شکر جو ہے لفٹ سروس رہے گا۔ تو لفٹ سروس کی ویلیو کیا ہے؟</w:t>
      </w:r>
    </w:p>
    <w:p>
      <w:r>
        <w:rPr>
          <w:b/>
        </w:rPr>
        <w:t xml:space="preserve">[03:04] </w:t>
      </w:r>
      <w:r>
        <w:t>is par sochte hue, sochte hue mere sahib aya ke yeh sab se bara wisdom hai insan ke liye.</w:t>
      </w:r>
    </w:p>
    <w:p>
      <w:pPr>
        <w:jc w:val="right"/>
      </w:pPr>
      <w:r>
        <w:t>اس پر سوچتے ہوئے، سوچتے ہوئے میرے صاحب آیا کہ یہ سب سے بڑا وزڈم ہے انسان کے لیے۔</w:t>
      </w:r>
    </w:p>
    <w:p>
      <w:r>
        <w:rPr>
          <w:b/>
        </w:rPr>
        <w:t xml:space="preserve">[03:14] </w:t>
      </w:r>
      <w:r>
        <w:t>yani aap ko yahi is dunya mein prove karna hai, isi ka test hai aap ke liye ke aap ke andar yeh salahiyat hai ke aap</w:t>
      </w:r>
    </w:p>
    <w:p>
      <w:pPr>
        <w:jc w:val="right"/>
      </w:pPr>
      <w:r>
        <w:t>یعنی آپ کو یہی اس دنیا میں پروف کرنا ہے، اسی کا ٹیسٹ ہے آپ کے لیے کہ آپ کے اندر یہ صلاحیت ہے کہ آپ</w:t>
      </w:r>
    </w:p>
    <w:p>
      <w:r>
        <w:rPr>
          <w:b/>
        </w:rPr>
        <w:t xml:space="preserve">[03:34] </w:t>
      </w:r>
      <w:r>
        <w:t>negative experience ko positive experience mein convert karein. to mein samajhta hoon ke Islam isi ka naam hai. Islam naam hai "art of converting negativity into positivity".</w:t>
      </w:r>
    </w:p>
    <w:p>
      <w:pPr>
        <w:jc w:val="right"/>
      </w:pPr>
      <w:r>
        <w:t>نیگیٹیو ایکسپیرینس کو پازیٹیو ایکسپیرینس میں کنورٹ کریں۔ تو میں سمجھتا ہوں کہ اسلام اسی کا نام ہے۔ اسلام نام ہے "ارٹ آف کنورٹنگ نیگیٹیوٹی انٹو پازیٹیوٹی"۔</w:t>
      </w:r>
    </w:p>
    <w:p>
      <w:r>
        <w:rPr>
          <w:b/>
        </w:rPr>
        <w:t xml:space="preserve">[03:51] </w:t>
      </w:r>
      <w:r>
        <w:t>yeh Islam hai.</w:t>
      </w:r>
    </w:p>
    <w:p>
      <w:pPr>
        <w:jc w:val="right"/>
      </w:pPr>
      <w:r>
        <w:t>یہ اسلام ہے۔</w:t>
      </w:r>
    </w:p>
    <w:p>
      <w:r>
        <w:rPr>
          <w:b/>
        </w:rPr>
        <w:t xml:space="preserve">[03:56] </w:t>
      </w:r>
      <w:r>
        <w:t>jab sabr ki itni zyada ahmiyat batai gayi Islam mein to sabr kya hai? yeh to hai sabr.</w:t>
      </w:r>
    </w:p>
    <w:p>
      <w:pPr>
        <w:jc w:val="right"/>
      </w:pPr>
      <w:r>
        <w:t>جب صبر کی اتنی زیادہ اہمیت بتائی گئی اسلام میں تو صبر کیا ہے؟ یہ تو ہے صبر۔</w:t>
      </w:r>
    </w:p>
    <w:p>
      <w:r>
        <w:rPr>
          <w:b/>
        </w:rPr>
        <w:t xml:space="preserve">[04:06] </w:t>
      </w:r>
      <w:r>
        <w:t>to Islam hai, naam hai "art of converting negativity into positivity".</w:t>
      </w:r>
    </w:p>
    <w:p>
      <w:pPr>
        <w:jc w:val="right"/>
      </w:pPr>
      <w:r>
        <w:t>تو اسلام ہے، نام ہے "ارٹ آف کنورٹنگ نیگیٹیوٹی انٹو پازیٹیوٹی"۔</w:t>
      </w:r>
    </w:p>
    <w:p>
      <w:r>
        <w:rPr>
          <w:b/>
        </w:rPr>
        <w:t xml:space="preserve">[04:18] </w:t>
      </w:r>
      <w:r>
        <w:t>ab sawal yeh hai ke Allah ko kyun pasand hua ke aap museebat dalein, trouble dalein? kyun?</w:t>
      </w:r>
    </w:p>
    <w:p>
      <w:pPr>
        <w:jc w:val="right"/>
      </w:pPr>
      <w:r>
        <w:t>اب سوال یہ ہے کہ اللہ کو کیوں پسند ہوا کہ آپ مصیبت ڈالیں، ٹربل ڈالیں؟ کیوں؟</w:t>
      </w:r>
    </w:p>
    <w:p>
      <w:r>
        <w:rPr>
          <w:b/>
        </w:rPr>
        <w:t xml:space="preserve">[04:27] </w:t>
      </w:r>
      <w:r>
        <w:t>kya Allah ke khuda na khwasta aap ka dushman to hai nahi? nahi, yahi is ki woh up thinking hai. Allah taala ki, Allah ne aap ko paida kiya hai bohat zyada potential de kar.</w:t>
      </w:r>
    </w:p>
    <w:p>
      <w:pPr>
        <w:jc w:val="right"/>
      </w:pPr>
      <w:r>
        <w:t>کیا اللہ کے خدانخواستہ آپ کا دشمن تو ہے نہیں؟ نہیں، یہی اس کی وہ اپ تھنک ہے۔ اللہ تعالیٰ کی، اللہ نے آپ کو پیدا کیا ہے بہت زیادہ پوٹینشل دے کر۔</w:t>
      </w:r>
    </w:p>
    <w:p>
      <w:r>
        <w:rPr>
          <w:b/>
        </w:rPr>
        <w:t xml:space="preserve">[04:45] </w:t>
      </w:r>
      <w:r>
        <w:t>aaj mein soch raha tha ke insan ka jo mind hai woh 24 ghante kaam karta hai, 24 ghante.</w:t>
      </w:r>
    </w:p>
    <w:p>
      <w:pPr>
        <w:jc w:val="right"/>
      </w:pPr>
      <w:r>
        <w:t>آج میں سوچ رہا تھا کہ انسان کا جو مائنڈ ہے وہ 24 گھنٹے کام کرتا ہے، 24 گھنٹے۔</w:t>
      </w:r>
    </w:p>
    <w:p>
      <w:r>
        <w:rPr>
          <w:b/>
        </w:rPr>
        <w:t xml:space="preserve">[04:55] </w:t>
      </w:r>
      <w:r>
        <w:t>physical science bhi, intellectual science bhi hai. dekhein, hamare body mein body mein 78 organs hain jo 24 ghante work karte rehte hain.</w:t>
      </w:r>
    </w:p>
    <w:p>
      <w:pPr>
        <w:jc w:val="right"/>
      </w:pPr>
      <w:r>
        <w:t>فزیکل سائنس بھی، انٹلیکچول سائنس بھی ہے۔ دیکھیں، ہمارے باڈی میں باڈی میں 78 ارگنز ہیں جو 24 گھنٹے ورک کرتے رہتے ہیں۔</w:t>
      </w:r>
    </w:p>
    <w:p>
      <w:r>
        <w:rPr>
          <w:b/>
        </w:rPr>
        <w:t xml:space="preserve">[05:07] </w:t>
      </w:r>
      <w:r>
        <w:t>to kaun ko control karta hai? hum nahi karte, mind karta hai, automatic. 24 ghante mind control karta hai 78 organs ko, tab body ke sare function theek theek chalte rehte hain.</w:t>
      </w:r>
    </w:p>
    <w:p>
      <w:pPr>
        <w:jc w:val="right"/>
      </w:pPr>
      <w:r>
        <w:t>تو کون کو کنٹرول کرتا ہے؟ ہم نہیں کرتے، مائنڈ کرتا ہے، آٹومیٹک۔ 24 گھنٹے مائنڈ کنٹرول کرتا ہے 78 ارگنز کو، تب باڈی کے سارے فنکشن ٹھیک ٹھیک چلتے رہتے ہیں۔</w:t>
      </w:r>
    </w:p>
    <w:p>
      <w:r>
        <w:rPr>
          <w:b/>
        </w:rPr>
        <w:t xml:space="preserve">[05:26] </w:t>
      </w:r>
      <w:r>
        <w:t>yeh to physical science mein hua. intellectual science mein yeh hai ke aadmi ka mind jo hai 24 ghante sochta hai, non stop thinking.</w:t>
      </w:r>
    </w:p>
    <w:p>
      <w:pPr>
        <w:jc w:val="right"/>
      </w:pPr>
      <w:r>
        <w:t>یہ تو فزیکل سائنس میں ہوا۔ انٹلیکچول سائنس میں یہ ہے کہ آدمی کا مائنڈ جو ہے 24 گھنٹے سوچتا ہے، نان اسٹاپ تھنکنگ۔</w:t>
      </w:r>
    </w:p>
    <w:p>
      <w:r>
        <w:rPr>
          <w:b/>
        </w:rPr>
        <w:t xml:space="preserve">[05:39] </w:t>
      </w:r>
      <w:r>
        <w:t>aap sote hain, tab bhi sochta hai.</w:t>
      </w:r>
    </w:p>
    <w:p>
      <w:pPr>
        <w:jc w:val="right"/>
      </w:pPr>
      <w:r>
        <w:t>آپ سوتے ہیں، تب بھی سوچتا ہے۔</w:t>
      </w:r>
    </w:p>
    <w:p>
      <w:r>
        <w:rPr>
          <w:b/>
        </w:rPr>
        <w:t xml:space="preserve">[05:44] </w:t>
      </w:r>
      <w:r>
        <w:t>jaise aaj mein so ke utha to abhi bistar par tha, achanak mere mind mein aik aik aik lafz aya, woh tha "nest" yani chidiya ka ghonsla, n e s t nest.</w:t>
      </w:r>
    </w:p>
    <w:p>
      <w:pPr>
        <w:jc w:val="right"/>
      </w:pPr>
      <w:r>
        <w:t>جیسے آج میں سو کے اٹھا تو ابھی بستر پر تھا، اچانک میرے مائنڈ میں ایک ایک ایک لفظ آیا، وہ تھا "نسٹ" یعنی چڑیا کا گھونسلہ، این ای ایس ٹی نیسٹ۔</w:t>
      </w:r>
    </w:p>
    <w:p>
      <w:r>
        <w:rPr>
          <w:b/>
        </w:rPr>
        <w:t xml:space="preserve">[06:00] </w:t>
      </w:r>
      <w:r>
        <w:t>phir bas sochne laga ke yeh to bohat bari wisdom ki baat hai. kyunke dekhein, mein bachpan mein rehta tha gaon mein, wahan par khet thay, peir thay charon taraf,</w:t>
      </w:r>
    </w:p>
    <w:p>
      <w:pPr>
        <w:jc w:val="right"/>
      </w:pPr>
      <w:r>
        <w:t>پھر بس سوچنے لگا کہ یہ تو بہت بڑی وزڈم کی بات ہے۔ کیونکہ دیکھیں، میں بچپن میں رہتا تھا گاؤں میں، وہاں پر کھیت تھے، پیڑ تھے چاروں طرف،</w:t>
      </w:r>
    </w:p>
    <w:p>
      <w:r>
        <w:rPr>
          <w:b/>
        </w:rPr>
        <w:t xml:space="preserve">[06:14] </w:t>
      </w:r>
      <w:r>
        <w:t>hamare ghar ke charon taraf, gaon ke charon taraf. to mein bohat zyada tha jungle mein, kheton mein, gaon ke bahar, aur mein aksar dekhta tha ke chidiya kaise ghonsla banati hai,</w:t>
      </w:r>
    </w:p>
    <w:p>
      <w:pPr>
        <w:jc w:val="right"/>
      </w:pPr>
      <w:r>
        <w:t>ہمارے گھر کے چاروں طرف، گاؤں کے چاروں طرف۔ تو میں بہت زیادہ تھا جنگل میں، کھیتوں میں، گاؤں کے باہر، اور میں اکثر دیکھتا تھا کہ چڑیا کیسے گھونسلہ بناتی ہے،</w:t>
      </w:r>
    </w:p>
    <w:p>
      <w:r>
        <w:rPr>
          <w:b/>
        </w:rPr>
        <w:t xml:space="preserve">[06:32] </w:t>
      </w:r>
      <w:r>
        <w:t>nest jhaari mein, peir par. to agar aap ne dekha ho to bohat zyada its hotay hain, its odd little, jis mein banati hai ghonsla,</w:t>
      </w:r>
    </w:p>
    <w:p>
      <w:pPr>
        <w:jc w:val="right"/>
      </w:pPr>
      <w:r>
        <w:t>نیسٹ جھاڑی میں، پیڑ پر۔ تو اگر آپ نے دیکھا ہو تو بہت زیادہ اٹس ہوتے ہیں، اٹس او ڈبل ڈی اٹس، جس میں بناتی ہے گھونسلہ،</w:t>
      </w:r>
    </w:p>
    <w:p>
      <w:r>
        <w:rPr>
          <w:b/>
        </w:rPr>
        <w:t xml:space="preserve">[06:50] </w:t>
      </w:r>
      <w:r>
        <w:t>including inspired of do its, inspired of all do its. woh bohat hi, yani bohat hi minor planning karti hai,</w:t>
      </w:r>
    </w:p>
    <w:p>
      <w:pPr>
        <w:jc w:val="right"/>
      </w:pPr>
      <w:r>
        <w:t>انکلوڈنگ انسپائرڈ آف دو اٹس، انسپائرڈ آف آل دو اٹس۔ وہ بہت ہی، یعنی بہت ہی مائنور پلاننگ کرتی ہے،</w:t>
      </w:r>
    </w:p>
    <w:p>
      <w:r>
        <w:rPr>
          <w:b/>
        </w:rPr>
        <w:t xml:space="preserve">[07:04] </w:t>
      </w:r>
      <w:r>
        <w:t>bari lakri lati hai, choti lakri lati hai, tinka bhi lati hai, aur woh aisa banati hai ghonsla ke bohat comfortable tareeqe se ho raha hai.</w:t>
      </w:r>
    </w:p>
    <w:p>
      <w:pPr>
        <w:jc w:val="right"/>
      </w:pPr>
      <w:r>
        <w:t>بڑی لکڑی لاتی ہے، چھوٹی لکڑی لاتی ہے، تنکا بھی لاتی ہے، اور وہ ایسا بناتی ہے گھونسلہ کہ بہت کمفرٹیبل طریقے سے ہو رہا ہے۔</w:t>
      </w:r>
    </w:p>
    <w:p>
      <w:r>
        <w:rPr>
          <w:b/>
        </w:rPr>
        <w:t xml:space="preserve">[07:17] </w:t>
      </w:r>
      <w:r>
        <w:t>kyunke us ko wahan anda dena hai, bachcha karna hai, jo bohat hi zyada nazuk hotay hain. yani chidiya khud to khud to strong hai, lekin jo anda woh karegi, jo bachcha woh karegi, woh to bohat hi zyada nazuk hotay hain.</w:t>
      </w:r>
    </w:p>
    <w:p>
      <w:pPr>
        <w:jc w:val="right"/>
      </w:pPr>
      <w:r>
        <w:t>کیونکہ اس کو وہاں انڈا دینا ہے، بچہ کرنا ہے، جو بہت ہی زیادہ نازک ہوتے ہیں۔ یعنی چڑیا خود تو خود تو سٹرانگ ہے، لیکن جو انڈا وہ کرے گی، جو بچہ وہ کرے گی، وہ تو بہت ہی زیادہ نازک ہوتے ہیں۔</w:t>
      </w:r>
    </w:p>
    <w:p>
      <w:r>
        <w:rPr>
          <w:b/>
        </w:rPr>
        <w:t xml:space="preserve">[07:36] </w:t>
      </w:r>
      <w:r>
        <w:t>to aisa banati hai woh ke us ki wirasat hai. yeh kya hai? yeh hai aap ko Allah taala physical world mein aik model bata rahe hain, model ke halaat kitne hi kharab hon,</w:t>
      </w:r>
    </w:p>
    <w:p>
      <w:pPr>
        <w:jc w:val="right"/>
      </w:pPr>
      <w:r>
        <w:t>تو ایسا بناتی ہے وہ کہ اس کی وراثت ہے۔ یہ کیا ہے؟ یہ ہے آپ کو اللہ تعالیٰ فزیکل ورلڈ میں ایک ماڈل بتا رہے ہیں، ماڈل کہ حالات کتنے ہی خراب ہوں،</w:t>
      </w:r>
    </w:p>
    <w:p>
      <w:r>
        <w:rPr>
          <w:b/>
        </w:rPr>
        <w:t xml:space="preserve">[07:56] </w:t>
      </w:r>
      <w:r>
        <w:t>kitne hi hits hon tumhari zindagi mein, kitne hi evils hon bazahir, lekin tum ko bohat hi peaceful tareeqe se apna socha samjha plan poora karna hai.</w:t>
      </w:r>
    </w:p>
    <w:p>
      <w:pPr>
        <w:jc w:val="right"/>
      </w:pPr>
      <w:r>
        <w:t>کتنے ہی اٹس ہوں تمہاری زندگی میں، کتنے ہی ایولز ہوں بظاہر، لیکن تم کو بہت ہی پیس فل طریقے سے اپنا سوچا سمجھا پلان پورا کرنا ہے۔</w:t>
      </w:r>
    </w:p>
    <w:p>
      <w:r>
        <w:rPr>
          <w:b/>
        </w:rPr>
        <w:t xml:space="preserve">[08:10] </w:t>
      </w:r>
      <w:r>
        <w:t>kabhi ghussa nahi hona hai, kabhi negative nahi hona hai, kahin provoke nahi hona hai, ya aap ko dikha rahe hain. to quran mein jo taleem di gayi hai, us ke saare its, troubles,</w:t>
      </w:r>
    </w:p>
    <w:p>
      <w:pPr>
        <w:jc w:val="right"/>
      </w:pPr>
      <w:r>
        <w:t>کبھی غصہ نہیں ہونا ہے، کبھی نیگیٹیو نہیں ہونا ہے، کہیں پرووک نہیں ہونا ہے، یا آپ کو دکھا رہے ہیں۔ تو قرآن میں جو تعلیم دی گئی ہے، اس کے سارے اٹس، ٹربلز،</w:t>
      </w:r>
    </w:p>
    <w:p>
      <w:r>
        <w:rPr>
          <w:b/>
        </w:rPr>
        <w:t xml:space="preserve">[08:27] </w:t>
      </w:r>
      <w:r>
        <w:t>masibaton ke bawajood tum ko dil se kehna hai: "ya rab al-alameen, tera shukar hai, alhamdulillah rab al-alameen."</w:t>
      </w:r>
    </w:p>
    <w:p>
      <w:pPr>
        <w:jc w:val="right"/>
      </w:pPr>
      <w:r>
        <w:t>مصیبتوں کے باوجود تم کو دل سے کہنا ہے: "یا رب العالمین، تیرا شکر ہے، الحمدللہ رب العالمین۔"</w:t>
      </w:r>
    </w:p>
    <w:p>
      <w:r>
        <w:rPr>
          <w:b/>
        </w:rPr>
        <w:t xml:space="preserve">[08:41] </w:t>
      </w:r>
      <w:r>
        <w:t>abhi aaj subah mein, abhi hamare ghar, hamare office ke samne jo balcony hai, mein is pe baat kar raha tha.</w:t>
      </w:r>
    </w:p>
    <w:p>
      <w:pPr>
        <w:jc w:val="right"/>
      </w:pPr>
      <w:r>
        <w:t>ابھی آج صبح میں، ابھی ہمارے گھر، ہمارے افس کے سامنے جو بالکنی ہے، میں اس پہ بات کر رہا تھا۔</w:t>
      </w:r>
    </w:p>
    <w:p>
      <w:r>
        <w:rPr>
          <w:b/>
        </w:rPr>
        <w:t xml:space="preserve">[08:50] </w:t>
      </w:r>
      <w:r>
        <w:t>to aap jante hain ke end mein hamare ek ek peir hai, jis ko hum kehte hain "spiritual tree". spiritual tree jo hai hamara, us mein ek bara darakht hai aur ek bel hai, jo bel hai, jo ghoomti ghoomti jati hai upar tak.</w:t>
      </w:r>
    </w:p>
    <w:p>
      <w:pPr>
        <w:jc w:val="right"/>
      </w:pPr>
      <w:r>
        <w:t>تو آپ جانتے ہیں کہ اینڈ میں ہمارے ایک ایک پیڑ ہے، جس کو ہم کہتے ہیں "اسپیچول ٹری"۔ اسپیچول ٹری جو ہے ہمارا، اس میں ایک بڑا درخت ہے اور ایک بیل ہے، جو بیل ہے، جو گھومتی گھومتی جاتی ہے اوپر تک۔</w:t>
      </w:r>
    </w:p>
    <w:p>
      <w:r>
        <w:rPr>
          <w:b/>
        </w:rPr>
        <w:t xml:space="preserve">[09:11] </w:t>
      </w:r>
      <w:r>
        <w:t>is tarah ke bel ko jo kisi bare peir ke upar is tarah se</w:t>
      </w:r>
    </w:p>
    <w:p>
      <w:pPr>
        <w:jc w:val="right"/>
      </w:pPr>
      <w:r>
        <w:t>اس طرح کے بیل کو جو کسی بڑے پیڑ کے اوپر اس طرح سے</w:t>
      </w:r>
    </w:p>
    <w:p>
      <w:r>
        <w:rPr>
          <w:b/>
        </w:rPr>
        <w:t xml:space="preserve">[09:19] </w:t>
      </w:r>
      <w:r>
        <w:t>ugti hain, un ko English mein kehte hain "parasite" yani tofeeli poda. To wo parasite hai, wo to mein dekh raha tha ke us ke andar bohat hi,</w:t>
      </w:r>
    </w:p>
    <w:p>
      <w:pPr>
        <w:jc w:val="right"/>
      </w:pPr>
      <w:r>
        <w:t>اگتی ہیں، ان کو انگلش میں کہتے ہیں "پیراسائٹ" یعنی طفیلی پودا۔ تو وہ پیراسائٹ ہے، وہ تو میں دیکھ رہا تھا کہ اس کے اندر بہت ہی،</w:t>
      </w:r>
    </w:p>
    <w:p>
      <w:r>
        <w:rPr>
          <w:b/>
        </w:rPr>
        <w:t xml:space="preserve">[09:33] </w:t>
      </w:r>
      <w:r>
        <w:t>bohat hi yani "extremely beautiful phool". "extremely</w:t>
      </w:r>
    </w:p>
    <w:p>
      <w:pPr>
        <w:jc w:val="right"/>
      </w:pPr>
      <w:r>
        <w:t>بہت ہی یعنی "ایکسٹریملی بیوٹی فل پھول"۔ "ایکسٹریملی بیوٹی فل"۔</w:t>
      </w:r>
    </w:p>
    <w:p>
      <w:r>
        <w:rPr>
          <w:b/>
        </w:rPr>
        <w:t xml:space="preserve">[09:41] </w:t>
      </w:r>
      <w:r>
        <w:t>bare haath se chuna chaha to us ko kaata tha, kaata to "extremely beautiful flower" ke sath sath kaata.</w:t>
      </w:r>
    </w:p>
    <w:p>
      <w:pPr>
        <w:jc w:val="right"/>
      </w:pPr>
      <w:r>
        <w:t>بڑے ہاتھ سے چونا چاہا تو اس کو کاٹا تھا، کاٹا تو "ایکسٹریملی بیوٹی فل پھول" کے ساتھ ساتھ کاٹا۔</w:t>
      </w:r>
    </w:p>
    <w:p>
      <w:r>
        <w:rPr>
          <w:b/>
        </w:rPr>
        <w:t xml:space="preserve">[09:50] </w:t>
      </w:r>
      <w:r>
        <w:t>kyun? ke mein sochne laga: yeh yeh hai aap ko yani peir ke liye nahi hai, yeh insan ke liye hai, insani lesson hai.</w:t>
      </w:r>
    </w:p>
    <w:p>
      <w:pPr>
        <w:jc w:val="right"/>
      </w:pPr>
      <w:r>
        <w:t>کیوں؟ کہ میں سوچنے لگا: یہ یہ ہے آپ کو یعنی پیڑ کے لیے نہیں ہے، یہ انسان کے لیے ہے، انسانی لیسن ہے۔</w:t>
      </w:r>
    </w:p>
    <w:p>
      <w:r>
        <w:rPr>
          <w:b/>
        </w:rPr>
        <w:t xml:space="preserve">[10:01] </w:t>
      </w:r>
      <w:r>
        <w:t>yeh ek phool mein se kaante jo hain, us ka maqsad peir nahi hai, insan hai.</w:t>
      </w:r>
    </w:p>
    <w:p>
      <w:pPr>
        <w:jc w:val="right"/>
      </w:pPr>
      <w:r>
        <w:t>یہ ایک پھول میں سے کانٹے جو ہیں، اس کا مقصد پیڑ نہیں ہے، انسان ہے۔</w:t>
      </w:r>
    </w:p>
    <w:p>
      <w:r>
        <w:rPr>
          <w:b/>
        </w:rPr>
        <w:t xml:space="preserve">[10:13] </w:t>
      </w:r>
      <w:r>
        <w:t>ke aye insan, yani allah ka ke ek zaban hai allah ta'ala ki, yani ek to hai quran, doosra nature. nature bhi allah ta'ala ki zaban hai, yani allah ta'ala, yani rab al-alameen, kainat ka jo khaliq hai,</w:t>
      </w:r>
    </w:p>
    <w:p>
      <w:pPr>
        <w:jc w:val="right"/>
      </w:pPr>
      <w:r>
        <w:t>کہ اے انسان، یعنی اللہ کا کہ ایک زبان ہے اللہ تعالیٰ کی، یعنی ایک تو ہے قرآن، دوسرا نیچر۔ نیچر بھی اللہ تعالیٰ کی زبان ہے، یعنی اللہ تعالیٰ، یعنی رب العالمین، کائنات کا جو خالق ہے،</w:t>
      </w:r>
    </w:p>
    <w:p>
      <w:r>
        <w:rPr>
          <w:b/>
        </w:rPr>
        <w:t xml:space="preserve">[10:29] </w:t>
      </w:r>
      <w:r>
        <w:t>wo hamein ek lesson de raha hai. lesson: aye insan, tujh ko is tarah rehna hai duniya mein ke kaanton ke darmiyan phool ban kar, kaanton ke darmiyan tum ko phool ban kar rehna hai.</w:t>
      </w:r>
    </w:p>
    <w:p>
      <w:pPr>
        <w:jc w:val="right"/>
      </w:pPr>
      <w:r>
        <w:t>وہ ہمیں ایک لیسن دے رہا ہے۔ لیسن: اے انسان، تجھ کو اس طرح رہنا ہے دنیا میں کہ کانٹوں کے درمیان پھول بن کر، کانٹوں کے درمیان تم کو پھول بن کر رہنا ہے۔</w:t>
      </w:r>
    </w:p>
    <w:p>
      <w:r>
        <w:rPr>
          <w:b/>
        </w:rPr>
        <w:t xml:space="preserve">[10:47] </w:t>
      </w:r>
      <w:r>
        <w:t>kaisi ajeeb baat hai! bara</w:t>
      </w:r>
    </w:p>
    <w:p>
      <w:pPr>
        <w:jc w:val="right"/>
      </w:pPr>
      <w:r>
        <w:t>کیسی عجیب بات ہے! بڑا</w:t>
      </w:r>
    </w:p>
    <w:p>
      <w:r>
        <w:rPr>
          <w:b/>
        </w:rPr>
        <w:t xml:space="preserve">[10:51] </w:t>
      </w:r>
      <w:r>
        <w:t>kya hai? wo yahi hai ke tum ko kaanton ke darmiyan phool ban kar rehna hai.</w:t>
      </w:r>
    </w:p>
    <w:p>
      <w:pPr>
        <w:jc w:val="right"/>
      </w:pPr>
      <w:r>
        <w:t>کیا ہے؟ وہ یہی ہے کہ تم کو کانٹوں کے درمیان پھول بن کر رہنا ہے۔</w:t>
      </w:r>
    </w:p>
    <w:p>
      <w:r>
        <w:rPr>
          <w:b/>
        </w:rPr>
        <w:t xml:space="preserve">[11:01] </w:t>
      </w:r>
      <w:r>
        <w:t>ab aisa kis liye hai? ke is liye hai ke isi se to aap ka development hota hai. aap ka development jo hai, isi se hota hai.</w:t>
      </w:r>
    </w:p>
    <w:p>
      <w:pPr>
        <w:jc w:val="right"/>
      </w:pPr>
      <w:r>
        <w:t>اب ایسا کس لیے ہے؟ کہ اس لیے ہے کہ اسی سے تو آپ کا ڈیولپمنٹ ہوتا ہے۔ آپ کا ڈیولپمنٹ جو ہے، اسی سے ہوتا ہے۔</w:t>
      </w:r>
    </w:p>
    <w:p>
      <w:r>
        <w:rPr>
          <w:b/>
        </w:rPr>
        <w:t xml:space="preserve">[11:14] </w:t>
      </w:r>
      <w:r>
        <w:t>aap ka mind isi se khulta hai. aap ka mind jo hai, us ka potential tabhi jaagte hain.</w:t>
      </w:r>
    </w:p>
    <w:p>
      <w:pPr>
        <w:jc w:val="right"/>
      </w:pPr>
      <w:r>
        <w:t>آپ کا مائنڈ اسی سے کھلتا ہے۔ آپ کا مائنڈ جو ہے، اس کا پوٹینشل تبھی جاگتے ہیں۔</w:t>
      </w:r>
    </w:p>
    <w:p>
      <w:r>
        <w:rPr>
          <w:b/>
        </w:rPr>
        <w:t xml:space="preserve">[11:26] </w:t>
      </w:r>
      <w:r>
        <w:t>us ka matlab hai ke islam mein kuch cheezein aisi hain jo ghair mehram haram hain, yani seedhe seedhe nahi ke yeh mehram hai, yani yeh to nahi ke yeh haram hai,</w:t>
      </w:r>
    </w:p>
    <w:p>
      <w:pPr>
        <w:jc w:val="right"/>
      </w:pPr>
      <w:r>
        <w:t>اس کا معنی ہے کہ اسلام میں کچھ چیزیں ایسی ہیں جو غیر محرم حرام ہیں، یعنی سیدھے سیدھے نہیں کہ یہ محرم ہے، یعنی یہ تو نہیں کہ یہ حرام ہے،</w:t>
      </w:r>
    </w:p>
    <w:p>
      <w:r>
        <w:rPr>
          <w:b/>
        </w:rPr>
        <w:t xml:space="preserve">[11:44] </w:t>
      </w:r>
      <w:r>
        <w:t>lekin ghair mehram tor par wo haram hi hai. wo kya hai? negative thinking. negative thinking islam mein ek ghair mehram haram hai.</w:t>
      </w:r>
    </w:p>
    <w:p>
      <w:pPr>
        <w:jc w:val="right"/>
      </w:pPr>
      <w:r>
        <w:t>لیکن غیر محرم طور پر وہ حرام ہی ہے۔ وہ کیا ہے؟ نیگیٹیو تھنکنگ۔ نیگیٹیو تھنکنگ اسلام میں ایک غیر محرم حرام ہے۔</w:t>
      </w:r>
    </w:p>
    <w:p>
      <w:r>
        <w:rPr>
          <w:b/>
        </w:rPr>
        <w:t xml:space="preserve">[12:01] </w:t>
      </w:r>
      <w:r>
        <w:t>negative thinking islam mein ek ghair mehram haram hai. chahe kitne hi aap ko kaante hon, aap ke aas paas kitne hi negative experiences hon, aap ko insanon ki taraf se kuch bhi aap ko trouble pesh aa raha ho,</w:t>
      </w:r>
    </w:p>
    <w:p>
      <w:pPr>
        <w:jc w:val="right"/>
      </w:pPr>
      <w:r>
        <w:t>نیگیٹیو تھنکنگ اسلام میں ایک غیر محرم حرام ہے۔ چاہے کتنے ہی آپ کو کانٹے ہوں، آپ کے اس پاس کتنے ہی نیگیٹیو ایکسپیرینس ہوں، آپ کو انسانوں کی طرف سے کچھ بھی آپ کو ٹربل پیش آ رہا ہو،</w:t>
      </w:r>
    </w:p>
    <w:p>
      <w:r>
        <w:rPr>
          <w:b/>
        </w:rPr>
        <w:t xml:space="preserve">[12:30] </w:t>
      </w:r>
      <w:r>
        <w:t>aap ko kisi bhi haal mein apni positivity ko disturb nahi karna hai. har haal mein apni positive thinking ko bacha ke rakhna hai.</w:t>
      </w:r>
    </w:p>
    <w:p>
      <w:pPr>
        <w:jc w:val="right"/>
      </w:pPr>
      <w:r>
        <w:t>آپ کو کسی بھی حال میں اپنی پازیٹیوٹی کو ڈسٹرب نہیں کرنا ہے۔ ہر حال میں اپنی پازیٹیو تھنکنگ کو بچا کے رکھنا ہے۔</w:t>
      </w:r>
    </w:p>
    <w:p>
      <w:r>
        <w:rPr>
          <w:b/>
        </w:rPr>
        <w:t xml:space="preserve">[12:43] </w:t>
      </w:r>
      <w:r>
        <w:t>kyun? yahi to qeemat hai paradise ki.</w:t>
      </w:r>
    </w:p>
    <w:p>
      <w:pPr>
        <w:jc w:val="right"/>
      </w:pPr>
      <w:r>
        <w:t>کیوں؟ یہی تو قیمت ہے پارادائز کی۔</w:t>
      </w:r>
    </w:p>
    <w:p>
      <w:r>
        <w:rPr>
          <w:b/>
        </w:rPr>
        <w:t xml:space="preserve">[12:52] </w:t>
      </w:r>
      <w:r>
        <w:t>paradise wala insan, yani jannati insan, banta hai inhi halaat mein jab wo kaanton se nahi ulajhta, jab wo zindagi ke jo evil hain, trubls hain, disturb difficulties hain,</w:t>
      </w:r>
    </w:p>
    <w:p>
      <w:pPr>
        <w:jc w:val="right"/>
      </w:pPr>
      <w:r>
        <w:t>پارادائز والا انسان، یعنی جنتی انسان، بنتا ہے انہی حالات میں جب وہ کانٹوں سے نہیں الجھتا، جب وہ زندگی کے جو ایول ہیں، ٹربلز ہیں، ڈسٹرب ڈیفیکلٹیز ہیں،</w:t>
      </w:r>
    </w:p>
    <w:p>
      <w:r>
        <w:rPr>
          <w:b/>
        </w:rPr>
        <w:t xml:space="preserve">[13:10] </w:t>
      </w:r>
      <w:r>
        <w:t>un ko avoid kar ke apni positive thinking ko baqi rakhta hai.</w:t>
      </w:r>
    </w:p>
    <w:p>
      <w:pPr>
        <w:jc w:val="right"/>
      </w:pPr>
      <w:r>
        <w:t>ان کو اوائڈ کر کے اپنی پازیٹیو تھنکنگ کو باقی رکھتا ہے۔</w:t>
      </w:r>
    </w:p>
    <w:p>
      <w:r>
        <w:rPr>
          <w:b/>
        </w:rPr>
        <w:t xml:space="preserve">[13:18] </w:t>
      </w:r>
      <w:r>
        <w:t>to is ka matlab kya hota hai? yeh hai "by thinking". yeh "by thinking" strategy hai, yani apni soch ko, apne time ko zara bhi distract na hone dena.</w:t>
      </w:r>
    </w:p>
    <w:p>
      <w:pPr>
        <w:jc w:val="right"/>
      </w:pPr>
      <w:r>
        <w:t>تو اس کا مطلب کیا ہوتا ہے؟ یہ ہے "بائی تھنکنگ"۔ یہ "بائی تھنکنگ" اسٹریٹجی ہے، یعنی اپنی سوچ کو، اپنے ٹائم کو ذرا بھی ڈسٹریکٹ نہ ہونے دینا۔</w:t>
      </w:r>
    </w:p>
    <w:p>
      <w:r>
        <w:rPr>
          <w:b/>
        </w:rPr>
        <w:t xml:space="preserve">[13:37] </w:t>
      </w:r>
      <w:r>
        <w:t>distraction ko zara bhi allow na karna apne andar aane ke liye, side sense mein nahi.</w:t>
      </w:r>
    </w:p>
    <w:p>
      <w:pPr>
        <w:jc w:val="right"/>
      </w:pPr>
      <w:r>
        <w:t>ڈسٹریکشن کو ذرا بھی الاؤ نہ کرنا اپنے اندر آنے کے لیے، سائیڈ سنس میں نہیں۔</w:t>
      </w:r>
    </w:p>
    <w:p>
      <w:r>
        <w:rPr>
          <w:b/>
        </w:rPr>
        <w:t xml:space="preserve">[13:47] </w:t>
      </w:r>
      <w:r>
        <w:t>to to shukr kiya hai? positive thinking hai. positive thinking hai to aap ka mind jo hai, unfold hoga.</w:t>
      </w:r>
    </w:p>
    <w:p>
      <w:pPr>
        <w:jc w:val="right"/>
      </w:pPr>
      <w:r>
        <w:t>تو تو شکر کیا ہے؟ پازیٹیو تھنکنگ ہے۔ پازیٹیو تھنکنگ ہے تو آپ کا مائنڈ جو ہے، ان فولڈ ہوگا۔</w:t>
      </w:r>
    </w:p>
    <w:p>
      <w:r>
        <w:rPr>
          <w:b/>
        </w:rPr>
        <w:t xml:space="preserve">[13:59] </w:t>
      </w:r>
      <w:r>
        <w:t>aap ka mind unfold hoga to aap ki spirituality develop karegi, aap ka intellectual development hoga, aap jannati insan banenge.</w:t>
      </w:r>
    </w:p>
    <w:p>
      <w:pPr>
        <w:jc w:val="right"/>
      </w:pPr>
      <w:r>
        <w:t>آپ کا مائنڈ ان فولڈ ہوگا تو آپ کی اسپیریچولیٹی ڈیولپ کرے گی، آپ کا انٹلیکچول ڈیولپمنٹ ہوگا، آپ جنتی انسان بنیں گے۔</w:t>
      </w:r>
    </w:p>
    <w:p>
      <w:r>
        <w:rPr>
          <w:b/>
        </w:rPr>
        <w:t xml:space="preserve">[14:13] </w:t>
      </w:r>
      <w:r>
        <w:t>ab woh insan banenge jisko jannat mein entry milegi. to sab ki jar kya hai? sab ki jar hai quran ke lafzon mein sabr, aur aap doosre lafzon mein kahein to hai positive thinking.</w:t>
      </w:r>
    </w:p>
    <w:p>
      <w:pPr>
        <w:jc w:val="right"/>
      </w:pPr>
      <w:r>
        <w:t>اب وہ انسان بنیں گے جس کو جنت میں انٹری ملے گی۔ تو سب کی جڑ کیا ہے؟ سب کی جڑ ہے قرآن کے لفظوں میں صبر، اور آپ دوسرے لفظوں میں کہیں تو ہے پازیٹیو تھنکنگ۔</w:t>
      </w:r>
    </w:p>
    <w:p>
      <w:r>
        <w:rPr>
          <w:b/>
        </w:rPr>
        <w:t xml:space="preserve">[14:31] </w:t>
      </w:r>
      <w:r>
        <w:t>sabr positive thinking ka doosra naam hai.</w:t>
      </w:r>
    </w:p>
    <w:p>
      <w:pPr>
        <w:jc w:val="right"/>
      </w:pPr>
      <w:r>
        <w:t>صبر پازیٹیو تھنکنگ کا دوسرا نام ہے۔</w:t>
      </w:r>
    </w:p>
    <w:p>
      <w:r>
        <w:rPr>
          <w:b/>
        </w:rPr>
        <w:t xml:space="preserve">[14:38] </w:t>
      </w:r>
      <w:r>
        <w:t>to yeh hai main samajhta hoon ke just islam ka.</w:t>
      </w:r>
    </w:p>
    <w:p>
      <w:pPr>
        <w:jc w:val="right"/>
      </w:pPr>
      <w:r>
        <w:t>تو یہ ہے میں سمجھتا ہوں کہ جست اسلام کا۔</w:t>
      </w:r>
    </w:p>
    <w:p>
      <w:r>
        <w:rPr>
          <w:b/>
        </w:rPr>
        <w:t xml:space="preserve">[14:46] </w:t>
      </w:r>
      <w:r>
        <w:t>islam kisi form ka naam nahi hai. islam kuch kuch kalmat ko munh se bol dene ka naam nahi hai.</w:t>
      </w:r>
    </w:p>
    <w:p>
      <w:pPr>
        <w:jc w:val="right"/>
      </w:pPr>
      <w:r>
        <w:t>اسلام کسی فارم کا نام نہیں ہے۔ اسلام کچھ کچھ کلمات کو منہ سے بول دینے کا نام نہیں ہے۔</w:t>
      </w:r>
    </w:p>
    <w:p>
      <w:r>
        <w:rPr>
          <w:b/>
        </w:rPr>
        <w:t xml:space="preserve">[14:59] </w:t>
      </w:r>
      <w:r>
        <w:t>islam naam hai ek art ka. woh art yeh hai ke har qism ke its aur problem ke bawajood aap apni development ka jo process hai,</w:t>
      </w:r>
    </w:p>
    <w:p>
      <w:pPr>
        <w:jc w:val="right"/>
      </w:pPr>
      <w:r>
        <w:t>اسلام نام ہے ایک ارٹ کا۔ وہ ارٹ یہ ہے کہ ہر قسم کے اٹس اور پرابلم کے باوجود آپ اپنی ڈیولپمنٹ کا جو پراسیس ہے،</w:t>
      </w:r>
    </w:p>
    <w:p>
      <w:r>
        <w:rPr>
          <w:b/>
        </w:rPr>
        <w:t xml:space="preserve">[15:15] </w:t>
      </w:r>
      <w:r>
        <w:t>woh kabhi discontinue na hone dein. woh barabar chalta rahe, tab ja kar ke aap ke andar woh aala personality banegi jo paradise mein jagah paye.</w:t>
      </w:r>
    </w:p>
    <w:p>
      <w:pPr>
        <w:jc w:val="right"/>
      </w:pPr>
      <w:r>
        <w:t>وہ کبھی ڈسکنٹینیو نہ ہونے دیں۔ وہ برابر چلتا رہے، تب جا کر کے آپ کے اندر وہ اعلیٰ پرسنیلٹی بنے گی جو پارادائز میں جگہ پائے۔</w:t>
      </w:r>
    </w:p>
    <w:p>
      <w:r>
        <w:rPr>
          <w:b/>
        </w:rPr>
        <w:t xml:space="preserve">[15:40] </w:t>
      </w:r>
      <w:r>
        <w:t>yeh main samajhta hoon ke quran ka, islam ka, sunnat rasool ka sab se bara bara bara message hai insan ke liye.</w:t>
      </w:r>
    </w:p>
    <w:p>
      <w:pPr>
        <w:jc w:val="right"/>
      </w:pPr>
      <w:r>
        <w:t>یہ میں سمجھتا ہوں کہ قرآن کا، اسلام کا، سنت رسول کا سب سے بڑا بڑا بڑا میسج ہے انسان کے لیے۔</w:t>
      </w:r>
    </w:p>
    <w:p>
      <w:r>
        <w:rPr>
          <w:b/>
        </w:rPr>
        <w:t xml:space="preserve">[15:54] </w:t>
      </w:r>
      <w:r>
        <w:t>kyun ke dekhiye, jo shuru mein jo ayat surah hoti thi, al muddathir, unhone kaha gaya tha ke "ya al muddathir,</w:t>
      </w:r>
    </w:p>
    <w:p>
      <w:pPr>
        <w:jc w:val="right"/>
      </w:pPr>
      <w:r>
        <w:t>کیونکہ دیکھیے، جو شروع میں جو آیت سورہ ہوتی تھی، المدثر، انہوں نے کہا گیا تھا کہ "یا المدثر،</w:t>
      </w:r>
    </w:p>
    <w:p>
      <w:r>
        <w:rPr>
          <w:b/>
        </w:rPr>
        <w:t xml:space="preserve">[16:09] </w:t>
      </w:r>
      <w:r>
        <w:t>bole rab ka fazal". yani wahan diya gaya aap ko dawat ka hukum, aur kaha gaya ke sabr karo. dawat ka kaam karne ka hukum diya gaya tha, keh rahe hain ke sabr karo.</w:t>
      </w:r>
    </w:p>
    <w:p>
      <w:pPr>
        <w:jc w:val="right"/>
      </w:pPr>
      <w:r>
        <w:t>بولے رب کا فضل"۔ یعنی وہاں دیا گیا آپ کو دعوت کا حکم، اور کہا گیا کہ صبر کرو۔ دعوت کا کام کرنے کا حکم دیا گیا تھا، کہہ رہے ہیں کہ صبر کرو۔</w:t>
      </w:r>
    </w:p>
    <w:p>
      <w:r>
        <w:rPr>
          <w:b/>
        </w:rPr>
        <w:t xml:space="preserve">[16:23] </w:t>
      </w:r>
      <w:r>
        <w:t>kyun? sabr ke baghair aap dawat ka kaam nahi kar sakte. sabr ke baghair aap ki personality develop nahi kar sakti.</w:t>
      </w:r>
    </w:p>
    <w:p>
      <w:pPr>
        <w:jc w:val="right"/>
      </w:pPr>
      <w:r>
        <w:t>کیوں؟ صبر کے بغیر آپ دعوت کا کام نہیں کر سکتے۔ صبر کے بغیر آپ کی پرسنیلٹی ڈیولپ نہیں کر سکتی۔</w:t>
      </w:r>
    </w:p>
    <w:p>
      <w:r>
        <w:rPr>
          <w:b/>
        </w:rPr>
        <w:t xml:space="preserve">[16:33] </w:t>
      </w:r>
      <w:r>
        <w:t>sabr ke baghair aap ko koi bhi, sabr ke baghair aap ki jo potential hai, wahan in in unfold nahi hogi.</w:t>
      </w:r>
    </w:p>
    <w:p>
      <w:pPr>
        <w:jc w:val="right"/>
      </w:pPr>
      <w:r>
        <w:t>صبر کے بغیر آپ کو کوئی بھی، صبر کے بغیر آپ کی جو پوٹینشل ہے، وہاں ان ان ان فولڈ نہیں ہوگی۔</w:t>
      </w:r>
    </w:p>
    <w:p>
      <w:r>
        <w:rPr>
          <w:b/>
        </w:rPr>
        <w:t xml:space="preserve">[16:44] </w:t>
      </w:r>
      <w:r>
        <w:t>to sabr ko log samajhte hain ke bozdi, paspai, peeche hatna. nahi, sabr to sab bara wisdom hai. sabr ka matlab hai apni energy ko bachana, apne time ko bachana,</w:t>
      </w:r>
    </w:p>
    <w:p>
      <w:pPr>
        <w:jc w:val="right"/>
      </w:pPr>
      <w:r>
        <w:t>تو صبر کو لوگ سمجھتے ہیں کہ بزدلی، پسپائی، پیچھے ہٹنا۔ نہیں، صبر تو سب بڑا وزڈم ہے۔ صبر کا مطلب ہے اپنی انرجی کو بچانا، اپنے ٹائم کو بچانا،</w:t>
      </w:r>
    </w:p>
    <w:p>
      <w:r>
        <w:rPr>
          <w:b/>
        </w:rPr>
        <w:t xml:space="preserve">[17:00] </w:t>
      </w:r>
      <w:r>
        <w:t>taake aap jo asal kaam hai, us mein yani barabar continuously lage rahen.</w:t>
      </w:r>
    </w:p>
    <w:p>
      <w:pPr>
        <w:jc w:val="right"/>
      </w:pPr>
      <w:r>
        <w:t>تاکہ آپ جو اصل کام ہے، اس میں یعنی برابر کنٹینیوسلی لگے رہیں۔</w:t>
      </w:r>
    </w:p>
    <w:p>
      <w:r>
        <w:rPr>
          <w:b/>
        </w:rPr>
        <w:t xml:space="preserve">[17:09] </w:t>
      </w:r>
      <w:r>
        <w:t>woh hai development apni personality ka.</w:t>
      </w:r>
    </w:p>
    <w:p>
      <w:pPr>
        <w:jc w:val="right"/>
      </w:pPr>
      <w:r>
        <w:t>وہ ہے ڈیولپمنٹ اپنی پرسنیلٹی کا۔</w:t>
      </w:r>
    </w:p>
    <w:p>
      <w:r>
        <w:rPr>
          <w:b/>
        </w:rPr>
        <w:t xml:space="preserve">[17:17] </w:t>
      </w:r>
      <w:r>
        <w:t>to jo log masroof hain complaint mein, protest mein, yahan tak ke violence mein, woh quran ki abc bhi, abc d nahi jante.</w:t>
      </w:r>
    </w:p>
    <w:p>
      <w:pPr>
        <w:jc w:val="right"/>
      </w:pPr>
      <w:r>
        <w:t>تو جو لوگ مصروف ہیں کمپلینٹ میں، پروٹیسٹ میں، یہاں تک کہ وائلیس میں، وہ قرآن کی اے بی سی بھی، اے بی سی ڈی نہیں جانتے۔</w:t>
      </w:r>
    </w:p>
    <w:p>
      <w:r>
        <w:rPr>
          <w:b/>
        </w:rPr>
        <w:t xml:space="preserve">[17:29] </w:t>
      </w:r>
      <w:r>
        <w:t>jo log mashhoor hain complaint culture mein, violent culture mein, jo log mashhoor hain complaint culture mein, violence culture mein, woh main kahunga ke islam ki abc d bhi nahi jante.</w:t>
      </w:r>
    </w:p>
    <w:p>
      <w:pPr>
        <w:jc w:val="right"/>
      </w:pPr>
      <w:r>
        <w:t>جو لوگ مشہور ہیں کمپلینٹ کلچر میں، وائلنٹ کلچر میں، جو لوگ مشہور ہیں کمپلینٹ کلچر میں، وائنس کلچر میں، وہ میں کہوں گا کہ اسلام کی اے بی سی ڈی بھی نہیں جانتے۔</w:t>
      </w:r>
    </w:p>
    <w:p>
      <w:r>
        <w:rPr>
          <w:b/>
        </w:rPr>
        <w:t xml:space="preserve">[17:47] </w:t>
      </w:r>
      <w:r>
        <w:t>woh woh apne jazbat ko jante hain, jazbat ko phadak uthte hain, jo ladte hain.</w:t>
      </w:r>
    </w:p>
    <w:p>
      <w:pPr>
        <w:jc w:val="right"/>
      </w:pPr>
      <w:r>
        <w:t>وہ وہ اپنے جذبات کو جانتے ہیں، جذبات کو پھڑک اٹھتے ہیں، جو لڑتے ہیں۔</w:t>
      </w:r>
    </w:p>
    <w:p>
      <w:r>
        <w:rPr>
          <w:b/>
        </w:rPr>
        <w:t xml:space="preserve">[18:00] </w:t>
      </w:r>
      <w:r>
        <w:t>kyun ke islam ka khulasa yeh hai ke aap ke andar aala darje ki, aala darje ki shukr ki spirit jaage, aur shukr ki spirit ko jagane ke liye zaroori hai, zaroori hai, zaroori hai ke ke har haal mein aap</w:t>
      </w:r>
    </w:p>
    <w:p>
      <w:pPr>
        <w:jc w:val="right"/>
      </w:pPr>
      <w:r>
        <w:t>کیونکہ اسلام کا خلاصہ یہ ہے کہ آپ کے اندر اعلیٰ درجے کی، اعلیٰ درجے کی شکر کی سپرٹ جاگے، اور شکر کی سپرٹ کو جگانے کے لیے ضروری ہے، ضروری ہے، ضروری ہے کہ کہ ہر حال میں آپ</w:t>
      </w:r>
    </w:p>
    <w:p>
      <w:r>
        <w:rPr>
          <w:b/>
        </w:rPr>
        <w:t xml:space="preserve">[18:21] </w:t>
      </w:r>
      <w:r>
        <w:t>positive rahen. kuch bhi peeta hai, aap negativity ko positivity mein convert karen.</w:t>
      </w:r>
    </w:p>
    <w:p>
      <w:pPr>
        <w:jc w:val="right"/>
      </w:pPr>
      <w:r>
        <w:t>پازیٹیو رہیں۔ کچھ بھی پیتا ہے، آپ نیگیٹیوٹی کو پازیٹیوٹی میں کنورٹ کریں۔</w:t>
      </w:r>
    </w:p>
    <w:p>
      <w:r>
        <w:rPr>
          <w:b/>
        </w:rPr>
        <w:t xml:space="preserve">[18:36] </w:t>
      </w:r>
      <w:r>
        <w:t>to jo log masroof hon complaint culture mein ya violence mein, to unke bare mein main kahunga ke woh islam ka abc d bhi nahi jante.</w:t>
      </w:r>
    </w:p>
    <w:p>
      <w:pPr>
        <w:jc w:val="right"/>
      </w:pPr>
      <w:r>
        <w:t>تو جو لوگ مشغول ہوں کمپلینٹ کلچر میں یا وائنس میں، تو ان کے بارے میں میں کہوں گا کہ وہ اسلام کا اے بی سی ڈی بھی نہیں جانتے۔</w:t>
      </w:r>
    </w:p>
    <w:p>
      <w:r>
        <w:rPr>
          <w:b/>
        </w:rPr>
        <w:t xml:space="preserve">[18:49] </w:t>
      </w:r>
      <w:r>
        <w:t>woh kuch nahi jante, bilkul be khabar hain. woh</w:t>
      </w:r>
    </w:p>
    <w:p>
      <w:pPr>
        <w:jc w:val="right"/>
      </w:pPr>
      <w:r>
        <w:t>وہ کچھ نہیں جانتے، بالکل بے خبر ہیں۔ وہ</w:t>
      </w:r>
    </w:p>
    <w:p>
      <w:r>
        <w:rPr>
          <w:b/>
        </w:rPr>
        <w:t xml:space="preserve">[18:59] </w:t>
      </w:r>
      <w:r>
        <w:t>to jo maine abhi aap ko misal di, aap ko ghonsle ki, chidiya ke nasl ki, to Allah taala ne, yani khalq ne, ek model hamare samne rakha hai.</w:t>
      </w:r>
    </w:p>
    <w:p>
      <w:pPr>
        <w:jc w:val="right"/>
      </w:pPr>
      <w:r>
        <w:t>تو جو میں نے ابھی آپ کو مثال دی، آپ کو گھونسلے کی، چڑیا کے نسل کی، تو اللہ تعالیٰ نے، یعنی خالق نے، ایک ماڈل ہمارے سامنے رکھا ہے۔</w:t>
      </w:r>
    </w:p>
    <w:p>
      <w:r>
        <w:rPr>
          <w:b/>
        </w:rPr>
        <w:t xml:space="preserve">[19:12] </w:t>
      </w:r>
      <w:r>
        <w:t>ek model ke hum ko jo islami zindagi banani hai, jo hamein personality apne andar develop karni hai, woh kaise hogi?</w:t>
      </w:r>
    </w:p>
    <w:p>
      <w:pPr>
        <w:jc w:val="right"/>
      </w:pPr>
      <w:r>
        <w:t>ایک ماڈل کہ ہم کو جو اسلامی زندگی بنانی ہے، جو ہمیں پرسنیلٹی اپنے اندر ڈیولپ کرنی ہے، وہ کیسے ہوگی؟</w:t>
      </w:r>
    </w:p>
    <w:p>
      <w:r>
        <w:rPr>
          <w:b/>
        </w:rPr>
        <w:t xml:space="preserve">[19:25] </w:t>
      </w:r>
      <w:r>
        <w:t>woh isi tarah hogi ke chidiya jis tarah se bohat hi zyada mainoot planning ke zariye, bohat hi mainoot planning ke liye ghonsla bana diay.</w:t>
      </w:r>
    </w:p>
    <w:p>
      <w:pPr>
        <w:jc w:val="right"/>
      </w:pPr>
      <w:r>
        <w:t>وہ اسی طرح ہوگی کہ چڑیا جس طرح سے بہت ہی زیادہ مائنوٹ پلاننگ کے ذریعے، بہت ہی مائنوٹ پلاننگ کے لیے گھونسلہ بنا دیے۔</w:t>
      </w:r>
    </w:p>
    <w:p>
      <w:r>
        <w:rPr>
          <w:b/>
        </w:rPr>
        <w:t xml:space="preserve">[19:40] </w:t>
      </w:r>
      <w:r>
        <w:t>agar aap ne dekha ho to bohat bohat hi zyada woh engineering ka kamaal hota hai. engineer, engineering ka kamaal hota hai.</w:t>
      </w:r>
    </w:p>
    <w:p>
      <w:pPr>
        <w:jc w:val="right"/>
      </w:pPr>
      <w:r>
        <w:t>اگر آپ نے دیکھا ہو تو بہت بہت ہی زیادہ وہ انجینئرنگ کا کمال ہوتا ہے۔ انجینئر، انجینئرنگ کا کمال ہوتا ہے۔</w:t>
      </w:r>
    </w:p>
    <w:p>
      <w:r>
        <w:rPr>
          <w:b/>
        </w:rPr>
        <w:t xml:space="preserve">[19:50] </w:t>
      </w:r>
      <w:r>
        <w:t>woh jo jo chidiya banati hai, us mein bohat zyada wisdom hoti hai, bohat zyada patience hota hai.</w:t>
      </w:r>
    </w:p>
    <w:p>
      <w:pPr>
        <w:jc w:val="right"/>
      </w:pPr>
      <w:r>
        <w:t>وہ جو جو چڑیا بناتی ہے، اس میں بہت زیادہ وزڈم ہوتی ہے، بہت زیادہ پیشنس ہوتا ہے۔</w:t>
      </w:r>
    </w:p>
    <w:p>
      <w:r>
        <w:rPr>
          <w:b/>
        </w:rPr>
        <w:t xml:space="preserve">[20:02] </w:t>
      </w:r>
      <w:r>
        <w:t>to isi yeh aik model hai nature mein. isi tarah se aap ko develop karna hai apni personality.</w:t>
      </w:r>
    </w:p>
    <w:p>
      <w:pPr>
        <w:jc w:val="right"/>
      </w:pPr>
      <w:r>
        <w:t>تو اسی یہ ایک ماڈل ہے نیچر میں۔ اسی طریقے سے آپ کو ڈیولپ کرنا ہے اپنی پرسنیلٹی۔</w:t>
      </w:r>
    </w:p>
    <w:p>
      <w:r>
        <w:rPr>
          <w:b/>
        </w:rPr>
        <w:t xml:space="preserve">[20:13] </w:t>
      </w:r>
      <w:r>
        <w:t>isi tarah se tab ja ke aap ke andar jannati insan banega, aur tab ja ke aap ko jannat mein entry milegi.</w:t>
      </w:r>
    </w:p>
    <w:p>
      <w:pPr>
        <w:jc w:val="right"/>
      </w:pPr>
      <w:r>
        <w:t>اسی طریقے سے تب جا کے آپ کے اندر جنتی انسان بنے گا، اور تب جا کے آپ کو جنت میں انٹری ملے گی۔</w:t>
      </w:r>
    </w:p>
    <w:p>
      <w:r>
        <w:rPr>
          <w:b/>
        </w:rPr>
        <w:t xml:space="preserve">[20:24] </w:t>
      </w:r>
      <w:r>
        <w:t>warna nahin.</w:t>
      </w:r>
    </w:p>
    <w:p>
      <w:pPr>
        <w:jc w:val="right"/>
      </w:pPr>
      <w:r>
        <w:t>ورنہ نہیں۔</w:t>
      </w:r>
    </w:p>
    <w:p>
      <w:r>
        <w:rPr>
          <w:b/>
        </w:rPr>
        <w:t xml:space="preserve">[20:36] </w:t>
      </w:r>
      <w:r>
        <w:t>to mein yeh sab baatein sochta rehta hoon. jaise maine bataya ke aaj maine dekha ke bohat hi beautiful phool hai, uska thoda kaanta hai.</w:t>
      </w:r>
    </w:p>
    <w:p>
      <w:pPr>
        <w:jc w:val="right"/>
      </w:pPr>
      <w:r>
        <w:t>تو میں یہ سب باتیں سوچتا رہتا ہوں۔ جیسے میں نے بتایا کہ آج میں نے دیکھا کہ بہت ہی بیوٹی فل پھول ہے، اس کا تھوڑا کانٹا ہے۔</w:t>
      </w:r>
    </w:p>
    <w:p>
      <w:r>
        <w:rPr>
          <w:b/>
        </w:rPr>
        <w:t xml:space="preserve">[20:47] </w:t>
      </w:r>
      <w:r>
        <w:t>to kaanta kyun? kaanta hai insan ke liye, khud darakht ke liye nahin hai. woh phool mein jo kaanta hai, woh aap ke liye hai, darakht ke liye nahin hai.</w:t>
      </w:r>
    </w:p>
    <w:p>
      <w:pPr>
        <w:jc w:val="right"/>
      </w:pPr>
      <w:r>
        <w:t>تو کانٹا کیوں؟ کانٹا ہے انسان کے لیے، خود درخت کے لیے نہیں ہے۔ وہ پھول میں جو کانٹا ہے، وہ آپ کے لیے ہے، درخت کے لیے نہیں ہے۔</w:t>
      </w:r>
    </w:p>
    <w:p>
      <w:r>
        <w:rPr>
          <w:b/>
        </w:rPr>
        <w:t xml:space="preserve">[21:03] </w:t>
      </w:r>
      <w:r>
        <w:t>darakht ke patte to darakht ke liye hain, kaanta aap ke liye. darakht ki jo patti hoti hai, woh bohat bara uske andar karkhana hota hai.</w:t>
      </w:r>
    </w:p>
    <w:p>
      <w:pPr>
        <w:jc w:val="right"/>
      </w:pPr>
      <w:r>
        <w:t>درخت کے پتے تو درخت کے لیے ہیں، کانٹا آپ کے لیے۔ درخت کی جو پتی ہوتی ہے، وہ بہت بڑا اس کے اندر کارخانہ ہوتا ہے۔</w:t>
      </w:r>
    </w:p>
    <w:p>
      <w:r>
        <w:rPr>
          <w:b/>
        </w:rPr>
        <w:t xml:space="preserve">[21:17] </w:t>
      </w:r>
      <w:r>
        <w:t>woh karkhana hota hai peir ke liye. lekin jo kaanta hai, kaanta yeh to aap ke liye hai.</w:t>
      </w:r>
    </w:p>
    <w:p>
      <w:pPr>
        <w:jc w:val="right"/>
      </w:pPr>
      <w:r>
        <w:t>وہ کارخانہ ہوتا ہے پیڑ کے لیے۔ لیکن جو کانٹا ہے، کانٹا یہ تو آپ کے لیے ہے۔</w:t>
      </w:r>
    </w:p>
    <w:p>
      <w:r>
        <w:rPr>
          <w:b/>
        </w:rPr>
        <w:t xml:space="preserve">[21:28] </w:t>
      </w:r>
      <w:r>
        <w:t>iska matlab yeh hai ke bohat hi zyada positive bano, bohat hi zyada door raho negative thinking se.</w:t>
      </w:r>
    </w:p>
    <w:p>
      <w:pPr>
        <w:jc w:val="right"/>
      </w:pPr>
      <w:r>
        <w:t>اس کا مطلب یہ ہے کہ بہت ہی زیادہ پازیٹیو بنو، بہت ہی زیادہ دور رہو نیگیٹیو تھنکنگ سے۔</w:t>
      </w:r>
    </w:p>
    <w:p>
      <w:r>
        <w:rPr>
          <w:b/>
        </w:rPr>
        <w:t xml:space="preserve">[21:41] </w:t>
      </w:r>
      <w:r>
        <w:t>kyunki jo kaam tumhein karna hai, woh yahi hai ke phool jaise insan bano.</w:t>
      </w:r>
    </w:p>
    <w:p>
      <w:pPr>
        <w:jc w:val="right"/>
      </w:pPr>
      <w:r>
        <w:t>کیونکہ جو کام تمہیں کرنا ہے، وہ یہی ہے کہ پھول جیسے انسان بنو۔</w:t>
      </w:r>
    </w:p>
    <w:p>
      <w:r>
        <w:rPr>
          <w:b/>
        </w:rPr>
        <w:t xml:space="preserve">[21:51] </w:t>
      </w:r>
      <w:r>
        <w:t>to phool jaise insan banne ke liye aap ko yeh art seekhna padega. jab jannat mein kaun jayega?</w:t>
      </w:r>
    </w:p>
    <w:p>
      <w:pPr>
        <w:jc w:val="right"/>
      </w:pPr>
      <w:r>
        <w:t>تو پھول جیسے انسان بننے کے لیے آپ کو یہ آرٹ سیکھنا پڑے گا۔ جب جنت میں کون جائے گا؟</w:t>
      </w:r>
    </w:p>
    <w:p>
      <w:r>
        <w:rPr>
          <w:b/>
        </w:rPr>
        <w:t xml:space="preserve">[22:03] </w:t>
      </w:r>
      <w:r>
        <w:t>yani poori duniya se, poori history se phool jaise insan chune jayenge.</w:t>
      </w:r>
    </w:p>
    <w:p>
      <w:pPr>
        <w:jc w:val="right"/>
      </w:pPr>
      <w:r>
        <w:t>یعنی پوری دنیا سے، پوری ہسٹری سے پھول جیسے انسان چنے جائیں گے۔</w:t>
      </w:r>
    </w:p>
    <w:p>
      <w:r>
        <w:rPr>
          <w:b/>
        </w:rPr>
        <w:t xml:space="preserve">[22:13] </w:t>
      </w:r>
      <w:r>
        <w:t>quran mein hai ke</w:t>
      </w:r>
    </w:p>
    <w:p>
      <w:pPr>
        <w:jc w:val="right"/>
      </w:pPr>
      <w:r>
        <w:t>قرآن میں ہے کہ</w:t>
      </w:r>
    </w:p>
    <w:p>
      <w:r>
        <w:rPr>
          <w:b/>
        </w:rPr>
        <w:t xml:space="preserve">[22:19] </w:t>
      </w:r>
      <w:r>
        <w:t>quran mein aik ayat hai ke insan ko Allah ne kyun paida kiya?</w:t>
      </w:r>
    </w:p>
    <w:p>
      <w:pPr>
        <w:jc w:val="right"/>
      </w:pPr>
      <w:r>
        <w:t>قرآن میں ایک آیت ہے کہ انسان کو اللہ نے کیوں پیدا کیا؟</w:t>
      </w:r>
    </w:p>
    <w:p>
      <w:r>
        <w:rPr>
          <w:b/>
        </w:rPr>
        <w:t xml:space="preserve">[22:29] </w:t>
      </w:r>
      <w:r>
        <w:t>"li yubluakum ayyukum ahsanul amala". yeh poora jo</w:t>
      </w:r>
    </w:p>
    <w:p>
      <w:pPr>
        <w:jc w:val="right"/>
      </w:pPr>
      <w:r>
        <w:t>"لیبلکم ایبکم احسن العمل"۔ یہ پورا جو</w:t>
      </w:r>
    </w:p>
    <w:p>
      <w:r>
        <w:rPr>
          <w:b/>
        </w:rPr>
        <w:t xml:space="preserve">[22:37] </w:t>
      </w:r>
      <w:r>
        <w:t>takhleeq ka maamla hai, woh kis liye hai? ahsan al amal ka intekhaab karne ke liye, best insan ka select karne ke liye.</w:t>
      </w:r>
    </w:p>
    <w:p>
      <w:pPr>
        <w:jc w:val="right"/>
      </w:pPr>
      <w:r>
        <w:t>تخلیق کا معاملہ ہے، وہ کس لیے ہے؟ احسن العمل کا انتخاب کرنے کے لیے، بیسٹ انسان کا سلیکٹ کرنے کے لیے۔</w:t>
      </w:r>
    </w:p>
    <w:p>
      <w:r>
        <w:rPr>
          <w:b/>
        </w:rPr>
        <w:t xml:space="preserve">[22:48] </w:t>
      </w:r>
      <w:r>
        <w:t>selection best insan ka selection uske liye yeh sara kuch hai.</w:t>
      </w:r>
    </w:p>
    <w:p>
      <w:pPr>
        <w:jc w:val="right"/>
      </w:pPr>
      <w:r>
        <w:t>سلیکشن بیسٹ انسان کا سلیکشن اس کے لیے یہ سارا کچھ ہے۔</w:t>
      </w:r>
    </w:p>
    <w:p>
      <w:r>
        <w:rPr>
          <w:b/>
        </w:rPr>
        <w:t xml:space="preserve">[22:57] </w:t>
      </w:r>
      <w:r>
        <w:t>jo apne ko best prove na kare, usko to yani mein samajhta hoon ke akhirat mein usko daal diya jayega letter bin mein, universal letter bin mein,</w:t>
      </w:r>
    </w:p>
    <w:p>
      <w:pPr>
        <w:jc w:val="right"/>
      </w:pPr>
      <w:r>
        <w:t>جو اپنے کو بیسٹ پروف نہ کرے، اس کو تو یعنی میں سمجھتا ہوں کہ آخرت میں اس کو ڈال دیا جائے گا لیٹر بن میں، یونیورسل لیٹر بن میں،</w:t>
      </w:r>
    </w:p>
    <w:p>
      <w:r>
        <w:rPr>
          <w:b/>
        </w:rPr>
        <w:t xml:space="preserve">[23:14] </w:t>
      </w:r>
      <w:r>
        <w:t>kaste kooda khane mein. aur jo bohat hi zyada</w:t>
      </w:r>
    </w:p>
    <w:p>
      <w:pPr>
        <w:jc w:val="right"/>
      </w:pPr>
      <w:r>
        <w:t>کاسٹی کوڑا خانے میں۔ اور جو بہت ہی زیادہ</w:t>
      </w:r>
    </w:p>
    <w:p>
      <w:r>
        <w:rPr>
          <w:b/>
        </w:rPr>
        <w:t xml:space="preserve">[23:22] </w:t>
      </w:r>
      <w:r>
        <w:t>jinhon ne apne ko prove kiya hai ke chahe kaanta ho, chahe its ho, chahe trouble ho, chahe evil hon, chahe dushman hon, chahe conspiracy ho,</w:t>
      </w:r>
    </w:p>
    <w:p>
      <w:pPr>
        <w:jc w:val="right"/>
      </w:pPr>
      <w:r>
        <w:t>جنہوں نے اپنے کو پروف کیا ہے کہ چاہے کانٹا ہو، چاہے اٹس ہو، چاہے ٹربل ہو، چاہے ایول ہوں، چاہے دشمن ہوں، چاہے کانسپریسی ہو،</w:t>
      </w:r>
    </w:p>
    <w:p>
      <w:r>
        <w:rPr>
          <w:b/>
        </w:rPr>
        <w:t xml:space="preserve">[23:37] </w:t>
      </w:r>
      <w:r>
        <w:t>un sab ke beech mein woh apne aap ko develop kar sakte hain, phool jaisa bana sakte hain. to unka selection, unka selection</w:t>
      </w:r>
    </w:p>
    <w:p>
      <w:pPr>
        <w:jc w:val="right"/>
      </w:pPr>
      <w:r>
        <w:t>ان سب کے بیچ میں وہ اپنے آپ کو ڈیولپ کر سکتے ہیں، پھول جیسا بنا سکتے ہیں۔ تو ان کا سلیکشن، ان کا سلیکشن</w:t>
      </w:r>
    </w:p>
    <w:p>
      <w:r>
        <w:rPr>
          <w:b/>
        </w:rPr>
        <w:t xml:space="preserve">[23:54] </w:t>
      </w:r>
      <w:r>
        <w:t>is maani ke aap aik lamhe ke liye bhi negativity ko afford nahin kar sakte.</w:t>
      </w:r>
    </w:p>
    <w:p>
      <w:pPr>
        <w:jc w:val="right"/>
      </w:pPr>
      <w:r>
        <w:t>اس معنی کہ آپ ایک لمحے کے لیے بھی نیگیٹیوٹی کو اپورٹ نہیں کر سکتے۔</w:t>
      </w:r>
    </w:p>
    <w:p>
      <w:r>
        <w:rPr>
          <w:b/>
        </w:rPr>
        <w:t xml:space="preserve">[24:04] </w:t>
      </w:r>
      <w:r>
        <w:t>jaise hi aap negative hue, aap ne aik aik chance kho diya. jab bhi aap ghussa hue, provoke ho gaye, jab bhi aap dushmani ki boli bole, dushman ki boli bolne lage,</w:t>
      </w:r>
    </w:p>
    <w:p>
      <w:pPr>
        <w:jc w:val="right"/>
      </w:pPr>
      <w:r>
        <w:t>جیسے ہی آپ نیگیٹیو ہوئے، آپ نے ایک ایک چانس کھو دیا۔ جب بھی آپ غصہ ہوئے، پرووک ہو گئے، جب بھی آپ دشمنی کی بولی بولے، دشمن کی بولی بولنے لگے،</w:t>
      </w:r>
    </w:p>
    <w:p>
      <w:r>
        <w:rPr>
          <w:b/>
        </w:rPr>
        <w:t xml:space="preserve">[24:24] </w:t>
      </w:r>
      <w:r>
        <w:t>jab bhi aap ne tashaddud ka tareeqa ikhtiyar kiya, to aap ne golden chance ko kho diya ke apne ko prove karna hai ke hum aaj ahsan-ul-amal ke mayar par poora utarte hain.</w:t>
      </w:r>
    </w:p>
    <w:p>
      <w:pPr>
        <w:jc w:val="right"/>
      </w:pPr>
      <w:r>
        <w:t>جب بھی آپ نے تشدد کا طریقہ اختیار کیا، تو آپ نے گولڈن چانس کو کھو دیا کہ اپنے کو پروف کرنا ہے کہ ہم آج احسن العمل کے معیار پر پورا اترتے ہیں۔</w:t>
      </w:r>
    </w:p>
    <w:p>
      <w:r>
        <w:rPr>
          <w:b/>
        </w:rPr>
        <w:t xml:space="preserve">[24:43] </w:t>
      </w:r>
      <w:r>
        <w:t>kisi ajeeb baat hai!</w:t>
      </w:r>
    </w:p>
    <w:p>
      <w:pPr>
        <w:jc w:val="right"/>
      </w:pPr>
      <w:r>
        <w:t>کیسی عجیب بات ہے!</w:t>
      </w:r>
    </w:p>
    <w:p>
      <w:r>
        <w:rPr>
          <w:b/>
        </w:rPr>
        <w:t xml:space="preserve">[24:47] </w:t>
      </w:r>
      <w:r>
        <w:t>aap ko bohat hi zyada vigilant rehna tha, vigilant, bohat zyada hoshyar ke aap kuch kaam aisa na kar baithein ke woh aap ke liye golden chance ko khone ka bais ban jaye.</w:t>
      </w:r>
    </w:p>
    <w:p>
      <w:pPr>
        <w:jc w:val="right"/>
      </w:pPr>
      <w:r>
        <w:t>آپ کو بہت ہی زیادہ بیلنٹ رہنا تھا، ویجیلنٹ، بہت زیادہ ہوشیار کہ آپ کچھ کام ایسا نہ کر بیٹھیں کہ وہ آپ کے لیے گولڈن چانس کو کھونے کا ہمارا بن جائے۔</w:t>
      </w:r>
    </w:p>
    <w:p>
      <w:r>
        <w:rPr>
          <w:b/>
        </w:rPr>
        <w:t xml:space="preserve">[25:09] </w:t>
      </w:r>
      <w:r>
        <w:t>golden chance ko khone ka bais ban jaye.</w:t>
      </w:r>
    </w:p>
    <w:p>
      <w:pPr>
        <w:jc w:val="right"/>
      </w:pPr>
      <w:r>
        <w:t>گولڈن چانس کو کھونے کے ہمارے بن جائے۔</w:t>
      </w:r>
    </w:p>
    <w:p>
      <w:r>
        <w:rPr>
          <w:b/>
        </w:rPr>
        <w:t xml:space="preserve">[25:15] </w:t>
      </w:r>
      <w:r>
        <w:t>to dunya mein aap jante hain ke</w:t>
      </w:r>
    </w:p>
    <w:p>
      <w:pPr>
        <w:jc w:val="right"/>
      </w:pPr>
      <w:r>
        <w:t>تو دنیا میں آپ جانتے ہیں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