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Married Life April 29, 2017 Maulana Wahiduddin Khan</w:t>
      </w:r>
    </w:p>
    <w:p>
      <w:r>
        <w:t>https://www.youtube.com/watch?v=ONfOGL9_VHg</w:t>
      </w:r>
    </w:p>
    <w:p>
      <w:r>
        <w:rPr>
          <w:b/>
        </w:rPr>
        <w:t xml:space="preserve">[00:14] </w:t>
      </w:r>
      <w:r>
        <w:t>bismillah-ir-rahman-ir-rahim, wa-sallallahu 'ala-n-nabiyyi-l-karim. rab-bish-rah-li sadri, wa yassir li amri,</w:t>
      </w:r>
    </w:p>
    <w:p>
      <w:pPr>
        <w:jc w:val="right"/>
      </w:pPr>
      <w:r>
        <w:t>بسم اللہ الرحمن الرحیم، وصلی اللہ علی النبی الکریم۔ رب اشرح لی صدری، ویسر لی امری،</w:t>
      </w:r>
    </w:p>
    <w:p>
      <w:r>
        <w:rPr>
          <w:b/>
        </w:rPr>
        <w:t xml:space="preserve">[00:29] </w:t>
      </w:r>
      <w:r>
        <w:t>wahl-ul-'uqdatan min lisani, yafqahu qawli.</w:t>
      </w:r>
    </w:p>
    <w:p>
      <w:pPr>
        <w:jc w:val="right"/>
      </w:pPr>
      <w:r>
        <w:t>واحل العقدۃ من لسانی، یفقہ قولی۔</w:t>
      </w:r>
    </w:p>
    <w:p>
      <w:r>
        <w:rPr>
          <w:b/>
        </w:rPr>
        <w:t xml:space="preserve">[00:40] </w:t>
      </w:r>
      <w:r>
        <w:t>29 April 2017.</w:t>
      </w:r>
    </w:p>
    <w:p>
      <w:pPr>
        <w:jc w:val="right"/>
      </w:pPr>
      <w:r>
        <w:t>29 اپریل 2017۔</w:t>
      </w:r>
    </w:p>
    <w:p>
      <w:r>
        <w:rPr>
          <w:b/>
        </w:rPr>
        <w:t xml:space="preserve">[00:50] </w:t>
      </w:r>
      <w:r>
        <w:t>dekhiye, ek hadith hai nikah ke bare mein,</w:t>
      </w:r>
    </w:p>
    <w:p>
      <w:pPr>
        <w:jc w:val="right"/>
      </w:pPr>
      <w:r>
        <w:t>دیکھیے، ایک حدیث ہے نکاح کے بارے میں،</w:t>
      </w:r>
    </w:p>
    <w:p>
      <w:r>
        <w:rPr>
          <w:b/>
        </w:rPr>
        <w:t xml:space="preserve">[00:59] </w:t>
      </w:r>
      <w:r>
        <w:t>woh yeh hai ke: "abghad-ul-halal 'ind-al-lah hai at-talaq</w:t>
      </w:r>
    </w:p>
    <w:p>
      <w:pPr>
        <w:jc w:val="right"/>
      </w:pPr>
      <w:r>
        <w:t>وہ یہ ہے کہ: "ابغض الحلال اے اللہ ہے الطلاق</w:t>
      </w:r>
    </w:p>
    <w:p>
      <w:r>
        <w:rPr>
          <w:b/>
        </w:rPr>
        <w:t xml:space="preserve">[01:06] </w:t>
      </w:r>
      <w:r>
        <w:t>" ke Allah ke nazdeek sab se zyada mabghood cheez talaq hai, agarche halal kiya gaya hai is ko, lekin woh bohat zyada mabghood cheez hai.</w:t>
      </w:r>
    </w:p>
    <w:p>
      <w:pPr>
        <w:jc w:val="right"/>
      </w:pPr>
      <w:r>
        <w:t>" کہ اللہ کے نزدیک سب سے زیادہ مبغوث چیز طلاق ہے، اگرچہ حلال کیا گیا ہے اس کو، لیکن وہ بہت زیادہ مبغوث چیز ہے۔</w:t>
      </w:r>
    </w:p>
    <w:p>
      <w:r>
        <w:rPr>
          <w:b/>
        </w:rPr>
        <w:t xml:space="preserve">[01:20] </w:t>
      </w:r>
      <w:r>
        <w:t>to mein bohat din sochta tha</w:t>
      </w:r>
    </w:p>
    <w:p>
      <w:pPr>
        <w:jc w:val="right"/>
      </w:pPr>
      <w:r>
        <w:t>تو میں بہت دن سوچتا تھا</w:t>
      </w:r>
    </w:p>
    <w:p>
      <w:r>
        <w:rPr>
          <w:b/>
        </w:rPr>
        <w:t xml:space="preserve">[01:25] </w:t>
      </w:r>
      <w:r>
        <w:t>ke aakhir kya baat hai ke mabghood itni zyada hai, agarche is ko</w:t>
      </w:r>
    </w:p>
    <w:p>
      <w:pPr>
        <w:jc w:val="right"/>
      </w:pPr>
      <w:r>
        <w:t>کہ آخر کیا بات ہے کہ مبغوث اتنی زیادہ ہے، اگرچہ اس کو</w:t>
      </w:r>
    </w:p>
    <w:p>
      <w:r>
        <w:rPr>
          <w:b/>
        </w:rPr>
        <w:t xml:space="preserve">[01:35] </w:t>
      </w:r>
      <w:r>
        <w:t>as a law of justice halal kiya gaya hai. to is ka jawab mujhe ek aur hadith se mila.</w:t>
      </w:r>
    </w:p>
    <w:p>
      <w:pPr>
        <w:jc w:val="right"/>
      </w:pPr>
      <w:r>
        <w:t>ایز اے لاف جسٹسٹی حلال کیا گیا ہے۔ تو اس کا جواب مجھے ایک اور حدیث سے ملا۔</w:t>
      </w:r>
    </w:p>
    <w:p>
      <w:r>
        <w:rPr>
          <w:b/>
        </w:rPr>
        <w:t xml:space="preserve">[01:46] </w:t>
      </w:r>
      <w:r>
        <w:t>ek hadith hai ke iblis jo hai, yani iblis woh hai jo shayateen ka sardar hua hai,</w:t>
      </w:r>
    </w:p>
    <w:p>
      <w:pPr>
        <w:jc w:val="right"/>
      </w:pPr>
      <w:r>
        <w:t>ایک حدیث ہے کہ ابلیس جو ہے، یعنی ابلیس وہ ہے جو شیطانوں کا سردار ہوا ہے،</w:t>
      </w:r>
    </w:p>
    <w:p>
      <w:r>
        <w:rPr>
          <w:b/>
        </w:rPr>
        <w:t xml:space="preserve">[02:00] </w:t>
      </w:r>
      <w:r>
        <w:t>to woh apna</w:t>
      </w:r>
    </w:p>
    <w:p>
      <w:pPr>
        <w:jc w:val="right"/>
      </w:pPr>
      <w:r>
        <w:t>تو وہ اپنا</w:t>
      </w:r>
    </w:p>
    <w:p>
      <w:r>
        <w:rPr>
          <w:b/>
        </w:rPr>
        <w:t xml:space="preserve">[02:05] </w:t>
      </w:r>
      <w:r>
        <w:t>jalsa karta hai samandar par. saare dunya ke shaitan ikattha hote hain, woh poochta hai ke tum ne kya kiya, tum ne kya kiya?</w:t>
      </w:r>
    </w:p>
    <w:p>
      <w:pPr>
        <w:jc w:val="right"/>
      </w:pPr>
      <w:r>
        <w:t>جلسہ کرتا ہے سمندر پر۔ سارے دنیا کے شیطان اکٹھا ہوتے ہیں، وہ پوچھتا ہے کہ تم نے کیا کیا، تم نے کیا کیا؟</w:t>
      </w:r>
    </w:p>
    <w:p>
      <w:r>
        <w:rPr>
          <w:b/>
        </w:rPr>
        <w:t xml:space="preserve">[02:19] </w:t>
      </w:r>
      <w:r>
        <w:t>to har ek ko jo kuch batata hai ke maine kisi ka qatl karwa diya, maine kisi ka yeh kar diya, woh kar diya.</w:t>
      </w:r>
    </w:p>
    <w:p>
      <w:pPr>
        <w:jc w:val="right"/>
      </w:pPr>
      <w:r>
        <w:t>تو ہر ایک کو جو کچھ بتاتا ہے کہ میں نے کسی کا قتل کروا دیا، میں نے کسی کا یہ کر دیا، وہ کر دیا۔</w:t>
      </w:r>
    </w:p>
    <w:p>
      <w:r>
        <w:rPr>
          <w:b/>
        </w:rPr>
        <w:t xml:space="preserve">[02:31] </w:t>
      </w:r>
      <w:r>
        <w:t>to iblis un ki baaton ko kuch dhyan nahi deta. ek shaitan aata hai, woh kehta hai ke main ek married couple jo the, un ke peeche lag gaya aur itna un ko aapas mein rift paida kiya ke talaq ho gayi.</w:t>
      </w:r>
    </w:p>
    <w:p>
      <w:pPr>
        <w:jc w:val="right"/>
      </w:pPr>
      <w:r>
        <w:t>تو ابلیس ان کی باتوں کو کچھ دھیان نہیں دیتا۔ ایک شیطان آتا ہے، وہ کہتا ہے کہ میں ایک میریڈ کپل جو تھے، ان کے پیچھے لگ گیا اور اتنا ان کو آپس میں رفٹ پیدا کیا کہ طلاق ہو گئی۔</w:t>
      </w:r>
    </w:p>
    <w:p>
      <w:r>
        <w:rPr>
          <w:b/>
        </w:rPr>
        <w:t xml:space="preserve">[02:57] </w:t>
      </w:r>
      <w:r>
        <w:t>to iblis kehta hai: "naam ant, haan to ne kaam kiya,</w:t>
      </w:r>
    </w:p>
    <w:p>
      <w:pPr>
        <w:jc w:val="right"/>
      </w:pPr>
      <w:r>
        <w:t>تو ابلیس کہتا ہے: "نام انت، ہاں تو نے کام کیا،</w:t>
      </w:r>
    </w:p>
    <w:p>
      <w:r>
        <w:rPr>
          <w:b/>
        </w:rPr>
        <w:t xml:space="preserve">[03:06] </w:t>
      </w:r>
      <w:r>
        <w:t>naam ant</w:t>
      </w:r>
    </w:p>
    <w:p>
      <w:pPr>
        <w:jc w:val="right"/>
      </w:pPr>
      <w:r>
        <w:t>نام انت</w:t>
      </w:r>
    </w:p>
    <w:p>
      <w:r>
        <w:rPr>
          <w:b/>
        </w:rPr>
        <w:t xml:space="preserve">[03:07] </w:t>
      </w:r>
      <w:r>
        <w:t>" to is ka ma'ni yeh hai ke do aadmi shadi mein kar ke ek doosre se saathi banein, phir un mein talaq ho jaye to woh shaitan ki fateh hoti hai.</w:t>
      </w:r>
    </w:p>
    <w:p>
      <w:pPr>
        <w:jc w:val="right"/>
      </w:pPr>
      <w:r>
        <w:t>"۔ تو اس کا معنی یہ ہے کہ دو آدمی شادی میں کر کے ایک دوسرے سے ساتھی بنیں، پھر ان میں طلاق ہو جائے تو وہ شیطان کی فتح ہوتی ہے۔</w:t>
      </w:r>
    </w:p>
    <w:p>
      <w:r>
        <w:rPr>
          <w:b/>
        </w:rPr>
        <w:t xml:space="preserve">[03:21] </w:t>
      </w:r>
      <w:r>
        <w:t>yani talaq shaitan ki fateh hai.</w:t>
      </w:r>
    </w:p>
    <w:p>
      <w:pPr>
        <w:jc w:val="right"/>
      </w:pPr>
      <w:r>
        <w:t>یعنی طلاق شیطان کی فتح ہے۔</w:t>
      </w:r>
    </w:p>
    <w:p>
      <w:r>
        <w:rPr>
          <w:b/>
        </w:rPr>
        <w:t xml:space="preserve">[03:28] </w:t>
      </w:r>
      <w:r>
        <w:t>yani is shaitan ne, yani iblis ne, jo</w:t>
      </w:r>
    </w:p>
    <w:p>
      <w:pPr>
        <w:jc w:val="right"/>
      </w:pPr>
      <w:r>
        <w:t>یعنی اس شیطان نے، یعنی ابلیس نے، جو</w:t>
      </w:r>
    </w:p>
    <w:p>
      <w:r>
        <w:rPr>
          <w:b/>
        </w:rPr>
        <w:t xml:space="preserve">[03:36] </w:t>
      </w:r>
      <w:r>
        <w:t>shuru mein</w:t>
      </w:r>
    </w:p>
    <w:p>
      <w:pPr>
        <w:jc w:val="right"/>
      </w:pPr>
      <w:r>
        <w:t>شروع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