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The Creator of the Modern Age October 17, 2021 Prof. Farida Khanam</w:t>
      </w:r>
    </w:p>
    <w:p>
      <w:r>
        <w:t>https://www.youtube.com/watch?v=tMr3Dz35onU</w:t>
      </w:r>
    </w:p>
    <w:p>
      <w:r>
        <w:rPr>
          <w:b/>
        </w:rPr>
        <w:t xml:space="preserve">[00:11] </w:t>
      </w:r>
      <w:r>
        <w:t>bismillah hir rahman nir rahim. assalam o alaikum wa rahmatullah. aaj ka hamara topic hai hamara "islam: da creator of the modern age".</w:t>
      </w:r>
    </w:p>
    <w:p>
      <w:pPr>
        <w:jc w:val="right"/>
      </w:pPr>
      <w:r>
        <w:t>بسم اللہ الرحمن الرحیم۔ السلام علیکم ورحمۃ اللہ۔ آج کا ہمارا ٹاپک ہے ہمارا "اسلام: دا کریٹر آف دی ماڈرن ایج"۔</w:t>
      </w:r>
    </w:p>
    <w:p>
      <w:r>
        <w:rPr>
          <w:b/>
        </w:rPr>
        <w:t xml:space="preserve">[00:25] </w:t>
      </w:r>
      <w:r>
        <w:t>to ek molana ki kitab hai isi topic par, "islam: da creator of the modern age". ye kitab hai. ye urdu mein bhi hai aur angrezi mein bhi hai.</w:t>
      </w:r>
    </w:p>
    <w:p>
      <w:pPr>
        <w:jc w:val="right"/>
      </w:pPr>
      <w:r>
        <w:t>تو ایک مولانا کی کتاب ہے اسی ٹاپک پر، "اسلام: دا کریٹر آف دی ماڈرن ایج"۔ یہ کتاب ہے۔ یہ اردو میں بھی ہے اور انگریزی میں بھی ہے۔</w:t>
      </w:r>
    </w:p>
    <w:p>
      <w:r>
        <w:rPr>
          <w:b/>
        </w:rPr>
        <w:t xml:space="preserve">[00:39] </w:t>
      </w:r>
      <w:r>
        <w:t>is topic par aap ko detail jis ko janna ho to wo is kitab ko dekh sakta hai. to ek bar asal mein molana se kisi ne poocha ke islam ko agar tareekh se nikal diya jaye to tareekh mein kya kami reh jayegi?</w:t>
      </w:r>
    </w:p>
    <w:p>
      <w:pPr>
        <w:jc w:val="right"/>
      </w:pPr>
      <w:r>
        <w:t>اس ٹاپک پر آپ کو ڈیٹیل جس کو جاننا ہو تو وہ اس کتاب کو دیکھ سکتا ہے۔ تو ایک بار اصل میں مولانا سے کسی نے پوچھا کہ اسلام کو اگر تاریخ سے نکال دیا جائے تو تاریخ میں کیا کمی رہ جائے گی؟</w:t>
      </w:r>
    </w:p>
    <w:p>
      <w:r>
        <w:rPr>
          <w:b/>
        </w:rPr>
        <w:t xml:space="preserve">[00:55] </w:t>
      </w:r>
      <w:r>
        <w:t>to molana ne jawab diya, "wohi kami jo islam se pehle tareekh mein thi." to wo aadmi bohat hi highly educated tha, to wo is baat ko samajh gaya aur phir us ne mazeed kuch sawalat nahi kiye.</w:t>
      </w:r>
    </w:p>
    <w:p>
      <w:pPr>
        <w:jc w:val="right"/>
      </w:pPr>
      <w:r>
        <w:t>تو مولانا نے جواب دیا، "وہی کمی جو اسلام سے پہلے تاریخ میں تھی۔" تو وہ آدمی بہت ہی ہائیلی ایجوکیٹڈ تھا، تو وہ اس بات کو سمجھ گیا اور پھر اس نے مزید کچھ سوالات نہیں کیے۔</w:t>
      </w:r>
    </w:p>
    <w:p>
      <w:r>
        <w:rPr>
          <w:b/>
        </w:rPr>
        <w:t xml:space="preserve">[01:11] </w:t>
      </w:r>
      <w:r>
        <w:t>to phir molana is par sochne lage aur unhon ne poori theme is par develop kiya aur kitab likhi. to is mein aap log yeh sochenge ke mazhab ho ya islam ho, to is ka jadeed taraqqiyon se kya rishta hai?</w:t>
      </w:r>
    </w:p>
    <w:p>
      <w:pPr>
        <w:jc w:val="right"/>
      </w:pPr>
      <w:r>
        <w:t>تو پھر مولانا اس پر سوچنے لگے اور انہوں نے پوری تھیم اس پر ڈویلپ کیا اور کتاب لکھی۔ تو اس میں آپ لوگ یہ سوچیں گے کہ مذہب ہو یا اسلام ہو، تو اس کا جدید ترقیوں سے کیا رشتہ ہے؟</w:t>
      </w:r>
    </w:p>
    <w:p>
      <w:r>
        <w:rPr>
          <w:b/>
        </w:rPr>
        <w:t xml:space="preserve">[01:29] </w:t>
      </w:r>
      <w:r>
        <w:t>to isi ko mein aaj wazeh karne ki koshish karungi. kyunke islam asal mein to ek mazhab hai jo—aur har mazhab wohi hota hai jo akhirat ki kamiyabi ka rasta dikhata hai, hidayat ka rasta dikhata hai,</w:t>
      </w:r>
    </w:p>
    <w:p>
      <w:pPr>
        <w:jc w:val="right"/>
      </w:pPr>
      <w:r>
        <w:t>تو اسی کو میں آج واضح کرنے کی کوشش کروں گی۔ کیونکہ اسلام اصل میں تو ایک مذہب ہے جو—اور ہر مذہب وہی ہوتا ہے جو آخرت کی کامیابی کا راستہ دکھاتا ہے، ہدایت کا راستہ دکھاتا ہے،</w:t>
      </w:r>
    </w:p>
    <w:p>
      <w:r>
        <w:rPr>
          <w:b/>
        </w:rPr>
        <w:t xml:space="preserve">[01:46] </w:t>
      </w:r>
      <w:r>
        <w:t>khuda se taluq jodta hai, to maut ke baad kya hone wala hai us ke bare mein batata hai. lekin yeh ek aisi blessing hai khuda ki taraf se ke jab wo ati hai to us ke nateeje ke taur par bohat sari doosri blessings bhi insan ko milti hain.</w:t>
      </w:r>
    </w:p>
    <w:p>
      <w:pPr>
        <w:jc w:val="right"/>
      </w:pPr>
      <w:r>
        <w:t>خدا سے تعلق جوڑتا ہے، تو موت کے بعد کیا ہونے والا ہے اس کے بارے میں بتاتا ہے۔ لیکن یہ ایک ایسی بلیسنگ ہے خدا کی طرف سے کہ جب وہ آتی ہے تو اس کے نتیجے کے طور پر بہت ساری دوسری بلیسنگز بھی انسان کو ملتی ہیں۔</w:t>
      </w:r>
    </w:p>
    <w:p>
      <w:r>
        <w:rPr>
          <w:b/>
        </w:rPr>
        <w:t xml:space="preserve">[02:06] </w:t>
      </w:r>
      <w:r>
        <w:t>aur is jo madi shakal mein wo reflect karti hain, usi ko hum kehte hain sainsi taraqqiyan, sanati taraqqiyan, aur bohat sari doosri baatein jo islam ke jalo mein ayin.</w:t>
      </w:r>
    </w:p>
    <w:p>
      <w:pPr>
        <w:jc w:val="right"/>
      </w:pPr>
      <w:r>
        <w:t>اور اس جو مادی شکل میں وہ ریفلیکٹ کرتی ہیں، اسی کو ہم کہتے ہیں سائنسی ترقیاں، صنعتی ترقیاں، اور بہت ساری دوسری باتیں جو اسلام کے جلو میں آئیں۔</w:t>
      </w:r>
    </w:p>
    <w:p>
      <w:r>
        <w:rPr>
          <w:b/>
        </w:rPr>
        <w:t xml:space="preserve">[02:24] </w:t>
      </w:r>
      <w:r>
        <w:t>to jo sab se bari baat thi wo yeh ke islam ne bataya ke khuda jo hai wo khaliq hai aur baqi tamam cheezein makhlooq hain.</w:t>
      </w:r>
    </w:p>
    <w:p>
      <w:pPr>
        <w:jc w:val="right"/>
      </w:pPr>
      <w:r>
        <w:t>تو جو سب سے بڑی بات تھی وہ یہ کہ اسلام نے بتایا کہ خدا جو ہے وہ خالق ہے اور باقی تمام چیزیں مخلوق ہیں۔</w:t>
      </w:r>
    </w:p>
    <w:p>
      <w:r>
        <w:rPr>
          <w:b/>
        </w:rPr>
        <w:t xml:space="preserve">[02:34] </w:t>
      </w:r>
      <w:r>
        <w:t>is se pehle kya tha ke insan har jo visible cheez hoti thi, numayan cheez hoti thi, prominent jo cheez hoti thi, us ki wo parastish karne lagta tha.</w:t>
      </w:r>
    </w:p>
    <w:p>
      <w:pPr>
        <w:jc w:val="right"/>
      </w:pPr>
      <w:r>
        <w:t>اس سے پہلے کیا تھا کہ انسان ہر جو ویزیبل چیز ہوتی تھی، نمایاں چیز ہوتی تھی، پرامیننٹ جو چیز ہوتی تھی، اس کی وہ پرستش کرنے لگتا تھا۔</w:t>
      </w:r>
    </w:p>
    <w:p>
      <w:r>
        <w:rPr>
          <w:b/>
        </w:rPr>
        <w:t xml:space="preserve">[02:47] </w:t>
      </w:r>
      <w:r>
        <w:t>to yeh jo fitrat hai, nature hai, usi ko conquer karne se hi to sari taraqqiyan wajood mein ayin hain.</w:t>
      </w:r>
    </w:p>
    <w:p>
      <w:pPr>
        <w:jc w:val="right"/>
      </w:pPr>
      <w:r>
        <w:t>تو یہ جو فطرت ہے، نیچر ہے، اسی کو کانکر کرنے سے ہی تو ساری ترقیاں وجود میں آئیں ہیں۔</w:t>
      </w:r>
    </w:p>
    <w:p>
      <w:r>
        <w:rPr>
          <w:b/>
        </w:rPr>
        <w:t xml:space="preserve">[02:55] </w:t>
      </w:r>
      <w:r>
        <w:t>aur hum isi ko puchte rahe poori duniya mein. to isi wajah se hum kabhi bhi hum ne socha bhi nahi ke is ko hum conquer karein, is ki tasheer karein, is par investigation karein, observation karein, aur is mein jo discoveries karein, aur is ki wajah se ek nai advanced civilization wajood mein aye.</w:t>
      </w:r>
    </w:p>
    <w:p>
      <w:pPr>
        <w:jc w:val="right"/>
      </w:pPr>
      <w:r>
        <w:t>اور ہم اسی کو پوچھتے رہے پوری دنیا میں۔ تو اسی وجہ سے ہم کبھی بھی ہم نے سوچا بھی نہیں کہ اس کو ہم کانکر کریں، اس کی تسخیر کریں، اس پر انویسٹیگیشن کریں، ابزرویشن کریں، اور اس میں جو ڈسکوریز کریں، اور اس کی وجہ سے ایک نئی ایڈوانسڈ سویلائزیشن وجود میں آئے۔</w:t>
      </w:r>
    </w:p>
    <w:p>
      <w:r>
        <w:rPr>
          <w:b/>
        </w:rPr>
        <w:t xml:space="preserve">[03:22] </w:t>
      </w:r>
      <w:r>
        <w:t>to yeh hua ke har cheez to holy thi, to wo karte kaise is par investigation kaise kar sakte the?</w:t>
      </w:r>
    </w:p>
    <w:p>
      <w:pPr>
        <w:jc w:val="right"/>
      </w:pPr>
      <w:r>
        <w:t>تو یہ ہوا کہ ہر چیز تو ہولی تھی، تو وہ کرتے کیسے اس پر انویسٹیگیشن کیسے کر سکتے تھے؟</w:t>
      </w:r>
    </w:p>
    <w:p>
      <w:r>
        <w:rPr>
          <w:b/>
        </w:rPr>
        <w:t xml:space="preserve">[03:30] </w:t>
      </w:r>
      <w:r>
        <w:t>un ki himmat bhi nahi padti ke wo jab devta hai to devta ke upar kaam kaise karenge? to ek bohat hi dilchasp baat aap ko bataungi ke jo hamare jo days hain, sunday se le kar ke saturday tak, wo sab devtaon ke naam par hain.</w:t>
      </w:r>
    </w:p>
    <w:p>
      <w:pPr>
        <w:jc w:val="right"/>
      </w:pPr>
      <w:r>
        <w:t>ان کی ہمت بھی نہیں پڑتی کہ وہ جب دیوتا ہے تو دیوتا کے اوپر کام کیسے کریں گے؟ تو ایک بہت ہی دلچسپ بات آپ کو بتاؤں گی کہ جو ہمارے جو ڈیز ہیں، سنڈے سے لے کر کے سیٹرڈے تک، وہ سب دیوتاؤں کے نام پر ہیں۔</w:t>
      </w:r>
    </w:p>
    <w:p>
      <w:r>
        <w:rPr>
          <w:b/>
        </w:rPr>
        <w:t xml:space="preserve">[03:48] </w:t>
      </w:r>
      <w:r>
        <w:t>to sunday jo hai wo sunz day, kyunke purane zamane mein jo jo sab se numayan cheez insan ko lagi wo sun tha.</w:t>
      </w:r>
    </w:p>
    <w:p>
      <w:pPr>
        <w:jc w:val="right"/>
      </w:pPr>
      <w:r>
        <w:t>تو سنڈے جو ہے وہ سنز ڈے، کیونکہ پرانے زمانے میں جو جو سب سے نمایاں چیز انسان کو لگی وہ سن تھا۔</w:t>
      </w:r>
    </w:p>
    <w:p>
      <w:r>
        <w:rPr>
          <w:b/>
        </w:rPr>
        <w:t xml:space="preserve">[03:58] </w:t>
      </w:r>
      <w:r>
        <w:t>sun ko agar aap dekhein, kahin samundar ke kinare hon aap ya sehra mein hon, to sun ko jab rise karta hai to bohat hi spectacle spectacular uska side hota hai, zabardast aadmi ko bilkul mabooot kar de.</w:t>
      </w:r>
    </w:p>
    <w:p>
      <w:pPr>
        <w:jc w:val="right"/>
      </w:pPr>
      <w:r>
        <w:t>سن کو اگر آپ دیکھیں، کہیں سمندر کے کنارے ہوں آپ یا صحرا میں ہوں، تو سن کو جب رائز کرتا ہے تو بہت ہی اسپیکٹیکل اسپیکٹیکولر اس کا سائیڈ ہوتا ہے، زبردست آدمی کو بالکل مبہوت کر دے۔</w:t>
      </w:r>
    </w:p>
    <w:p>
      <w:r>
        <w:rPr>
          <w:b/>
        </w:rPr>
        <w:t xml:space="preserve">[04:14] </w:t>
      </w:r>
      <w:r>
        <w:t>to is liye wo hamesha sun ko devta samajhta raha. aur phir sun se jo sari benefits milti thi insan ko, wo sun na ho to yahan life hi na ho.</w:t>
      </w:r>
    </w:p>
    <w:p>
      <w:pPr>
        <w:jc w:val="right"/>
      </w:pPr>
      <w:r>
        <w:t>تو اس لیے وہ ہمیشہ سن کو دیوتا سمجھتا رہا۔ اور پھر سن سے جو ساری بینیفٹس ملتے تھے انسان کو، وہ سن نہ ہو تو یہاں لائف ہی نہ ہو۔</w:t>
      </w:r>
    </w:p>
    <w:p>
      <w:r>
        <w:rPr>
          <w:b/>
        </w:rPr>
        <w:t xml:space="preserve">[04:25] </w:t>
      </w:r>
      <w:r>
        <w:t>earth par sare log jo hain, wo har cheez hamari fasal paale ki nazar ho jayegi. insan jo hai, wo us ki wo thanda thande mein sab bilkul itni thand hogi ke aadmi ka yahan survival hi namumkin ho jayega.</w:t>
      </w:r>
    </w:p>
    <w:p>
      <w:pPr>
        <w:jc w:val="right"/>
      </w:pPr>
      <w:r>
        <w:t>ارتھ پر سارے لوگ جو ہیں، وہ ہر چیز ہماری فصل پالے کی نظر ہو جائے گی۔ انسان جو ہے، وہ اس کی وہ ٹھنڈا ٹھنڈے میں سب بالکل اتنی ٹھنڈ ہوگی کہ آدمی کا یہاں سروائیول ہی ناممکن ہو جائے گا۔</w:t>
      </w:r>
    </w:p>
    <w:p>
      <w:r>
        <w:rPr>
          <w:b/>
        </w:rPr>
        <w:t xml:space="preserve">[04:43] </w:t>
      </w:r>
      <w:r>
        <w:t>to is liye sun ko hamesha jo hai reverence ki nazar se dekha gaya. to isi tareeqe se tuesday hai. tuesday ka asal lafz tha tiyu, yeh tha god of war yani god of sky.</w:t>
      </w:r>
    </w:p>
    <w:p>
      <w:pPr>
        <w:jc w:val="right"/>
      </w:pPr>
      <w:r>
        <w:t>تو اس لیے سن کو ہمیشہ جو ہے ریورنس کی نظر سے دیکھا گیا۔ تو اسی طریقے سے ٹیوسڈے ہے۔ ٹیوسڈے کا اصل لفظ تھا ٹی آئی یو، یہ تھا گاڈ آف وار یعنی گاڈ آف اسکائی۔</w:t>
      </w:r>
    </w:p>
    <w:p>
      <w:r>
        <w:rPr>
          <w:b/>
        </w:rPr>
        <w:t xml:space="preserve">[04:59] </w:t>
      </w:r>
      <w:r>
        <w:t>wednesday tha wodenz day. wodenz jo tha, wo wooden, wo chief god tha, wo tamam doosre gods ka incharge tha.</w:t>
      </w:r>
    </w:p>
    <w:p>
      <w:pPr>
        <w:jc w:val="right"/>
      </w:pPr>
      <w:r>
        <w:t>وینس ڈے تھا ووڈنز ڈے۔ ووڈنز جو تھا، وہ ووڈن، وہ چیف گاڈ تھا، وہ تمام دوسرے گاڈز کا انچارج تھا۔</w:t>
      </w:r>
    </w:p>
    <w:p>
      <w:r>
        <w:rPr>
          <w:b/>
        </w:rPr>
        <w:t xml:space="preserve">[05:10] </w:t>
      </w:r>
      <w:r>
        <w:t>phir thursday hai, thors day. to thors day jo hai thunder. is pehle qadeem zamane mein insan thunder se bohat darta tha, samajhta tha ke devta jo hain wo naraz ho gaye hain.</w:t>
      </w:r>
    </w:p>
    <w:p>
      <w:pPr>
        <w:jc w:val="right"/>
      </w:pPr>
      <w:r>
        <w:t>پھر تھرس ڈے ہے، تھارس ڈے۔ تو تھارس ڈے جو ہے تھنڈر۔ اس پہلے قدیم زمانے میں انسان تھنڈر سے بہت ڈرتا تھا، سمجھتا تھا کہ دیوتا جو ہیں وہ ناراض ہو گئے ہیں۔</w:t>
      </w:r>
    </w:p>
    <w:p>
      <w:r>
        <w:rPr>
          <w:b/>
        </w:rPr>
        <w:t xml:space="preserve">[05:22] </w:t>
      </w:r>
      <w:r>
        <w:t>to phir un ko placate karne ke liye bohat kuch qurbaniyan ada ki jati thin. to wo god of thunder tha. friday tha, yeh devi ka din tha, freyaz day, yeh god of love, venus.</w:t>
      </w:r>
    </w:p>
    <w:p>
      <w:pPr>
        <w:jc w:val="right"/>
      </w:pPr>
      <w:r>
        <w:t>تو پھر ان کو پیلیکیٹ کرنے کے لیے بہت کچھ قربانیاں ادا کی جاتی تھیں۔ تو وہ گاڈ آف تھنڈر تھا۔ فرائیڈے تھا، یہ دیوی کا دن تھا، فریاز ڈے، یہ گاڈ آف لو، وینس۔</w:t>
      </w:r>
    </w:p>
    <w:p>
      <w:r>
        <w:rPr>
          <w:b/>
        </w:rPr>
        <w:t xml:space="preserve">[05:39] </w:t>
      </w:r>
      <w:r>
        <w:t>saturday jo hai, wo saturnz day. saturn jo tha, wo roman god of agriculture tha. to aap is se samajh sakte hain ke kis tareeqe se har cheez par yeh shirk chhaya hua tha.</w:t>
      </w:r>
    </w:p>
    <w:p>
      <w:pPr>
        <w:jc w:val="right"/>
      </w:pPr>
      <w:r>
        <w:t>سیٹرڈے جو ہے، وہ سیٹرنز ڈے۔ سیٹرن جو تھا، وہ رومن گاڈ آف ایگریکلچر تھا۔ تو آپ اس سے سمجھ سکتے ہیں کہ کس طریقے سے ہر چیز پر یہ شرک چھایا ہوا تھا۔</w:t>
      </w:r>
    </w:p>
    <w:p>
      <w:r>
        <w:rPr>
          <w:b/>
        </w:rPr>
        <w:t xml:space="preserve">[05:52] </w:t>
      </w:r>
      <w:r>
        <w:t>har cheez jo hai, wo object of worship thi, object of reverence thi. to is ki bohat sari misalein hain.</w:t>
      </w:r>
    </w:p>
    <w:p>
      <w:pPr>
        <w:jc w:val="right"/>
      </w:pPr>
      <w:r>
        <w:t>ہر چیز جو ہے، وہ ابجیکٹ آف ورشپ تھی، ابجیکٹ آف ریورنس تھی۔ تو اس کی بہت ساری مثالیں ہیں۔</w:t>
      </w:r>
    </w:p>
    <w:p>
      <w:r>
        <w:rPr>
          <w:b/>
        </w:rPr>
        <w:t xml:space="preserve">[06:02] </w:t>
      </w:r>
      <w:r>
        <w:t>is mein se ek misal mein aap ko chand ki deti hoon ke chand jab pehli bar jab spaceship ka banaya gaya aur neil armstrong ne 1969 mein chand par gaye aur wo pehla qadam wahan rakha, to itna wo thrilling news thi, wo sari duniya us ko dekh rahi thi.</w:t>
      </w:r>
    </w:p>
    <w:p>
      <w:pPr>
        <w:jc w:val="right"/>
      </w:pPr>
      <w:r>
        <w:t>اس میں سے ایک مثال میں آپ کو چاند کی دیتی ہوں کہ چاند جب پہلی بار جب اسپیس شپ کا بنایا گیا اور نیل آرمسٹرانگ نے 1969 میں چاند پر گئے اور وہ پہلا قدم وہاں رکھا، تو اتنا وہ تھرلنگ نیوز تھی، وہ ساری دنیا اس کو دیکھ رہی تھی۔</w:t>
      </w:r>
    </w:p>
    <w:p>
      <w:r>
        <w:rPr>
          <w:b/>
        </w:rPr>
        <w:t xml:space="preserve">[06:22] </w:t>
      </w:r>
      <w:r>
        <w:t>keh dein yeh pehla event tha jis ko paanch sau million logon ne television par dekha. to jab aik aik mazhabi aadmi jis ko jo ke chand ko poojhta tha,</w:t>
      </w:r>
    </w:p>
    <w:p>
      <w:pPr>
        <w:jc w:val="right"/>
      </w:pPr>
      <w:r>
        <w:t>کہہ دیں یہ پہلا ایونٹ تھا جس کو پانچ سو ملین لوگوں نے ٹیلی ویژن پر دیکھا۔ تو جب ایک ایک مذہبی آدمی جس کو جو کہ چاند کو پوچھتا تھا،</w:t>
      </w:r>
    </w:p>
    <w:p>
      <w:r>
        <w:rPr>
          <w:b/>
        </w:rPr>
        <w:t xml:space="preserve">[06:38] </w:t>
      </w:r>
      <w:r>
        <w:t>us ko jab yeh maloom hua ke chand par qadam rakh diya gaya hai, to us ko yaqeen nahi aaya. us ne kaha woh koi doosra chand hoga. to aap samajh sakte hain ke superstition jo hai kitna gehrai se rach bas gaya tha insaan ke andar.</w:t>
      </w:r>
    </w:p>
    <w:p>
      <w:pPr>
        <w:jc w:val="right"/>
      </w:pPr>
      <w:r>
        <w:t>اس کو جب یہ معلوم ہوا کہ چاند پر قدم رکھ دیا گیا ہے، تو اس کو یقین نہیں آیا۔ اس نے کہا وہ کوئی دوسرا چاند ہوگا۔ تو آپ سمجھ سکتے ہیں کہ سپر اسٹیشن جو ہے کتنا گہرائی سے رچ بس گیا تھا انسان کے اندر۔</w:t>
      </w:r>
    </w:p>
    <w:p>
      <w:r>
        <w:rPr>
          <w:b/>
        </w:rPr>
        <w:t xml:space="preserve">[06:53] </w:t>
      </w:r>
      <w:r>
        <w:t>har cheez chashme hon, nadian hon, samandar hon, pahaar hon, zaleze hon, bijli hon, aur har cheez devi devta thi.</w:t>
      </w:r>
    </w:p>
    <w:p>
      <w:pPr>
        <w:jc w:val="right"/>
      </w:pPr>
      <w:r>
        <w:t>ہر چیز چشمے ہوں، ندیاں ہوں، سمندر ہوں، پہاڑ ہوں، زلزلے ہوں، بجلی ہوں، اور ہر چیز دیوی دیوتا تھی۔</w:t>
      </w:r>
    </w:p>
    <w:p>
      <w:r>
        <w:rPr>
          <w:b/>
        </w:rPr>
        <w:t xml:space="preserve">[07:02] </w:t>
      </w:r>
      <w:r>
        <w:t>jo cheezen nuqsaan pohanchati theen, us ko to woh samajhte the ke god jo hai woh naraaz ho gaya hai, to us wajah se yeh sab kar raha hai. to us ke liye bari bari qurbaniyan hoti theen.</w:t>
      </w:r>
    </w:p>
    <w:p>
      <w:pPr>
        <w:jc w:val="right"/>
      </w:pPr>
      <w:r>
        <w:t>جو چیزیں نقصان پہنچاتی تھیں، اس کو تو وہ سمجھتے تھے کہ گاڈ جو ہے وہ ناراض ہو گیا ہے، تو اس وجہ سے یہ سب کر رہا ہے۔ تو اس کے لیے بڑی بڑی قربانیاں ہوتی تھیں۔</w:t>
      </w:r>
    </w:p>
    <w:p>
      <w:r>
        <w:rPr>
          <w:b/>
        </w:rPr>
        <w:t xml:space="preserve">[07:16] </w:t>
      </w:r>
      <w:r>
        <w:t>ab hamari jo writing hai, jo script hai, woh bhi woh bhi isi ka victim thi superstition ka.</w:t>
      </w:r>
    </w:p>
    <w:p>
      <w:pPr>
        <w:jc w:val="right"/>
      </w:pPr>
      <w:r>
        <w:t>اب ہماری جو رائٹنگ ہے، جو اسکرپٹ ہے، وہ بھی وہ بھی اسی کا وکٹم تھی سپر اسٹیشن کا۔</w:t>
      </w:r>
    </w:p>
    <w:p>
      <w:r>
        <w:rPr>
          <w:b/>
        </w:rPr>
        <w:t xml:space="preserve">[07:24] </w:t>
      </w:r>
      <w:r>
        <w:t>to us ki wajah se kya hota tha? jo kuch hamare paas tha, us mein koi taraqqi nahi hoti thi. aaj jaise science ka daur hai to rozana taraqqiyan ho rahi hain, to koi taraqqi nahi hoti thi kyunke woh samajhte the ke yeh to sab kuch devtaon ka gift hai, us mein to hum kuch kar hi nahi sakte.</w:t>
      </w:r>
    </w:p>
    <w:p>
      <w:pPr>
        <w:jc w:val="right"/>
      </w:pPr>
      <w:r>
        <w:t>تو اس کی وجہ سے کیا ہوتا تھا؟ جو کچھ ہمارے پاس تھا، اس میں کوئی ترقی نہیں ہوتی تھی۔ آج جیسے سائنسی دور ہے تو روزانہ ترقیاں ہو رہی ہیں، تو کوئی ترقی نہیں ہوتی تھی کیونکہ وہ سمجھتے تھے کہ یہ تو سب کچھ دیوتاؤں کا گفٹ ہے، اس میں تو ہم کچھ کر ہی نہیں سکتے۔</w:t>
      </w:r>
    </w:p>
    <w:p>
      <w:r>
        <w:rPr>
          <w:b/>
        </w:rPr>
        <w:t xml:space="preserve">[07:44] </w:t>
      </w:r>
      <w:r>
        <w:t>to aik aik misaal hum zero ki lete hain. aap sab log jante honge zero jo hai India mein ijaad hua, us mein kai logon ne kaam kiya, lekin jo main naam aata hai woh Brahmagupta ka tha.</w:t>
      </w:r>
    </w:p>
    <w:p>
      <w:pPr>
        <w:jc w:val="right"/>
      </w:pPr>
      <w:r>
        <w:t>تو ایک ایک مثال ہم زیرو کی لیتے ہیں۔ آپ سب لوگ جانتے ہوں گے زیرو جو ہے انڈیا میں ایجاد ہوا، اس میں کئی لوگوں نے کام کیا، لیکن جو مین نام آتا ہے وہ برہما گپتہ کا تھا۔</w:t>
      </w:r>
    </w:p>
    <w:p>
      <w:r>
        <w:rPr>
          <w:b/>
        </w:rPr>
        <w:t xml:space="preserve">[07:59] </w:t>
      </w:r>
      <w:r>
        <w:t>to aap dekh sakte hain ke har zamanay mein bare bare dimagh paida hue, lekin un ko society ka, logon ka koi support nahi milta tha.</w:t>
      </w:r>
    </w:p>
    <w:p>
      <w:pPr>
        <w:jc w:val="right"/>
      </w:pPr>
      <w:r>
        <w:t>تو آپ دیکھ سکتے ہیں کہ ہر زمانے میں بڑے بڑے دماغ پیدا ہوئے، لیکن ان کو سوسائٹی کا، لوگوں کا کوئی سپورٹ نہیں ملتا تھا۔</w:t>
      </w:r>
    </w:p>
    <w:p>
      <w:r>
        <w:rPr>
          <w:b/>
        </w:rPr>
        <w:t xml:space="preserve">[08:08] </w:t>
      </w:r>
      <w:r>
        <w:t>is liye woh bari bari ijadat kar kar bhi un ko kuch us ka is se kuch faida nahi hota tha dunya ko, kyunke woh accept hi nahi karte the.</w:t>
      </w:r>
    </w:p>
    <w:p>
      <w:pPr>
        <w:jc w:val="right"/>
      </w:pPr>
      <w:r>
        <w:t>اس لیے وہ بڑی بڑی ایجادات کر کر بھی ان کو کچھ اس کا اس سے کچھ فائدہ نہیں ہوتا تھا دنیا کو، کیونکہ وہ ایکسیپٹ ہی نہیں کرتے تھے۔</w:t>
      </w:r>
    </w:p>
    <w:p>
      <w:r>
        <w:rPr>
          <w:b/>
        </w:rPr>
        <w:t xml:space="preserve">[08:16] </w:t>
      </w:r>
      <w:r>
        <w:t>har cheez to worship karte the, jo un ke paas tha, us ko woh devta ka deen samajhte the, aur koi nai cheez accept karne ke liye tayyar nahi thi.</w:t>
      </w:r>
    </w:p>
    <w:p>
      <w:pPr>
        <w:jc w:val="right"/>
      </w:pPr>
      <w:r>
        <w:t>ہر چیز تو ورشپ کرتے تھے، جو ان کے پاس تھا، اس کو وہ دیوتا کا دین سمجھتے تھے، اور کوئی نئی چیز ایکسیپٹ کرنے کے لیے تیار نہیں تھے۔</w:t>
      </w:r>
    </w:p>
    <w:p>
      <w:r>
        <w:rPr>
          <w:b/>
        </w:rPr>
        <w:t xml:space="preserve">[08:29] </w:t>
      </w:r>
      <w:r>
        <w:t>to jo zero tha, jab us se zero ijaad hone se pehle jo ginti thi India mein, woh yeh thi ke woh words the, kuch woh us ko kuch numerals ko represent karte the.</w:t>
      </w:r>
    </w:p>
    <w:p>
      <w:pPr>
        <w:jc w:val="right"/>
      </w:pPr>
      <w:r>
        <w:t>تو جو زیرو تھا، جب اس سے زیرو ایجاد ہونے سے پہلے جو گنتی تھی انڈیا میں، وہ یہ تھی کہ وہ ورڈز تھے، کچھ وہ اس کو کچھ نیومرلز کو ریپریزنٹ کرتے تھے۔</w:t>
      </w:r>
    </w:p>
    <w:p>
      <w:r>
        <w:rPr>
          <w:b/>
        </w:rPr>
        <w:t xml:space="preserve">[08:45] </w:t>
      </w:r>
      <w:r>
        <w:t>misal ke tor par saha sra one tha, ayota yeh tha ten tha, laksha one lakh, aur koti ten lakh.</w:t>
      </w:r>
    </w:p>
    <w:p>
      <w:pPr>
        <w:jc w:val="right"/>
      </w:pPr>
      <w:r>
        <w:t>مثال کے طور پر سہا سرا ون تھا، آیوتا یہ تھا ٹین تھا، لکشا ون لاکھ، اور کوٹی ٹین لاکھ۔</w:t>
      </w:r>
    </w:p>
    <w:p>
      <w:r>
        <w:rPr>
          <w:b/>
        </w:rPr>
        <w:t xml:space="preserve">[08:58] </w:t>
      </w:r>
      <w:r>
        <w:t>to aap samajh sakte hain ke yeh aise alfaaz ke sath maths ki to koi taraqqi ho hi nahi sakti. jab maths ki taraqqi nahi ho sakti to koi koi bhi progress aur development science ki field mein ho hi nahi sakta, kyunke science ki tamam taraqqiyan maths par based hain.</w:t>
      </w:r>
    </w:p>
    <w:p>
      <w:pPr>
        <w:jc w:val="right"/>
      </w:pPr>
      <w:r>
        <w:t>تو آپ سمجھ سکتے ہیں کہ یہ ایسے الفاظ کے ساتھ میتھس کی تو کوئی ترقی ہو ہی نہیں سکتی۔ جب میتھس کی ترقی نہیں ہو سکتی تو کوئی کوئی بھی پروگریس اور ڈیولپمنٹ سائنس کی فیلڈ میں ہو ہی نہیں سکتا، کیونکہ سائنس کی تمام ترقیاں میتھس پر بیسڈ ہیں۔</w:t>
      </w:r>
    </w:p>
    <w:p>
      <w:r>
        <w:rPr>
          <w:b/>
        </w:rPr>
        <w:t xml:space="preserve">[09:18] </w:t>
      </w:r>
      <w:r>
        <w:t>kisi ne sahi kaha hai ke god is the greatest mathematician. to us ke baghair koi kaam nahi ho sakta tha. aur na sirf yeh, balkeh Roman numeral mein bhi yahi tha.</w:t>
      </w:r>
    </w:p>
    <w:p>
      <w:pPr>
        <w:jc w:val="right"/>
      </w:pPr>
      <w:r>
        <w:t>کسی نے صحیح کہا ہے کہ گاڈ از دا گریٹسٹ میتھمیٹیشن۔ تو اس کے بغیر کوئی کام نہیں ہو سکتا تھا۔ اور نہ صرف یہ، بلکہ رومن نیومرل میں بھی یہی تھا۔</w:t>
      </w:r>
    </w:p>
    <w:p>
      <w:r>
        <w:rPr>
          <w:b/>
        </w:rPr>
        <w:t xml:space="preserve">[09:30] </w:t>
      </w:r>
      <w:r>
        <w:t>Roman numeral to wohi hain ke jaise L hai, L stands for fifty, X stands for ten.</w:t>
      </w:r>
    </w:p>
    <w:p>
      <w:pPr>
        <w:jc w:val="right"/>
      </w:pPr>
      <w:r>
        <w:t>رومن نیومرل تو وہی ہیں کہ جیسے ایل ہے، ایل سٹینڈز فار ففٹی، ایکس سٹینڈز فار ٹین۔</w:t>
      </w:r>
    </w:p>
    <w:p>
      <w:r>
        <w:rPr>
          <w:b/>
        </w:rPr>
        <w:t xml:space="preserve">[09:38] </w:t>
      </w:r>
      <w:r>
        <w:t>to agar hum ko 83 likhna hai to L likhenge, three times ten likhenge, phir one one jo woh hota hai, I woh likhenge to woh 83 banega.</w:t>
      </w:r>
    </w:p>
    <w:p>
      <w:pPr>
        <w:jc w:val="right"/>
      </w:pPr>
      <w:r>
        <w:t>تو اگر ہم کو 83 لکھنا ہے تو ایل لکھیں گے، تھری ٹائمز ٹین لکھیں گے، پھر ون ون جو وہ ہوتا ہے، ائی وہ لکھیں گے تو وہ 83 بنے گا۔</w:t>
      </w:r>
    </w:p>
    <w:p>
      <w:r>
        <w:rPr>
          <w:b/>
        </w:rPr>
        <w:t xml:space="preserve">[09:50] </w:t>
      </w:r>
      <w:r>
        <w:t>ab is mein aap koi bhi maths kaise kar sakte hain? to aik Wilfred Blund ne likha hai ke hamari jo ro taraqqiyan jo hazaron baras se ruki hui theen, us ka jo main reason tha, woh yahi tha hamare numerals ka qalamziness.</w:t>
      </w:r>
    </w:p>
    <w:p>
      <w:pPr>
        <w:jc w:val="right"/>
      </w:pPr>
      <w:r>
        <w:t>اب اس میں آپ کوئی بھی میتھس کیسے کر سکتے ہیں؟ تو ایک ولفرڈ بلنڈ نے لکھا ہے کہ ہماری جو رو ترقیاں جو ہزاروں برس سے رکی ہوئی تھیں، اس کا جو مین ریزن تھا، وہ یہی تھا ہمارے نیومرلز کا قلمزینس۔</w:t>
      </w:r>
    </w:p>
    <w:p>
      <w:r>
        <w:rPr>
          <w:b/>
        </w:rPr>
        <w:t xml:space="preserve">[10:05] </w:t>
      </w:r>
      <w:r>
        <w:t>matlab itne bekar numeral the ke us mein koi kaam nahi ho sakta tha. to Islam ne jo sab se bara kaam kiya ke aik mahol paida kiya, kyunke jo basic cheez thi ke Allah creator hai aur baqi tamam cheezen makhlooq hain, woh object of reverence nahi hain.</w:t>
      </w:r>
    </w:p>
    <w:p>
      <w:pPr>
        <w:jc w:val="right"/>
      </w:pPr>
      <w:r>
        <w:t>مطلب اتنے بیکار نیومرل تھے کہ اس میں کوئی کام نہیں ہو سکتا تھا۔ تو اسلام نے جو سب سے بڑا کام کیا کہ ایک ماحول پیدا کیا، کیونکہ جو بیسک چیز تھی کہ اللہ کریٹر ہے اور باقی تمام چیزیں مخلوق ہیں، وہ ابجیکٹ آف ریورنس نہیں ہیں۔</w:t>
      </w:r>
    </w:p>
    <w:p>
      <w:r>
        <w:rPr>
          <w:b/>
        </w:rPr>
        <w:t xml:space="preserve">[10:25] </w:t>
      </w:r>
      <w:r>
        <w:t>to us ki wajah se logon ne us ko har cheez ko samjha ke hum us par kaam kar sakte hain, us par research kar sakte hain, us mein development la sakte hain.</w:t>
      </w:r>
    </w:p>
    <w:p>
      <w:pPr>
        <w:jc w:val="right"/>
      </w:pPr>
      <w:r>
        <w:t>تو اس کی وجہ سے لوگوں نے اس کو ہر چیز کو سمجھا کہ ہم اس پر کام کر سکتے ہیں، اس پر ریسرچ کر سکتے ہیں، اس میں ڈیولپمنٹ لا سکتے ہیں۔</w:t>
      </w:r>
    </w:p>
    <w:p>
      <w:r>
        <w:rPr>
          <w:b/>
        </w:rPr>
        <w:t xml:space="preserve">[10:35] </w:t>
      </w:r>
      <w:r>
        <w:t>to yahi hua zero ke sath bhi. zero taqreeban do sau saal pehle ijaad hua tha, lekin is aik kothri mein samajh lijiye, kahin band almari mein rakha hua tha, us ko kisi ne accept hi nahi kiya.</w:t>
      </w:r>
    </w:p>
    <w:p>
      <w:pPr>
        <w:jc w:val="right"/>
      </w:pPr>
      <w:r>
        <w:t>تو یہی ہوا زیرو کے ساتھ بھی۔ زیرو تقریباً دو سو سال پہلے ایجاد ہوا تھا، لیکن اس ایک کوٹھری میں سمجھ لیجئے، کہیں بند الماری میں رکھا ہوا تھا، اس کو کسی نے ایکسیپٹ ہی نہیں کیا۔</w:t>
      </w:r>
    </w:p>
    <w:p>
      <w:r>
        <w:rPr>
          <w:b/>
        </w:rPr>
        <w:t xml:space="preserve">[10:48] </w:t>
      </w:r>
      <w:r>
        <w:t>to jab Abbasi saltanat qaim hui aur Khalifa Al-Mansur ne yeh aik Bait al-Hikmah qaim kiya, House of Wisdom, to Bait al-Hikmah ke tehat unhon ne tamam dunya ki kitaben jama keen translation ke liye.</w:t>
      </w:r>
    </w:p>
    <w:p>
      <w:pPr>
        <w:jc w:val="right"/>
      </w:pPr>
      <w:r>
        <w:t>تو جب عباسی سلطنت قائم ہوئی اور خلیفہ المنصور نے یہ ایک بیت الحکمہ قائم کیا، ہاؤس آف وزڈم، تو بیت الحکمہ کے تحت انہوں نے تمام دنیا کی کتابیں جمع کیں ٹرانسلیشن کے لیے۔</w:t>
      </w:r>
    </w:p>
    <w:p>
      <w:r>
        <w:rPr>
          <w:b/>
        </w:rPr>
        <w:t xml:space="preserve">[11:07] </w:t>
      </w:r>
      <w:r>
        <w:t>to har jagah unhon ne apne aadmi bheje ke tamam kitaben le aao, sab ka urdu mein tarjuma hoga, kyunke yahi pehla step hota hai taraqqi ka.</w:t>
      </w:r>
    </w:p>
    <w:p>
      <w:pPr>
        <w:jc w:val="right"/>
      </w:pPr>
      <w:r>
        <w:t>تو ہر جگہ انہوں نے اپنے آدمی بھیجے کہ تمام کتابیں لے آؤ، سب کا عربی میں ترجمہ ہوگا، کیونکہ یہی پہلا سٹیپ ہوتا ہے ترقی کا۔</w:t>
      </w:r>
    </w:p>
    <w:p>
      <w:r>
        <w:rPr>
          <w:b/>
        </w:rPr>
        <w:t xml:space="preserve">[11:17] </w:t>
      </w:r>
      <w:r>
        <w:t>to jab woh Rome gaya, un ka aadmi kitaben lane ke liye, to wahan ke church ka jo padre tha, us ne un kitabon ko jo falsafa waghera ki theen, woh sab unhon ne aik almari mein band kar ke lock and key mein rakhi hui theen.</w:t>
      </w:r>
    </w:p>
    <w:p>
      <w:pPr>
        <w:jc w:val="right"/>
      </w:pPr>
      <w:r>
        <w:t>تو جب وہ روم گیا، ان کا آدمی کتابیں لانے کے لیے، تو وہاں کے چرچ کا جو پادری تھا، اس نے ان کتابوں کو جو فلسفے وغیرہ کی تھیں، وہ سب انہوں نے ایک الماری میں بند کر کے لاک اینڈ کی میں رکھی ہوئی تھیں۔</w:t>
      </w:r>
    </w:p>
    <w:p>
      <w:r>
        <w:rPr>
          <w:b/>
        </w:rPr>
        <w:t xml:space="preserve">[11:32] </w:t>
      </w:r>
      <w:r>
        <w:t>woh woh samajhte the ke kitaben parh ke log bigad jayenge, deen se phir jayenge. to deen se nahi phir jayenge, balkeh jo bigda hua deen hai, jo be buniyad aqeeday deen ke mein introduce kar liye gaye hain, to us se phir jayenge.</w:t>
      </w:r>
    </w:p>
    <w:p>
      <w:pPr>
        <w:jc w:val="right"/>
      </w:pPr>
      <w:r>
        <w:t>وہ وہ سمجھتے تھے کہ کتابیں پڑھ کے لوگ بگڑ جائیں گے، دین سے پھر جائیں گے۔ تو دین سے نہیں پھر جائیں گے، بلکہ جو بگڑا ہوا دین ہے، جو بے بنیاد عقیدے دین کے میں انٹروڈیوس کر لیے گئے ہیں، تو اس سے پھر جائیں گے۔</w:t>
      </w:r>
    </w:p>
    <w:p>
      <w:r>
        <w:rPr>
          <w:b/>
        </w:rPr>
        <w:t xml:space="preserve">[11:49] </w:t>
      </w:r>
      <w:r>
        <w:t>to woh unhon ne bohat hi khushi se woh sari kitaben de deen ke jao, ab tum log bigadoge, koi kitaben le jao. to is tarike se sari kitaben tarjuma hoti raheen.</w:t>
      </w:r>
    </w:p>
    <w:p>
      <w:pPr>
        <w:jc w:val="right"/>
      </w:pPr>
      <w:r>
        <w:t>تو وہ انہوں نے بہت ہی خوشی سے وہ ساری کتابیں دے دیں کہ جاؤ، اب تم لوگ بگڑو گے، کوئی کتابیں لے جاؤ۔ تو اس طریقے سے ساری کتابیں ترجمہ ہوتی رہیں۔</w:t>
      </w:r>
    </w:p>
    <w:p>
      <w:r>
        <w:rPr>
          <w:b/>
        </w:rPr>
        <w:t xml:space="preserve">[12:00] </w:t>
      </w:r>
      <w:r>
        <w:t>to ab chunke islam ka jo empire tha, wo taqreeban poori aabad duniya mein tha, to kahin direct indirect har jagah musalmanon ka ghalba tha.</w:t>
      </w:r>
    </w:p>
    <w:p>
      <w:pPr>
        <w:jc w:val="right"/>
      </w:pPr>
      <w:r>
        <w:t>تو اب چونکہ اسلام کا جو ایمپائر تھا، وہ تقریباً پوری آباد دنیا میں تھا، تو کہیں ڈائریکٹ ان ڈائریکٹ ہر جگہ مسلمانوں کا غلبہ تھا۔</w:t>
      </w:r>
    </w:p>
    <w:p>
      <w:r>
        <w:rPr>
          <w:b/>
        </w:rPr>
        <w:t xml:space="preserve">[12:11] </w:t>
      </w:r>
      <w:r>
        <w:t>to jab unko pata chala ke ek aisa idara qaim hua hai jahan sari kitabon ke tarjume ho rahe hain, to yahan se bhi ek pandit jo hain, wo kitab lekar ke siddhanta aur ek aur maths par kitab thi.</w:t>
      </w:r>
    </w:p>
    <w:p>
      <w:pPr>
        <w:jc w:val="right"/>
      </w:pPr>
      <w:r>
        <w:t>تو جب ان کو پتہ چلا کہ ایک ایسا ادارہ قائم ہوا ہے جہاں ساری کتابوں کے ترجمے ہو رہے ہیں، تو یہاں سے بھی ایک پنڈت جو ہیں، وہ کتاب لے کر کے سدھانتا اور ایک اور میتھس پر کتاب تھی۔</w:t>
      </w:r>
    </w:p>
    <w:p>
      <w:r>
        <w:rPr>
          <w:b/>
        </w:rPr>
        <w:t xml:space="preserve">[12:30] </w:t>
      </w:r>
      <w:r>
        <w:t>do kitab lekar wo khalifa mansoor ke paas gaye, to khalifa mansoor ne is kitab ke tarjuma karwaya. phir bait al hikmat ka incharge ek bada mathematician tha, al khwarizmi,</w:t>
      </w:r>
    </w:p>
    <w:p>
      <w:pPr>
        <w:jc w:val="right"/>
      </w:pPr>
      <w:r>
        <w:t>دو کتاب لے کر وہ خلیفہ منصور کے پاس گئے، تو خلیفہ منصور نے اس کتاب کے ترجمہ کروایا۔ پھر بیت الحکمت کا انچارج ایک بڑا میتھمیٹیشن تھا، الخوارزمی،</w:t>
      </w:r>
    </w:p>
    <w:p>
      <w:r>
        <w:rPr>
          <w:b/>
        </w:rPr>
        <w:t xml:space="preserve">[12:45] </w:t>
      </w:r>
      <w:r>
        <w:t>to isi ke naam se algorithm hai maths mein. iska bahut zyada asar hai. to usne wo kitab ko wo padha, zero ka jo hai numeral, aur zero sirf wo ek one se nine tak ginti hai.</w:t>
      </w:r>
    </w:p>
    <w:p>
      <w:pPr>
        <w:jc w:val="right"/>
      </w:pPr>
      <w:r>
        <w:t>تو اسی کے نام سے الگوریدم ہے میتھس میں۔ اس کا بہت زیادہ اثر ہے۔ تو اس نے وہ کتاب کو وہ پڑھا، زیرو کا جو ہے نیومرل، اور زیرو صرف وہ ایک ون سے نائن تک گنتی ہے۔</w:t>
      </w:r>
    </w:p>
    <w:p>
      <w:r>
        <w:rPr>
          <w:b/>
        </w:rPr>
        <w:t xml:space="preserve">[13:02] </w:t>
      </w:r>
      <w:r>
        <w:t>is ke baad zero se aap bade se bada hisab kar sakte hain. to usko yeh bahut zyada fascinate laga, fascinating laga.</w:t>
      </w:r>
    </w:p>
    <w:p>
      <w:pPr>
        <w:jc w:val="right"/>
      </w:pPr>
      <w:r>
        <w:t>اس کے بعد زیرو سے آپ بڑے سے بڑا حساب کر سکتے ہیں۔ تو اس کو یہ بہت زیادہ فیسینیٹ لگا، فیسینیٹنگ لگا۔</w:t>
      </w:r>
    </w:p>
    <w:p>
      <w:r>
        <w:rPr>
          <w:b/>
        </w:rPr>
        <w:t xml:space="preserve">[13:11] </w:t>
      </w:r>
      <w:r>
        <w:t>phir usne is zero ko acceptance hasil karne ke liye ek bahut bada article likha, aur usko advocacy ki, iski ke zero ko accept kiya jaye, aur yeh bahut zyada jo hai mufeed hai, aur is se sari taraqqiyan hongi.</w:t>
      </w:r>
    </w:p>
    <w:p>
      <w:pPr>
        <w:jc w:val="right"/>
      </w:pPr>
      <w:r>
        <w:t>پھر اس نے اس زیرو کو ایکسیپٹنس حاصل کرنے کے لیے ایک بہت بڑا آرٹیکل لکھا، اور اس کو ایڈوکیسی کی، اس کی کہ زیرو کو ایکسیپٹ کیا جائے، اور یہ بہت زیادہ جو ہے مفید ہے، اور اس سے ساری ترقیاں ہوں گی۔</w:t>
      </w:r>
    </w:p>
    <w:p>
      <w:r>
        <w:rPr>
          <w:b/>
        </w:rPr>
        <w:t xml:space="preserve">[13:30] </w:t>
      </w:r>
      <w:r>
        <w:t>to is tarike se wo zero jo hai, aur poore arab duniya, jo arab duniya is waqt, matlab arab ka matlab muslim empire, to sari duniya mein zero phail gaya.</w:t>
      </w:r>
    </w:p>
    <w:p>
      <w:pPr>
        <w:jc w:val="right"/>
      </w:pPr>
      <w:r>
        <w:t>تو اس طریقے سے وہ زیرو جو ہے، اور پورے عرب دنیا، جو عرب دنیا اس وقت، مطلب عرب کا مطلب مسلم ایمپائر، تو ساری دنیا میں زیرو پھیل گیا۔</w:t>
      </w:r>
    </w:p>
    <w:p>
      <w:r>
        <w:rPr>
          <w:b/>
        </w:rPr>
        <w:t xml:space="preserve">[13:42] </w:t>
      </w:r>
      <w:r>
        <w:t>log is se kaam karne lage. to is ke baad jo hai, wahan par jab spain mein musalmanon ki hukumat qaim hui, to spain mein chunke spain europe ke paas tha, to wahan se log aane lage spain ki colleges aur universities mein taleem hasil karne ke liye.</w:t>
      </w:r>
    </w:p>
    <w:p>
      <w:pPr>
        <w:jc w:val="right"/>
      </w:pPr>
      <w:r>
        <w:t>لوگ اس سے کام کرنے لگے۔ تو اس کے بعد جو ہے، وہاں پر جب اسپین میں مسلمانوں کی حکومت قائم ہوئی، تو اسپین میں چونکہ اسپین یورپ کے پاس تھا، تو وہاں سے لوگ آنے لگے اسپین کی کالجز اور یونیورسٹیوں میں تعلیم حاصل کرنے کے لیے۔</w:t>
      </w:r>
    </w:p>
    <w:p>
      <w:r>
        <w:rPr>
          <w:b/>
        </w:rPr>
        <w:t xml:space="preserve">[14:02] </w:t>
      </w:r>
      <w:r>
        <w:t>to isi mein se ek leonardo tha. to leonardo ne bhi ek arab ustad se taleem hasil ki thi, aur aur phir usne wo al khwarizmi ki kitabein padhin, aur wo kitabein usko bhi bahut lagi ke bahut important hai yeh zero jo hai,</w:t>
      </w:r>
    </w:p>
    <w:p>
      <w:pPr>
        <w:jc w:val="right"/>
      </w:pPr>
      <w:r>
        <w:t>تو اسی میں سے ایک لیونارڈو تھا۔ تو لیونارڈو نے بھی ایک عرب استاد سے تعلیم حاصل کی تھی، اور اور پھر اس نے وہ الخوارزمی کی کتابیں پڑھیں، اور وہ کتابیں اس کو بھی بہت لگی کہ بہت امپورٹنٹ ہے یہ زیرو جو ہے،</w:t>
      </w:r>
    </w:p>
    <w:p>
      <w:r>
        <w:rPr>
          <w:b/>
        </w:rPr>
        <w:t xml:space="preserve">[14:21] </w:t>
      </w:r>
      <w:r>
        <w:t>to iska induction hona chahiye hamari taleem mein. to jab italy ke badshah ne is ke bare mein suna, to usne leonardo ko bulaya, kyunke wo sari kitabein padhe hue tha, aur wahi baatein karta tha.</w:t>
      </w:r>
    </w:p>
    <w:p>
      <w:pPr>
        <w:jc w:val="right"/>
      </w:pPr>
      <w:r>
        <w:t>تو اس کا انڈکشن ہونا چاہیے ہماری تعلیم میں۔ تو جب اٹلی کے بادشاہ نے اس کے بارے میں سنا، تو اس نے لیونارڈو کو بلایا، کیونکہ وہ ساری کتابیں پڑھے ہوئے تھا، اور وہی باتیں کرتا تھا۔</w:t>
      </w:r>
    </w:p>
    <w:p>
      <w:r>
        <w:rPr>
          <w:b/>
        </w:rPr>
        <w:t xml:space="preserve">[14:35] </w:t>
      </w:r>
      <w:r>
        <w:t>to badshah ko laga ke usko darrbar mein bulana chahiye, aur us se faida uthana chahiye. to bulaya us ko, aur uski bari abhigat kiya, aur is tarike se wo sari kitabein jo hain, wo italian zaban mein sari kitabein tarjuma huin.</w:t>
      </w:r>
    </w:p>
    <w:p>
      <w:pPr>
        <w:jc w:val="right"/>
      </w:pPr>
      <w:r>
        <w:t>تو بادشاہ کو لگا کہ اس کو دربار میں بلانا چاہیے، اور اس سے فائدہ اٹھانا چاہیے۔ تو بلایا اس کو، اور اس کی بڑی ابھگت کیا، اور اس طریقے سے وہ ساری کتابیں جو ہیں، وہ اٹالین زبان میں ساری کتابیں ترجمہ ہوئیں۔</w:t>
      </w:r>
    </w:p>
    <w:p>
      <w:r>
        <w:rPr>
          <w:b/>
        </w:rPr>
        <w:t xml:space="preserve">[14:51] </w:t>
      </w:r>
      <w:r>
        <w:t>kisi ne likha hai ke taqreeban teen sau kitabon ke tarjume hue. to is tarike se wo sara ilm jo musalmanon ne jama kiya tha, to wo sirf tarjume nahi the, balkeh is mein bahut kuch izafe the.</w:t>
      </w:r>
    </w:p>
    <w:p>
      <w:pPr>
        <w:jc w:val="right"/>
      </w:pPr>
      <w:r>
        <w:t>کسی نے لکھا ہے کہ تقریباً تین سو کتابوں کے ترجمے ہوئے۔ تو اس طریقے سے وہ سارا علم جو مسلمانوں نے جمع کیا تھا، تو وہ صرف ترجمے نہیں تھے، بلکہ اس میں بہت کچھ اضافے تھے۔</w:t>
      </w:r>
    </w:p>
    <w:p>
      <w:r>
        <w:rPr>
          <w:b/>
        </w:rPr>
        <w:t xml:space="preserve">[15:10] </w:t>
      </w:r>
      <w:r>
        <w:t>wo sab europe pahunch gaya, lekin is mein itna time lag gaya, do sau baras mein. to wo muslim period mein wahan pahuncha, baghdad pahuncha, baghdad se sari duniya mein pahuncha.</w:t>
      </w:r>
    </w:p>
    <w:p>
      <w:pPr>
        <w:jc w:val="right"/>
      </w:pPr>
      <w:r>
        <w:t>وہ سب یورپ پہنچ گیا، لیکن اس میں اتنا ٹائم لگ گیا، دو سو برس میں۔ تو وہ مسلم پیریڈ میں وہاں پہنچا، بغداد پہنچا، بغداد سے ساری دنیا میں پہنچا۔</w:t>
      </w:r>
    </w:p>
    <w:p>
      <w:r>
        <w:rPr>
          <w:b/>
        </w:rPr>
        <w:t xml:space="preserve">[15:23] </w:t>
      </w:r>
      <w:r>
        <w:t>is ke baad wo spain pahuncha. spain ki kitabein jab tarjuma huin, aur europe mein logon ne us ko padha, to is mein paanch sau saal lag gaye.</w:t>
      </w:r>
    </w:p>
    <w:p>
      <w:pPr>
        <w:jc w:val="right"/>
      </w:pPr>
      <w:r>
        <w:t>اس کے بعد وہ اسپین پہنچا۔ اسپین کی کتابیں جب ترجمہ ہوئیں، اور یورپ میں لوگوں نے اس کو پڑھا، تو اس میں پانچ سو سال لگ گئے۔</w:t>
      </w:r>
    </w:p>
    <w:p>
      <w:r>
        <w:rPr>
          <w:b/>
        </w:rPr>
        <w:t xml:space="preserve">[15:34] </w:t>
      </w:r>
      <w:r>
        <w:t>to agar yeh, yeh agar yeh zero time se logon tak pahunch jata, to hamari jo taraqqiyan hain, wo paanch sau saal pehle ho jati.</w:t>
      </w:r>
    </w:p>
    <w:p>
      <w:pPr>
        <w:jc w:val="right"/>
      </w:pPr>
      <w:r>
        <w:t>تو اگر یہ، یہ اگر یہ زیرو ٹائم سے لوگوں تک پہنچ جاتا، تو ہماری جو ترقیاں ہیں، وہ پانچ سو سال پہلے ہو جاتیں۔</w:t>
      </w:r>
    </w:p>
    <w:p>
      <w:r>
        <w:rPr>
          <w:b/>
        </w:rPr>
        <w:t xml:space="preserve">[15:45] </w:t>
      </w:r>
      <w:r>
        <w:t>to taqaddus ka jo reverence ka jo sacredness ka jo nazariya tha, us se logon ko bahut faide jud gaye the.</w:t>
      </w:r>
    </w:p>
    <w:p>
      <w:pPr>
        <w:jc w:val="right"/>
      </w:pPr>
      <w:r>
        <w:t>تو تقدس کا جو ریورنس کا جو سیکریٹنس کا جو نظریہ تھا، اس سے لوگوں کو بہت فائدے جڑ گئے تھے۔</w:t>
      </w:r>
    </w:p>
    <w:p>
      <w:r>
        <w:rPr>
          <w:b/>
        </w:rPr>
        <w:t xml:space="preserve">[15:53] </w:t>
      </w:r>
      <w:r>
        <w:t>asal mein ab misal ke taur par jo religious leaders the, to unki hegemony qaim ho gayi thi, unka ghalba qaim ho gaya tha.</w:t>
      </w:r>
    </w:p>
    <w:p>
      <w:pPr>
        <w:jc w:val="right"/>
      </w:pPr>
      <w:r>
        <w:t>اصل میں اب مثال کے طور پر جو ریلیجس لیڈرز تھے، تو ان کی ہیجیمنی قائم ہو گئی تھی، ان کا غلبہ قائم ہو گیا تھا۔</w:t>
      </w:r>
    </w:p>
    <w:p>
      <w:r>
        <w:rPr>
          <w:b/>
        </w:rPr>
        <w:t xml:space="preserve">[16:02] </w:t>
      </w:r>
      <w:r>
        <w:t>tamam awam jo hain, unke under mein the, kyunke wo apne aap ko khuda ka representative mante the. to wo ek ek qism ka, wo ek intermediary ban gaye the, intermediary between god and man.</w:t>
      </w:r>
    </w:p>
    <w:p>
      <w:pPr>
        <w:jc w:val="right"/>
      </w:pPr>
      <w:r>
        <w:t>تمام عوام جو ہیں، ان کے انڈر میں تھے، کیونکہ وہ اپنے آپ کو خدا کا ریپریزنٹیٹیو مانتے تھے۔ تو وہ ایک ایک قسم کا، وہ ایک انٹرمیڈیری بن گئے تھے، انٹرمیڈیری بٹوین گاڈ اینڈ مین۔</w:t>
      </w:r>
    </w:p>
    <w:p>
      <w:r>
        <w:rPr>
          <w:b/>
        </w:rPr>
        <w:t xml:space="preserve">[16:20] </w:t>
      </w:r>
      <w:r>
        <w:t>to is tarike se unka jo hai, itna zyada ghalba tha ke koi unke khilaf kuch bol nahi sakta tha. phir is ke baad wo apne power ka, apni daulat ka, daulat bahut jama ho gayi thi, to uska misuse karte the.</w:t>
      </w:r>
    </w:p>
    <w:p>
      <w:pPr>
        <w:jc w:val="right"/>
      </w:pPr>
      <w:r>
        <w:t>تو اس طریقے سے ان کا جو ہے، اتنا زیادہ غلبہ تھا کہ کوئی ان کے خلاف کچھ بول نہیں سکتا تھا۔ پھر اس کے بعد وہ اپنے پاور کا، اپنی دولت کا، دولت بہت جمع ہو گئی تھی، تو اس کا مس یوز کرتے تھے۔</w:t>
      </w:r>
    </w:p>
    <w:p>
      <w:r>
        <w:rPr>
          <w:b/>
        </w:rPr>
        <w:t xml:space="preserve">[16:36] </w:t>
      </w:r>
      <w:r>
        <w:t>ab badshahon ke liye bhi wahi tha ke wo god king ban gaye the, khuda ke representative ban gaye the, kyunke har badi cheez ko awam puchte the.</w:t>
      </w:r>
    </w:p>
    <w:p>
      <w:pPr>
        <w:jc w:val="right"/>
      </w:pPr>
      <w:r>
        <w:t>اب بادشاہوں کے لیے بھی وہی تھا کہ وہ گاڈ کنگ بن گئے تھے، خدا کے ریپریزنٹیٹیو بن گئے تھے، کیونکہ ہر بڑی چیز کو عوام پوچھتے تھے۔</w:t>
      </w:r>
    </w:p>
    <w:p>
      <w:r>
        <w:rPr>
          <w:b/>
        </w:rPr>
        <w:t xml:space="preserve">[16:46] </w:t>
      </w:r>
      <w:r>
        <w:t>to wo to bade lagte hi the, dekhne mein wahi shaan o shaukat se rehte the. iska aap dekhenge quran mein hai, jab firon ne hazrat musa se kaha tha: "ana rabbukum al a'la, main tumhara rab hoon".</w:t>
      </w:r>
    </w:p>
    <w:p>
      <w:pPr>
        <w:jc w:val="right"/>
      </w:pPr>
      <w:r>
        <w:t>تو وہ تو بڑے لگتے ہی تھے، دیکھنے میں وہی شان و شوکت سے رہتے تھے۔ اس کا آپ دیکھیں گے قرآن میں ہے، جب فرعون نے حضرت موسیٰ سے کہا تھا: "انا ربکم الاعلی، میں تمہارا رب ہوں"۔</w:t>
      </w:r>
    </w:p>
    <w:p>
      <w:r>
        <w:rPr>
          <w:b/>
        </w:rPr>
        <w:t xml:space="preserve">[17:00] </w:t>
      </w:r>
      <w:r>
        <w:t>to yeh wahi haal hua jo ek saying hai ke power corrupts and absolute power corrupts absolutely. to in logon ne bilkul hi corruption phaila rakha tha, kyunke in logon ke khilaf koi awaaz nahi uthti thi.</w:t>
      </w:r>
    </w:p>
    <w:p>
      <w:pPr>
        <w:jc w:val="right"/>
      </w:pPr>
      <w:r>
        <w:t>تو یہ وہی حال ہوا جو ایک سینگ ہے کہ پاور کرپٹس اینڈ ایبسولیوٹ پاور کرپٹس ایبسولیوٹلی۔ تو ان لوگوں نے بالکل ہی کرپشن پھیلا رکھا تھا، کیونکہ ان لوگوں کے خلاف کوئی آواز نہیں اٹھتی تھی۔</w:t>
      </w:r>
    </w:p>
    <w:p>
      <w:r>
        <w:rPr>
          <w:b/>
        </w:rPr>
        <w:t xml:space="preserve">[17:16] </w:t>
      </w:r>
      <w:r>
        <w:t>awam ke andar koi azadi nahi thi, unke andar equality nahi thi. sab kuch jo tha, wo elite class ke paas tha. to yeh jo nexus tha mazhabi peshwa aur badshahon ka, is ki wajah se inko zero nahi kiya ja pa raha tha.</w:t>
      </w:r>
    </w:p>
    <w:p>
      <w:pPr>
        <w:jc w:val="right"/>
      </w:pPr>
      <w:r>
        <w:t>عوام کے اندر کوئی آزادی نہیں تھی، ان کے اندر ایکوالٹی نہیں تھی۔ سب کچھ جو تھا، وہ ایلیٹ کلاس کے پاس تھا۔ تو یہ جو نیکسس تھا مذہبی پیشوا اور بادشاہوں کا، اس کی وجہ سے ان کو زیر نہیں کیا جا پا رہا تھا۔</w:t>
      </w:r>
    </w:p>
    <w:p>
      <w:r>
        <w:rPr>
          <w:b/>
        </w:rPr>
        <w:t xml:space="preserve">[17:31] </w:t>
      </w:r>
      <w:r>
        <w:t>aur ek poori poori empire, sassanid empire, roman empire, to yeh sari empires inki support par qaim thin, aur koi inka kuch kar nahi sakta tha.</w:t>
      </w:r>
    </w:p>
    <w:p>
      <w:pPr>
        <w:jc w:val="right"/>
      </w:pPr>
      <w:r>
        <w:t>اور ایک پوری پوری ایمپائر، سیسینیڈ ایمپائر، رومن ایمپائر، تو یہ ساری ایمپائرز ان کی سپورٹ پر قائم تھیں، اور کوئی ان کا کچھ کر نہیں سکتا تھا۔</w:t>
      </w:r>
    </w:p>
    <w:p>
      <w:r>
        <w:rPr>
          <w:b/>
        </w:rPr>
        <w:t xml:space="preserve">[17:42] </w:t>
      </w:r>
      <w:r>
        <w:t>jo jangain huin islam mein, to wo wahi isi liye huin ke yeh empire ko toda jaye, taake yeh jo mazhabi logon ne rasta band kar rakha hai, bilkul taraqqiyon ka, wo rasta khule, aur awam tak jo benefits hain, jo blessings hain, khuda ke mazhab ki, khuda ke tauheed ke concept ki, wo tamam duniya tak pahunche.</w:t>
      </w:r>
    </w:p>
    <w:p>
      <w:pPr>
        <w:jc w:val="right"/>
      </w:pPr>
      <w:r>
        <w:t>جو جنگیں ہوئیں اسلام میں، تو وہ وہی اسی لیے ہوئیں کہ یہ ایمپائر کو توڑا جائے، تاکہ یہ جو مذہبی لوگوں نے راستہ بند کر رکھا ہے، بالکل ترقیوں کا، وہ راستہ کھلے، اور عوام تک جو بینیفٹس ہیں، جو بلیسنگز ہیں، خدا کے مذہب کی، خدا کے توحید کے کانسیپٹ کی، وہ تمام دنیا تک پہنچ جائے۔</w:t>
      </w:r>
    </w:p>
    <w:p>
      <w:r>
        <w:rPr>
          <w:b/>
        </w:rPr>
        <w:t xml:space="preserve">[18:09] </w:t>
      </w:r>
      <w:r>
        <w:t>to yahi dono empire jo theen, woh bilkul road block ki tarah kaam kar rahi theen, kuch bhi karne nahi de deti theen awam ko. religious prosecution tha, koi bhi na mazhab ki field mein koi kuch kaam kar sakta tha, bas jo state religion tha, bas usi par chalna tha.</w:t>
      </w:r>
    </w:p>
    <w:p>
      <w:pPr>
        <w:jc w:val="right"/>
      </w:pPr>
      <w:r>
        <w:t>تو یہی دونوں ایمپائر جو تھیں، وہ بالکل روڈ بلاک کی طرح کام کر رہی تھیں، کچھ بھی کرنے نہیں دے دیتی تھیں عوام کو۔ ریلیجس پرزیکیوشن تھا، کوئی بھی نہ مذہب کی فیلڈ میں کوئی کچھ کام کر سکتا تھا، بس جو اسٹیٹ ریلیجن تھا، بس اسی پر چلنا تھا۔</w:t>
      </w:r>
    </w:p>
    <w:p>
      <w:r>
        <w:rPr>
          <w:b/>
        </w:rPr>
        <w:t xml:space="preserve">[18:27] </w:t>
      </w:r>
      <w:r>
        <w:t>na science mein koi taraqqi ho sakti thi. to is tareeqay se taqreeban hazar baras tak log jo hain, bilkul hi isi halat mein rahe ke chand logon ke paas power tha, paisa tha, aur baqi tamam log ghareeb the.</w:t>
      </w:r>
    </w:p>
    <w:p>
      <w:pPr>
        <w:jc w:val="right"/>
      </w:pPr>
      <w:r>
        <w:t>نہ سائنس میں کوئی ترقی ہو سکتی تھی۔ تو اس طریقے سے تقریباً ہزار برس تک لوگ جو ہیں، بالکل ہی اسی حالت میں رہے کہ چند لوگوں کے پاس پاور تھا، پیسہ تھا، اور باقی تمام لوگ غریب تھے۔</w:t>
      </w:r>
    </w:p>
    <w:p>
      <w:r>
        <w:rPr>
          <w:b/>
        </w:rPr>
        <w:t xml:space="preserve">[18:48] </w:t>
      </w:r>
      <w:r>
        <w:t>to is ka ek misaal hum church ka dete hain ke pehle qadeem zamanay mein do theory chalti thi, ek geo centric aur ek helio centric.</w:t>
      </w:r>
    </w:p>
    <w:p>
      <w:pPr>
        <w:jc w:val="right"/>
      </w:pPr>
      <w:r>
        <w:t>تو اس کا ایک مثال ہم چرچ کا دیتے ہیں کہ پہلے قدیم زمانے میں دو تھیوری چلتی تھی، ایک جیو سینٹرک اور ایک ہیلیو سینٹرک۔</w:t>
      </w:r>
    </w:p>
    <w:p>
      <w:r>
        <w:rPr>
          <w:b/>
        </w:rPr>
        <w:t xml:space="preserve">[19:00] </w:t>
      </w:r>
      <w:r>
        <w:t>to geo centric theory jo thi, jo Ptolemy ne banai thi, jo un ka nazariya, to wahi jo hai, woh ghalib aa gaya, kyunke woh church ke liye woh bohat faida mand tha, favorable tha.</w:t>
      </w:r>
    </w:p>
    <w:p>
      <w:pPr>
        <w:jc w:val="right"/>
      </w:pPr>
      <w:r>
        <w:t>تو جیو سینٹرک تھیوری جو تھی، جو ٹالمی نے بنائی تھی، جو ان کا نظریہ، تو وہی جو ہے، وہ غالب آ گیا، کیونکہ وہ چرچ کے لیے وہ بہت فائدہ مند تھا، فیوریبل تھا۔</w:t>
      </w:r>
    </w:p>
    <w:p>
      <w:r>
        <w:rPr>
          <w:b/>
        </w:rPr>
        <w:t xml:space="preserve">[19:14] </w:t>
      </w:r>
      <w:r>
        <w:t>asal mein church ka jo nazariya tha, dekhiye, bible mein yeh nazariya nahi hai, lekin church ne kuch nazariye bana rakhe the, to woh is se woh takrata tha.</w:t>
      </w:r>
    </w:p>
    <w:p>
      <w:pPr>
        <w:jc w:val="right"/>
      </w:pPr>
      <w:r>
        <w:t>اصل میں چرچ کا جو نظریہ تھا، دیکھیے، بائبل میں یہ نظریہ نہیں ہے، لیکن چرچ نے کچھ نظریے بنا رکھے تھے، تو وہ اس سے وہ ٹکراتا تھا۔</w:t>
      </w:r>
    </w:p>
    <w:p>
      <w:r>
        <w:rPr>
          <w:b/>
        </w:rPr>
        <w:t xml:space="preserve">[19:25] </w:t>
      </w:r>
      <w:r>
        <w:t>to jo helio centric theory thi, helio centric yani sun jo hai, is ke gird tamam planets, earth samait, ghoom rahe hain, aur geo centric mein zameen center mein hai, baqi tamam planets sun samait, is ke gird ghoom rahe hain.</w:t>
      </w:r>
    </w:p>
    <w:p>
      <w:pPr>
        <w:jc w:val="right"/>
      </w:pPr>
      <w:r>
        <w:t>تو جو ہیلیو سینٹرک تھیوری تھی، ہیلیو سینٹرک یعنی سن جو ہے، اس کے گرد تمام پلینٹس، ارتھ سمیت، گھوم رہے ہیں، اور جیو سینٹرک میں زمین سینٹر میں ہے، باقی تمام پلینٹس سن سمیت، اس کے گرد گھوم رہے ہیں۔</w:t>
      </w:r>
    </w:p>
    <w:p>
      <w:r>
        <w:rPr>
          <w:b/>
        </w:rPr>
        <w:t xml:space="preserve">[19:45] </w:t>
      </w:r>
      <w:r>
        <w:t>to jo church tha, us ko yeh cheez zyada favorable lagi ke earth should be at the center, kyunke Christ was born in earth, to earth must be a very very important place ke earth mein itna bara waqea pesh aaya, aur Christ jo hain, woh unhon ne tamam insaniyat ka kaffara ada kiya.</w:t>
      </w:r>
    </w:p>
    <w:p>
      <w:pPr>
        <w:jc w:val="right"/>
      </w:pPr>
      <w:r>
        <w:t>تو جو چرچ تھا، اس کو یہ چیز زیادہ فیوریبل لگی کہ ارتھ شوڈ بی ایٹ دا سینٹر، کیونکہ کرائسٹ واز بورن ان ارتھ، تو ارتھ مسٹ بی ا ویری ویری امپورٹنٹ پلیس کہ ارتھ میں اتنا بڑا واقعہ پیش آیا، اور کرائسٹ جو ہیں، وہ انہوں نے تمام انسانیت کا کفارہ ادا کیا۔</w:t>
      </w:r>
    </w:p>
    <w:p>
      <w:r>
        <w:rPr>
          <w:b/>
        </w:rPr>
        <w:t xml:space="preserve">[20:11] </w:t>
      </w:r>
      <w:r>
        <w:t>to un ka yeh aqeeda tha ke Hazrat Adam ne jo gunah kiya, woh Hazrat Adam na maaf hue, na jo bhi bachcha paida hota hai, woh tamam ke tamam log jo hain, tamam bachche jo hain, gunahgar hote hain.</w:t>
      </w:r>
    </w:p>
    <w:p>
      <w:pPr>
        <w:jc w:val="right"/>
      </w:pPr>
      <w:r>
        <w:t>تو ان کا یہ عقیدہ تھا کہ حضرت آدم نے جو گناہ کیا، وہ حضرت آدم نہ معاف ہوئے، نہ جو بھی بچہ پیدا ہوتا ہے، وہ تمام کے تمام لوگ جو ہیں، تمام بچے جو ہیں، گنہگار ہوتے ہیں۔</w:t>
      </w:r>
    </w:p>
    <w:p>
      <w:r>
        <w:rPr>
          <w:b/>
        </w:rPr>
        <w:t xml:space="preserve">[20:28] </w:t>
      </w:r>
      <w:r>
        <w:t>isi liye isaiyon mein jaise koi bachcha hota hai, us ko foran ek do din ke andar hi andar us ko church le jaate hain, kuch ras ras mein ada karta hai padre, to is tareeqay se woh sin ko absolve karta hai.</w:t>
      </w:r>
    </w:p>
    <w:p>
      <w:pPr>
        <w:jc w:val="right"/>
      </w:pPr>
      <w:r>
        <w:t>اسی لیے عیسائیوں میں جیسے کوئی بچہ ہوتا ہے، اس کو فوراً ایک دو دن کے اندر ہی اندر اس کو چرچ لے جاتے ہیں، کچھ رس رس میں ادا کرتا ہے پادری، تو اس طریقے سے وہ سین کو ابسولو کرتا ہے۔</w:t>
      </w:r>
    </w:p>
    <w:p>
      <w:r>
        <w:rPr>
          <w:b/>
        </w:rPr>
        <w:t xml:space="preserve">[20:44] </w:t>
      </w:r>
      <w:r>
        <w:t>to is tareeqay se un ka jo yeh aqeeda tha, us ke liye woh jo hai geo centric theory bohat hi bohat hi mufeed matlab thi.</w:t>
      </w:r>
    </w:p>
    <w:p>
      <w:pPr>
        <w:jc w:val="right"/>
      </w:pPr>
      <w:r>
        <w:t>تو اس طریقے سے ان کا جو یہ عقیدہ تھا، اس کے لیے وہ جو ہے جیو سینٹرک تھیوری بہت ہی بہت ہی مفید مطلب تھی۔</w:t>
      </w:r>
    </w:p>
    <w:p>
      <w:r>
        <w:rPr>
          <w:b/>
        </w:rPr>
        <w:t xml:space="preserve">[20:52] </w:t>
      </w:r>
      <w:r>
        <w:t>is se kya hota tha ke earth is at the center of the of the solar system of the universe. to is tareeqay se woh un ke aqeeday ko bohat taqviyat milti thi.</w:t>
      </w:r>
    </w:p>
    <w:p>
      <w:pPr>
        <w:jc w:val="right"/>
      </w:pPr>
      <w:r>
        <w:t>اس سے کیا ہوتا تھا کہ ارتھ از ایٹ دا سینٹر اف دا اف دا سولر سسٹم اف دا یونیورس۔ تو اس طریقے سے وہ ان کے عقیدے کو بہت تقویت ملتی تھی۔</w:t>
      </w:r>
    </w:p>
    <w:p>
      <w:r>
        <w:rPr>
          <w:b/>
        </w:rPr>
        <w:t xml:space="preserve">[21:05] </w:t>
      </w:r>
      <w:r>
        <w:t>to is liye woh jahan koi science ki discoveries hotin, woh bhi science ki discoveries theen. helio centric theory to woh bohat hi sakhti se zulm karte the, aur bohat hi logon ko phansi di gayi, bohat logon ko sazaein di gayeen.</w:t>
      </w:r>
    </w:p>
    <w:p>
      <w:pPr>
        <w:jc w:val="right"/>
      </w:pPr>
      <w:r>
        <w:t>تو اس لیے وہ جہاں کوئی سائنس کی ڈسکوریز ہوتیں، وہ بھی سائنس کی ڈسکوریز تھیں۔ ہیلیو سینٹرک تھیوری تو وہ بہت ہی سختی سے ظلم کرتے تھے، اور بہت ہی لوگوں کو پھانسی دی گئی، بہت لوگوں کو سزائیں دی گئیں۔</w:t>
      </w:r>
    </w:p>
    <w:p>
      <w:r>
        <w:rPr>
          <w:b/>
        </w:rPr>
        <w:t xml:space="preserve">[21:20] </w:t>
      </w:r>
      <w:r>
        <w:t>yahan tak ke Galileo jis ne telescope banaya, aur us ne tamam cheezon ko telescope se dekha, aur us ne sab bataya ke earth jo hai, woh sun sun ke charon taraf revolve kar rahi hai.</w:t>
      </w:r>
    </w:p>
    <w:p>
      <w:pPr>
        <w:jc w:val="right"/>
      </w:pPr>
      <w:r>
        <w:t>یہاں تک کہ گلیلیو جس نے ٹیلیسکوپ بنایا، اور اس نے تمام چیزوں کو ٹیلیسکوپ سے دیکھا، اور اس نے سب بتایا کہ ارتھ جو ہے، وہ سن سن کے چاروں طرف ریوالو کر رہی ہے۔</w:t>
      </w:r>
    </w:p>
    <w:p>
      <w:r>
        <w:rPr>
          <w:b/>
        </w:rPr>
        <w:t xml:space="preserve">[21:35] </w:t>
      </w:r>
      <w:r>
        <w:t>to un ko Galileo ko bhi saza di gayi, us ko bulaya gaya, us ko ke maafi maange church mein. to church to Galileo jo apni jaan bachane ke liye us ne church mein ja ke kaha,</w:t>
      </w:r>
    </w:p>
    <w:p>
      <w:pPr>
        <w:jc w:val="right"/>
      </w:pPr>
      <w:r>
        <w:t>تو ان کو گلیلیو کو بھی سزا دی گئی، اس کو بلایا گیا، اس کو کہ معافی مانگے چرچ میں۔ تو چرچ تو گلیلیو جو اپنی جان بچانے کے لیے اس نے چرچ میں جا کے کہا،</w:t>
      </w:r>
    </w:p>
    <w:p>
      <w:r>
        <w:rPr>
          <w:b/>
        </w:rPr>
        <w:t xml:space="preserve">[21:49] </w:t>
      </w:r>
      <w:r>
        <w:t>jo jury qaim thi, ja ke kaha ke sun revolves around the earth. lekin jab woh bahar nikla to us ne kaha ke the earth still revolves around the sun.</w:t>
      </w:r>
    </w:p>
    <w:p>
      <w:pPr>
        <w:jc w:val="right"/>
      </w:pPr>
      <w:r>
        <w:t>جو جیوری قائم تھی، جا کے کہا کہ سن ریوالوز اراؤنڈ دا ارتھ۔ لیکن جب وہ باہر نکلا تو اس نے کہا کہ دا ارتھ سٹل ریوالوز اراؤنڈ دا سن۔</w:t>
      </w:r>
    </w:p>
    <w:p>
      <w:r>
        <w:rPr>
          <w:b/>
        </w:rPr>
        <w:t xml:space="preserve">[22:04] </w:t>
      </w:r>
      <w:r>
        <w:t>to yeh tha ke kisi ko bhi bakhsha nahi jata tha, koi bara ho chota ho, is se koi matlab nahi tha. to yahi sab baatein theen jin ki wajah se koi taraqqi nahi ho rahi thi, aur education bhi elite ke class ke liye tha ke education sirf sirf clergy ke liye tha, aur royal class ya kuch bare logon ke liye tha, ya aam awam ke liye education thi hi nahi.</w:t>
      </w:r>
    </w:p>
    <w:p>
      <w:pPr>
        <w:jc w:val="right"/>
      </w:pPr>
      <w:r>
        <w:t>تو یہ تھا کہ کسی کو بھی بخشا نہیں جاتا تھا، کوئی بڑا ہو چھوٹا ہو، اس سے کوئی مطلب نہیں تھا۔ تو یہی سب باتیں تھیں جن کی وجہ سے کوئی ترقی نہیں ہو رہی تھی، اور ایجوکیشن بھی ایلیٹ کے کلاس کے لیے تھا کہ ایجوکیشن صرف صرف کلرجی کے لیے تھا، اور رائل کلاس یا کچھ بڑے لوگوں کے لیے تھا، یا عام عوام کے لیے ایجوکیشن تھی ہی نہیں۔</w:t>
      </w:r>
    </w:p>
    <w:p>
      <w:r>
        <w:rPr>
          <w:b/>
        </w:rPr>
        <w:t xml:space="preserve">[22:30] </w:t>
      </w:r>
      <w:r>
        <w:t>to awam kuch jante hi nahi the ke mazhabi aasmani kitabon mein kya likha hua hai, jo un ke jo priest kehte the, woh aankh band kar ke blind faith mein woh maan lete the.</w:t>
      </w:r>
    </w:p>
    <w:p>
      <w:pPr>
        <w:jc w:val="right"/>
      </w:pPr>
      <w:r>
        <w:t>تو عوام کچھ جانتے ہی نہیں تھے کہ مذہبی آسمانی کتابوں میں کیا لکھا ہوا ہے، جو ان کے جو پریسٹ کہتے تھے، وہ آنکھ بند کر کے بلائنڈ فیتھ میں وہ مان لیتے تھے۔</w:t>
      </w:r>
    </w:p>
    <w:p>
      <w:r>
        <w:rPr>
          <w:b/>
        </w:rPr>
        <w:t xml:space="preserve">[22:42] </w:t>
      </w:r>
      <w:r>
        <w:t>equality to thi hi nahi ke woh kuch sochte ke hum bhi kuch bol sakte hain. to is tareeqay se na dunya mein religious freedom thi, na intellectual freedom thi.</w:t>
      </w:r>
    </w:p>
    <w:p>
      <w:pPr>
        <w:jc w:val="right"/>
      </w:pPr>
      <w:r>
        <w:t>ایکوالٹی تو تھی ہی نہیں کہ وہ کچھ سوچتے کہ ہم بھی کچھ بول سکتے ہیں۔ تو اس طریقے سے نہ دنیا میں ریلیجس فریڈم تھی، نہ انٹلیکچول فریڈم تھی۔</w:t>
      </w:r>
    </w:p>
    <w:p>
      <w:r>
        <w:rPr>
          <w:b/>
        </w:rPr>
        <w:t xml:space="preserve">[22:55] </w:t>
      </w:r>
      <w:r>
        <w:t>to yeh jo hai, is ki wajah se koi bhi taraqqi nahi ho rahi thi. to Islam ne jo hai, kaha jata hai ke Renaissance se taraqqiyan huin.</w:t>
      </w:r>
    </w:p>
    <w:p>
      <w:pPr>
        <w:jc w:val="right"/>
      </w:pPr>
      <w:r>
        <w:t>تو یہ جو ہے، اس کی وجہ سے کوئی بھی ترقی نہیں ہو رہی تھی۔ تو اسلام نے جو ہے، کہا جاتا ہے کہ رینیساں سے ترقیاں ہوئیں۔</w:t>
      </w:r>
    </w:p>
    <w:p>
      <w:r>
        <w:rPr>
          <w:b/>
        </w:rPr>
        <w:t xml:space="preserve">[23:08] </w:t>
      </w:r>
      <w:r>
        <w:t>sari taraqqi ko Renaissance se attribute karte hain, halanke yeh bilkul galat hai, kyunke Renaissance jo hua, woh Greek jo sciences aur arts the, us ka revival tha.</w:t>
      </w:r>
    </w:p>
    <w:p>
      <w:pPr>
        <w:jc w:val="right"/>
      </w:pPr>
      <w:r>
        <w:t>ساری ترقی کو رینیساں سے ایٹریبیوٹ کرتے ہیں، حالانکہ یہ بالکل غلط ہے، کیونکہ رینیساں جو ہوا، وہ گریک جو سائنسز اور آرٹس تھے، اس کا ریوائیول تھا۔</w:t>
      </w:r>
    </w:p>
    <w:p>
      <w:r>
        <w:rPr>
          <w:b/>
        </w:rPr>
        <w:t xml:space="preserve">[23:21] </w:t>
      </w:r>
      <w:r>
        <w:t>to wahan par to arts aur philosophy mein kaam hua tha, science mein to kuch kaam hi nahi hua tha. to taraqqiyan kaise hotin?</w:t>
      </w:r>
    </w:p>
    <w:p>
      <w:pPr>
        <w:jc w:val="right"/>
      </w:pPr>
      <w:r>
        <w:t>تو وہاں پر تو آرٹس اور فلسفے میں کام ہوا تھا، سائنس میں تو کچھ کام ہی نہیں ہوا تھا۔ تو ترقیاں کیسے ہوتیں؟</w:t>
      </w:r>
    </w:p>
    <w:p>
      <w:r>
        <w:rPr>
          <w:b/>
        </w:rPr>
        <w:t xml:space="preserve">[23:31] </w:t>
      </w:r>
      <w:r>
        <w:t>to kyunke wahan par science, woh zamana aisa tha ke science par koi agar kaam karta to woh us ko bilkul khatam kar diya jata tha.</w:t>
      </w:r>
    </w:p>
    <w:p>
      <w:pPr>
        <w:jc w:val="right"/>
      </w:pPr>
      <w:r>
        <w:t>تو کیونکہ وہاں پر سائنس، وہ زمانہ ایسا تھا کہ سائنس پر کوئی اگر کام کرتا تو وہ اس کو بالکل ختم کر دیا جاتا تھا۔</w:t>
      </w:r>
    </w:p>
    <w:p>
      <w:r>
        <w:rPr>
          <w:b/>
        </w:rPr>
        <w:t xml:space="preserve">[23:43] </w:t>
      </w:r>
      <w:r>
        <w:t>jaise Archimedes tha, kehte hain ke woh mathematician tha, to woh reit par koi sawal hal kar raha tha, to har cheez ko bid'at samajhte the, innovation samajhte the.</w:t>
      </w:r>
    </w:p>
    <w:p>
      <w:pPr>
        <w:jc w:val="right"/>
      </w:pPr>
      <w:r>
        <w:t>جیسے آرکمیڈیز تھا، کہتے ہیں کہ وہ میتھمیٹیشن تھا، تو وہ ریت پر کوئی سوال حل کر رہا تھا، تو ہر چیز کو بدعت سمجھتے تھے، انویشن سمجھتے تھے۔</w:t>
      </w:r>
    </w:p>
    <w:p>
      <w:r>
        <w:rPr>
          <w:b/>
        </w:rPr>
        <w:t xml:space="preserve">[23:56] </w:t>
      </w:r>
      <w:r>
        <w:t>to us ko ek Roman fauji ne us ko wahin maar diya, itne bare bare logon ko. to kuch infiradi taur par individuals aap ko milenge jinhon ne kaam kiya, lekin is kaam ki society mein koi support nahi thi, kisi ne in ka saath nahi diya.</w:t>
      </w:r>
    </w:p>
    <w:p>
      <w:pPr>
        <w:jc w:val="right"/>
      </w:pPr>
      <w:r>
        <w:t>تو اس کو ایک رومن فوجی نے اس کو وہیں مار دیا، اتنے بڑے بڑے لوگوں کو۔ تو کچھ انفرادی طور پر انڈیویجولز آپ کو ملیں گے جنہوں نے کام کیا، لیکن اس کام کی سوسائٹی میں کوئی سپورٹ نہیں تھی، کسی نے ان کا ساتھ نہیں دیا۔</w:t>
      </w:r>
    </w:p>
    <w:p>
      <w:r>
        <w:rPr>
          <w:b/>
        </w:rPr>
        <w:t xml:space="preserve">[24:17] </w:t>
      </w:r>
      <w:r>
        <w:t>Socrates ko zehar ka piyala pilane laga, pilaya gaya. kis jurm mein? Athens ke naujawanon mein azadana ghore o fikr ka mizaj bana raha hai.</w:t>
      </w:r>
    </w:p>
    <w:p>
      <w:pPr>
        <w:jc w:val="right"/>
      </w:pPr>
      <w:r>
        <w:t>سقراط کو زہر کا پیالہ پلانے لگا، پلایا گیا۔ کس جرم میں؟ ایتھنز کے نوجوانوں میں آزادانہ غور و فکر کا مزاج بنا رہا ہے۔</w:t>
      </w:r>
    </w:p>
    <w:p>
      <w:r>
        <w:rPr>
          <w:b/>
        </w:rPr>
        <w:t xml:space="preserve">[24:27] </w:t>
      </w:r>
      <w:r>
        <w:t>to freedom of thought to thi hi nahi, baghair freedom of thought ke koi taraqqi ho hi nahi sakti. To is tarah se jo experimental knowledge hai,</w:t>
      </w:r>
    </w:p>
    <w:p>
      <w:pPr>
        <w:jc w:val="right"/>
      </w:pPr>
      <w:r>
        <w:t>تو فریڈم آف تھاٹ تو تھی ہی نہیں، بغیر فریڈم آف تھاٹ کے کوئی ترقی ہو ہی نہیں سکتی۔ تو اس طریقے سے جو ایکسپیریمنٹل نالج ہے،</w:t>
      </w:r>
    </w:p>
    <w:p>
      <w:r>
        <w:rPr>
          <w:b/>
        </w:rPr>
        <w:t xml:space="preserve">[24:41] </w:t>
      </w:r>
      <w:r>
        <w:t>Islam ne pehli baar experiments kiye, observation kiye, matlab Musalmanon ne, kyunke unke nazdeek Khuda jo hai, woh creator tha, baqi tamam cheezein makhlooq theen.</w:t>
      </w:r>
    </w:p>
    <w:p>
      <w:pPr>
        <w:jc w:val="right"/>
      </w:pPr>
      <w:r>
        <w:t>اسلام نے پہلی بار ایکسپیریمنٹس کیے، ابزرویشن کیے، مطلب مسلمانوں نے، کیونکہ ان کے نزدیک خدا جو ہے، وہ کریٹر تھا، باقی تمام چیزیں مخلوق تھیں۔</w:t>
      </w:r>
    </w:p>
    <w:p>
      <w:r>
        <w:rPr>
          <w:b/>
        </w:rPr>
        <w:t xml:space="preserve">[24:56] </w:t>
      </w:r>
      <w:r>
        <w:t>To is wajah se unko be-dharaq unhone har cheez par research ki. To jo experiments hain, observation hain, bohat saare orientalist ne encyclopedia mein aap dekh lijiye, to baqaaida unhone bataya hai ke yeh sirf Arabon ki wajah se dunya mein yeh aaya.</w:t>
      </w:r>
    </w:p>
    <w:p>
      <w:pPr>
        <w:jc w:val="right"/>
      </w:pPr>
      <w:r>
        <w:t>تو اس وجہ سے ان کو بے دھڑک انہوں نے ہر چیز پر ریسرچ کی۔ تو جو ایکسپیریمنٹس ہیں، ابزرویشن ہیں، بہت سارے اورینٹلسٹ نے انسائیکلوپیڈیا میں آپ دیکھ لیجئے، تو باقاعدہ انہوں نے بتایا ہے کہ یہ صرف عربوں کی وجہ سے دنیا میں یہ آیا۔</w:t>
      </w:r>
    </w:p>
    <w:p>
      <w:r>
        <w:rPr>
          <w:b/>
        </w:rPr>
        <w:t xml:space="preserve">[25:16] </w:t>
      </w:r>
      <w:r>
        <w:t>To kyunke Greek, Greek ke haan yeh experiments tha hi nahi. Bertrand Russell jo itna bara philosopher tha, usne kaha ke Greeks ka yeh haal tha ke Aristotle jo sab se bara philosopher mana jata hai,</w:t>
      </w:r>
    </w:p>
    <w:p>
      <w:pPr>
        <w:jc w:val="right"/>
      </w:pPr>
      <w:r>
        <w:t>تو کیونکہ گریک، گریک کے ہاں یہ ایکسپیریمنٹس تھا ہی نہیں۔ برٹرین رسل جو اتنا بڑا فلسفی تھا، اس نے کہا کہ گریکس کا یہ حال تھا کہ ارسطو جو سب سے بڑا فلاسفر مانا جاتا ہے،</w:t>
      </w:r>
    </w:p>
    <w:p>
      <w:r>
        <w:rPr>
          <w:b/>
        </w:rPr>
        <w:t xml:space="preserve">[25:32] </w:t>
      </w:r>
      <w:r>
        <w:t>usne kaha ke auraton ke munh mein daant kam hotay hain. To usne iska mazaaq uraya hai ke uski do biwiyan theen, daant ko gin nahi sakta tha.</w:t>
      </w:r>
    </w:p>
    <w:p>
      <w:pPr>
        <w:jc w:val="right"/>
      </w:pPr>
      <w:r>
        <w:t>اس نے کہا کہ عورتوں کے منہ میں دانت کم ہوتے ہیں۔ تو اس نے اس کا مذاق اڑایا ہے کہ اس کی دو بیویاں تھیں، دانت کو گن نہیں سکتا تھا۔</w:t>
      </w:r>
    </w:p>
    <w:p>
      <w:r>
        <w:rPr>
          <w:b/>
        </w:rPr>
        <w:t xml:space="preserve">[25:43] </w:t>
      </w:r>
      <w:r>
        <w:t>To yeh haal tha dunya ka ke woh experiment nahi karte thay, be-buniyad qayaasaat, farzi qayaasaat par apni jo syllogisms khari karte thay.</w:t>
      </w:r>
    </w:p>
    <w:p>
      <w:pPr>
        <w:jc w:val="right"/>
      </w:pPr>
      <w:r>
        <w:t>تو یہ حال تھا دنیا کا کہ وہ ایکسپیریمنٹ نہیں کرتے تھے، بے بنیاد قیاسات، فرضی قیاسات پر اپنی جو سلاجزم کھڑی کرتے تھے۔</w:t>
      </w:r>
    </w:p>
    <w:p>
      <w:r>
        <w:rPr>
          <w:b/>
        </w:rPr>
        <w:t xml:space="preserve">[25:57] </w:t>
      </w:r>
      <w:r>
        <w:t>To pehli baar jo hai dunya mein yeh hua ke har cheez par observation kiya janay laga, experiments kiya janay laga, aur tamam logon ko mauqa mila.</w:t>
      </w:r>
    </w:p>
    <w:p>
      <w:pPr>
        <w:jc w:val="right"/>
      </w:pPr>
      <w:r>
        <w:t>تو پہلی بار جو ہے دنیا میں یہ ہوا کہ ہر چیز پر ابزرویشن کیا جانے لگا، ایکسپیریمنٹس کیا جانے لگا، اور تمام لوگوں کو موقع ملا۔</w:t>
      </w:r>
    </w:p>
    <w:p>
      <w:r>
        <w:rPr>
          <w:b/>
        </w:rPr>
        <w:t xml:space="preserve">[26:10] </w:t>
      </w:r>
      <w:r>
        <w:t>Kyunke jab equality hoti hai, tamam religion education for all hota hai, tab kyunke dekhiye, har insaan mein Khuda ne kuch na kuch talent diya hai.</w:t>
      </w:r>
    </w:p>
    <w:p>
      <w:pPr>
        <w:jc w:val="right"/>
      </w:pPr>
      <w:r>
        <w:t>کیونکہ جب ایکوالٹی ہوتی ہے، تمام ریلیجن ایجوکیشن فار ال ہوتا ہے، تب کیونکہ دیکھیے، ہر انسان میں خدا نے کچھ نہ کچھ ٹیلنٹ دیا ہے۔</w:t>
      </w:r>
    </w:p>
    <w:p>
      <w:r>
        <w:rPr>
          <w:b/>
        </w:rPr>
        <w:t xml:space="preserve">[26:22] </w:t>
      </w:r>
      <w:r>
        <w:t>To agar aap ek bari majority ko aap kuch kaam hi nahi karnay denge, sirf elite class kaam karegi, to elite class to pehle hi pampered hoti hai, to woh kya kaam karegi?</w:t>
      </w:r>
    </w:p>
    <w:p>
      <w:pPr>
        <w:jc w:val="right"/>
      </w:pPr>
      <w:r>
        <w:t>تو اگر آپ ایک بڑی میجورٹی کو آپ کچھ کام ہی نہیں کرنے دیں گے، صرف ایلیٹ کلاس کام کرے گی، تو ایلیٹ کلاس تو پہلے ہی پیمپرڈ ہوتی ہے، تو وہ کیا کام کرے گی؟</w:t>
      </w:r>
    </w:p>
    <w:p>
      <w:r>
        <w:rPr>
          <w:b/>
        </w:rPr>
        <w:t xml:space="preserve">[26:35] </w:t>
      </w:r>
      <w:r>
        <w:t>To majority aam taur par aisa hota hai ke jo have-nots hotay hain, wahi unke andar bohat ziyada incentive hota hai, aur wahi mehnat kar ke kuch achieve karte hain.</w:t>
      </w:r>
    </w:p>
    <w:p>
      <w:pPr>
        <w:jc w:val="right"/>
      </w:pPr>
      <w:r>
        <w:t>تو میجورٹی عام طور پر ایسا ہوتا ہے کہ جو ہیو ناٹس ہوتے ہیں، وہی ان کے اندر بہت زیادہ انسنٹیو ہوتا ہے، اور وہی محنت کر کے کچھ اچیو کرتے ہیں۔</w:t>
      </w:r>
    </w:p>
    <w:p>
      <w:r>
        <w:rPr>
          <w:b/>
        </w:rPr>
        <w:t xml:space="preserve">[26:46] </w:t>
      </w:r>
      <w:r>
        <w:t>Jitne bhi aap baray baray logon ko encyclopedia mein dekhiye, to wahi hain jinhone bohat museebatein uthayi hain ibtidaai life zindagi mein.</w:t>
      </w:r>
    </w:p>
    <w:p>
      <w:pPr>
        <w:jc w:val="right"/>
      </w:pPr>
      <w:r>
        <w:t>جتنے بھی آپ بڑے بڑے لوگوں کو انسائیکلوپیڈیا میں دیکھیے، تو وہی ہیں جنہوں نے بہت مصیبتیں اٹھائی ہیں ابتدائی لائف زندگی میں۔</w:t>
      </w:r>
    </w:p>
    <w:p>
      <w:r>
        <w:rPr>
          <w:b/>
        </w:rPr>
        <w:t xml:space="preserve">[26:56] </w:t>
      </w:r>
      <w:r>
        <w:t>To is tarah se Islam ne in freedom, in freedom of thought diya, equality di, mazhab ki taleem, taleem sab ke liye.</w:t>
      </w:r>
    </w:p>
    <w:p>
      <w:pPr>
        <w:jc w:val="right"/>
      </w:pPr>
      <w:r>
        <w:t>تو اس طریقے سے اسلام نے ان فریڈم، ان فریڈم آف تھاٹ دیا، ایکوالٹی دی، مذہب کی تعلیم، تعلیم سب کے لیے۔</w:t>
      </w:r>
    </w:p>
    <w:p>
      <w:r>
        <w:rPr>
          <w:b/>
        </w:rPr>
        <w:t xml:space="preserve">[27:09] </w:t>
      </w:r>
      <w:r>
        <w:t>Taareeban ghar ghar school thay, aur gharon mein auratein parhaya karti theen. To jab bachay thora sa parh letay thay, tab woh bahar kisi doosray shehar mein, doosri jagah woh chalay jatay thay parhnay ke liye.</w:t>
      </w:r>
    </w:p>
    <w:p>
      <w:pPr>
        <w:jc w:val="right"/>
      </w:pPr>
      <w:r>
        <w:t>تقریباً گھر گھر اسکول تھے، اور گھروں میں عورتیں پڑھایا کرتی تھیں۔ تو جب بچے تھوڑا سا پڑھ لیتے تھے، تب وہ باہر کسی دوسرے شہر میں، دوسری جگہ وہ چلے جاتے تھے پڑھنے کے لیے۔</w:t>
      </w:r>
    </w:p>
    <w:p>
      <w:r>
        <w:rPr>
          <w:b/>
        </w:rPr>
        <w:t xml:space="preserve">[27:21] </w:t>
      </w:r>
      <w:r>
        <w:t>To taareeban ghar ghar education hui, to is ki wajah se tamam logon ko mauqa mila. To yeh jo spirit of inquiry hai, yeh Arabon ne develop kiya.</w:t>
      </w:r>
    </w:p>
    <w:p>
      <w:pPr>
        <w:jc w:val="right"/>
      </w:pPr>
      <w:r>
        <w:t>تو تقریباً گھر گھر ایجوکیشن ہوئی، تو اس کی وجہ سے تمام لوگوں کو موقع ملا۔ تو یہ جو سپرٹ آف انکوائری ہے، یہ عربوں نے ڈیویلپ کیا۔</w:t>
      </w:r>
    </w:p>
    <w:p>
      <w:r>
        <w:rPr>
          <w:b/>
        </w:rPr>
        <w:t xml:space="preserve">[27:32] </w:t>
      </w:r>
      <w:r>
        <w:t>To spirit of inquiry jo hai, woh jar hai to science ki, aur isi ki wajah se tamam science ki taraqqiyan huien. Aur doosri baat hai ke pehle zamanay mein mazhab, mazhabi ilm, aur physical sciences sab mazhab ke under mein kar diya gaya tha.</w:t>
      </w:r>
    </w:p>
    <w:p>
      <w:pPr>
        <w:jc w:val="right"/>
      </w:pPr>
      <w:r>
        <w:t>تو سپرٹ آف انکوائری جو ہے، وہ جڑ ہے تو سائنس کی، اور اسی کی وجہ سے تمام سائنس کی ترقیاں ہوئیں۔ اور دوسری بات ہے کہ پہلے زمانے میں مذہب، مذہبی علم، اور فزیکل سائنسز سب مذہب کے انڈر میں کر دیا گیا تھا۔</w:t>
      </w:r>
    </w:p>
    <w:p>
      <w:r>
        <w:rPr>
          <w:b/>
        </w:rPr>
        <w:t xml:space="preserve">[27:51] </w:t>
      </w:r>
      <w:r>
        <w:t>To jahan koi koi woh dekhte ke koi cheez bhi mazhab se takra rahi hai, bas usko khatam kar dete, usko house arrest kar dete, usko maar dalte.</w:t>
      </w:r>
    </w:p>
    <w:p>
      <w:pPr>
        <w:jc w:val="right"/>
      </w:pPr>
      <w:r>
        <w:t>تو جہاں کوئی کوئی وہ دیکھتے کہ کوئی چیز بھی مذہب سے ٹکرا رہی ہے، بس اس کو ختم کر دیتے، اس کو ہاؤس اریسٹ کر دیتے، اس کو مار ڈالتے۔</w:t>
      </w:r>
    </w:p>
    <w:p>
      <w:r>
        <w:rPr>
          <w:b/>
        </w:rPr>
        <w:t xml:space="preserve">[28:02] </w:t>
      </w:r>
      <w:r>
        <w:t>To is tarah se usko darbadar kar dete, doosray shehar bhej dete, usko kaam nahi karnay dete, uski library jala dete. To Islam ne awwal din hi is cheez ko alag kar diya, kyunke ek baar Rasool Allah (SAW) Madinah mein thay, to aisa hua ke kuch log khajoor ke peR par charhay hue kuch kar rahay thay.</w:t>
      </w:r>
    </w:p>
    <w:p>
      <w:pPr>
        <w:jc w:val="right"/>
      </w:pPr>
      <w:r>
        <w:t>تو اس طریقے سے اس کو دربدر کر دیتے، دوسرے شہر بھیج دیتے، اس کو کام نہیں کرنے دیتے، اس کی لائبریری جلا دیتے۔ تو اسلام نے اول دن ہی اس چیز کو الگ کر دیا، کیونکہ ایک بار رسول اللہ صلی اللہ علیہ وسلم مدینہ میں تھے، تو ایسا ہوا کہ کچھ لوگ کھجور کے پیڑ پر چڑھے ہوئے کچھ کر رہے تھے۔</w:t>
      </w:r>
    </w:p>
    <w:p>
      <w:r>
        <w:rPr>
          <w:b/>
        </w:rPr>
        <w:t xml:space="preserve">[28:26] </w:t>
      </w:r>
      <w:r>
        <w:t>To aap ne poocha kya kar rahay hain? To in logon ne kaha ke nar aur mada ko hum milatay hain, to is tarah se fertilize hota hai.</w:t>
      </w:r>
    </w:p>
    <w:p>
      <w:pPr>
        <w:jc w:val="right"/>
      </w:pPr>
      <w:r>
        <w:t>تو آپ نے پوچھا کیا کر رہے ہیں؟ تو ان لوگوں نے کہا کہ نر اور مادہ کو ہم ملاتے ہیں، تو اس طریقے سے فرٹیلائز ہوتا ہے۔</w:t>
      </w:r>
    </w:p>
    <w:p>
      <w:r>
        <w:rPr>
          <w:b/>
        </w:rPr>
        <w:t xml:space="preserve">[28:35] </w:t>
      </w:r>
      <w:r>
        <w:t>To unhone kaha yeh sab ki koi zaroorat nahi hai. To is saal woh kam aayi, fasal kam hui. To jab Rasool Allah (SAW) ko pata chala ke fasal kam hui, logon ne pollination nahi kiya, to Rasool Allah ne kaha ke ke jab main Allah ke baray mein kuch kahoon to usko tum as it is maano, lekin agar main dunya ke baray mein kuch kahoon to usko apnay tajribay se samjho.</w:t>
      </w:r>
    </w:p>
    <w:p>
      <w:pPr>
        <w:jc w:val="right"/>
      </w:pPr>
      <w:r>
        <w:t>تو انہوں نے کہا یہ سب کی کوئی ضرورت نہیں ہے۔ تو اس سال وہ کم آئی، فصل کم ہوئی۔ تو جب رسول اللہ صلی اللہ علیہ وسلم کو پتہ چلا کہ فصل کم ہوئی، لوگوں نے پولینیشن نہیں کیا، تو رسول اللہ نے کہا کہ کہ جب میں اللہ کے بارے میں کچھ کہوں تو اس کو تم ایز اٹ از مانو، لیکن اگر میں دنیا کے بارے میں کچھ کہوں تو اس کو اپنے تجربے سے سمجھو۔</w:t>
      </w:r>
    </w:p>
    <w:p>
      <w:r>
        <w:rPr>
          <w:b/>
        </w:rPr>
        <w:t xml:space="preserve">[29:05] </w:t>
      </w:r>
      <w:r>
        <w:t>To aap ne kaha tum apni dunya ke baray mein ziyada jantay ho. To pehle din se hi dunya aur deen ko alag kar diya gaya.</w:t>
      </w:r>
    </w:p>
    <w:p>
      <w:pPr>
        <w:jc w:val="right"/>
      </w:pPr>
      <w:r>
        <w:t>تو آپ نے کہا تم اپنی دنیا کے بارے میں زیادہ جانتے ہو۔ تو پہلے دن سے ہی دنیا اور دین کو الگ کر دیا گیا۔</w:t>
      </w:r>
    </w:p>
    <w:p>
      <w:r>
        <w:rPr>
          <w:b/>
        </w:rPr>
        <w:t xml:space="preserve">[29:15] </w:t>
      </w:r>
      <w:r>
        <w:t>To is tarah se woh jo superstitions ka jo mental block tha, woh Islam ne khatam kiya. Aur is tarah se woh jab mental block khatam ho gaya to ek sailab aa gaya, tamam log jo hain woh is taraqqi mein lag gaye.</w:t>
      </w:r>
    </w:p>
    <w:p>
      <w:pPr>
        <w:jc w:val="right"/>
      </w:pPr>
      <w:r>
        <w:t>تو اس طریقے سے وہ جو سپر اسٹیشنز کا جو مینٹل بلاک تھا، وہ اسلام نے ختم کیا۔ اور اس طریقے سے وہ جب مینٹل بلاک ختم ہو گیا تو ایک سیلاب آ گیا، تمام لوگ جو ہیں وہ اس ترقی میں لگ گئے۔</w:t>
      </w:r>
    </w:p>
    <w:p>
      <w:r>
        <w:rPr>
          <w:b/>
        </w:rPr>
        <w:t xml:space="preserve">[29:31] </w:t>
      </w:r>
      <w:r>
        <w:t>Spain mein itna kaam hua, itna kaam hua ke woh saaray log Europe se door door se wahan parhnay aya karte thay. To aur sari kitabein jo hain European zubanon mein tarjuma huien, aur encyclopedia mein hai ke pandrahveen, solahveen sadi tak woh kitabein parhayi jati rahin logon ko.</w:t>
      </w:r>
    </w:p>
    <w:p>
      <w:pPr>
        <w:jc w:val="right"/>
      </w:pPr>
      <w:r>
        <w:t>اسپین میں اتنا کام ہوا، اتنا کام ہوا کہ وہ سارے لوگ یورپ سے دور دور سے وہاں پڑھنے آیا کرتے تھے۔ تو اور ساری کتابیں جو ہیں یورپی زبانوں میں ترجمہ ہوئیں، اور انسائیکلوپیڈیا میں ہے کہ پندرہویں، سولہویں صدی تک وہ کتابیں پڑھائی جاتی رہیں لوگوں کو۔</w:t>
      </w:r>
    </w:p>
    <w:p>
      <w:r>
        <w:rPr>
          <w:b/>
        </w:rPr>
        <w:t xml:space="preserve">[29:50] </w:t>
      </w:r>
      <w:r>
        <w:t>To is ke baad unhone encyclopedia mein likha hua hai ke Musalmanon ne solahveen aur satrahveen sadi ke scientific inqilab ke liye ground prepare ki.</w:t>
      </w:r>
    </w:p>
    <w:p>
      <w:pPr>
        <w:jc w:val="right"/>
      </w:pPr>
      <w:r>
        <w:t>تو اس کے بعد انہوں نے انسائیکلوپیڈیا میں لکھا ہوا ہے کہ مسلمانوں نے سولہویں اور سترویں صدی کے سائنسی انقلاب کے لیے گراؤنڈ پریپیئر کی۔</w:t>
      </w:r>
    </w:p>
    <w:p>
      <w:r>
        <w:rPr>
          <w:b/>
        </w:rPr>
        <w:t xml:space="preserve">[30:04] </w:t>
      </w:r>
      <w:r>
        <w:t>Ground prepare hui, mental block khatam kiya, tamam mahol saazgar kiya, spirit of inquiry aayi, equality aayi, education for all aayi.</w:t>
      </w:r>
    </w:p>
    <w:p>
      <w:pPr>
        <w:jc w:val="right"/>
      </w:pPr>
      <w:r>
        <w:t>گراؤنڈ پریپیئر ہوئی، مینٹل بلاک ختم کیا، تمام ماحول سازگار کیا، سپرٹ آف انکوائری آئی، ایکوالٹی آئی، ایجوکیشن فار ال آئی۔</w:t>
      </w:r>
    </w:p>
    <w:p>
      <w:r>
        <w:rPr>
          <w:b/>
        </w:rPr>
        <w:t xml:space="preserve">[30:15] </w:t>
      </w:r>
      <w:r>
        <w:t>To is tarah se unhone ek poora mahol tayyar kar diya aindah ki taraqqiyon ke liye.</w:t>
      </w:r>
    </w:p>
    <w:p>
      <w:pPr>
        <w:jc w:val="right"/>
      </w:pPr>
      <w:r>
        <w:t>تو اس طریقے سے انہوں نے ایک پورا ماحول تیار کر دیا آئندہ کی ترقیوں کے لیے۔</w:t>
      </w:r>
    </w:p>
    <w:p>
      <w:r>
        <w:rPr>
          <w:b/>
        </w:rPr>
        <w:t xml:space="preserve">[30:24] </w:t>
      </w:r>
      <w:r>
        <w:t>to aik kitab hai robert brafalt ki, is mein unhon ne likha hai, aik kitab ka title hai "making of humanity".</w:t>
      </w:r>
    </w:p>
    <w:p>
      <w:pPr>
        <w:jc w:val="right"/>
      </w:pPr>
      <w:r>
        <w:t>تو ایک کتاب ہے رابرٹ بریفالٹ کی، اس میں انہوں نے لکھا ہے، ایک کتاب کا ٹائٹل ہے "میکنگ آف ہیومینٹی"۔</w:t>
      </w:r>
    </w:p>
    <w:p>
      <w:r>
        <w:rPr>
          <w:b/>
        </w:rPr>
        <w:t xml:space="preserve">[30:34] </w:t>
      </w:r>
      <w:r>
        <w:t>to is mein unhon ne likha hai "it is highly probable that but for the arabs modern industrial civilization would never have arisen at all".</w:t>
      </w:r>
    </w:p>
    <w:p>
      <w:pPr>
        <w:jc w:val="right"/>
      </w:pPr>
      <w:r>
        <w:t>تو اس میں انہوں نے لکھا ہے "اٹ از ہائیلی پرابل دیٹ بٹ فار دی عربس ماڈرن انڈسٹریل سولائزیشن وڈ نیور ہیو اریزن ایٹ ال"۔</w:t>
      </w:r>
    </w:p>
    <w:p>
      <w:r>
        <w:rPr>
          <w:b/>
        </w:rPr>
        <w:t xml:space="preserve">[30:48] </w:t>
      </w:r>
      <w:r>
        <w:t>to ab aaj hum itna hi baat karein ge, is ke baad aindah kuch doosre aspects isi topic par lein ge. assalam o alaikum warahmatullah.</w:t>
      </w:r>
    </w:p>
    <w:p>
      <w:pPr>
        <w:jc w:val="right"/>
      </w:pPr>
      <w:r>
        <w:t>تو اب آج ہم اتنا ہی بات کریں گے، اس کے بعد آئندہ کچھ دوسرے ایسپیکٹس اسی ٹاپک پر لیں گے۔ السلام علیکم ورحمۃ اللہ۔</w:t>
      </w:r>
    </w:p>
    <w:p>
      <w:r>
        <w:rPr>
          <w:b/>
        </w:rPr>
        <w:t xml:space="preserve">[31:11] </w:t>
      </w:r>
      <w:r>
        <w:t>apa aaj ki talk par miss priya malik new delhi ne likha hai "very informative". apa</w:t>
      </w:r>
    </w:p>
    <w:p>
      <w:pPr>
        <w:jc w:val="right"/>
      </w:pPr>
      <w:r>
        <w:t>آپا آج کی ٹاک پر مس پریا ملک نیو دہلی نے لکھا ہے "ویری انفارمیٹو"۔ آپا</w:t>
      </w:r>
    </w:p>
    <w:p>
      <w:r>
        <w:rPr>
          <w:b/>
        </w:rPr>
        <w:t xml:space="preserve">[31:20] </w:t>
      </w:r>
      <w:r>
        <w:t>maulana iqbal umri sahib ne likha hai ke maulana ki jo kitab hai "islam dor jadeed ka khaliq" isi ki tarz par aik aur kitab likhi gayi hai, english mein aayi thi 2002 mein aur 2008 ke aas paas.</w:t>
      </w:r>
    </w:p>
    <w:p>
      <w:pPr>
        <w:jc w:val="right"/>
      </w:pPr>
      <w:r>
        <w:t>مولانا اقبال عمری صاحب نے لکھا ہے کہ مولانا کی جو کتاب ہے "اسلام دور جدید کا خالق" اسی کی طرز پر ایک اور کتاب لکھی گئی ہے، انگلش میں آئی تھی 2002 میں اور 2008 کے آس پاس۔</w:t>
      </w:r>
    </w:p>
    <w:p>
      <w:r>
        <w:rPr>
          <w:b/>
        </w:rPr>
        <w:t xml:space="preserve">[31:33] </w:t>
      </w:r>
      <w:r>
        <w:t>is ka english urdu version aaya hai "kaif fasun al alam, kaif fasun al islam, al alam al hadees". lekin maulana ki kitab mein aur is mein jo farq hai ke is kitab mein sirf urdu kitabon ka jo tarjuma hua, jo zahir tha, baad mein chal kar is ka zikr hai.</w:t>
      </w:r>
    </w:p>
    <w:p>
      <w:pPr>
        <w:jc w:val="right"/>
      </w:pPr>
      <w:r>
        <w:t>اس کا انگلش عربی ورژن آیا ہے "کئی فسن العالم، کئی فسن الاسلام، العالم الحدیث"۔ لیکن مولانا کی کتاب میں اور اس میں جو فرق ہے کہ اس کتاب میں صرف اردو کتابوں کا جو ترجمہ ہوا، جو ظاہر تھا، بعد میں چل کر اس کا ذکر ہے۔</w:t>
      </w:r>
    </w:p>
    <w:p>
      <w:r>
        <w:rPr>
          <w:b/>
        </w:rPr>
        <w:t xml:space="preserve">[31:53] </w:t>
      </w:r>
      <w:r>
        <w:t>aur maulana ki kitab ne aik additional cheez jo di hai, jo bohat aham hai, woh yeh ke tauheed ke انقلاب ka zikr kiya hai jo is kitab mein nahi hai. agar is musannif ko maulana ki kitab mil jati to bohat acha hota.</w:t>
      </w:r>
    </w:p>
    <w:p>
      <w:pPr>
        <w:jc w:val="right"/>
      </w:pPr>
      <w:r>
        <w:t>اور مولانا کی کتاب نے ایک ایڈیشنل چیز جو دی ہے، جو بہت اہم ہے، وہ یہ کہ توحید کے انقلاب کا ذکر کیا ہے جو اس کتاب میں نہیں ہے۔ اگر اس مصنف کو مولانا کی کتاب مل جاتی تو بہت اچھا ہوتا۔</w:t>
      </w:r>
    </w:p>
    <w:p>
      <w:r>
        <w:rPr>
          <w:b/>
        </w:rPr>
        <w:t xml:space="preserve">[32:08] </w:t>
      </w:r>
      <w:r>
        <w:t>is ke baad kuch sawal hain. pehla sawal aaya hai miss yasra anam hyderabad se, aur isi se milta julta maulana israr umri ne bhi sawal kiya hai chennai se.</w:t>
      </w:r>
    </w:p>
    <w:p>
      <w:pPr>
        <w:jc w:val="right"/>
      </w:pPr>
      <w:r>
        <w:t>اس کے بعد کچھ سوال ہیں۔ پہلا سوال آیا ہے مس یسرا انم حیدرآباد سے، اور اسی سے ملتا جلتا مولانا اسرار عمری نے بھی سوال کیا ہے چنئی سے۔</w:t>
      </w:r>
    </w:p>
    <w:p>
      <w:r>
        <w:rPr>
          <w:b/>
        </w:rPr>
        <w:t xml:space="preserve">[32:21] </w:t>
      </w:r>
      <w:r>
        <w:t>wo sawal yeh hai ke qital fitna kya hai? quran ki ayat jo hai "wa qatiloo hatta la takuna fitna wa yakoon ad deeno kulluhu lillah" al anfal 39 ke qital fitna kya hai?</w:t>
      </w:r>
    </w:p>
    <w:p>
      <w:pPr>
        <w:jc w:val="right"/>
      </w:pPr>
      <w:r>
        <w:t>وہ سوال یہ ہے کہ قتال فتنہ کیا ہے؟ قرآن کی آیت جو ہے "وقاتلوا حتى لا تکن فتنہ ویکون الدین کله للہ" الانفال 39 کہ قتال فتنہ کیا ہے؟</w:t>
      </w:r>
    </w:p>
    <w:p>
      <w:r>
        <w:rPr>
          <w:b/>
        </w:rPr>
        <w:t xml:space="preserve">[32:34] </w:t>
      </w:r>
      <w:r>
        <w:t>aur israr umri sahib ka sawal hai "religious persecution ko kis ne khatam kiya?"</w:t>
      </w:r>
    </w:p>
    <w:p>
      <w:pPr>
        <w:jc w:val="right"/>
      </w:pPr>
      <w:r>
        <w:t>اور اسرار عمری صاحب کا سوال ہے "ریلیجس پرسیکیوشن کو کس نے ختم کیا؟"</w:t>
      </w:r>
    </w:p>
    <w:p>
      <w:r>
        <w:rPr>
          <w:b/>
        </w:rPr>
        <w:t xml:space="preserve">[32:43] </w:t>
      </w:r>
      <w:r>
        <w:t>asal mein qital fitna jo hai woh refer karta hai religious persecution ko. to religious persecution ki wajah se duniya mein koi taraqqi nahi ho rahi thi, aur yeh bilkul creation plan hi ke khilaf tha.</w:t>
      </w:r>
    </w:p>
    <w:p>
      <w:pPr>
        <w:jc w:val="right"/>
      </w:pPr>
      <w:r>
        <w:t>اصل میں قتال فتنہ جو ہے وہ ریفر کرتا ہے ریلیجس پرسیکیوشن کو۔ تو ریلیجس پرسیکیوشن کی وجہ سے دنیا میں کوئی ترقی نہیں ہو رہی تھی، اور یہ بالکل کریشن پلان ہی کے خلاف تھا۔</w:t>
      </w:r>
    </w:p>
    <w:p>
      <w:r>
        <w:rPr>
          <w:b/>
        </w:rPr>
        <w:t xml:space="preserve">[33:01] </w:t>
      </w:r>
      <w:r>
        <w:t>kyun ke allah taala ne yeh duniya is liye banayi hai ke yahan insaan ko mukammal azadi ki halat mein rakha jaye, aur phir dekha jaye ke kaun sachai ka rasta willingly ikhtiyar karta hai, kaun nahi ikhtiyar karta hai.</w:t>
      </w:r>
    </w:p>
    <w:p>
      <w:pPr>
        <w:jc w:val="right"/>
      </w:pPr>
      <w:r>
        <w:t>کیونکہ اللہ تعالی نے یہ دنیا اس لیے بنائی ہے کہ یہاں انسان کو مکمل آزادی کی حالت میں رکھا جائے، اور پھر دیکھا جائے کہ کون سچائی کا راستہ ولنگلی اختیار کرتا ہے، کون نہیں اختیار کرتا ہے۔</w:t>
      </w:r>
    </w:p>
    <w:p>
      <w:r>
        <w:rPr>
          <w:b/>
        </w:rPr>
        <w:t xml:space="preserve">[33:17] </w:t>
      </w:r>
      <w:r>
        <w:t>lekin jab religious persecution ka zamana aaya to logon ko mauqa hi nahi diya gaya un ko ke sachai ko ikhtiyar karein.</w:t>
      </w:r>
    </w:p>
    <w:p>
      <w:pPr>
        <w:jc w:val="right"/>
      </w:pPr>
      <w:r>
        <w:t>لیکن جب ریلیجس پرسیکیوشن کا زمانہ آیا تو لوگوں کو موقع ہی نہیں دیا گیا ان کو کہ سچائی کو اختیار کریں۔</w:t>
      </w:r>
    </w:p>
    <w:p>
      <w:r>
        <w:rPr>
          <w:b/>
        </w:rPr>
        <w:t xml:space="preserve">[33:26] </w:t>
      </w:r>
      <w:r>
        <w:t>to zabardasti jo deen state religion tha, bas usi ko par woh chal sakte thay. agar woh koi bhi doosra deen ikhtiyar karte to un ko sakht sazaein di jati hain.</w:t>
      </w:r>
    </w:p>
    <w:p>
      <w:pPr>
        <w:jc w:val="right"/>
      </w:pPr>
      <w:r>
        <w:t>تو زبردستی جو مذہب اسٹیٹ ریلیجن تھا، بس اسی کو پر وہ چل سکتے تھے۔ اگر وہ کوئی بھی دوسرا مذہب اختیار کرتے تو ان کو سخت سزائیں دی جاتی ہیں۔</w:t>
      </w:r>
    </w:p>
    <w:p>
      <w:r>
        <w:rPr>
          <w:b/>
        </w:rPr>
        <w:t xml:space="preserve">[33:37] </w:t>
      </w:r>
      <w:r>
        <w:t>to yeh allah taala ko bohat ziyada napasand tha. is ki wajah se kuch jangain huin, aur jo empires theen, asal mein wohi pillars thay jo religious persecution, jo unhein jo roman empire aur sassanid empire, un ki wajah se yeh log apni poori taqat is mein lagaye hue thay ke koi bhi nayi cheez na aane paye.</w:t>
      </w:r>
    </w:p>
    <w:p>
      <w:pPr>
        <w:jc w:val="right"/>
      </w:pPr>
      <w:r>
        <w:t>تو یہ اللہ تعالی کو بہت زیادہ ناپسند تھا۔ اس کی وجہ سے کچھ جنگیں ہوئیں، اور جو ایمپائرز تھیں، اصل میں وہی پلرز تھے جو ریلیجس پرسیکیوشن، جو انہیں جو رومن ایمپائر اور سیسینیڈ ایمپائر، ان کی وجہ سے یہ لوگ اپنی پوری طاقت اس میں لگائے ہوئے تھے کہ کوئی بھی نئی چیز نہ آنے پائے۔</w:t>
      </w:r>
    </w:p>
    <w:p>
      <w:r>
        <w:rPr>
          <w:b/>
        </w:rPr>
        <w:t xml:space="preserve">[34:01] </w:t>
      </w:r>
      <w:r>
        <w:t>to na sirf yeh ke religious persecution balkeh koi bhi taraqqi nahi hoti thi, woh kuch karne hi nahi dete thay kaam. to is ko khatam karna tha.</w:t>
      </w:r>
    </w:p>
    <w:p>
      <w:pPr>
        <w:jc w:val="right"/>
      </w:pPr>
      <w:r>
        <w:t>تو نہ صرف یہ کہ ریلیجس پرسیکیوشن بلکہ کوئی بھی ترقی نہیں ہوتی تھی، وہ کچھ کرنے ہی نہیں دیتے تھے کام۔ تو اس کو ختم کرنا تھا۔</w:t>
      </w:r>
    </w:p>
    <w:p>
      <w:r>
        <w:rPr>
          <w:b/>
        </w:rPr>
        <w:t xml:space="preserve">[34:11] </w:t>
      </w:r>
      <w:r>
        <w:t>wo empire khatam ho gayi to jang bhi khatam ho gayi. to aik baar aisa hua ke wahan chunchke islam aik tribal age mein aaya hai, to tribal age ki wajah se kya hai ke in logon ko adat hi thi jang karne ki.</w:t>
      </w:r>
    </w:p>
    <w:p>
      <w:pPr>
        <w:jc w:val="right"/>
      </w:pPr>
      <w:r>
        <w:t>وہ ایمپائر ختم ہوگئی تو جنگ بھی ختم ہوگئی۔ تو ایک بار ایسا ہوا کہ وہاں چونکہ اسلام ایک ٹرائبل ایج میں آیا ہے، تو ٹرائبل ایج کی وجہ سے کیا ہے کہ ان لوگوں کو عادت ہی تھی جنگ کرنے کی۔</w:t>
      </w:r>
    </w:p>
    <w:p>
      <w:r>
        <w:rPr>
          <w:b/>
        </w:rPr>
        <w:t xml:space="preserve">[34:29] </w:t>
      </w:r>
      <w:r>
        <w:t>zara zara si baat mein jang karte thay. to hazrat ali ke zamane mein jang hui, hazrat usman ke zamane mein fitna hua, hazrat abubakar ke zamane mein fitna hua.</w:t>
      </w:r>
    </w:p>
    <w:p>
      <w:pPr>
        <w:jc w:val="right"/>
      </w:pPr>
      <w:r>
        <w:t>ذرا ذرا سی بات میں جنگ کرتے تھے۔ تو حضرت علی کے زمانے میں جنگ ہوئی، حضرت عثمان کے زمانے میں فتنہ ہوا، حضرت ابوبکر کے زمانے میں فتنہ ہوا۔</w:t>
      </w:r>
    </w:p>
    <w:p>
      <w:r>
        <w:rPr>
          <w:b/>
        </w:rPr>
        <w:t xml:space="preserve">[34:40] </w:t>
      </w:r>
      <w:r>
        <w:t>un ko wahi adat thi, tribes aapas mein ladte rehte thay. rasoolullah sallallahu alaihi wasallam ne sab ko ittehad mein jod diya tha, lekin un ke jane ke baad phir wahi sab masail pesh aaye.</w:t>
      </w:r>
    </w:p>
    <w:p>
      <w:pPr>
        <w:jc w:val="right"/>
      </w:pPr>
      <w:r>
        <w:t>ان کو وہی عادت تھی، ٹرائبز آپس میں لڑتے رہتے تھے۔ رسول اللہ صلی اللہ علیہ وسلم نے سب کو اتحاد میں جوڑ دیا تھا، لیکن ان کے جانے کے بعد پھر وہی سب مسائل پیش آئے۔</w:t>
      </w:r>
    </w:p>
    <w:p>
      <w:r>
        <w:rPr>
          <w:b/>
        </w:rPr>
        <w:t xml:space="preserve">[34:52] </w:t>
      </w:r>
      <w:r>
        <w:t>to hazrat abubakar ne bohat hi kamyabi ke sath is ko irtidad jo hua tha, woh khatam kiya. hazrat umar ke zamane mein kafi sukoon raha, lekin phir wahi ho gaya hazrat ali ke zamane mein, hazrat usman ke zamane mein.</w:t>
      </w:r>
    </w:p>
    <w:p>
      <w:pPr>
        <w:jc w:val="right"/>
      </w:pPr>
      <w:r>
        <w:t>تو حضرت ابوبکر نے بہت ہی کامیابی کے ساتھ اس کو ارتداد جو ہوا تھا، وہ ختم کیا۔ حضرت عمر کے زمانے میں کافی سکون رہا، لیکن پھر وہی ہو گیا حضرت علی کے زمانے میں، حضرت عثمان کے زمانے میں۔</w:t>
      </w:r>
    </w:p>
    <w:p>
      <w:r>
        <w:rPr>
          <w:b/>
        </w:rPr>
        <w:t xml:space="preserve">[35:08] </w:t>
      </w:r>
      <w:r>
        <w:t>to hazrat ali ke zamane mein aise hi ho raha tha, sab log fasadi jama ho gaye thay, aur jang ho rahi thi aapas mein, fitna fasad.</w:t>
      </w:r>
    </w:p>
    <w:p>
      <w:pPr>
        <w:jc w:val="right"/>
      </w:pPr>
      <w:r>
        <w:t>تو حضرت علی کے زمانے میں ایسے ہی ہو رہا تھا، سب لوگ فسادی جمع ہو گئے تھے، اور جنگ ہو رہی تھی آپس میں، فتنہ فساد۔</w:t>
      </w:r>
    </w:p>
    <w:p>
      <w:r>
        <w:rPr>
          <w:b/>
        </w:rPr>
        <w:t xml:space="preserve">[35:18] </w:t>
      </w:r>
      <w:r>
        <w:t>to woh log har aik ko chahte thay ke side lein hamara. to woh log abdullah ibn umar ke paas aaye. to woh abdullah ibn umar ke aap hamare sath kyun nahi dete?</w:t>
      </w:r>
    </w:p>
    <w:p>
      <w:pPr>
        <w:jc w:val="right"/>
      </w:pPr>
      <w:r>
        <w:t>تو وہ لوگ ہر ایک کو چاہتے تھے کہ سائیڈ لیں ہمارا۔ تو وہ لوگ عبداللہ ابن عمر کے پاس آئے۔ تو وہ عبداللہ ابن عمر کہ آپ ہمارے ساتھ کیوں نہیں دیتے؟</w:t>
      </w:r>
    </w:p>
    <w:p>
      <w:r>
        <w:rPr>
          <w:b/>
        </w:rPr>
        <w:t xml:space="preserve">[35:30] </w:t>
      </w:r>
      <w:r>
        <w:t>abdullah ibn umar ne kaha aur kaha ke fitne ka zamana hai, aap hamara sath dijiye fitne ko khatam karne ke liye. to abdullah ibn umar ne kaha hum ne fitna khatam kar diya, qad fa'alna, aur tum fitne ko dobara zinda kar rahe ho.</w:t>
      </w:r>
    </w:p>
    <w:p>
      <w:pPr>
        <w:jc w:val="right"/>
      </w:pPr>
      <w:r>
        <w:t>عبداللہ ابن عمر نے کہا اور کہا کہ فتنے کا زمانہ ہے، آپ ہمارا ساتھ دیجئے فتنہ کو ختم کرنے کے لیے۔ تو عبداللہ ابن عمر نے کہا ہم نے فتنہ ختم کر دیا، قد فعلنا، اور تم فتنے کو دوبارہ زندہ کر رہے ہو۔</w:t>
      </w:r>
    </w:p>
    <w:p>
      <w:r>
        <w:rPr>
          <w:b/>
        </w:rPr>
        <w:t xml:space="preserve">[35:45] </w:t>
      </w:r>
      <w:r>
        <w:t>to jo fitna tha, woh nahi tha jo strife hoti hai, political strife, woh fitna nahi tha, balkeh religious persecution fitna tha, aur woh khatam ho gaya hazrat umar ke zamane mein.</w:t>
      </w:r>
    </w:p>
    <w:p>
      <w:pPr>
        <w:jc w:val="right"/>
      </w:pPr>
      <w:r>
        <w:t>تو جو فتنہ تھا، وہ نہیں تھا جو اسٹرائف ہوتی ہے، پولیٹیکل اسٹرائف، وہ فتنہ نہیں تھا، بلکہ ریلیجس پرسیکیوشن فتنہ تھا، اور وہ ختم ہو گیا حضرت عمر کے زمانے میں۔</w:t>
      </w:r>
    </w:p>
    <w:p>
      <w:r>
        <w:rPr>
          <w:b/>
        </w:rPr>
        <w:t xml:space="preserve">[35:58] </w:t>
      </w:r>
      <w:r>
        <w:t>to is tarike se asal mein islam aaya tribal age mein. to islam ki jo taleemat theen, woh bohat hi</w:t>
      </w:r>
    </w:p>
    <w:p>
      <w:pPr>
        <w:jc w:val="right"/>
      </w:pPr>
      <w:r>
        <w:t>تو اس طریقے سے اصل میں اسلام آیا ٹرائبل ایج میں۔ تو اسلام کی جو تعلیمات تھیں، وہ بہت ہی</w:t>
      </w:r>
    </w:p>
    <w:p>
      <w:r>
        <w:rPr>
          <w:b/>
        </w:rPr>
        <w:t xml:space="preserve">[36:08] </w:t>
      </w:r>
      <w:r>
        <w:t>ah, is ki theen, bohat hi refined talimat theen, aur door jadeed ke hisab se theen. woh log itni sari baaton ko samajh nahi sake jab tak rasool Allah salallahu alaihi wasallam thay, tab tak to koi masla paida nahi hua.</w:t>
      </w:r>
    </w:p>
    <w:p>
      <w:pPr>
        <w:jc w:val="right"/>
      </w:pPr>
      <w:r>
        <w:t>اہ، اس کی تھیں، بہت ہی ریفائنڈ تعلیمات تھیں، اور دور جدید کے حساب سے تھیں۔ وہ لوگ اتنی ساری باتوں کو سمجھ نہیں سکے جب تک رسول اللہ صلی اللہ علیہ وسلم تھے، تب تک تو کوئی مسئلہ پیدا نہیں ہوا۔</w:t>
      </w:r>
    </w:p>
    <w:p>
      <w:r>
        <w:rPr>
          <w:b/>
        </w:rPr>
        <w:t xml:space="preserve">[36:22] </w:t>
      </w:r>
      <w:r>
        <w:t>lekin baad mein kya hua? rasool Allah salallahu alaihi wasallam jaise sulah hudaibiya kar liya. to yeh sab hotay hain, do qaumein ko do qaumon mein jang hoti hai, do groups mein jang hoti hai.</w:t>
      </w:r>
    </w:p>
    <w:p>
      <w:pPr>
        <w:jc w:val="right"/>
      </w:pPr>
      <w:r>
        <w:t>لیکن بعد میں کیا ہوا؟ رسول اللہ صلی اللہ علیہ وسلم جیسے صلح حدیبیہ کر لیا۔ تو یہ سب ہوتے ہیں، دو قومیں کو دو قوموں میں جنگ ہوتی ہے، دو گروپس میں جنگ ہوتی ہے۔</w:t>
      </w:r>
    </w:p>
    <w:p>
      <w:r>
        <w:rPr>
          <w:b/>
        </w:rPr>
        <w:t xml:space="preserve">[36:34] </w:t>
      </w:r>
      <w:r>
        <w:t>to mazhabi groups hotay hain, is mein ah, differences arise hotay hain. to is ki jo tareeqa Islam ne bataya tha, woh tha "reconciliation is the best", "alsulh khair", "dialogue", "reconciliation", "ifahum o tafheem", "interaction", "dawat", "ek doosray ko apna apni baat pohanchana".</w:t>
      </w:r>
    </w:p>
    <w:p>
      <w:pPr>
        <w:jc w:val="right"/>
      </w:pPr>
      <w:r>
        <w:t>تو مذہبی گروپس ہوتے ہیں، اس میں اہ، ڈیفرنسز ارائز ہوتے ہیں۔ تو اس کی جو طریقہ اسلام نے بتایا تھا، وہ تھا "ریکنسیلیشن از دی بیسٹ"، "الصلح خیر"، "ڈائیلاگ"، "ریکنسیلیشن"، "افہام و تفہیم"، "انٹریکشن"، "دعوت"، "ایک دوسرے کو اپنا اپنی بات پہنچانا"۔</w:t>
      </w:r>
    </w:p>
    <w:p>
      <w:r>
        <w:rPr>
          <w:b/>
        </w:rPr>
        <w:t xml:space="preserve">[37:02] </w:t>
      </w:r>
      <w:r>
        <w:t>to yeh jab understanding develop karna, to yeh sab chounkay woh log tribes se talluq rakhtay thay, aur tamam ke tamam bohat gehre Islam ke aalim nahi thay, jo awam thay, woh wohi sab jangon mein shamil hotay thay, is tarah ki jangon mein.</w:t>
      </w:r>
    </w:p>
    <w:p>
      <w:pPr>
        <w:jc w:val="right"/>
      </w:pPr>
      <w:r>
        <w:t>تو یہ جب انڈرسٹینڈنگ ڈیویلپ کرنا، تو یہ سب چونکہ وہ لوگ ٹرائبز سے تعلق رکھتے تھے، اور تمام کے تمام بہت گہرے اسلام کے عالم نہیں تھے، جو عوام تھے، وہ وہی سب جنگوں میں شامل ہوتے تھے، اس طرح کی جنگوں میں۔</w:t>
      </w:r>
    </w:p>
    <w:p>
      <w:r>
        <w:rPr>
          <w:b/>
        </w:rPr>
        <w:t xml:space="preserve">[37:20] </w:t>
      </w:r>
      <w:r>
        <w:t>to is wajah se woh fitna o fasad jo hai, woh kafi dinon tak reh gaya. balkay musalmanon ke to barabar jangain hoti hi rahin, ek raja doosray raja se larta raha.</w:t>
      </w:r>
    </w:p>
    <w:p>
      <w:pPr>
        <w:jc w:val="right"/>
      </w:pPr>
      <w:r>
        <w:t>تو اس وجہ سے وہ فتنہ و فساد جو ہے، وہ کافی دنوں تک رہ گیا۔ بلکہ مسلمانوں کے تو برابر جنگیں ہوتی ہی رہیں، ایک راجہ دوسرے راجہ سے لڑتا رہا۔</w:t>
      </w:r>
    </w:p>
    <w:p>
      <w:r>
        <w:rPr>
          <w:b/>
        </w:rPr>
        <w:t xml:space="preserve">[37:32] </w:t>
      </w:r>
      <w:r>
        <w:t>Spain mein jo hukumat qaim hui, to to Abbasi hukumat is ke khilaf ho gayi. musalsal kuch na kuch hota raha, is cheez ne musalmanon ko bohat kamzor bhi kiya.</w:t>
      </w:r>
    </w:p>
    <w:p>
      <w:pPr>
        <w:jc w:val="right"/>
      </w:pPr>
      <w:r>
        <w:t>اسپین میں جو حکومت قائم ہوئی، تو تو عباسی حکومت اس کے خلاف ہو گئی۔ مسلسل کچھ نہ کچھ ہوتا رہا، اس چیز نے مسلمانوں کو بہت کمزور بھی کیا۔</w:t>
      </w:r>
    </w:p>
    <w:p>
      <w:r>
        <w:rPr>
          <w:b/>
        </w:rPr>
        <w:t xml:space="preserve">[37:45] </w:t>
      </w:r>
      <w:r>
        <w:t>to ab yeh sab duniya hai, duniya to imtehan ki duniya hai, yeh sab to duniya mein hoga, lekin humain jo hai is se bohat zyada apne aap ko bachana hai.</w:t>
      </w:r>
    </w:p>
    <w:p>
      <w:pPr>
        <w:jc w:val="right"/>
      </w:pPr>
      <w:r>
        <w:t>تو اب یہ سب دنیا ہے، دنیا تو امتحان کی دنیا ہے، یہ سب تو دنیا میں ہوگا، لیکن ہمیں جو ہے اس سے بہت زیادہ اپنے آپ کو بچانا ہے۔</w:t>
      </w:r>
    </w:p>
    <w:p>
      <w:r>
        <w:rPr>
          <w:b/>
        </w:rPr>
        <w:t xml:space="preserve">[37:55] </w:t>
      </w:r>
      <w:r>
        <w:t>Maulana is par itna zyada zor detay thay ke sab kuch Allah taala ne kar diya hai, team bhi khadi kar di hai, lekin bas aap log jo hain ikhtilaf se bachiye ga aur ittehad ke sath apna kaam karte rahiye ga.</w:t>
      </w:r>
    </w:p>
    <w:p>
      <w:pPr>
        <w:jc w:val="right"/>
      </w:pPr>
      <w:r>
        <w:t>مولانا اس پر اتنا زیادہ زور دیتے تھے کہ سب کچھ اللہ تعالی نے کر دیا ہے، ٹیم بھی کھڑی کر دی ہے، لیکن بس آپ لوگ جو ہیں اختلاف سے بچیے گا اور اتحاد کے ساتھ اپنا کام کرتے رہیے گا۔</w:t>
      </w:r>
    </w:p>
    <w:p>
      <w:r>
        <w:rPr>
          <w:b/>
        </w:rPr>
        <w:t xml:space="preserve">[38:11] </w:t>
      </w:r>
      <w:r>
        <w:t>ab dekhiye ke itni bari bari saltanatein ikhtilaf ki wajah se khatam ho gayin. poori duniya mein musalmanon ki hukumat thi, woh sab isi ikhtilaf ki wajah se khatam ho gayin.</w:t>
      </w:r>
    </w:p>
    <w:p>
      <w:pPr>
        <w:jc w:val="right"/>
      </w:pPr>
      <w:r>
        <w:t>اب دیکھیے کہ اتنی بڑی بڑی سلطنتیں اختلاف کی وجہ سے ختم ہوگئیں۔ پوری دنیا میں مسلمانوں کی حکومت تھی، وہ سب اسی اختلاف کی وجہ سے ختم ہوئیں۔</w:t>
      </w:r>
    </w:p>
    <w:p>
      <w:r>
        <w:rPr>
          <w:b/>
        </w:rPr>
        <w:t xml:space="preserve">[38:22] </w:t>
      </w:r>
      <w:r>
        <w:t>to is liye humain in sab cheezon se sabaq lena hai aur in sab cheezon se bachna hai. apa aap ne to Hazrat Abdullah bin Umar ka naam liya hai, isi se milta julta statement sahi Muslim mein Saad ibn Abi Waqas ka aaya hai, woh mein parhta hoon.</w:t>
      </w:r>
    </w:p>
    <w:p>
      <w:pPr>
        <w:jc w:val="right"/>
      </w:pPr>
      <w:r>
        <w:t>تو اس لیے ہمیں ان سب چیزوں سے سبق لینا ہے اور ان سب چیزوں سے بچنا ہے۔ آپا آپ نے تو حضرت عبداللہ بن عمر کا نام لیا ہے، اسی سے ملتا جلتا اسٹیٹمنٹ صحیح مسلم میں سعد ابن ابی وقاص کا آیا ہے، وہ میں پڑھتا ہوں۔</w:t>
      </w:r>
    </w:p>
    <w:p>
      <w:r>
        <w:rPr>
          <w:b/>
        </w:rPr>
        <w:t xml:space="preserve">[38:42] </w:t>
      </w:r>
      <w:r>
        <w:t>aur Saad ibn Abi Waqas ke baray mein maloom hona chahiye ke top ten sahaba mein se ek thay Saad ibn Abi Waqas. to un ke paas kuch log aaye aur unhon ne kaha "Alam yaqul Allah wa qatiloo hatta la takuna fitnatun wa yakuna ad-deenu kulluhu lillah" ke Allah taala ne kiya yeh nahi kaha ke tum un se jang karo yahan tak ke fitna na rahe aur deen tamam ka tamam Allah ke liye ho jaye?</w:t>
      </w:r>
    </w:p>
    <w:p>
      <w:pPr>
        <w:jc w:val="right"/>
      </w:pPr>
      <w:r>
        <w:t>اور سعد ابن ابی وقاص کے بارے میں معلوم ہونا چاہیے کہ ٹاپ ٹین صحابہ میں سے ایک تھے سعد ابن ابی وقاص۔ تو ان کے پاس کچھ لوگ آئے اور انہوں نے کہا "الم یقول اللہ وقاتلوا حتى لا تکن فتنہ ویکون الدین کله للہ" کہ اللہ تعالی نے کیا یہ نہیں کہا کہ تم ان سے جنگ کرو یہاں تک کہ فتنہ نہ رہے اور دین تمام کا تمام اللہ کے لیے ہو جائے؟</w:t>
      </w:r>
    </w:p>
    <w:p>
      <w:r>
        <w:rPr>
          <w:b/>
        </w:rPr>
        <w:t xml:space="preserve">[39:09] </w:t>
      </w:r>
      <w:r>
        <w:t>to Saad ibn Abi Waqas ne kaha "Qad qatalna hatta la takuna fitnatun wa anta wa ashabuka tureedoona an tuqatiloo hatta takuna fitnatun" sahi Muslim hadith number 96 ke hum ne jang kiya yahan tak ke fitna khatam ho gaya aur tum aur tumharay sathiyon chahtay ho ke tum jang karo yahan tak ke dobara fitna aa jaye.</w:t>
      </w:r>
    </w:p>
    <w:p>
      <w:pPr>
        <w:jc w:val="right"/>
      </w:pPr>
      <w:r>
        <w:t>تو سعد ابن ابی وقاص نے کہا "قد قاتلنا حتى لا تکن فتنہ وانت واصحابک تریدون ان تقاتلوا حتى تکن فتنہ" صحیح مسلم حدیث نمبر 96 کہ ہم نے جنگ کیا یہاں تک کہ فتنہ ختم ہوگیا اور تم اور تمہارے ساتھی چاہتے ہو کہ تم جنگ کرو یہاں تک کہ دوبارہ فتنہ آ جائے۔</w:t>
      </w:r>
    </w:p>
    <w:p>
      <w:r>
        <w:rPr>
          <w:b/>
        </w:rPr>
        <w:t xml:space="preserve">[39:34] </w:t>
      </w:r>
      <w:r>
        <w:t>Miss Aisha Yasra Inam ka ek doosra sawal yeh hai jo is se milta julta hi hai ke qital fitna aur aaj jo musalman jang kar rahay hain, in dono mein kya farq hai?</w:t>
      </w:r>
    </w:p>
    <w:p>
      <w:pPr>
        <w:jc w:val="right"/>
      </w:pPr>
      <w:r>
        <w:t>مس عائشہ یسرا انام کا ایک دوسرا سوال یہ ہے جو اس سے ملتا جلتا ہی ہے کہ قتال فتنہ اور آج جو مسلمان جنگ کر رہے ہیں، ان دونوں میں کیا فرق ہے؟</w:t>
      </w:r>
    </w:p>
    <w:p>
      <w:r>
        <w:rPr>
          <w:b/>
        </w:rPr>
        <w:t xml:space="preserve">[39:50] </w:t>
      </w:r>
      <w:r>
        <w:t>dekhiye, yeh jangain jo aaj ho rahi hain, yeh bilkul galat hain, bilkul Islam ke khilaf hain, Quran ki talimat ke khilaf hain.</w:t>
      </w:r>
    </w:p>
    <w:p>
      <w:pPr>
        <w:jc w:val="right"/>
      </w:pPr>
      <w:r>
        <w:t>دیکھیے، یہ جنگیں جو آج ہو رہی ہیں، یہ بالکل غلط ہیں، بالکل اسلام کے خلاف ہیں، قرآن کی تعلیمات کے خلاف ہیں۔</w:t>
      </w:r>
    </w:p>
    <w:p>
      <w:r>
        <w:rPr>
          <w:b/>
        </w:rPr>
        <w:t xml:space="preserve">[40:01] </w:t>
      </w:r>
      <w:r>
        <w:t>chounkay Allah taala ne is ko bilkul mana kiya hai. chounkay bohat sari hadithain hain aur hadith mein bataya gaya hai ke khuruj haram hai.</w:t>
      </w:r>
    </w:p>
    <w:p>
      <w:pPr>
        <w:jc w:val="right"/>
      </w:pPr>
      <w:r>
        <w:t>کیونکہ اللہ تعالی نے اس کو بالکل منع کیا ہے۔ کیونکہ بہت ساری حدیثیں ہیں اور حدیث میں بتایا گیا ہے کہ خروج حرام ہے۔</w:t>
      </w:r>
    </w:p>
    <w:p>
      <w:r>
        <w:rPr>
          <w:b/>
        </w:rPr>
        <w:t xml:space="preserve">[40:14] </w:t>
      </w:r>
      <w:r>
        <w:t>ke jab ek established hukumat qaim ho jaye to humain sirf is ko support karna hai, is ko is ke ek ek rebel banna, is ke khilaf tehreekein chalana, yeh sari ki sari wohi hain ke ek hukumat qaim hoti hai, Afghanistan mein wohi ho raha hai, hukumat qaim hoti hai, phir is ke khilaf kuch log kharay ho jatay hain, hukumat qaim hoti hai.</w:t>
      </w:r>
    </w:p>
    <w:p>
      <w:pPr>
        <w:jc w:val="right"/>
      </w:pPr>
      <w:r>
        <w:t>کہ جب ایک اسٹیبلشڈ حکومت قائم ہو جائے تو ہمیں صرف اس کو سپورٹ کرنا ہے، اس کو اس کے ایک ایک ریبل بننا، اس کے خلاف تحریکیں چلانا، یہ ساری کی ساری وہی ہیں کہ ایک حکومت قائم ہوتی ہے، افغانستان میں وہی ہو رہا ہے، حکومت قائم ہوتی ہے، پھر اس کے خلاف کچھ لوگ کھڑے ہو جاتے ہیں، حکومت قائم ہوتی ہے۔</w:t>
      </w:r>
    </w:p>
    <w:p>
      <w:r>
        <w:rPr>
          <w:b/>
        </w:rPr>
        <w:t xml:space="preserve">[40:35] </w:t>
      </w:r>
      <w:r>
        <w:t>yeh tribalism hai, yeh Islam nahi hai. to yeh bilkul galat hai aur is in logon ko Khuda se darna chahiye. to yeh sab duniya ke liye laraiyan hain, duniya ke liye laraiyan.</w:t>
      </w:r>
    </w:p>
    <w:p>
      <w:pPr>
        <w:jc w:val="right"/>
      </w:pPr>
      <w:r>
        <w:t>یہ ٹرائبلزم ہے، یہ اسلام نہیں ہے۔ تو یہ بالکل غلط ہے اور اس ان لوگوں کو خدا سے ڈرنا چاہیے۔ تو یہ سب دنیا کے لیے لڑائیاں ہیں، دنیا کے لیے لڑائیاں۔</w:t>
      </w:r>
    </w:p>
    <w:p>
      <w:r>
        <w:rPr>
          <w:b/>
        </w:rPr>
        <w:t xml:space="preserve">[40:51] </w:t>
      </w:r>
      <w:r>
        <w:t>woh tha religious persecution ko khatam karna. duniya ke liye laraiyan to bilkul jaiz hi nahi hain aur har jagah land ki larai hai.</w:t>
      </w:r>
    </w:p>
    <w:p>
      <w:pPr>
        <w:jc w:val="right"/>
      </w:pPr>
      <w:r>
        <w:t>وہ تھا ریلیجس پرسیکیوشن کو ختم کرنا۔ دنیا کے لیے لڑائیاں تو بالکل جائز ہی نہیں ہیں اور ہر جگہ لینڈ کی لڑائی ہے۔</w:t>
      </w:r>
    </w:p>
    <w:p>
      <w:r>
        <w:rPr>
          <w:b/>
        </w:rPr>
        <w:t xml:space="preserve">[41:02] </w:t>
      </w:r>
      <w:r>
        <w:t>kahin bhi deen ke liye woh log koi kaam nahi kar rahay hain, deen ke liye to daawa work hai. aur yeh laraiyan jo hain, woh land ke liye hain.</w:t>
      </w:r>
    </w:p>
    <w:p>
      <w:pPr>
        <w:jc w:val="right"/>
      </w:pPr>
      <w:r>
        <w:t>کہیں بھی دین کے لیے وہ لوگ کوئی کام نہیں کر رہے ہیں، دین کے لیے تو دعویٰ ورک ہے۔ اور یہ لڑائیاں جو ہیں، وہ لینڈ کے لیے ہیں۔</w:t>
      </w:r>
    </w:p>
    <w:p>
      <w:r>
        <w:rPr>
          <w:b/>
        </w:rPr>
        <w:t xml:space="preserve">[41:11] </w:t>
      </w:r>
      <w:r>
        <w:t>to yeh is se bilkul refrain karna chahiye, Khuda se khauf khana chahiye aur hathiyar ko phenk dena chahiye. jaise ke hadithon mein aaya hai ke jab aisa mauqa aaye ga to tum log hathiyar phenk ke janglon mein chale jana.</w:t>
      </w:r>
    </w:p>
    <w:p>
      <w:pPr>
        <w:jc w:val="right"/>
      </w:pPr>
      <w:r>
        <w:t>تو یہ اس سے بالکل ریفرین کرنا چاہیے، خدا سے خوف کھانا چاہیے اور ہتھیار کو پھینک دینا چاہیے۔ جیسے کہ حدیثوں میں آیا ہے کہ جب ایسا موقع آئے گا تو تم لوگ ہتھیار پھینک کے جنگل میں چلے جانا۔</w:t>
      </w:r>
    </w:p>
    <w:p>
      <w:r>
        <w:rPr>
          <w:b/>
        </w:rPr>
        <w:t xml:space="preserve">[41:26] </w:t>
      </w:r>
      <w:r>
        <w:t>to is mein yahan tak kaha gaya hai ke agar tumhara badshah jo hai, raja jo hai, agar ek dum hi bekar ho, ek dum hi ah bhala'iq ho, ek dum koi kaam ka na ho, tab bhi tum uska sath do jab tak ke woh tum ko namaz roza karne de.</w:t>
      </w:r>
    </w:p>
    <w:p>
      <w:pPr>
        <w:jc w:val="right"/>
      </w:pPr>
      <w:r>
        <w:t>تو اس میں یہاں تک کہا گیا ہے کہ اگر تمہارا بادشاہ جو ہے، راجہ جو ہے، اگر ایک دم ہی بیکار ہو، ایک دم ہی اہ بھلائق ہو، ایک دم کوئی کام کا نہ ہو، تب بھی تم اس کا ساتھ دو جب تک کہ وہ تم کو نماز روزہ کرنے دے۔</w:t>
      </w:r>
    </w:p>
    <w:p>
      <w:r>
        <w:rPr>
          <w:b/>
        </w:rPr>
        <w:t xml:space="preserve">[41:42] </w:t>
      </w:r>
      <w:r>
        <w:t>to aisi kaun si hukumat hai jo namaz roza humain nahi karne de rahi hai? to is liye tamam ki tamam jangain in lawful hain.</w:t>
      </w:r>
    </w:p>
    <w:p>
      <w:pPr>
        <w:jc w:val="right"/>
      </w:pPr>
      <w:r>
        <w:t>تو ایسی کون سی حکومت ہے جو نماز روزہ ہمیں نہیں کرنے دے رہی ہے؟ تو اس لیے تمام کی تمام جنگیں ان لافل ہیں۔</w:t>
      </w:r>
    </w:p>
    <w:p>
      <w:r>
        <w:rPr>
          <w:b/>
        </w:rPr>
        <w:t xml:space="preserve">[41:53] </w:t>
      </w:r>
      <w:r>
        <w:t>aap is par ek hadith, do hadith mein padhna chahunga, yahan par izafa karna chahunga.</w:t>
      </w:r>
    </w:p>
    <w:p>
      <w:pPr>
        <w:jc w:val="right"/>
      </w:pPr>
      <w:r>
        <w:t>آپا اس پر ایک حدیث، دو حدیث میں پڑھنا چاہوں گا، یہاں پر اضافہ کرنا چاہوں گا۔</w:t>
      </w:r>
    </w:p>
    <w:p>
      <w:r>
        <w:rPr>
          <w:b/>
        </w:rPr>
        <w:t xml:space="preserve">[41:59] </w:t>
      </w:r>
      <w:r>
        <w:t>ibn Umar ki hadith hai ke ek aadmi ne aa kar un se kaha "kayi fitna"</w:t>
      </w:r>
    </w:p>
    <w:p>
      <w:pPr>
        <w:jc w:val="right"/>
      </w:pPr>
      <w:r>
        <w:t>ابن عمر کی حدیث ہے کہ ایک آدمی نے آ کر ان سے کہا "کئی فتنہ"</w:t>
      </w:r>
    </w:p>
    <w:p>
      <w:r>
        <w:rPr>
          <w:b/>
        </w:rPr>
        <w:t xml:space="preserve">[42:05] </w:t>
      </w:r>
      <w:r>
        <w:t>faqala wahal tudrimul fitnah kana muhammad sallallahu alaihi wasallam yuqatilul mushrikeen wakanad duloo 'ala fitnah walaysa qitalukum</w:t>
      </w:r>
    </w:p>
    <w:p>
      <w:pPr>
        <w:jc w:val="right"/>
      </w:pPr>
      <w:r>
        <w:t>فقال وهل تدریم الفتنہ کان محمد صلی اللہ علیہ وسلم یقاتل المشرکین وکان الدخول علی فتنہ ولیس قتالکم</w:t>
      </w:r>
    </w:p>
    <w:p>
      <w:r>
        <w:rPr>
          <w:b/>
        </w:rPr>
        <w:t xml:space="preserve">[42:15] </w:t>
      </w:r>
      <w:r>
        <w:t>alal mulk ke ek aadmi ne aa kar kaha ibn Umar se ke tum fitna ke mein ke</w:t>
      </w:r>
    </w:p>
    <w:p>
      <w:pPr>
        <w:jc w:val="right"/>
      </w:pPr>
      <w:r>
        <w:t>علی الملک کہ ایک آدمی نے آ کر کہا ابن عمر سے کہ تم فتنہ کے میں کہ</w:t>
      </w:r>
    </w:p>
    <w:p>
      <w:r>
        <w:rPr>
          <w:b/>
        </w:rPr>
        <w:t xml:space="preserve">[42:21] </w:t>
      </w:r>
      <w:r>
        <w:t>qital ke bare mein kya aap ki rai hai?</w:t>
      </w:r>
    </w:p>
    <w:p>
      <w:pPr>
        <w:jc w:val="right"/>
      </w:pPr>
      <w:r>
        <w:t>قتال کے بارے میں کیا آپ کی رائے ہے؟</w:t>
      </w:r>
    </w:p>
    <w:p>
      <w:r>
        <w:rPr>
          <w:b/>
        </w:rPr>
        <w:t xml:space="preserve">[42:25] </w:t>
      </w:r>
      <w:r>
        <w:t>to unhon ne kaha tum jantay ho fitna kya cheez hai? Muhammad salallahu alaihi wasallam ne mushrikeen ke sath jang ki aur us waqt naye deen mein dakhil hona fitna tha, tumhara badshahat ke liye jang karna jang karne ki tarah nahi.</w:t>
      </w:r>
    </w:p>
    <w:p>
      <w:pPr>
        <w:jc w:val="right"/>
      </w:pPr>
      <w:r>
        <w:t>تو انہوں نے کہا تم جانتے ہو فتنہ کیا چیز ہے؟ محمد صلی اللہ علیہ وسلم نے مشرکین کے ساتھ جنگ کی اور اس وقت نئے دین میں داخل ہونا فتنہ تھا، تمہارا بادشاہت کے لیے جنگ کرنا جنگ کرنے کی طرح نہیں۔</w:t>
      </w:r>
    </w:p>
    <w:p>
      <w:r>
        <w:rPr>
          <w:b/>
        </w:rPr>
        <w:t xml:space="preserve">[42:42] </w:t>
      </w:r>
      <w:r>
        <w:t>Sahih al Bukhari hadith number 4651 aur ek doosri hadith hai jo aaj jo yeh jang ho rahi hai, is ke baray mein bohat hi ebrat angez hai.</w:t>
      </w:r>
    </w:p>
    <w:p>
      <w:pPr>
        <w:jc w:val="right"/>
      </w:pPr>
      <w:r>
        <w:t>صحیح البخاری حدیث نمبر 4651 اور ایک دوسری حدیث ہے جو آج جو یہ جنگ ہو رہی ہے، اس کے بارے میں بہت ہی عبرت انگیز ہے۔</w:t>
      </w:r>
    </w:p>
    <w:p>
      <w:r>
        <w:rPr>
          <w:b/>
        </w:rPr>
        <w:t xml:space="preserve">[42:53] </w:t>
      </w:r>
      <w:r>
        <w:t>abu musa ashari kehte hain ke rasool Allah sallallahu alaihi wasallam ne harj ka zikr kiya jo</w:t>
      </w:r>
    </w:p>
    <w:p>
      <w:pPr>
        <w:jc w:val="right"/>
      </w:pPr>
      <w:r>
        <w:t>ابو موسیٰ عشری کہتے ہیں کہ رسول اللہ صلی اللہ علیہ وسلم نے حرج کا ذکر کیا جو</w:t>
      </w:r>
    </w:p>
    <w:p>
      <w:r>
        <w:rPr>
          <w:b/>
        </w:rPr>
        <w:t xml:space="preserve">[42:58] </w:t>
      </w:r>
      <w:r>
        <w:t>qayamat se pehle hoga hatta yuqtalal rajul jara wa'akha wabna 'ammihi qalo wa ma'ana 'uquluna yawmad deen qala tanzu</w:t>
      </w:r>
    </w:p>
    <w:p>
      <w:pPr>
        <w:jc w:val="right"/>
      </w:pPr>
      <w:r>
        <w:t>قیامت سے پہلے ہوگا حتی یقتل الرجل جارہ واخا وابن عمہ قالوا ومعنا عقولنا یوم الدین قال تنزو</w:t>
      </w:r>
    </w:p>
    <w:p>
      <w:r>
        <w:rPr>
          <w:b/>
        </w:rPr>
        <w:t xml:space="preserve">[43:09] </w:t>
      </w:r>
      <w:r>
        <w:t>'uqul akthar ahlidhalikaz zamani wa yakhlaful huma'u minan nasi yuhsabuan ahaduhum annahu 'ala shay'in walaysa 'ala</w:t>
      </w:r>
    </w:p>
    <w:p>
      <w:pPr>
        <w:jc w:val="right"/>
      </w:pPr>
      <w:r>
        <w:t>عقول اکثر اہل ذالک الزمان ويخلف لو ہیماء من الناس یحسب ان احدهم انہ علی شی ولیس علی</w:t>
      </w:r>
    </w:p>
    <w:p>
      <w:r>
        <w:rPr>
          <w:b/>
        </w:rPr>
        <w:t xml:space="preserve">[43:18] </w:t>
      </w:r>
      <w:r>
        <w:t>shay'in ke rasool Allah sallallahu alaihi wasallam ne kaha qayamat se pehle bohat zyada qatl o qital</w:t>
      </w:r>
    </w:p>
    <w:p>
      <w:pPr>
        <w:jc w:val="right"/>
      </w:pPr>
      <w:r>
        <w:t>شی کہ رسول اللہ صلی اللہ علیہ وسلم نے کہا قیامت سے پہلے بہت زیادہ قتل و قتال</w:t>
      </w:r>
    </w:p>
    <w:p>
      <w:r>
        <w:rPr>
          <w:b/>
        </w:rPr>
        <w:t xml:space="preserve">[43:23] </w:t>
      </w:r>
      <w:r>
        <w:t>hoga, yahan tak ke aadmi apne padosi ko qatl karega, apne bhai ko qatl karega aur</w:t>
      </w:r>
    </w:p>
    <w:p>
      <w:pPr>
        <w:jc w:val="right"/>
      </w:pPr>
      <w:r>
        <w:t>ہوگا، یہاں تک کہ آدمی اپنے پڑوسی کو قتل کرے گا، اپنے بھائی کو قتل کرے گا اور</w:t>
      </w:r>
    </w:p>
    <w:p>
      <w:r>
        <w:rPr>
          <w:b/>
        </w:rPr>
        <w:t xml:space="preserve">[43:28] </w:t>
      </w:r>
      <w:r>
        <w:t>apne bhatije ko qatl karega.</w:t>
      </w:r>
    </w:p>
    <w:p>
      <w:pPr>
        <w:jc w:val="right"/>
      </w:pPr>
      <w:r>
        <w:t>اپنے بھتیجے کو قتل کرے گا۔</w:t>
      </w:r>
    </w:p>
    <w:p>
      <w:r>
        <w:rPr>
          <w:b/>
        </w:rPr>
        <w:t xml:space="preserve">[43:31] </w:t>
      </w:r>
      <w:r>
        <w:t>to sahaba ne kaha kya is din hamare paas aqal bhi hogi to aap ne kaha unki aqalen chhin jayengi is zamane ke aksar logon ki aqalen chhin jayengi aur is waqt jo log baqi rahenge wo bohat hi jazbati honge aur wo samjhenge ke hum aqal wale hain halanke wo aqal wale nahi honge</w:t>
      </w:r>
    </w:p>
    <w:p>
      <w:pPr>
        <w:jc w:val="right"/>
      </w:pPr>
      <w:r>
        <w:t>تو صحابہ نے کہا کیا اس دن ہمارے پاس عقل بھی ہوگی؟ تو آپ نے کہا ان کی عقلیں چھن جائیں گی، اس زمانے کے اکثر لوگوں کی عقلیں چھن جائیں گی اور اس وقت جو لوگ باقی رہیں گے، وہ بہت ہی جذباتی ہوں گے اور وہ سمجھیں گے کہ ہم عقل والے ہیں، حالانکہ وہ عقل والے نہیں ہوں گے۔</w:t>
      </w:r>
    </w:p>
    <w:p>
      <w:r>
        <w:rPr>
          <w:b/>
        </w:rPr>
        <w:t xml:space="preserve">[43:54] </w:t>
      </w:r>
      <w:r>
        <w:t>apa yeh agla sawal hai mister asjad ali lucknow ka aaj ka insan frustration mein kyun jee raha hai halanke aaj sab se zyada aasaniyan hain</w:t>
      </w:r>
    </w:p>
    <w:p>
      <w:pPr>
        <w:jc w:val="right"/>
      </w:pPr>
      <w:r>
        <w:t>آپا یہ اگلا سوال ہے مسٹر اسجد علی لکھنو کا آج کا انسان فرسٹریشن میں کیوں جی رہا ہے، حالانکہ آج سب سے زیادہ آسانیاں ہیں؟</w:t>
      </w:r>
    </w:p>
    <w:p>
      <w:r>
        <w:rPr>
          <w:b/>
        </w:rPr>
        <w:t xml:space="preserve">[44:09] </w:t>
      </w:r>
      <w:r>
        <w:t>frustration asal mein hamesha rahegi is ko humein samajhna hai aur soch samajh kar ek zindagi guzarni hai</w:t>
      </w:r>
    </w:p>
    <w:p>
      <w:pPr>
        <w:jc w:val="right"/>
      </w:pPr>
      <w:r>
        <w:t>فرسٹریشن اصل میں ہمیشہ رہے گی، اس کو ہمیں سمجھنا ہے اور سوچ سمجھ کر ایک زندگی گزارنی ہے۔</w:t>
      </w:r>
    </w:p>
    <w:p>
      <w:r>
        <w:rPr>
          <w:b/>
        </w:rPr>
        <w:t xml:space="preserve">[44:19] </w:t>
      </w:r>
      <w:r>
        <w:t>kyunki yeh duniya mein hum ko sab kuch milta hi nahi hamari desires bohat zyada hain is desire ke mutabiq kisi badshah ko bhi nahi milta to humein kaise mil jayega</w:t>
      </w:r>
    </w:p>
    <w:p>
      <w:pPr>
        <w:jc w:val="right"/>
      </w:pPr>
      <w:r>
        <w:t>کیونکہ یہ دنیا میں ہم کو سب کچھ ملتا ہی نہیں، ہماری ڈیزائرز بہت زیادہ ہیں، اس ڈیزائر کے مطابق کسی بادشاہ کو بھی نہیں ملتا، تو ہمیں کیسے مل جائے گا؟</w:t>
      </w:r>
    </w:p>
    <w:p>
      <w:r>
        <w:rPr>
          <w:b/>
        </w:rPr>
        <w:t xml:space="preserve">[44:32] </w:t>
      </w:r>
      <w:r>
        <w:t>to yeh duniya jo hai ek ideal world nahi hai sab se pehle to yeh samajhna hai to hamari desires jo hain wo sirf is liye rakhi gayi hain taake hum yeh jane ke is duniya mein agar hum khuda ki marzi ke mutabiq zindagi guzarenge to hamari desire ke mutabiq humein akhirat mein jagah milegi jannat mein jagah milegi</w:t>
      </w:r>
    </w:p>
    <w:p>
      <w:pPr>
        <w:jc w:val="right"/>
      </w:pPr>
      <w:r>
        <w:t>تو یہ دنیا جو ہے، ایک آئیڈیل ورلڈ نہیں ہے۔ سب سے پہلے تو یہ سمجھنا ہے، تو ہماری ڈیزائرز جو ہیں، وہ صرف اس لیے رکھی گئی ہیں تاکہ ہم یہ جانیں کہ اس دنیا میں اگر ہم خدا کی مرضی کے مطابق زندگی گزاریں گے، تو ہماری ڈیزائر کے مطابق ہمیں آخرت میں جگہ ملے گی، جنت میں جگہ ملے گی۔</w:t>
      </w:r>
    </w:p>
    <w:p>
      <w:r>
        <w:rPr>
          <w:b/>
        </w:rPr>
        <w:t xml:space="preserve">[44:56] </w:t>
      </w:r>
      <w:r>
        <w:t>to log yeh samajhte hain in ko jab frustration hota hai to samajhte hain ke falan maadi cheez humein mil jayegi to humein sukoon mil jayega</w:t>
      </w:r>
    </w:p>
    <w:p>
      <w:pPr>
        <w:jc w:val="right"/>
      </w:pPr>
      <w:r>
        <w:t>تو لوگ یہ سمجھتے ہیں، ان کو جب فرسٹریشن ہوتا ہے تو سمجھتے ہیں کہ فلاں مادی چیز ہمیں مل جائے گی، تو ہمیں سکون مل جائے گا۔</w:t>
      </w:r>
    </w:p>
    <w:p>
      <w:r>
        <w:rPr>
          <w:b/>
        </w:rPr>
        <w:t xml:space="preserve">[45:06] </w:t>
      </w:r>
      <w:r>
        <w:t>kisi ke paas chhoti gadi hai to us ko badi gadi lega ke is mein sukoon mil jayega lekin jab wo le leta hai to us ko lagta hai ke is mein bhi sukoon nahi mila</w:t>
      </w:r>
    </w:p>
    <w:p>
      <w:pPr>
        <w:jc w:val="right"/>
      </w:pPr>
      <w:r>
        <w:t>کسی کے پاس چھوٹی گاڑی ہے، تو اس کو بڑی گاڑی لے گا کہ اس میں سکون مل جائے گا۔ لیکن جب وہ لے لیتا ہے، تو اس کو لگتا ہے کہ اس میں بھی سکون نہیں ملا۔</w:t>
      </w:r>
    </w:p>
    <w:p>
      <w:r>
        <w:rPr>
          <w:b/>
        </w:rPr>
        <w:t xml:space="preserve">[45:16] </w:t>
      </w:r>
      <w:r>
        <w:t>kisi ke paas chhota ghar hai to bada ghar lega is mein bhi sukoon nahi log jo bollywood ke log hain wo roz ghar hi badalte rehte hain car badalte rehte hain kyunki is mein un ko sukoon milta nahi</w:t>
      </w:r>
    </w:p>
    <w:p>
      <w:pPr>
        <w:jc w:val="right"/>
      </w:pPr>
      <w:r>
        <w:t>کسی کے پاس چھوٹا گھر ہے، تو بڑا گھر لے گا، اس میں بھی سکون نہیں۔ لوگ جو بالی وڈ کے لوگ ہیں، وہ روز گھر ہی بدلتے رہتے ہیں، کار بدلتے رہتے ہیں، کیونکہ اس میں ان کو سکون ملتا نہیں۔</w:t>
      </w:r>
    </w:p>
    <w:p>
      <w:r>
        <w:rPr>
          <w:b/>
        </w:rPr>
        <w:t xml:space="preserve">[45:27] </w:t>
      </w:r>
      <w:r>
        <w:t>dekhiye maadi cheezon mein koi sukoon hai hi nahi sukoon agar milega to aap ke paas koi mission hoga mission se aap judenge</w:t>
      </w:r>
    </w:p>
    <w:p>
      <w:pPr>
        <w:jc w:val="right"/>
      </w:pPr>
      <w:r>
        <w:t>دیکھیے، مادی چیزوں میں کوئی سکون ہے ہی نہیں۔ سکون اگر ملے گا، تو آپ کے پاس کوئی مشن ہوگا، مشن سے آپ جڑیں گے۔</w:t>
      </w:r>
    </w:p>
    <w:p>
      <w:r>
        <w:rPr>
          <w:b/>
        </w:rPr>
        <w:t xml:space="preserve">[45:37] </w:t>
      </w:r>
      <w:r>
        <w:t>koi bhi mission jis ko koi nobel mission hota hai chahe wo social work ka mission ho ya dawah mission ho koi nek nek mission ho acha kaam ho logon ki madad karna hai to is mission se aap judenge to is mein aap ko fulfillment mil sakta hai</w:t>
      </w:r>
    </w:p>
    <w:p>
      <w:pPr>
        <w:jc w:val="right"/>
      </w:pPr>
      <w:r>
        <w:t>کوئی بھی مشن، جس کو کوئی نوبل مشن ہوتا ہے، چاہے وہ سوشل ورک کا مشن ہو یا دعویٰ مشن ہو، کوئی نیک نیک مشن ہو، اچھا کام ہو، لوگوں کی مدد کرنا ہے، تو اس مشن سے آپ جڑیں گے، تو اس میں آپ کو فلفلمنٹ مل سکتا ہے۔</w:t>
      </w:r>
    </w:p>
    <w:p>
      <w:r>
        <w:rPr>
          <w:b/>
        </w:rPr>
        <w:t xml:space="preserve">[45:54] </w:t>
      </w:r>
      <w:r>
        <w:t>aur doosre khuda ki yaad mein fulfillment fulfillment milta hai ke wo ek ek quran ki ayat hai hearts are comforted by the remembrance of god alone bible mein bhi yahi hai</w:t>
      </w:r>
    </w:p>
    <w:p>
      <w:pPr>
        <w:jc w:val="right"/>
      </w:pPr>
      <w:r>
        <w:t>اور دوسرے، خدا کی یاد میں فلفلمنٹ، فلفلمنٹ ملتا ہے کہ وہ ایک ایک قرآن کی آیت ہے "Hearts are comforted by the remembrance of God alone." بائبل میں بھی یہی ہے۔</w:t>
      </w:r>
    </w:p>
    <w:p>
      <w:r>
        <w:rPr>
          <w:b/>
        </w:rPr>
        <w:t xml:space="preserve">[46:10] </w:t>
      </w:r>
      <w:r>
        <w:t>to is tarike se humein ek acha kaam karen apni zindagi ko achhi jagah istemal karen aur khuda ki yaad karen</w:t>
      </w:r>
    </w:p>
    <w:p>
      <w:pPr>
        <w:jc w:val="right"/>
      </w:pPr>
      <w:r>
        <w:t>تو اس طریقے سے ہمیں ایک اچھا کام کریں، اپنی زندگی کو اچھی جگہ استعمال کریں اور خدا کی یاد کریں۔</w:t>
      </w:r>
    </w:p>
    <w:p>
      <w:r>
        <w:rPr>
          <w:b/>
        </w:rPr>
        <w:t xml:space="preserve">[46:20] </w:t>
      </w:r>
      <w:r>
        <w:t>maadi cheezon mein sukoon talash karenge to wo kabhi nahi milega na kabhi kisi ko mila hai apa aap ne qanaat ki baat kahi to rasool allah salallaho alaihi wasallam ki ek hadith bohat sari hadithon mein qanaat ki baat aayi hai</w:t>
      </w:r>
    </w:p>
    <w:p>
      <w:pPr>
        <w:jc w:val="right"/>
      </w:pPr>
      <w:r>
        <w:t>مادی چیزوں میں سکون تلاش کریں گے، تو وہ کبھی نہیں ملے گا، نہ کبھی کسی کو ملا ہے۔ آپا آپ نے قناعت کی بات کہی تو رسول اللہ صلی اللہ علیہ وسلم کی ایک حدیث، بہت ساری حدیثوں میں قناعت کی بات آئی ہے۔</w:t>
      </w:r>
    </w:p>
    <w:p>
      <w:r>
        <w:rPr>
          <w:b/>
        </w:rPr>
        <w:t xml:space="preserve">[46:34] </w:t>
      </w:r>
      <w:r>
        <w:t>ek hadith mein padhta hoon yahan par rasool allah salallaho alaihi wasallam ne kaha qad aflaha man hudia ila al islam wa ruziq al kifaf wa qana a bihi ibn majah 4138 ke wo kamyab hua jis ko islam ki hidayat mili aur us ko kafi rozi mil gayi aur us ne is par qanaat ki</w:t>
      </w:r>
    </w:p>
    <w:p>
      <w:pPr>
        <w:jc w:val="right"/>
      </w:pPr>
      <w:r>
        <w:t>ایک حدیث میں پڑھتا ہوں، یہاں پر رسول اللہ صلی اللہ علیہ وسلم نے کہا "قد أفلح من هدی الى الاسلام ورزق الكفاف وقنع به" ابن ماجہ 4138 کہ وہ کامیاب ہوا جس کو اسلام کی ہدایت ملی اور اس کو کافی روزی مل گئی اور اس نے اس پر قناعت کی۔</w:t>
      </w:r>
    </w:p>
    <w:p>
      <w:r>
        <w:rPr>
          <w:b/>
        </w:rPr>
        <w:t xml:space="preserve">[46:56] </w:t>
      </w:r>
      <w:r>
        <w:t>mujahid ne musa alaihi salam ke hawale se yeh naqal kiya ke unhone sawal kiya tha allah taala se ya rabbi ayy ibadak aghna a rab tumhare bando mein se kaun hai jo sab se zyada maldar hai be niaz hai</w:t>
      </w:r>
    </w:p>
    <w:p>
      <w:pPr>
        <w:jc w:val="right"/>
      </w:pPr>
      <w:r>
        <w:t>مجاہد نے موسیٰ علیہ السلام کے حوالے سے یہ نقل کیا کہ انہوں نے سوال کیا تھا اللہ تعالیٰ سے "یا ربی ای عبادک اغنی" اے رب، تمہارے بندوں میں سے کون ہے جو سب سے زیادہ مالدار ہے، بے نیاز ہے؟</w:t>
      </w:r>
    </w:p>
    <w:p>
      <w:r>
        <w:rPr>
          <w:b/>
        </w:rPr>
        <w:t xml:space="preserve">[47:11] </w:t>
      </w:r>
      <w:r>
        <w:t>to us ne to Allah taala ne kaha in mein jo sab se zyada qana'at karne wala ho.</w:t>
      </w:r>
    </w:p>
    <w:p>
      <w:pPr>
        <w:jc w:val="right"/>
      </w:pPr>
      <w:r>
        <w:t>تو اس نے تو اللہ تعالیٰ نے کہا ان میں جو سب سے زیادہ قناعت کرنے والا ہو۔</w:t>
      </w:r>
    </w:p>
    <w:p>
      <w:r>
        <w:rPr>
          <w:b/>
        </w:rPr>
        <w:t xml:space="preserve">[47:19] </w:t>
      </w:r>
      <w:r>
        <w:t>aur aap ne jo itminan ki baat kahi to us par ibrahim bin adam ka qaul shayad aap</w:t>
      </w:r>
    </w:p>
    <w:p>
      <w:pPr>
        <w:jc w:val="right"/>
      </w:pPr>
      <w:r>
        <w:t>اور آپ نے جو اطمینان کی بات کہی تو اس پر ابراہیم بن ادم کا قول شاید آپ</w:t>
      </w:r>
    </w:p>
    <w:p>
      <w:r>
        <w:rPr>
          <w:b/>
        </w:rPr>
        <w:t xml:space="preserve">[47:28] </w:t>
      </w:r>
      <w:r>
        <w:t>ko yaad hoga ke unhone kaha tha ke "law ya'lamul muluku ma nahnu fihi lajadalu bis suyufi" ke</w:t>
      </w:r>
    </w:p>
    <w:p>
      <w:pPr>
        <w:jc w:val="right"/>
      </w:pPr>
      <w:r>
        <w:t>کو یاد ہوگا کہ انہوں نے کہا تھا کہ "لو یعلم الملوک ما نحن فیہ لجادلون بالسیوف" کہ</w:t>
      </w:r>
    </w:p>
    <w:p>
      <w:r>
        <w:rPr>
          <w:b/>
        </w:rPr>
        <w:t xml:space="preserve">[47:37] </w:t>
      </w:r>
      <w:r>
        <w:t>har agar hum jis itminan mein hain, agar badshah jaan le is itminan ko, to hum se jang</w:t>
      </w:r>
    </w:p>
    <w:p>
      <w:pPr>
        <w:jc w:val="right"/>
      </w:pPr>
      <w:r>
        <w:t>ہر اگر ہم جس اطمینان میں ہیں، اگر بادشاہ جان لے اس اطمینان کو، تو ہم سے جنگ</w:t>
      </w:r>
    </w:p>
    <w:p>
      <w:r>
        <w:rPr>
          <w:b/>
        </w:rPr>
        <w:t xml:space="preserve">[47:43] </w:t>
      </w:r>
      <w:r>
        <w:t>karein talwar ke zariye se taake hamare itminan ko chheen lein.</w:t>
      </w:r>
    </w:p>
    <w:p>
      <w:pPr>
        <w:jc w:val="right"/>
      </w:pPr>
      <w:r>
        <w:t>کریں تلوار کے ذریعے سے تاکہ ہمارے اطمینان کو چھین لیں۔</w:t>
      </w:r>
    </w:p>
    <w:p>
      <w:r>
        <w:rPr>
          <w:b/>
        </w:rPr>
        <w:t xml:space="preserve">[47:49] </w:t>
      </w:r>
      <w:r>
        <w:t>isi mein ek aur qissa batati hoon yeh to qissa hai yeh to sufi the to yeh real sense mein unhone yeh baat kahi hai</w:t>
      </w:r>
    </w:p>
    <w:p>
      <w:pPr>
        <w:jc w:val="right"/>
      </w:pPr>
      <w:r>
        <w:t>اسی میں ایک اور قصہ بتاتی ہوں، یہ تو قصہ ہے، یہ تو صوفی تھے، تو یہ ریئل سینس میں انہوں نے یہ بات کہی ہے۔</w:t>
      </w:r>
    </w:p>
    <w:p>
      <w:r>
        <w:rPr>
          <w:b/>
        </w:rPr>
        <w:t xml:space="preserve">[47:58] </w:t>
      </w:r>
      <w:r>
        <w:t>ek bade sufi the ibrahim ibn adam to ek qissa hai yeh ke ek badshah tha wo khush nahi rehta tha to us ne har taraf apne log bhej bhujaye</w:t>
      </w:r>
    </w:p>
    <w:p>
      <w:pPr>
        <w:jc w:val="right"/>
      </w:pPr>
      <w:r>
        <w:t>ایک بڑے صوفی تھے، ابراہیم ابن ادم۔ تو ایک قصہ ہے یہ کہ ایک بادشاہ تھا، وہ خوش نہیں رہتا تھا، تو اس نے ہر طرف اپنے لوگ بھیج بھجوائے۔</w:t>
      </w:r>
    </w:p>
    <w:p>
      <w:r>
        <w:rPr>
          <w:b/>
        </w:rPr>
        <w:t xml:space="preserve">[48:09] </w:t>
      </w:r>
      <w:r>
        <w:t>is se kisi ne kaha ke agar tum ek happy man ki shirt pehan lo to tum khush rahoge to ab us ne har taraf logon ko bheja ke koi happy man ho to us ki shirt le kar aao</w:t>
      </w:r>
    </w:p>
    <w:p>
      <w:pPr>
        <w:jc w:val="right"/>
      </w:pPr>
      <w:r>
        <w:t>اس سے کسی نے کہا کہ اگر تم ایک ہیپی مین کی شرٹ پہن لو تو تم خوش رہو گے۔ تو اب اس نے ہر طرف لوگوں کو بھیجا کہ کوئی ہیپی مین ہو تو اس کی شرٹ لے کر آؤ۔</w:t>
      </w:r>
    </w:p>
    <w:p>
      <w:r>
        <w:rPr>
          <w:b/>
        </w:rPr>
        <w:t xml:space="preserve">[48:20] </w:t>
      </w:r>
      <w:r>
        <w:t>aur koi kisi ne bhi nahi kaha ke main happy hoon finally us ne dekha ke ek tille par ek aadmi baitha hua hai wo us ke paas gaye ke tum khush ho</w:t>
      </w:r>
    </w:p>
    <w:p>
      <w:pPr>
        <w:jc w:val="right"/>
      </w:pPr>
      <w:r>
        <w:t>اور کوئی کسی نے بھی نہیں کہا کہ میں ہیپی ہوں۔ فائنلی اس نے دیکھا کہ ایک ٹیلے پر ایک آدمی بیٹھا ہوا ہے، وہ اس کے پاس گئے کہ تم خوش ہو؟</w:t>
      </w:r>
    </w:p>
    <w:p>
      <w:r>
        <w:rPr>
          <w:b/>
        </w:rPr>
        <w:t xml:space="preserve">[48:30] </w:t>
      </w:r>
      <w:r>
        <w:t>us ne kaha haan main khush hoon to us ne kaha ke tumhari shirt badshah ko chahiye us ne kaha mere paas shirt hi nahi hai to us ke paas koi tha hi nahi to us ke paas koi khatra nahi koi dar nahi</w:t>
      </w:r>
    </w:p>
    <w:p>
      <w:pPr>
        <w:jc w:val="right"/>
      </w:pPr>
      <w:r>
        <w:t>اس نے کہا ہاں، میں خوش ہوں۔ تو اس نے کہا کہ تمہاری شرٹ بادشاہ کو چاہیے؟ اس نے کہا میرے پاس شرٹ ہی نہیں ہے۔ تو اس کے پاس کوئی تھا ہی نہیں، تو اس کے پاس کوئی خطرہ نہیں، کوئی ڈر نہیں۔</w:t>
      </w:r>
    </w:p>
    <w:p>
      <w:r>
        <w:rPr>
          <w:b/>
        </w:rPr>
        <w:t xml:space="preserve">[48:43] </w:t>
      </w:r>
      <w:r>
        <w:t>aur wo sukoon mein hoga aadmi ke paas hota hai to us ko aur zyada pareshaniyan hoti hain doctor najma siddiqui ne aaj ki talk par comment kiya hai very important and informative jazak allah</w:t>
      </w:r>
    </w:p>
    <w:p>
      <w:pPr>
        <w:jc w:val="right"/>
      </w:pPr>
      <w:r>
        <w:t>اور وہ سکون میں ہوگا، آدمی کے پاس ہوتا ہے تو اس کو اور زیادہ پریشانیاں ہوتی ہیں۔ ڈاکٹر نجمہ صدیقی نے آج کی ٹاک پر کمنٹ کیا ہے "Very important and informative." جزاک اللہ۔</w:t>
      </w:r>
    </w:p>
    <w:p>
      <w:r>
        <w:rPr>
          <w:b/>
        </w:rPr>
        <w:t xml:space="preserve">[49:00] </w:t>
      </w:r>
      <w:r>
        <w:t>maulana syed iqbal ahmad umri ne likha hai apa aap ne antum aalam bi umr dunyakum wali hadith ko bohat achhi tarah wazeh kiya ke rasool allah salallaho alaihi wasallam ne duniya ki taraqqi mein rukawat paida nahi ki aur yeh waqia is ki dalil hai</w:t>
      </w:r>
    </w:p>
    <w:p>
      <w:pPr>
        <w:jc w:val="right"/>
      </w:pPr>
      <w:r>
        <w:t>مولانا سید اقبال احمد عمری نے لکھا ہے آپا آپ نے "أنتم أعلم بعمر الدنياكم" والی حدیث کو بہت اچھی طرح واضح کیا کہ رسول اللہ صلی اللہ علیہ وسلم نے دنیا کی ترقی میں رکاوٹ پیدا نہیں کی، اور یہ واقعہ اس کی دلیل ہے۔</w:t>
      </w:r>
    </w:p>
    <w:p>
      <w:r>
        <w:rPr>
          <w:b/>
        </w:rPr>
        <w:t xml:space="preserve">[49:24] </w:t>
      </w:r>
      <w:r>
        <w:t>miss sofia akhtar bihar se likhti hain</w:t>
      </w:r>
    </w:p>
    <w:p>
      <w:pPr>
        <w:jc w:val="right"/>
      </w:pPr>
      <w:r>
        <w:t>مس صوفیہ اختر بہار سے لکھتی ہیں</w:t>
      </w:r>
    </w:p>
    <w:p>
      <w:r>
        <w:rPr>
          <w:b/>
        </w:rPr>
        <w:t xml:space="preserve">[49:27] </w:t>
      </w:r>
      <w:r>
        <w:t>bettrin, apa! very nice explanation of intellectual development by Islam in human history. ji in ka koe question hai aisa kyon hua ke musalman baad mein peechay ho gaye?</w:t>
      </w:r>
    </w:p>
    <w:p>
      <w:pPr>
        <w:jc w:val="right"/>
      </w:pPr>
      <w:r>
        <w:t>"Betterin, آپا! Very nice explanation of intellectual development by Islam in human history." جی ان کا کوئسچن ہے ایسا کیوں ہوا کہ مسلمان بعد میں پیچھے ہو گئے؟</w:t>
      </w:r>
    </w:p>
    <w:p>
      <w:r>
        <w:rPr>
          <w:b/>
        </w:rPr>
        <w:t xml:space="preserve">[49:43] </w:t>
      </w:r>
      <w:r>
        <w:t>yehi sawal Maulana Imran Islahi sahib ne bhi ki hai new delhi se ke musalmanon ki ilmi taraqqi kyon ruk gayi, is ka sabab kya tha? asal mein itnay ziyada ikhtilafat thay, fiqhi ikhtilafat</w:t>
      </w:r>
    </w:p>
    <w:p>
      <w:pPr>
        <w:jc w:val="right"/>
      </w:pPr>
      <w:r>
        <w:t>یہی سوال مولانا عمران اصلاحی صاحب نے بھی کی ہے نئی دہلی سے کہ مسلمانوں کی علمی ترقی کیوں رک گئی، اس کا سبب کیا تھا؟ اصل میں اتنے زیادہ اختلافات تھے، فقہی اختلافات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