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1 July 2017 - Maulana Wahiduddin Khan</w:t>
      </w:r>
    </w:p>
    <w:p>
      <w:r>
        <w:t>https://www.youtube.com/watch?v=wQNsSs2rCmc</w:t>
      </w:r>
    </w:p>
    <w:p>
      <w:r>
        <w:rPr>
          <w:b/>
        </w:rPr>
        <w:t xml:space="preserve">[00:14] </w:t>
      </w:r>
      <w:r>
        <w:t>bismillah-ir-rehman-ir-rahim, wa-sallallahu 'ala-n-nabiyyi-l-karim.</w:t>
      </w:r>
    </w:p>
    <w:p>
      <w:pPr>
        <w:jc w:val="right"/>
      </w:pPr>
      <w:r>
        <w:t>بسم اللہ الرحمن الرحیم، وصلی اللہ علی النبی الکریم۔</w:t>
      </w:r>
    </w:p>
    <w:p>
      <w:r>
        <w:rPr>
          <w:b/>
        </w:rPr>
        <w:t xml:space="preserve">[00:23] </w:t>
      </w:r>
      <w:r>
        <w:t>1 jullai 2017.</w:t>
      </w:r>
    </w:p>
    <w:p>
      <w:pPr>
        <w:jc w:val="right"/>
      </w:pPr>
      <w:r>
        <w:t>1 جولائی 2017۔</w:t>
      </w:r>
    </w:p>
    <w:p>
      <w:r>
        <w:rPr>
          <w:b/>
        </w:rPr>
        <w:t xml:space="preserve">[00:30] </w:t>
      </w:r>
      <w:r>
        <w:t>aik sahib ne mujh se poocha ke</w:t>
      </w:r>
    </w:p>
    <w:p>
      <w:pPr>
        <w:jc w:val="right"/>
      </w:pPr>
      <w:r>
        <w:t>ایک صاحب نے مجھ سے پوچھا کہ</w:t>
      </w:r>
    </w:p>
    <w:p>
      <w:r>
        <w:rPr>
          <w:b/>
        </w:rPr>
        <w:t xml:space="preserve">[00:37] </w:t>
      </w:r>
      <w:r>
        <w:t>aaj kal</w:t>
      </w:r>
    </w:p>
    <w:p>
      <w:pPr>
        <w:jc w:val="right"/>
      </w:pPr>
      <w:r>
        <w:t>آج کل</w:t>
      </w:r>
    </w:p>
    <w:p>
      <w:r>
        <w:rPr>
          <w:b/>
        </w:rPr>
        <w:t xml:space="preserve">[00:42] </w:t>
      </w:r>
      <w:r>
        <w:t>bohat ziyada kitabein chhap chhap kar aa rahi hain Islam ke baray mein, aur bohat se bolnay walay paida ho gaye hain.</w:t>
      </w:r>
    </w:p>
    <w:p>
      <w:pPr>
        <w:jc w:val="right"/>
      </w:pPr>
      <w:r>
        <w:t>بہت زیادہ کتابیں چھپ چھپ کر آ رہی ہیں اسلام کے بارے میں، اور بہت سے بولنے والے پیدا ہو گئے ہیں۔</w:t>
      </w:r>
    </w:p>
    <w:p>
      <w:r>
        <w:rPr>
          <w:b/>
        </w:rPr>
        <w:t xml:space="preserve">[00:52] </w:t>
      </w:r>
      <w:r>
        <w:t>jaise dekhein, koi Islam par bol raha hai, koi Islam ki kitab phaila raha hai. to unhon ne kaha ke yeh to fida duhamah ka mamla hai,</w:t>
      </w:r>
    </w:p>
    <w:p>
      <w:pPr>
        <w:jc w:val="right"/>
      </w:pPr>
      <w:r>
        <w:t>جیسے دیکھیں، کوئی اسلام پر بول رہا ہے، کوئی اسلام کی کتاب پھیلا رہا ہے۔ تو انہوں نے کہا کہ یہ تو فدہ دوحامہ کا معاملہ ہے،</w:t>
      </w:r>
    </w:p>
    <w:p>
      <w:r>
        <w:rPr>
          <w:b/>
        </w:rPr>
        <w:t xml:space="preserve">[01:10] </w:t>
      </w:r>
      <w:r>
        <w:t>yani itni ziyada bol, itni ziyada tehreerein, to hum kaise samjhein ke kaun is mein sachai wala hai,</w:t>
      </w:r>
    </w:p>
    <w:p>
      <w:pPr>
        <w:jc w:val="right"/>
      </w:pPr>
      <w:r>
        <w:t>یعنی اتنی زیادہ بول، اتنی زیادہ تحریریں، تو ہم کیسے سمجھیں کہ کون اس میں سچائی والا ہے،</w:t>
      </w:r>
    </w:p>
    <w:p>
      <w:r>
        <w:rPr>
          <w:b/>
        </w:rPr>
        <w:t xml:space="preserve">[01:24] </w:t>
      </w:r>
      <w:r>
        <w:t>kis ko humein apnana chahiye. maine is par socha ke is ka jawab kya ho sakta hai,</w:t>
      </w:r>
    </w:p>
    <w:p>
      <w:pPr>
        <w:jc w:val="right"/>
      </w:pPr>
      <w:r>
        <w:t>کس کو ہمیں اپنانا چاہیے۔ میں نے اس پر سوچا کہ اس کا جواب کیا ہو سکتا ہے،</w:t>
      </w:r>
    </w:p>
    <w:p>
      <w:r>
        <w:rPr>
          <w:b/>
        </w:rPr>
        <w:t xml:space="preserve">[01:33] </w:t>
      </w:r>
      <w:r>
        <w:t>to meri samajh mein aaya ke is ka jawab sirf aik hai.</w:t>
      </w:r>
    </w:p>
    <w:p>
      <w:pPr>
        <w:jc w:val="right"/>
      </w:pPr>
      <w:r>
        <w:t>تو میری سمجھ میں آیا کہ اس کا جواب صرف ایک ہے۔</w:t>
      </w:r>
    </w:p>
    <w:p>
      <w:r>
        <w:rPr>
          <w:b/>
        </w:rPr>
        <w:t xml:space="preserve">[01:41] </w:t>
      </w:r>
      <w:r>
        <w:t>woh yeh hai ke</w:t>
      </w:r>
    </w:p>
    <w:p>
      <w:pPr>
        <w:jc w:val="right"/>
      </w:pPr>
      <w:r>
        <w:t>وہ یہ ہے کہ</w:t>
      </w:r>
    </w:p>
    <w:p>
      <w:r>
        <w:rPr>
          <w:b/>
        </w:rPr>
        <w:t xml:space="preserve">[01:45] </w:t>
      </w:r>
      <w:r>
        <w:t>kisi ki kitab ya kisi ki baat ka focus kya hai, focus kya hai.</w:t>
      </w:r>
    </w:p>
    <w:p>
      <w:pPr>
        <w:jc w:val="right"/>
      </w:pPr>
      <w:r>
        <w:t>کسی کی کتاب یا کسی کی بات کا فوکس کیا ہے، فوکس کیا ہے۔</w:t>
      </w:r>
    </w:p>
    <w:p>
      <w:r>
        <w:rPr>
          <w:b/>
        </w:rPr>
        <w:t xml:space="preserve">[01:57] </w:t>
      </w:r>
      <w:r>
        <w:t>aap is ki taqreer ko sunen, is ki kitab ko parhen,</w:t>
      </w:r>
    </w:p>
    <w:p>
      <w:pPr>
        <w:jc w:val="right"/>
      </w:pPr>
      <w:r>
        <w:t>آپ اس کی تقریر کو سنیں، اس کی کتاب کو پڑھیں،</w:t>
      </w:r>
    </w:p>
    <w:p>
      <w:r>
        <w:rPr>
          <w:b/>
        </w:rPr>
        <w:t xml:space="preserve">[02:04] </w:t>
      </w:r>
      <w:r>
        <w:t>aur dekhen ke is ka focus kya hai. focus agar Allah hai, Allah Rabb-ul-'Alameen hai, tab to woh sahi samjhiye us ko.</w:t>
      </w:r>
    </w:p>
    <w:p>
      <w:pPr>
        <w:jc w:val="right"/>
      </w:pPr>
      <w:r>
        <w:t>اور دیکھیں کہ اس کا فوکس کیا ہے۔ فوکس اگر اللہ ہے، اللہ رب العالمین ہے، تب تو وہ صحیح سمجھیے اس کو۔</w:t>
      </w:r>
    </w:p>
    <w:p>
      <w:r>
        <w:rPr>
          <w:b/>
        </w:rPr>
        <w:t xml:space="preserve">[02:19] </w:t>
      </w:r>
      <w:r>
        <w:t>agar focus Allah ke sath kuch aur ho to sahi mat samjhiye. Allah ka focus honay ka matlab yeh nahi hai ke aap naam Allah keh len aur sari baatein karen,</w:t>
      </w:r>
    </w:p>
    <w:p>
      <w:pPr>
        <w:jc w:val="right"/>
      </w:pPr>
      <w:r>
        <w:t>اگر فوکس اللہ کے ساتھ کچھ اور ہو تو صحیح مت سمجھیے۔ اللہ کا فوکس ہونے کا مطلب یہ نہیں ہے کہ آپ نام اللہ کہہ لیں اور ساری باتیں کریں،</w:t>
      </w:r>
    </w:p>
    <w:p>
      <w:r>
        <w:rPr>
          <w:b/>
        </w:rPr>
        <w:t xml:space="preserve">[02:33] </w:t>
      </w:r>
      <w:r>
        <w:t>Allah ki siyasat, woh focus nahi kaha jaye ga.</w:t>
      </w:r>
    </w:p>
    <w:p>
      <w:pPr>
        <w:jc w:val="right"/>
      </w:pPr>
      <w:r>
        <w:t>اللہ کی سیاست، وہ فوکس نہیں کہا جائے گا۔</w:t>
      </w:r>
    </w:p>
    <w:p>
      <w:r>
        <w:rPr>
          <w:b/>
        </w:rPr>
        <w:t xml:space="preserve">[02:42] </w:t>
      </w:r>
      <w:r>
        <w:t>naam rakh len Allah walay jawab, naam rakh len kuch Allah ke</w:t>
      </w:r>
    </w:p>
    <w:p>
      <w:pPr>
        <w:jc w:val="right"/>
      </w:pPr>
      <w:r>
        <w:t>نام رکھ لیں اللہ والے جواب، نام رکھ لیں کچھ اللہ کے</w:t>
      </w:r>
    </w:p>
    <w:p>
      <w:r>
        <w:rPr>
          <w:b/>
        </w:rPr>
        <w:t xml:space="preserve">[02:54] </w:t>
      </w:r>
      <w:r>
        <w:t>reference mein, lekin aap ki jo baatein hain, aap ki jo tehreerein hain, us ko parhnay se</w:t>
      </w:r>
    </w:p>
    <w:p>
      <w:pPr>
        <w:jc w:val="right"/>
      </w:pPr>
      <w:r>
        <w:t>ریفرنس میں، لیکن آپ کی جو باتیں ہیں، آپ کے جو تحریریں ہیں، اس کو پڑھنے سے</w:t>
      </w:r>
    </w:p>
    <w:p>
      <w:r>
        <w:rPr>
          <w:b/>
        </w:rPr>
        <w:t xml:space="preserve">[03:06] </w:t>
      </w:r>
      <w:r>
        <w:t>aadmi ka focus Allah na banay. focus ma'ni kya hain? Allah ki soch, Allah se mohabbat, Allah se khauf,</w:t>
      </w:r>
    </w:p>
    <w:p>
      <w:pPr>
        <w:jc w:val="right"/>
      </w:pPr>
      <w:r>
        <w:t>آدمی کا فوکس اللہ نہ بنے۔ فوکس معنی کیا ہیں؟ اللہ کی سوچ، اللہ سے محبت، اللہ سے خوف،</w:t>
      </w:r>
    </w:p>
    <w:p>
      <w:r>
        <w:rPr>
          <w:b/>
        </w:rPr>
        <w:t xml:space="preserve">[03:23] </w:t>
      </w:r>
      <w:r>
        <w:t>jannat ka ishtiyaq, jo jo Allah ka paros hai.</w:t>
      </w:r>
    </w:p>
    <w:p>
      <w:pPr>
        <w:jc w:val="right"/>
      </w:pPr>
      <w:r>
        <w:t>جنت کا اشتیاق، جو جو اللہ کا پڑوس ہے۔</w:t>
      </w:r>
    </w:p>
    <w:p>
      <w:r>
        <w:rPr>
          <w:b/>
        </w:rPr>
        <w:t xml:space="preserve">[03:31] </w:t>
      </w:r>
      <w:r>
        <w:t>jannat ka ishtiyaq ke ma'ni hain ke Allah ke paros mein jagah panay ka shauq.</w:t>
      </w:r>
    </w:p>
    <w:p>
      <w:pPr>
        <w:jc w:val="right"/>
      </w:pPr>
      <w:r>
        <w:t>جنت کا اشتیاق کے معنی ہیں کہ اللہ کے پڑوس میں جگہ پانے کا شوق۔</w:t>
      </w:r>
    </w:p>
    <w:p>
      <w:r>
        <w:rPr>
          <w:b/>
        </w:rPr>
        <w:t xml:space="preserve">[03:40] </w:t>
      </w:r>
      <w:r>
        <w:t>to agar koi aisi baat kahe ya aisi tehreek chalaye jis ka focus yeh ho, yani Allah, Allah Rabb-ul-'Alameen ki yaad, is ka zikr, is ka charcha,</w:t>
      </w:r>
    </w:p>
    <w:p>
      <w:pPr>
        <w:jc w:val="right"/>
      </w:pPr>
      <w:r>
        <w:t>تو اگر کوئی ایسی بات کہے یا ایسی تحریک چلائے جس کا فوکس یہ ہو، یعنی اللہ، اللہ رب العالمین کی یاد، اس کا ذکر، اس کا چرچا،</w:t>
      </w:r>
    </w:p>
    <w:p>
      <w:r>
        <w:rPr>
          <w:b/>
        </w:rPr>
        <w:t xml:space="preserve">[04:00] </w:t>
      </w:r>
      <w:r>
        <w:t>aur phir Allah Rabb-ul-'Alameen ke paros mein abadi jagah panay ka shauq, jis ko jannat kehte hain,</w:t>
      </w:r>
    </w:p>
    <w:p>
      <w:pPr>
        <w:jc w:val="right"/>
      </w:pPr>
      <w:r>
        <w:t>اور پھر اللہ رب العالمین کے پڑوس میں ابدی جگہ پانے کا شوق، جس کو جنت کہتے ہیں،</w:t>
      </w:r>
    </w:p>
    <w:p>
      <w:r>
        <w:rPr>
          <w:b/>
        </w:rPr>
        <w:t xml:space="preserve">[04:10] </w:t>
      </w:r>
      <w:r>
        <w:t>yeh sab agar hota hai tab woh</w:t>
      </w:r>
    </w:p>
    <w:p>
      <w:pPr>
        <w:jc w:val="right"/>
      </w:pPr>
      <w:r>
        <w:t>یہ سب اگر ہوتا ہے تب وہ</w:t>
      </w:r>
    </w:p>
    <w:p>
      <w:r>
        <w:rPr>
          <w:b/>
        </w:rPr>
        <w:t xml:space="preserve">[04:20] </w:t>
      </w:r>
      <w:r>
        <w:t>mana jayega ke sachay islam ka paigham hai.</w:t>
      </w:r>
    </w:p>
    <w:p>
      <w:pPr>
        <w:jc w:val="right"/>
      </w:pPr>
      <w:r>
        <w:t>مانا جائے گا کہ سچے اسلام کا پیغام ہے۔</w:t>
      </w:r>
    </w:p>
    <w:p>
      <w:r>
        <w:rPr>
          <w:b/>
        </w:rPr>
        <w:t xml:space="preserve">[04:26] </w:t>
      </w:r>
      <w:r>
        <w:t>lekin yeh bhi arz karoon mein ke Allah ka naam le kar aisi baatein ho sakti hain jo jis ka talluq Allah se kuch bhi na ho. Allah ka naam le kar shahadat ki baat hai, Allah ka naam le kar millat ki baat hai,</w:t>
      </w:r>
    </w:p>
    <w:p>
      <w:pPr>
        <w:jc w:val="right"/>
      </w:pPr>
      <w:r>
        <w:t>لیکن یہ بھی عرض کروں میں کہ اللہ کا نام لے کر ایسی باتیں ہو سکتی ہیں جو جس کا تعلق اللہ سے کچھ بھی نہ ہو۔ اللہ کا نام لے کر شہادت کی بات ہے، اللہ کا نام لے کر ملت کی بات ہے،</w:t>
      </w:r>
    </w:p>
    <w:p>
      <w:r>
        <w:rPr>
          <w:b/>
        </w:rPr>
        <w:t xml:space="preserve">[04:43] </w:t>
      </w:r>
      <w:r>
        <w:t>Allah ka naam le kar nafrat, tashaddud ki baat hai, Allah ka naam le kar</w:t>
      </w:r>
    </w:p>
    <w:p>
      <w:pPr>
        <w:jc w:val="right"/>
      </w:pPr>
      <w:r>
        <w:t>اللہ کا نام لے کر نفرت، تشدد کی بات ہے، اللہ کا نام لے کر</w:t>
      </w:r>
    </w:p>
    <w:p>
      <w:r>
        <w:rPr>
          <w:b/>
        </w:rPr>
        <w:t xml:space="preserve">[04:51] </w:t>
      </w:r>
      <w:r>
        <w:t>yeh batana ke musalman</w:t>
      </w:r>
    </w:p>
    <w:p>
      <w:pPr>
        <w:jc w:val="right"/>
      </w:pPr>
      <w:r>
        <w:t>یہ بتانا کہ مسلمان</w:t>
      </w:r>
    </w:p>
    <w:p>
      <w:r>
        <w:rPr>
          <w:b/>
        </w:rPr>
        <w:t xml:space="preserve">[04:57] </w:t>
      </w:r>
      <w:r>
        <w:t>conspiracy mein phanse hue hain, un ke dushmanon ne un ko gher kar rakha hai, islamophobia, yeh sab chahe Allah ka naam le kar kaha jaye, phir bhi woh Allah ka deen nahi hai.</w:t>
      </w:r>
    </w:p>
    <w:p>
      <w:pPr>
        <w:jc w:val="right"/>
      </w:pPr>
      <w:r>
        <w:t>کانسپریسی میں پھنسے ہوئے ہیں، ان کے دشمنوں نے ان کو گھیر کر رکھا ہے، اسلامو فوبیا، یہ سب چاہے اللہ کا نام لے کر کہا جائے، پھر بھی وہ اللہ کا دین نہیں ہے۔</w:t>
      </w:r>
    </w:p>
    <w:p>
      <w:r>
        <w:rPr>
          <w:b/>
        </w:rPr>
        <w:t xml:space="preserve">[05:13] </w:t>
      </w:r>
      <w:r>
        <w:t>Allah ka deen woh hai jo real sense mein Allah ki yaad dilaye aap ko,</w:t>
      </w:r>
    </w:p>
    <w:p>
      <w:pPr>
        <w:jc w:val="right"/>
      </w:pPr>
      <w:r>
        <w:t>اللہ کا دین وہ ہے جو ریئل سینس میں اللہ کی یاد دلائے آپ کو،</w:t>
      </w:r>
    </w:p>
    <w:p>
      <w:r>
        <w:rPr>
          <w:b/>
        </w:rPr>
        <w:t xml:space="preserve">[05:21] </w:t>
      </w:r>
      <w:r>
        <w:t>real sense mein, yani jis sense mein Allah ka zikr quran o hadees mein aya hai. Misal ke taur par dekhiye, pehli ayat jo quran mein hai: Alhamdulillah Rabbil Alameen.</w:t>
      </w:r>
    </w:p>
    <w:p>
      <w:pPr>
        <w:jc w:val="right"/>
      </w:pPr>
      <w:r>
        <w:t>ریئل سینس میں، یعنی جس سینس میں اللہ کا ذکر قرآن و حدیث میں آیا ہے۔ مثلاً دیکھیے، پہلی آیت جو قرآن میں ہے: الحمدللہ رب العالمین۔</w:t>
      </w:r>
    </w:p>
    <w:p>
      <w:r>
        <w:rPr>
          <w:b/>
        </w:rPr>
        <w:t xml:space="preserve">[05:36] </w:t>
      </w:r>
      <w:r>
        <w:t>yeh matlab hai ke Allah ka zikr jab aap karein to sara focus Allah ki ghuroor par chala jaye, Allah ki hamd, Allah ki rehmat,</w:t>
      </w:r>
    </w:p>
    <w:p>
      <w:pPr>
        <w:jc w:val="right"/>
      </w:pPr>
      <w:r>
        <w:t>یہ معنی ہے کہ اللہ کا ذکر جب آپ کریں تو سارا فوکس اللہ کی غروری پر چلا جائے، اللہ کی حمد، اللہ کی رحمت،</w:t>
      </w:r>
    </w:p>
    <w:p>
      <w:r>
        <w:rPr>
          <w:b/>
        </w:rPr>
        <w:t xml:space="preserve">[05:52] </w:t>
      </w:r>
      <w:r>
        <w:t>Allah ka,</w:t>
      </w:r>
    </w:p>
    <w:p>
      <w:pPr>
        <w:jc w:val="right"/>
      </w:pPr>
      <w:r>
        <w:t>اللہ کا،</w:t>
      </w:r>
    </w:p>
    <w:p>
      <w:r>
        <w:rPr>
          <w:b/>
        </w:rPr>
        <w:t xml:space="preserve">[05:57] </w:t>
      </w:r>
      <w:r>
        <w:t>Allah ki jo planning hai,</w:t>
      </w:r>
    </w:p>
    <w:p>
      <w:pPr>
        <w:jc w:val="right"/>
      </w:pPr>
      <w:r>
        <w:t>اللہ کی جو پلاننگ ہے،</w:t>
      </w:r>
    </w:p>
    <w:p>
      <w:r>
        <w:rPr>
          <w:b/>
        </w:rPr>
        <w:t xml:space="preserve">[06:02] </w:t>
      </w:r>
      <w:r>
        <w:t>yeh yeh sab cheezein hain. To soch ka focus Allah ban jaye, aap ki view of thinking jo hai woh Allah wali ban jaye,</w:t>
      </w:r>
    </w:p>
    <w:p>
      <w:pPr>
        <w:jc w:val="right"/>
      </w:pPr>
      <w:r>
        <w:t>یہ یہ سب چیزیں ہیں۔ تو سوچ کا فوکس اللہ بن جائے، آپ کی ویو آف تھنکنگ جو ہے وہ اللہ والی بن جائے،</w:t>
      </w:r>
    </w:p>
    <w:p>
      <w:r>
        <w:rPr>
          <w:b/>
        </w:rPr>
        <w:t xml:space="preserve">[06:20] </w:t>
      </w:r>
      <w:r>
        <w:t>tab samajh lijiye ke woh Allah ki baat hai.</w:t>
      </w:r>
    </w:p>
    <w:p>
      <w:pPr>
        <w:jc w:val="right"/>
      </w:pPr>
      <w:r>
        <w:t>تب سمجھ لیجئے کہ وہ اللہ کی بات ہے۔</w:t>
      </w:r>
    </w:p>
    <w:p>
      <w:r>
        <w:rPr>
          <w:b/>
        </w:rPr>
        <w:t xml:space="preserve">[06:26] </w:t>
      </w:r>
      <w:r>
        <w:t>mujhe ek waqia ata hai, ek waqia ghaliban yeh kund al-amal mein hai, ek boodhi aurat ek buzurg se milne aayi</w:t>
      </w:r>
    </w:p>
    <w:p>
      <w:pPr>
        <w:jc w:val="right"/>
      </w:pPr>
      <w:r>
        <w:t>مجھے ایک واقعہ آتا ہے، ایک واقعہ غالباً یہ کند العمال میں ہے، ایک بوڑھی عورت ایک بزرگ سے ملنے آئی</w:t>
      </w:r>
    </w:p>
    <w:p>
      <w:r>
        <w:rPr>
          <w:b/>
        </w:rPr>
        <w:t xml:space="preserve">[06:43] </w:t>
      </w:r>
      <w:r>
        <w:t>to jis woh chatai pe baithe hue the, woh woh chatai bhi gi hui thi.</w:t>
      </w:r>
    </w:p>
    <w:p>
      <w:pPr>
        <w:jc w:val="right"/>
      </w:pPr>
      <w:r>
        <w:t>تو جس وہ چٹائی پہ بیٹھے ہوئے تھے، وہ وہ چٹائی بھیگی ہوئی تھی۔</w:t>
      </w:r>
    </w:p>
    <w:p>
      <w:r>
        <w:rPr>
          <w:b/>
        </w:rPr>
        <w:t xml:space="preserve">[06:51] </w:t>
      </w:r>
      <w:r>
        <w:t>to us ne samjha ke chatai jo un ke un ke un ka chota bacha tha, is chote bache ne na kuch kar diya hai. Woh pakar nahi paaye ke woh buzurg Allah se ki yaad mein ro rahe the to un ki aankhon se aansu nikal rahe the.</w:t>
      </w:r>
    </w:p>
    <w:p>
      <w:pPr>
        <w:jc w:val="right"/>
      </w:pPr>
      <w:r>
        <w:t>تو اس نے سمجھا کہ چٹائی جو ان کے ان کے ان کا چھوٹا بچہ تھا، اس چھوٹے بچے نے نا کچھ کر دیا ہے۔ وہ پکڑ نہیں پائے کہ وہ بزرگ اللہ سے کی یاد میں رو رہے تھے تو ان کی آنکھوں سے آنسو نکل رہے تھے۔</w:t>
      </w:r>
    </w:p>
    <w:p>
      <w:r>
        <w:rPr>
          <w:b/>
        </w:rPr>
        <w:t xml:space="preserve">[07:13] </w:t>
      </w:r>
      <w:r>
        <w:t>is aansuon se chatai bhig gayi.</w:t>
      </w:r>
    </w:p>
    <w:p>
      <w:pPr>
        <w:jc w:val="right"/>
      </w:pPr>
      <w:r>
        <w:t>اس آنسوؤں سے چٹائی بھیگ گئی۔</w:t>
      </w:r>
    </w:p>
    <w:p>
      <w:r>
        <w:rPr>
          <w:b/>
        </w:rPr>
        <w:t xml:space="preserve">[07:21] </w:t>
      </w:r>
      <w:r>
        <w:t>to behal kitabon ko ya taqreeron ko ya tehreeron, tehreekon ko, jamaaton ko, har cheez ko</w:t>
      </w:r>
    </w:p>
    <w:p>
      <w:pPr>
        <w:jc w:val="right"/>
      </w:pPr>
      <w:r>
        <w:t>تو بہرحال کتابوں کو یا تقریروں کو یا تحریروں، تحریکوں کو، جماعتوں کو، ہر چیز کو</w:t>
      </w:r>
    </w:p>
    <w:p>
      <w:r>
        <w:rPr>
          <w:b/>
        </w:rPr>
        <w:t xml:space="preserve">[07:36] </w:t>
      </w:r>
      <w:r>
        <w:t>parakhne ka ek hi mayar hai ke woh kya soch banata hai,</w:t>
      </w:r>
    </w:p>
    <w:p>
      <w:pPr>
        <w:jc w:val="right"/>
      </w:pPr>
      <w:r>
        <w:t>پرکھنے کا ایک ہی معیار ہے کہ وہ کیا سوچ بناتا ہے،</w:t>
      </w:r>
    </w:p>
    <w:p>
      <w:r>
        <w:rPr>
          <w:b/>
        </w:rPr>
        <w:t xml:space="preserve">[07:47] </w:t>
      </w:r>
      <w:r>
        <w:t>woh kya zikr, kis qism ka zikr maani mein chalta hai.</w:t>
      </w:r>
    </w:p>
    <w:p>
      <w:pPr>
        <w:jc w:val="right"/>
      </w:pPr>
      <w:r>
        <w:t>وہ کیا ذکر، کس قسم کا ذکر معنی میں چلتا ہے۔</w:t>
      </w:r>
    </w:p>
    <w:p>
      <w:r>
        <w:rPr>
          <w:b/>
        </w:rPr>
        <w:t xml:space="preserve">[07:58] </w:t>
      </w:r>
      <w:r>
        <w:t>agar aisi, aisa, agar is is tehreek ya is kitab ya is taqreer se sun kar yeh ho ke aap ka dil tarp uthe,</w:t>
      </w:r>
    </w:p>
    <w:p>
      <w:pPr>
        <w:jc w:val="right"/>
      </w:pPr>
      <w:r>
        <w:t>اگر ایسی، ایسا، اگر اس اس تحریک یا اس کتاب یا اس تقریر سے سن کر یہ ہو کہ آپ کا دل تڑپ اٹھے،</w:t>
      </w:r>
    </w:p>
    <w:p>
      <w:r>
        <w:rPr>
          <w:b/>
        </w:rPr>
        <w:t xml:space="preserve">[08:13] </w:t>
      </w:r>
      <w:r>
        <w:t>aap ka mind Allah ko le kar sochne lage,</w:t>
      </w:r>
    </w:p>
    <w:p>
      <w:pPr>
        <w:jc w:val="right"/>
      </w:pPr>
      <w:r>
        <w:t>آپ کا مائنڈ اللہ کو لے کر سوچنے لگے،</w:t>
      </w:r>
    </w:p>
    <w:p>
      <w:r>
        <w:rPr>
          <w:b/>
        </w:rPr>
        <w:t xml:space="preserve">[08:20] </w:t>
      </w:r>
      <w:r>
        <w:t>tab samjhein ke woh sahi tehreek hai, sahi kitab hai, sahi taqreer hai.</w:t>
      </w:r>
    </w:p>
    <w:p>
      <w:pPr>
        <w:jc w:val="right"/>
      </w:pPr>
      <w:r>
        <w:t>تب سمجھیں کہ وہ صحیح تحریک ہے، صحیح کتاب ہے، صحیح تقریر ہے۔</w:t>
      </w:r>
    </w:p>
    <w:p>
      <w:r>
        <w:rPr>
          <w:b/>
        </w:rPr>
        <w:t xml:space="preserve">[08:34] </w:t>
      </w:r>
      <w:r>
        <w:t>agar aap kisi ki baat sunein</w:t>
      </w:r>
    </w:p>
    <w:p>
      <w:pPr>
        <w:jc w:val="right"/>
      </w:pPr>
      <w:r>
        <w:t>اگر آپ کسی کی بات سنیں</w:t>
      </w:r>
    </w:p>
    <w:p>
      <w:r>
        <w:rPr>
          <w:b/>
        </w:rPr>
        <w:t xml:space="preserve">[08:40] </w:t>
      </w:r>
      <w:r>
        <w:t>aur ghanton sunne ke baad bhi kahein Allah ka charcha na ho,</w:t>
      </w:r>
    </w:p>
    <w:p>
      <w:pPr>
        <w:jc w:val="right"/>
      </w:pPr>
      <w:r>
        <w:t>اور گھنٹوں سننے کے بعد بھی کہیں اللہ کا چرچا نہ ہو،</w:t>
      </w:r>
    </w:p>
    <w:p>
      <w:r>
        <w:rPr>
          <w:b/>
        </w:rPr>
        <w:t xml:space="preserve">[08:48] </w:t>
      </w:r>
      <w:r>
        <w:t>jaise ek sahab jo ek ek bade madrasay mein ustad hain, wahan woh maqulat parhate hain. Mujh se bari mulaqat hui to unhone kaha ke hum is saal dhai mahine ho chuke hain,</w:t>
      </w:r>
    </w:p>
    <w:p>
      <w:pPr>
        <w:jc w:val="right"/>
      </w:pPr>
      <w:r>
        <w:t>جیسے ایک صاحب جو ایک ایک بڑے مدرسے میں استاد ہیں، وہاں وہ مقولات پڑھاتے ہیں۔ مجھ سے بڑی ملاقات ہوئی تو انہوں نے کہا کہ ہم اس سال ڈھائی مہینے ہو چکے ہیں،</w:t>
      </w:r>
    </w:p>
    <w:p>
      <w:r>
        <w:rPr>
          <w:b/>
        </w:rPr>
        <w:t xml:space="preserve">[09:06] </w:t>
      </w:r>
      <w:r>
        <w:t>hamara dars chal raha hai, dhai mahina, dhai mahine se mein kitaben parha parha raha hoon, maqulat ki kitaben, lekin dhai mahine mein kabhi ek bar bhi Allah ka zikr nahi aya.</w:t>
      </w:r>
    </w:p>
    <w:p>
      <w:pPr>
        <w:jc w:val="right"/>
      </w:pPr>
      <w:r>
        <w:t>ہمارا درس چل رہا ہے، ڈھائی مہینہ، ڈھائی مہینے سے میں کتابیں پڑھا پڑھا رہا ہوں، مقولات کی کتابیں، لیکن ڈھائی مہینے میں کبھی ایک بار بھی اللہ کا ذکر نہیں آیا۔</w:t>
      </w:r>
    </w:p>
    <w:p>
      <w:r>
        <w:rPr>
          <w:b/>
        </w:rPr>
        <w:t xml:space="preserve">[09:24] </w:t>
      </w:r>
      <w:r>
        <w:t>to bazahir wo madarse ka nisaab tha. to isi tarah se dekhiye, koi apni tehreek ka naam Allah wali tehreek rakh de, ye ye ye meyar nahi hua.</w:t>
      </w:r>
    </w:p>
    <w:p>
      <w:pPr>
        <w:jc w:val="right"/>
      </w:pPr>
      <w:r>
        <w:t>تو بظاہر وہ مدرسے کا نصاب تھا۔ تو اسی طریقے سے دیکھیے، کوئی اپنی تحریک کا نام اللہ والی تحریک رکھ دے، یہ یہ یہ معیار نہیں ہوا۔</w:t>
      </w:r>
    </w:p>
    <w:p>
      <w:r>
        <w:rPr>
          <w:b/>
        </w:rPr>
        <w:t xml:space="preserve">[09:44] </w:t>
      </w:r>
      <w:r>
        <w:t>is ki kitab ka naam Allah wali kitab ho, ye meyar nahi hua.</w:t>
      </w:r>
    </w:p>
    <w:p>
      <w:pPr>
        <w:jc w:val="right"/>
      </w:pPr>
      <w:r>
        <w:t>اس کی کتاب کا نام اللہ والی کتاب ہو، یہ معیار نہیں ہوا۔</w:t>
      </w:r>
    </w:p>
    <w:p>
      <w:r>
        <w:rPr>
          <w:b/>
        </w:rPr>
        <w:t xml:space="preserve">[09:52] </w:t>
      </w:r>
      <w:r>
        <w:t>meyar jo hai result ko dekh kar banta hai, result, result ko dekh kar banta hai.</w:t>
      </w:r>
    </w:p>
    <w:p>
      <w:pPr>
        <w:jc w:val="right"/>
      </w:pPr>
      <w:r>
        <w:t>معیار جو ہے رزلٹ کو دیکھ کر بنتا ہے، رزلٹ، رزلٹ کو دیکھ کر بنتا ہے۔</w:t>
      </w:r>
    </w:p>
    <w:p>
      <w:r>
        <w:rPr>
          <w:b/>
        </w:rPr>
        <w:t xml:space="preserve">[10:07] </w:t>
      </w:r>
      <w:r>
        <w:t>is is activity ka, is sar-garmi ka result ka nikal raha hai. is se jo log wabasta ho rahe hain, un ke zehan ka ban raha hai.</w:t>
      </w:r>
    </w:p>
    <w:p>
      <w:pPr>
        <w:jc w:val="right"/>
      </w:pPr>
      <w:r>
        <w:t>اس اس ایکٹیویٹی کا، اس سرگرمی کا رزلٹ کا نکل رہا ہے۔ اس سے جو لوگ وابستہ ہو رہے ہیں، ان کے ذہن کا بن رہا ہے۔</w:t>
      </w:r>
    </w:p>
    <w:p>
      <w:r>
        <w:rPr>
          <w:b/>
        </w:rPr>
        <w:t xml:space="preserve">[10:25] </w:t>
      </w:r>
      <w:r>
        <w:t>jaise kal ek sahab ne mujh se kaha ke mein juma namaz parhne gaya tha falan masjid mein,</w:t>
      </w:r>
    </w:p>
    <w:p>
      <w:pPr>
        <w:jc w:val="right"/>
      </w:pPr>
      <w:r>
        <w:t>جیسے کل ایک صاحب نے مجھ سے کہا کہ میں جمعہ نماز پڑھنے گیا تھا فلاں مسجد میں،</w:t>
      </w:r>
    </w:p>
    <w:p>
      <w:r>
        <w:rPr>
          <w:b/>
        </w:rPr>
        <w:t xml:space="preserve">[10:34] </w:t>
      </w:r>
      <w:r>
        <w:t>to mein ne dekha ke juma khutba ho raha hai aur idhar doosri taraf logon ko apna mobile check kar rahe hain, koi idhar ki baat kar rahe hain.</w:t>
      </w:r>
    </w:p>
    <w:p>
      <w:pPr>
        <w:jc w:val="right"/>
      </w:pPr>
      <w:r>
        <w:t>تو میں نے دیکھا کہ جمعہ خطبہ ہو رہا ہے اور ادھر دوسری طرف لوگوں کو اپنا موبائل چیک کر رہے ہیں، کوئی ادھر کی بات کر رہے ہیں۔</w:t>
      </w:r>
    </w:p>
    <w:p>
      <w:r>
        <w:rPr>
          <w:b/>
        </w:rPr>
        <w:t xml:space="preserve">[10:47] </w:t>
      </w:r>
      <w:r>
        <w:t>to agarche wo juma ki namaz hai, lekin logon ka mind chal raha hai kisi aur taraf,</w:t>
      </w:r>
    </w:p>
    <w:p>
      <w:pPr>
        <w:jc w:val="right"/>
      </w:pPr>
      <w:r>
        <w:t>تو اگرچہ وہ جمعہ کی نماز ہے، لیکن لوگوں کا مائنڈ چل رہا ہے کسی اور طرف،</w:t>
      </w:r>
    </w:p>
    <w:p>
      <w:r>
        <w:rPr>
          <w:b/>
        </w:rPr>
        <w:t xml:space="preserve">[10:55] </w:t>
      </w:r>
      <w:r>
        <w:t>kisi aur taraf chal raha hai.</w:t>
      </w:r>
    </w:p>
    <w:p>
      <w:pPr>
        <w:jc w:val="right"/>
      </w:pPr>
      <w:r>
        <w:t>کسی اور طرف چل رہا ہے۔</w:t>
      </w:r>
    </w:p>
    <w:p>
      <w:r>
        <w:rPr>
          <w:b/>
        </w:rPr>
        <w:t xml:space="preserve">[11:04] </w:t>
      </w:r>
      <w:r>
        <w:t>sahaba ke bare mein aata hai</w:t>
      </w:r>
    </w:p>
    <w:p>
      <w:pPr>
        <w:jc w:val="right"/>
      </w:pPr>
      <w:r>
        <w:t>صحابہ کے بارے میں آتا ہے</w:t>
      </w:r>
    </w:p>
    <w:p>
      <w:r>
        <w:rPr>
          <w:b/>
        </w:rPr>
        <w:t xml:space="preserve">[11:09] </w:t>
      </w:r>
      <w:r>
        <w:t>ke jab Rasool Allah Sal Allahu Alaihi Wasallam</w:t>
      </w:r>
    </w:p>
    <w:p>
      <w:pPr>
        <w:jc w:val="right"/>
      </w:pPr>
      <w:r>
        <w:t>کہ جب رسول اللہ صلی اللہ علیہ وسلم</w:t>
      </w:r>
    </w:p>
    <w:p>
      <w:r>
        <w:rPr>
          <w:b/>
        </w:rPr>
        <w:t xml:space="preserve">[11:15] </w:t>
      </w:r>
      <w:r>
        <w:t>koi member pe khare ho kar kuch bolte the to</w:t>
      </w:r>
    </w:p>
    <w:p>
      <w:pPr>
        <w:jc w:val="right"/>
      </w:pPr>
      <w:r>
        <w:t>کوئی ممبر پہ کھڑے ہو کر کچھ بولتے تھے تو</w:t>
      </w:r>
    </w:p>
    <w:p>
      <w:r>
        <w:rPr>
          <w:b/>
        </w:rPr>
        <w:t xml:space="preserve">[11:23] </w:t>
      </w:r>
      <w:r>
        <w:t>aisa hua ke log isi pe jo kuch aur bolne lagte the. to Quran mein aya ke jab Allah ki baat kahi jaye to tum chup chap ho kar suno.</w:t>
      </w:r>
    </w:p>
    <w:p>
      <w:pPr>
        <w:jc w:val="right"/>
      </w:pPr>
      <w:r>
        <w:t>ایسا ہوا کہ لوگ اسی پہ جو کچھ اور بولنے لگتے تھے۔ تو قرآن میں آیا کہ جب اللہ کی بات کہی جائے تو تم چپ چاپ ہو کر سنو۔</w:t>
      </w:r>
    </w:p>
    <w:p>
      <w:r>
        <w:rPr>
          <w:b/>
        </w:rPr>
        <w:t xml:space="preserve">[11:35] </w:t>
      </w:r>
      <w:r>
        <w:t>fastamosu.</w:t>
      </w:r>
    </w:p>
    <w:p>
      <w:pPr>
        <w:jc w:val="right"/>
      </w:pPr>
      <w:r>
        <w:t>فستموسو۔</w:t>
      </w:r>
    </w:p>
    <w:p>
      <w:r>
        <w:rPr>
          <w:b/>
        </w:rPr>
        <w:t xml:space="preserve">[11:40] </w:t>
      </w:r>
      <w:r>
        <w:t>to ye ayat jab utri to ek rawi kehte hain ke is ke baad log is tarah se baith kar sunne lage jaise ke un ke saron par chidiyan baithi hui hon.</w:t>
      </w:r>
    </w:p>
    <w:p>
      <w:pPr>
        <w:jc w:val="right"/>
      </w:pPr>
      <w:r>
        <w:t>تو یہ آیت جب اتری تو ایک راوی کہتے ہیں کہ اس کے بعد لوگ اس طرح سے بیٹھ کر سننے لگے جیسے کہ ان کے سروں پر چڑیاں بیٹھی ہوئی ہوں۔</w:t>
      </w:r>
    </w:p>
    <w:p>
      <w:r>
        <w:rPr>
          <w:b/>
        </w:rPr>
        <w:t xml:space="preserve">[11:55] </w:t>
      </w:r>
      <w:r>
        <w:t>chidiyan ki zaat harkat karein to jo urh jayegi.</w:t>
      </w:r>
    </w:p>
    <w:p>
      <w:pPr>
        <w:jc w:val="right"/>
      </w:pPr>
      <w:r>
        <w:t>چڑیاں کی ذات حرکت کریں تو جو اڑ جائے گی۔</w:t>
      </w:r>
    </w:p>
    <w:p>
      <w:r>
        <w:rPr>
          <w:b/>
        </w:rPr>
        <w:t xml:space="preserve">[12:04] </w:t>
      </w:r>
      <w:r>
        <w:t>to dekhiye, sada baat nahi hai, sirf sunne ki, parhne ki baat nahi hai. yani ke asal maqsad ye hai ke aap jo sunein, jo padhein, is se aap ke andar rabbani shakhsiyat bane,</w:t>
      </w:r>
    </w:p>
    <w:p>
      <w:pPr>
        <w:jc w:val="right"/>
      </w:pPr>
      <w:r>
        <w:t>تو دیکھیے، سادہ بات نہیں ہے، صرف سننے کی، پڑھنے کی بات نہیں ہے۔ یعنی کہ اصل مقصد یہ ہے کہ آپ جو سنیں، جو پڑھیں، اس سے آپ کے اندر ربانی شخصیت بنے،</w:t>
      </w:r>
    </w:p>
    <w:p>
      <w:r>
        <w:rPr>
          <w:b/>
        </w:rPr>
        <w:t xml:space="preserve">[12:21] </w:t>
      </w:r>
      <w:r>
        <w:t>rabbani shakhsiyat bane, rabb wali personality bane. to ek kab banegi jab ke aap ko wo cheez sunne ko mile jo</w:t>
      </w:r>
    </w:p>
    <w:p>
      <w:pPr>
        <w:jc w:val="right"/>
      </w:pPr>
      <w:r>
        <w:t>ربانی شخصیت بنے، رب والی پرسنیلٹی بنے۔ تو ایک کب بنے گی جب کہ آپ کو وہ چیز سننے کو ملے جو</w:t>
      </w:r>
    </w:p>
    <w:p>
      <w:r>
        <w:rPr>
          <w:b/>
        </w:rPr>
        <w:t xml:space="preserve">[12:38] </w:t>
      </w:r>
      <w:r>
        <w:t>Allah Rabb-ul-Alameen ko le kar kahi gayi ho. baat hai is ke andar</w:t>
      </w:r>
    </w:p>
    <w:p>
      <w:pPr>
        <w:jc w:val="right"/>
      </w:pPr>
      <w:r>
        <w:t>اللہ رب العالمین کو لے کر کہی گئی ہو۔ بات ہے اس کے اندر</w:t>
      </w:r>
    </w:p>
    <w:p>
      <w:r>
        <w:rPr>
          <w:b/>
        </w:rPr>
        <w:t xml:space="preserve">[12:44] </w:t>
      </w:r>
      <w:r>
        <w:t>kabhi idhar udhar ki baatein hon. aaj kal kya hai? aaj kal aam taur par ye halat hai ke logon ko soch banti hai media ki khabron par,</w:t>
      </w:r>
    </w:p>
    <w:p>
      <w:pPr>
        <w:jc w:val="right"/>
      </w:pPr>
      <w:r>
        <w:t>کبھی ادھر ادھر کی باتیں ہوں۔ آج کل کیا ہے؟ آج کل عام طور پر یہ حالت ہے کہ لوگوں کو سوچ بنتی ہے میڈیا کی خبروں پر،</w:t>
      </w:r>
    </w:p>
    <w:p>
      <w:r>
        <w:rPr>
          <w:b/>
        </w:rPr>
        <w:t xml:space="preserve">[13:02] </w:t>
      </w:r>
      <w:r>
        <w:t>yani akhbar mein ya TV pe jo khabrein aati hain, is se logon ki soch banti hai. isi isi ko le kar log charcha karte hain, isi ko le kar sochte hain.</w:t>
      </w:r>
    </w:p>
    <w:p>
      <w:pPr>
        <w:jc w:val="right"/>
      </w:pPr>
      <w:r>
        <w:t>یعنی اخبار میں یا ٹی وی پہ جو خبریں آتی ہیں، اس سے لوگوں کی سوچ بنتی ہے۔ اسی اسی کو لے کر لوگ چرچا کرتے ہیں، اسی کو لے کر سوچتے ہیں۔</w:t>
      </w:r>
    </w:p>
    <w:p>
      <w:r>
        <w:rPr>
          <w:b/>
        </w:rPr>
        <w:t xml:space="preserve">[13:21] </w:t>
      </w:r>
      <w:r>
        <w:t>misalan abhi jaldi aap ko yaad hoga, UP ka ek election hua jis mein ek aisi ek aisi party jeet gayi jis ko Musalman chahte the ke wo na jeete, wo haare.</w:t>
      </w:r>
    </w:p>
    <w:p>
      <w:pPr>
        <w:jc w:val="right"/>
      </w:pPr>
      <w:r>
        <w:t>مثلاً ابھی جلدی آپ کو یاد ہوگا، یو پی کا ایک الیکشن ہوا جس میں ایک ایسی ایک ایسی پارٹی جیت گئی جس کو مسلمان چاہتے تھے کہ وہ نہ جیتے، وہ ہارے۔</w:t>
      </w:r>
    </w:p>
    <w:p>
      <w:r>
        <w:rPr>
          <w:b/>
        </w:rPr>
        <w:t xml:space="preserve">[13:37] </w:t>
      </w:r>
      <w:r>
        <w:t>us ke liye duayein karte the to wo jeet gayi aur us ki government ban gayi.</w:t>
      </w:r>
    </w:p>
    <w:p>
      <w:pPr>
        <w:jc w:val="right"/>
      </w:pPr>
      <w:r>
        <w:t>اس کے لیے دعائیں کرتے تھے تو وہ جیت گئی اور اس کی گورنمنٹ بن گئی۔</w:t>
      </w:r>
    </w:p>
    <w:p>
      <w:r>
        <w:rPr>
          <w:b/>
        </w:rPr>
        <w:t xml:space="preserve">[13:48] </w:t>
      </w:r>
      <w:r>
        <w:t>to mein ne mein ne dekha ke jo bhi bolta hai, isi ki charcha karta hai. har risala, har akhbar, har majlis, har jalse mein bas wo charcha</w:t>
      </w:r>
    </w:p>
    <w:p>
      <w:pPr>
        <w:jc w:val="right"/>
      </w:pPr>
      <w:r>
        <w:t>تو میں نے میں نے دیکھا کہ جو بھی بولتا ہے، اسی کی چرچا کرتا ہے۔ ہر رسالہ، ہر اخبار، ہر مجلس، ہر جلسے میں بس وہ چرچا</w:t>
      </w:r>
    </w:p>
    <w:p>
      <w:r>
        <w:rPr>
          <w:b/>
        </w:rPr>
        <w:t xml:space="preserve">[14:02] </w:t>
      </w:r>
      <w:r>
        <w:t>ke ab anti Muslim jo jamaat aa gayi hai, power mein ab kya hoga? wo isi qism ki baat hai.</w:t>
      </w:r>
    </w:p>
    <w:p>
      <w:pPr>
        <w:jc w:val="right"/>
      </w:pPr>
      <w:r>
        <w:t>کہ اب اینٹی مسلم جو جماعت آ گئی ہے، پاور میں اب کیا ہوگا؟ وہ اسی قسم کی بات ہے۔</w:t>
      </w:r>
    </w:p>
    <w:p>
      <w:r>
        <w:rPr>
          <w:b/>
        </w:rPr>
        <w:t xml:space="preserve">[14:11] </w:t>
      </w:r>
      <w:r>
        <w:t>to agar is akhbari khabrein aap ka zehn banati hain to aap ka zehn islami zehn nahi hai.</w:t>
      </w:r>
    </w:p>
    <w:p>
      <w:pPr>
        <w:jc w:val="right"/>
      </w:pPr>
      <w:r>
        <w:t>تو اگر اس اخباری خبریں آپ کا ذہن بناتی ہیں تو آپ کا ذہن اسلامی ذہن نہیں ہے۔</w:t>
      </w:r>
    </w:p>
    <w:p>
      <w:r>
        <w:rPr>
          <w:b/>
        </w:rPr>
        <w:t xml:space="preserve">[14:22] </w:t>
      </w:r>
      <w:r>
        <w:t>allah ki baatein aap ke zehn banaein. suraj nikle to is se aap ko ek mission mile, raat aaye to ek mission mile, din aaye to ek mission mile, aasman mein sitare chamkayein to ek mission mile, aap ko hawa chale to is mein aap ko ek mission mile,</w:t>
      </w:r>
    </w:p>
    <w:p>
      <w:pPr>
        <w:jc w:val="right"/>
      </w:pPr>
      <w:r>
        <w:t>اللہ کی باتیں آپ کے ذہن بنائیں۔ سورج نکلے تو اس سے آپ کو ایک مشن ملے، رات آئے تو ایک مشن ملے، دن آئے تو ایک مشن ملے، آسمان میں ستارے چمکائیں تو ایک مشن ملے، آپ کو ہوا چلے تو اس میں آپ کو ایک مشن ملے،</w:t>
      </w:r>
    </w:p>
    <w:p>
      <w:r>
        <w:rPr>
          <w:b/>
        </w:rPr>
        <w:t xml:space="preserve">[14:42] </w:t>
      </w:r>
      <w:r>
        <w:t>barish ho to is mein aap ko ek mission mile. yeh jo waqeyat hain jo barah-e-rast allah ke farishte jis ko manage kar rahe hain, is se aap ke andar agar halchal paida hoti hai, aap ki soch banti hai to samjhiye ke aap ki soch allah wali soch hai.</w:t>
      </w:r>
    </w:p>
    <w:p>
      <w:pPr>
        <w:jc w:val="right"/>
      </w:pPr>
      <w:r>
        <w:t>بارش ہو تو اس میں آپ کو ایک مشن ملے۔ یہ جو واقعات ہیں جو براہ راست اللہ کے فرشتے جس کو مینج کر رہے ہیں، اس سے آپ کے اندر اگر ہلچل پیدا ہوتی ہے، آپ کی سوچ بنتی ہے تو سمجھئے کہ آپ کی سوچ اللہ والی سوچ ہے۔</w:t>
      </w:r>
    </w:p>
    <w:p>
      <w:r>
        <w:rPr>
          <w:b/>
        </w:rPr>
        <w:t xml:space="preserve">[15:09] </w:t>
      </w:r>
      <w:r>
        <w:t>yeh soch bilkul positive hogi, is mein negative koi koi bhi nahi hogi. is mein logon se mohabbat hogi, nafrat nahi hogi.</w:t>
      </w:r>
    </w:p>
    <w:p>
      <w:pPr>
        <w:jc w:val="right"/>
      </w:pPr>
      <w:r>
        <w:t>یہ سوچ بالکل پازیٹیو ہوگی، اس میں نیگیٹیو کوئی کوئی بھی نہیں ہوگی۔ اس میں لوگوں سے محبت ہوگی، نفرت نہیں ہوگی۔</w:t>
      </w:r>
    </w:p>
    <w:p>
      <w:r>
        <w:rPr>
          <w:b/>
        </w:rPr>
        <w:t xml:space="preserve">[15:22] </w:t>
      </w:r>
      <w:r>
        <w:t>to is lihaaz se aap hum ko chahiye ke hum apna muhasba karein, introspection karein, aap logon ko dekhein ke hamara hamari personality kaisi kaisi ban rahi hai,</w:t>
      </w:r>
    </w:p>
    <w:p>
      <w:pPr>
        <w:jc w:val="right"/>
      </w:pPr>
      <w:r>
        <w:t>تو اس لحاظ سے آپ ہم کو چاہیے کہ ہم اپنا محاسبہ کریں، انٹراسپیشن کریں، آپ لوگوں کو دیکھیں کہ ہمارا ہماری پرسنیلٹی کس کیسی بن رہی ہے،</w:t>
      </w:r>
    </w:p>
    <w:p>
      <w:r>
        <w:rPr>
          <w:b/>
        </w:rPr>
        <w:t xml:space="preserve">[15:38] </w:t>
      </w:r>
      <w:r>
        <w:t>jannat wali ban rahi hai ya kuch aur ban rahi hai. yeh main aap ko</w:t>
      </w:r>
    </w:p>
    <w:p>
      <w:pPr>
        <w:jc w:val="right"/>
      </w:pPr>
      <w:r>
        <w:t>جنت والی بن رہی ہے یا کچھ اور بن رہی ہے۔ یہ میں آپ کو</w:t>
      </w:r>
    </w:p>
    <w:p>
      <w:r>
        <w:rPr>
          <w:b/>
        </w:rPr>
        <w:t xml:space="preserve">[15:47] </w:t>
      </w:r>
      <w:r>
        <w:t>guzarish karta hoon. allah taala mujh ko aur aap ko tofeeq de ke hum apne andar rabbani shakhsiyat banayein taake allah hum ko abadi jannaton mein dakhil farmaye.</w:t>
      </w:r>
    </w:p>
    <w:p>
      <w:pPr>
        <w:jc w:val="right"/>
      </w:pPr>
      <w:r>
        <w:t>گزارش کرتا ہوں۔ اللہ تعالی مجھ کو اور آپ کو توفیق دے کہ ہم اپنے اندر ربانی شخصیت بنائیں تاکہ اللہ ہم کو ابدی جنتوں میں داخل فرمائے۔</w:t>
      </w:r>
    </w:p>
    <w:p>
      <w:r>
        <w:rPr>
          <w:b/>
        </w:rPr>
        <w:t xml:space="preserve">[16:01] </w:t>
      </w:r>
      <w:r>
        <w:t>assalam o alaikum wa rehmatullah.</w:t>
      </w:r>
    </w:p>
    <w:p>
      <w:pPr>
        <w:jc w:val="right"/>
      </w:pPr>
      <w:r>
        <w:t>السلام علیکم ورحمۃ اللہ۔</w:t>
      </w:r>
    </w:p>
    <w:p>
      <w:r>
        <w:rPr>
          <w:b/>
        </w:rPr>
        <w:t xml:space="preserve">[16:17] </w:t>
      </w:r>
      <w:r>
        <w:t>aah, mera sawal yeh tha ke is waqt aah, is aah, islam ke bare mein be-tahasha knowledge jo hai woh ya maloomat jo hain woh web ke upar ya printed literature ke taur par ki soorat mein maujood hain.</w:t>
      </w:r>
    </w:p>
    <w:p>
      <w:pPr>
        <w:jc w:val="right"/>
      </w:pPr>
      <w:r>
        <w:t>آہ، میرا سوال یہ تھا کہ اس وقت آہ، اس آہ، اسلام کے بارے میں بے تحاشہ knowledge جو ہے وہ یا معلومات جو ہیں وہ ویب کے اوپر یا پرنٹڈ literature کے طور پر کی صورت میں موجود ہیں۔</w:t>
      </w:r>
    </w:p>
    <w:p>
      <w:r>
        <w:rPr>
          <w:b/>
        </w:rPr>
        <w:t xml:space="preserve">[16:33] </w:t>
      </w:r>
      <w:r>
        <w:t>ek aam insan ke liye kya criteria hoga ke woh yeh filter kar sake ke kaun si maloomat jo hain woh according to Islam, according to Quran aur Hadith durust hain taake woh use follow kar sake?</w:t>
      </w:r>
    </w:p>
    <w:p>
      <w:pPr>
        <w:jc w:val="right"/>
      </w:pPr>
      <w:r>
        <w:t>ایک عام انسان کے لیے کیا کرائٹیریا ہوگا کہ وہ یہ فلٹر کر سکے کہ کون سی معلومات جو ہیں وہ according to اسلام، according to قرآن اور حدیث درست ہیں تاکہ وہ اسے follow کر سکے؟</w:t>
      </w:r>
    </w:p>
    <w:p>
      <w:r>
        <w:rPr>
          <w:b/>
        </w:rPr>
        <w:t xml:space="preserve">[16:49] </w:t>
      </w:r>
      <w:r>
        <w:t>dekhiye, main to samajhta hoon ke is ka bohat hi</w:t>
      </w:r>
    </w:p>
    <w:p>
      <w:pPr>
        <w:jc w:val="right"/>
      </w:pPr>
      <w:r>
        <w:t>دیکھیے، میں تو سمجھتا ہوں کہ اس کا بہت ہی</w:t>
      </w:r>
    </w:p>
    <w:p>
      <w:r>
        <w:rPr>
          <w:b/>
        </w:rPr>
        <w:t xml:space="preserve">[16:55] </w:t>
      </w:r>
      <w:r>
        <w:t>sadah criteria hai.</w:t>
      </w:r>
    </w:p>
    <w:p>
      <w:pPr>
        <w:jc w:val="right"/>
      </w:pPr>
      <w:r>
        <w:t>سادہ کرائٹیریا ہے۔</w:t>
      </w:r>
    </w:p>
    <w:p>
      <w:r>
        <w:rPr>
          <w:b/>
        </w:rPr>
        <w:t xml:space="preserve">[17:01] </w:t>
      </w:r>
      <w:r>
        <w:t>woh hai quran ki pehli ayat: alhamdulillah rabbul alameen. yaani jis taqreer ko sun kar aap ko yeh hamd ki spirit paida ho, hamd rabb ki rabbani spirit,</w:t>
      </w:r>
    </w:p>
    <w:p>
      <w:pPr>
        <w:jc w:val="right"/>
      </w:pPr>
      <w:r>
        <w:t>وہ ہے قرآن کی پہلی آیت: الحمدللہ رب العالمین۔ یعنی جس تقریر کو سن کر آپ کو یہ حمد کی spirit پیدا ہو، حمد رب کی ربانی spirit،</w:t>
      </w:r>
    </w:p>
    <w:p>
      <w:r>
        <w:rPr>
          <w:b/>
        </w:rPr>
        <w:t xml:space="preserve">[17:17] </w:t>
      </w:r>
      <w:r>
        <w:t>is ayat ka matlab hai rabbani spirit. to jis kitaab ko padhkar aap ke andar rabbani spirit paida ho, jis taqreer ko sunkar aap ke andar rabbani spirit paida ho, wahi taqreer sunne ke qabil hai, wahi kitaab padhne ke qabil hai.</w:t>
      </w:r>
    </w:p>
    <w:p>
      <w:pPr>
        <w:jc w:val="right"/>
      </w:pPr>
      <w:r>
        <w:t>اس آیت کا مطلب ہے ربانی spirit۔ تو جس کتاب کو پڑھ کر آپ کے اندر ربانی spirit پیدا ہو، جس تقریر کو سن کر آپ کے اندر ربانی spirit پیدا ہو، وہی تقریر سننے کے قابل ہے، وہی کتاب پڑھنے کے قابل ہے۔</w:t>
      </w:r>
    </w:p>
    <w:p>
      <w:r>
        <w:rPr>
          <w:b/>
        </w:rPr>
        <w:t xml:space="preserve">[17:34] </w:t>
      </w:r>
      <w:r>
        <w:t>rabbani spirit ke quran mein do lafz bata diye gaye: ek hai ke</w:t>
      </w:r>
    </w:p>
    <w:p>
      <w:pPr>
        <w:jc w:val="right"/>
      </w:pPr>
      <w:r>
        <w:t>ربانی spirit کے قرآن میں دو لفظ بتا دیے گئے: ایک ہے کہ</w:t>
      </w:r>
    </w:p>
    <w:p>
      <w:r>
        <w:rPr>
          <w:b/>
        </w:rPr>
        <w:t xml:space="preserve">[17:45] </w:t>
      </w:r>
      <w:r>
        <w:t>wallazeena aamano ashadd hubba lil laah aur doosra hai</w:t>
      </w:r>
    </w:p>
    <w:p>
      <w:pPr>
        <w:jc w:val="right"/>
      </w:pPr>
      <w:r>
        <w:t>والذین آمنوا اشد حبا للہ اور دوسرا ہے</w:t>
      </w:r>
    </w:p>
    <w:p>
      <w:r>
        <w:rPr>
          <w:b/>
        </w:rPr>
        <w:t xml:space="preserve">[17:53] </w:t>
      </w:r>
      <w:r>
        <w:t>wa lam yakhsha illa laah. yeh two point formula hai. yaani jo aap taqreer sunein ya jo kitaab padhein, is se yeh do cheezon par jaanchan jaanchan kijiye, judge kijiye:</w:t>
      </w:r>
    </w:p>
    <w:p>
      <w:pPr>
        <w:jc w:val="right"/>
      </w:pPr>
      <w:r>
        <w:t>ولم یخش الا اللہ۔ یہ ٹو پوائنٹ فارمولا ہے۔ یعنی جو آپ تقریر سنیں یا جو کتاب پڑھیں، اس سے یہ دو چیزوں پر جانچ جانچ کیجئے، جج کیجئے:</w:t>
      </w:r>
    </w:p>
    <w:p>
      <w:r>
        <w:rPr>
          <w:b/>
        </w:rPr>
        <w:t xml:space="preserve">[18:09] </w:t>
      </w:r>
      <w:r>
        <w:t>kya is se allah ki mohabbat ki spirit jaagi aap ke andar, mohabbat ilahi ki spirit paida hui?</w:t>
      </w:r>
    </w:p>
    <w:p>
      <w:pPr>
        <w:jc w:val="right"/>
      </w:pPr>
      <w:r>
        <w:t>کیا اس سے اللہ کی محبت کی spirit جاگی آپ کے اندر، محبت الہی کی spirit پیدا ہوئی؟</w:t>
      </w:r>
    </w:p>
    <w:p>
      <w:r>
        <w:rPr>
          <w:b/>
        </w:rPr>
        <w:t xml:space="preserve">[18:19] </w:t>
      </w:r>
      <w:r>
        <w:t>aur doosri yeh ke kya is se allah ki khashiyat paida hui, allah ka khauf? dekhein, yeh dono ek dono cheezein ek doosre se bohat zyada mili hui hain, interconnected hain.</w:t>
      </w:r>
    </w:p>
    <w:p>
      <w:pPr>
        <w:jc w:val="right"/>
      </w:pPr>
      <w:r>
        <w:t>اور دوسری یہ کہ کیا اس سے اللہ کی خشیت پیدا ہوئی، اللہ کا خوف؟ دیکھیں، یہ دونوں ایک دونوں چیزیں ایک دوسرے سے بہت زیادہ ملی ہوئی ہیں، interconnected ہیں۔</w:t>
      </w:r>
    </w:p>
    <w:p>
      <w:r>
        <w:rPr>
          <w:b/>
        </w:rPr>
        <w:t xml:space="preserve">[18:35] </w:t>
      </w:r>
      <w:r>
        <w:t>jab aap sochein ke ke main kaise bana, kainaat kaise bani, suraj kaise nikalta hai, yeh life support system duniya kaise bani aur kaise qayam hai,</w:t>
      </w:r>
    </w:p>
    <w:p>
      <w:pPr>
        <w:jc w:val="right"/>
      </w:pPr>
      <w:r>
        <w:t>جب آپ سوچیں کہ کہ میں کیسے بنا، کائنات کیسے بنی، سورج کیسے نکلتا ہے، یہ لائف سپورٹ سسٹم دنیا کیسے بنی اور کیسے قائم ہے،</w:t>
      </w:r>
    </w:p>
    <w:p>
      <w:r>
        <w:rPr>
          <w:b/>
        </w:rPr>
        <w:t xml:space="preserve">[18:53] </w:t>
      </w:r>
      <w:r>
        <w:t>kis ne poori duniya ko mere liye mere muwafiq bana diya?</w:t>
      </w:r>
    </w:p>
    <w:p>
      <w:pPr>
        <w:jc w:val="right"/>
      </w:pPr>
      <w:r>
        <w:t>کس نے پوری دنیا کو میرے لیے میرے موافق بنا دیا؟</w:t>
      </w:r>
    </w:p>
    <w:p>
      <w:r>
        <w:rPr>
          <w:b/>
        </w:rPr>
        <w:t xml:space="preserve">[19:01] </w:t>
      </w:r>
      <w:r>
        <w:t>yaani poori universe custom bed universe kaise ho gayi? jab koi taqreer ya tehreer yeh cheez aap ke andar paida kare to samjhein ke woh sahi hai.</w:t>
      </w:r>
    </w:p>
    <w:p>
      <w:pPr>
        <w:jc w:val="right"/>
      </w:pPr>
      <w:r>
        <w:t>یعنی پوری یونیورس کسٹم بیڈ یونیورس کیسے ہو گئی؟ جب کوئی تقریر یا تحریر یہ چیز آپ کے اندر پیدا کرے تو سمجھیں کہ وہ صحیح ہے۔</w:t>
      </w:r>
    </w:p>
    <w:p>
      <w:r>
        <w:rPr>
          <w:b/>
        </w:rPr>
        <w:t xml:space="preserve">[19:17] </w:t>
      </w:r>
      <w:r>
        <w:t>is se aur doosri cheez yeh hai ke jab yeh duniya ko aap bator nemat ke dekhenge to phir foran yeh khayal hoga ke allah is nemat ko hum se chheen le to kaun dene wala hai?</w:t>
      </w:r>
    </w:p>
    <w:p>
      <w:pPr>
        <w:jc w:val="right"/>
      </w:pPr>
      <w:r>
        <w:t>اس سے اور دوسری چیز یہ ہے کہ جب یہ دنیا کو آپ بطور نعمت کے دیکھیں گے تو پھر فوراً یہ خیال ہوگا کہ اللہ اس نعمت کو ہم سے چھین لے تو کون دینے والا ہے؟</w:t>
      </w:r>
    </w:p>
    <w:p>
      <w:r>
        <w:rPr>
          <w:b/>
        </w:rPr>
        <w:t xml:space="preserve">[19:33] </w:t>
      </w:r>
      <w:r>
        <w:t>allah hi de to milega, allah chheen le to kisi koi aur dene wala hai nahi. to is ka matlab yeh hai ke dene wale ki mohabbat aur is nemat ke chhin jaane ka andesha,</w:t>
      </w:r>
    </w:p>
    <w:p>
      <w:pPr>
        <w:jc w:val="right"/>
      </w:pPr>
      <w:r>
        <w:t>اللہ ہی دے تو ملے گا، اللہ چھین لے تو کسی کوئی اور دینے والا ہے نہیں۔ تو اس کا مطلب یہ ہے کہ دینے والے کی محبت اور اس نعمت کے چھن جانے کا اندیشہ،</w:t>
      </w:r>
    </w:p>
    <w:p>
      <w:r>
        <w:rPr>
          <w:b/>
        </w:rPr>
        <w:t xml:space="preserve">[19:51] </w:t>
      </w:r>
      <w:r>
        <w:t>yeh do cheez quran ko padhkar maine paya hai ke agar yeh jo tehreer ya taqreer yeh dono sifat paida kare, wahi methic islami hai, warna woh islami nahi, woh siyasi hai, milli hai, kuch bhi hai.</w:t>
      </w:r>
    </w:p>
    <w:p>
      <w:pPr>
        <w:jc w:val="right"/>
      </w:pPr>
      <w:r>
        <w:t>یہ دو چیز قرآن کو پڑھ کر میں نے پایا ہے کہ اگر یہ جو تحریر یا تقریر یہ دونوں صفت پیدا کرے، وہی میتھک اسلامی ہے، ورنہ وہ اسلامی نہیں، وہ سیاسی ہے، ملی ہے، کچھ بھی ہے۔</w:t>
      </w:r>
    </w:p>
    <w:p>
      <w:r>
        <w:rPr>
          <w:b/>
        </w:rPr>
        <w:t xml:space="preserve">[20:10] </w:t>
      </w:r>
      <w:r>
        <w:t>ji ji, main kaleem bol raha hoon. ji, aap ne bohat si jagah likha hai ke Allah ne insaan ki hidayat ke liye jo deen bheja hai, us ke do taqaze the: ek tha ke is ki hifazat aur doosra jo hai izhaar deen.</w:t>
      </w:r>
    </w:p>
    <w:p>
      <w:pPr>
        <w:jc w:val="right"/>
      </w:pPr>
      <w:r>
        <w:t>جی جی، میں کلیم بول رہا ہوں۔ جی، آپ نے بہت سی جگہ لکھا ہے کہ اللہ نے انسان کی ہدایت کے لیے جو دین بھیجا ہے، اس کے دو تقاضے تھے: ایک تھا کہ اس کی حفاظت اور دوسرا جو ہے اظہار دین۔</w:t>
      </w:r>
    </w:p>
    <w:p>
      <w:r>
        <w:rPr>
          <w:b/>
        </w:rPr>
        <w:t xml:space="preserve">[20:30] </w:t>
      </w:r>
      <w:r>
        <w:t>to izhaar deen ka matlab kya hai aur is ko kis tarah anjam diya ja sakta hai? dekhiye, jahan tak main sakta hoon, deen ki hifazat ka kaam to sahaba aur tabeen ke zamanay mein poora ho chuka hai,</w:t>
      </w:r>
    </w:p>
    <w:p>
      <w:pPr>
        <w:jc w:val="right"/>
      </w:pPr>
      <w:r>
        <w:t>تو اظہار دین کا مطلب کیا ہے اور اس کو کس طرح انجام دیا جا سکتا ہے؟ دیکھیے، جہاں تک میں سکتا ہوں، دین کی حفاظت کا کام تو صحابہ اور تابعین کے زمانے میں پورا ہو چکا ہے،</w:t>
      </w:r>
    </w:p>
    <w:p>
      <w:r>
        <w:rPr>
          <w:b/>
        </w:rPr>
        <w:t xml:space="preserve">[20:50] </w:t>
      </w:r>
      <w:r>
        <w:t>woh baqi nahi hai. ab jo tahaffuz tahaffuz ke naam pe conferencein hoti hain, is ka is se koi talluq nahi hai.</w:t>
      </w:r>
    </w:p>
    <w:p>
      <w:pPr>
        <w:jc w:val="right"/>
      </w:pPr>
      <w:r>
        <w:t>وہ باقی نہیں ہے۔ اب جو تحفظ تحفظ کے نام پہ کانفرنسیں ہوتی ہیں، اس کا اس سے کوئی تعلق نہیں ہے۔</w:t>
      </w:r>
    </w:p>
    <w:p>
      <w:r>
        <w:rPr>
          <w:b/>
        </w:rPr>
        <w:t xml:space="preserve">[21:01] </w:t>
      </w:r>
      <w:r>
        <w:t>Allah ne Quran ko bheja, Rasool Allah sal Allah alayh wasallam ne jo kuch kaha, us ko hum sunnat kehte hain. to Quran aur sunnat dono poori tarah mehfooz ho chukay hain.</w:t>
      </w:r>
    </w:p>
    <w:p>
      <w:pPr>
        <w:jc w:val="right"/>
      </w:pPr>
      <w:r>
        <w:t>اللہ نے قرآن کو بھیجا، رسول اللہ صلی اللہ علیہ وسلم نے جو کچھ کہا، اس کو ہم سنت کہتے ہیں۔ تو قرآن اور سنت دونوں پوری طرح محفوظ ہو چکے ہیں۔</w:t>
      </w:r>
    </w:p>
    <w:p>
      <w:r>
        <w:rPr>
          <w:b/>
        </w:rPr>
        <w:t xml:space="preserve">[21:14] </w:t>
      </w:r>
      <w:r>
        <w:t>ab hamein sirf is ko janna hai, is ko follow karna hai. doosri cheez hai izhaar deen. izhaar ka matlab hai, izhaar mein koi political sense nahi hai.</w:t>
      </w:r>
    </w:p>
    <w:p>
      <w:pPr>
        <w:jc w:val="right"/>
      </w:pPr>
      <w:r>
        <w:t>اب ہمیں صرف اس کو جاننا ہے، اس کو فالو کرنا ہے۔ دوسری چیز ہے اظہار دین۔ اظہار کا مطلب ہے، اظہار میں کوئی پولیٹیکل سینس نہیں ہے۔</w:t>
      </w:r>
    </w:p>
    <w:p>
      <w:r>
        <w:rPr>
          <w:b/>
        </w:rPr>
        <w:t xml:space="preserve">[21:30] </w:t>
      </w:r>
      <w:r>
        <w:t>izhaar ka matlab sirf yeh hai ke logon ke liye qabil form bana dena, log jaan lein ke yeh hai deen, logon ke liye well known ho jaye.</w:t>
      </w:r>
    </w:p>
    <w:p>
      <w:pPr>
        <w:jc w:val="right"/>
      </w:pPr>
      <w:r>
        <w:t>اظہار کا مطلب صرف یہ ہے کہ لوگوں کے لیے قابل فارم بنا دینا، لوگ جان لیں کہ یہ ہے دین، لوگوں کے لیے ویل نون ہو جائے۔</w:t>
      </w:r>
    </w:p>
    <w:p>
      <w:r>
        <w:rPr>
          <w:b/>
        </w:rPr>
        <w:t xml:space="preserve">[21:41] </w:t>
      </w:r>
      <w:r>
        <w:t>bas yeh hai izhaar deen. izhaar deen ka lafz bol kar jo log is ko political maani mein lete hain, woh hargiz is ka koi talluq is izhaar deen se nahi hai.</w:t>
      </w:r>
    </w:p>
    <w:p>
      <w:pPr>
        <w:jc w:val="right"/>
      </w:pPr>
      <w:r>
        <w:t>بس یہ ہے اظہار دین۔ اظہار دین کا لفظ بول کر جو لوگ اس کو پولیٹیکل معنی میں لیتے ہیں، وہ ہرگز اس کا کوئی تعلق اس اظہار دین سے نہیں ہے۔</w:t>
      </w:r>
    </w:p>
    <w:p>
      <w:r>
        <w:rPr>
          <w:b/>
        </w:rPr>
        <w:t xml:space="preserve">[21:51] </w:t>
      </w:r>
      <w:r>
        <w:t>misalan is ka matlab yeh lete hain ke sari dunya mein Islam ki hukumat. to kaisi ajeeb baat hai ke chouda so saal beet gaye aur sari dunya mein Islam ki hukumat qaim hi nahi hui.</w:t>
      </w:r>
    </w:p>
    <w:p>
      <w:pPr>
        <w:jc w:val="right"/>
      </w:pPr>
      <w:r>
        <w:t>مثلاً اس کا مطلب یہ لیتے ہیں کہ ساری دنیا میں اسلام کی حکومت۔ تو کیسی عجیب بات ہے کہ چودہ سو سال بیت گئے اور ساری دنیا میں اسلام کی حکومت قائم ہی نہیں ہوئی۔</w:t>
      </w:r>
    </w:p>
    <w:p>
      <w:r>
        <w:rPr>
          <w:b/>
        </w:rPr>
        <w:t xml:space="preserve">[22:03] </w:t>
      </w:r>
      <w:r>
        <w:t>to ghor kijiye, kya Allah taala aisa aisa goal de sakte hain ummat ko jo sarray se yani chalnay wala na ho, kabhi qaim hi honay wala na ho?</w:t>
      </w:r>
    </w:p>
    <w:p>
      <w:pPr>
        <w:jc w:val="right"/>
      </w:pPr>
      <w:r>
        <w:t>تو غور کیجئے، کیا اللہ تعالی ایسا ایسا گول دے سکتے ہیں امت کو جو سرے سے یعنی چلنے والا نہ ہو، کبھی قائم ہی ہونے والا نہ ہو؟</w:t>
      </w:r>
    </w:p>
    <w:p>
      <w:r>
        <w:rPr>
          <w:b/>
        </w:rPr>
        <w:t xml:space="preserve">[22:18] </w:t>
      </w:r>
      <w:r>
        <w:t>is liye izhaar deen ka matlab wohi hai jo iqamat deen. iqamat deen ke maani mein deen ki pairvi aur izhaar deen ka matlab hai deen ka achi tarah ghayab se mutala karna aur non political way mein.</w:t>
      </w:r>
    </w:p>
    <w:p>
      <w:pPr>
        <w:jc w:val="right"/>
      </w:pPr>
      <w:r>
        <w:t>اس لیے اظہار دین کا مطلب وہی ہے جو اقامت دین۔ اقامت دین کے معنی میں دین کی پیروی اور اظہار دین کا مطلب ہے دین کا اچھی طرح غائب سے مطالعہ کرنا اور نان پولیٹیکل وے میں۔</w:t>
      </w:r>
    </w:p>
    <w:p>
      <w:r>
        <w:rPr>
          <w:b/>
        </w:rPr>
        <w:t xml:space="preserve">[22:35] </w:t>
      </w:r>
      <w:r>
        <w:t>aur is ka jo non political message hai, non political ka matlab yeh hai ke aadmi apni tayari kare, apni shakhsiyat ko banaye, apne aap ko jannat ka shaiq banaye,</w:t>
      </w:r>
    </w:p>
    <w:p>
      <w:pPr>
        <w:jc w:val="right"/>
      </w:pPr>
      <w:r>
        <w:t>اور اس کا جو نان پولیٹیکل میسج ہے، نان پولیٹیکل کا مطلب یہ ہے کہ آدمی اپنی تیاری کرے، اپنی شخصیت کو بنائے، اپنے آپ کو جنت کا شائق بنائے،</w:t>
      </w:r>
    </w:p>
    <w:p>
      <w:r>
        <w:rPr>
          <w:b/>
        </w:rPr>
        <w:t xml:space="preserve">[22:52] </w:t>
      </w:r>
      <w:r>
        <w:t>apne aap ko yani akhirat oriented thinking is ke andar develop ho. yahi hai. to dunya ko yeh bata dena ke aye logon, tum ko jo Allah ne paida kiya hai,</w:t>
      </w:r>
    </w:p>
    <w:p>
      <w:pPr>
        <w:jc w:val="right"/>
      </w:pPr>
      <w:r>
        <w:t>اپنے آپ کو یعنی آخرت اورینٹڈ تھنکنگ اس کے اندر ڈیولپ ہو۔ یہی ہے۔ تو دنیا کو یہ بتا دینا کہ اے لوگوں، تم کو جو اللہ نے پیدا کیا ہے،</w:t>
      </w:r>
    </w:p>
    <w:p>
      <w:r>
        <w:rPr>
          <w:b/>
        </w:rPr>
        <w:t xml:space="preserve">[23:06] </w:t>
      </w:r>
      <w:r>
        <w:t>woh sirf is liye ke tum khaliq ki marifat hasil karo aur apne andar rabbani personality paida karo, khoon rabbani, taake Allah apne jo final award hoga, us mein tum ko izzat ki jagah de.</w:t>
      </w:r>
    </w:p>
    <w:p>
      <w:pPr>
        <w:jc w:val="right"/>
      </w:pPr>
      <w:r>
        <w:t>وہ صرف اس لیے کہ تم خالق کی معرفت حاصل کرو اور اپنے اندر ربانی پرسنیلٹی پیدا کرو، خون ربانی، تاکہ اللہ اپنے جو فائنل ابورڈ ہوگا، اس میں تم کو عزت کی جگہ دے۔</w:t>
      </w:r>
    </w:p>
    <w:p>
      <w:r>
        <w:rPr>
          <w:b/>
        </w:rPr>
        <w:t xml:space="preserve">[23:28] </w:t>
      </w:r>
      <w:r>
        <w:t>main arzi kahi hai izhaar deen. Today I got a very important lesson. What is the criterion to judge that whatever is being said or what movement is taking place, whether it is Islamic or not?</w:t>
      </w:r>
    </w:p>
    <w:p>
      <w:pPr>
        <w:jc w:val="right"/>
      </w:pPr>
      <w:r>
        <w:t>میں عرضی کہی ہے اظہار دین۔ Today I got a very important lesson. What is the criterion to judge that whatever is being said or what movement is taking place, whether it is Islamic or not?</w:t>
      </w:r>
    </w:p>
    <w:p>
      <w:r>
        <w:rPr>
          <w:b/>
        </w:rPr>
        <w:t xml:space="preserve">[23:43] </w:t>
      </w:r>
      <w:r>
        <w:t>The criterion that you have given is that if the focus is God and the hereafter and finding nearest to Him, then it is the Islamic message or an Islamic movement.</w:t>
      </w:r>
    </w:p>
    <w:p>
      <w:pPr>
        <w:jc w:val="right"/>
      </w:pPr>
      <w:r>
        <w:t>The criterion that you have given is that if the focus is God and the hereafter and finding nearest to Him, then it is the Islamic message or an Islamic movement.</w:t>
      </w:r>
    </w:p>
    <w:p>
      <w:r>
        <w:rPr>
          <w:b/>
        </w:rPr>
        <w:t xml:space="preserve">[23:56] </w:t>
      </w:r>
      <w:r>
        <w:t>I</w:t>
      </w:r>
    </w:p>
    <w:p>
      <w:pPr>
        <w:jc w:val="right"/>
      </w:pPr>
      <w:r>
        <w:t>I</w:t>
      </w:r>
    </w:p>
    <w:p>
      <w:r>
        <w:rPr>
          <w:b/>
        </w:rPr>
        <w:t xml:space="preserve">[23:57] </w:t>
      </w:r>
      <w:r>
        <w:t>f it is not that, then it is something else, but it cannot be called Islamic. And secondly, you further explain that we should get anything that activity that takes place, we should get the love of God because He has given us everything.</w:t>
      </w:r>
    </w:p>
    <w:p>
      <w:pPr>
        <w:jc w:val="right"/>
      </w:pPr>
      <w:r>
        <w:t>f it is not that, then it is something else, but it cannot be called Islamic. And secondly, you further explain that we should get anything that activity that takes place, we should get the love of God because He has given us everything.</w:t>
      </w:r>
    </w:p>
    <w:p>
      <w:r>
        <w:rPr>
          <w:b/>
        </w:rPr>
        <w:t xml:space="preserve">[24:15] </w:t>
      </w:r>
      <w:r>
        <w:t>So we should love Him and we should fear that what if He takes it away?</w:t>
      </w:r>
    </w:p>
    <w:p>
      <w:pPr>
        <w:jc w:val="right"/>
      </w:pPr>
      <w:r>
        <w:t>So we should love Him and we should fear that what if He takes it away?</w:t>
      </w:r>
    </w:p>
    <w:p>
      <w:r>
        <w:rPr>
          <w:b/>
        </w:rPr>
        <w:t xml:space="preserve">[24:21] </w:t>
      </w:r>
      <w:r>
        <w:t>So this was a very, very important message. Jazak Allah. Isi ko main doosray lafzon mein yeh keh sakta hoon ke what was take away?</w:t>
      </w:r>
    </w:p>
    <w:p>
      <w:pPr>
        <w:jc w:val="right"/>
      </w:pPr>
      <w:r>
        <w:t>So this was a very, very important message. جزاک اللہ۔ اسی کو میں دوسرے لفظوں میں یہ کہہ سکتا ہوں کہ what was take away؟</w:t>
      </w:r>
    </w:p>
    <w:p>
      <w:r>
        <w:rPr>
          <w:b/>
        </w:rPr>
        <w:t xml:space="preserve">[24:36] </w:t>
      </w:r>
      <w:r>
        <w:t>Hmm, aap koi bhi kitaab parhein, taqreer sunein, kisi jalsay mein shirkat karein to sirf aik hi baat poochein ke wahan tumhare liye take away kya tha?</w:t>
      </w:r>
    </w:p>
    <w:p>
      <w:pPr>
        <w:jc w:val="right"/>
      </w:pPr>
      <w:r>
        <w:t>ہمم، آپ کوئی بھی کتاب پڑھیں، تقریر سنیں، کسی جلسے میں شرکت کریں تو صرف ایک ہی بات پوچھیے کہ وہاں تمہارے لیے ٹیک اوی کیا تھا؟</w:t>
      </w:r>
    </w:p>
    <w:p>
      <w:r>
        <w:rPr>
          <w:b/>
        </w:rPr>
        <w:t xml:space="preserve">[24:48] </w:t>
      </w:r>
      <w:r>
        <w:t>Hmm, bas yahi to pata chal jaye ga ke woh deeni tha ke siyasi, deeni tha ke milli.</w:t>
      </w:r>
    </w:p>
    <w:p>
      <w:pPr>
        <w:jc w:val="right"/>
      </w:pPr>
      <w:r>
        <w:t>ہمم، بس یہی تو پتہ چل جائے گا کہ وہ دینی تھا کہ سیاسی، دینی تھا کہ ملی۔</w:t>
      </w:r>
    </w:p>
    <w:p>
      <w:r>
        <w:rPr>
          <w:b/>
        </w:rPr>
        <w:t xml:space="preserve">[24:58] </w:t>
      </w:r>
      <w:r>
        <w:t>Take away mein samajhta hoon ke yeh bohat hi acha mayar hai ke kisi kitaab ke mutalay ke baad, kisi taqreer mein shirkat karne ke baad, aap ko aap ke liye take away kya tha?</w:t>
      </w:r>
    </w:p>
    <w:p>
      <w:pPr>
        <w:jc w:val="right"/>
      </w:pPr>
      <w:r>
        <w:t>ٹیک اوی میں سمجھتا ہوں کہ یہ بہت ہی اچھا معیار ہے کہ کسی کتاب کے مطالعے کے بعد، کسی تقریر میں شرکت کرنے کے بعد، آپ کو آپ کے لیے ٹیک اوی کیا تھا؟</w:t>
      </w:r>
    </w:p>
    <w:p>
      <w:r>
        <w:rPr>
          <w:b/>
        </w:rPr>
        <w:t xml:space="preserve">[25:16] </w:t>
      </w:r>
      <w:r>
        <w:t>yeh behtareen pehchan hai. I have studied Islamic studies in a Muslim institution for about ten years, and I have talked in the same institution for 24 years,</w:t>
      </w:r>
    </w:p>
    <w:p>
      <w:pPr>
        <w:jc w:val="right"/>
      </w:pPr>
      <w:r>
        <w:t>یہ بہترین پہچان ہے۔ آئی ہیو سٹڈی اسلامک سٹڈیز ان ا مسلم انسٹیٹیوشن فار اباؤٹ ٹین ایئرز، اینڈ آئی ہیو ٹاک ان دا سیم انسٹیٹیوشن فار 24 ایئرز،</w:t>
      </w:r>
    </w:p>
    <w:p>
      <w:r>
        <w:rPr>
          <w:b/>
        </w:rPr>
        <w:t xml:space="preserve">[25:33] </w:t>
      </w:r>
      <w:r>
        <w:t>but not once I have found God paradise thereafter being discussed by the people.</w:t>
      </w:r>
    </w:p>
    <w:p>
      <w:pPr>
        <w:jc w:val="right"/>
      </w:pPr>
      <w:r>
        <w:t>بٹ ناٹ ونس آئی ہیو فاؤنڈ گاڈ پیراڈائز دیر افٹر بینگ ڈسکسڈ بائی دا پیپل۔</w:t>
      </w:r>
    </w:p>
    <w:p>
      <w:r>
        <w:rPr>
          <w:b/>
        </w:rPr>
        <w:t xml:space="preserve">[25:43] </w:t>
      </w:r>
      <w:r>
        <w:t>That is why today the thinking of every those who are studying Islam is also no different from other.</w:t>
      </w:r>
    </w:p>
    <w:p>
      <w:pPr>
        <w:jc w:val="right"/>
      </w:pPr>
      <w:r>
        <w:t>دیٹ از وائی ٹوڈے دا تھنکنگ اف ایوری دوز ہو آر سٹڈنگ اسلام از السو نو ڈفرنٹ فرام ادر۔</w:t>
      </w:r>
    </w:p>
    <w:p>
      <w:r>
        <w:rPr>
          <w:b/>
        </w:rPr>
        <w:t xml:space="preserve">[25:52] </w:t>
      </w:r>
      <w:r>
        <w:t>They are not connected to God. They are studying Muslim history in the name of Islam. They are far from marifa, the realization of God.</w:t>
      </w:r>
    </w:p>
    <w:p>
      <w:pPr>
        <w:jc w:val="right"/>
      </w:pPr>
      <w:r>
        <w:t>دے آر ناٹ کنیکٹڈ ٹو گاڈ، دے آر سٹڈنگ مسلم ہسٹری ان دا نیم اف اسلام۔ دے آر فار فرام معرفہ دا ریلائزیشن اف گاڈ۔</w:t>
      </w:r>
    </w:p>
    <w:p>
      <w:r>
        <w:rPr>
          <w:b/>
        </w:rPr>
        <w:t xml:space="preserve">[26:06] </w:t>
      </w:r>
      <w:r>
        <w:t>this is my experience dat i wanted to share with you. mani aap ka yeh comment tha ke woh woh kafi saal unhon ne ek institution mein parha hai aur us ke baad 24 saal wahan pe unhon ne is institution ko serve bhi kiya hai.</w:t>
      </w:r>
    </w:p>
    <w:p>
      <w:pPr>
        <w:jc w:val="right"/>
      </w:pPr>
      <w:r>
        <w:t>دس از مائی ایکسپیرینس دیٹ آئی وانٹڈ ٹو شیئر ود یو۔ معنی آپ کا یہ کمنٹ تھا کہ وہ وہ کافی سالوں انہوں نے ایک انسٹیٹیوشن میں پڑھا ہے اور اس کے بعد 24 سال وہاں پہ انہوں نے اس انسٹیٹیوشن کو سرو بھی کیا ہے۔</w:t>
      </w:r>
    </w:p>
    <w:p>
      <w:r>
        <w:rPr>
          <w:b/>
        </w:rPr>
        <w:t xml:space="preserve">[26:23] </w:t>
      </w:r>
      <w:r>
        <w:t>lekin is ke bawajood bhi woh koi bhi aisa instance yaad nahi kar sakti hain ke jahan pe khuda paradise ya hereafter ki baat hui hai.</w:t>
      </w:r>
    </w:p>
    <w:p>
      <w:pPr>
        <w:jc w:val="right"/>
      </w:pPr>
      <w:r>
        <w:t>لیکن اس کے باوجود بھی وہ کوئی بھی ایسا انسٹنس یاد نہیں کر سکتی ہیں کہ جہاں پہ خدا پیراڈائز یا ہیر افٹر کی بات ہوئی ہے۔</w:t>
      </w:r>
    </w:p>
    <w:p>
      <w:r>
        <w:rPr>
          <w:b/>
        </w:rPr>
        <w:t xml:space="preserve">[26:34] </w:t>
      </w:r>
      <w:r>
        <w:t>mera bhi tajurba hai ke log ate hain bari jalson se aur bari tareefen karte hain kisi muslim ki kitabon ki. bar bar mujhe sabiq parha.</w:t>
      </w:r>
    </w:p>
    <w:p>
      <w:pPr>
        <w:jc w:val="right"/>
      </w:pPr>
      <w:r>
        <w:t>میرا بھی تجربہ ہے کہ لوگ آتے ہیں بڑی جلسوں سے اور بڑی تعریفیں کرتے ہیں کسی مسلم کی کتاب کی۔ بار بار مجھے سابقہ پڑھا۔</w:t>
      </w:r>
    </w:p>
    <w:p>
      <w:r>
        <w:rPr>
          <w:b/>
        </w:rPr>
        <w:t xml:space="preserve">[26:44] </w:t>
      </w:r>
      <w:r>
        <w:t>main hamesha yahi poochta hoon ke take away kya tha? to yaqeen kijiye ke ek bhi harf bhi nahi mila jo koi take away bataye.</w:t>
      </w:r>
    </w:p>
    <w:p>
      <w:pPr>
        <w:jc w:val="right"/>
      </w:pPr>
      <w:r>
        <w:t>میں ہمیشہ یہی پوچھتا ہوں کہ ٹیک اوی کیا تھا؟ تو یقین کیجئے کہ ایک بھی حرف بھی نہیں ملا جو کوئی ٹیک اوی بتائے۔</w:t>
      </w:r>
    </w:p>
    <w:p>
      <w:r>
        <w:rPr>
          <w:b/>
        </w:rPr>
        <w:t xml:space="preserve">[26:54] </w:t>
      </w:r>
      <w:r>
        <w:t>bas yeh hai ke itna intezam tha, pani ka itna intezam tha, bijli ka itna intezam tha. yeh sab baaten yani quran o sunnat ke aitbar se kya take away tha?</w:t>
      </w:r>
    </w:p>
    <w:p>
      <w:pPr>
        <w:jc w:val="right"/>
      </w:pPr>
      <w:r>
        <w:t>بس یہ ہے کہ اتنا انتظام تھا، پانی کا اتنا انتظام تھا، بجلی کا اتنا انتظام تھا۔ یہ سب باتیں یعنی قرآن و سنت کے اعتبار سے کیا ٹیک اوی تھا؟</w:t>
      </w:r>
    </w:p>
    <w:p>
      <w:r>
        <w:rPr>
          <w:b/>
        </w:rPr>
        <w:t xml:space="preserve">[27:06] </w:t>
      </w:r>
      <w:r>
        <w:t>yani mislan yeh koi yeh kahe ke aaj maine discover kiya ke sunnat rasool haqeeqat mein kya hai? woh yeh hai. aisa koi mujhe nahi ab tak nahi mila.</w:t>
      </w:r>
    </w:p>
    <w:p>
      <w:pPr>
        <w:jc w:val="right"/>
      </w:pPr>
      <w:r>
        <w:t>یعنی مثلاً یہ کوئی یہ کہے کہ آج میں نے ڈسکور کیا کہ سنت رسول حقیقت میں کیا ہے؟ وہ یہ ہے۔ ایسا کوئی مجھے نہیں اب تک نہیں ملا۔</w:t>
      </w:r>
    </w:p>
    <w:p>
      <w:r>
        <w:rPr>
          <w:b/>
        </w:rPr>
        <w:t xml:space="preserve">[27:18] </w:t>
      </w:r>
      <w:r>
        <w:t>to main isi ko sole criteria manta hoon ke aap ke paas koi positive take away ho.</w:t>
      </w:r>
    </w:p>
    <w:p>
      <w:pPr>
        <w:jc w:val="right"/>
      </w:pPr>
      <w:r>
        <w:t>تو میں اسی کو سول کرائٹیریا مانتا ہوں کہ آپ کے پاس کوئی پوزیٹیو ٹیک اوی ہو۔</w:t>
      </w:r>
    </w:p>
    <w:p>
      <w:r>
        <w:rPr>
          <w:b/>
        </w:rPr>
        <w:t xml:space="preserve">[27:27] </w:t>
      </w:r>
      <w:r>
        <w:t>aap kuch karen. ji molana, molana, hum bhi yahi isi baat ko confirm kar rahe the ke hum ne hum bhi CPS mein ane se pehle kafi taqreeron mein aur kafi is mein jaya karte the.</w:t>
      </w:r>
    </w:p>
    <w:p>
      <w:pPr>
        <w:jc w:val="right"/>
      </w:pPr>
      <w:r>
        <w:t>آپ کچھ کریں۔ جی مولانا، مولانا، ہم بھی یہی اسی بات کو کنفرم کر رہے تھے کہ ہم نے ہم بھی سی پی ایس میں آنے سے پہلے کافی تقریروں میں اور کافی اس میں جایا کرتے تھے۔</w:t>
      </w:r>
    </w:p>
    <w:p>
      <w:r>
        <w:rPr>
          <w:b/>
        </w:rPr>
        <w:t xml:space="preserve">[27:36] </w:t>
      </w:r>
      <w:r>
        <w:t>lekin yeh baat bilkul sach hai ke wahan se bhi kuch take away is sense positive sense mein nahi milta tha. ghanton ki taqreeren hoti thin, namazon se pehle bhi hoti thin aur pehle bhi, us ke baad bhi hoti thin.</w:t>
      </w:r>
    </w:p>
    <w:p>
      <w:pPr>
        <w:jc w:val="right"/>
      </w:pPr>
      <w:r>
        <w:t>لیکن یہ بات بالکل سچ ہے کہ وہاں سے بھی کچھ ٹیک اوی اس سینس پوزیٹیو سینس میں نہیں ملتا تھا۔ گھنٹوں کی تقریریں ہوتی تھیں، نمازوں سے پہلے بھی ہوتی تھیں اور پہلے بھی، اس کے بعد بھی ہوتی تھیں۔</w:t>
      </w:r>
    </w:p>
    <w:p>
      <w:r>
        <w:rPr>
          <w:b/>
        </w:rPr>
        <w:t xml:space="preserve">[27:49] </w:t>
      </w:r>
      <w:r>
        <w:t>lekin is mein jo khuda ka khauf aur khuda se mohabbat ka jo take away hona chahiye, woh missing hota tha. aur hum ne CPS mein ane ke baad yeh cheez seekhi hai ke kisi yeh matlab yeh poori ek book ya ek taqreer ki baat nahi, yeh poori zindagi ki baat hai.</w:t>
      </w:r>
    </w:p>
    <w:p>
      <w:pPr>
        <w:jc w:val="right"/>
      </w:pPr>
      <w:r>
        <w:t>لیکن اس میں جو خدا کا خوف اور خدا سے محبت کا جو ٹیک اوی ہونا چاہیے، وہ مسنگ ہوتا تھا۔ اور ہم نے سی پی ایس میں آنے کے بعد یہ چیز سیکھی ہے کہ کسی یہ مطلب یہ پوری ایک بک یا ایک تقریر کی بات نہیں، یہ پوری زندگی کی بات ہے۔</w:t>
      </w:r>
    </w:p>
    <w:p>
      <w:r>
        <w:rPr>
          <w:b/>
        </w:rPr>
        <w:t xml:space="preserve">[28:10] </w:t>
      </w:r>
      <w:r>
        <w:t>aur yeh take away hamein roz hamein apna introspection karna chahiye ke kya aaj hum ne khuda se mohabbat develop ki? kya aaj hum ne khuda se dar ko aur develop kiya?</w:t>
      </w:r>
    </w:p>
    <w:p>
      <w:pPr>
        <w:jc w:val="right"/>
      </w:pPr>
      <w:r>
        <w:t>اور یہ ٹیک اوی ہمیں روز ہمیں اپنا انٹروسپیکشن کرنا چاہیے کہ کیا آج ہم نے خدا سے محبت ڈیولپ کی؟ کیا آج ہم نے خدا سے ڈر کو اور ڈیولپ کیا؟</w:t>
      </w:r>
    </w:p>
    <w:p>
      <w:r>
        <w:rPr>
          <w:b/>
        </w:rPr>
        <w:t xml:space="preserve">[28:21] </w:t>
      </w:r>
      <w:r>
        <w:t>molana, yeh cheez hum ne yehin aa ke seekhi hai. otherwise khuda ki baat hi missing hoti thi har cheez se. molana, i want to also say that before i came to CPS,</w:t>
      </w:r>
    </w:p>
    <w:p>
      <w:pPr>
        <w:jc w:val="right"/>
      </w:pPr>
      <w:r>
        <w:t>مولانا، یہ چیز ہم نے یہیں آ کے سیکھی ہے۔ ادروائز خدا کی بات ہی مسنگ ہوتی تھی ہر چیز سے۔ مولانا، آئی وانٹ ٹو السو سے کہ بیفور آئی کیم ٹو سی پی ایس،</w:t>
      </w:r>
    </w:p>
    <w:p>
      <w:r>
        <w:rPr>
          <w:b/>
        </w:rPr>
        <w:t xml:space="preserve">[28:37] </w:t>
      </w:r>
      <w:r>
        <w:t>i was involved in many a lot of muslim work. and once i remember, i came to you after a big lecture, and i was very happy.</w:t>
      </w:r>
    </w:p>
    <w:p>
      <w:pPr>
        <w:jc w:val="right"/>
      </w:pPr>
      <w:r>
        <w:t>آئی واز انوالوڈ ان مینی ا لاٹ اف مسلم ورک۔ اینڈ ونس آئی ریممبر، آئی کیم ٹو یو افٹر ا بگ لیکچر، اینڈ آئی واز ویری ہیپی۔</w:t>
      </w:r>
    </w:p>
    <w:p>
      <w:r>
        <w:rPr>
          <w:b/>
        </w:rPr>
        <w:t xml:space="preserve">[28:47] </w:t>
      </w:r>
      <w:r>
        <w:t>and you asked me what was your take away? and i could not tell you even one take away that i had got from that lecture. so you are absolutely right that you get no take away from any other organization.</w:t>
      </w:r>
    </w:p>
    <w:p>
      <w:pPr>
        <w:jc w:val="right"/>
      </w:pPr>
      <w:r>
        <w:t>اینڈ یو اسکڈ می واٹ واز یور ٹیک اوی؟ اینڈ آئی کڈ ناٹ ٹیل یو ایون ون ٹیک اوی دیٹ آئی ہیڈ گاٹ فرام دیٹ لیکچر۔ سو یو آر ایبسولیوٹلی رائٹ دیٹ یو گیٹ نو ٹیک اوی فرام اینی ادر ارگنائزیشن۔</w:t>
      </w:r>
    </w:p>
    <w:p>
      <w:r>
        <w:rPr>
          <w:b/>
        </w:rPr>
        <w:t xml:space="preserve">[29:03] </w:t>
      </w:r>
      <w:r>
        <w:t>but since i have come here, every time i talk to you, every book i read, every interaction i have with other CPS members, or listen to your lecture, i always have a take away.</w:t>
      </w:r>
    </w:p>
    <w:p>
      <w:pPr>
        <w:jc w:val="right"/>
      </w:pPr>
      <w:r>
        <w:t>بٹ سنس آئی ہیو کم ہیر، ایوری ٹائم آئی ٹاک ٹو یو، ایوری بک آئی ریڈ، ایوری انٹریکشن آئی ہیو ود ادر سی پی ایس ممبرز، اور لسن ٹو یور لیکچر، آئی الویز ہیو ا ٹیک اوی۔</w:t>
      </w:r>
    </w:p>
    <w:p>
      <w:r>
        <w:rPr>
          <w:b/>
        </w:rPr>
        <w:t xml:space="preserve">[29:14] </w:t>
      </w:r>
      <w:r>
        <w:t>main ek misal deta hoon take away ki. hamare paas kitab maujood hai, hajat sahaba. is mein aap dekh sakte hain ek shakhs Makkah mein rasool Allah sal Allah alayhi wasallam ke peeche mila aur poocha aap se ke aap ka message kya hai?</w:t>
      </w:r>
    </w:p>
    <w:p>
      <w:pPr>
        <w:jc w:val="right"/>
      </w:pPr>
      <w:r>
        <w:t>میں ایک مثال دیتا ہوں ٹیک اوی کی۔ ہمارے پاس کتاب موجود ہے، حاجت صحابہ۔ اس میں آپ دیکھ سکتے ہیں ایک شخص مکہ میں رسول اللہ صلی اللہ علیہ وسلم کے پیچھے ملا اور پوچھا آپ سے کہ آپ کا میسج کیا ہے؟</w:t>
      </w:r>
    </w:p>
    <w:p>
      <w:r>
        <w:rPr>
          <w:b/>
        </w:rPr>
        <w:t xml:space="preserve">[29:35] </w:t>
      </w:r>
      <w:r>
        <w:t>yeh muslim nahi tha, baad ko muslim ho gaya.</w:t>
      </w:r>
    </w:p>
    <w:p>
      <w:pPr>
        <w:jc w:val="right"/>
      </w:pPr>
      <w:r>
        <w:t>یہ مسلم نہیں تھا، بعد کو مسلم ہو گیا۔</w:t>
      </w:r>
    </w:p>
    <w:p>
      <w:r>
        <w:rPr>
          <w:b/>
        </w:rPr>
        <w:t xml:space="preserve">[29:41] </w:t>
      </w:r>
      <w:r>
        <w:t>to rasool Allah ne jab chand alfaz mein apna mission bataya, aur ghaleban woh message tha ke surah fatiha aap ne parh kar sunai ho, surah fatiha.</w:t>
      </w:r>
    </w:p>
    <w:p>
      <w:pPr>
        <w:jc w:val="right"/>
      </w:pPr>
      <w:r>
        <w:t>تو رسول اللہ نے جب چند الفاظ میں اپنا مشن بتایا، اور غالباً وہ میسج تھا کہ سورہ فاتحہ آپ نے پڑھ کر سنائی ہو، سورہ فاتحہ۔</w:t>
      </w:r>
    </w:p>
    <w:p>
      <w:r>
        <w:rPr>
          <w:b/>
        </w:rPr>
        <w:t xml:space="preserve">[29:53] </w:t>
      </w:r>
      <w:r>
        <w:t>to us aadmi ka jo jo jo response tha, woh kya tha? us ne kaha ke yeh kalmat mujh ko phir sunaiye, yeh kalmat mujh ko phir sunaiye.</w:t>
      </w:r>
    </w:p>
    <w:p>
      <w:pPr>
        <w:jc w:val="right"/>
      </w:pPr>
      <w:r>
        <w:t>تو اس آدمی کا جو جو جو رسپانس تھا، وہ کیا تھا؟ اس نے کہا کہ یہ کلمات مجھ کو پھر سنائیے، یہ کلمات مجھ کو پھر سنائیے۔</w:t>
      </w:r>
    </w:p>
    <w:p>
      <w:r>
        <w:rPr>
          <w:b/>
        </w:rPr>
        <w:t xml:space="preserve">[30:09] </w:t>
      </w:r>
      <w:r>
        <w:t>us ne in kalmat ne to mujh ko khuda ke samandar mein gharaq kar diya. aisa aisa response main sunna chahta hoon ke koi taqreer, koi kitab parh ke koi kahe ke bhai yeh to ajeeb o ghareeb cheez thi, yeh to mujhe khuda ki glory mein main gharaq ho gaya.</w:t>
      </w:r>
    </w:p>
    <w:p>
      <w:pPr>
        <w:jc w:val="right"/>
      </w:pPr>
      <w:r>
        <w:t>اس نے ان کلمات نے تو مجھ کو خدا کے سمندر میں غرق کر دیا۔ ایسا ایسا رسپانس میں سننا چاہتا ہوں کہ کوئی تقریر، کوئی کتاب پڑھ کے کوئی کہے کہ بھئی یہ تو عجیب و غریب چیز تھی، یہ تو مجھے خدا کی گلوری میں میں غرق ہو گیا۔</w:t>
      </w:r>
    </w:p>
    <w:p>
      <w:r>
        <w:rPr>
          <w:b/>
        </w:rPr>
        <w:t xml:space="preserve">[30:28] </w:t>
      </w:r>
      <w:r>
        <w:t>yeh hai take away, yeh mere paas kitab maujood hai, aap dekh sakte hain. ji mera sawal hai, alaikum assalam, farmaiye.</w:t>
      </w:r>
    </w:p>
    <w:p>
      <w:pPr>
        <w:jc w:val="right"/>
      </w:pPr>
      <w:r>
        <w:t>یہ ہے ٹیک اوی، یہ میرے پاس کتاب موجود ہے، آپ دیکھ سکتے ہیں۔ جی میرا سوال ہے، علیکم السلام، فرمائیے۔</w:t>
      </w:r>
    </w:p>
    <w:p>
      <w:r>
        <w:rPr>
          <w:b/>
        </w:rPr>
        <w:t xml:space="preserve">[30:39] </w:t>
      </w:r>
      <w:r>
        <w:t>kuch farmana chahti hain to aap farmaiye. molana sahib, aap ke har lecture masha Allah se, aap ke har lecture mein koi naya jumla, koi nayi soch, aur koi nayi thrill milti hai hamesha.</w:t>
      </w:r>
    </w:p>
    <w:p>
      <w:pPr>
        <w:jc w:val="right"/>
      </w:pPr>
      <w:r>
        <w:t>کچھ فرمانا چاہتی ہیں تو آپ فرمائیے۔ مولانا صاحب، آپ کے ہر لیکچر ماشاء اللہ سے، آپ کے ہر لیکچر میں کوئی نیا جملہ، کوئی نئی سوچ، اور کوئی نئی تھرل ملتی ہے ہمیشہ۔</w:t>
      </w:r>
    </w:p>
    <w:p>
      <w:r>
        <w:rPr>
          <w:b/>
        </w:rPr>
        <w:t xml:space="preserve">[30:50] </w:t>
      </w:r>
      <w:r>
        <w:t>aur realization of God jo hai, woh improve hoti hai hamesha. to mera yeh sawal hai ke yeh yani love of God jo hai, is like booster for dawah work.</w:t>
      </w:r>
    </w:p>
    <w:p>
      <w:pPr>
        <w:jc w:val="right"/>
      </w:pPr>
      <w:r>
        <w:t>اور ریلائزیشن اف گاڈ جو ہے، وہ امپروو ہوتی ہے ہمیشہ۔ تو میرا یہ سوال ہے کہ یہ یعنی لو اف گاڈ جو ہے، از لائک بوسٹر فار دعویٰ ورک۔</w:t>
      </w:r>
    </w:p>
    <w:p>
      <w:r>
        <w:rPr>
          <w:b/>
        </w:rPr>
        <w:t xml:space="preserve">[31:01] </w:t>
      </w:r>
      <w:r>
        <w:t>to kya agar is mein kami beshi hoti hai, ya agar hamein yeh lagta hai ke yeh bohat achi tarah improve nahi ho raha, ya kahin ruk gaya hai, to is se hamara dawah work bhi kya safar karta hai, ya karna chahiye is ki wajah se?</w:t>
      </w:r>
    </w:p>
    <w:p>
      <w:pPr>
        <w:jc w:val="right"/>
      </w:pPr>
      <w:r>
        <w:t>تو کیا اگر اس میں کمی بیشی ہوتی ہے، یا اگر ہمیں یہ لگتا ہے کہ یہ بہت اچھی طرح امپروو نہیں ہو رہا، یا کہیں رک گیا ہے، تو اس سے ہمارا دعویٰ ورک بھی کیا سفر کرتا ہے، یا کرنا چاہیے اس کی وجہ سے؟</w:t>
      </w:r>
    </w:p>
    <w:p>
      <w:r>
        <w:rPr>
          <w:b/>
        </w:rPr>
        <w:t xml:space="preserve">[31:12] </w:t>
      </w:r>
      <w:r>
        <w:t>yani yeh main ingredient hai na, yani Allah ki mohabbat, rabbani ban, to you rabbani wali baat. To aap kya kehte hain is baray mein ke agar Allah se mohabbat hamari shadeed hogi to woh dawah work bhi hamara behtareen hoga, aur agar Allah se mohabbat mein kami hogi to woh dawah work bhi hamara kamzor hoga?</w:t>
      </w:r>
    </w:p>
    <w:p>
      <w:pPr>
        <w:jc w:val="right"/>
      </w:pPr>
      <w:r>
        <w:t>یعنی یہ مین انگریڈینٹ ہے نا، یعنی اللہ کی محبت، ربانی بن، تو یو ربانی والی بات۔ تو آپ کیا کہتے ہیں اس بارے میں کہ اگر اللہ سے محبت ہماری شدید ہوگی تو وہ دعویٰ ورک بھی ہمارا بہترین ہوگا، اور اگر اللہ سے محبت میں کمی ہوگی تو وہ دعویٰ ورک بھی ہمارا کمزور ہوگا؟</w:t>
      </w:r>
    </w:p>
    <w:p>
      <w:r>
        <w:rPr>
          <w:b/>
        </w:rPr>
        <w:t xml:space="preserve">[31:30] </w:t>
      </w:r>
      <w:r>
        <w:t>kya yahi baat hai?</w:t>
      </w:r>
    </w:p>
    <w:p>
      <w:pPr>
        <w:jc w:val="right"/>
      </w:pPr>
      <w:r>
        <w:t>کیا یہی بات ہے؟</w:t>
      </w:r>
    </w:p>
    <w:p>
      <w:r>
        <w:rPr>
          <w:b/>
        </w:rPr>
        <w:t xml:space="preserve">[31:34] </w:t>
      </w:r>
      <w:r>
        <w:t>dekhen, sab se ziada important baat jo hai, woh yeh hai ke aap Allah ki yaad mein jeene lagen.</w:t>
      </w:r>
    </w:p>
    <w:p>
      <w:pPr>
        <w:jc w:val="right"/>
      </w:pPr>
      <w:r>
        <w:t>دیکھیں، سب سے زیادہ امپورٹنٹ بات جو ہے، وہ یہ ہے کہ آپ اللہ کی یاد میں جینے لگیں۔</w:t>
      </w:r>
    </w:p>
    <w:p>
      <w:r>
        <w:rPr>
          <w:b/>
        </w:rPr>
        <w:t xml:space="preserve">[31:44] </w:t>
      </w:r>
      <w:r>
        <w:t>Allah ki yaad mein jeena yeh asal hai. Main aap ko ek misaal deta hoon, aaj ki misaal. Dekhen, yeh jo hai mere haath mein, yeh hai is ko kehte hain electronic bell.</w:t>
      </w:r>
    </w:p>
    <w:p>
      <w:pPr>
        <w:jc w:val="right"/>
      </w:pPr>
      <w:r>
        <w:t>اللہ کی یاد میں جینا یہ اصل ہے۔ میں آپ کو ایک مثال دیتا ہوں، آج کی مثال۔ دیکھیں، یہ جو ہے میرے ہاتھ میں، یہ ہے اس کو کہتے ہیں الیکٹرانک بل۔</w:t>
      </w:r>
    </w:p>
    <w:p>
      <w:r>
        <w:rPr>
          <w:b/>
        </w:rPr>
        <w:t xml:space="preserve">[32:00] </w:t>
      </w:r>
      <w:r>
        <w:t>yeh main yahan dabata hoon to awaz idhar awaz nikalti hai, koi aata hai mere paas electronic bell.</w:t>
      </w:r>
    </w:p>
    <w:p>
      <w:pPr>
        <w:jc w:val="right"/>
      </w:pPr>
      <w:r>
        <w:t>یہ میں یہاں دباتا ہوں تو آواز ادھر آواز نکلتی ہے، کوئی آتا ہے میرے پاس الیکٹرانک بل۔</w:t>
      </w:r>
    </w:p>
    <w:p>
      <w:r>
        <w:rPr>
          <w:b/>
        </w:rPr>
        <w:t xml:space="preserve">[32:10] </w:t>
      </w:r>
      <w:r>
        <w:t>to aaj kya hua? Main yahan sota hoon, mera bistar idhar hai, yahan par mere bistar ke sath khirki hai. Is khirki pe yeh rakha hua tha.</w:t>
      </w:r>
    </w:p>
    <w:p>
      <w:pPr>
        <w:jc w:val="right"/>
      </w:pPr>
      <w:r>
        <w:t>تو آج کیا ہوا؟ میں یہاں سوتا ہوں، میرا بستر ادھر ہے، یہاں پر میرے بستر کے ساتھ کھڑکی ہے۔ اس کھڑکی پہ یہ رکھا ہوا تھا۔</w:t>
      </w:r>
    </w:p>
    <w:p>
      <w:r>
        <w:rPr>
          <w:b/>
        </w:rPr>
        <w:t xml:space="preserve">[32:21] </w:t>
      </w:r>
      <w:r>
        <w:t>to subah ko main utha to achaanak yeh bell bajne lagi, baj rahi hai, baj rahi hai, baj rahi hai.</w:t>
      </w:r>
    </w:p>
    <w:p>
      <w:pPr>
        <w:jc w:val="right"/>
      </w:pPr>
      <w:r>
        <w:t>تو صبح کو میں اٹھا تو اچانک یہ بل بجنے لگی، بج رہی ہے، بج رہی ہے، بج رہی ہے۔</w:t>
      </w:r>
    </w:p>
    <w:p>
      <w:r>
        <w:rPr>
          <w:b/>
        </w:rPr>
        <w:t xml:space="preserve">[32:31] </w:t>
      </w:r>
      <w:r>
        <w:t>halankay main ne daba nahi tha is ka, is ka switch daba nahi tha main ne. To hua kya tha?</w:t>
      </w:r>
    </w:p>
    <w:p>
      <w:pPr>
        <w:jc w:val="right"/>
      </w:pPr>
      <w:r>
        <w:t>حالانکہ میں نے دبا نہیں تھا اس کا، اس کا سوئچ دبا نہیں تھا میں نے۔ تو ہوا کیا تھا؟</w:t>
      </w:r>
    </w:p>
    <w:p>
      <w:r>
        <w:rPr>
          <w:b/>
        </w:rPr>
        <w:t xml:space="preserve">[32:42] </w:t>
      </w:r>
      <w:r>
        <w:t>hua yeh tha ke mera haath jis ko elbow is ko kehte hain, koni, to mera elbow is pe chala gaya khirki par. Wahan yeh rakhi hui thi, elbow bilkul theek theek yani wahin par gaya button button par.</w:t>
      </w:r>
    </w:p>
    <w:p>
      <w:pPr>
        <w:jc w:val="right"/>
      </w:pPr>
      <w:r>
        <w:t>ہوا یہ تھا کہ میرا ہاتھ جس کو ایلبو اس کو کہتے ہیں، کونی، تو میرا ایلبو اس پہ چلا گیا کھڑکی پر۔ وہاں یہ رکھی ہوئی تھی، ایلبو بالکل ٹھیک ٹھیک یعنی وہیں پڑ گیا بٹن بٹن پر۔</w:t>
      </w:r>
    </w:p>
    <w:p>
      <w:r>
        <w:rPr>
          <w:b/>
        </w:rPr>
        <w:t xml:space="preserve">[32:57] </w:t>
      </w:r>
      <w:r>
        <w:t>to ghanti nahi, bell lagi bolne yani accidently aisa hua. To main sochne laga, main mind trigger ho gaya.</w:t>
      </w:r>
    </w:p>
    <w:p>
      <w:pPr>
        <w:jc w:val="right"/>
      </w:pPr>
      <w:r>
        <w:t>تو گھنٹی نہیں، بل لگی بولنے یعنی ایکسیڈنٹلی ایسا ہوا۔ تو میں سوچنے لگا، میں مان ٹریگر ہو گیا۔</w:t>
      </w:r>
    </w:p>
    <w:p>
      <w:r>
        <w:rPr>
          <w:b/>
        </w:rPr>
        <w:t xml:space="preserve">[33:08] </w:t>
      </w:r>
      <w:r>
        <w:t>phir main ne socha ke jo atheist log hain, woh kehte hain ke poori dunya jo bani hai, sab by accident bani hai, accident ittifaqi tor par.</w:t>
      </w:r>
    </w:p>
    <w:p>
      <w:pPr>
        <w:jc w:val="right"/>
      </w:pPr>
      <w:r>
        <w:t>پھر میں نے سوچا کہ جو اتھیسٹ لوگ ہیں، وہ کہتے ہیں کہ پوری دنیا جو بنی ہے، سب بائی ایکسیڈنٹ بنی ہے، ایکسیڈنٹ اتفاقی طور پر۔</w:t>
      </w:r>
    </w:p>
    <w:p>
      <w:r>
        <w:rPr>
          <w:b/>
        </w:rPr>
        <w:t xml:space="preserve">[33:20] </w:t>
      </w:r>
      <w:r>
        <w:t>to sochte sochte main ne kaha ke yeh jo baat karte hain, woh log yeh bilkul insincere, insincere baat hai.</w:t>
      </w:r>
    </w:p>
    <w:p>
      <w:pPr>
        <w:jc w:val="right"/>
      </w:pPr>
      <w:r>
        <w:t>تو سوچتے سوچتے میں نے کہا کہ یہ جو بات کرتے ہیں، وہ لوگ یہ بالکل انسینسیر، انسینسیر بات ہے۔</w:t>
      </w:r>
    </w:p>
    <w:p>
      <w:r>
        <w:rPr>
          <w:b/>
        </w:rPr>
        <w:t xml:space="preserve">[33:30] </w:t>
      </w:r>
      <w:r>
        <w:t>kyun? Accident jo hai, yani meaning, meaningful accident kabhi repeat nahi karta. Masalan yeh baj gaya hai, yeh to phir hazar saal ek ghar mein rahoon to dobara nahi aisa hoga.</w:t>
      </w:r>
    </w:p>
    <w:p>
      <w:pPr>
        <w:jc w:val="right"/>
      </w:pPr>
      <w:r>
        <w:t>کیوں؟ ایکسیڈنٹ جو ہے، یعنی میننگ، میننگ فل ایکسیڈنٹ کبھی ریپیٹ نہیں کرتا۔ مثلاً یہ بج گیا ہے، یہ تو پھر ہزار سال ایک گھر میں رہوں تو دوبارہ نہیں ایسا ہوگا۔</w:t>
      </w:r>
    </w:p>
    <w:p>
      <w:r>
        <w:rPr>
          <w:b/>
        </w:rPr>
        <w:t xml:space="preserve">[33:42] </w:t>
      </w:r>
      <w:r>
        <w:t>ghanti bajay, meaningful accident sirf ek hi baar hota hai. Aur hum dekhte hain ke dunya mein har din repeat, suraj nikal raha hai, chand nikal raha hai, suraj tare nikal rahe hain, zameen ghoom rahi hai.</w:t>
      </w:r>
    </w:p>
    <w:p>
      <w:pPr>
        <w:jc w:val="right"/>
      </w:pPr>
      <w:r>
        <w:t>گھنٹی بجے، میننگ فل ایکسیڈنٹ صرف ایک ہی بار ہوتا ہے۔ اور ہم دیکھتے ہیں کہ دنیا میں ہر دن ریپیٹ، سورج نکل رہا ہے، چاند نکل رہا ہے، سورج تارے نکل رہے ہیں، زمین گھوم رہی ہے۔</w:t>
      </w:r>
    </w:p>
    <w:p>
      <w:r>
        <w:rPr>
          <w:b/>
        </w:rPr>
        <w:t xml:space="preserve">[33:56] </w:t>
      </w:r>
      <w:r>
        <w:t>itnay saaray waqiat ho rahe hain, ab bohat hi accuracy ke sath, aisi accuracy ke sath repeat hona yeh impossible hai.</w:t>
      </w:r>
    </w:p>
    <w:p>
      <w:pPr>
        <w:jc w:val="right"/>
      </w:pPr>
      <w:r>
        <w:t>اتنے سارے واقعات ہو رہے ہیں، اب بہت ہی ایکوریسی کے ساتھ، ایسی ایکوریسی کے ساتھ ریپیٹ ہونا یہ امپاسیبل ہے۔</w:t>
      </w:r>
    </w:p>
    <w:p>
      <w:r>
        <w:rPr>
          <w:b/>
        </w:rPr>
        <w:t xml:space="preserve">[34:07] </w:t>
      </w:r>
      <w:r>
        <w:t>to yeh ek waqia tha ke ittifaqan mere haath se ghanti baj gayi, lekin is mein mujhe Allah Rabb ul Alameen ki daryaft ho gayi ke kaise nadan hain woh log jo sochte hain ke yeh alam by accident ho gaya.</w:t>
      </w:r>
    </w:p>
    <w:p>
      <w:pPr>
        <w:jc w:val="right"/>
      </w:pPr>
      <w:r>
        <w:t>تو یہ ایک واقعہ تھا کہ اتفاقاً میرے ہاتھ سے گھنٹی بج گئی، لیکن اس میں مجھے اللہ رب العالمین کی دریافت ہو گئی کہ کیسے نادان ہیں وہ لوگ جو سوچتے ہیں کہ یہ عالم بائی ایکسیڈنٹ ہو گیا۔</w:t>
      </w:r>
    </w:p>
    <w:p>
      <w:r>
        <w:rPr>
          <w:b/>
        </w:rPr>
        <w:t xml:space="preserve">[34:26] </w:t>
      </w:r>
      <w:r>
        <w:t>masalan ek science, ek atheist ne likha hai ke dunya aisi ban gayi. Woh manta hai ke dunya bohat hi meaningful hai, bohat hi meaningful hai, yeh manta hai.</w:t>
      </w:r>
    </w:p>
    <w:p>
      <w:pPr>
        <w:jc w:val="right"/>
      </w:pPr>
      <w:r>
        <w:t>مثلاً ایک سائنس، ایک اتھیسٹ نے لکھا ہے کہ دنیا ایسی بن گئی۔ وہ مانتا ہے کہ دنیا بہت ہی میننگ فل ہے، بہت ہی میننگ فل ہے، یہ مانتا ہے۔</w:t>
      </w:r>
    </w:p>
    <w:p>
      <w:r>
        <w:rPr>
          <w:b/>
        </w:rPr>
        <w:t xml:space="preserve">[34:38] </w:t>
      </w:r>
      <w:r>
        <w:t>to woh kehta hai ke agar ek bandar ko aap typewriter de dein, typewriter, hazar saal tak woh is par ungli marta rahe apni, to ho sakta hai ke us ne jo kagazon ka dhair kiya hoga,</w:t>
      </w:r>
    </w:p>
    <w:p>
      <w:pPr>
        <w:jc w:val="right"/>
      </w:pPr>
      <w:r>
        <w:t>تو وہ کہتا ہے کہ اگر ایک بندر کو آپ ٹائپ رائٹر دے دیں، ٹائپ رائٹر، ہزار سال تک وہ اس پر انگلی مارتا رہے اپنی، تو ہو سکتا ہے کہ اس نے جو کاغذوں کا ڈھیر کیا ہوگا،</w:t>
      </w:r>
    </w:p>
    <w:p>
      <w:r>
        <w:rPr>
          <w:b/>
        </w:rPr>
        <w:t xml:space="preserve">[34:55] </w:t>
      </w:r>
      <w:r>
        <w:t>us se ek electric Shakespeare ka saand nikal aaye. Saand, saand ka matlab ek ek nazm. To dekhen, yeh kya?</w:t>
      </w:r>
    </w:p>
    <w:p>
      <w:pPr>
        <w:jc w:val="right"/>
      </w:pPr>
      <w:r>
        <w:t>اس سے ایک الیکٹرک شیکسپیئر کا سانڈ نکل آئے۔ سانڈ، سانڈ کا مطلب ایک ایک نظم۔ تو دیکھیں، یہ کیا؟</w:t>
      </w:r>
    </w:p>
    <w:p>
      <w:r>
        <w:rPr>
          <w:b/>
        </w:rPr>
        <w:t xml:space="preserve">[35:05] </w:t>
      </w:r>
      <w:r>
        <w:t>yeh ek ridiculous baat hai, ridiculous baat hai, yani accident ka sabit kar raha hai woh.</w:t>
      </w:r>
    </w:p>
    <w:p>
      <w:pPr>
        <w:jc w:val="right"/>
      </w:pPr>
      <w:r>
        <w:t>یہ ایک ریڈیکولس بات ہے، ریڈیکولس بات ہے، یعنی ایکسیڈنٹ کا ثابت کر رہا ہے وہ۔</w:t>
      </w:r>
    </w:p>
    <w:p>
      <w:r>
        <w:rPr>
          <w:b/>
        </w:rPr>
        <w:t xml:space="preserve">[35:14] </w:t>
      </w:r>
      <w:r>
        <w:t>to is se mujhe discovery hui ke meaningful accident kabhi repeat nahi hota, aur dunya mein chezen repeat ho rahi hain meaningful andaaz mein.</w:t>
      </w:r>
    </w:p>
    <w:p>
      <w:pPr>
        <w:jc w:val="right"/>
      </w:pPr>
      <w:r>
        <w:t>تو اس سے مجھے ڈسکوری ہوئی کہ میننگ فل ایکسیڈنٹ کبھی ریپیٹ نہیں ہوتا، اور دنیا میں چیزیں ریپیٹ ہو رہی ہیں میننگ فل انداز میں۔</w:t>
      </w:r>
    </w:p>
    <w:p>
      <w:r>
        <w:rPr>
          <w:b/>
        </w:rPr>
        <w:t xml:space="preserve">[35:27] </w:t>
      </w:r>
      <w:r>
        <w:t>to is tarah se baat to thi elbow ke dabne se ghanti bajne ki, lekin mujhe is mein Allah Rabb ul Alameen ka daryaft ho gayi.</w:t>
      </w:r>
    </w:p>
    <w:p>
      <w:pPr>
        <w:jc w:val="right"/>
      </w:pPr>
      <w:r>
        <w:t>تو اس طرح سے بات تو تھی ایلبو کے دبنے سے گھنٹی بجنے کی، لیکن مجھے اس میں اللہ رب العالمین کا دریافت ہو گئی۔</w:t>
      </w:r>
    </w:p>
    <w:p>
      <w:r>
        <w:rPr>
          <w:b/>
        </w:rPr>
        <w:t xml:space="preserve">[35:38] </w:t>
      </w:r>
      <w:r>
        <w:t>to jab aap ka mind active rahega, mind ko active banaiye, active. Main aap ko ek ek misaal doon ga ke ek hakim sahab Dilli mein thay, ab un ki death ho gayi hai,</w:t>
      </w:r>
    </w:p>
    <w:p>
      <w:pPr>
        <w:jc w:val="right"/>
      </w:pPr>
      <w:r>
        <w:t>تو جب آپ کا مائنڈ ایکٹیو رہے گا، مائنڈ کو ایکٹیو بنائیے، ایکٹیو۔ میں آپ کو ایک ایک مثال دوں گا کہ ایک حکیم صاحب دلے میں تھے، اب ان کی ڈیتھ ہو گئی ہے،</w:t>
      </w:r>
    </w:p>
    <w:p>
      <w:r>
        <w:rPr>
          <w:b/>
        </w:rPr>
        <w:t xml:space="preserve">[35:52] </w:t>
      </w:r>
      <w:r>
        <w:t>pehlay ki baat hai. To ek shakhs se unhon ne kaha ke main apne haath ki yeh jo tip hai, tip kis cheez se, kis cheez ko chhoota nahi hoon, qalam pe nahi chhoota hoon, main is se qalam pe nahi likhta, main bol ke likhwata hoon.</w:t>
      </w:r>
    </w:p>
    <w:p>
      <w:pPr>
        <w:jc w:val="right"/>
      </w:pPr>
      <w:r>
        <w:t>پہلے کی بات ہے۔ تو ایک شخص سے انہوں نے کہا کہ میں اپنے ہاتھ کی یہ جو ٹپ ہے، ٹپ کس چیز سے، کس چیز کو چھوتا نہیں ہوں، قلم پہ نہیں چھوتا ہوں، میں اس سے قلم پہ نہیں لکھتا، میں بول کے لکھواتا ہوں۔</w:t>
      </w:r>
    </w:p>
    <w:p>
      <w:r>
        <w:rPr>
          <w:b/>
        </w:rPr>
        <w:t xml:space="preserve">[36:09] </w:t>
      </w:r>
      <w:r>
        <w:t>to unhon ne kaha ke poocha ke kyun aisa karte hain? Aap ne kaha ke is ki sensitivity jo hai, kam ho jaye gi, yani finger ka jo tip hota hai, is ki sensitivity kam ho jaye gi.</w:t>
      </w:r>
    </w:p>
    <w:p>
      <w:pPr>
        <w:jc w:val="right"/>
      </w:pPr>
      <w:r>
        <w:t>تو انہوں نے کہا کہ پوچھا کہ کیوں ایسا کرتے ہیں؟ آپ نے کہا کہ اس کی سینسٹیوٹی جو ہے، کم ہو جائے گی، یعنی فنگر کا جو ٹپ ہوتا ہے، اس کی سینسٹیوٹی کم ہو جائے گی۔</w:t>
      </w:r>
    </w:p>
    <w:p>
      <w:r>
        <w:rPr>
          <w:b/>
        </w:rPr>
        <w:t xml:space="preserve">[36:23] </w:t>
      </w:r>
      <w:r>
        <w:t>ab mein is ki jo dekhta hoon, mein nabz woh mein theek tareeqay se nahi dekh paoonga. to aap ko apne zehn ko mehfooz karna hai, zehn ke mind ko bachana hai ke is ki sensitivity na rahe.</w:t>
      </w:r>
    </w:p>
    <w:p>
      <w:pPr>
        <w:jc w:val="right"/>
      </w:pPr>
      <w:r>
        <w:t>اب میں اس کی جو دیکھتا ہوں، میں نبض وہ میں ٹھیک طریقے سے نہیں دیکھ پاؤں گا۔ تو آپ کو اپنے ذہن کو محفوظ کرنا ہے، ذہن کے مائنڈ کو بچانا ہے کہ اس کی سینسٹیوٹی نہ رہے۔</w:t>
      </w:r>
    </w:p>
    <w:p>
      <w:r>
        <w:rPr>
          <w:b/>
        </w:rPr>
        <w:t xml:space="preserve">[36:42] </w:t>
      </w:r>
      <w:r>
        <w:t>mind ki sensitivity ko bachane ke liye aap ko bohat ziyada bacha bacha rakhna paray ga, kyunke sab kuch hum mind se samajhte hain.</w:t>
      </w:r>
    </w:p>
    <w:p>
      <w:pPr>
        <w:jc w:val="right"/>
      </w:pPr>
      <w:r>
        <w:t>مائنڈ کی سینسٹیوٹی کو بچانے کے لیے آپ کو بہت زیادہ بچا بچا رکھنا پڑے گا، کیونکہ سب کچھ ہم مائنڈ سے سمجھتے ہیں۔</w:t>
      </w:r>
    </w:p>
    <w:p>
      <w:r>
        <w:rPr>
          <w:b/>
        </w:rPr>
        <w:t xml:space="preserve">[36:53] </w:t>
      </w:r>
      <w:r>
        <w:t>jo aadmi apne mind ko aik aik aik India mein aik bohat baray aalim guzre hain, Allama Anwar Shah Kashmiri, un ke aik shagird ne bataya mujh ko ke Hazrat bohat acha un ka hafiza tha,</w:t>
      </w:r>
    </w:p>
    <w:p>
      <w:pPr>
        <w:jc w:val="right"/>
      </w:pPr>
      <w:r>
        <w:t>جو آدمی اپنے مائنڈ کو ایک ایک ایک انڈیا میں ایک بہت بڑے عالم گزرے ہیں، علامہ انور شاہ کشمیری، ان کے ایک شاگرد نے بتایا مجھ کو کہ حضرت بہت اچھا ان کا حافظہ تھا،</w:t>
      </w:r>
    </w:p>
    <w:p>
      <w:r>
        <w:rPr>
          <w:b/>
        </w:rPr>
        <w:t xml:space="preserve">[37:12] </w:t>
      </w:r>
      <w:r>
        <w:t>bohat acha memory thi un ki. to unhon ne bataya ke woh aam ke bohat shauqeen thay, aam ka bohat pasand tha un ko, lekin kabhi bhi un ke samnay jab aam aata tha to pehle khud nahi khate thay.</w:t>
      </w:r>
    </w:p>
    <w:p>
      <w:pPr>
        <w:jc w:val="right"/>
      </w:pPr>
      <w:r>
        <w:t>بہت اچھا میموری تھی ان کی۔ تو انہوں نے بتایا کہ وہ آم کے بہت شوقین تھے، آم کا بہت پسند تھا ان کو، لیکن کبھی بھی ان کے سامنے جب آم آتا تھا تو پہلے خود نہیں کھاتے تھے۔</w:t>
      </w:r>
    </w:p>
    <w:p>
      <w:r>
        <w:rPr>
          <w:b/>
        </w:rPr>
        <w:t xml:space="preserve">[37:27] </w:t>
      </w:r>
      <w:r>
        <w:t>woh woh kisi se kehte hain ke chakho. un ke mind mein yeh tha ke aam ka koi cheez khatti kar ke kha loon ga mein to mera hafiza kharab ho jaye ga.</w:t>
      </w:r>
    </w:p>
    <w:p>
      <w:pPr>
        <w:jc w:val="right"/>
      </w:pPr>
      <w:r>
        <w:t>وہ وہ کسی سے کہتے ہیں کہ چکھو۔ ان کے مائنڈ میں یہ تھا کہ آم کا کوئی چیز کھٹی کر کے کھا لوں گا میں تو میرا حافظہ خراب ہو جائے گا۔</w:t>
      </w:r>
    </w:p>
    <w:p>
      <w:r>
        <w:rPr>
          <w:b/>
        </w:rPr>
        <w:t xml:space="preserve">[37:37] </w:t>
      </w:r>
      <w:r>
        <w:t>un ka zehn mein yeh tha ke khatti cheez se hafiza kharab hota hai. to agarchay un ko bohat pasand tha aam, lekin aam aam us waqt chakte thay jab koi doosra bata de ke meetha hai, khatta nahi.</w:t>
      </w:r>
    </w:p>
    <w:p>
      <w:pPr>
        <w:jc w:val="right"/>
      </w:pPr>
      <w:r>
        <w:t>ان کا ذہن میں یہ تھا کہ کھٹی چیز سے حافظہ خراب ہوتا ہے۔ تو اگرچہ ان کو بہت پسند تھا آم، لیکن آم آم اس وقت چکھتے تھے جب کوئی دوسرا بتا دے کہ میٹھا ہے، کھٹا نہیں۔</w:t>
      </w:r>
    </w:p>
    <w:p>
      <w:r>
        <w:rPr>
          <w:b/>
        </w:rPr>
        <w:t xml:space="preserve">[37:53] </w:t>
      </w:r>
      <w:r>
        <w:t>to aap agar chahte hain ke woh marifat aap ko mile, woh rabbaniyat aap ko mile to apni sensitivity ko bachaiye, mind ki jo sensitivity hai, us ko bachaiye.</w:t>
      </w:r>
    </w:p>
    <w:p>
      <w:pPr>
        <w:jc w:val="right"/>
      </w:pPr>
      <w:r>
        <w:t>تو آپ اگر چاہتے ہیں کہ وہ معرفت آپ کو ملے، وہ ربانیت آپ کو ملے تو اپنی سینسٹیوٹی کو بچائیے، مائنڈ کی جو سینسٹیوٹی ہے، اس کو بچائیے۔</w:t>
      </w:r>
    </w:p>
    <w:p>
      <w:r>
        <w:rPr>
          <w:b/>
        </w:rPr>
        <w:t xml:space="preserve">[38:07] </w:t>
      </w:r>
      <w:r>
        <w:t>tab yeh baat hasil hogi. to sawal to</w:t>
      </w:r>
    </w:p>
    <w:p>
      <w:pPr>
        <w:jc w:val="right"/>
      </w:pPr>
      <w:r>
        <w:t>تب یہ بات حاصل ہوگی۔ تو سوال تو</w:t>
      </w:r>
    </w:p>
    <w:p>
      <w:r>
        <w:rPr>
          <w:b/>
        </w:rPr>
        <w:t xml:space="preserve">[38:10] </w:t>
      </w:r>
      <w:r>
        <w:t>mein yahi keh rahi thi ke Maulana Sahab, aik baat mujhe bilkul bhi nahi samajh aati thi ke matlab mein yeh sochti thi ke solar system ya Khuda ki blessings yeh to sari insaniyat par aik hi tarah hai na, lekin jab aap ne yeh kaha ke is ko personally lein to phir mujhe yeh baat bohat gehrai se samajh aayi ke Khuda ki blessings ko jab hum personally lete hain to hamare andar jo hai woh bepanah shukr aur billion trillion paida hota hai.</w:t>
      </w:r>
    </w:p>
    <w:p>
      <w:pPr>
        <w:jc w:val="right"/>
      </w:pPr>
      <w:r>
        <w:t>میں یہی کہہ رہی تھی کہ مولانا صاحب، ایک بات مجھے بالکل بھی نہیں سمجھ آتی تھی کہ مطلب میں یہ سوچتی تھی کہ سولر سسٹم یا خدا کی بلیسنگز یہ تو ساری انسانیت پر ایک ہی طرح ہے نا، لیکن جب آپ نے یہ کہا کہ اس کو پرسنلی لیں تو پھر مجھے یہ بات بہت گہرائی سے سمجھ آئی کہ خدا کی بلیسنگز کو جب ہم پرسنلی لیتے ہیں تو ہمارے اندر جو ہے وہ بے پناہ شکر اور بلین ٹریلین پیدا ہوتا ہے۔</w:t>
      </w:r>
    </w:p>
    <w:p>
      <w:r>
        <w:rPr>
          <w:b/>
        </w:rPr>
        <w:t xml:space="preserve">[38:34] </w:t>
      </w:r>
      <w:r>
        <w:t>kyunke yeh baat mujhe aap ki is baat se samajh aayi, kyunke aap ne kaha ke jab zalzala aata hai to is ko to hum personally lete hain, lekin Khuda ki blessings ko to woh baat mujhe bohat gehrai se samajh aayi.</w:t>
      </w:r>
    </w:p>
    <w:p>
      <w:pPr>
        <w:jc w:val="right"/>
      </w:pPr>
      <w:r>
        <w:t>کیونکہ یہ بات مجھے آپ کی اس بات سے سمجھ آئی، کیونکہ آپ نے کہا کہ جب زلزلہ آتا ہے تو اس کو تو ہم پرسنلی لیتے ہیں، لیکن خدا کی بلیسنگز کو تو وہ بات مجھے بہت گہرائی سے سمجھ آئی۔</w:t>
      </w:r>
    </w:p>
    <w:p>
      <w:r>
        <w:rPr>
          <w:b/>
        </w:rPr>
        <w:t xml:space="preserve">[38:44] </w:t>
      </w:r>
      <w:r>
        <w:t>to ab jo hai, mein subah uthte hi mein sochti hoon ke yeh suraj jo nikla hai, yeh jo hawa chal rahi hai, yeh sab kuch, yeh sab zaati mere liye hai, yeh sab mere liye blessings hain. to Khuda ka jo shukr hai, yani apni nashte ki plate se le kar aur har cheez ke baray mein jab sochti hoon to to woh sensitivity jis ko aap ne kaha hai, woh ab barqarar rehne mein ziyada aasani ho gayi.</w:t>
      </w:r>
    </w:p>
    <w:p>
      <w:pPr>
        <w:jc w:val="right"/>
      </w:pPr>
      <w:r>
        <w:t>تو اب جو ہے، میں صبح اٹھتے ہی میں سوچتی ہوں کہ یہ سورج جو نکلا ہے، یہ جو ہوا چل رہی ہے، یہ سب کچھ، یہ سب ذاتی میرے لیے ہے، یہ سب میرے لیے بلیسنگز ہیں۔ تو خدا کا جو شکر ہے، یعنی اپنی ناشتے کی پلیٹ سے لے کر اور ہر چیز کے بارے میں جب سوچتی ہوں تو تو وہ سینسٹیوٹی جس کو آپ نے کہا ہے، وہ اب برقرار رہنے میں زیادہ آسانی ہو گئی۔</w:t>
      </w:r>
    </w:p>
    <w:p>
      <w:r>
        <w:rPr>
          <w:b/>
        </w:rPr>
        <w:t xml:space="preserve">[39:03] </w:t>
      </w:r>
      <w:r>
        <w:t>is baat se mujhe ziyada samajh aayi ke waqai jab zalzala aata hai to is ko hum personally lete hain aur is ko personally apni jaan bachane ki koshish karte hain. to bilkul isi tarah is ki blessings ko bhi personally lena chahiye.</w:t>
      </w:r>
    </w:p>
    <w:p>
      <w:pPr>
        <w:jc w:val="right"/>
      </w:pPr>
      <w:r>
        <w:t>اس بات سے مجھے زیادہ سمجھ آئی کہ واقعی جب زلزلہ آتا ہے تو اس کو ہم پرسنلی لیتے ہیں اور اس کو پرسنلی اپنی جان بچانے کی کوشش کرتے ہیں۔ تو بالکل اسی طرح اس کی بلیسنگز کو بھی پرسنلی لینا چاہیے۔</w:t>
      </w:r>
    </w:p>
    <w:p>
      <w:r>
        <w:rPr>
          <w:b/>
        </w:rPr>
        <w:t xml:space="preserve">[39:13] </w:t>
      </w:r>
      <w:r>
        <w:t>to Jazak Allah Maulana, mujhe bohat hi, yani ke mein bohat hi shukr guzar hoon ke aap ne itni behtareen baat batai hai jo matlab yeh ke hamesha ki sari zindagi ke liye kafi ho rahi hai.</w:t>
      </w:r>
    </w:p>
    <w:p>
      <w:pPr>
        <w:jc w:val="right"/>
      </w:pPr>
      <w:r>
        <w:t>تو جزاک اللہ مولانا، مجھے بہت ہی، یعنی کہ میں بہت ہی شکر گزار ہوں کہ آپ نے اتنی بہترین بات بتائی ہے جو مطلب یہ کہ ہمیشہ کی ساری زندگی کے لیے کافی ہو رہی ہے۔</w:t>
      </w:r>
    </w:p>
    <w:p>
      <w:r>
        <w:rPr>
          <w:b/>
        </w:rPr>
        <w:t xml:space="preserve">[39:23] </w:t>
      </w:r>
      <w:r>
        <w:t>Jazak Allah Maulana</w:t>
      </w:r>
    </w:p>
    <w:p>
      <w:pPr>
        <w:jc w:val="right"/>
      </w:pPr>
      <w:r>
        <w:t>جزاک اللہ مولانا</w:t>
      </w:r>
    </w:p>
    <w:p>
      <w:r>
        <w:rPr>
          <w:b/>
        </w:rPr>
        <w:t xml:space="preserve">[39:24] </w:t>
      </w:r>
      <w:r>
        <w:t>. is mein mein aik cheez add karoon ga ke hadith mein aaya hai ke Allah Rabbul Alameen ka inspiration barabar upar se aata rehta hai, inspiration,</w:t>
      </w:r>
    </w:p>
    <w:p>
      <w:pPr>
        <w:jc w:val="right"/>
      </w:pPr>
      <w:r>
        <w:t>۔ اس میں میں ایک چیز ایڈ کروں گا کہ حدیث میں آیا ہے کہ اللہ رب العالمین کا انسپیریشن برابر اوپر سے آتا رہتا ہے، انسپیریشن،</w:t>
      </w:r>
    </w:p>
    <w:p>
      <w:r>
        <w:rPr>
          <w:b/>
        </w:rPr>
        <w:t xml:space="preserve">[39:40] </w:t>
      </w:r>
      <w:r>
        <w:t>lekin woh inspiration sirf us ko milta hai jo biyah ho, jis ke paas container ho. to isi ko mein kehta hoon ke agar aadmi apni sensitivity ko baqi rakhe hue ho to woh foran pakar le ga inspiration ko jo Allah ki taraf aaya hai.</w:t>
      </w:r>
    </w:p>
    <w:p>
      <w:pPr>
        <w:jc w:val="right"/>
      </w:pPr>
      <w:r>
        <w:t>لیکن وہ انسپیریشن صرف اس کو ملتا ہے جو بیاہ ہو، جس کے پاس کنٹینر ہو۔ تو اسی کو میں کہتا ہوں کہ اگر آدمی اپنی سینسٹیوٹی کو باقی رکھے ہوئے ہو تو وہ فوراً پکڑ لے گا انسپیریشن کو جو اللہ کی طرف آیا ہے۔</w:t>
      </w:r>
    </w:p>
    <w:p>
      <w:r>
        <w:rPr>
          <w:b/>
        </w:rPr>
        <w:t xml:space="preserve">[40:01] </w:t>
      </w:r>
      <w:r>
        <w:t>agar sensitivity us ki baqi nahi hai to pakar nahi paye ga. woh yeh bhi mera tajurba bhi hai aur mein ne hadithon ke mutaliq se samjha bhi hai.</w:t>
      </w:r>
    </w:p>
    <w:p>
      <w:pPr>
        <w:jc w:val="right"/>
      </w:pPr>
      <w:r>
        <w:t>اگر سینسٹیوٹی اس کی باقی نہیں ہے تو پکڑ نہیں پائے گا۔ وہ یہ بھی میرا تجربہ بھی ہے اور میں نے حدیثوں کے متعلق سے سمجھا بھی ہے۔</w:t>
      </w:r>
    </w:p>
    <w:p>
      <w:r>
        <w:rPr>
          <w:b/>
        </w:rPr>
        <w:t xml:space="preserve">[40:13] </w:t>
      </w:r>
      <w:r>
        <w:t>aap ne kabhi dekha hoga ke kuch bimariyan aisi hain ke aadmi ka</w:t>
      </w:r>
    </w:p>
    <w:p>
      <w:pPr>
        <w:jc w:val="right"/>
      </w:pPr>
      <w:r>
        <w:t>آپ نے کبھی دیکھا ہوگا کہ کچھ بیماریاں ایسی ہیں کہ آدمی کا</w:t>
      </w:r>
    </w:p>
    <w:p>
      <w:r>
        <w:rPr>
          <w:b/>
        </w:rPr>
        <w:t xml:space="preserve">[40:20] </w:t>
      </w:r>
      <w:r>
        <w:t>badan ka koi hissa insensitive ho jata hai, insensitive, insensitive. maslan mein ne dekha hai ke insensitive hoga to wahan sui chubhai gayi to us ko kuch pata nahi chala.</w:t>
      </w:r>
    </w:p>
    <w:p>
      <w:pPr>
        <w:jc w:val="right"/>
      </w:pPr>
      <w:r>
        <w:t>بدن کا کوئی حصہ ان سینسٹیو ہو جاتا ہے، ان سینسٹیو، ان سینسٹیو۔ مثلاً میں نے دیکھا ہے کہ ان سینسٹیو ہوگا تو وہاں سوئی چبھائی گئی تو اس کو کچھ پتہ نہیں چلا۔</w:t>
      </w:r>
    </w:p>
    <w:p>
      <w:r>
        <w:rPr>
          <w:b/>
        </w:rPr>
        <w:t xml:space="preserve">[40:35] </w:t>
      </w:r>
      <w:r>
        <w:t>to jab insensitive ho jayenge log to Allah ka inspiration aayega, lekin woh pakrein ge nahi ke koi insensitive hai.</w:t>
      </w:r>
    </w:p>
    <w:p>
      <w:pPr>
        <w:jc w:val="right"/>
      </w:pPr>
      <w:r>
        <w:t>تو جب ان سینسٹیو ہو جائیں گے لوگ تو اللہ کا انسپیریشن آئے گا، لیکن وہ پکڑیں گے نہیں کہ کوئی ان سینسٹیو ہے۔</w:t>
      </w:r>
    </w:p>
    <w:p>
      <w:r>
        <w:rPr>
          <w:b/>
        </w:rPr>
        <w:t xml:space="preserve">[40:44] </w:t>
      </w:r>
      <w:r>
        <w:t>woh to apna aap ko dekhiye, is hesiyat se bachaiye ke aap ki sensitivity jo God given hai, woh khatam na hone paye.</w:t>
      </w:r>
    </w:p>
    <w:p>
      <w:pPr>
        <w:jc w:val="right"/>
      </w:pPr>
      <w:r>
        <w:t>وہ تو اپنا آپ کو دیکھیے، اس حیثیت سے بچائیے کہ آپ کی سینسٹیوٹی جو گاڈ گیون ہے، وہ ختم نہ ہونے پائے۔</w:t>
      </w:r>
    </w:p>
    <w:p>
      <w:r>
        <w:rPr>
          <w:b/>
        </w:rPr>
        <w:t xml:space="preserve">[40:59] </w:t>
      </w:r>
      <w:r>
        <w:t>ji Maulana, aik last sawal aap se karna chahoon gi, woh yeh ke baaz dafa aisa mehsoos hota hai, khali yeh meri mera sawal nahi hoga, balkay jitnay bhi CPS ke log hain, shayad un ko bhi yeh cheez mehsoos hoti ho.</w:t>
      </w:r>
    </w:p>
    <w:p>
      <w:pPr>
        <w:jc w:val="right"/>
      </w:pPr>
      <w:r>
        <w:t>جی مولانا، ایک لاسٹ سوال آپ سے کرنا چاہوں گی، وہ یہ کہ بعض دفعہ ایسا محسوس ہوتا ہے، خالی یہ میری میرا سوال نہیں ہوگا، بلکہ جتنے بھی سی پی ایس کے لوگ ہیں، شاید ان کو بھی یہ چیز محسوس ہوتی ہو۔</w:t>
      </w:r>
    </w:p>
    <w:p>
      <w:r>
        <w:rPr>
          <w:b/>
        </w:rPr>
        <w:t xml:space="preserve">[41:13] </w:t>
      </w:r>
      <w:r>
        <w:t>to baaz dafa aisa lagta hai jaise dil sakht ho gaya hai, is ka kya ilaaj hai? phir kya karein? dekhein, woh temporary hota hai, woh waqti hota hai.</w:t>
      </w:r>
    </w:p>
    <w:p>
      <w:pPr>
        <w:jc w:val="right"/>
      </w:pPr>
      <w:r>
        <w:t>تو بعض دفعہ ایسا لگتا ہے جیسے دل سخت ہو گیا ہے، اس کا کیا علاج ہے؟ پھر کیا کریں؟ دیکھیں، وہ ٹیمپریری ہوتا ہے، وہ وقتی ہوتا ہے۔</w:t>
      </w:r>
    </w:p>
    <w:p>
      <w:r>
        <w:rPr>
          <w:b/>
        </w:rPr>
        <w:t xml:space="preserve">[41:26] </w:t>
      </w:r>
      <w:r>
        <w:t>ab mein aap ko yahan pe apna aik qissa kal ka batata hoon, kal hi ka. kal ka aisa tha ke hamari beti jo apa kahi jati hain, un ke sath mein ja raha tha kahin to rastay mein red light par gaari ruki to aik ghareeb aurat aa ke mangne lagi.</w:t>
      </w:r>
    </w:p>
    <w:p>
      <w:pPr>
        <w:jc w:val="right"/>
      </w:pPr>
      <w:r>
        <w:t>اب میں آپ کو یہاں پہ اپنا ایک قصہ کل کا بتاتا ہوں، کل ہی کا۔ کل کا ایسا تھا کہ ہماری بیٹی جو آپا کہی جاتی ہیں، ان کے ساتھ میں جا رہا تھا کہیں تو راستے میں ریڈ لائٹ پر گاڑی رکی تو ایک غریب عورت آ کے مانگنے لگی۔</w:t>
      </w:r>
    </w:p>
    <w:p>
      <w:r>
        <w:rPr>
          <w:b/>
        </w:rPr>
        <w:t xml:space="preserve">[41:51] </w:t>
      </w:r>
      <w:r>
        <w:t>to mere dil mein aaya ke apa se kahoon ke is ko kuch de do. is ko to mein abhi keh nahi paya tha, gaari start ho gayi, hum log aagay barh gaye.</w:t>
      </w:r>
    </w:p>
    <w:p>
      <w:pPr>
        <w:jc w:val="right"/>
      </w:pPr>
      <w:r>
        <w:t>تو میرے دل میں آیا کہ آپا سے کہوں کہ اس کو کچھ دے دو۔ اس کو تو میں ابھی کہہ نہیں پایا تھا، گاڑی اسٹارٹ ہو گئی، ہم لوگ آگے بڑھ گئے۔</w:t>
      </w:r>
    </w:p>
    <w:p>
      <w:r>
        <w:rPr>
          <w:b/>
        </w:rPr>
        <w:t xml:space="preserve">[42:05] </w:t>
      </w:r>
      <w:r>
        <w:t>to wapas aaya main to main ne apa se kaha ke aisa hua ke mere dil mein aaya tha ke is ko tum kuch de do, aur main keh nahi saka.</w:t>
      </w:r>
    </w:p>
    <w:p>
      <w:pPr>
        <w:jc w:val="right"/>
      </w:pPr>
      <w:r>
        <w:t>تو واپس آیا میں تو میں نے آپا سے کہا کہ ایسا ہوا کہ میرے دل میں آیا تھا کہ اس کو تم کچھ دے دو، اور میں کہہ نہیں سکا۔</w:t>
      </w:r>
    </w:p>
    <w:p>
      <w:r>
        <w:rPr>
          <w:b/>
        </w:rPr>
        <w:t xml:space="preserve">[42:16] </w:t>
      </w:r>
      <w:r>
        <w:t>to main ne kaha ke hum hum kahin ja rahe the Allah ke ke wahan hamein Allah ki madad ho, hamara kaam ban jaye.</w:t>
      </w:r>
    </w:p>
    <w:p>
      <w:pPr>
        <w:jc w:val="right"/>
      </w:pPr>
      <w:r>
        <w:t>تو میں نے کہا کہ ہم ہم کہیں جا رہے تھے اللہ کے کہ وہاں ہمیں اللہ کی مدد ہو، ہمارا کام بن جائے۔</w:t>
      </w:r>
    </w:p>
    <w:p>
      <w:r>
        <w:rPr>
          <w:b/>
        </w:rPr>
        <w:t xml:space="preserve">[42:27] </w:t>
      </w:r>
      <w:r>
        <w:t>to wo wo aurat ga yeh alamat ban kar aayi ke tum Allah ke bandon ki madad karoge to Allah tumhari madad karega.</w:t>
      </w:r>
    </w:p>
    <w:p>
      <w:pPr>
        <w:jc w:val="right"/>
      </w:pPr>
      <w:r>
        <w:t>تو وہ وہ عورت گا یہ علامت بن کر آئی کہ تم اللہ کے بندوں کی مدد کرو گے تو اللہ تمہاری مدد کرے گا۔</w:t>
      </w:r>
    </w:p>
    <w:p>
      <w:r>
        <w:rPr>
          <w:b/>
        </w:rPr>
        <w:t xml:space="preserve">[42:39] </w:t>
      </w:r>
      <w:r>
        <w:t>to main ne socha ke main to main to miss kiya, main ne. to main ne apa se kaha ke khair, wo aadmi wo aurat chali gayi, ab tum kisi aur ko de do.</w:t>
      </w:r>
    </w:p>
    <w:p>
      <w:pPr>
        <w:jc w:val="right"/>
      </w:pPr>
      <w:r>
        <w:t>تو میں نے سوچا کہ میں تو میں تو مس کیا، میں نے۔ تو میں نے آپا سے کہا کہ خیر، وہ آدمی وہ عورت چلی گئی، اب تم کسی اور کو دے دو۔</w:t>
      </w:r>
    </w:p>
    <w:p>
      <w:r>
        <w:rPr>
          <w:b/>
        </w:rPr>
        <w:t xml:space="preserve">[42:50] </w:t>
      </w:r>
      <w:r>
        <w:t>to apa ne isi isi ke naam par kisi ko so rupay diya, to mujhe is ka masha Allah faida mila.</w:t>
      </w:r>
    </w:p>
    <w:p>
      <w:pPr>
        <w:jc w:val="right"/>
      </w:pPr>
      <w:r>
        <w:t>تو آپا نے اسی اسی کے نام پر کسی کو سو روپے دیا، تو مجھے اس کا ماشاءاللہ فائدہ ملا۔</w:t>
      </w:r>
    </w:p>
    <w:p>
      <w:r>
        <w:rPr>
          <w:b/>
        </w:rPr>
        <w:t xml:space="preserve">[43:04] </w:t>
      </w:r>
      <w:r>
        <w:t>to kabhi aisa hota hai ke hum sochte hain ke hamari sensitivity baqi nahi hai, to wo temporary hoti hai, us ko jagaiye.</w:t>
      </w:r>
    </w:p>
    <w:p>
      <w:pPr>
        <w:jc w:val="right"/>
      </w:pPr>
      <w:r>
        <w:t>تو کبھی ایسا ہوتا ہے کہ ہم سوچتے ہیں کہ ہماری سینسٹیوٹی باقی نہیں ہے، تو وہ ٹیمپریری ہوتی ہے، اس کو جگائیے۔</w:t>
      </w:r>
    </w:p>
    <w:p>
      <w:r>
        <w:rPr>
          <w:b/>
        </w:rPr>
        <w:t xml:space="preserve">[43:13] </w:t>
      </w:r>
      <w:r>
        <w:t>jaise main ne jagaya,</w:t>
      </w:r>
    </w:p>
    <w:p>
      <w:pPr>
        <w:jc w:val="right"/>
      </w:pPr>
      <w:r>
        <w:t>جیسے میں نے جگایا،</w:t>
      </w:r>
    </w:p>
    <w:p>
      <w:r>
        <w:rPr>
          <w:b/>
        </w:rPr>
        <w:t xml:space="preserve">[43:18] </w:t>
      </w:r>
      <w:r>
        <w:t>yeh na samjhiye ke hamesha ke liye aa gayi wo halat. kabhi aisa nahi hota, us ko jagaiye, phir se jagaiye, reactivate kijiye.</w:t>
      </w:r>
    </w:p>
    <w:p>
      <w:pPr>
        <w:jc w:val="right"/>
      </w:pPr>
      <w:r>
        <w:t>یہ نہ سمجھیے کہ ہمیشہ کے لیے آ گئی وہ حالت۔ کبھی ایسا نہیں ہوتا، اس کو جگائیے، پھر سے جگائیے، ری ایکٹیویٹ کیجئے۔</w:t>
      </w:r>
    </w:p>
    <w:p>
      <w:r>
        <w:rPr>
          <w:b/>
        </w:rPr>
        <w:t xml:space="preserve">[43:29] </w:t>
      </w:r>
      <w:r>
        <w:t>maulana, aaj ki aaj ki class mein jo point hum ko samajh mein aaya ke aaj aap ne hum ko hum ko criteria bataya ke jab hum Islam ke bare mein bohat bohat sari cheezein padhte hain, sunte hain to hum kaise decide karenge ke kaun sa sahi hai, kaun sa galat hai, aur hum kis ko choose kar rahe hain.</w:t>
      </w:r>
    </w:p>
    <w:p>
      <w:pPr>
        <w:jc w:val="right"/>
      </w:pPr>
      <w:r>
        <w:t>مولانا، آج کی آج کی کلاس میں جو پوائنٹ ہم کو سمجھ میں آیا کہ آج آپ نے ہم کو ہم کو کرائٹیریا بتایا کہ جب ہم اسلام کے بارے میں بہت بہت ساری چیزیں پڑھتے ہیں، سنتے ہیں تو ہم کیسے ڈیسائیڈ کریں گے کہ کون سا صحیح ہے، کون سا غلط ہے، اور ہم کس کو چوز کر رہے ہیں۔</w:t>
      </w:r>
    </w:p>
    <w:p>
      <w:r>
        <w:rPr>
          <w:b/>
        </w:rPr>
        <w:t xml:space="preserve">[43:48] </w:t>
      </w:r>
      <w:r>
        <w:t>to is ka jo criteria maulana aap ne bataya, wo simple yeh bataya ke aap yeh dekhiye ke wo aap ko kis cheez ki taraf le jata hai, aur is mein kis wahan kis cheez ka zikr ho raha hai, aur main objective kya hai is is taqreer ka ya is ah is book ka.</w:t>
      </w:r>
    </w:p>
    <w:p>
      <w:pPr>
        <w:jc w:val="right"/>
      </w:pPr>
      <w:r>
        <w:t>تو اس کا جو کرائٹیریا مولانا آپ نے بتایا، وہ سمپل یہ بتایا کہ آپ یہ دیکھیے کہ وہ آپ کو کس چیز کی طرف لے جاتا ہے، اور اس میں کس وہاں کس چیز کا ذکر ہو رہا ہے، اور مین ابجیکٹو کیا ہے اس اس تقریر کا یا اس اہ اس بک کا۔</w:t>
      </w:r>
    </w:p>
    <w:p>
      <w:r>
        <w:rPr>
          <w:b/>
        </w:rPr>
        <w:t xml:space="preserve">[44:06] </w:t>
      </w:r>
      <w:r>
        <w:t>aur wo wo us ko identify karne ke liye hum ko yeh janna hoga ke Islam ka jo target hai, wo yeh hai ke wo aap ke andar rabbani personality banana chahta hai.</w:t>
      </w:r>
    </w:p>
    <w:p>
      <w:pPr>
        <w:jc w:val="right"/>
      </w:pPr>
      <w:r>
        <w:t>اور وہ وہ اس کو آئیڈینٹیفائی کرنے کے لیے ہم کو یہ جاننا ہوگا کہ اسلام کا جو ٹارگٹ ہے، وہ یہ ہے کہ وہ آپ کے اندر ربانی پرسنیلٹی بنانا چاہتا ہے۔</w:t>
      </w:r>
    </w:p>
    <w:p>
      <w:r>
        <w:rPr>
          <w:b/>
        </w:rPr>
        <w:t xml:space="preserve">[44:17] </w:t>
      </w:r>
      <w:r>
        <w:t>to koi bhi aisi jagah, koi bhi aisi baat jo aap ke andar wo rabbani personality, aur jis ka ke do jo aap ne bola maulana ke jo jo Quran ki first verse hai, alhamdulillah rabbul alameen, aur ashhadu hubba lillah, yeh do cheezon se hum ko yeh judge karna padega ke hum jab bhi in cheezon, is jo bhi baat hum ko us ke qareeb le jaye, wahi sahi hai.</w:t>
      </w:r>
    </w:p>
    <w:p>
      <w:pPr>
        <w:jc w:val="right"/>
      </w:pPr>
      <w:r>
        <w:t>تو کوئی بھی ایسی جگہ، کوئی بھی ایسی بات جو آپ کے اندر وہ ربانی پرسنیلٹی، اور جس کا کہ دو جو آپ نے بولا مولانا کہ جو جو قرآن کی فرسٹ ورس ہے، الحمدللہ رب العالمین، اور اشھد حبا للہ، یہ دو چیزوں سے ہم کو یہ جج کرنا پڑے گا کہ ہم جب بھی ان چیزوں، اس جو بھی بات ہم کو اس کے قریب لے جائے، وہی صحیح ہے۔</w:t>
      </w:r>
    </w:p>
    <w:p>
      <w:r>
        <w:rPr>
          <w:b/>
        </w:rPr>
        <w:t xml:space="preserve">[44:40] </w:t>
      </w:r>
      <w:r>
        <w:t>aur is ke ilawa koi kisi aur direction mein agar hum ko le jaye to hamein us ko follow nahi karna. masha Allah,</w:t>
      </w:r>
    </w:p>
    <w:p>
      <w:pPr>
        <w:jc w:val="right"/>
      </w:pPr>
      <w:r>
        <w:t>اور اس کے علاوہ کوئی کسی اور ڈائریکشن میں اگر ہم کو لے جائے تو ہمیں اس کو فالو نہیں کرنا۔ ماشاءاللہ،</w:t>
      </w:r>
    </w:p>
    <w:p>
      <w:r>
        <w:rPr>
          <w:b/>
        </w:rPr>
        <w:t xml:space="preserve">[44:47] </w:t>
      </w:r>
      <w:r>
        <w:t>da point that stick me da most was da point that you just mention, and it was that you have to preserve the sensitivity of your mind.</w:t>
      </w:r>
    </w:p>
    <w:p>
      <w:pPr>
        <w:jc w:val="right"/>
      </w:pPr>
      <w:r>
        <w:t>دا پوائنٹ دیٹ سٹک می دا موسٹ واز دا پوائنٹ دیٹ یو جسٹ مینشن، اینڈ اٹ واز دیٹ یو ہیو ٹو پریزرو دا سینسٹیوٹی اف یور مائنڈ۔</w:t>
      </w:r>
    </w:p>
    <w:p>
      <w:r>
        <w:rPr>
          <w:b/>
        </w:rPr>
        <w:t xml:space="preserve">[44:57] </w:t>
      </w:r>
      <w:r>
        <w:t>and you said that if you want to receive God's inspiration, its extremely important that your mind should have its sensitivity preserved.</w:t>
      </w:r>
    </w:p>
    <w:p>
      <w:pPr>
        <w:jc w:val="right"/>
      </w:pPr>
      <w:r>
        <w:t>اینڈ یو سیڈ دیٹ اف یو وانٹ ٹو ریسیو گاڈز انسپیریشن، اٹس ایکسٹریملی امپورٹنٹ دیٹ یور مائنڈ شوڈ ہیو اٹس سینسٹیوٹی پریزروڈ۔</w:t>
      </w:r>
    </w:p>
    <w:p>
      <w:r>
        <w:rPr>
          <w:b/>
        </w:rPr>
        <w:t xml:space="preserve">[45:10] </w:t>
      </w:r>
      <w:r>
        <w:t>so if you are insensitive, then God's inspirations will come, but you won't be able to receive it. so</w:t>
      </w:r>
    </w:p>
    <w:p>
      <w:pPr>
        <w:jc w:val="right"/>
      </w:pPr>
      <w:r>
        <w:t>سو اف یو آر ان سینسٹیو، دین گاڈز انسپیریشنز ویل کم، بٹ یو وونٹ بی ایبل ٹو ریسیو اٹ۔ سو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