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Glory Of God 5 February 2006 - Maulana Wahiduddin Khan</w:t>
      </w:r>
    </w:p>
    <w:p>
      <w:r>
        <w:t>https://www.youtube.com/watch?v=Yah55gLyV8I</w:t>
      </w:r>
    </w:p>
    <w:p>
      <w:r>
        <w:rPr>
          <w:b/>
        </w:rPr>
        <w:t xml:space="preserve">[00:39] </w:t>
      </w:r>
      <w:r>
        <w:t>aaj ki talk mein shuru karna chahta hoon times of India ka jo aaj ka issue hai, us se.</w:t>
      </w:r>
    </w:p>
    <w:p>
      <w:pPr>
        <w:jc w:val="right"/>
      </w:pPr>
      <w:r>
        <w:t>آج کی ٹاک میں شروع کرنا چاہتا ہوں ٹائمز آف انڈیا کا جو آج کا ایشو ہے، اس سے۔</w:t>
      </w:r>
    </w:p>
    <w:p>
      <w:r>
        <w:rPr>
          <w:b/>
        </w:rPr>
        <w:t xml:space="preserve">[00:52] </w:t>
      </w:r>
      <w:r>
        <w:t>yeh hai 5 February 2006. is ke front page par, daily times ke front page par ek news item hai.</w:t>
      </w:r>
    </w:p>
    <w:p>
      <w:pPr>
        <w:jc w:val="right"/>
      </w:pPr>
      <w:r>
        <w:t>یہ ہے 5 فروری 2006۔ اس کے فرنٹ پیج پر، ڈلی ٹائمز کے فرنٹ پیج پر ایک نیوز آئٹم ہے۔</w:t>
      </w:r>
    </w:p>
    <w:p>
      <w:r>
        <w:rPr>
          <w:b/>
        </w:rPr>
        <w:t xml:space="preserve">[01:08] </w:t>
      </w:r>
      <w:r>
        <w:t>ek film star ka yeh interview hai. is pe aap dekh sakte hain, yeh keh rahe hain: "life is all ha ha hee hee."</w:t>
      </w:r>
    </w:p>
    <w:p>
      <w:pPr>
        <w:jc w:val="right"/>
      </w:pPr>
      <w:r>
        <w:t>ایک فلم اسٹار کا یہ انٹرویو ہے۔ اس پہ آپ دیکھ سکتے ہیں، یہ کہہ رہے ہیں: "لائف از آل ہا ہا ہی ہی۔"</w:t>
      </w:r>
    </w:p>
    <w:p>
      <w:r>
        <w:rPr>
          <w:b/>
        </w:rPr>
        <w:t xml:space="preserve">[01:28] </w:t>
      </w:r>
      <w:r>
        <w:t>yeh aaj ka times of India hai.</w:t>
      </w:r>
    </w:p>
    <w:p>
      <w:pPr>
        <w:jc w:val="right"/>
      </w:pPr>
      <w:r>
        <w:t>یہ آج کا ٹائمز آف انڈیا ہے۔</w:t>
      </w:r>
    </w:p>
    <w:p>
      <w:r>
        <w:rPr>
          <w:b/>
        </w:rPr>
        <w:t xml:space="preserve">[01:33] </w:t>
      </w:r>
      <w:r>
        <w:t>top ka film star keh raha hai: "life is all ha ha hee hee."</w:t>
      </w:r>
    </w:p>
    <w:p>
      <w:pPr>
        <w:jc w:val="right"/>
      </w:pPr>
      <w:r>
        <w:t>ٹاپ کا فلم اسٹار کہہ رہا ہے: "لائف از آل ہا ہا ہی ہی۔"</w:t>
      </w:r>
    </w:p>
    <w:p>
      <w:r>
        <w:rPr>
          <w:b/>
        </w:rPr>
        <w:t xml:space="preserve">[01:46] </w:t>
      </w:r>
      <w:r>
        <w:t>is ko main kaha karta hoon ke aaj ka jo culture hai, wo ho ha culture hai.</w:t>
      </w:r>
    </w:p>
    <w:p>
      <w:pPr>
        <w:jc w:val="right"/>
      </w:pPr>
      <w:r>
        <w:t>اس کو میں کہا کرتا ہوں کہ آج کا جو کلچر ہے، وہ ہو ہا کلچر ہے۔</w:t>
      </w:r>
    </w:p>
    <w:p>
      <w:r>
        <w:rPr>
          <w:b/>
        </w:rPr>
        <w:t xml:space="preserve">[02:00] </w:t>
      </w:r>
      <w:r>
        <w:t>ho ha culture</w:t>
      </w:r>
    </w:p>
    <w:p>
      <w:pPr>
        <w:jc w:val="right"/>
      </w:pPr>
      <w:r>
        <w:t>ہو ہا کلچر</w:t>
      </w:r>
    </w:p>
    <w:p>
      <w:r>
        <w:rPr>
          <w:b/>
        </w:rPr>
        <w:t xml:space="preserve">[02:01] </w:t>
      </w:r>
      <w:r>
        <w:t>. zindagi ka maqsad kya hai? paisa kamao aur enjoy karo. paisa kamao aur entertain karo.</w:t>
      </w:r>
    </w:p>
    <w:p>
      <w:pPr>
        <w:jc w:val="right"/>
      </w:pPr>
      <w:r>
        <w:t>۔ زندگی کا مقصد کیا ہے؟ پیسہ کماؤ اور انجوائے کرو۔ پیسہ کماؤ اور انٹرٹین کرو۔</w:t>
      </w:r>
    </w:p>
    <w:p>
      <w:r>
        <w:rPr>
          <w:b/>
        </w:rPr>
        <w:t xml:space="preserve">[02:13] </w:t>
      </w:r>
      <w:r>
        <w:t>paisa kamao aur ho ha karo. shopping mein, outing mein, partyon mein.</w:t>
      </w:r>
    </w:p>
    <w:p>
      <w:pPr>
        <w:jc w:val="right"/>
      </w:pPr>
      <w:r>
        <w:t>پیسہ کماؤ اور ہو ہا کرو۔ شاپنگ میں، آؤٹنگ میں، پارٹیوں میں۔</w:t>
      </w:r>
    </w:p>
    <w:p>
      <w:r>
        <w:rPr>
          <w:b/>
        </w:rPr>
        <w:t xml:space="preserve">[02:25] </w:t>
      </w:r>
      <w:r>
        <w:t>bas do hi maqsad insan ka hai aaj kal ke zamane mein:</w:t>
      </w:r>
    </w:p>
    <w:p>
      <w:pPr>
        <w:jc w:val="right"/>
      </w:pPr>
      <w:r>
        <w:t>بس دو ہی مقصد انسان کا ہے آج کل کے زمانے میں:</w:t>
      </w:r>
    </w:p>
    <w:p>
      <w:r>
        <w:rPr>
          <w:b/>
        </w:rPr>
        <w:t xml:space="preserve">[02:30] </w:t>
      </w:r>
      <w:r>
        <w:t>paisa kamana aur</w:t>
      </w:r>
    </w:p>
    <w:p>
      <w:pPr>
        <w:jc w:val="right"/>
      </w:pPr>
      <w:r>
        <w:t>پیسہ کمانا اور</w:t>
      </w:r>
    </w:p>
    <w:p>
      <w:r>
        <w:rPr>
          <w:b/>
        </w:rPr>
        <w:t xml:space="preserve">[02:35] </w:t>
      </w:r>
      <w:r>
        <w:t>bohat hi sirf superficial andaaz mein life ko enjoy karna.</w:t>
      </w:r>
    </w:p>
    <w:p>
      <w:pPr>
        <w:jc w:val="right"/>
      </w:pPr>
      <w:r>
        <w:t>بہت ہی صرف سپرفلس انداز میں لائف کو انجوائے کرنا۔</w:t>
      </w:r>
    </w:p>
    <w:p>
      <w:r>
        <w:rPr>
          <w:b/>
        </w:rPr>
        <w:t xml:space="preserve">[02:45] </w:t>
      </w:r>
      <w:r>
        <w:t>life ko enjoy karna yeh koi buri cheez nahi hai, lekin jo aaj kal jo tareeqa hai, woh bohat hi third class ka hai.</w:t>
      </w:r>
    </w:p>
    <w:p>
      <w:pPr>
        <w:jc w:val="right"/>
      </w:pPr>
      <w:r>
        <w:t>لائف کو انجوائے کرنا یہ کوئی بری چیز نہیں ہے، لیکن جو آج کل جو طریقہ ہے، وہ بہت ہی تھرڈ کلاس کا ہے۔</w:t>
      </w:r>
    </w:p>
    <w:p>
      <w:r>
        <w:rPr>
          <w:b/>
        </w:rPr>
        <w:t xml:space="preserve">[02:57] </w:t>
      </w:r>
      <w:r>
        <w:t>woh animal, animal level ka enjoy hai woh. ho ha aap jante hain ke animal bhi karte hain.</w:t>
      </w:r>
    </w:p>
    <w:p>
      <w:pPr>
        <w:jc w:val="right"/>
      </w:pPr>
      <w:r>
        <w:t>وہ اینیمل، اینیمل لیول کا انجوائے ہے وہ۔ ہو ہا آپ جانتے ہیں کہ اینیمل بھی کرتے ہیں۔</w:t>
      </w:r>
    </w:p>
    <w:p>
      <w:r>
        <w:rPr>
          <w:b/>
        </w:rPr>
        <w:t xml:space="preserve">[03:08] </w:t>
      </w:r>
      <w:r>
        <w:t>toh agar insan bhi achhe achhe kapde pehan kar ho ha kare, toh is ka matlab yeh hua hai ke insan ne apne aap ko animal level par gira liya.</w:t>
      </w:r>
    </w:p>
    <w:p>
      <w:pPr>
        <w:jc w:val="right"/>
      </w:pPr>
      <w:r>
        <w:t>تو اگر انسان بھی اچھے اچھے کپڑے پہن کر ہو ہا کرے، تو اس کا معنی یہ ہوا ہے کہ انسان نے اپنے آپ کو اینیمل لیول پر گرا لیا۔</w:t>
      </w:r>
    </w:p>
    <w:p>
      <w:r>
        <w:rPr>
          <w:b/>
        </w:rPr>
        <w:t xml:space="preserve">[03:26] </w:t>
      </w:r>
      <w:r>
        <w:t>toh yeh jo kaha film star ne: "life is all ha ha hee hee", toh mein samajhta hoon ke aaj kal ki society ko bohat achhe tareeqe se is ne bayan kiya.</w:t>
      </w:r>
    </w:p>
    <w:p>
      <w:pPr>
        <w:jc w:val="right"/>
      </w:pPr>
      <w:r>
        <w:t>تو یہ جو کہا فلم اسٹار نے: "لائف از آل ہا ہا ہی ہی"، تو میں سمجھتا ہوں کہ آج کل کی سوسائٹی کو بہت اچھے طریقے سے اس نے بیان کیا۔</w:t>
      </w:r>
    </w:p>
    <w:p>
      <w:r>
        <w:rPr>
          <w:b/>
        </w:rPr>
        <w:t xml:space="preserve">[03:39] </w:t>
      </w:r>
      <w:r>
        <w:t>aaj kal ki society ka jo aam jo style hai, jo soch hai, jis tarah se woh rehte hain, toh mein samajhta hoon ke is ne theek bayan kiya is ka.</w:t>
      </w:r>
    </w:p>
    <w:p>
      <w:pPr>
        <w:jc w:val="right"/>
      </w:pPr>
      <w:r>
        <w:t>آج کل کی سوسائٹی کا جو عام جو سٹائل ہے، جو سوچ ہے، جس طرح سے وہ رہتے ہیں، تو میں سمجھتا ہوں کہ اس نے ٹھیک بیان کیا اس کا۔</w:t>
      </w:r>
    </w:p>
    <w:p>
      <w:r>
        <w:rPr>
          <w:b/>
        </w:rPr>
        <w:t xml:space="preserve">[03:59] </w:t>
      </w:r>
      <w:r>
        <w:t>lekin mein samajhta hoon ke yeh insan ko reduce kar ke animal level par le jana hai.</w:t>
      </w:r>
    </w:p>
    <w:p>
      <w:pPr>
        <w:jc w:val="right"/>
      </w:pPr>
      <w:r>
        <w:t>لیکن میں سمجھتا ہوں کہ یہ انسان کو ریڈیوس کر کے اینیمل لیول پر لے جانا ہے۔</w:t>
      </w:r>
    </w:p>
    <w:p>
      <w:r>
        <w:rPr>
          <w:b/>
        </w:rPr>
        <w:t xml:space="preserve">[04:09] </w:t>
      </w:r>
      <w:r>
        <w:t>aaj se koi 70 saal pehle, seventy years pehle, France ke ek doctor, doctor Alexis Carrel, Alexis Carrel,</w:t>
      </w:r>
    </w:p>
    <w:p>
      <w:pPr>
        <w:jc w:val="right"/>
      </w:pPr>
      <w:r>
        <w:t>آج سے کوئی 70 سال پہلے، سیونٹی ایئرز پہلے، فرانس کے ایک ڈاکٹر، ڈاکٹر الیکسس کیرن، الیکسس کیرن،</w:t>
      </w:r>
    </w:p>
    <w:p>
      <w:r>
        <w:rPr>
          <w:b/>
        </w:rPr>
        <w:t xml:space="preserve">[04:23] </w:t>
      </w:r>
      <w:r>
        <w:t>unhon ne ek kitaab likhi. is ka title tha: "Man the Unknown".</w:t>
      </w:r>
    </w:p>
    <w:p>
      <w:pPr>
        <w:jc w:val="right"/>
      </w:pPr>
      <w:r>
        <w:t>انہوں نے ایک کتاب لکھی۔ اس کا ٹائٹل تھا: "مین دی ان نون"۔</w:t>
      </w:r>
    </w:p>
    <w:p>
      <w:r>
        <w:rPr>
          <w:b/>
        </w:rPr>
        <w:t xml:space="preserve">[04:36] </w:t>
      </w:r>
      <w:r>
        <w:t>"Man the Unknown".</w:t>
      </w:r>
    </w:p>
    <w:p>
      <w:pPr>
        <w:jc w:val="right"/>
      </w:pPr>
      <w:r>
        <w:t>"مین دی ان نون"۔</w:t>
      </w:r>
    </w:p>
    <w:p>
      <w:r>
        <w:rPr>
          <w:b/>
        </w:rPr>
        <w:t xml:space="preserve">[04:39] </w:t>
      </w:r>
      <w:r>
        <w:t>insan apne aap se, yani insan la-maloom. mein samajhta hoon ke zyada sahi title kisi kitaab ka yeh hona chahiye, aaj agar likhi jaye ke: "Man the Unaware of Himself".</w:t>
      </w:r>
    </w:p>
    <w:p>
      <w:pPr>
        <w:jc w:val="right"/>
      </w:pPr>
      <w:r>
        <w:t>انسان اپنے آپ سے، یعنی انسان لامعلوم۔ میں سمجھتا ہوں کہ زیادہ صحیح ٹائٹل کسی کتاب کا یہ ہونا چاہیے، آج اگر لکھی جائے کہ: "مین دا ان اویئر آف ہم سیلف"۔</w:t>
      </w:r>
    </w:p>
    <w:p>
      <w:r>
        <w:rPr>
          <w:b/>
        </w:rPr>
        <w:t xml:space="preserve">[05:00] </w:t>
      </w:r>
      <w:r>
        <w:t>"Man Unaware of Himself"</w:t>
      </w:r>
    </w:p>
    <w:p>
      <w:pPr>
        <w:jc w:val="right"/>
      </w:pPr>
      <w:r>
        <w:t>"مین ان اویئر آف ہم سیلف"</w:t>
      </w:r>
    </w:p>
    <w:p>
      <w:r>
        <w:rPr>
          <w:b/>
        </w:rPr>
        <w:t xml:space="preserve">[05:04] </w:t>
      </w:r>
      <w:r>
        <w:t>, yani apne aap se bekhabar, apne aap ko na janne wala. toh apne aap ko na janne ki wajah se</w:t>
      </w:r>
    </w:p>
    <w:p>
      <w:pPr>
        <w:jc w:val="right"/>
      </w:pPr>
      <w:r>
        <w:t>، یعنی اپنے آپ سے بے خبر، اپنے آپ کو نہ جاننے والا۔ تو اپنے آپ کو نہ جاننے کی وجہ سے</w:t>
      </w:r>
    </w:p>
    <w:p>
      <w:r>
        <w:rPr>
          <w:b/>
        </w:rPr>
        <w:t xml:space="preserve">[05:18] </w:t>
      </w:r>
      <w:r>
        <w:t>insan apna istemal aaj ki duniya mein na pa saka.</w:t>
      </w:r>
    </w:p>
    <w:p>
      <w:pPr>
        <w:jc w:val="right"/>
      </w:pPr>
      <w:r>
        <w:t>انسان اپنا استعمال آج کی دنیا میں نہ پا سکا۔</w:t>
      </w:r>
    </w:p>
    <w:p>
      <w:r>
        <w:rPr>
          <w:b/>
        </w:rPr>
        <w:t xml:space="preserve">[05:27] </w:t>
      </w:r>
      <w:r>
        <w:t>aap</w:t>
      </w:r>
    </w:p>
    <w:p>
      <w:pPr>
        <w:jc w:val="right"/>
      </w:pPr>
      <w:r>
        <w:t>آپ</w:t>
      </w:r>
    </w:p>
    <w:p>
      <w:r>
        <w:rPr>
          <w:b/>
        </w:rPr>
        <w:t xml:space="preserve">[05:28] </w:t>
      </w:r>
      <w:r>
        <w:t>ko koi shakhs ek bohat achha pen de, duniya ka sab se achha pen, aur us ko aap istemal karein apne gamle ki mitti khodne ke liye,</w:t>
      </w:r>
    </w:p>
    <w:p>
      <w:pPr>
        <w:jc w:val="right"/>
      </w:pPr>
      <w:r>
        <w:t>کو کوئی شخص ایک بہت اچھا پن دے، دنیا کا سب سے اچھا پن، اور اس کو آپ استعمال کریں اپنے گملے کی مٹی کھودنے کے لیے،</w:t>
      </w:r>
    </w:p>
    <w:p>
      <w:r>
        <w:rPr>
          <w:b/>
        </w:rPr>
        <w:t xml:space="preserve">[05:47] </w:t>
      </w:r>
      <w:r>
        <w:t>toh kya hoga? aap us mitti toh khud jayegi, lekin woh pen ka under utilization hoga.</w:t>
      </w:r>
    </w:p>
    <w:p>
      <w:pPr>
        <w:jc w:val="right"/>
      </w:pPr>
      <w:r>
        <w:t>تو کیا ہوگا؟ آپ اس مٹی تو کھد جائے گی، لیکن وہ پن کا انڈر یوٹیلائزیشن ہوگا۔</w:t>
      </w:r>
    </w:p>
    <w:p>
      <w:r>
        <w:rPr>
          <w:b/>
        </w:rPr>
        <w:t xml:space="preserve">[05:57] </w:t>
      </w:r>
      <w:r>
        <w:t>pen is liye banaya gaya hai ke aap apne apni soch ko paper par likh sakein.</w:t>
      </w:r>
    </w:p>
    <w:p>
      <w:pPr>
        <w:jc w:val="right"/>
      </w:pPr>
      <w:r>
        <w:t>پن اس لیے بنایا گیا ہے کہ آپ اپنے اپنی سوچ کو پیپر پر لکھ سکیں۔</w:t>
      </w:r>
    </w:p>
    <w:p>
      <w:r>
        <w:rPr>
          <w:b/>
        </w:rPr>
        <w:t xml:space="preserve">[06:10] </w:t>
      </w:r>
      <w:r>
        <w:t>kitni bari cheez hai ke insan sochta hai. mind ke level par jo insan ke andar soch aati hai, woh poori universe mein unique hai.</w:t>
      </w:r>
    </w:p>
    <w:p>
      <w:pPr>
        <w:jc w:val="right"/>
      </w:pPr>
      <w:r>
        <w:t>کتنی بڑی چیز ہے کہ انسان سوچتا ہے۔ مائنڈ کے لیول پر جو انسان کے اندر سوچ آتی ہے، وہ پوری یونیورس میں یونیک ہے۔</w:t>
      </w:r>
    </w:p>
    <w:p>
      <w:r>
        <w:rPr>
          <w:b/>
        </w:rPr>
        <w:t xml:space="preserve">[06:25] </w:t>
      </w:r>
      <w:r>
        <w:t>aap jante hain ke koi star, koi planet, koi sun, koi mountain, koi ocean, koi elephant, koi tiger, koi bhi insan ki tarah soch nahi sakta.</w:t>
      </w:r>
    </w:p>
    <w:p>
      <w:pPr>
        <w:jc w:val="right"/>
      </w:pPr>
      <w:r>
        <w:t>آپ جانتے ہیں کہ کوئی اسٹار، کوئی پلینٹ، کوئی سن، کوئی ماؤنٹین، کوئی اوشن، کوئی ایلیفنٹ، کوئی ٹائیگر، کوئی بھی انسان کی طرح سوچ نہیں سکتا۔</w:t>
      </w:r>
    </w:p>
    <w:p>
      <w:r>
        <w:rPr>
          <w:b/>
        </w:rPr>
        <w:t xml:space="preserve">[06:41] </w:t>
      </w:r>
      <w:r>
        <w:t>toh kitni bari unique cheez hai thinking, jo insan ko mili hui hai.</w:t>
      </w:r>
    </w:p>
    <w:p>
      <w:pPr>
        <w:jc w:val="right"/>
      </w:pPr>
      <w:r>
        <w:t>تو کتنی بڑی یونیک چیز ہے تھنکنگ، جو انسان کو ملی ہوئی ہے۔</w:t>
      </w:r>
    </w:p>
    <w:p>
      <w:r>
        <w:rPr>
          <w:b/>
        </w:rPr>
        <w:t xml:space="preserve">[06:50] </w:t>
      </w:r>
      <w:r>
        <w:t>is thinking ko paper par muntaqil karna, is thinking ko paper par writing ki soorat mein dhalna, is ke liye pen banaya gaya hai.</w:t>
      </w:r>
    </w:p>
    <w:p>
      <w:pPr>
        <w:jc w:val="right"/>
      </w:pPr>
      <w:r>
        <w:t>اس تھنکنگ کو پیپر پر منتقل کرنا، اس تھنکنگ کو پیپر پر رائٹنگ کی صورت میں ڈھالنا، اس کے لیے پن بنایا گیا ہے۔</w:t>
      </w:r>
    </w:p>
    <w:p>
      <w:r>
        <w:rPr>
          <w:b/>
        </w:rPr>
        <w:t xml:space="preserve">[07:03] </w:t>
      </w:r>
      <w:r>
        <w:t>yani sochna aur likhna, mein samajhta hoon ke poori universe mein ek anokha phenomenon hai. aisa phenomenon koi bhi nahi.</w:t>
      </w:r>
    </w:p>
    <w:p>
      <w:pPr>
        <w:jc w:val="right"/>
      </w:pPr>
      <w:r>
        <w:t>یعنی سوچنا اور لکھنا، میں سمجھتا ہوں کہ پوری یونیورس میں ایک انوکھا فیناومینا ہے۔ ایسا فیناومینا کوئی بھی نہیں۔</w:t>
      </w:r>
    </w:p>
    <w:p>
      <w:r>
        <w:rPr>
          <w:b/>
        </w:rPr>
        <w:t xml:space="preserve">[07:17] </w:t>
      </w:r>
      <w:r>
        <w:t>isi liye quran mein jo pehli ayat jo thi, pehli ayat utri, woh thi: "iqra bism rabbika allazi khalaq khalaq al-insana min khalaq iqra wa rabbuka al-akram allazi allama bil-qalam".</w:t>
      </w:r>
    </w:p>
    <w:p>
      <w:pPr>
        <w:jc w:val="right"/>
      </w:pPr>
      <w:r>
        <w:t>اسی لیے قرآن میں جو پہلی آیت جو تھی، پہلی آیت اتری، وہ تھی: "اقرا بسم ربک الذی خلق خلق الانسان من خلق اقرا وربک الاکرم الذی علم بالقلم"۔</w:t>
      </w:r>
    </w:p>
    <w:p>
      <w:r>
        <w:rPr>
          <w:b/>
        </w:rPr>
        <w:t xml:space="preserve">[07:31] </w:t>
      </w:r>
      <w:r>
        <w:t>yani creator ne qalam ke zariye sikhaya.</w:t>
      </w:r>
    </w:p>
    <w:p>
      <w:pPr>
        <w:jc w:val="right"/>
      </w:pPr>
      <w:r>
        <w:t>یعنی کریٹر نے قلم کے ذریعے سکھایا۔</w:t>
      </w:r>
    </w:p>
    <w:p>
      <w:r>
        <w:rPr>
          <w:b/>
        </w:rPr>
        <w:t xml:space="preserve">[07:38] </w:t>
      </w:r>
      <w:r>
        <w:t>yani kitni bari baat yeh hai ke</w:t>
      </w:r>
    </w:p>
    <w:p>
      <w:pPr>
        <w:jc w:val="right"/>
      </w:pPr>
      <w:r>
        <w:t>یعنی کتنی بڑی بات یہ ہے کہ</w:t>
      </w:r>
    </w:p>
    <w:p>
      <w:r>
        <w:rPr>
          <w:b/>
        </w:rPr>
        <w:t xml:space="preserve">[07:43] </w:t>
      </w:r>
      <w:r>
        <w:t>qalam ke zariye aap ko ilm diya gaya. aap jante hain ke tareekh mein bare bare mind apne khayalat ko kitabon mein likh kar chhod gaye hain.</w:t>
      </w:r>
    </w:p>
    <w:p>
      <w:pPr>
        <w:jc w:val="right"/>
      </w:pPr>
      <w:r>
        <w:t>قلم کے ذریعے آپ کو علم دیا گیا۔ آپ جانتے ہیں کہ تاریخ میں بڑے بڑے مائنڈ اپنے خیالات کو کتابوں میں لکھ کر چھوڑ گئے ہیں۔</w:t>
      </w:r>
    </w:p>
    <w:p>
      <w:r>
        <w:rPr>
          <w:b/>
        </w:rPr>
        <w:t xml:space="preserve">[08:01] </w:t>
      </w:r>
      <w:r>
        <w:t>unki kitaben libraryon mein hain, jis mein wisdom hai, jis mein knowledge hai. yeh kaise kitabon mein aai?</w:t>
      </w:r>
    </w:p>
    <w:p>
      <w:pPr>
        <w:jc w:val="right"/>
      </w:pPr>
      <w:r>
        <w:t>ان کی کتابیں لائبریریوں میں ہیں، جس میں وزڈم ہے، جس میں نالج ہے۔ یہ کیسے کتابوں میں آئی؟</w:t>
      </w:r>
    </w:p>
    <w:p>
      <w:r>
        <w:rPr>
          <w:b/>
        </w:rPr>
        <w:t xml:space="preserve">[08:15] </w:t>
      </w:r>
      <w:r>
        <w:t>woh pen ke zariye. mind ne socha aur pen ke zariye us ko kaghaz par likha.</w:t>
      </w:r>
    </w:p>
    <w:p>
      <w:pPr>
        <w:jc w:val="right"/>
      </w:pPr>
      <w:r>
        <w:t>وہ پن کے ذریعے۔ مائنڈ نے سوچا اور پن کے ذریعے اس کو کاغذ پر لکھا۔</w:t>
      </w:r>
    </w:p>
    <w:p>
      <w:r>
        <w:rPr>
          <w:b/>
        </w:rPr>
        <w:t xml:space="preserve">[08:24] </w:t>
      </w:r>
      <w:r>
        <w:t>to itni bari cheez aap ko koi de aur aap kya karen? is se zameen khoden.</w:t>
      </w:r>
    </w:p>
    <w:p>
      <w:pPr>
        <w:jc w:val="right"/>
      </w:pPr>
      <w:r>
        <w:t>تو اتنی بڑی چیز آپ کو کوئی دے اور آپ کیا کریں؟ اس سے زمین کھودیں۔</w:t>
      </w:r>
    </w:p>
    <w:p>
      <w:r>
        <w:rPr>
          <w:b/>
        </w:rPr>
        <w:t xml:space="preserve">[08:33] </w:t>
      </w:r>
      <w:r>
        <w:t>to that is under utilizing of your pen. aap ne apne pen ka bahut chhota istemal kiya.</w:t>
      </w:r>
    </w:p>
    <w:p>
      <w:pPr>
        <w:jc w:val="right"/>
      </w:pPr>
      <w:r>
        <w:t>تو دیٹ از انڈر یوٹیلائزنگ آف یور پن۔ آپ نے اپنے پن کا بہت چھوٹا استعمال کیا۔</w:t>
      </w:r>
    </w:p>
    <w:p>
      <w:r>
        <w:rPr>
          <w:b/>
        </w:rPr>
        <w:t xml:space="preserve">[08:48] </w:t>
      </w:r>
      <w:r>
        <w:t>yahi haal insan ka zyada greater level par hai. isi liye maine kaha ke aaj ek aur kitab likhne ki zaroorat hai. Alexis Caron ne likha tha: "Man the Unknown".</w:t>
      </w:r>
    </w:p>
    <w:p>
      <w:pPr>
        <w:jc w:val="right"/>
      </w:pPr>
      <w:r>
        <w:t>یہی حال انسان کا زیادہ گریٹر لیول پر ہے۔ اسی لیے میں نے کہا کہ آج ایک اور کتاب لکھنے کی ضرورت ہے۔ الیکسس کیرن نے لکھا تھا: "مین دی ان نون"۔</w:t>
      </w:r>
    </w:p>
    <w:p>
      <w:r>
        <w:rPr>
          <w:b/>
        </w:rPr>
        <w:t xml:space="preserve">[09:01] </w:t>
      </w:r>
      <w:r>
        <w:t>aaj zaroorat hai ke likha jaye: "Man the Unaware of Himself". kyunke kya hai insan? ho ha kar raha hai.</w:t>
      </w:r>
    </w:p>
    <w:p>
      <w:pPr>
        <w:jc w:val="right"/>
      </w:pPr>
      <w:r>
        <w:t>آج ضرورت ہے کہ لکھا جائے: "مین دی ان اویئر آف ہم سیلف"۔ کیونکہ کیا ہے انسان؟ ہو ہا کر رہا ہے۔</w:t>
      </w:r>
    </w:p>
    <w:p>
      <w:r>
        <w:rPr>
          <w:b/>
        </w:rPr>
        <w:t xml:space="preserve">[09:12] </w:t>
      </w:r>
      <w:r>
        <w:t>ho ha kar raha hai. kya kya cheezen insan ko Khuda ne din? kaisi ajeeb o ghareeb cheezen insan ko Khuda ne din?</w:t>
      </w:r>
    </w:p>
    <w:p>
      <w:pPr>
        <w:jc w:val="right"/>
      </w:pPr>
      <w:r>
        <w:t>ہو ہا کر رہا ہے۔ کیا کیا چیزیں انسان کو خدا نے دیں؟ کیسی عجیب و غریب چیزیں انسان کو خدا نے دیں؟</w:t>
      </w:r>
    </w:p>
    <w:p>
      <w:r>
        <w:rPr>
          <w:b/>
        </w:rPr>
        <w:t xml:space="preserve">[09:28] </w:t>
      </w:r>
      <w:r>
        <w:t>yani insan ek jagah baith kar sari dunya se baat cheet karta hai. aap zara sochiye, aap ke Delhi ke ek office mein baith kar pure globe ke kisi bhi maqam se baat kar sakte hain.</w:t>
      </w:r>
    </w:p>
    <w:p>
      <w:pPr>
        <w:jc w:val="right"/>
      </w:pPr>
      <w:r>
        <w:t>یعنی انسان ایک جگہ بیٹھ کر ساری دنیا سے بات چیت کرتا ہے۔ آپ ذرا سوچیے، آپ کے دہلی کے ایک آفس میں بیٹھ کر پورے گلوب کے کسی بھی مقام سے بات کر سکتے ہیں۔</w:t>
      </w:r>
    </w:p>
    <w:p>
      <w:r>
        <w:rPr>
          <w:b/>
        </w:rPr>
        <w:t xml:space="preserve">[09:45] </w:t>
      </w:r>
      <w:r>
        <w:t>with in hours aap hawa jahaz ke zariye kahin bhi pahunch sakte hain. is tarah ki million million cheezen aap ko di gayi hain. to insan kitni bari cheez hai?</w:t>
      </w:r>
    </w:p>
    <w:p>
      <w:pPr>
        <w:jc w:val="right"/>
      </w:pPr>
      <w:r>
        <w:t>ود ان آورز آپ ہوا جہاز کے ذریعے کہیں بھی پہنچ سکتے ہیں۔ اس طرح کی ملین ملین چیزیں آپ کو دی گئی ہیں۔ تو انسان کتنی بڑی چیز ہے؟</w:t>
      </w:r>
    </w:p>
    <w:p>
      <w:r>
        <w:rPr>
          <w:b/>
        </w:rPr>
        <w:t xml:space="preserve">[09:57] </w:t>
      </w:r>
      <w:r>
        <w:t>kitni bari cheez</w:t>
      </w:r>
    </w:p>
    <w:p>
      <w:pPr>
        <w:jc w:val="right"/>
      </w:pPr>
      <w:r>
        <w:t>کتنی بڑی چیز</w:t>
      </w:r>
    </w:p>
    <w:p>
      <w:r>
        <w:rPr>
          <w:b/>
        </w:rPr>
        <w:t xml:space="preserve">[09:58] </w:t>
      </w:r>
      <w:r>
        <w:t>hai? to kya is liye hai ke woh ho ha kare aur mar jaye? nahin, yeh insan ka ek reduced form hai.</w:t>
      </w:r>
    </w:p>
    <w:p>
      <w:pPr>
        <w:jc w:val="right"/>
      </w:pPr>
      <w:r>
        <w:t>ہے؟ تو کیا اس لیے ہے کہ وہ ہو ہا کرے اور مر جائے؟ نہیں، یہ انسان کا ایک ریڈیوسڈ فارم ہے۔</w:t>
      </w:r>
    </w:p>
    <w:p>
      <w:r>
        <w:rPr>
          <w:b/>
        </w:rPr>
        <w:t xml:space="preserve">[10:12] </w:t>
      </w:r>
      <w:r>
        <w:t>ab dekhiye ke insan ko yeh sari cheezen kyun din? yeh zuban, yeh kan, yeh aankh, yeh sab kuch. main samajhta hoon ke sab se bara istemal yeh hai ke aap Khuda ko discover karen.</w:t>
      </w:r>
    </w:p>
    <w:p>
      <w:pPr>
        <w:jc w:val="right"/>
      </w:pPr>
      <w:r>
        <w:t>اب دیکھیے کہ انسان کو یہ ساری چیزیں کیوں دی گئیں؟ یہ زبان، یہ کان، یہ آنکھ، یہ سب کچھ۔ میں سمجھتا ہوں کہ سب سے بڑا استعمال یہ ہے کہ آپ خدا کو ڈسکور کریں۔</w:t>
      </w:r>
    </w:p>
    <w:p>
      <w:r>
        <w:rPr>
          <w:b/>
        </w:rPr>
        <w:t xml:space="preserve">[10:30] </w:t>
      </w:r>
      <w:r>
        <w:t>Khuda ko dekhen, Khuda ki baat ko sunen. yeh nature hai, yeh insan ka nature hai. nature yeh chahta hai ke is ka contact ho Khuda se.</w:t>
      </w:r>
    </w:p>
    <w:p>
      <w:pPr>
        <w:jc w:val="right"/>
      </w:pPr>
      <w:r>
        <w:t>خدا کو دیکھیں، خدا کی بات کو سنیں۔ یہ نیچر ہے، یہ انسان کا نیچر ہے۔ نیچر یہ چاہتا ہے کہ اس کا کنٹیکٹ ہو خدا سے۔</w:t>
      </w:r>
    </w:p>
    <w:p>
      <w:r>
        <w:rPr>
          <w:b/>
        </w:rPr>
        <w:t xml:space="preserve">[10:41] </w:t>
      </w:r>
      <w:r>
        <w:t>main bahut jab chhota tha, bachcha jo tha, to mujhe yaad hai ke bachche hi se maine likhna shuru kar diya tha.</w:t>
      </w:r>
    </w:p>
    <w:p>
      <w:pPr>
        <w:jc w:val="right"/>
      </w:pPr>
      <w:r>
        <w:t>میں بہت جب چھوٹا تھا، بچہ جو تھا، تو مجھے یاد ہے کہ بچے ہی سے میں نے لکھنا شروع کر دیا تھا۔</w:t>
      </w:r>
    </w:p>
    <w:p>
      <w:r>
        <w:rPr>
          <w:b/>
        </w:rPr>
        <w:t xml:space="preserve">[10:51] </w:t>
      </w:r>
      <w:r>
        <w:t>likhne ka kaam maine bachpan hi se shuru kar diya tha. to main gaon mein rehta tha.</w:t>
      </w:r>
    </w:p>
    <w:p>
      <w:pPr>
        <w:jc w:val="right"/>
      </w:pPr>
      <w:r>
        <w:t>لکھنے کا کام میں نے بچپن ہی سے شروع کر دیا تھا۔ تو میں گاؤں میں رہتا تھا۔</w:t>
      </w:r>
    </w:p>
    <w:p>
      <w:r>
        <w:rPr>
          <w:b/>
        </w:rPr>
        <w:t xml:space="preserve">[10:57] </w:t>
      </w:r>
      <w:r>
        <w:t>aap ko agar yeh tajurba hua ho to aap jante hain, aasman par chaudhvin raat ka chand chamak raha ho aap ke sir ke upar.</w:t>
      </w:r>
    </w:p>
    <w:p>
      <w:pPr>
        <w:jc w:val="right"/>
      </w:pPr>
      <w:r>
        <w:t>آپ کو اگر یہ تجربہ ہوا ہو تو آپ جانتے ہیں، آسمان پر چودھویں رات کا چاند چمک رہا ہو آپ کے سر کے اوپر۔</w:t>
      </w:r>
    </w:p>
    <w:p>
      <w:r>
        <w:rPr>
          <w:b/>
        </w:rPr>
        <w:t xml:space="preserve">[11:09] </w:t>
      </w:r>
      <w:r>
        <w:t>to us waqt agar aap zameen par chalte hain to aisa lagta hai dekhne mein ke chand bhi aap ke sath chal raha hai.</w:t>
      </w:r>
    </w:p>
    <w:p>
      <w:pPr>
        <w:jc w:val="right"/>
      </w:pPr>
      <w:r>
        <w:t>تو اس وقت اگر آپ زمین پر چلتے ہیں تو ایسا لگتا ہے دیکھنے میں کہ چاند بھی آپ کے ساتھ چل رہا ہے۔</w:t>
      </w:r>
    </w:p>
    <w:p>
      <w:r>
        <w:rPr>
          <w:b/>
        </w:rPr>
        <w:t xml:space="preserve">[11:17] </w:t>
      </w:r>
      <w:r>
        <w:t>aap ne agar kabhi tajurba kiya ho ke aap ke upar chand chamak raha hai, aap ke sir ke upar full moon.</w:t>
      </w:r>
    </w:p>
    <w:p>
      <w:pPr>
        <w:jc w:val="right"/>
      </w:pPr>
      <w:r>
        <w:t>آپ نے اگر کبھی تجربہ کیا ہو کہ آپ کے اوپر چاند چمک رہا ہے، آپ کے سر کے اوپر فل مون۔</w:t>
      </w:r>
    </w:p>
    <w:p>
      <w:r>
        <w:rPr>
          <w:b/>
        </w:rPr>
        <w:t xml:space="preserve">[11:27] </w:t>
      </w:r>
      <w:r>
        <w:t>aur zameen par aap chalen to lagta hai ke chand bhi aap ke sath chal raha hai. to mujhe yaad hai ke maine is zamane mein jo sab shayad sab se pehla likha tha, pehli cheez, pehla item.</w:t>
      </w:r>
    </w:p>
    <w:p>
      <w:pPr>
        <w:jc w:val="right"/>
      </w:pPr>
      <w:r>
        <w:t>اور زمین پر آپ چلیں تو لگتا ہے کہ چاند بھی آپ کے ساتھ چل رہا ہے۔ تو مجھے یاد ہے کہ میں نے اس زمانے میں جو سب شاید سب سے پہلا لکھا تھا، پہلی چیز، پہلا آئٹم۔</w:t>
      </w:r>
    </w:p>
    <w:p>
      <w:r>
        <w:rPr>
          <w:b/>
        </w:rPr>
        <w:t xml:space="preserve">[11:43] </w:t>
      </w:r>
      <w:r>
        <w:t>to woh paper shayad ab bhi kahin mehfooz ho.</w:t>
      </w:r>
    </w:p>
    <w:p>
      <w:pPr>
        <w:jc w:val="right"/>
      </w:pPr>
      <w:r>
        <w:t>تو وہ پیپر شاید اب بھی کہیں محفوظ ہو۔</w:t>
      </w:r>
    </w:p>
    <w:p>
      <w:r>
        <w:rPr>
          <w:b/>
        </w:rPr>
        <w:t xml:space="preserve">[11:46] </w:t>
      </w:r>
      <w:r>
        <w:t>woh chand line ka ek item tha. is mein maine likha tha, is ke taqreeban yahi is ke words the.</w:t>
      </w:r>
    </w:p>
    <w:p>
      <w:pPr>
        <w:jc w:val="right"/>
      </w:pPr>
      <w:r>
        <w:t>وہ چند لائن کا ایک آئٹم تھا۔ اس میں میں نے لکھا تھا، اس کے تقریباً یہی اس کے शब्द تھے۔</w:t>
      </w:r>
    </w:p>
    <w:p>
      <w:r>
        <w:rPr>
          <w:b/>
        </w:rPr>
        <w:t xml:space="preserve">[11:59] </w:t>
      </w:r>
      <w:r>
        <w:t>keh aik bachcha apni maan se kehta hai. aik bachcha apni maan se kehta hai keh maan, dekho chand mujh ko kitna zyada pyar karta hai.</w:t>
      </w:r>
    </w:p>
    <w:p>
      <w:pPr>
        <w:jc w:val="right"/>
      </w:pPr>
      <w:r>
        <w:t>کہ ایک بچہ اپنی ماں سے کہتا ہے۔ ایک بچہ اپنی ماں سے کہتا ہے کہ ماں، دیکھو چاند مجھ کو کتنا زیادہ پیار کرتا ہے۔</w:t>
      </w:r>
    </w:p>
    <w:p>
      <w:r>
        <w:rPr>
          <w:b/>
        </w:rPr>
        <w:t xml:space="preserve">[12:13] </w:t>
      </w:r>
      <w:r>
        <w:t>jab mein chalta hoon to chand bhi mere saath chalne lagta hai. bachpan mein yeh linein mein ne likhi theen. keh maan, dekho chand mujh se kitna zyada pyar karta hai.</w:t>
      </w:r>
    </w:p>
    <w:p>
      <w:pPr>
        <w:jc w:val="right"/>
      </w:pPr>
      <w:r>
        <w:t>جب میں چلتا ہوں تو چاند بھی میرے ساتھ چلنے لگتا ہے۔ بچپن میں یہ لائنیں میں نے لکھی تھیں۔ کہ ماں، دیکھو چاند مجھ سے کتنا زیادہ پیار کرتا ہے۔</w:t>
      </w:r>
    </w:p>
    <w:p>
      <w:r>
        <w:rPr>
          <w:b/>
        </w:rPr>
        <w:t xml:space="preserve">[12:31] </w:t>
      </w:r>
      <w:r>
        <w:t>jab mein chalta hoon to chand bhi mere saath chalne lagta hai.</w:t>
      </w:r>
    </w:p>
    <w:p>
      <w:pPr>
        <w:jc w:val="right"/>
      </w:pPr>
      <w:r>
        <w:t>جب میں چلتا ہوں تو چاند بھی میرے ساتھ چلنے لگتا ہے۔</w:t>
      </w:r>
    </w:p>
    <w:p>
      <w:r>
        <w:rPr>
          <w:b/>
        </w:rPr>
        <w:t xml:space="preserve">[12:37] </w:t>
      </w:r>
      <w:r>
        <w:t>aaj mein sochta hoon keh aisa maani kyun likha?</w:t>
      </w:r>
    </w:p>
    <w:p>
      <w:pPr>
        <w:jc w:val="right"/>
      </w:pPr>
      <w:r>
        <w:t>آج میں سوچتا ہوں کہ ایسا معنی کیوں لکھا؟</w:t>
      </w:r>
    </w:p>
    <w:p>
      <w:r>
        <w:rPr>
          <w:b/>
        </w:rPr>
        <w:t xml:space="preserve">[12:42] </w:t>
      </w:r>
      <w:r>
        <w:t>unconsciousli yeh meri nature bol rahi thi. har insaan ka nature chahta hai keh</w:t>
      </w:r>
    </w:p>
    <w:p>
      <w:pPr>
        <w:jc w:val="right"/>
      </w:pPr>
      <w:r>
        <w:t>انکانسشیسلی یہ میری نیچر بول رہی تھی۔ ہر انسان کا نیچر چاہتا ہے کہ</w:t>
      </w:r>
    </w:p>
    <w:p>
      <w:r>
        <w:rPr>
          <w:b/>
        </w:rPr>
        <w:t xml:space="preserve">[12:52] </w:t>
      </w:r>
      <w:r>
        <w:t>jo reality hai us se is ka contact ho. cosmic realities.</w:t>
      </w:r>
    </w:p>
    <w:p>
      <w:pPr>
        <w:jc w:val="right"/>
      </w:pPr>
      <w:r>
        <w:t>جو ریلیٹی ہے اس سے اس کا کنٹیکٹ ہو۔ کاسمک ریلیٹیز۔</w:t>
      </w:r>
    </w:p>
    <w:p>
      <w:r>
        <w:rPr>
          <w:b/>
        </w:rPr>
        <w:t xml:space="preserve">[13:01] </w:t>
      </w:r>
      <w:r>
        <w:t>hum se oopar jo aik sachai hai us se mera contact ho. woh mere saath chale aur mein us ke saath chaloon.</w:t>
      </w:r>
    </w:p>
    <w:p>
      <w:pPr>
        <w:jc w:val="right"/>
      </w:pPr>
      <w:r>
        <w:t>ہم سے اوپر جو ایک سچائی ہے اس سے میرا کنٹیکٹ ہو۔ وہ میرے ساتھ چلے اور میں اس کے ساتھ چلوں۔</w:t>
      </w:r>
    </w:p>
    <w:p>
      <w:r>
        <w:rPr>
          <w:b/>
        </w:rPr>
        <w:t xml:space="preserve">[13:11] </w:t>
      </w:r>
      <w:r>
        <w:t>us se mera conversation ho. woh mujh ko pyar kare aur mein us ko pyar karoon.</w:t>
      </w:r>
    </w:p>
    <w:p>
      <w:pPr>
        <w:jc w:val="right"/>
      </w:pPr>
      <w:r>
        <w:t>اس سے میرا کنورسیشن ہو۔ وہ مجھ کو پیار کرے اور میں اس کو پیار کروں۔</w:t>
      </w:r>
    </w:p>
    <w:p>
      <w:r>
        <w:rPr>
          <w:b/>
        </w:rPr>
        <w:t xml:space="preserve">[13:21] </w:t>
      </w:r>
      <w:r>
        <w:t>mein samajhta hoon keh yeh mera aur har insaan ka jo nature hai isi ne reflect kiya tha meri un lineon mein.</w:t>
      </w:r>
    </w:p>
    <w:p>
      <w:pPr>
        <w:jc w:val="right"/>
      </w:pPr>
      <w:r>
        <w:t>میں سمجھتا ہوں کہ یہ میرا اور ہر انسان کا جو نیچر ہے اسی نے ریفلیکٹ کیا تھا میری ان لائنوں میں۔</w:t>
      </w:r>
    </w:p>
    <w:p>
      <w:r>
        <w:rPr>
          <w:b/>
        </w:rPr>
        <w:t xml:space="preserve">[13:32] </w:t>
      </w:r>
      <w:r>
        <w:t>keh jab mein ne kaha likha keh maan, dekho chand mujh se kitna zyada pyar karta hai. jab mein chalta hoon to woh bhi mere saath chalne lagta hai.</w:t>
      </w:r>
    </w:p>
    <w:p>
      <w:pPr>
        <w:jc w:val="right"/>
      </w:pPr>
      <w:r>
        <w:t>کہ جب میں نے کہا لکھا کہ ماں، دیکھو چاند مجھ سے کتنا زیادہ پیار کرتا ہے۔ جب میں چلتا ہوں تو وہ بھی میرے ساتھ چلنے لگتا ہے۔</w:t>
      </w:r>
    </w:p>
    <w:p>
      <w:r>
        <w:rPr>
          <w:b/>
        </w:rPr>
        <w:t xml:space="preserve">[13:45] </w:t>
      </w:r>
      <w:r>
        <w:t>yeh cheez baat ko mujhe discovery ke darje mein mili. us waqt to aik bachpan ka aik aik base wajah samajha.</w:t>
      </w:r>
    </w:p>
    <w:p>
      <w:pPr>
        <w:jc w:val="right"/>
      </w:pPr>
      <w:r>
        <w:t>یہ چیز بات کو مجھے ڈسکوری کے درجے میں ملی۔ اس وقت تو ایک بچپن کا ایک ایک بیس وجہ سمجھا۔</w:t>
      </w:r>
    </w:p>
    <w:p>
      <w:r>
        <w:rPr>
          <w:b/>
        </w:rPr>
        <w:t xml:space="preserve">[13:57] </w:t>
      </w:r>
      <w:r>
        <w:t>aik taassur tha, aik reflection tha.</w:t>
      </w:r>
    </w:p>
    <w:p>
      <w:pPr>
        <w:jc w:val="right"/>
      </w:pPr>
      <w:r>
        <w:t>ایک تاثر تھا، ایک ریفلیکشن تھا۔</w:t>
      </w:r>
    </w:p>
    <w:p>
      <w:r>
        <w:rPr>
          <w:b/>
        </w:rPr>
        <w:t xml:space="preserve">[14:00] </w:t>
      </w:r>
      <w:r>
        <w:t>us waqt mein is ki gehraiyon ko nahin jaanta tha. aaj mein sochta hoon to lagta hai keh meri nature thi jo boli. jo har insaan ke andar hai.</w:t>
      </w:r>
    </w:p>
    <w:p>
      <w:pPr>
        <w:jc w:val="right"/>
      </w:pPr>
      <w:r>
        <w:t>اس وقت میں اس کی گہرائیوں کو نہیں جانتا تھا۔ آج میں سوچتا ہوں تو لگتا ہے کہ میری نیچر تھی جو بولی۔ جو ہر انسان کے اندر ہے۔</w:t>
      </w:r>
    </w:p>
    <w:p>
      <w:r>
        <w:rPr>
          <w:b/>
        </w:rPr>
        <w:t xml:space="preserve">[14:11] </w:t>
      </w:r>
      <w:r>
        <w:t>har insaan ke andar aik chupi hui arz hai. keh mujh se bhi bara koi hai.</w:t>
      </w:r>
    </w:p>
    <w:p>
      <w:pPr>
        <w:jc w:val="right"/>
      </w:pPr>
      <w:r>
        <w:t>ہر انسان کے اندر ایک چھپی ہوئی عرض ہے۔ کہ مجھ سے بھی بڑا کوئی ہے۔</w:t>
      </w:r>
    </w:p>
    <w:p>
      <w:r>
        <w:rPr>
          <w:b/>
        </w:rPr>
        <w:t xml:space="preserve">[14:20] </w:t>
      </w:r>
      <w:r>
        <w:t>mujh se bhi oopar koi hai. aur woh chahta hai keh us se is ka contact ho.</w:t>
      </w:r>
    </w:p>
    <w:p>
      <w:pPr>
        <w:jc w:val="right"/>
      </w:pPr>
      <w:r>
        <w:t>مجھ سے بھی اوپر کوئی ہے۔ اور وہ چاہتا ہے کہ اس سے اس کا کنٹیکٹ ہو۔</w:t>
      </w:r>
    </w:p>
    <w:p>
      <w:r>
        <w:rPr>
          <w:b/>
        </w:rPr>
        <w:t xml:space="preserve">[14:30] </w:t>
      </w:r>
      <w:r>
        <w:t>mein ne aik baar parha tha aik item. jo new york se parcha nikalta hai, time.</w:t>
      </w:r>
    </w:p>
    <w:p>
      <w:pPr>
        <w:jc w:val="right"/>
      </w:pPr>
      <w:r>
        <w:t>میں نے ایک بار پڑھا تھا ایک آئٹم۔ جو نیویارک سے پرچہ نکلتا ہے، ٹائم۔</w:t>
      </w:r>
    </w:p>
    <w:p>
      <w:r>
        <w:rPr>
          <w:b/>
        </w:rPr>
        <w:t xml:space="preserve">[14:40] </w:t>
      </w:r>
      <w:r>
        <w:t>woh muhammad ali qalle ke baray mein tha. aap jante hain keh muhammad ali qalle bara hi arrogant aadmi hai.</w:t>
      </w:r>
    </w:p>
    <w:p>
      <w:pPr>
        <w:jc w:val="right"/>
      </w:pPr>
      <w:r>
        <w:t>وہ محمد علی قلعے کے بارے میں تھا۔ آپ جانتے ہیں کہ محمد علی قلعے بڑا ہی آرگینٹ آدمی ہے۔</w:t>
      </w:r>
    </w:p>
    <w:p>
      <w:r>
        <w:rPr>
          <w:b/>
        </w:rPr>
        <w:t xml:space="preserve">[14:53] </w:t>
      </w:r>
      <w:r>
        <w:t>woh kehta tha keh i am the king of the world.</w:t>
      </w:r>
    </w:p>
    <w:p>
      <w:pPr>
        <w:jc w:val="right"/>
      </w:pPr>
      <w:r>
        <w:t>وہ کہتا تھا کہ آئی ایم دا کنگ آف دا ورلڈ۔</w:t>
      </w:r>
    </w:p>
    <w:p>
      <w:r>
        <w:rPr>
          <w:b/>
        </w:rPr>
        <w:t xml:space="preserve">[14:57] </w:t>
      </w:r>
      <w:r>
        <w:t>lekin aik guru se is ki mulaqat hui. us guru ke aagay usay surrender kar diya.</w:t>
      </w:r>
    </w:p>
    <w:p>
      <w:pPr>
        <w:jc w:val="right"/>
      </w:pPr>
      <w:r>
        <w:t>لیکن ایک گرو سے اس کی ملاقات ہوئی۔ اس گرو کے آگے اسے سرینڈر کر دیا۔</w:t>
      </w:r>
    </w:p>
    <w:p>
      <w:r>
        <w:rPr>
          <w:b/>
        </w:rPr>
        <w:t xml:space="preserve">[15:07] </w:t>
      </w:r>
      <w:r>
        <w:t>to time ne is ka analysis kiya tha. keh kitna bara arrogant aadmi. jo apne aap ko king of the world kehta tha.</w:t>
      </w:r>
    </w:p>
    <w:p>
      <w:pPr>
        <w:jc w:val="right"/>
      </w:pPr>
      <w:r>
        <w:t>تو ٹائم نے اس کا انالیسز کیا تھا۔ کہ کتنا بڑا آرگینٹ آدمی۔ جو اپنے آپ کو کنگ آف دا ورلڈ کہتا تھا۔</w:t>
      </w:r>
    </w:p>
    <w:p>
      <w:r>
        <w:rPr>
          <w:b/>
        </w:rPr>
        <w:t xml:space="preserve">[15:18] </w:t>
      </w:r>
      <w:r>
        <w:t>kyun aik guru ke aagay usay surrender kar diya?</w:t>
      </w:r>
    </w:p>
    <w:p>
      <w:pPr>
        <w:jc w:val="right"/>
      </w:pPr>
      <w:r>
        <w:t>کیوں ایک گرو کے آگے اسے سرینڈر کر دیا؟</w:t>
      </w:r>
    </w:p>
    <w:p>
      <w:r>
        <w:rPr>
          <w:b/>
        </w:rPr>
        <w:t xml:space="preserve">[15:22] </w:t>
      </w:r>
      <w:r>
        <w:t>us ne bataya tha keh insaan ki psychology yeh hai. keh kahin na kahin is ke mind mein chupa hua hota hai keh koi mujh se bhi bara hai.</w:t>
      </w:r>
    </w:p>
    <w:p>
      <w:pPr>
        <w:jc w:val="right"/>
      </w:pPr>
      <w:r>
        <w:t>اس نے بتایا تھا کہ انسان کی سائیکالوجی یہ ہے۔ کہ کہیں نہ کہیں اس کے مائنڈ میں چھپا ہوا ہوتا ہے کہ کوئی مجھ سے بھی بڑا ہے۔</w:t>
      </w:r>
    </w:p>
    <w:p>
      <w:r>
        <w:rPr>
          <w:b/>
        </w:rPr>
        <w:t xml:space="preserve">[15:33] </w:t>
      </w:r>
      <w:r>
        <w:t>yeh us ne scientific analysis kiya tha is ka. koi mujh se bhi bara hai. agarchay woh gharoor dikhata hai, ghamand dikhata hai, ego dikhata hai.</w:t>
      </w:r>
    </w:p>
    <w:p>
      <w:pPr>
        <w:jc w:val="right"/>
      </w:pPr>
      <w:r>
        <w:t>یہ اس نے سائنٹیفک انالیسز کیا تھا اس کا۔ کوئی مجھ سے بھی بڑا ہے۔ اگرچہ وہ غرور دکھاتا ہے، گھمنڈ دکھاتا ہے، ایگو دکھاتا ہے۔</w:t>
      </w:r>
    </w:p>
    <w:p>
      <w:r>
        <w:rPr>
          <w:b/>
        </w:rPr>
        <w:t xml:space="preserve">[15:45] </w:t>
      </w:r>
      <w:r>
        <w:t>lekin yeh superficial baat hoti hai.</w:t>
      </w:r>
    </w:p>
    <w:p>
      <w:pPr>
        <w:jc w:val="right"/>
      </w:pPr>
      <w:r>
        <w:t>لیکن یہ سپرفیلس بات ہوتی ہے۔</w:t>
      </w:r>
    </w:p>
    <w:p>
      <w:r>
        <w:rPr>
          <w:b/>
        </w:rPr>
        <w:t xml:space="preserve">[15:49] </w:t>
      </w:r>
      <w:r>
        <w:t>inner core par kahin. inner core par kahin chupa hua hota hai. keh o god, you are greater than myself.</w:t>
      </w:r>
    </w:p>
    <w:p>
      <w:pPr>
        <w:jc w:val="right"/>
      </w:pPr>
      <w:r>
        <w:t>انر کور پر کہیں۔ انر کور پر کہیں چھپا ہوا ہوتا ہے۔ کہ او گاڈ، یو آر گریٹر دین مائی سیلف۔</w:t>
      </w:r>
    </w:p>
    <w:p>
      <w:r>
        <w:rPr>
          <w:b/>
        </w:rPr>
        <w:t xml:space="preserve">[16:04] </w:t>
      </w:r>
      <w:r>
        <w:t>to woh inner core jo hai jab kahin koi aisa insan mil jata hai. jo usko touch kar de, us inner core ko.</w:t>
      </w:r>
    </w:p>
    <w:p>
      <w:pPr>
        <w:jc w:val="right"/>
      </w:pPr>
      <w:r>
        <w:t>تو وہ انر کور جو ہے جب کہیں کوئی ایسا انسان مل جاتا ہے۔ جو اس کو ٹچ کر دے، اس انر کور کو۔</w:t>
      </w:r>
    </w:p>
    <w:p>
      <w:r>
        <w:rPr>
          <w:b/>
        </w:rPr>
        <w:t xml:space="preserve">[16:12] </w:t>
      </w:r>
      <w:r>
        <w:t>to wahan woh surrender kar deta hai.</w:t>
      </w:r>
    </w:p>
    <w:p>
      <w:pPr>
        <w:jc w:val="right"/>
      </w:pPr>
      <w:r>
        <w:t>تو وہاں وہ سرینڈر کر دیتا ہے۔</w:t>
      </w:r>
    </w:p>
    <w:p>
      <w:r>
        <w:rPr>
          <w:b/>
        </w:rPr>
        <w:t xml:space="preserve">[16:17] </w:t>
      </w:r>
      <w:r>
        <w:t>ke yahan hai woh god jis ko main dhoondh raha tha.</w:t>
      </w:r>
    </w:p>
    <w:p>
      <w:pPr>
        <w:jc w:val="right"/>
      </w:pPr>
      <w:r>
        <w:t>کہ یہاں ہے وہ گاڈ جس کو میں ڈھونڈ رہا تھا۔</w:t>
      </w:r>
    </w:p>
    <w:p>
      <w:r>
        <w:rPr>
          <w:b/>
        </w:rPr>
        <w:t xml:space="preserve">[16:23] </w:t>
      </w:r>
      <w:r>
        <w:t>har insan, har insan, har insan apne andar.</w:t>
      </w:r>
    </w:p>
    <w:p>
      <w:pPr>
        <w:jc w:val="right"/>
      </w:pPr>
      <w:r>
        <w:t>ہر انسان، ہر انسان، ہر انسان اپنے اندر۔</w:t>
      </w:r>
    </w:p>
    <w:p>
      <w:r>
        <w:rPr>
          <w:b/>
        </w:rPr>
        <w:t xml:space="preserve">[16:30] </w:t>
      </w:r>
      <w:r>
        <w:t>har insan ke inner core, har insan ke inner core mein yeh ehsas chupa hua hai.</w:t>
      </w:r>
    </w:p>
    <w:p>
      <w:pPr>
        <w:jc w:val="right"/>
      </w:pPr>
      <w:r>
        <w:t>ہر انسان کے انر کور، ہر انسان کے انر کور میں یہ احساس چھپا ہوا ہے۔</w:t>
      </w:r>
    </w:p>
    <w:p>
      <w:r>
        <w:rPr>
          <w:b/>
        </w:rPr>
        <w:t xml:space="preserve">[16:38] </w:t>
      </w:r>
      <w:r>
        <w:t>jab tak insan is khuda ko nahi pata. is bare ko nahi pata. is super king ko nahi pata.</w:t>
      </w:r>
    </w:p>
    <w:p>
      <w:pPr>
        <w:jc w:val="right"/>
      </w:pPr>
      <w:r>
        <w:t>جب تک انسان اس خدا کو نہیں پاتا۔ اس بڑے کو نہیں پاتا۔ اس سپر کنگ کو نہیں پاتا۔</w:t>
      </w:r>
    </w:p>
    <w:p>
      <w:r>
        <w:rPr>
          <w:b/>
        </w:rPr>
        <w:t xml:space="preserve">[16:48] </w:t>
      </w:r>
      <w:r>
        <w:t>tab tak bari bari batein karta hai.</w:t>
      </w:r>
    </w:p>
    <w:p>
      <w:pPr>
        <w:jc w:val="right"/>
      </w:pPr>
      <w:r>
        <w:t>تب تک بڑی بڑی باتیں کرتا ہے۔</w:t>
      </w:r>
    </w:p>
    <w:p>
      <w:r>
        <w:rPr>
          <w:b/>
        </w:rPr>
        <w:t xml:space="preserve">[16:55] </w:t>
      </w:r>
      <w:r>
        <w:t>dehat mein ek misl hai ke oont jab tak pahad ko nahi dekhta woh bilbilata rehta hai.</w:t>
      </w:r>
    </w:p>
    <w:p>
      <w:pPr>
        <w:jc w:val="right"/>
      </w:pPr>
      <w:r>
        <w:t>دیہات میں ایک مثل ہے کہ اونٹ جب تک پہاڑ کو نہیں دیکھتا وہ بلبلاتا رہتا ہے۔</w:t>
      </w:r>
    </w:p>
    <w:p>
      <w:r>
        <w:rPr>
          <w:b/>
        </w:rPr>
        <w:t xml:space="preserve">[17:03] </w:t>
      </w:r>
      <w:r>
        <w:t>aap ne agar kabhi dekha ho ke oont jo hai ek khaas thing par bolta hai, us ko bilbilana kehte hain. to dehat mein ek misl hai ke oont jab tak pahad ko nahi dekhta woh bilbilata rehta hai.</w:t>
      </w:r>
    </w:p>
    <w:p>
      <w:pPr>
        <w:jc w:val="right"/>
      </w:pPr>
      <w:r>
        <w:t>آپ نے اگر کبھی دیکھا ہو کہ اونٹ جو ہے ایک خاص ٹھنگ پر بولتا ہے، اس کو بلبلانا کہتے ہیں۔ تو دیہات میں ایک مثل ہے کہ اونٹ جب تک پہاڑ کو نہیں دیکھتا وہ بلبلاتا رہتا ہے۔</w:t>
      </w:r>
    </w:p>
    <w:p>
      <w:r>
        <w:rPr>
          <w:b/>
        </w:rPr>
        <w:t xml:space="preserve">[17:17] </w:t>
      </w:r>
      <w:r>
        <w:t>yeh insan ka haal hai.</w:t>
      </w:r>
    </w:p>
    <w:p>
      <w:pPr>
        <w:jc w:val="right"/>
      </w:pPr>
      <w:r>
        <w:t>یہ انسان کا حال ہے۔</w:t>
      </w:r>
    </w:p>
    <w:p>
      <w:r>
        <w:rPr>
          <w:b/>
        </w:rPr>
        <w:t xml:space="preserve">[17:20] </w:t>
      </w:r>
      <w:r>
        <w:t>jab tak is bare khuda, bare creator, bari hasti se is ka contact nahi hota. tab tak woh yahi karta hai ke woh ego, organs,</w:t>
      </w:r>
    </w:p>
    <w:p>
      <w:pPr>
        <w:jc w:val="right"/>
      </w:pPr>
      <w:r>
        <w:t>جب تک اس بڑے خدا، بڑے کریٹر، بڑی ہستی سے اس کا کنٹیکٹ نہیں ہوتا۔ تب تک وہ یہی کرتا ہے کہ وہ ایگو، آرگینس،</w:t>
      </w:r>
    </w:p>
    <w:p>
      <w:r>
        <w:rPr>
          <w:b/>
        </w:rPr>
        <w:t xml:space="preserve">[17:33] </w:t>
      </w:r>
      <w:r>
        <w:t>mind sab kuch woh bolta hai. I am the king of the world.</w:t>
      </w:r>
    </w:p>
    <w:p>
      <w:pPr>
        <w:jc w:val="right"/>
      </w:pPr>
      <w:r>
        <w:t>مائنڈ سب کچھ وہ بولتا ہے۔ آئی ایم دا کنگ آف دا ورلڈ۔</w:t>
      </w:r>
    </w:p>
    <w:p>
      <w:r>
        <w:rPr>
          <w:b/>
        </w:rPr>
        <w:t xml:space="preserve">[17:38] </w:t>
      </w:r>
      <w:r>
        <w:t>lekin jab aisa hota hai. ke woh is ke contact mein aa jata hai. to is ka inner core jo hai woh jaag parta hai.</w:t>
      </w:r>
    </w:p>
    <w:p>
      <w:pPr>
        <w:jc w:val="right"/>
      </w:pPr>
      <w:r>
        <w:t>لیکن جب ایسا ہوتا ہے۔ کہ وہ اس کے کنٹیکٹ میں آ جاتا ہے۔ تو اس کا انر کور جو ہے وہ جاگ پڑتا ہے۔</w:t>
      </w:r>
    </w:p>
    <w:p>
      <w:r>
        <w:rPr>
          <w:b/>
        </w:rPr>
        <w:t xml:space="preserve">[17:54] </w:t>
      </w:r>
      <w:r>
        <w:t>is ke baad woh afford nahi kar sakta ke woh surrender na kare. woh afford nahi kar sakta ke surrender na kare. kyun ke jo cheez us ko jis ki use talash thi us ko mil gayi.</w:t>
      </w:r>
    </w:p>
    <w:p>
      <w:pPr>
        <w:jc w:val="right"/>
      </w:pPr>
      <w:r>
        <w:t>اس کے بعد وہ افورڈ نہیں کر سکتا کہ وہ سرینڈر نہ کرے۔ وہ افورڈ نہیں کر سکتا کہ سرینڈر نہ کرے۔ کیوں کہ جو چیز اس کو جس کی اسے تلاش تھی اس کو مل گئی۔</w:t>
      </w:r>
    </w:p>
    <w:p>
      <w:r>
        <w:rPr>
          <w:b/>
        </w:rPr>
        <w:t xml:space="preserve">[18:07] </w:t>
      </w:r>
      <w:r>
        <w:t>isi surrender mein us ko sukoon milta hai. is surrender mein us ko peace milta hai. is surrender mein use solace milta hai. to ek bechain rooh, ek unrest soul aakhir kar apne</w:t>
      </w:r>
    </w:p>
    <w:p>
      <w:pPr>
        <w:jc w:val="right"/>
      </w:pPr>
      <w:r>
        <w:t>اسی سرینڈر میں اس کو سکون ملتا ہے۔ اس سرینڈر میں اس کو پیس ملتا ہے۔ اس سرینڈر میں اسے سولس ملتا ہے۔ تو ایک بے چین روح، ایک ان ریسٹ سول آخر کار اپنے</w:t>
      </w:r>
    </w:p>
    <w:p>
      <w:r>
        <w:rPr>
          <w:b/>
        </w:rPr>
        <w:t xml:space="preserve">[18:26] </w:t>
      </w:r>
      <w:r>
        <w:t>apne peace ko pa leti hai.</w:t>
      </w:r>
    </w:p>
    <w:p>
      <w:pPr>
        <w:jc w:val="right"/>
      </w:pPr>
      <w:r>
        <w:t>اپنے پیس کو پا لیتی ہے۔</w:t>
      </w:r>
    </w:p>
    <w:p>
      <w:r>
        <w:rPr>
          <w:b/>
        </w:rPr>
        <w:t xml:space="preserve">[18:31] </w:t>
      </w:r>
      <w:r>
        <w:t>to yeh hai insan ki harkat</w:t>
      </w:r>
    </w:p>
    <w:p>
      <w:pPr>
        <w:jc w:val="right"/>
      </w:pPr>
      <w:r>
        <w:t>تو یہ ہے انسان کی حرکت</w:t>
      </w:r>
    </w:p>
    <w:p>
      <w:r>
        <w:rPr>
          <w:b/>
        </w:rPr>
        <w:t xml:space="preserve">[18:36] </w:t>
      </w:r>
      <w:r>
        <w:t>. insan apne aap se un aware hone ki wajah se bohat hi superfluous qism ki cheezon mein apne ko busy rakhta hai.</w:t>
      </w:r>
    </w:p>
    <w:p>
      <w:pPr>
        <w:jc w:val="right"/>
      </w:pPr>
      <w:r>
        <w:t>۔ انسان اپنے آپ سے ان اویئر ہونے کی وجہ سے بہت ہی سپرفیلس قسم کی کی چیزوں میں اپنے کو بزی رکھتا ہے۔</w:t>
      </w:r>
    </w:p>
    <w:p>
      <w:r>
        <w:rPr>
          <w:b/>
        </w:rPr>
        <w:t xml:space="preserve">[18:46] </w:t>
      </w:r>
      <w:r>
        <w:t>aur jhooti khushi, jhooti khushi hans kar khush hota hai. aap yaqeen kijiye ke jo log qehqe lagate hain woh jhoote qehqe hote hain.</w:t>
      </w:r>
    </w:p>
    <w:p>
      <w:pPr>
        <w:jc w:val="right"/>
      </w:pPr>
      <w:r>
        <w:t>اور جھوٹی خوشی، جھوٹی خوشی ہنس کر خوش ہوتا ہے۔ آپ یقین کیجیے کہ جو لوگ قہقہے لگاتے ہیں وہ جھوٹے قہقہے ہوتے ہیں۔</w:t>
      </w:r>
    </w:p>
    <w:p>
      <w:r>
        <w:rPr>
          <w:b/>
        </w:rPr>
        <w:t xml:space="preserve">[18:56] </w:t>
      </w:r>
      <w:r>
        <w:t>mujhe zara bhi shaq nahi. un ke dil mein qehqa nahi hota. un ke dil mein koi khushi nahi hoti.</w:t>
      </w:r>
    </w:p>
    <w:p>
      <w:pPr>
        <w:jc w:val="right"/>
      </w:pPr>
      <w:r>
        <w:t>مجھے ذرا بھی شک نہیں۔ ان کے دل میں قہقہہ نہیں ہوتا۔ ان کے دل میں کوئی خوشی نہیں ہوتی۔</w:t>
      </w:r>
    </w:p>
    <w:p>
      <w:r>
        <w:rPr>
          <w:b/>
        </w:rPr>
        <w:t xml:space="preserve">[19:04] </w:t>
      </w:r>
      <w:r>
        <w:t>jhoote qehqe lagate hain. aur dekhne wale samajh, dekhne wale samajh lete hain ke woh khush hain.</w:t>
      </w:r>
    </w:p>
    <w:p>
      <w:pPr>
        <w:jc w:val="right"/>
      </w:pPr>
      <w:r>
        <w:t>جھوٹے قہقہے لگاتے ہیں۔ اور دیکھنے والے سمجھ، دیکھنے والے سمجھ لیتے ہیں کہ وہ خوش ہیں۔</w:t>
      </w:r>
    </w:p>
    <w:p>
      <w:r>
        <w:rPr>
          <w:b/>
        </w:rPr>
        <w:t xml:space="preserve">[19:15] </w:t>
      </w:r>
      <w:r>
        <w:t>koi khush nahi hai. Bertrand Russell ne ek kitaab likhi hai, happiness. woh likhta hai ke happiness is duniya mein possible hi nahi hai.</w:t>
      </w:r>
    </w:p>
    <w:p>
      <w:pPr>
        <w:jc w:val="right"/>
      </w:pPr>
      <w:r>
        <w:t>کوئی خوش نہیں ہے۔ برٹن رسل نے ایک کتاب لکھی ہے، ہیپینس۔ وہ لکھتا ہے کہ ہیپینس اس دنیا میں پاسیبل ہی نہیں ہے۔</w:t>
      </w:r>
    </w:p>
    <w:p>
      <w:r>
        <w:rPr>
          <w:b/>
        </w:rPr>
        <w:t xml:space="preserve">[19:25] </w:t>
      </w:r>
      <w:r>
        <w:t>to woh masnooi, banawati hansi hote hain jo kisi ke chehre par aap dekhte hain.</w:t>
      </w:r>
    </w:p>
    <w:p>
      <w:pPr>
        <w:jc w:val="right"/>
      </w:pPr>
      <w:r>
        <w:t>تو وہ مصنوعی، بناوٹی ہنسی ہوتے ہیں جو کسی کے چہرے پر آپ دیکھتے ہیں۔</w:t>
      </w:r>
    </w:p>
    <w:p>
      <w:r>
        <w:rPr>
          <w:b/>
        </w:rPr>
        <w:t xml:space="preserve">[19:30] </w:t>
      </w:r>
      <w:r>
        <w:t>aap magazine mein, aap paper mein dekhte hain hansta hua ek chehra. rangin photo. yeh sab masnooi hota hai.</w:t>
      </w:r>
    </w:p>
    <w:p>
      <w:pPr>
        <w:jc w:val="right"/>
      </w:pPr>
      <w:r>
        <w:t>آپ میگزین میں، آپ پیپر میں دیکھتے ہیں ہنستا ہوا ایک چہرہ۔ رنگین فوٹو۔ یہ سب مصنوعی ہوتا ہے۔</w:t>
      </w:r>
    </w:p>
    <w:p>
      <w:r>
        <w:rPr>
          <w:b/>
        </w:rPr>
        <w:t xml:space="preserve">[19:43] </w:t>
      </w:r>
      <w:r>
        <w:t>ho ho culture jo aaj kal chala hua hai darasal woh bhlawa culture hai. ho ho culture khushi ke liye nahi hota hai. bhlawa ke liye hota hai.</w:t>
      </w:r>
    </w:p>
    <w:p>
      <w:pPr>
        <w:jc w:val="right"/>
      </w:pPr>
      <w:r>
        <w:t>ہو ہا کلچر جو آج کل چلا ہوا ہے دراصل وہ بھلاوا کلچر ہے۔ ہو ہا کلچر خوشی کے لیے نہیں ہوتا ہے۔ بھلاوے کے لیے ہوتا ہے۔</w:t>
      </w:r>
    </w:p>
    <w:p>
      <w:r>
        <w:rPr>
          <w:b/>
        </w:rPr>
        <w:t xml:space="preserve">[19:55] </w:t>
      </w:r>
      <w:r>
        <w:t>kyun ke aadmi andar se seed hai. to woh kya kar</w:t>
      </w:r>
    </w:p>
    <w:p>
      <w:pPr>
        <w:jc w:val="right"/>
      </w:pPr>
      <w:r>
        <w:t>کیوں کہ آدمی اندر سے سیڈ ہے۔ تو وہ کیا کر</w:t>
      </w:r>
    </w:p>
    <w:p>
      <w:r>
        <w:rPr>
          <w:b/>
        </w:rPr>
        <w:t xml:space="preserve">[19:59] </w:t>
      </w:r>
      <w:r>
        <w:t>ta hai, ho ha kar ke apne ko zahiri taur par. jaise sharab pi kar koi apne aap ko masnooi taur par peace hasil karay.</w:t>
      </w:r>
    </w:p>
    <w:p>
      <w:pPr>
        <w:jc w:val="right"/>
      </w:pPr>
      <w:r>
        <w:t>تا ہے، ہو ہا کر کے اپنے کو ظاہری طور پر۔ جیسے شراب پی کر کوئی اپنے آپ کو مصنوعی طور پر پیس حاصل کرے۔</w:t>
      </w:r>
    </w:p>
    <w:p>
      <w:r>
        <w:rPr>
          <w:b/>
        </w:rPr>
        <w:t xml:space="preserve">[20:14] </w:t>
      </w:r>
      <w:r>
        <w:t>isi tarah se haal hai insaan ka.</w:t>
      </w:r>
    </w:p>
    <w:p>
      <w:pPr>
        <w:jc w:val="right"/>
      </w:pPr>
      <w:r>
        <w:t>اسی طرح سے حال ہے انسان کا۔</w:t>
      </w:r>
    </w:p>
    <w:p>
      <w:r>
        <w:rPr>
          <w:b/>
        </w:rPr>
        <w:t xml:space="preserve">[20:18] </w:t>
      </w:r>
      <w:r>
        <w:t>mein ne aik martaba parha tha aik qissa. ke</w:t>
      </w:r>
    </w:p>
    <w:p>
      <w:pPr>
        <w:jc w:val="right"/>
      </w:pPr>
      <w:r>
        <w:t>میں نے ایک مرتبہ پڑھا تھا ایک قصہ۔ کہ</w:t>
      </w:r>
    </w:p>
    <w:p>
      <w:r>
        <w:rPr>
          <w:b/>
        </w:rPr>
        <w:t xml:space="preserve">[20:27] </w:t>
      </w:r>
      <w:r>
        <w:t>aik britain mein aik aadmi. britain mein aik shakhs jo counseling karta tha.</w:t>
      </w:r>
    </w:p>
    <w:p>
      <w:pPr>
        <w:jc w:val="right"/>
      </w:pPr>
      <w:r>
        <w:t>ایک برٹن میں ایک آدمی۔ برٹن میں ایک شخص جو کونسلنگ کرتا تھا۔</w:t>
      </w:r>
    </w:p>
    <w:p>
      <w:r>
        <w:rPr>
          <w:b/>
        </w:rPr>
        <w:t xml:space="preserve">[20:36] </w:t>
      </w:r>
      <w:r>
        <w:t>psychiatrist tha is ke paas aik case aaya.</w:t>
      </w:r>
    </w:p>
    <w:p>
      <w:pPr>
        <w:jc w:val="right"/>
      </w:pPr>
      <w:r>
        <w:t>سائیکیٹرسٹ تھا۔ اس کے پاس ایک کیس آیا۔</w:t>
      </w:r>
    </w:p>
    <w:p>
      <w:r>
        <w:rPr>
          <w:b/>
        </w:rPr>
        <w:t xml:space="preserve">[20:42] </w:t>
      </w:r>
      <w:r>
        <w:t>aik aadmi aaya us ne kaha ke mein bohat seed rehta hoon. bohat tension rehta hai. bohat gham mein rehta hoon mein.</w:t>
      </w:r>
    </w:p>
    <w:p>
      <w:pPr>
        <w:jc w:val="right"/>
      </w:pPr>
      <w:r>
        <w:t>ایک آدمی آیا اس نے کہا کہ میں بہت سیڈ رہتا ہوں۔ بہت ٹینشن رہتا ہے۔ بہت غم میں رہتا ہوں میں۔</w:t>
      </w:r>
    </w:p>
    <w:p>
      <w:r>
        <w:rPr>
          <w:b/>
        </w:rPr>
        <w:t xml:space="preserve">[20:51] </w:t>
      </w:r>
      <w:r>
        <w:t>to mujhe koi aisi cheez bataiye ke mein khush reh sakoon. mera tension khatam ho jaye. to psychiatrist ne kaha ke tum charlie chaplin ke show dekha karo.</w:t>
      </w:r>
    </w:p>
    <w:p>
      <w:pPr>
        <w:jc w:val="right"/>
      </w:pPr>
      <w:r>
        <w:t>تو مجھے کوئی ایسی چیز بتائیے کہ میں خوش رہ سکوں۔ میرا ٹینشن ختم ہو جائے۔ تو سائیکیٹرسٹ نے کہا کہ تم چارلی چپلن کے شو دکھا کرو۔</w:t>
      </w:r>
    </w:p>
    <w:p>
      <w:r>
        <w:rPr>
          <w:b/>
        </w:rPr>
        <w:t xml:space="preserve">[21:09] </w:t>
      </w:r>
      <w:r>
        <w:t>aap mein se kai log jante honge ke charlie chaplin aik angrez tha. woh joke mein mashhoor tha.</w:t>
      </w:r>
    </w:p>
    <w:p>
      <w:pPr>
        <w:jc w:val="right"/>
      </w:pPr>
      <w:r>
        <w:t>آپ میں سے کئی لوگ جانتے ہوں گے کہ چارلی چپلن ایک انگریز تھا۔ وہ جوک میں مشہور تھا۔</w:t>
      </w:r>
    </w:p>
    <w:p>
      <w:r>
        <w:rPr>
          <w:b/>
        </w:rPr>
        <w:t xml:space="preserve">[21:20] </w:t>
      </w:r>
      <w:r>
        <w:t>to woh cinema mein aata tha aur woh joke kar ke logon ko hansaya karta tha.</w:t>
      </w:r>
    </w:p>
    <w:p>
      <w:pPr>
        <w:jc w:val="right"/>
      </w:pPr>
      <w:r>
        <w:t>تو وہ سینما میں آتا تھا اور وہ جوک کر کے لوگوں کو ہنسایا کرتا تھا۔</w:t>
      </w:r>
    </w:p>
    <w:p>
      <w:r>
        <w:rPr>
          <w:b/>
        </w:rPr>
        <w:t xml:space="preserve">[21:29] </w:t>
      </w:r>
      <w:r>
        <w:t>to us ne kaha ke tum charlie chaplin ke show dekha karo.</w:t>
      </w:r>
    </w:p>
    <w:p>
      <w:pPr>
        <w:jc w:val="right"/>
      </w:pPr>
      <w:r>
        <w:t>تو اس نے کہا کہ تم چارلی چپلن کے شو دکھا کرو۔</w:t>
      </w:r>
    </w:p>
    <w:p>
      <w:r>
        <w:rPr>
          <w:b/>
        </w:rPr>
        <w:t xml:space="preserve">[21:37] </w:t>
      </w:r>
      <w:r>
        <w:t>to aanay walay ne kaha</w:t>
      </w:r>
    </w:p>
    <w:p>
      <w:pPr>
        <w:jc w:val="right"/>
      </w:pPr>
      <w:r>
        <w:t>تو آنے والے نے کہا</w:t>
      </w:r>
    </w:p>
    <w:p>
      <w:r>
        <w:rPr>
          <w:b/>
        </w:rPr>
        <w:t xml:space="preserve">[21:41] </w:t>
      </w:r>
      <w:r>
        <w:t>ke mein hi to charlie chaplin hoon.</w:t>
      </w:r>
    </w:p>
    <w:p>
      <w:pPr>
        <w:jc w:val="right"/>
      </w:pPr>
      <w:r>
        <w:t>کہ میں ہی تو چارلی چپلن ہوں۔</w:t>
      </w:r>
    </w:p>
    <w:p>
      <w:r>
        <w:rPr>
          <w:b/>
        </w:rPr>
        <w:t xml:space="preserve">[21:47] </w:t>
      </w:r>
      <w:r>
        <w:t>mein hi to charlie chaplin hoon. yaqeen kijiye ke yeh aik aadmi ka case nahi, yeh sab ka case hai.</w:t>
      </w:r>
    </w:p>
    <w:p>
      <w:pPr>
        <w:jc w:val="right"/>
      </w:pPr>
      <w:r>
        <w:t>میں ہی تو چارلی چپلن ہوں۔ یقین کیجیے کہ یہ ایک آدمی کا کیس نہیں، یہ سب کا کیس ہے۔</w:t>
      </w:r>
    </w:p>
    <w:p>
      <w:r>
        <w:rPr>
          <w:b/>
        </w:rPr>
        <w:t xml:space="preserve">[21:58] </w:t>
      </w:r>
      <w:r>
        <w:t>aap yaqeen kijiye ke is maamlay mein soorat-e-haal yeh hai ke aik maa ka bachcha gum ho gaya ho. akela bachcha.</w:t>
      </w:r>
    </w:p>
    <w:p>
      <w:pPr>
        <w:jc w:val="right"/>
      </w:pPr>
      <w:r>
        <w:t>آپ یقین کیجیے کہ اس معاملے میں صورتحال یہ ہے کہ ایک ماں کا بچہ گم ہو گیا ہو۔ اکیلا بچہ۔</w:t>
      </w:r>
    </w:p>
    <w:p>
      <w:r>
        <w:rPr>
          <w:b/>
        </w:rPr>
        <w:t xml:space="preserve">[22:06] </w:t>
      </w:r>
      <w:r>
        <w:t>aik maa ko aik khoobsurat beta paida hua. aur phir kisi wajah se woh gum ho gaya. agar woh maa kisi waqt hans rahi ho to kya aap samajhte hain ke woh sach much hans rahi hai woh?</w:t>
      </w:r>
    </w:p>
    <w:p>
      <w:pPr>
        <w:jc w:val="right"/>
      </w:pPr>
      <w:r>
        <w:t>ایک ماں کو ایک خوبصورت بیٹا پیدا ہوا۔ اور پھر کسی وجہ سے وہ گم ہو گیا۔ اگر وہ ماں کسی وقت ہنس رہی ہو تو کیا آپ سمجھتے ہیں کہ وہ سچ مچ ہنس رہی ہے وہ؟</w:t>
      </w:r>
    </w:p>
    <w:p>
      <w:r>
        <w:rPr>
          <w:b/>
        </w:rPr>
        <w:t xml:space="preserve">[22:22] </w:t>
      </w:r>
      <w:r>
        <w:t>apne gham ko bhula rahi hai.</w:t>
      </w:r>
    </w:p>
    <w:p>
      <w:pPr>
        <w:jc w:val="right"/>
      </w:pPr>
      <w:r>
        <w:t>اپنے غم کو بھلا رہی ہے۔</w:t>
      </w:r>
    </w:p>
    <w:p>
      <w:r>
        <w:rPr>
          <w:b/>
        </w:rPr>
        <w:t xml:space="preserve">[22:28] </w:t>
      </w:r>
      <w:r>
        <w:t>us ka beta us ke dil mein itna baitha hua hoga.</w:t>
      </w:r>
    </w:p>
    <w:p>
      <w:pPr>
        <w:jc w:val="right"/>
      </w:pPr>
      <w:r>
        <w:t>اس کا بیٹا اس کے دل میں اتنا بیٹھا ہوا ہوگا۔</w:t>
      </w:r>
    </w:p>
    <w:p>
      <w:r>
        <w:rPr>
          <w:b/>
        </w:rPr>
        <w:t xml:space="preserve">[22:33] </w:t>
      </w:r>
      <w:r>
        <w:t>ke woh khushi ka word to zaroor us ki dictionary mein hoga. magar khushi ki haqeeqat se woh bekhabar hogi. to aisi maa kabhi aisa dikhai par sakta hai ke woh hans rahi ho logon ke paas baith kar ke.</w:t>
      </w:r>
    </w:p>
    <w:p>
      <w:pPr>
        <w:jc w:val="right"/>
      </w:pPr>
      <w:r>
        <w:t>کہ وہ خوشی کا ورڈ تو ضرور اس کی ڈکشنری میں ہوگا۔ مگر خوشی کی حقیقت سے وہ بے خبر ہوگی۔ تو ایسی ماں کبھی ایسا دکھائی پڑ سکتا ہے کہ وہ ہنس رہی ہو لوگوں کے پاس بیٹھ کر کے۔</w:t>
      </w:r>
    </w:p>
    <w:p>
      <w:r>
        <w:rPr>
          <w:b/>
        </w:rPr>
        <w:t xml:space="preserve">[22:50] </w:t>
      </w:r>
      <w:r>
        <w:t>lekin us ka dil seed hoga. us ke dil mein gham hoga.</w:t>
      </w:r>
    </w:p>
    <w:p>
      <w:pPr>
        <w:jc w:val="right"/>
      </w:pPr>
      <w:r>
        <w:t>لیکن اس کا دل سیڈ ہوگا۔ اس کے دل میں غم ہوگا۔</w:t>
      </w:r>
    </w:p>
    <w:p>
      <w:r>
        <w:rPr>
          <w:b/>
        </w:rPr>
        <w:t xml:space="preserve">[22:56] </w:t>
      </w:r>
      <w:r>
        <w:t>kyun ke jo asal cheez khushi ki hai us ke liye wahi nahi mili us ko. wahi nahi mili.</w:t>
      </w:r>
    </w:p>
    <w:p>
      <w:pPr>
        <w:jc w:val="right"/>
      </w:pPr>
      <w:r>
        <w:t>کیوں کہ جو اصل چیز خوشی کی ہے اس کے لیے وہی نہیں ملی اس کو۔ وہی نہیں ملی۔</w:t>
      </w:r>
    </w:p>
    <w:p>
      <w:r>
        <w:rPr>
          <w:b/>
        </w:rPr>
        <w:t xml:space="preserve">[23:06] </w:t>
      </w:r>
      <w:r>
        <w:t>yahi saaray insaanon ka haal hai.</w:t>
      </w:r>
    </w:p>
    <w:p>
      <w:pPr>
        <w:jc w:val="right"/>
      </w:pPr>
      <w:r>
        <w:t>یہی سارے انسانوں کا حال ہے۔</w:t>
      </w:r>
    </w:p>
    <w:p>
      <w:r>
        <w:rPr>
          <w:b/>
        </w:rPr>
        <w:t xml:space="preserve">[23:11] </w:t>
      </w:r>
      <w:r>
        <w:t>saari khushiyan be-maani hain kyun ke khushiyon ka jo asal source hai wahi nahi mila inhain. aur woh un ka creator, woh un ka god.</w:t>
      </w:r>
    </w:p>
    <w:p>
      <w:pPr>
        <w:jc w:val="right"/>
      </w:pPr>
      <w:r>
        <w:t>ساری خوشیاں بے معنی ہیں۔ کیوں کہ خوشیوں کا جو اصل سورس ہے وہی نہیں ملا انہیں۔ اور وہ ان کا کریٹر، وہ ان کا گاڈ۔</w:t>
      </w:r>
    </w:p>
    <w:p>
      <w:r>
        <w:rPr>
          <w:b/>
        </w:rPr>
        <w:t xml:space="preserve">[23:28] </w:t>
      </w:r>
      <w:r>
        <w:t>jis ki zindagi mein khuda nahi, us ki zindagi mein khushi nahi.</w:t>
      </w:r>
    </w:p>
    <w:p>
      <w:pPr>
        <w:jc w:val="right"/>
      </w:pPr>
      <w:r>
        <w:t>جس کی زندگی میں خدا نہیں، اس کی زندگی میں خوشی نہیں۔</w:t>
      </w:r>
    </w:p>
    <w:p>
      <w:r>
        <w:rPr>
          <w:b/>
        </w:rPr>
        <w:t xml:space="preserve">[23:35] </w:t>
      </w:r>
      <w:r>
        <w:t>jis ki zindagi mein khuda nahi, us ki zindagi mein kuch bhi nahi. woh lakri ke barabar hai.</w:t>
      </w:r>
    </w:p>
    <w:p>
      <w:pPr>
        <w:jc w:val="right"/>
      </w:pPr>
      <w:r>
        <w:t>جس کی زندگی میں خدا نہیں، اس کی زندگی میں کچھ بھی نہیں۔ وہ لکڑی کے برابر ہے۔</w:t>
      </w:r>
    </w:p>
    <w:p>
      <w:r>
        <w:rPr>
          <w:b/>
        </w:rPr>
        <w:t xml:space="preserve">[23:45] </w:t>
      </w:r>
      <w:r>
        <w:t>theek usi tarah is ki zindagi mein is ka mehboob beta nahi, is ki koi zindagi nahi.</w:t>
      </w:r>
    </w:p>
    <w:p>
      <w:pPr>
        <w:jc w:val="right"/>
      </w:pPr>
      <w:r>
        <w:t>ٹھیک اسی طرح اس کی زندگی میں اس کا محبوب بیٹا نہیں، اس کی کوئی زندگی نہیں۔</w:t>
      </w:r>
    </w:p>
    <w:p>
      <w:r>
        <w:rPr>
          <w:b/>
        </w:rPr>
        <w:t xml:space="preserve">[23:54] </w:t>
      </w:r>
      <w:r>
        <w:t>jis maa ki zindagi bete se mehroom ho gayi ho, us ke liye koi cheez na khushi hai, na lazzat hai, na kuch hai. wahi haal is insaan ka hai jis ki zindagi mein Khuda shamil na hua ho.</w:t>
      </w:r>
    </w:p>
    <w:p>
      <w:pPr>
        <w:jc w:val="right"/>
      </w:pPr>
      <w:r>
        <w:t>جس ماں کی زندگی بیٹے سے محروم ہو گئی ہو، اس کے لیے کوئی چیز نہ خوشی ہے، نہ لذت ہے، نہ کچھ ہے۔ وہی حال اس انسان کا ہے جس کی زندگی میں خدا شامل نہ ہوا ہو۔</w:t>
      </w:r>
    </w:p>
    <w:p>
      <w:r>
        <w:rPr>
          <w:b/>
        </w:rPr>
        <w:t xml:space="preserve">[24:11] </w:t>
      </w:r>
      <w:r>
        <w:t>aik martaba America se aik percha nikalta tha, is ka naam tha Plain Truth.</w:t>
      </w:r>
    </w:p>
    <w:p>
      <w:pPr>
        <w:jc w:val="right"/>
      </w:pPr>
      <w:r>
        <w:t>ایک مرتبہ امریکہ سے ایک پرچہ نکلتا تھا، اس کا نام تھا پلین ٹروتھ۔</w:t>
      </w:r>
    </w:p>
    <w:p>
      <w:r>
        <w:rPr>
          <w:b/>
        </w:rPr>
        <w:t xml:space="preserve">[24:20] </w:t>
      </w:r>
      <w:r>
        <w:t>mujhe nahi maloom ke ab nikalta hai ke nahi nikalta hai.</w:t>
      </w:r>
    </w:p>
    <w:p>
      <w:pPr>
        <w:jc w:val="right"/>
      </w:pPr>
      <w:r>
        <w:t>مجھے نہیں معلوم کہ اب نکلتا ہے کہ نہیں نکلتا ہے۔</w:t>
      </w:r>
    </w:p>
    <w:p>
      <w:r>
        <w:rPr>
          <w:b/>
        </w:rPr>
        <w:t xml:space="preserve">[24:23] </w:t>
      </w:r>
      <w:r>
        <w:t>pehlay mein is ko barabar parhta tha.</w:t>
      </w:r>
    </w:p>
    <w:p>
      <w:pPr>
        <w:jc w:val="right"/>
      </w:pPr>
      <w:r>
        <w:t>پہلے میں اس کو برابر پڑھتا تھا۔</w:t>
      </w:r>
    </w:p>
    <w:p>
      <w:r>
        <w:rPr>
          <w:b/>
        </w:rPr>
        <w:t xml:space="preserve">[24:28] </w:t>
      </w:r>
      <w:r>
        <w:t>Plain Truth.</w:t>
      </w:r>
    </w:p>
    <w:p>
      <w:pPr>
        <w:jc w:val="right"/>
      </w:pPr>
      <w:r>
        <w:t>پلین ٹروتھ۔</w:t>
      </w:r>
    </w:p>
    <w:p>
      <w:r>
        <w:rPr>
          <w:b/>
        </w:rPr>
        <w:t xml:space="preserve">[24:32] </w:t>
      </w:r>
      <w:r>
        <w:t>shayad aik million copy chapti thi is ki aur bohat phailti thi har jagah. to is ka jo editor tha jab mar gaya, us waqt isi saal ka ho chuka tha.</w:t>
      </w:r>
    </w:p>
    <w:p>
      <w:pPr>
        <w:jc w:val="right"/>
      </w:pPr>
      <w:r>
        <w:t>شاید ایک ملین کاپی چھپتی تھی اس کی اور بہت پھیلتی تھی ہر جگہ۔ تو اس کا جو ایڈیٹر تھا جب مر گیا، اس وقت اسی سال کا ہو چکا تھا۔</w:t>
      </w:r>
    </w:p>
    <w:p>
      <w:r>
        <w:rPr>
          <w:b/>
        </w:rPr>
        <w:t xml:space="preserve">[24:44] </w:t>
      </w:r>
      <w:r>
        <w:t>to</w:t>
      </w:r>
    </w:p>
    <w:p>
      <w:pPr>
        <w:jc w:val="right"/>
      </w:pPr>
      <w:r>
        <w:t>تو</w:t>
      </w:r>
    </w:p>
    <w:p>
      <w:r>
        <w:rPr>
          <w:b/>
        </w:rPr>
        <w:t xml:space="preserve">[24:45] </w:t>
      </w:r>
      <w:r>
        <w:t>apne marne se kuch pehle is ne</w:t>
      </w:r>
    </w:p>
    <w:p>
      <w:pPr>
        <w:jc w:val="right"/>
      </w:pPr>
      <w:r>
        <w:t>اپنے مرنے سے کچھ پہلے اس نے</w:t>
      </w:r>
    </w:p>
    <w:p>
      <w:r>
        <w:rPr>
          <w:b/>
        </w:rPr>
        <w:t xml:space="preserve">[24:52] </w:t>
      </w:r>
      <w:r>
        <w:t>aik article likha jo Plain Truth mein chapa. is ko mein ne parha tha. to</w:t>
      </w:r>
    </w:p>
    <w:p>
      <w:pPr>
        <w:jc w:val="right"/>
      </w:pPr>
      <w:r>
        <w:t>ایک آرٹیکل لکھا جو پلین ٹروتھ میں چھپا۔ اس کو میں نے پڑھا تھا۔ تو</w:t>
      </w:r>
    </w:p>
    <w:p>
      <w:r>
        <w:rPr>
          <w:b/>
        </w:rPr>
        <w:t xml:space="preserve">[25:00] </w:t>
      </w:r>
      <w:r>
        <w:t>us boodhay insaan ne jo American tha.</w:t>
      </w:r>
    </w:p>
    <w:p>
      <w:pPr>
        <w:jc w:val="right"/>
      </w:pPr>
      <w:r>
        <w:t>اس بوڑھے انسان نے جو امریکن تھا۔</w:t>
      </w:r>
    </w:p>
    <w:p>
      <w:r>
        <w:rPr>
          <w:b/>
        </w:rPr>
        <w:t xml:space="preserve">[25:09] </w:t>
      </w:r>
      <w:r>
        <w:t>us ne likha tha ke agar koi mujh se pooche ke dunya mein sab se kam cheez kya hai? dunya mein sab se kam cheez kya hai?</w:t>
      </w:r>
    </w:p>
    <w:p>
      <w:pPr>
        <w:jc w:val="right"/>
      </w:pPr>
      <w:r>
        <w:t>اس نے لکھا تھا کہ اگر کوئی مجھ سے پوچھے کہ دنیا میں سب سے کم چیز کیا ہے؟ دنیا میں سب سے کم چیز کیا ہے؟</w:t>
      </w:r>
    </w:p>
    <w:p>
      <w:r>
        <w:rPr>
          <w:b/>
        </w:rPr>
        <w:t xml:space="preserve">[25:23] </w:t>
      </w:r>
      <w:r>
        <w:t>to mein yeh nahi kahoon ga ke sona ya platinum, radium.</w:t>
      </w:r>
    </w:p>
    <w:p>
      <w:pPr>
        <w:jc w:val="right"/>
      </w:pPr>
      <w:r>
        <w:t>تو میں یہ نہیں کہوں گا کہ سونا یا پلیٹینیم، ریڈیم۔</w:t>
      </w:r>
    </w:p>
    <w:p>
      <w:r>
        <w:rPr>
          <w:b/>
        </w:rPr>
        <w:t xml:space="preserve">[25:29] </w:t>
      </w:r>
      <w:r>
        <w:t>nahi. sab se kam cheez hai sincerity.</w:t>
      </w:r>
    </w:p>
    <w:p>
      <w:pPr>
        <w:jc w:val="right"/>
      </w:pPr>
      <w:r>
        <w:t>نہیں۔ سب سے کم چیز ہے سنسیرٹی۔</w:t>
      </w:r>
    </w:p>
    <w:p>
      <w:r>
        <w:rPr>
          <w:b/>
        </w:rPr>
        <w:t xml:space="preserve">[25:39] </w:t>
      </w:r>
      <w:r>
        <w:t>sincerity.</w:t>
      </w:r>
    </w:p>
    <w:p>
      <w:pPr>
        <w:jc w:val="right"/>
      </w:pPr>
      <w:r>
        <w:t>سنسیرٹی۔</w:t>
      </w:r>
    </w:p>
    <w:p>
      <w:r>
        <w:rPr>
          <w:b/>
        </w:rPr>
        <w:t xml:space="preserve">[25:43] </w:t>
      </w:r>
      <w:r>
        <w:t>yaad rakhiye ke sincerity is the beginning of all kind of knowledge.</w:t>
      </w:r>
    </w:p>
    <w:p>
      <w:pPr>
        <w:jc w:val="right"/>
      </w:pPr>
      <w:r>
        <w:t>یاد رکھیے کہ سنسیرٹی از دا بگننگ آف آل کائنڈ آف نالج۔</w:t>
      </w:r>
    </w:p>
    <w:p>
      <w:r>
        <w:rPr>
          <w:b/>
        </w:rPr>
        <w:t xml:space="preserve">[25:50] </w:t>
      </w:r>
      <w:r>
        <w:t>no sincerity, no discovery.</w:t>
      </w:r>
    </w:p>
    <w:p>
      <w:pPr>
        <w:jc w:val="right"/>
      </w:pPr>
      <w:r>
        <w:t>نو سنسیرٹی، نو ڈسکوری۔</w:t>
      </w:r>
    </w:p>
    <w:p>
      <w:r>
        <w:rPr>
          <w:b/>
        </w:rPr>
        <w:t xml:space="preserve">[25:57] </w:t>
      </w:r>
      <w:r>
        <w:t>jab tak insaan sincere na ho, woh kisi bhi cheez ko discover nahi kar sakta. hatta ke cheunti ko bhi discover nahi kar sakta.</w:t>
      </w:r>
    </w:p>
    <w:p>
      <w:pPr>
        <w:jc w:val="right"/>
      </w:pPr>
      <w:r>
        <w:t>جب تک انسان سنسیر نہ ہو، وہ کسی بھی چیز کو ڈسکور نہیں کر سکتا۔ حتیٰ کہ چیونٹی کو بھی ڈسکور نہیں کر سکتا۔</w:t>
      </w:r>
    </w:p>
    <w:p>
      <w:r>
        <w:rPr>
          <w:b/>
        </w:rPr>
        <w:t xml:space="preserve">[26:11] </w:t>
      </w:r>
      <w:r>
        <w:t>to sincerity zaroori hai sachai ko paanay ke liye. Khuda ko paanay ke liye. haqeeqat ko paanay ke liye.</w:t>
      </w:r>
    </w:p>
    <w:p>
      <w:pPr>
        <w:jc w:val="right"/>
      </w:pPr>
      <w:r>
        <w:t>تو سنسیرٹی ضروری ہے سچائی کو پانے کے لیے۔ خدا کو پانے کے لیے۔ حقیقت کو پانے کے لیے۔</w:t>
      </w:r>
    </w:p>
    <w:p>
      <w:r>
        <w:rPr>
          <w:b/>
        </w:rPr>
        <w:t xml:space="preserve">[26:21] </w:t>
      </w:r>
      <w:r>
        <w:t>aap sochiye ke jahan ho ha culture chal raha ho. jahan bhlawa culture chal raha ho.</w:t>
      </w:r>
    </w:p>
    <w:p>
      <w:pPr>
        <w:jc w:val="right"/>
      </w:pPr>
      <w:r>
        <w:t>آپ سوچیے کہ جہاں ہو ہا کلچر چل رہا ہو۔ جہاں بھلاوا کلچر چل رہا ہو۔</w:t>
      </w:r>
    </w:p>
    <w:p>
      <w:r>
        <w:rPr>
          <w:b/>
        </w:rPr>
        <w:t xml:space="preserve">[26:30] </w:t>
      </w:r>
      <w:r>
        <w:t>to ten kind of culture is a colour of sincerity.</w:t>
      </w:r>
    </w:p>
    <w:p>
      <w:pPr>
        <w:jc w:val="right"/>
      </w:pPr>
      <w:r>
        <w:t>تو دس کائنڈ آف کلچر از اے کلر آف سنسیرٹی۔</w:t>
      </w:r>
    </w:p>
    <w:p>
      <w:r>
        <w:rPr>
          <w:b/>
        </w:rPr>
        <w:t xml:space="preserve">[26:38] </w:t>
      </w:r>
      <w:r>
        <w:t>to log colour culture mein jee rahe hain.</w:t>
      </w:r>
    </w:p>
    <w:p>
      <w:pPr>
        <w:jc w:val="right"/>
      </w:pPr>
      <w:r>
        <w:t>تو لوگ کلر کلچر میں جی رہے ہیں۔</w:t>
      </w:r>
    </w:p>
    <w:p>
      <w:r>
        <w:rPr>
          <w:b/>
        </w:rPr>
        <w:t xml:space="preserve">[26:42] </w:t>
      </w:r>
      <w:r>
        <w:t>aap sochiye ke jab jahan sincerity ko kill kar diya gaya ho. to kis se kon si baat kahi jaye? aur kis se umeed ki jaye ke woh baat ko samjhe ga?</w:t>
      </w:r>
    </w:p>
    <w:p>
      <w:pPr>
        <w:jc w:val="right"/>
      </w:pPr>
      <w:r>
        <w:t>آپ سوچیے کہ جب جہاں سنسیرٹی کو کل کر دیا گیا ہو۔ تو کس سے کون سی بات کہی جائے؟ اور کس سے امید کی جائے کہ وہ بات کو سمجھے گا؟</w:t>
      </w:r>
    </w:p>
    <w:p>
      <w:r>
        <w:rPr>
          <w:b/>
        </w:rPr>
        <w:t xml:space="preserve">[26:56] </w:t>
      </w:r>
      <w:r>
        <w:t>hamari society ka sab se bara, sab se bari tragedy yeh hai ke aaj logon ke andar sincerity nahi hai. jab sincerity nahi hai to aap ke aur un ke beech mein aik intellectual gap ban jata hai.</w:t>
      </w:r>
    </w:p>
    <w:p>
      <w:pPr>
        <w:jc w:val="right"/>
      </w:pPr>
      <w:r>
        <w:t>ہماری سوسائٹی کا سب سے بڑا، سب سے بڑی ٹریجڈی یہ ہے کہ آج لوگوں کے اندر سنسیرٹی نہیں ہے۔ جب سنسیرٹی نہیں ہے تو آپ کے اور ان کے بیچ میں ایک انٹلیکچول گیپ بن جاتا ہے۔</w:t>
      </w:r>
    </w:p>
    <w:p>
      <w:r>
        <w:rPr>
          <w:b/>
        </w:rPr>
        <w:t xml:space="preserve">[27:12] </w:t>
      </w:r>
      <w:r>
        <w:t>jaise aap bol rahe hain Hindi zuban. aur jo listener hai woh Russian aadmi hai. to aap ke aur us ke beech mein aik intellectual gap qaim ho jaye ga.</w:t>
      </w:r>
    </w:p>
    <w:p>
      <w:pPr>
        <w:jc w:val="right"/>
      </w:pPr>
      <w:r>
        <w:t>جیسے آپ بول رہے ہیں ہندی زبان۔ اور جو لسنر ہے وہ روسی آدمی ہے۔ تو آپ کے اور اس کے بیچ میں ایک ایک انٹلیکچول گیپ قائم ہو جائے گا۔</w:t>
      </w:r>
    </w:p>
    <w:p>
      <w:r>
        <w:rPr>
          <w:b/>
        </w:rPr>
        <w:t xml:space="preserve">[27:26] </w:t>
      </w:r>
      <w:r>
        <w:t>aap kahein ke kuch, kuch bhi aap kahein ke woh samjhega nahi. yahi haal aaj ka hai. ke log, mein dekhta hoon ke sab har taraf in sincere logon ka ek jangall uga hua hai.</w:t>
      </w:r>
    </w:p>
    <w:p>
      <w:pPr>
        <w:jc w:val="right"/>
      </w:pPr>
      <w:r>
        <w:t>آپ کہیں کہ کچھ، کچھ بھی آپ کہیں کہ وہ سمجھے گا نہیں۔ یہی حال آج کا ہے۔ کہ لوگ، میں دیکھتا ہوں کہ سب ہر طرف ان سنسیر لوگوں کا ایک جنگل اگا ہوا ہے۔</w:t>
      </w:r>
    </w:p>
    <w:p>
      <w:r>
        <w:rPr>
          <w:b/>
        </w:rPr>
        <w:t xml:space="preserve">[27:43] </w:t>
      </w:r>
      <w:r>
        <w:t>to kuch baat nahi samajhte. to jo yeh ho ha culture hai, woh hai color culture.</w:t>
      </w:r>
    </w:p>
    <w:p>
      <w:pPr>
        <w:jc w:val="right"/>
      </w:pPr>
      <w:r>
        <w:t>تو کچھ بات نہیں سمجھتے۔ تو جو یہ ہو ہا کلچر ہے، وہ ہے کلر کلچر۔</w:t>
      </w:r>
    </w:p>
    <w:p>
      <w:r>
        <w:rPr>
          <w:b/>
        </w:rPr>
        <w:t xml:space="preserve">[27:53] </w:t>
      </w:r>
      <w:r>
        <w:t>color culture hai woh. sincerity ko maar daalne wala.</w:t>
      </w:r>
    </w:p>
    <w:p>
      <w:pPr>
        <w:jc w:val="right"/>
      </w:pPr>
      <w:r>
        <w:t>کلر کلچر ہے وہ۔ سنسیرٹی کو مار ڈالنے والا۔</w:t>
      </w:r>
    </w:p>
    <w:p>
      <w:r>
        <w:rPr>
          <w:b/>
        </w:rPr>
        <w:t xml:space="preserve">[28:02] </w:t>
      </w:r>
      <w:r>
        <w:t>yeh hai bohat hi sad situation. lekin behal yeh ek waqea hai.</w:t>
      </w:r>
    </w:p>
    <w:p>
      <w:pPr>
        <w:jc w:val="right"/>
      </w:pPr>
      <w:r>
        <w:t>یہ ہے بہت ہی سیڈ سچویشن۔ لیکن بہرحال یہ ایک واقعہ ہے۔</w:t>
      </w:r>
    </w:p>
    <w:p>
      <w:r>
        <w:rPr>
          <w:b/>
        </w:rPr>
        <w:t xml:space="preserve">[28:15] </w:t>
      </w:r>
      <w:r>
        <w:t>logon ki zindagi mein khuda nahi. is liye logon ki zindagi mein kuch bhi nahi.</w:t>
      </w:r>
    </w:p>
    <w:p>
      <w:pPr>
        <w:jc w:val="right"/>
      </w:pPr>
      <w:r>
        <w:t>لوگوں کی زندگیوں میں خدا نہیں۔ اس لیے لوگوں کی زندگیوں میں کچھ بھی نہیں۔</w:t>
      </w:r>
    </w:p>
    <w:p>
      <w:r>
        <w:rPr>
          <w:b/>
        </w:rPr>
        <w:t xml:space="preserve">[28:22] </w:t>
      </w:r>
      <w:r>
        <w:t>jis tarah se kisi</w:t>
      </w:r>
    </w:p>
    <w:p>
      <w:pPr>
        <w:jc w:val="right"/>
      </w:pPr>
      <w:r>
        <w:t>جس طرح سے کسی</w:t>
      </w:r>
    </w:p>
    <w:p>
      <w:r>
        <w:rPr>
          <w:b/>
        </w:rPr>
        <w:t xml:space="preserve">[28:27] </w:t>
      </w:r>
      <w:r>
        <w:t>ek planet aisa aap daryaft karein jis planet par suraj ki roshni na pohnchti ho. to kya hoga wahan darkness hoga. jaise chand jo hai, aap jante hain ke hamari zameen is tarah se ghoomti hai.</w:t>
      </w:r>
    </w:p>
    <w:p>
      <w:pPr>
        <w:jc w:val="right"/>
      </w:pPr>
      <w:r>
        <w:t>ایک پلینٹ ایسا آپ دریافت کریں جس پلینٹ پر سورج کی روشنی نہ پہنچتی ہو۔ تو کیا ہوگا وہاں ڈارکنس ہوگا۔ جیسے چاند جو ہے، آپ جانتے ہیں کہ ہماری زمین اس طرح سے گھومتی ہے۔</w:t>
      </w:r>
    </w:p>
    <w:p>
      <w:r>
        <w:rPr>
          <w:b/>
        </w:rPr>
        <w:t xml:space="preserve">[28:44] </w:t>
      </w:r>
      <w:r>
        <w:t>double uski ghoom, ghoomti hai. yaani axis par aur phir apne us par, orbit par. to is mein charon taraf suraj ki roshni aati rehti hai.</w:t>
      </w:r>
    </w:p>
    <w:p>
      <w:pPr>
        <w:jc w:val="right"/>
      </w:pPr>
      <w:r>
        <w:t>ڈبل اس کی گھوم، گھومتی ہے۔ یعنی ایکسز پر اور پھر اپنے اس پر، آربٹ پر۔ تو اس میں چاروں طرف سورج کی روشنی آتی رہتی ہے۔</w:t>
      </w:r>
    </w:p>
    <w:p>
      <w:r>
        <w:rPr>
          <w:b/>
        </w:rPr>
        <w:t xml:space="preserve">[28:54] </w:t>
      </w:r>
      <w:r>
        <w:t>lekin chand jo hai woh ek hi taraf ghoomta hai. orbit par aise nahi ghoomta woh. to eternally yeh hota hai ke chand ka ek side to roshan hota hai, ek side dark hota hai.</w:t>
      </w:r>
    </w:p>
    <w:p>
      <w:pPr>
        <w:jc w:val="right"/>
      </w:pPr>
      <w:r>
        <w:t>لیکن چاند جو ہے وہ ایک ہی طرف گھومتا ہے۔ آربٹ پر ایسے نہیں گھومتا وہ۔ تو ایٹرنلی یہ ہوتا ہے کہ چاند کا ایک سائیڈ تو روشن ہوتا ہے، ایک سائیڈ ڈارک ہوتا ہے۔</w:t>
      </w:r>
    </w:p>
    <w:p>
      <w:r>
        <w:rPr>
          <w:b/>
        </w:rPr>
        <w:t xml:space="preserve">[29:10] </w:t>
      </w:r>
      <w:r>
        <w:t>eternally. agar aap chand ke us side par utrein jahan darkness hai to aap sirf bhatken ge.</w:t>
      </w:r>
    </w:p>
    <w:p>
      <w:pPr>
        <w:jc w:val="right"/>
      </w:pPr>
      <w:r>
        <w:t>ایٹرنلی۔ اگر آپ چاند کے اس سائیڈ پر اتریں جہاں ڈارکنس ہے تو آپ صرف بھٹکیں گے۔</w:t>
      </w:r>
    </w:p>
    <w:p>
      <w:r>
        <w:rPr>
          <w:b/>
        </w:rPr>
        <w:t xml:space="preserve">[29:19] </w:t>
      </w:r>
      <w:r>
        <w:t>kuch dikhai nahi dega. kuch bhi dikhai nahi dega. yahi haal aaj hamari duniya ka ho raha hai.</w:t>
      </w:r>
    </w:p>
    <w:p>
      <w:pPr>
        <w:jc w:val="right"/>
      </w:pPr>
      <w:r>
        <w:t>کچھ دکھائی نہیں دے گا۔ کچھ بھی دکھائی نہیں دے گا۔ یہی حال آج ہماری دنیا کا ہو رہا ہے۔</w:t>
      </w:r>
    </w:p>
    <w:p>
      <w:r>
        <w:rPr>
          <w:b/>
        </w:rPr>
        <w:t xml:space="preserve">[29:33] </w:t>
      </w:r>
      <w:r>
        <w:t>log andhere mein bhatak rahe hain. aur samajhte hain ke woh ujale mein chal rahe hain.</w:t>
      </w:r>
    </w:p>
    <w:p>
      <w:pPr>
        <w:jc w:val="right"/>
      </w:pPr>
      <w:r>
        <w:t>لوگ اندھیرے میں بھٹک رہے ہیں۔ اور سمجھتے ہیں کہ وہ اجالے میں چل رہے ہیں۔</w:t>
      </w:r>
    </w:p>
    <w:p>
      <w:r>
        <w:rPr>
          <w:b/>
        </w:rPr>
        <w:t xml:space="preserve">[29:45] </w:t>
      </w:r>
      <w:r>
        <w:t>jo bari bari realities hain, woh unhein dikhai nahi deti kyun ke woh sincere nahi hain. kyun ke woh bhalawa culture mein jee rahe hain.</w:t>
      </w:r>
    </w:p>
    <w:p>
      <w:pPr>
        <w:jc w:val="right"/>
      </w:pPr>
      <w:r>
        <w:t>جو بڑی بڑی ریلیٹیز ہیں، وہ انہیں دکھائی نہیں دیتی کیوں کہ وہ سنسیر نہیں ہیں۔ کیوں کہ وہ بھلاوے کلچر میں جی رہے ہیں۔</w:t>
      </w:r>
    </w:p>
    <w:p>
      <w:r>
        <w:rPr>
          <w:b/>
        </w:rPr>
        <w:t xml:space="preserve">[29:58] </w:t>
      </w:r>
      <w:r>
        <w:t>hamara yeh mission jo hai, agar mein ek sab mein kahoon. to mein kahoon ga ke.</w:t>
      </w:r>
    </w:p>
    <w:p>
      <w:pPr>
        <w:jc w:val="right"/>
      </w:pPr>
      <w:r>
        <w:t>ہمارا یہ مشن جو ہے، اگر میں ایک سب میں کہوں۔ تو میں کہوں گا کہ۔</w:t>
      </w:r>
    </w:p>
    <w:p>
      <w:r>
        <w:rPr>
          <w:b/>
        </w:rPr>
        <w:t xml:space="preserve">[30:10] </w:t>
      </w:r>
      <w:r>
        <w:t>ke hamara mission is to proclaim the glory of God.</w:t>
      </w:r>
    </w:p>
    <w:p>
      <w:pPr>
        <w:jc w:val="right"/>
      </w:pPr>
      <w:r>
        <w:t>کہ ہمارا مشن از ٹو پروکلیم دا گلوری آف گاڈ۔</w:t>
      </w:r>
    </w:p>
    <w:p>
      <w:r>
        <w:rPr>
          <w:b/>
        </w:rPr>
        <w:t xml:space="preserve">[30:21] </w:t>
      </w:r>
      <w:r>
        <w:t>hamara mission is to proclaim the glory of God.</w:t>
      </w:r>
    </w:p>
    <w:p>
      <w:pPr>
        <w:jc w:val="right"/>
      </w:pPr>
      <w:r>
        <w:t>ہمارا مشن از ٹو پروکلیم دا گلوری آف گاڈ۔</w:t>
      </w:r>
    </w:p>
    <w:p>
      <w:r>
        <w:rPr>
          <w:b/>
        </w:rPr>
        <w:t xml:space="preserve">[30:28] </w:t>
      </w:r>
      <w:r>
        <w:t>yeh hai hamara mission.</w:t>
      </w:r>
    </w:p>
    <w:p>
      <w:pPr>
        <w:jc w:val="right"/>
      </w:pPr>
      <w:r>
        <w:t>یہ ہے ہمارا مشن۔</w:t>
      </w:r>
    </w:p>
    <w:p>
      <w:r>
        <w:rPr>
          <w:b/>
        </w:rPr>
        <w:t xml:space="preserve">[30:34] </w:t>
      </w:r>
      <w:r>
        <w:t>acha aap sochiye zara ke jis hasti ne, jis khuda ne itni bari universe banai.</w:t>
      </w:r>
    </w:p>
    <w:p>
      <w:pPr>
        <w:jc w:val="right"/>
      </w:pPr>
      <w:r>
        <w:t>اچھا آپ سوچیے ذرا کہ جس ہستی نے، جس خدا نے اتنی بڑی یونیورس بنائی۔</w:t>
      </w:r>
    </w:p>
    <w:p>
      <w:r>
        <w:rPr>
          <w:b/>
        </w:rPr>
        <w:t xml:space="preserve">[30:44] </w:t>
      </w:r>
      <w:r>
        <w:t>itni bari universe. ke universe ke ek side se doosri side tak pohnchna aap ke liye possible hi nahi hai.</w:t>
      </w:r>
    </w:p>
    <w:p>
      <w:pPr>
        <w:jc w:val="right"/>
      </w:pPr>
      <w:r>
        <w:t>اتنی بڑی یونیورس۔ کہ یونیورس کے ایک سائیڈ سے دوسری سائیڈ تک پہنچنا آپ کے لیے پاسیبل ہی نہیں ہے۔</w:t>
      </w:r>
    </w:p>
    <w:p>
      <w:r>
        <w:rPr>
          <w:b/>
        </w:rPr>
        <w:t xml:space="preserve">[30:54] </w:t>
      </w:r>
      <w:r>
        <w:t>koi bhi, koi bhi plane ya koi bhi sawari aap ko is siray se us siray tak nahi pohncha sakti.</w:t>
      </w:r>
    </w:p>
    <w:p>
      <w:pPr>
        <w:jc w:val="right"/>
      </w:pPr>
      <w:r>
        <w:t>کوئی بھی، کوئی بھی پلین یا کوئی بھی سواری آپ کو اس سرے سے اس سرے تک نہیں پہنچا سکتی۔</w:t>
      </w:r>
    </w:p>
    <w:p>
      <w:r>
        <w:rPr>
          <w:b/>
        </w:rPr>
        <w:t xml:space="preserve">[31:05] </w:t>
      </w:r>
      <w:r>
        <w:t>itni bari hai universe. aur woh expand kar rahi hai, woh expand kar rahi hai.</w:t>
      </w:r>
    </w:p>
    <w:p>
      <w:pPr>
        <w:jc w:val="right"/>
      </w:pPr>
      <w:r>
        <w:t>اتنی بڑی ہے یونیورس۔ اور وہ ایکسپینڈ کر رہی ہے۔ وہ ایکسپینڈ کر رہی ہے۔</w:t>
      </w:r>
    </w:p>
    <w:p>
      <w:r>
        <w:rPr>
          <w:b/>
        </w:rPr>
        <w:t xml:space="preserve">[31:15] </w:t>
      </w:r>
      <w:r>
        <w:t>to is liye aap agar koi bohat hi zyada tez raftaar plane banayein tab bhi.</w:t>
      </w:r>
    </w:p>
    <w:p>
      <w:pPr>
        <w:jc w:val="right"/>
      </w:pPr>
      <w:r>
        <w:t>تو اس لیے آپ اگر کوئی بہت ہی زیادہ تیز رفتار پلین بنائیں تب بھی۔</w:t>
      </w:r>
    </w:p>
    <w:p>
      <w:r>
        <w:rPr>
          <w:b/>
        </w:rPr>
        <w:t xml:space="preserve">[31:24] </w:t>
      </w:r>
      <w:r>
        <w:t>woh jab universe barabar expand kar rahi hai, expand kar rahi hai. to jab aap ke target par pohnchen ge aap, ke destination par. to universe aur zyada expand kar chuki hogi.</w:t>
      </w:r>
    </w:p>
    <w:p>
      <w:pPr>
        <w:jc w:val="right"/>
      </w:pPr>
      <w:r>
        <w:t>وہ جب یونیورس برابر ایکسپینڈ کر رہی ہے، ایکسپینڈ کر رہی ہے۔ تو جب آپ کے ٹارگٹ پر پہنچیں گے آپ، کے ڈیسٹینیشن پر۔ تو یونیورس اور زیادہ ایکسپینڈ کر چکی ہوگی۔</w:t>
      </w:r>
    </w:p>
    <w:p>
      <w:r>
        <w:rPr>
          <w:b/>
        </w:rPr>
        <w:t xml:space="preserve">[31:36] </w:t>
      </w:r>
      <w:r>
        <w:t>aur barh chuki hogi.</w:t>
      </w:r>
    </w:p>
    <w:p>
      <w:pPr>
        <w:jc w:val="right"/>
      </w:pPr>
      <w:r>
        <w:t>اور بڑھ چکی ہوگی۔</w:t>
      </w:r>
    </w:p>
    <w:p>
      <w:r>
        <w:rPr>
          <w:b/>
        </w:rPr>
        <w:t xml:space="preserve">[31:40] </w:t>
      </w:r>
      <w:r>
        <w:t>to kabhi bhi aap is ke, is ko cover nahi kar sakte itni bari universe. ab ghor kijiye jis ne itni bari universe banai. aur is mein countless stars rakhe.</w:t>
      </w:r>
    </w:p>
    <w:p>
      <w:pPr>
        <w:jc w:val="right"/>
      </w:pPr>
      <w:r>
        <w:t>تو کبھی بھی آپ اس کے، اس کو کور نہیں کر سکتے اتنی بڑی یونیورس۔ اب غور کیجیے جس نے اتنی بڑی یونیورس بنائی۔ اور اس میں کاؤنٹ لیس اسٹارز رکھے۔</w:t>
      </w:r>
    </w:p>
    <w:p>
      <w:r>
        <w:rPr>
          <w:b/>
        </w:rPr>
        <w:t xml:space="preserve">[31:53] </w:t>
      </w:r>
      <w:r>
        <w:t>aur is mein solar system qaim kiya. aur is ke andar hamari zameen banai.</w:t>
      </w:r>
    </w:p>
    <w:p>
      <w:pPr>
        <w:jc w:val="right"/>
      </w:pPr>
      <w:r>
        <w:t>اور اس میں سولر سسٹم قائم کیا۔ اور اس کے اندر ہماری زمین بنائی۔</w:t>
      </w:r>
    </w:p>
    <w:p>
      <w:r>
        <w:rPr>
          <w:b/>
        </w:rPr>
        <w:t xml:space="preserve">[32:03] </w:t>
      </w:r>
      <w:r>
        <w:t>planet earth. jis mein insan hai.</w:t>
      </w:r>
    </w:p>
    <w:p>
      <w:pPr>
        <w:jc w:val="right"/>
      </w:pPr>
      <w:r>
        <w:t>پلینٹ ارتھ۔ جس میں انسان ہے۔</w:t>
      </w:r>
    </w:p>
    <w:p>
      <w:r>
        <w:rPr>
          <w:b/>
        </w:rPr>
        <w:t xml:space="preserve">[32:06] </w:t>
      </w:r>
      <w:r>
        <w:t>insan ke liye bohat hi aala darjay ka support system hai. life support system. aur kya kya cheezen hain, kitni maani khaiz cheezen hain.</w:t>
      </w:r>
    </w:p>
    <w:p>
      <w:pPr>
        <w:jc w:val="right"/>
      </w:pPr>
      <w:r>
        <w:t>انسان کے لیے بہت ہی اعلیٰ درجے کا سپورٹ سسٹم ہے۔ لائف سپورٹ سسٹم۔ اور کیا کیا چیزیں ہیں، کتنی معنی خیز چیزیں ہیں۔</w:t>
      </w:r>
    </w:p>
    <w:p>
      <w:r>
        <w:rPr>
          <w:b/>
        </w:rPr>
        <w:t xml:space="preserve">[32:19] </w:t>
      </w:r>
      <w:r>
        <w:t>isi ki glory bayan nahi ki ja rahi hai.</w:t>
      </w:r>
    </w:p>
    <w:p>
      <w:pPr>
        <w:jc w:val="right"/>
      </w:pPr>
      <w:r>
        <w:t>اسی کی گلوری بیان نہیں کی جا رہی ہے۔</w:t>
      </w:r>
    </w:p>
    <w:p>
      <w:r>
        <w:rPr>
          <w:b/>
        </w:rPr>
        <w:t xml:space="preserve">[32:26] </w:t>
      </w:r>
      <w:r>
        <w:t>saheeh ke isi ki glory bayan nahi ki ja rahi. aisa jaise barat mein dulha ho aur dulhe koi baat na karta ho. to aisi barat ke kis kaam ki hai?</w:t>
      </w:r>
    </w:p>
    <w:p>
      <w:pPr>
        <w:jc w:val="right"/>
      </w:pPr>
      <w:r>
        <w:t>صحیح کہ اسی کی گلوری بیان نہیں کی جا رہی۔ ایسا جیسے بارات میں دولہا ہو اور دولہے کوئی بات نہ کرتا ہو۔ تو ایسی بارات کے کس کام کی ہے؟</w:t>
      </w:r>
    </w:p>
    <w:p>
      <w:r>
        <w:rPr>
          <w:b/>
        </w:rPr>
        <w:t xml:space="preserve">[32:35] </w:t>
      </w:r>
      <w:r>
        <w:t>parliament mein prime minister ka charchah hi na ho. to woh parliament kis kaam ki hai? rashtrapati bhawan mein sab kuch charchah ho lekin rashtrapati ji ka koi charchah hi na ho.</w:t>
      </w:r>
    </w:p>
    <w:p>
      <w:pPr>
        <w:jc w:val="right"/>
      </w:pPr>
      <w:r>
        <w:t>پارلیمنٹ میں پرائم منسٹر کا چرچہ ہی نہ ہو۔ تو وہ پارلیمنٹ کس کام کی ہے؟ راشپتی بھون میں سب کچھ چرچہ ہو لیکن راشپتی جی کا کوئی چرچہ ہی نہ ہو۔</w:t>
      </w:r>
    </w:p>
    <w:p>
      <w:r>
        <w:rPr>
          <w:b/>
        </w:rPr>
        <w:t xml:space="preserve">[32:48] </w:t>
      </w:r>
      <w:r>
        <w:t>to woh rashtrapati bhawan kis kaam ka hai?</w:t>
      </w:r>
    </w:p>
    <w:p>
      <w:pPr>
        <w:jc w:val="right"/>
      </w:pPr>
      <w:r>
        <w:t>تو وہ راشپتی بھون کس کام کا ہے؟</w:t>
      </w:r>
    </w:p>
    <w:p>
      <w:r>
        <w:rPr>
          <w:b/>
        </w:rPr>
        <w:t xml:space="preserve">[32:53] </w:t>
      </w:r>
      <w:r>
        <w:t>to dunya mein itni activities hain. lekin itne charchay hain lekin agar charchah kisi ka nahi hai to woh Khuda ka hai.</w:t>
      </w:r>
    </w:p>
    <w:p>
      <w:pPr>
        <w:jc w:val="right"/>
      </w:pPr>
      <w:r>
        <w:t>تو دنیا میں اتنی ایکٹیویٹیز ہیں۔ لیکن اتنے چرچے ہیں لیکن اگر چرچہ کسی کا نہیں ہے تو وہ خدا کا ہے۔</w:t>
      </w:r>
    </w:p>
    <w:p>
      <w:r>
        <w:rPr>
          <w:b/>
        </w:rPr>
        <w:t xml:space="preserve">[33:05] </w:t>
      </w:r>
      <w:r>
        <w:t>main apne baray mein agar yeh kahoon to shayad main galat nahi kahoon ga. ke pichlay seventy five years se jab main thora bara hua.</w:t>
      </w:r>
    </w:p>
    <w:p>
      <w:pPr>
        <w:jc w:val="right"/>
      </w:pPr>
      <w:r>
        <w:t>میں اپنے بارے میں اگر یہ کہوں تو شاید میں غلط نہیں کہوں گا۔ کہ پچھلے سیونٹی فائیو ایئرز سے جب میں تھوڑا بڑا ہوا۔</w:t>
      </w:r>
    </w:p>
    <w:p>
      <w:r>
        <w:rPr>
          <w:b/>
        </w:rPr>
        <w:t xml:space="preserve">[33:17] </w:t>
      </w:r>
      <w:r>
        <w:t>pachhatar saal se main mukhtalif ki meetings, mukhtalif jalsay attend kar raha hoon. seventy five years se.</w:t>
      </w:r>
    </w:p>
    <w:p>
      <w:pPr>
        <w:jc w:val="right"/>
      </w:pPr>
      <w:r>
        <w:t>پچھتر سال سے میں مختلف کی میٹنگز، مختلف جلسے اٹینڈ کر رہا ہوں۔ سیونٹی فائیو ایئرز سے۔</w:t>
      </w:r>
    </w:p>
    <w:p>
      <w:r>
        <w:rPr>
          <w:b/>
        </w:rPr>
        <w:t xml:space="preserve">[33:27] </w:t>
      </w:r>
      <w:r>
        <w:t>hazaron hazar jalsay aur meetings mein main ne attend ki hain. lekin agar main yeh kahoon to galat nahi hoga ke kisi bhi meeting mein main ne nahi dekha ke sach much Khuda ki glory bayan ki ja rahi ho.</w:t>
      </w:r>
    </w:p>
    <w:p>
      <w:pPr>
        <w:jc w:val="right"/>
      </w:pPr>
      <w:r>
        <w:t>ہزاروں ہزار جلسے اور میٹنگز میں میں نے اٹینڈ کی ہیں۔ لیکن اگر میں یہ کہوں تو غلط نہیں ہوگا کہ کسی بھی میٹنگ میں میں نے نہیں دیکھا کہ سچ مچ خدا کی گلوری بیان کی جا رہی ہو۔</w:t>
      </w:r>
    </w:p>
    <w:p>
      <w:r>
        <w:rPr>
          <w:b/>
        </w:rPr>
        <w:t xml:space="preserve">[33:39] </w:t>
      </w:r>
      <w:r>
        <w:t>Khuda ki barhai bayan ki ja rahi ho. main ne kam az kam main ne nahi dekha.</w:t>
      </w:r>
    </w:p>
    <w:p>
      <w:pPr>
        <w:jc w:val="right"/>
      </w:pPr>
      <w:r>
        <w:t>خدا کی بڑائی بیان کی جا رہی ہو۔ میں نے کم از کم میں نے نہیں دیکھا۔</w:t>
      </w:r>
    </w:p>
    <w:p>
      <w:r>
        <w:rPr>
          <w:b/>
        </w:rPr>
        <w:t xml:space="preserve">[33:47] </w:t>
      </w:r>
      <w:r>
        <w:t>yahan tak ke logon ne barhai ka matlab hi badal diya hai.</w:t>
      </w:r>
    </w:p>
    <w:p>
      <w:pPr>
        <w:jc w:val="right"/>
      </w:pPr>
      <w:r>
        <w:t>یہاں تک کہ لوگوں نے بڑائی کا مطلب ہی بدل دیا ہے۔</w:t>
      </w:r>
    </w:p>
    <w:p>
      <w:r>
        <w:rPr>
          <w:b/>
        </w:rPr>
        <w:t xml:space="preserve">[33:54] </w:t>
      </w:r>
      <w:r>
        <w:t>misalan aik jagah main gaya. to wahan yeh speaker sahab ne yeh ayat parhi. wa rabbaka fakabbir.</w:t>
      </w:r>
    </w:p>
    <w:p>
      <w:pPr>
        <w:jc w:val="right"/>
      </w:pPr>
      <w:r>
        <w:t>مثلاً ایک جگہ میں گیا۔ تو وہاں یہ اسپیکر صاحب نے یہ آیت پڑھی۔ وربک فکبر۔</w:t>
      </w:r>
    </w:p>
    <w:p>
      <w:r>
        <w:rPr>
          <w:b/>
        </w:rPr>
        <w:t xml:space="preserve">[34:05] </w:t>
      </w:r>
      <w:r>
        <w:t>wa rabbaka fakabbir. is ka matlab hai Khuda ki glory bayan karo. is ka matlab hai rabbaka fakabbir ke Khuda ki glory bayan karo.</w:t>
      </w:r>
    </w:p>
    <w:p>
      <w:pPr>
        <w:jc w:val="right"/>
      </w:pPr>
      <w:r>
        <w:t>وربک فکبر۔ اس کا مطلب ہے خدا کی گلوری بیان کرو۔ اس کا مطلب ہے ربک فکبر کہ خدا کی گلوری بیان کرو۔</w:t>
      </w:r>
    </w:p>
    <w:p>
      <w:r>
        <w:rPr>
          <w:b/>
        </w:rPr>
        <w:t xml:space="preserve">[34:15] </w:t>
      </w:r>
      <w:r>
        <w:t>unhon ne kya kiya tha ke Khuda ko political bara banao.</w:t>
      </w:r>
    </w:p>
    <w:p>
      <w:pPr>
        <w:jc w:val="right"/>
      </w:pPr>
      <w:r>
        <w:t>انہوں نے کیا کیا تھا کہ خدا کو پولیٹیکل بڑا بناؤ۔</w:t>
      </w:r>
    </w:p>
    <w:p>
      <w:r>
        <w:rPr>
          <w:b/>
        </w:rPr>
        <w:t xml:space="preserve">[34:22] </w:t>
      </w:r>
      <w:r>
        <w:t>is ayat ko galat tarjuma kar ke yeh banaya ke Khuda ko political bara banao yani Khuda ko prime minister banao. kehti hai third class ki yeh commentary thi.</w:t>
      </w:r>
    </w:p>
    <w:p>
      <w:pPr>
        <w:jc w:val="right"/>
      </w:pPr>
      <w:r>
        <w:t>اس آیت کو غلط ترجمہ کر کے یہ بنایا کہ خدا کو پولیٹیکل بڑا بناؤ یعنی خدا کو پرائم منسٹر بناؤ۔ کہتی ہے تھرڈ کلاس کی یہ کمنٹری تھی۔</w:t>
      </w:r>
    </w:p>
    <w:p>
      <w:r>
        <w:rPr>
          <w:b/>
        </w:rPr>
        <w:t xml:space="preserve">[34:34] </w:t>
      </w:r>
      <w:r>
        <w:t>Khuda ki glory bayan karo. yani political, political jo head hota hai. woh, woh, woh koi bari cheez hai?</w:t>
      </w:r>
    </w:p>
    <w:p>
      <w:pPr>
        <w:jc w:val="right"/>
      </w:pPr>
      <w:r>
        <w:t>خدا کی گلوری بیان کرو۔ یعنی پولیٹیکل، پولیٹیکل جو ہیڈ ہوتا ہے۔ وہ، وہ، وہ کوئی بڑی چیز ہے؟</w:t>
      </w:r>
    </w:p>
    <w:p>
      <w:r>
        <w:rPr>
          <w:b/>
        </w:rPr>
        <w:t xml:space="preserve">[34:46] </w:t>
      </w:r>
      <w:r>
        <w:t>woh to kuch bhi nahi, woh to tinke ke barabar hai Khuda ke muqablay mein. aur kya Khuda ko aasman se utar kar layen</w:t>
      </w:r>
    </w:p>
    <w:p>
      <w:pPr>
        <w:jc w:val="right"/>
      </w:pPr>
      <w:r>
        <w:t>وہ تو کچھ بھی نہیں، وہ تو تنکے کے برابر ہے خدا کے مقابلے میں۔ اور کیا خدا کو آسمان سے اتار کر لائیں</w:t>
      </w:r>
    </w:p>
    <w:p>
      <w:r>
        <w:rPr>
          <w:b/>
        </w:rPr>
        <w:t xml:space="preserve">[34:52] </w:t>
      </w:r>
      <w:r>
        <w:t>ge aap wahan? is ko bithayenge singhasan par? kaise aap Khuda ko bara banayenge, political bara? Khuda ko political bara banao, kaise karenge aap?</w:t>
      </w:r>
    </w:p>
    <w:p>
      <w:pPr>
        <w:jc w:val="right"/>
      </w:pPr>
      <w:r>
        <w:t>گے آپ وہاں؟ اس کو بٹھائیں گے سنگھاسن پر؟ کیسے آپ خدا کو بڑا بنائیں گے، پولیٹیکل بڑا؟ خدا کو پولیٹیکل بڑا بناؤ، کیسے کریں گے آپ؟</w:t>
      </w:r>
    </w:p>
    <w:p>
      <w:r>
        <w:rPr>
          <w:b/>
        </w:rPr>
        <w:t xml:space="preserve">[35:01] </w:t>
      </w:r>
      <w:r>
        <w:t>kya Khuda kahin ja kar motor car se bithha kar layenge aap is ko? aur kisi takht pe bithhayenge is ko, kisi singhasan par?</w:t>
      </w:r>
    </w:p>
    <w:p>
      <w:pPr>
        <w:jc w:val="right"/>
      </w:pPr>
      <w:r>
        <w:t>کیا خدا کہیں جا کر موٹر کار سے بٹھا کر لائیں گے آپ اس کو؟ اور کسی تخت پہ بٹھائیں گے اس کو، کسی سنگھاسن پر؟</w:t>
      </w:r>
    </w:p>
    <w:p>
      <w:r>
        <w:rPr>
          <w:b/>
        </w:rPr>
        <w:t xml:space="preserve">[35:10] </w:t>
      </w:r>
      <w:r>
        <w:t>kitni absurd hai yeh.</w:t>
      </w:r>
    </w:p>
    <w:p>
      <w:pPr>
        <w:jc w:val="right"/>
      </w:pPr>
      <w:r>
        <w:t>کتنی ایبسڈ ہے یہ۔</w:t>
      </w:r>
    </w:p>
    <w:p>
      <w:r>
        <w:rPr>
          <w:b/>
        </w:rPr>
        <w:t xml:space="preserve">[35:13] </w:t>
      </w:r>
      <w:r>
        <w:t>to jis Quran ki jis ayat mein yeh kaha gaya hai ke aye insan Khuda ki glory bayan kar. is insan, is ayat ko Khuda ne, insan ne satey naaz kar diya.</w:t>
      </w:r>
    </w:p>
    <w:p>
      <w:pPr>
        <w:jc w:val="right"/>
      </w:pPr>
      <w:r>
        <w:t>تو جس قرآن کی جس آیت میں یہ کہا گیا ہے کہ اے انسان خدا کی گلوری بیان کر۔ اس انسان، اس آیت کو خدا نے، انسان نے ستی ناز کر دیا۔</w:t>
      </w:r>
    </w:p>
    <w:p>
      <w:r>
        <w:rPr>
          <w:b/>
        </w:rPr>
        <w:t xml:space="preserve">[35:26] </w:t>
      </w:r>
      <w:r>
        <w:t>wa rabbaka fakabbir. aye insan Khuda ki barhai bayan kar. Khuda ki glory bayan kar. Khuda ki greatness ko bayan kar.</w:t>
      </w:r>
    </w:p>
    <w:p>
      <w:pPr>
        <w:jc w:val="right"/>
      </w:pPr>
      <w:r>
        <w:t>وربک فکبر۔ اے انسان خدا کی بڑائی بیان کر۔ خدا کی گلوری بیان کر۔ خدا کی گریٹنس کو بیان کر۔</w:t>
      </w:r>
    </w:p>
    <w:p>
      <w:r>
        <w:rPr>
          <w:b/>
        </w:rPr>
        <w:t xml:space="preserve">[35:38] </w:t>
      </w:r>
      <w:r>
        <w:t>is ko itna reduce kiya, itna reduce kiya ke Khuda ko political head banao. kitni, yeh yani is se ziyada koi meaningless baat koi ho sakti hai?</w:t>
      </w:r>
    </w:p>
    <w:p>
      <w:pPr>
        <w:jc w:val="right"/>
      </w:pPr>
      <w:r>
        <w:t>اس کو اتنا ریڈیس کیا، اتنا ریڈیس کیا کہ خدا کو پولیٹیکل ہیڈ بناؤ۔ کتنی، یہ یعنی اس سے زیادہ کوئی میننگ لیس بات کوئی ہو سکتی ہے؟</w:t>
      </w:r>
    </w:p>
    <w:p>
      <w:r>
        <w:rPr>
          <w:b/>
        </w:rPr>
        <w:t xml:space="preserve">[35:51] </w:t>
      </w:r>
      <w:r>
        <w:t>to mein shayad yeh kehne mein galat nahi hoon ke pichhle seventy five years ke beech mein maine kahin bhi aisa koi, aisa koi jalsah attend nahi kiya jis mein sach much, sach much, sach much Khuda ki barhai bayan ki jaye.</w:t>
      </w:r>
    </w:p>
    <w:p>
      <w:pPr>
        <w:jc w:val="right"/>
      </w:pPr>
      <w:r>
        <w:t>تو میں شاید یہ کہنے میں غلط نہیں ہوں کہ پچھلے سیونٹی فائیو ایئرز کے بیچ میں میں نے کہیں بھی ایسا کوئی، ایسا کوئی جلسہ اٹینڈ نہیں کیا جس میں سچ مچ، سچ مچ، سچ مچ خدا کی بڑائی بیان کی جائے۔</w:t>
      </w:r>
    </w:p>
    <w:p>
      <w:r>
        <w:rPr>
          <w:b/>
        </w:rPr>
        <w:t xml:space="preserve">[36:07] </w:t>
      </w:r>
      <w:r>
        <w:t>Khuda ki glory bayan ki jaye. Insano ki glory, insano ki barhai har jagah hoti hai.</w:t>
      </w:r>
    </w:p>
    <w:p>
      <w:pPr>
        <w:jc w:val="right"/>
      </w:pPr>
      <w:r>
        <w:t>خدا کی گلوری بیان کی جائے۔ انسانوں کی گلوری، انسانوں کی بڑائی ہر جگہ ہوتی ہے۔</w:t>
      </w:r>
    </w:p>
    <w:p>
      <w:r>
        <w:rPr>
          <w:b/>
        </w:rPr>
        <w:t xml:space="preserve">[36:15] </w:t>
      </w:r>
      <w:r>
        <w:t>kahin agar Khuda ka naam bhi liya jata hai to woh Khuda ka naam is sense mein nahi liya jata jaisa ke lena chahiye. Kisi aur sense mein, distored way mein bhi liya jata hai.</w:t>
      </w:r>
    </w:p>
    <w:p>
      <w:pPr>
        <w:jc w:val="right"/>
      </w:pPr>
      <w:r>
        <w:t>کہیں اگر خدا کا نام بھی لیا جاتا ہے تو وہ خدا کا نام اس سینس میں نہیں لیا جاتا جیسا کہ لینا چاہیے۔ کسی اور سینس میں، ڈسٹارڈڈ وے میں بھی لیا جاتا ہے۔</w:t>
      </w:r>
    </w:p>
    <w:p>
      <w:r>
        <w:rPr>
          <w:b/>
        </w:rPr>
        <w:t xml:space="preserve">[36:25] </w:t>
      </w:r>
      <w:r>
        <w:t>aap sochiye ke yeh kitni ajeeb baat hai. Kitni ajeeb baat hai.</w:t>
      </w:r>
    </w:p>
    <w:p>
      <w:pPr>
        <w:jc w:val="right"/>
      </w:pPr>
      <w:r>
        <w:t>آپ سوچیے کہ یہ کتنی عجیب بات ہے۔ کتنی عجیب بات ہے۔</w:t>
      </w:r>
    </w:p>
    <w:p>
      <w:r>
        <w:rPr>
          <w:b/>
        </w:rPr>
        <w:t xml:space="preserve">[36:34] </w:t>
      </w:r>
      <w:r>
        <w:t>jo lord hai universe ka usi ka charcha nahi. Jo creator hai universe ka usi ka charcha nahi.</w:t>
      </w:r>
    </w:p>
    <w:p>
      <w:pPr>
        <w:jc w:val="right"/>
      </w:pPr>
      <w:r>
        <w:t>جو لارڈ ہے یونیورس کا اسی کا چرچہ نہیں۔ جو کریٹر ہے یونیورس کا اسی کا چرچہ نہیں۔</w:t>
      </w:r>
    </w:p>
    <w:p>
      <w:r>
        <w:rPr>
          <w:b/>
        </w:rPr>
        <w:t xml:space="preserve">[36:45] </w:t>
      </w:r>
      <w:r>
        <w:t>agar mein yeh kahoon to galat nahi hoga ke hamein jo kuch yeh cheezein di gayi hain, aankh, kaan, zabaan, dimaagh, haath, paon sab sirf ek maqsad ke liye, verbic fikbar ke liye.</w:t>
      </w:r>
    </w:p>
    <w:p>
      <w:pPr>
        <w:jc w:val="right"/>
      </w:pPr>
      <w:r>
        <w:t>اگر میں یہ کہوں تو غلط نہیں ہوگا کہ ہمیں جو کچھ یہ چیزیں دی گئی ہیں، آنکھ، کان، زبان، دماغ، ہاتھ، پاؤں سب صرف ایک مقصد کے لیے، وربک فکبر کے لیے۔</w:t>
      </w:r>
    </w:p>
    <w:p>
      <w:r>
        <w:rPr>
          <w:b/>
        </w:rPr>
        <w:t xml:space="preserve">[36:59] </w:t>
      </w:r>
      <w:r>
        <w:t>Khuda ki barhai bayan karne ke liye. Koi doosra maqsad nahi hai.</w:t>
      </w:r>
    </w:p>
    <w:p>
      <w:pPr>
        <w:jc w:val="right"/>
      </w:pPr>
      <w:r>
        <w:t>خدا کی بڑائی بیان کرنے کے لیے۔ کوئی دوسرا مقصد نہیں ہے۔</w:t>
      </w:r>
    </w:p>
    <w:p>
      <w:r>
        <w:rPr>
          <w:b/>
        </w:rPr>
        <w:t xml:space="preserve">[37:07] </w:t>
      </w:r>
      <w:r>
        <w:t>yaani is liye apne mind se hum Khuda ki greatness ko discover karein.</w:t>
      </w:r>
    </w:p>
    <w:p>
      <w:pPr>
        <w:jc w:val="right"/>
      </w:pPr>
      <w:r>
        <w:t>یعنی اس لیے اپنے مائنڈ سے ہم خدا کی گریٹنس کو ڈسکور کریں۔</w:t>
      </w:r>
    </w:p>
    <w:p>
      <w:r>
        <w:rPr>
          <w:b/>
        </w:rPr>
        <w:t xml:space="preserve">[37:16] </w:t>
      </w:r>
      <w:r>
        <w:t>Khuda ki greatness ko discover karein. Abhi mein radio mein ek feature sun raha tha.</w:t>
      </w:r>
    </w:p>
    <w:p>
      <w:pPr>
        <w:jc w:val="right"/>
      </w:pPr>
      <w:r>
        <w:t>خدا کی گریٹنس کو ڈسکور کریں۔ ابھی میں ریڈیو میں ایک فیچر سن رہا تھا۔</w:t>
      </w:r>
    </w:p>
    <w:p>
      <w:r>
        <w:rPr>
          <w:b/>
        </w:rPr>
        <w:t xml:space="preserve">[37:26] </w:t>
      </w:r>
      <w:r>
        <w:t>do teen din ki baat hai. To energy ke bare mein thi baat ke hum duniya mein tel jo hai kam hota chala ja raha hai, istemal ho raha hai.</w:t>
      </w:r>
    </w:p>
    <w:p>
      <w:pPr>
        <w:jc w:val="right"/>
      </w:pPr>
      <w:r>
        <w:t>دو تین دن کی بات ہے۔ تو انرجی کے بارے میں تھی بات کہ ہم دنیا میں تیل جو ہے کم ہوتا چلا جا رہا ہے، استعمال ہو رہا ہے۔</w:t>
      </w:r>
    </w:p>
    <w:p>
      <w:r>
        <w:rPr>
          <w:b/>
        </w:rPr>
        <w:t xml:space="preserve">[37:36] </w:t>
      </w:r>
      <w:r>
        <w:t>kyun ke aap jante hain ke tel jo hai, oil jo hai, oil limited is mein hai. Unlimited nahi hai.</w:t>
      </w:r>
    </w:p>
    <w:p>
      <w:pPr>
        <w:jc w:val="right"/>
      </w:pPr>
      <w:r>
        <w:t>کیوں کہ آپ جانتے ہیں کہ تیل جو ہے، آئل جو ہے، آئل لمیٹڈ اس میں ہے۔ ان لمیٹڈ نہیں ہے۔</w:t>
      </w:r>
    </w:p>
    <w:p>
      <w:r>
        <w:rPr>
          <w:b/>
        </w:rPr>
        <w:t xml:space="preserve">[37:45] </w:t>
      </w:r>
      <w:r>
        <w:t>to istemal kar raha hai insan lekin aap oil ke ka jo storage hai us mein aap koi badha to nahi rahe hain?</w:t>
      </w:r>
    </w:p>
    <w:p>
      <w:pPr>
        <w:jc w:val="right"/>
      </w:pPr>
      <w:r>
        <w:t>تو استعمال کر رہا ہے انسان لیکن آپ آئل کے کا جو اسٹوریج ہے اس میں آپ کوئی بڑھا تو نہیں رہے ہیں؟</w:t>
      </w:r>
    </w:p>
    <w:p>
      <w:r>
        <w:rPr>
          <w:b/>
        </w:rPr>
        <w:t xml:space="preserve">[37:54] </w:t>
      </w:r>
      <w:r>
        <w:t>kam kar rahe hain? To sari duniya mein yeh socha ja raha hai ke aindah jo hai energy kaise hasil ki jayegi? Kya kiya jayega?</w:t>
      </w:r>
    </w:p>
    <w:p>
      <w:pPr>
        <w:jc w:val="right"/>
      </w:pPr>
      <w:r>
        <w:t>کم کر رہے ہیں؟ تو ساری دنیا میں یہ سوچا جا رہا ہے کہ آئندہ جو ہے انرجی کیسے حاصل کی جائے گی؟ کیا کیا جائے گا؟</w:t>
      </w:r>
    </w:p>
    <w:p>
      <w:r>
        <w:rPr>
          <w:b/>
        </w:rPr>
        <w:t xml:space="preserve">[38:04] </w:t>
      </w:r>
      <w:r>
        <w:t>to is mein ek anokhi report thi ke insan ne America mein yeh cheez discover ho chuki hai. Aur is ko unhon ne, unhon ne istemal kar ke dekh liya hai ke sahi hai woh.</w:t>
      </w:r>
    </w:p>
    <w:p>
      <w:pPr>
        <w:jc w:val="right"/>
      </w:pPr>
      <w:r>
        <w:t>تو اس میں ایک انوکھی رپورٹ تھی کہ انسان نے امریکہ میں یہ چیز ڈسکور ہو چکی ہے۔ اور اس کو انہوں نے، انہوں نے استعمال کر کے دیکھ لیا ہے کہ صحیح ہے وہ۔</w:t>
      </w:r>
    </w:p>
    <w:p>
      <w:r>
        <w:rPr>
          <w:b/>
        </w:rPr>
        <w:t xml:space="preserve">[38:15] </w:t>
      </w:r>
      <w:r>
        <w:t>ke ek rocket ko urhaya jayega aasman, zameen se. Phir zameen mein woh solar energy ke bare mein tha. Ke solar jo hamara, jo jo hamara sun hai,</w:t>
      </w:r>
    </w:p>
    <w:p>
      <w:pPr>
        <w:jc w:val="right"/>
      </w:pPr>
      <w:r>
        <w:t>کہ ایک راکٹ کو اڑایا جائے گا آسمان، زمین سے۔ پھر زمین میں وہ سولر انرجی کے بارے میں تھا۔ کہ سولر جو ہمارا، جو جو ہمارا سن ہے،</w:t>
      </w:r>
    </w:p>
    <w:p>
      <w:r>
        <w:rPr>
          <w:b/>
        </w:rPr>
        <w:t xml:space="preserve">[38:29] </w:t>
      </w:r>
      <w:r>
        <w:t>sooraj. Is mein athah energy hai. Bahut zyada energy hai.</w:t>
      </w:r>
    </w:p>
    <w:p>
      <w:pPr>
        <w:jc w:val="right"/>
      </w:pPr>
      <w:r>
        <w:t>سورج۔ اس میں اتھاہ انرجی ہے۔ بہت زیادہ انرجی ہے۔</w:t>
      </w:r>
    </w:p>
    <w:p>
      <w:r>
        <w:rPr>
          <w:b/>
        </w:rPr>
        <w:t xml:space="preserve">[38:35] </w:t>
      </w:r>
      <w:r>
        <w:t>yeh solar energy itni zyada hai ke hum is ko istemal kar sakte, karte rahein million million years tak woh khatam nahi hogi. Lekin kaise is ko istemal karein?</w:t>
      </w:r>
    </w:p>
    <w:p>
      <w:pPr>
        <w:jc w:val="right"/>
      </w:pPr>
      <w:r>
        <w:t>یہ سولر انرجی اتنی زیادہ ہے کہ ہم اس کو استعمال کر سکتے، کرتے رہیں ملین ملین ایئرز تک وہ ختم نہیں ہوگی۔ لیکن کیسے اس کو استعمال کریں؟</w:t>
      </w:r>
    </w:p>
    <w:p>
      <w:r>
        <w:rPr>
          <w:b/>
        </w:rPr>
        <w:t xml:space="preserve">[38:46] </w:t>
      </w:r>
      <w:r>
        <w:t>aap jante hain ke sooraj ki jo kirnein hain woh thode hisse mein zameen par padti hain. Phir is ke baad raat aa jati hai. Ab store nahi kar sakte aap is ko.</w:t>
      </w:r>
    </w:p>
    <w:p>
      <w:pPr>
        <w:jc w:val="right"/>
      </w:pPr>
      <w:r>
        <w:t>آپ جانتے ہیں کہ سورج کی جو کرنیں ہیں وہ تھوڑے حصے میں زمین پر پڑتی ہیں۔ پھر اس کے بعد رات آ جاتی ہے۔ اب اسٹور نہیں کر سکتے آپ اس کو۔</w:t>
      </w:r>
    </w:p>
    <w:p>
      <w:r>
        <w:rPr>
          <w:b/>
        </w:rPr>
        <w:t xml:space="preserve">[38:57] </w:t>
      </w:r>
      <w:r>
        <w:t>is mein yeh tha ke agar dhai sau mil upar chale jayein aap. To wahan sooraj chaudah ghante chamakta rehta hai.</w:t>
      </w:r>
    </w:p>
    <w:p>
      <w:pPr>
        <w:jc w:val="right"/>
      </w:pPr>
      <w:r>
        <w:t>اس میں یہ تھا کہ اگر ڈھائی سو میل اوپر چلے جائیں آپ۔ تو وہاں سورج چوبیس گھنٹے چمکتا رہتا ہے۔</w:t>
      </w:r>
    </w:p>
    <w:p>
      <w:r>
        <w:rPr>
          <w:b/>
        </w:rPr>
        <w:t xml:space="preserve">[39:07] </w:t>
      </w:r>
      <w:r>
        <w:t>chaudah ghante.</w:t>
      </w:r>
    </w:p>
    <w:p>
      <w:pPr>
        <w:jc w:val="right"/>
      </w:pPr>
      <w:r>
        <w:t>چوبیس گھنٹے۔</w:t>
      </w:r>
    </w:p>
    <w:p>
      <w:r>
        <w:rPr>
          <w:b/>
        </w:rPr>
        <w:t xml:space="preserve">[39:11] </w:t>
      </w:r>
      <w:r>
        <w:t>to rocket mein woh lagaya jayega jo solar energy ko lene ke liye hota hai, ek woh plate hoti hai. Is plate, woh plate pakadti hai solar energy ko.</w:t>
      </w:r>
    </w:p>
    <w:p>
      <w:pPr>
        <w:jc w:val="right"/>
      </w:pPr>
      <w:r>
        <w:t>تو راکٹ میں وہ لگایا جائے جو سولر انرجی کو لینے کے لیے ہوتا ہے، ایک وہ پلیٹ ہوتی ہے۔ اس پلیٹ، وہ پلیٹ پکڑتی ہے سولر انرجی کو۔</w:t>
      </w:r>
    </w:p>
    <w:p>
      <w:r>
        <w:rPr>
          <w:b/>
        </w:rPr>
        <w:t xml:space="preserve">[39:23] </w:t>
      </w:r>
      <w:r>
        <w:t>to is mein aisi plate fit ho. Aur woh upar pahuncha diya jaye. Woh solar energy ko lega woh rocket.</w:t>
      </w:r>
    </w:p>
    <w:p>
      <w:pPr>
        <w:jc w:val="right"/>
      </w:pPr>
      <w:r>
        <w:t>تو اس میں ایسی پلیٹ فٹ ہو۔ اور وہ اوپر پہنچا دیا جائے۔ وہ سولر انرجی کو لے گا وہ راکٹ۔</w:t>
      </w:r>
    </w:p>
    <w:p>
      <w:r>
        <w:rPr>
          <w:b/>
        </w:rPr>
        <w:t xml:space="preserve">[39:33] </w:t>
      </w:r>
      <w:r>
        <w:t>aur le kar ke woh is ko electrical energy mein convert karega.</w:t>
      </w:r>
    </w:p>
    <w:p>
      <w:pPr>
        <w:jc w:val="right"/>
      </w:pPr>
      <w:r>
        <w:t>اور لے کر کے وہ اس کو الیکٹریکل انرجی میں کنورٹ کرے گا۔</w:t>
      </w:r>
    </w:p>
    <w:p>
      <w:r>
        <w:rPr>
          <w:b/>
        </w:rPr>
        <w:t xml:space="preserve">[39:39] </w:t>
      </w:r>
      <w:r>
        <w:t>solar energy ko electrical energy mein convert karega. Phir is ko woh microwave mein convert kar ke zameen mein bhejega. Aur zameen par jo system hoga woh is microwave ko dobara electrical energy mein convert karega.</w:t>
      </w:r>
    </w:p>
    <w:p>
      <w:pPr>
        <w:jc w:val="right"/>
      </w:pPr>
      <w:r>
        <w:t>سولر انرجی کو الیکٹریکل انرجی میں کنورٹ کرے گا۔ پھر اس کو وہ مائیکرو ویو میں کنورٹ کر کے زمین میں بھیجے گا۔ اور زمین پر جو سسٹم ہوگا وہ اس مائیکرو ویوز کو دوبارہ الیکٹریکل انرجی میں کنورٹ کرے گا۔</w:t>
      </w:r>
    </w:p>
    <w:p>
      <w:r>
        <w:rPr>
          <w:b/>
        </w:rPr>
        <w:t xml:space="preserve">[39:53] </w:t>
      </w:r>
      <w:r>
        <w:t>aur phir insan ko istemal kar sakega is ko. To mein ne socha to mera, meri tharthari paida ho gayi. Kyun?</w:t>
      </w:r>
    </w:p>
    <w:p>
      <w:pPr>
        <w:jc w:val="right"/>
      </w:pPr>
      <w:r>
        <w:t>اور پھر انسان کو استعمال کر سکے گا اس کو۔ تو میں نے سوچا تو میرا، میری تھرتھری پیدا ہو گئی۔ کیوں؟</w:t>
      </w:r>
    </w:p>
    <w:p>
      <w:r>
        <w:rPr>
          <w:b/>
        </w:rPr>
        <w:t xml:space="preserve">[40:03] </w:t>
      </w:r>
      <w:r>
        <w:t>yeh universe mein potential ko actual banana hai.</w:t>
      </w:r>
    </w:p>
    <w:p>
      <w:pPr>
        <w:jc w:val="right"/>
      </w:pPr>
      <w:r>
        <w:t>یہ یونیورس میں پوٹینشل کو ایکچول بنانا ہے۔</w:t>
      </w:r>
    </w:p>
    <w:p>
      <w:r>
        <w:rPr>
          <w:b/>
        </w:rPr>
        <w:t xml:space="preserve">[40:07] </w:t>
      </w:r>
      <w:r>
        <w:t>yani samajhye ke insaan ne koi invent ki koi cheez. that is converting the potential.</w:t>
      </w:r>
    </w:p>
    <w:p>
      <w:pPr>
        <w:jc w:val="right"/>
      </w:pPr>
      <w:r>
        <w:t>یعنی سمجھئے کہ انسان نے کوئی انوینٹ کی کوئی چیز۔ دیٹ از کنورٹنگ دا پوٹینشل۔</w:t>
      </w:r>
    </w:p>
    <w:p>
      <w:r>
        <w:rPr>
          <w:b/>
        </w:rPr>
        <w:t xml:space="preserve">[40:17] </w:t>
      </w:r>
      <w:r>
        <w:t>that is converting the potential into actual. turning the potential into actual. jo bhi hai chahe motor car ho ya hawai jahaz ho ya rocket ho, kuch bhi.</w:t>
      </w:r>
    </w:p>
    <w:p>
      <w:pPr>
        <w:jc w:val="right"/>
      </w:pPr>
      <w:r>
        <w:t>دیٹ از کنورٹنگ دا پوٹینشل انٹو ایکچول۔ ٹرننگ دا پوٹینشل انٹو ایکچول۔ جو بھی ہے چاہے موٹر کار ہو یا ہوائی جہاز ہو یا راکٹ ہو، کچھ بھی۔</w:t>
      </w:r>
    </w:p>
    <w:p>
      <w:r>
        <w:rPr>
          <w:b/>
        </w:rPr>
        <w:t xml:space="preserve">[40:32] </w:t>
      </w:r>
      <w:r>
        <w:t>sab ka sab kya hai?</w:t>
      </w:r>
    </w:p>
    <w:p>
      <w:pPr>
        <w:jc w:val="right"/>
      </w:pPr>
      <w:r>
        <w:t>سب کا سب کیا ہے؟</w:t>
      </w:r>
    </w:p>
    <w:p>
      <w:r>
        <w:rPr>
          <w:b/>
        </w:rPr>
        <w:t xml:space="preserve">[40:34] </w:t>
      </w:r>
      <w:r>
        <w:t>sab ka sab nature mein kuch potential the unko aap ne actual banaya. yeh na samjhiye ke hum ne kuch invent kiya hai.</w:t>
      </w:r>
    </w:p>
    <w:p>
      <w:pPr>
        <w:jc w:val="right"/>
      </w:pPr>
      <w:r>
        <w:t>سب کا سب نیچر میں کچھ پوٹینشل تھے ان کو آپ نے ایکچول بنایا۔ یہ نہ سمجھیے کہ ہم نے کچھ انوینٹ کیا ہے۔</w:t>
      </w:r>
    </w:p>
    <w:p>
      <w:r>
        <w:rPr>
          <w:b/>
        </w:rPr>
        <w:t xml:space="preserve">[40:45] </w:t>
      </w:r>
      <w:r>
        <w:t>hum pani ka ek drop bhi invent nahi kar sakte. hum ek particle bhi invent nahi kar sakte. khuda ne yahan par.</w:t>
      </w:r>
    </w:p>
    <w:p>
      <w:pPr>
        <w:jc w:val="right"/>
      </w:pPr>
      <w:r>
        <w:t>ہم پانی کا ایک ڈراپ بھی انوینٹ نہیں کر سکتے۔ ہم ایک پارٹیکل بھی انوینٹ نہیں کر سکتے۔ خدا نے یہاں پر۔</w:t>
      </w:r>
    </w:p>
    <w:p>
      <w:r>
        <w:rPr>
          <w:b/>
        </w:rPr>
        <w:t xml:space="preserve">[40:55] </w:t>
      </w:r>
      <w:r>
        <w:t>khuda ne sab se pehle jo insaan dunya mein aaya to ghoṛe de diye. ghoṛe hum ne nahi banaye.</w:t>
      </w:r>
    </w:p>
    <w:p>
      <w:pPr>
        <w:jc w:val="right"/>
      </w:pPr>
      <w:r>
        <w:t>خدا نے سب سے پہلے جو انسان دنیا میں آیا تو گھوڑے دے دیئے۔ گھوڑے ہم نے نہیں بنائے۔</w:t>
      </w:r>
    </w:p>
    <w:p>
      <w:r>
        <w:rPr>
          <w:b/>
        </w:rPr>
        <w:t xml:space="preserve">[41:02] </w:t>
      </w:r>
      <w:r>
        <w:t>ghoṛe khuda ne nature ki factory mein bane. nature ki jo living factory hai is mein ghoṛe ban ban kar mile humein.</w:t>
      </w:r>
    </w:p>
    <w:p>
      <w:pPr>
        <w:jc w:val="right"/>
      </w:pPr>
      <w:r>
        <w:t>گھوڑے خدا نے نیچر کے فیکٹری میں بنے۔ نیچر کی جو لیونگ فیکٹری ہے اس میں گھوڑے بن بن کر ملے ہمیں۔</w:t>
      </w:r>
    </w:p>
    <w:p>
      <w:r>
        <w:rPr>
          <w:b/>
        </w:rPr>
        <w:t xml:space="preserve">[41:11] </w:t>
      </w:r>
      <w:r>
        <w:t>aur jangalon mein bohat sare pare hue the. hum ne unko harness kiya, unko le kar istemal kiya. bohat din tak ghoṛe aur oont hamare liye sawari ka zariya rahe.</w:t>
      </w:r>
    </w:p>
    <w:p>
      <w:pPr>
        <w:jc w:val="right"/>
      </w:pPr>
      <w:r>
        <w:t>اور جنگلوں میں بہت سارے پڑے ہوئے تھے۔ ہم نے ان کو ہارنس کیا، ان کو لے کر استعمال کیا۔ بہت دن تک گھوڑے اور اونٹ ہمارے لیے سواری کا ذریعہ رہے۔</w:t>
      </w:r>
    </w:p>
    <w:p>
      <w:r>
        <w:rPr>
          <w:b/>
        </w:rPr>
        <w:t xml:space="preserve">[41:23] </w:t>
      </w:r>
      <w:r>
        <w:t>phir insaan ne daryaft kiya ke yahan par woh bicycle bana sakta hai. yahan par woh motor car bana sakta hai. yahan par woh airplane bana sakta hai.</w:t>
      </w:r>
    </w:p>
    <w:p>
      <w:pPr>
        <w:jc w:val="right"/>
      </w:pPr>
      <w:r>
        <w:t>پھر انسان نے دریافت کیا کہ یہاں پر وہ بائیسیکل بنا سکتا ہے۔ یہاں پر وہ موٹر کار بنا سکتا ہے۔ یہاں پر وہ ایروپلین بنا سکتا ہے۔</w:t>
      </w:r>
    </w:p>
    <w:p>
      <w:r>
        <w:rPr>
          <w:b/>
        </w:rPr>
        <w:t xml:space="preserve">[41:34] </w:t>
      </w:r>
      <w:r>
        <w:t>woh kaise? nature mein yeh potentially sab kuch pehle se tha. jis tarah nature mein pehle se ghoṛa tha us ko insaan ne istemal kiya.</w:t>
      </w:r>
    </w:p>
    <w:p>
      <w:pPr>
        <w:jc w:val="right"/>
      </w:pPr>
      <w:r>
        <w:t>وہ کیسے؟ نیچر میں یہ پوٹینشلی سب کچھ پہلے سے تھا۔ جس طرح نیچر میں پہلے سے گھوڑا تھا اس کو انسان نے استعمال کیا۔</w:t>
      </w:r>
    </w:p>
    <w:p>
      <w:r>
        <w:rPr>
          <w:b/>
        </w:rPr>
        <w:t xml:space="preserve">[41:48] </w:t>
      </w:r>
      <w:r>
        <w:t>ṭheek isi tarah nature mein yeh sare cheezein potentially maujood</w:t>
      </w:r>
    </w:p>
    <w:p>
      <w:pPr>
        <w:jc w:val="right"/>
      </w:pPr>
      <w:r>
        <w:t>ٹھیک اسی طرح نیچر میں یہ سارے چیزیں پوٹینشلی موجود</w:t>
      </w:r>
    </w:p>
    <w:p>
      <w:r>
        <w:rPr>
          <w:b/>
        </w:rPr>
        <w:t xml:space="preserve">[41:52] </w:t>
      </w:r>
      <w:r>
        <w:t>thin. hum ne discover kiya. yaad rakhein jitni bhi cheezein hain jin ko hum kehte hain invention woh invention nahi hai woh. woh ijad nahi hai, woh discovery hai.</w:t>
      </w:r>
    </w:p>
    <w:p>
      <w:pPr>
        <w:jc w:val="right"/>
      </w:pPr>
      <w:r>
        <w:t>تھیں۔ ہم نے ڈسکور کیا۔ یاد رکھیں جتنی بھی چیزیں ہیں جن کو ہم کہتے ہیں انوینشن وہ انوینشن نہیں ہے وہ۔ وہ ایجاد نہیں ہے، وہ ڈسکوری ہے۔</w:t>
      </w:r>
    </w:p>
    <w:p>
      <w:r>
        <w:rPr>
          <w:b/>
        </w:rPr>
        <w:t xml:space="preserve">[42:04] </w:t>
      </w:r>
      <w:r>
        <w:t>all the inventions, all the so called inventions are simply discovery.</w:t>
      </w:r>
    </w:p>
    <w:p>
      <w:pPr>
        <w:jc w:val="right"/>
      </w:pPr>
      <w:r>
        <w:t>آل دی انوینشنز، آل دا سو کالڈ انوینشنز آر سمپلی ڈسکوری۔</w:t>
      </w:r>
    </w:p>
    <w:p>
      <w:r>
        <w:rPr>
          <w:b/>
        </w:rPr>
        <w:t xml:space="preserve">[42:12] </w:t>
      </w:r>
      <w:r>
        <w:t>invention koi cheez nahi hai. aap kuch invent nahi kar sakte hain.</w:t>
      </w:r>
    </w:p>
    <w:p>
      <w:pPr>
        <w:jc w:val="right"/>
      </w:pPr>
      <w:r>
        <w:t>انوینشن کوئی چیز نہیں ہے۔ آپ کچھ انوینٹ نہیں کر سکتے ہیں۔</w:t>
      </w:r>
    </w:p>
    <w:p>
      <w:r>
        <w:rPr>
          <w:b/>
        </w:rPr>
        <w:t xml:space="preserve">[42:18] </w:t>
      </w:r>
      <w:r>
        <w:t>to zameen mein jo potential tha us potential ko aap ne discover kiya. us ko actual banaya. aur phir aap ne dekha ke motor car dor rahi hai, hawai jahaz uṛ raha hai, mobile bol raha hai, yeh sab.</w:t>
      </w:r>
    </w:p>
    <w:p>
      <w:pPr>
        <w:jc w:val="right"/>
      </w:pPr>
      <w:r>
        <w:t>تو زمین میں جو پوٹینشل تھا اس پوٹینشل کو آپ نے ڈسکور کیا۔ اس کو ایکچول بنایا۔ اور پھر آپ نے دیکھا کہ موٹر کار دوڑ رہی ہے، ہوائی جہاز اڑ رہا ہے، موبائل بول رہا ہے، یہ سب۔</w:t>
      </w:r>
    </w:p>
    <w:p>
      <w:r>
        <w:rPr>
          <w:b/>
        </w:rPr>
        <w:t xml:space="preserve">[42:33] </w:t>
      </w:r>
      <w:r>
        <w:t>phir is mein pesh aagaye. aise khuda ka sab se bara haq kya hai? hum is ki glory bayan karein. glory bayan karna kya hai? acknowledge karna.</w:t>
      </w:r>
    </w:p>
    <w:p>
      <w:pPr>
        <w:jc w:val="right"/>
      </w:pPr>
      <w:r>
        <w:t>پھر اس میں پیش آگئے۔ ایسے خدا کا سب سے بڑا حق کیا ہے؟ ہم اس کی گلوری بیان کریں۔ گلوری بیان کرنا کیا ہے؟ اکنالج کرنا۔</w:t>
      </w:r>
    </w:p>
    <w:p>
      <w:r>
        <w:rPr>
          <w:b/>
        </w:rPr>
        <w:t xml:space="preserve">[42:43] </w:t>
      </w:r>
      <w:r>
        <w:t>hum is ki baṛai ko acknowledge karein. is ki blessing ko acknowledge karein. ise jo kuch diya hamein us ko hum acknowledge karein.</w:t>
      </w:r>
    </w:p>
    <w:p>
      <w:pPr>
        <w:jc w:val="right"/>
      </w:pPr>
      <w:r>
        <w:t>ہم اس کی بڑائی کو اکنالج کریں۔ اس کی بلیسنگ کو اکنالج کریں۔ اسے جو کچھ دیا ہمیں اس کو ہم اکنالج کریں۔</w:t>
      </w:r>
    </w:p>
    <w:p>
      <w:r>
        <w:rPr>
          <w:b/>
        </w:rPr>
        <w:t xml:space="preserve">[42:54] </w:t>
      </w:r>
      <w:r>
        <w:t>to glory bayan karna woh nahi jaise badshahon ke qasideh parhe jatay thay. woh cheez nahi hai yeh. yeh hai acknowledge karna.</w:t>
      </w:r>
    </w:p>
    <w:p>
      <w:pPr>
        <w:jc w:val="right"/>
      </w:pPr>
      <w:r>
        <w:t>تو گلوری بیان کرنا وہ نہیں جیسے بادشاہوں کے قصیدے پڑھے جاتے تھے۔ وہ چیز نہیں ہے یہ۔ یہ ہے اکنالج کرنا۔</w:t>
      </w:r>
    </w:p>
    <w:p>
      <w:r>
        <w:rPr>
          <w:b/>
        </w:rPr>
        <w:t xml:space="preserve">[43:06] </w:t>
      </w:r>
      <w:r>
        <w:t>is ke deen ko, is ki blessing ko, is ki atiya ko, is ke gift ko. jis se hamein, hamein yeh sara mila hai dunya mein.</w:t>
      </w:r>
    </w:p>
    <w:p>
      <w:pPr>
        <w:jc w:val="right"/>
      </w:pPr>
      <w:r>
        <w:t>اس کے دین کو، اس کی بلیسنگ کو، اس کی عطیہ کو، اس کے گفٹ کو۔ جس سے ہمیں، ہمیں یہ سارا ملا ہے دنیا میں۔</w:t>
      </w:r>
    </w:p>
    <w:p>
      <w:r>
        <w:rPr>
          <w:b/>
        </w:rPr>
        <w:t xml:space="preserve">[43:15] </w:t>
      </w:r>
      <w:r>
        <w:t>sara life support system mila hai. yeh sari cheezein mili hain. is ko jab hum acknowledge karte hain usi ko kaha jata hai khuda ki glory bayan karna.</w:t>
      </w:r>
    </w:p>
    <w:p>
      <w:pPr>
        <w:jc w:val="right"/>
      </w:pPr>
      <w:r>
        <w:t>سارا لائف سپورٹ سسٹم ملا ہے۔ یہ ساری چیزیں ملی ہیں۔ اس کو جب ہم اکنالج کرتے ہیں اسی کو کہا جاتا ہے خدا کی گلوری بیان کرنا۔</w:t>
      </w:r>
    </w:p>
    <w:p>
      <w:r>
        <w:rPr>
          <w:b/>
        </w:rPr>
        <w:t xml:space="preserve">[43:28] </w:t>
      </w:r>
      <w:r>
        <w:t>to yeh kis liye diya gaya hai? hamare, hamare jo wajood hai, hamara jo being hai woh kis liye?</w:t>
      </w:r>
    </w:p>
    <w:p>
      <w:pPr>
        <w:jc w:val="right"/>
      </w:pPr>
      <w:r>
        <w:t>تو یہ کس لیے دیا گیا ہے؟ ہمارے، ہمارے جو وجود ہے، ہمارا جو بینگ ہے وہ کس لیے؟</w:t>
      </w:r>
    </w:p>
    <w:p>
      <w:r>
        <w:rPr>
          <w:b/>
        </w:rPr>
        <w:t xml:space="preserve">[43:35] </w:t>
      </w:r>
      <w:r>
        <w:t>is liye diya gaya hai ke hum apne mind ko istemal kar ke. aap jante hain ke mind kya hai? mein ne is se pehle ek, ek is mein baat kahi thi ke scientific study ke baad yeh samjha jata hai ke mind mein unlimited capacity hai.</w:t>
      </w:r>
    </w:p>
    <w:p>
      <w:pPr>
        <w:jc w:val="right"/>
      </w:pPr>
      <w:r>
        <w:t>اس لیے دیا گیا ہے کہ ہم اپنے مائنڈ کو استعمال کر کے۔ آپ جانتے ہیں کہ مائنڈ کیا ہے؟ میں نے اس سے پہلے ایک، ایک اس میں بات کہی تھی کہ سائنٹیفک اسٹڈی کے بعد یہ سمجھا جاتا ہے کہ مائنڈ میں ان لمیٹڈ کپیسٹی ہے۔</w:t>
      </w:r>
    </w:p>
    <w:p>
      <w:r>
        <w:rPr>
          <w:b/>
        </w:rPr>
        <w:t xml:space="preserve">[43:58] </w:t>
      </w:r>
      <w:r>
        <w:t>kaha jata hai ke hundred million billion billion particle hain ek individual mind mein. ek individual mind mein hundred million billion billion particle hain.</w:t>
      </w:r>
    </w:p>
    <w:p>
      <w:pPr>
        <w:jc w:val="right"/>
      </w:pPr>
      <w:r>
        <w:t>کہا جاتا ہے کہ ہنڈرڈ ملین بلین بلین پارٹیکل ہیں ایک انڈیویجول مائنڈ میں۔ ایک انڈیویجول مائنڈ میں ہنڈرڈ ملین بلین بلین پارٹیکل ہیں۔</w:t>
      </w:r>
    </w:p>
    <w:p>
      <w:r>
        <w:rPr>
          <w:b/>
        </w:rPr>
        <w:t xml:space="preserve">[44:12] </w:t>
      </w:r>
      <w:r>
        <w:t>kitna zyada potential hai insaan ke andar. yani sochne ki capacity. particle ka matlab kya hai? sochne ki capacity.</w:t>
      </w:r>
    </w:p>
    <w:p>
      <w:pPr>
        <w:jc w:val="right"/>
      </w:pPr>
      <w:r>
        <w:t>کتنا زیادہ پوٹینشل ہے انسان کے اندر۔ یعنی سوچنے کی کپیسٹی۔ پارٹیکل کا مطلب کیا ہے؟ سوچنے کی کپیسٹی۔</w:t>
      </w:r>
    </w:p>
    <w:p>
      <w:r>
        <w:rPr>
          <w:b/>
        </w:rPr>
        <w:t xml:space="preserve">[44:24] </w:t>
      </w:r>
      <w:r>
        <w:t>yeh kis liye hai?</w:t>
      </w:r>
    </w:p>
    <w:p>
      <w:pPr>
        <w:jc w:val="right"/>
      </w:pPr>
      <w:r>
        <w:t>یہ کس لیے ہے؟</w:t>
      </w:r>
    </w:p>
    <w:p>
      <w:r>
        <w:rPr>
          <w:b/>
        </w:rPr>
        <w:t xml:space="preserve">[44:26] </w:t>
      </w:r>
      <w:r>
        <w:t>is liye hai ke hum apne mind ko istemal kar ke is Khuda ki greatness ko samjhein. is ki glory ko discover karein.</w:t>
      </w:r>
    </w:p>
    <w:p>
      <w:pPr>
        <w:jc w:val="right"/>
      </w:pPr>
      <w:r>
        <w:t>اس لیے ہے کہ ہم اپنے مائنڈ کو استعمال کر کے اس خدا کی گریٹنس کو سمجھیں۔ اس کی گلوری کو ڈسکور کریں۔</w:t>
      </w:r>
    </w:p>
    <w:p>
      <w:r>
        <w:rPr>
          <w:b/>
        </w:rPr>
        <w:t xml:space="preserve">[44:38] </w:t>
      </w:r>
      <w:r>
        <w:t>is ki barhai ko realize karein. jis ko kaha jata hai arabi mein marifat. marifat. ab phir jo ek thrill aata hai.</w:t>
      </w:r>
    </w:p>
    <w:p>
      <w:pPr>
        <w:jc w:val="right"/>
      </w:pPr>
      <w:r>
        <w:t>اس کی بڑائی کو ریلائز کریں۔ جس کو کہا جاتا ہے عربی میں معرفت۔ معرفت۔ اب پھر جو ایک تھرل آتا ہے۔</w:t>
      </w:r>
    </w:p>
    <w:p>
      <w:r>
        <w:rPr>
          <w:b/>
        </w:rPr>
        <w:t xml:space="preserve">[44:49] </w:t>
      </w:r>
      <w:r>
        <w:t>is, is ko woh thrill asal mein enjoyment ka source wahi thrill hai.</w:t>
      </w:r>
    </w:p>
    <w:p>
      <w:pPr>
        <w:jc w:val="right"/>
      </w:pPr>
      <w:r>
        <w:t>اس، اس کو وہ تھرل اصل میں انجوائے، انجوائے منٹ کا سورس وہی تھرل ہے۔</w:t>
      </w:r>
    </w:p>
    <w:p>
      <w:r>
        <w:rPr>
          <w:b/>
        </w:rPr>
        <w:t xml:space="preserve">[44:58] </w:t>
      </w:r>
      <w:r>
        <w:t>jab aap Khuda ko discover karte hain to ek ajeeb ek thrilling experience hota hai.</w:t>
      </w:r>
    </w:p>
    <w:p>
      <w:pPr>
        <w:jc w:val="right"/>
      </w:pPr>
      <w:r>
        <w:t>جب آپ خدا کو ڈسکور کرتے ہیں تو ایک عجیب ایک تھرلنگ ایکسپیرئینس ہوتا ہے۔</w:t>
      </w:r>
    </w:p>
    <w:p>
      <w:r>
        <w:rPr>
          <w:b/>
        </w:rPr>
        <w:t xml:space="preserve">[45:05] </w:t>
      </w:r>
      <w:r>
        <w:t>wahi hai enjoyment sab se bara.</w:t>
      </w:r>
    </w:p>
    <w:p>
      <w:pPr>
        <w:jc w:val="right"/>
      </w:pPr>
      <w:r>
        <w:t>وہی ہے انجوائے منٹ سب سے بڑا۔</w:t>
      </w:r>
    </w:p>
    <w:p>
      <w:r>
        <w:rPr>
          <w:b/>
        </w:rPr>
        <w:t xml:space="preserve">[45:11] </w:t>
      </w:r>
      <w:r>
        <w:t>to asal cheez duniya mein hua culture nahi hai. asal cheez hai divine culture. hua culture bilkul absurd cheez hai.</w:t>
      </w:r>
    </w:p>
    <w:p>
      <w:pPr>
        <w:jc w:val="right"/>
      </w:pPr>
      <w:r>
        <w:t>تو اصل چیز دنیا میں ہوا کلچر نہیں ہے۔ اصل چیز ہے ڈیوائن کلچر۔ ہوا کلچر بالکل ایبسڈ چیز ہے۔</w:t>
      </w:r>
    </w:p>
    <w:p>
      <w:r>
        <w:rPr>
          <w:b/>
        </w:rPr>
        <w:t xml:space="preserve">[45:20] </w:t>
      </w:r>
      <w:r>
        <w:t>asal cheez hai divine culture. to Khuda ne insan ko mind diya, kyun</w:t>
      </w:r>
    </w:p>
    <w:p>
      <w:pPr>
        <w:jc w:val="right"/>
      </w:pPr>
      <w:r>
        <w:t>اصل چیز ہے ڈیوائن کلچر۔ تو خدا نے انسان کو مائنڈ دیا، کیوں</w:t>
      </w:r>
    </w:p>
    <w:p>
      <w:r>
        <w:rPr>
          <w:b/>
        </w:rPr>
        <w:t xml:space="preserve">[45:29] </w:t>
      </w:r>
      <w:r>
        <w:t>? ke woh is azeem Khuda ko discover kar sake. aankhein kyun dein? Khuda ki beauty ko hum nature mein dekh sakein.</w:t>
      </w:r>
    </w:p>
    <w:p>
      <w:pPr>
        <w:jc w:val="right"/>
      </w:pPr>
      <w:r>
        <w:t>؟ کہ وہ اس عظیم خدا کو ڈسکور کر سکے۔ آنکھیں کیوں دیں؟ خدا کی بیوٹی کو ہم نیچر میں دیکھ سکیں۔</w:t>
      </w:r>
    </w:p>
    <w:p>
      <w:r>
        <w:rPr>
          <w:b/>
        </w:rPr>
        <w:t xml:space="preserve">[45:41] </w:t>
      </w:r>
      <w:r>
        <w:t>Khuda ki beauty aap jante hain ke reflect hui hai hare bhare darakhton mein. aur talaatum khez samundaron mein, bare bare paharon mein.</w:t>
      </w:r>
    </w:p>
    <w:p>
      <w:pPr>
        <w:jc w:val="right"/>
      </w:pPr>
      <w:r>
        <w:t>خدا کی بیوٹی آپ جانتے ہیں کہ ریفلیکٹ ہوئی ہے ہرے بھرے درختوں میں۔ اور تلاطم خیز سمندروں میں، بڑے بڑے پہاڑوں میں۔</w:t>
      </w:r>
    </w:p>
    <w:p>
      <w:r>
        <w:rPr>
          <w:b/>
        </w:rPr>
        <w:t xml:space="preserve">[45:51] </w:t>
      </w:r>
      <w:r>
        <w:t>stars mein, planet mein, sky mein. is sari universe jo hai woh Khuda ki beauty ko reflect kar rahi hai.</w:t>
      </w:r>
    </w:p>
    <w:p>
      <w:pPr>
        <w:jc w:val="right"/>
      </w:pPr>
      <w:r>
        <w:t>اسٹارز میں، پلینٹ میں، اسکائی میں۔ اس ساری یونیورس جو ہے وہ خدا کی بیوٹی کو ریفلیکٹ کر رہی ہے۔</w:t>
      </w:r>
    </w:p>
    <w:p>
      <w:r>
        <w:rPr>
          <w:b/>
        </w:rPr>
        <w:t xml:space="preserve">[46:00] </w:t>
      </w:r>
      <w:r>
        <w:t>Khuda ki beauty ko manifest kar rahi hai. to aankh kis liye di gayi hai? aap Khuda ki beauty ko dekhein.</w:t>
      </w:r>
    </w:p>
    <w:p>
      <w:pPr>
        <w:jc w:val="right"/>
      </w:pPr>
      <w:r>
        <w:t>خدا کی بیوٹی کو مینیفیسٹ کر رہی ہے۔ تو آنکھ کس لیے دی گئی ہے؟ آپ خدا کی بیوٹی کو دیکھیں۔</w:t>
      </w:r>
    </w:p>
    <w:p>
      <w:r>
        <w:rPr>
          <w:b/>
        </w:rPr>
        <w:t xml:space="preserve">[46:08] </w:t>
      </w:r>
      <w:r>
        <w:t>Khuda ki beauty ko dekh kar ke aap ke andar Khuda ki barhai ka ehsas jaage. kaan kis liye diye gaye hain?</w:t>
      </w:r>
    </w:p>
    <w:p>
      <w:pPr>
        <w:jc w:val="right"/>
      </w:pPr>
      <w:r>
        <w:t>خدا کی بیوٹی کو دیکھ کر کے آپ کے اندر خدا کی بڑائی کا احساس جاگے۔ کان کس لیے دیئے گئے ہیں؟</w:t>
      </w:r>
    </w:p>
    <w:p>
      <w:r>
        <w:rPr>
          <w:b/>
        </w:rPr>
        <w:t xml:space="preserve">[46:20] </w:t>
      </w:r>
      <w:r>
        <w:t>Khuda ki awazon ko sunein. dekhein ek awaz woh hoti hai jo shor ke roop mein hoti hai. lekin zyada bari awaz woh hai jo khamoshi ke roop mein hoti hai.</w:t>
      </w:r>
    </w:p>
    <w:p>
      <w:pPr>
        <w:jc w:val="right"/>
      </w:pPr>
      <w:r>
        <w:t>خدا کی آوازوں کو سنیں۔ دیکھیں ایک آواز وہ ہوتی ہے جو شور کے روپ میں ہوتی ہے۔ لیکن زیادہ بڑی آواز وہ ہے جو خاموشی کے روپ میں ہوتی ہے۔</w:t>
      </w:r>
    </w:p>
    <w:p>
      <w:r>
        <w:rPr>
          <w:b/>
        </w:rPr>
        <w:t xml:space="preserve">[46:35] </w:t>
      </w:r>
      <w:r>
        <w:t>zyada bari awaz woh hoti hai jo khamoshi ke roop mein hoti hai. Khuda ki awaz khamoshi ki awaz hai. Khuda khamoshi ki zuban mein bolta hai.</w:t>
      </w:r>
    </w:p>
    <w:p>
      <w:pPr>
        <w:jc w:val="right"/>
      </w:pPr>
      <w:r>
        <w:t>زیادہ بڑی آواز وہ ہوتی ہے جو خاموشی کے روپ میں ہوتی ہے۔ خدا کی آواز خاموشی کی آواز ہے۔ خدا خاموشی کی زبان میں بولتا ہے۔</w:t>
      </w:r>
    </w:p>
    <w:p>
      <w:r>
        <w:rPr>
          <w:b/>
        </w:rPr>
        <w:t xml:space="preserve">[46:45] </w:t>
      </w:r>
      <w:r>
        <w:t>Khuda khamoshi ki zuban mein apni baat ka ailan karta hai. har lamha, har moment, har second. is, is, is kainaat mein Khuda ki awaz goonj rahi hai.</w:t>
      </w:r>
    </w:p>
    <w:p>
      <w:pPr>
        <w:jc w:val="right"/>
      </w:pPr>
      <w:r>
        <w:t>خدا خاموشی کی زبان میں اپنی بات کا اعلان کرتا ہے۔ ہر لمحہ، ہر مومنٹ، ہر سیکنڈ۔ اس، اس، اس کائنات میں خدا کی آواز گونج رہی ہے۔</w:t>
      </w:r>
    </w:p>
    <w:p>
      <w:r>
        <w:rPr>
          <w:b/>
        </w:rPr>
        <w:t xml:space="preserve">[46:59] </w:t>
      </w:r>
      <w:r>
        <w:t>Khuda ki awaz goonj rahi hai. to kaan is liye diye gaye hain</w:t>
      </w:r>
    </w:p>
    <w:p>
      <w:pPr>
        <w:jc w:val="right"/>
      </w:pPr>
      <w:r>
        <w:t>خدا کی آواز گونج رہی ہے۔ تو کان اس لیے دیئے گئے ہیں</w:t>
      </w:r>
    </w:p>
    <w:p>
      <w:r>
        <w:rPr>
          <w:b/>
        </w:rPr>
        <w:t xml:space="preserve">[47:04] </w:t>
      </w:r>
      <w:r>
        <w:t>aap ke hum Khuda ki in awazon ko sunein. aur sun kar ke hamari rooh mein, hamare soul mein woh nashat aur woh thrill paida ho.</w:t>
      </w:r>
    </w:p>
    <w:p>
      <w:pPr>
        <w:jc w:val="right"/>
      </w:pPr>
      <w:r>
        <w:t>آپ کہ ہم خدا کی ان آوازوں کو سنیں۔ اور سن کر کے ہماری روح میں، ہمارے سول میں وہ نشاط اور وہ تھرل پیدا ہو۔</w:t>
      </w:r>
    </w:p>
    <w:p>
      <w:r>
        <w:rPr>
          <w:b/>
        </w:rPr>
        <w:t xml:space="preserve">[47:16] </w:t>
      </w:r>
      <w:r>
        <w:t>jo ke Khuda jaisi bari hasti ki awaz ko sun kar paida ho sakta hai. aap sochiye jo singer hote hain aaj kal.</w:t>
      </w:r>
    </w:p>
    <w:p>
      <w:pPr>
        <w:jc w:val="right"/>
      </w:pPr>
      <w:r>
        <w:t>جو کہ خدا جیسی بڑی ہستی کی آواز کو سن کر پیدا ہو سکتا ہے۔ آپ سوچیے جو سنگر ہوتے ہیں آج کل۔</w:t>
      </w:r>
    </w:p>
    <w:p>
      <w:r>
        <w:rPr>
          <w:b/>
        </w:rPr>
        <w:t xml:space="preserve">[47:28] </w:t>
      </w:r>
      <w:r>
        <w:t>main ne yeh, main radio suna karta hoon, main TV nahi dekhta.</w:t>
      </w:r>
    </w:p>
    <w:p>
      <w:pPr>
        <w:jc w:val="right"/>
      </w:pPr>
      <w:r>
        <w:t>میں نے یہ، میں ریڈیو سنا کرتا ہوں، میں ٹی وی نہیں دیکھتا۔</w:t>
      </w:r>
    </w:p>
    <w:p>
      <w:r>
        <w:rPr>
          <w:b/>
        </w:rPr>
        <w:t xml:space="preserve">[47:34] </w:t>
      </w:r>
      <w:r>
        <w:t>to radio par tha ek, ek ladki bol rahi thi. to us se poocha ke tum ko sab se zyada singer kaun pasand hai?</w:t>
      </w:r>
    </w:p>
    <w:p>
      <w:pPr>
        <w:jc w:val="right"/>
      </w:pPr>
      <w:r>
        <w:t>تو ریڈیو پر تھا ایک، ایک لڑکی بول رہی تھی۔ تو اس سے پوچھا کہ تم کو سب سے زیادہ سنگر کون پسند ہے؟</w:t>
      </w:r>
    </w:p>
    <w:p>
      <w:r>
        <w:rPr>
          <w:b/>
        </w:rPr>
        <w:t xml:space="preserve">[47:42] </w:t>
      </w:r>
      <w:r>
        <w:t>to ek singer ka naam liya us ne. us ladki ne. to us ne kaha usay batate hue ke jab us ke geet aate hain TV par.</w:t>
      </w:r>
    </w:p>
    <w:p>
      <w:pPr>
        <w:jc w:val="right"/>
      </w:pPr>
      <w:r>
        <w:t>تو ایک سنگر کا نام لیا اس نے۔ اس لڑکی نے۔ تو اس نے کہا اسے بتاتے ہوئے کہ جب اس کے گیت آتے ہیں ٹی وی پر۔</w:t>
      </w:r>
    </w:p>
    <w:p>
      <w:r>
        <w:rPr>
          <w:b/>
        </w:rPr>
        <w:t xml:space="preserve">[47:55] </w:t>
      </w:r>
      <w:r>
        <w:t>to main yani achanak hi nachne lagti hoon.</w:t>
      </w:r>
    </w:p>
    <w:p>
      <w:pPr>
        <w:jc w:val="right"/>
      </w:pPr>
      <w:r>
        <w:t>تو میں یعنی اچانک ہی ناچنے لگتی ہوں۔</w:t>
      </w:r>
    </w:p>
    <w:p>
      <w:r>
        <w:rPr>
          <w:b/>
        </w:rPr>
        <w:t xml:space="preserve">[48:00] </w:t>
      </w:r>
      <w:r>
        <w:t>yani us ke, us ke geet ko sun kar ke mujhe yani apne aap mein bhi nahi rehti main. aur main nachne lagti hoon. to main ne socha ke ek singer</w:t>
      </w:r>
    </w:p>
    <w:p>
      <w:pPr>
        <w:jc w:val="right"/>
      </w:pPr>
      <w:r>
        <w:t>یعنی اس کے، اس کے گیت کو سن کر کے مجھے یعنی اپنے آپ میں بھی نہیں رہتی میں۔ اور میں ناچنے لگتی ہوں۔ تو میں نے سوچا کہ ایک سنگر</w:t>
      </w:r>
    </w:p>
    <w:p>
      <w:r>
        <w:rPr>
          <w:b/>
        </w:rPr>
        <w:t xml:space="preserve">[48:13] </w:t>
      </w:r>
      <w:r>
        <w:t>ka yeh haal hai to creator of singer ka haal kya hoga?</w:t>
      </w:r>
    </w:p>
    <w:p>
      <w:pPr>
        <w:jc w:val="right"/>
      </w:pPr>
      <w:r>
        <w:t>کا یہ حال ہے تو کریٹر آف سنگر کا حال کیا ہوگا؟</w:t>
      </w:r>
    </w:p>
    <w:p>
      <w:r>
        <w:rPr>
          <w:b/>
        </w:rPr>
        <w:t xml:space="preserve">[48:19] </w:t>
      </w:r>
      <w:r>
        <w:t>ek singer ki awaz par aap, aap ko thrillng hoti hai. to aap sochiye ke jo creator hai is singer ka aur sare singers ka.</w:t>
      </w:r>
    </w:p>
    <w:p>
      <w:pPr>
        <w:jc w:val="right"/>
      </w:pPr>
      <w:r>
        <w:t>ایک سنگر کی آواز پر آپ، آپ کو تھرلنگ ہوتی ہے۔ تو آپ سوچیے کہ جو کریٹر ہے اس سنگر کا اور سارے سنگرز کا۔</w:t>
      </w:r>
    </w:p>
    <w:p>
      <w:r>
        <w:rPr>
          <w:b/>
        </w:rPr>
        <w:t xml:space="preserve">[48:30] </w:t>
      </w:r>
      <w:r>
        <w:t>jo sare singers ka creator hai us ki awaz par kitna thrill paida hoga. lekin log bhlave culture mein pade hue hain is liye khuda ki chup ki awaz sunai nahi deti un ko.</w:t>
      </w:r>
    </w:p>
    <w:p>
      <w:pPr>
        <w:jc w:val="right"/>
      </w:pPr>
      <w:r>
        <w:t>جو سارے سنگرز کا کریٹر ہے اس کی آواز پر کتنا تھرل پیدا ہوگا۔ لیکن لوگ بھلاوے کلچر میں پڑے ہوئے ہیں اس لیے خدا کی چپ کی آواز سنائی نہیں دیتی ان کو۔</w:t>
      </w:r>
    </w:p>
    <w:p>
      <w:r>
        <w:rPr>
          <w:b/>
        </w:rPr>
        <w:t xml:space="preserve">[48:46] </w:t>
      </w:r>
      <w:r>
        <w:t>bhlave culture ki waja se logon ko wo awaz, wo divine voice jo hai wo sunai nahi deti. to un ka thrill bhi nahi paida hota.</w:t>
      </w:r>
    </w:p>
    <w:p>
      <w:pPr>
        <w:jc w:val="right"/>
      </w:pPr>
      <w:r>
        <w:t>بھلاوے کلچر کی وجہ سے لوگوں کو وہ آواز، وہ ڈیوائن وائس جو ہے وہ سنائی نہیں دیتی۔ تو ان کا تھرل بھی نہیں پیدا ہوتا۔</w:t>
      </w:r>
    </w:p>
    <w:p>
      <w:r>
        <w:rPr>
          <w:b/>
        </w:rPr>
        <w:t xml:space="preserve">[48:55] </w:t>
      </w:r>
      <w:r>
        <w:t>to main ye kahunga ke ye jo aap ko jo kan diye gaye hain wo divine voice ko sunne ke liye diye gaye hain.</w:t>
      </w:r>
    </w:p>
    <w:p>
      <w:pPr>
        <w:jc w:val="right"/>
      </w:pPr>
      <w:r>
        <w:t>تو میں یہ کہوں گا کہ یہ جو آپ کو جو کان دیئے گئے ہیں وہ ڈیوائن وائس کو سننے کے لیے دیئے گئے ہیں۔</w:t>
      </w:r>
    </w:p>
    <w:p>
      <w:r>
        <w:rPr>
          <w:b/>
        </w:rPr>
        <w:t xml:space="preserve">[49:08] </w:t>
      </w:r>
      <w:r>
        <w:t>aur divine voice itni sweet hai, itni meaningful hai. itna is ke andar enjoyment hai. ke wesa wo experience jo aap ko divine voice ko sun kar hota hai.</w:t>
      </w:r>
    </w:p>
    <w:p>
      <w:pPr>
        <w:jc w:val="right"/>
      </w:pPr>
      <w:r>
        <w:t>اور ڈیوائن وائس اتنی سویٹ ہے، اتنی میننگ فل ہے۔ اتنا اس کے اندر انجوائے منٹ ہے۔ کہ ویسا وہ ایکسپیرئینس جو آپ کو ڈیوائن وائس کو سن کر ہوتا ہے۔</w:t>
      </w:r>
    </w:p>
    <w:p>
      <w:r>
        <w:rPr>
          <w:b/>
        </w:rPr>
        <w:t xml:space="preserve">[49:25] </w:t>
      </w:r>
      <w:r>
        <w:t>kisi bhi dosri cheez mein aap ko nahi ho sakta hai. impossible hai.</w:t>
      </w:r>
    </w:p>
    <w:p>
      <w:pPr>
        <w:jc w:val="right"/>
      </w:pPr>
      <w:r>
        <w:t>کسی بھی دوسری چیز میں آپ کو نہیں ہو سکتا ہے۔ امپاسبل ہے۔</w:t>
      </w:r>
    </w:p>
    <w:p>
      <w:r>
        <w:rPr>
          <w:b/>
        </w:rPr>
        <w:t xml:space="preserve">[49:31] </w:t>
      </w:r>
      <w:r>
        <w:t>dosri cheezein aap ko bhlawa deti hain. bhlave mein dalti hain. lekin divine voice aap ke andar intellectual development lati hai.</w:t>
      </w:r>
    </w:p>
    <w:p>
      <w:pPr>
        <w:jc w:val="right"/>
      </w:pPr>
      <w:r>
        <w:t>دوسری چیزیں آپ کو بھلاوا دیتی ہیں۔ بھلاوے میں ڈالتی ہیں۔ لیکن ڈیوائن وائس آپ کے اندر انٹلیکچول ڈیولپمنٹ لاتی ہے۔</w:t>
      </w:r>
    </w:p>
    <w:p>
      <w:r>
        <w:rPr>
          <w:b/>
        </w:rPr>
        <w:t xml:space="preserve">[49:44] </w:t>
      </w:r>
      <w:r>
        <w:t>yani wo anesthesia agar hai to ye ek zinda consciousness hai.</w:t>
      </w:r>
    </w:p>
    <w:p>
      <w:pPr>
        <w:jc w:val="right"/>
      </w:pPr>
      <w:r>
        <w:t>یعنی وہ انیسٹھیشیا اگر ہے تو یہ ایک زندہ کانشیسنس ہے۔</w:t>
      </w:r>
    </w:p>
    <w:p>
      <w:r>
        <w:rPr>
          <w:b/>
        </w:rPr>
        <w:t xml:space="preserve">[49:52] </w:t>
      </w:r>
      <w:r>
        <w:t>dosri jitni bhi hain, jitni bhi dosri awazein hain. aap ko ghaflat mein, bhlave mein dalti hain. behoshi mein dalti hain.</w:t>
      </w:r>
    </w:p>
    <w:p>
      <w:pPr>
        <w:jc w:val="right"/>
      </w:pPr>
      <w:r>
        <w:t>دوسری جتنی بھی ہیں، جتنی بھی دوسری آوازیں ہیں۔ آپ کو غفلت میں، بھلاوے میں ڈالتی ہیں۔ بے ہوشی میں ڈالتی ہیں۔</w:t>
      </w:r>
    </w:p>
    <w:p>
      <w:r>
        <w:rPr>
          <w:b/>
        </w:rPr>
        <w:t xml:space="preserve">[50:02] </w:t>
      </w:r>
      <w:r>
        <w:t>lekin</w:t>
      </w:r>
    </w:p>
    <w:p>
      <w:pPr>
        <w:jc w:val="right"/>
      </w:pPr>
      <w:r>
        <w:t>لیکن</w:t>
      </w:r>
    </w:p>
    <w:p>
      <w:r>
        <w:rPr>
          <w:b/>
        </w:rPr>
        <w:t xml:space="preserve">[50:03] </w:t>
      </w:r>
      <w:r>
        <w:t>jo khuda ki awaz hai. khuda ki awaz aap ke andar aap ki thinking ko jagati hai. aap ke shaoor ko jagati hai.</w:t>
      </w:r>
    </w:p>
    <w:p>
      <w:pPr>
        <w:jc w:val="right"/>
      </w:pPr>
      <w:r>
        <w:t>جو خدا کی آواز ہے۔ خدا کی آواز آپ کے اندر آپ کی تھنکنگ کو جگاتی ہے۔ آپ کے شعور کو جگاتی ہے۔</w:t>
      </w:r>
    </w:p>
    <w:p>
      <w:r>
        <w:rPr>
          <w:b/>
        </w:rPr>
        <w:t xml:space="preserve">[50:13] </w:t>
      </w:r>
      <w:r>
        <w:t>aap ke mind ko enlighten karti hai. aap ke andar intellectual development lati hai. kitna bara farq hai is mein aur is mein.</w:t>
      </w:r>
    </w:p>
    <w:p>
      <w:pPr>
        <w:jc w:val="right"/>
      </w:pPr>
      <w:r>
        <w:t>آپ کے مائنڈ کو انلائٹن کرتی ہے۔ آپ کے اندر انٹلیکچول ڈیولپمنٹ لاتی ہے۔ کتنا بڑا فرق ہے اس میں اور اس میں۔</w:t>
      </w:r>
    </w:p>
    <w:p>
      <w:r>
        <w:rPr>
          <w:b/>
        </w:rPr>
        <w:t xml:space="preserve">[50:24] </w:t>
      </w:r>
      <w:r>
        <w:t>aise hi ye zuban aap sochiye. kitni anokhi cheez hai ye zuban.</w:t>
      </w:r>
    </w:p>
    <w:p>
      <w:pPr>
        <w:jc w:val="right"/>
      </w:pPr>
      <w:r>
        <w:t>ایسے ہی یہ زبان آپ سوچیے۔ کتنی انوکھی چیز ہے یہ زبان۔</w:t>
      </w:r>
    </w:p>
    <w:p>
      <w:r>
        <w:rPr>
          <w:b/>
        </w:rPr>
        <w:t xml:space="preserve">[50:31] </w:t>
      </w:r>
      <w:r>
        <w:t>kya mountain bol sakta hai? kya ocean aur mountain ke beech mein conversation ho sakta hai? kya koi peed bol sakta hai?</w:t>
      </w:r>
    </w:p>
    <w:p>
      <w:pPr>
        <w:jc w:val="right"/>
      </w:pPr>
      <w:r>
        <w:t>کیا ماؤنٹین بول سکتا ہے؟ کیا اوشن اور ماؤنٹین کے بیچ میں کنورسیشن ہو سکتا ہے؟ کیا کوئی پیڑ بول سکتا ہے؟</w:t>
      </w:r>
    </w:p>
    <w:p>
      <w:r>
        <w:rPr>
          <w:b/>
        </w:rPr>
        <w:t xml:space="preserve">[50:43] </w:t>
      </w:r>
      <w:r>
        <w:t>koi star, koi planet, koi sun bol sakta hai? ye anokhi sifat hai insan ko sirf ke wo bolta hai.</w:t>
      </w:r>
    </w:p>
    <w:p>
      <w:pPr>
        <w:jc w:val="right"/>
      </w:pPr>
      <w:r>
        <w:t>کوئی اسٹار، کوئی پلینٹ، کوئی سن بول سکتا ہے؟ یہ انوکھی صفت ہے انسان کو صرف کہ وہ بولتا ہے۔</w:t>
      </w:r>
    </w:p>
    <w:p>
      <w:r>
        <w:rPr>
          <w:b/>
        </w:rPr>
        <w:t xml:space="preserve">[50:54] </w:t>
      </w:r>
      <w:r>
        <w:t>chunanche kaha jata hai ke insan ko hayawan naatiq. speaking animal.</w:t>
      </w:r>
    </w:p>
    <w:p>
      <w:pPr>
        <w:jc w:val="right"/>
      </w:pPr>
      <w:r>
        <w:t>چنانچہ کہا جاتا ہے کہ انسان کو حیوان ناطق۔ اسپیکنگ اینیمل۔</w:t>
      </w:r>
    </w:p>
    <w:p>
      <w:r>
        <w:rPr>
          <w:b/>
        </w:rPr>
        <w:t xml:space="preserve">[51:02] </w:t>
      </w:r>
      <w:r>
        <w:t>insan ki definition di jati hai. speaking animal. to agerche bolte hain animal bhi lekin un ki bol jo hai aisi hoti hai bas.</w:t>
      </w:r>
    </w:p>
    <w:p>
      <w:pPr>
        <w:jc w:val="right"/>
      </w:pPr>
      <w:r>
        <w:t>انسان کی ڈیفینیشن دی جاتی ہے۔ اسپیکنگ اینیمل۔ تو اگرچہ بولتے ہیں اینیمل بھی لیکن ان کی بول جو ہے ایسی ہوتی ہے بس۔</w:t>
      </w:r>
    </w:p>
    <w:p>
      <w:r>
        <w:rPr>
          <w:b/>
        </w:rPr>
        <w:t xml:space="preserve">[51:12] </w:t>
      </w:r>
      <w:r>
        <w:t>un ki bol mein koi meaningful kalam nahi hota hai. is liye sahi maano mein wo speaking animal nahi hai wo. aisa animal jis ki bol mein meaning ho.</w:t>
      </w:r>
    </w:p>
    <w:p>
      <w:pPr>
        <w:jc w:val="right"/>
      </w:pPr>
      <w:r>
        <w:t>ان کی بول میں کوئی میننگ فل کلام نہیں ہوتا ہے۔ اس لیے صحیح معنوں میں وہ اسپیکنگ اینیمل نہیں ہے وہ۔ ایسا اینیمل جس کی بول میں میننگ ہو۔</w:t>
      </w:r>
    </w:p>
    <w:p>
      <w:r>
        <w:rPr>
          <w:b/>
        </w:rPr>
        <w:t xml:space="preserve">[51:26] </w:t>
      </w:r>
      <w:r>
        <w:t>jis ki bol meaningful ho wo sirf insan hai. sirf insan hai.</w:t>
      </w:r>
    </w:p>
    <w:p>
      <w:pPr>
        <w:jc w:val="right"/>
      </w:pPr>
      <w:r>
        <w:t>جس کی بول میننگ فل ہو وہ صرف انسان ہے۔ صرف انسان ہے۔</w:t>
      </w:r>
    </w:p>
    <w:p>
      <w:r>
        <w:rPr>
          <w:b/>
        </w:rPr>
        <w:t xml:space="preserve">[51:32] </w:t>
      </w:r>
      <w:r>
        <w:t>to ye zuban kis liye di gayi hai? ye zuban is liye di gayi hai ke aap khuda ka bakhan karein. khuda ki badai ko bayan karein.</w:t>
      </w:r>
    </w:p>
    <w:p>
      <w:pPr>
        <w:jc w:val="right"/>
      </w:pPr>
      <w:r>
        <w:t>تو یہ زبان کس لیے دی گئی ہے؟ یہ زبان اس لیے دی گئی ہے کہ آپ خدا کا بکھان کریں۔ خدا کی بڑائی کو بیان کریں۔</w:t>
      </w:r>
    </w:p>
    <w:p>
      <w:r>
        <w:rPr>
          <w:b/>
        </w:rPr>
        <w:t xml:space="preserve">[51:45] </w:t>
      </w:r>
      <w:r>
        <w:t>aap ki zuban khuda ki glory se tar ho.</w:t>
      </w:r>
    </w:p>
    <w:p>
      <w:pPr>
        <w:jc w:val="right"/>
      </w:pPr>
      <w:r>
        <w:t>آپ کی زبان خدا کی گلوری سے تر ہو۔</w:t>
      </w:r>
    </w:p>
    <w:p>
      <w:r>
        <w:rPr>
          <w:b/>
        </w:rPr>
        <w:t xml:space="preserve">[51:51] </w:t>
      </w:r>
      <w:r>
        <w:t>sab se bara jo istemal hai zuban ka. wo yahi hai ke is zuban se khuda ki badai zahir ho.</w:t>
      </w:r>
    </w:p>
    <w:p>
      <w:pPr>
        <w:jc w:val="right"/>
      </w:pPr>
      <w:r>
        <w:t>سب سے بڑا جو استعمال ہے زبان کا۔ وہ یہی ہے کہ اس زبان سے خدا کی بڑائی ظاہر ہو۔</w:t>
      </w:r>
    </w:p>
    <w:p>
      <w:r>
        <w:rPr>
          <w:b/>
        </w:rPr>
        <w:t xml:space="preserve">[52:01] </w:t>
      </w:r>
      <w:r>
        <w:t>khuda ki badai, khuda ki glory, khuda ki greatness.</w:t>
      </w:r>
    </w:p>
    <w:p>
      <w:pPr>
        <w:jc w:val="right"/>
      </w:pPr>
      <w:r>
        <w:t>خدا کی بڑائی، خدا کی گلوری، خدا کی گریٹنس۔</w:t>
      </w:r>
    </w:p>
    <w:p>
      <w:r>
        <w:rPr>
          <w:b/>
        </w:rPr>
        <w:t xml:space="preserve">[52:11] </w:t>
      </w:r>
      <w:r>
        <w:t>aap bayan karein.</w:t>
      </w:r>
    </w:p>
    <w:p>
      <w:pPr>
        <w:jc w:val="right"/>
      </w:pPr>
      <w:r>
        <w:t>آپ بیان کریں۔</w:t>
      </w:r>
    </w:p>
    <w:p>
      <w:r>
        <w:rPr>
          <w:b/>
        </w:rPr>
        <w:t xml:space="preserve">[52:16] </w:t>
      </w:r>
      <w:r>
        <w:t>aap jante hain ke Rabin Rana Tagore. India ka. ek India ke bohat bare poet the.</w:t>
      </w:r>
    </w:p>
    <w:p>
      <w:pPr>
        <w:jc w:val="right"/>
      </w:pPr>
      <w:r>
        <w:t>آپ جانتے ہیں کہ رابن رونا ٹیگور۔ انڈیا کا۔ ایک انڈیا کے بہت بڑے پوئٹ تھے۔</w:t>
      </w:r>
    </w:p>
    <w:p>
      <w:r>
        <w:rPr>
          <w:b/>
        </w:rPr>
        <w:t xml:space="preserve">[52:30] </w:t>
      </w:r>
      <w:r>
        <w:t>un ko nobel prize bhi mila geetanjali par. to robin rona tagore ne apni aik nazm mein kaha tha.</w:t>
      </w:r>
    </w:p>
    <w:p>
      <w:pPr>
        <w:jc w:val="right"/>
      </w:pPr>
      <w:r>
        <w:t>ان کو نوبل پرائز بھی ملا گیتانجلی پر۔ تو رابن رونا ٹیگور نے اپنی ایک نظم میں کہا تھا۔</w:t>
      </w:r>
    </w:p>
    <w:p>
      <w:r>
        <w:rPr>
          <w:b/>
        </w:rPr>
        <w:t xml:space="preserve">[52:45] </w:t>
      </w:r>
      <w:r>
        <w:t>keh sir is ko zara aap, aap is par ghor farmaye.</w:t>
      </w:r>
    </w:p>
    <w:p>
      <w:pPr>
        <w:jc w:val="right"/>
      </w:pPr>
      <w:r>
        <w:t>کہ سر اس کو ذرا آپ، آپ اس پر غور فرمائیے۔</w:t>
      </w:r>
    </w:p>
    <w:p>
      <w:r>
        <w:rPr>
          <w:b/>
        </w:rPr>
        <w:t xml:space="preserve">[52:51] </w:t>
      </w:r>
      <w:r>
        <w:t>tagore ne kaha tha keh sari umar. bina ke taron ko suljhane mein beet gayi.</w:t>
      </w:r>
    </w:p>
    <w:p>
      <w:pPr>
        <w:jc w:val="right"/>
      </w:pPr>
      <w:r>
        <w:t>ٹیگور نے کہا تھا کہ ساری عمر۔ بینا کے تاروں کو سلجھانے میں بیت گئی۔</w:t>
      </w:r>
    </w:p>
    <w:p>
      <w:r>
        <w:rPr>
          <w:b/>
        </w:rPr>
        <w:t xml:space="preserve">[53:06] </w:t>
      </w:r>
      <w:r>
        <w:t>jo anthem geet mein chahta tha gana woh geet mein na ga saka.</w:t>
      </w:r>
    </w:p>
    <w:p>
      <w:pPr>
        <w:jc w:val="right"/>
      </w:pPr>
      <w:r>
        <w:t>جو انتھم گیت میں چاہتا تھا گانا وہ گیت میں نہ گا سکا۔</w:t>
      </w:r>
    </w:p>
    <w:p>
      <w:r>
        <w:rPr>
          <w:b/>
        </w:rPr>
        <w:t xml:space="preserve">[53:17] </w:t>
      </w:r>
      <w:r>
        <w:t>sari umar bina ke taron ko suljhane mein beet gayi.</w:t>
      </w:r>
    </w:p>
    <w:p>
      <w:pPr>
        <w:jc w:val="right"/>
      </w:pPr>
      <w:r>
        <w:t>ساری عمر بینا کے تاروں کو سلجھانے میں بیت گئی۔</w:t>
      </w:r>
    </w:p>
    <w:p>
      <w:r>
        <w:rPr>
          <w:b/>
        </w:rPr>
        <w:t xml:space="preserve">[53:24] </w:t>
      </w:r>
      <w:r>
        <w:t>jo anthem geet, jo final geet. mein gana chahta tha woh final geet mein na ga saka.</w:t>
      </w:r>
    </w:p>
    <w:p>
      <w:pPr>
        <w:jc w:val="right"/>
      </w:pPr>
      <w:r>
        <w:t>جو انتھم گیت، جو فائنل گیت۔ میں گانا چاہتا تھا وہ فائنل گیت میں نہ گا سکا۔</w:t>
      </w:r>
    </w:p>
    <w:p>
      <w:r>
        <w:rPr>
          <w:b/>
        </w:rPr>
        <w:t xml:space="preserve">[53:33] </w:t>
      </w:r>
      <w:r>
        <w:t>aur tagore mar gaye.</w:t>
      </w:r>
    </w:p>
    <w:p>
      <w:pPr>
        <w:jc w:val="right"/>
      </w:pPr>
      <w:r>
        <w:t>اور ٹیگور مر گئے۔</w:t>
      </w:r>
    </w:p>
    <w:p>
      <w:r>
        <w:rPr>
          <w:b/>
        </w:rPr>
        <w:t xml:space="preserve">[53:38] </w:t>
      </w:r>
      <w:r>
        <w:t>yeh unhon ne kyun kaha? mein aksar sochta hoon keh aisa unhon ne kyun kaha? mein samajhta hoon keh aisa is liye unhon ne kaha.</w:t>
      </w:r>
    </w:p>
    <w:p>
      <w:pPr>
        <w:jc w:val="right"/>
      </w:pPr>
      <w:r>
        <w:t>یہ انہوں نے کیوں کہا؟ میں اکثر سوچتا ہوں کہ ایسا انہوں نے کیوں کہا؟ میں سمجھتا ہوں کہ ایسا اس لیے انہوں نے کہا۔</w:t>
      </w:r>
    </w:p>
    <w:p>
      <w:r>
        <w:rPr>
          <w:b/>
        </w:rPr>
        <w:t xml:space="preserve">[53:48] </w:t>
      </w:r>
      <w:r>
        <w:t>keh khuda ke siwa koi doosra geet final geet nahi ho sakta hai.</w:t>
      </w:r>
    </w:p>
    <w:p>
      <w:pPr>
        <w:jc w:val="right"/>
      </w:pPr>
      <w:r>
        <w:t>کہ خدا کے سوا کوئی دوسرا گیت فائنل گیت نہیں ہو سکتا ہے۔</w:t>
      </w:r>
    </w:p>
    <w:p>
      <w:r>
        <w:rPr>
          <w:b/>
        </w:rPr>
        <w:t xml:space="preserve">[53:56] </w:t>
      </w:r>
      <w:r>
        <w:t>jis insaan ko khuda ka geet gane ka moqa mile. usi ko final geet mila. aur jitne bhi doosre geet hain woh less than final hain.</w:t>
      </w:r>
    </w:p>
    <w:p>
      <w:pPr>
        <w:jc w:val="right"/>
      </w:pPr>
      <w:r>
        <w:t>جس انسان کو خدا کا گیت گانے کا موقع ملے۔ اسی کو فائنل گیت ملا۔ اور جتنے بھی دوسرے گیت ہیں وہ لیس دین فائنل ہیں۔</w:t>
      </w:r>
    </w:p>
    <w:p>
      <w:r>
        <w:rPr>
          <w:b/>
        </w:rPr>
        <w:t xml:space="preserve">[54:08] </w:t>
      </w:r>
      <w:r>
        <w:t>woh final nahi hain. aap ki rooh, aap ka mind, aap ki inner personality. us waqt tak satisfied nahi ho sakti jab tak aap ko khuda ka geet gane ka moqa nahi mile.</w:t>
      </w:r>
    </w:p>
    <w:p>
      <w:pPr>
        <w:jc w:val="right"/>
      </w:pPr>
      <w:r>
        <w:t>وہ فائنل نہیں ہیں۔ آپ کی روح، آپ کا مائنڈ، آپ کی انر پرسنیلٹی۔ اس وقت تک سیٹسفائیڈ نہیں ہو سکتی جب تک آپ کو خدا کا گیت گانے کا موقع نہیں ملے۔</w:t>
      </w:r>
    </w:p>
    <w:p>
      <w:r>
        <w:rPr>
          <w:b/>
        </w:rPr>
        <w:t xml:space="preserve">[54:25] </w:t>
      </w:r>
      <w:r>
        <w:t>fulfillment jis ko kehte hain fulfillment. fulfillment jab milega aap ko jab aap khuda ka geet ga saken.</w:t>
      </w:r>
    </w:p>
    <w:p>
      <w:pPr>
        <w:jc w:val="right"/>
      </w:pPr>
      <w:r>
        <w:t>فلفلمنٹ جس کو کہتے ہیں فلفلمنٹ۔ فلفلمنٹ جب ملے گا آپ کو جب آپ خدا کا گیت گا سکیں۔</w:t>
      </w:r>
    </w:p>
    <w:p>
      <w:r>
        <w:rPr>
          <w:b/>
        </w:rPr>
        <w:t xml:space="preserve">[54:36] </w:t>
      </w:r>
      <w:r>
        <w:t>khuda ko chhod kar kuch bhi gaate rahey aap ko fulfillment nahi mil sakta. is liye jitne bhi singer hain mein aksar parhta rehta hoon.</w:t>
      </w:r>
    </w:p>
    <w:p>
      <w:pPr>
        <w:jc w:val="right"/>
      </w:pPr>
      <w:r>
        <w:t>خدا کو چھوڑ کر کچھ بھی گاتے رہیے آپ کو فلفلمنٹ نہیں مل سکتا۔ اس لیے جتنے بھی سنگر ہیں میں اکثر پڑھتا رہتا ہوں۔</w:t>
      </w:r>
    </w:p>
    <w:p>
      <w:r>
        <w:rPr>
          <w:b/>
        </w:rPr>
        <w:t xml:space="preserve">[54:46] </w:t>
      </w:r>
      <w:r>
        <w:t>ya sunta rehta hoon. kisi bhi singer ko dil ki khushi nahi mil saki.</w:t>
      </w:r>
    </w:p>
    <w:p>
      <w:pPr>
        <w:jc w:val="right"/>
      </w:pPr>
      <w:r>
        <w:t>یا سنتا رہتا ہوں۔ کسی بھی سنگر کو دل کی خوشی نہیں مل سکی۔</w:t>
      </w:r>
    </w:p>
    <w:p>
      <w:r>
        <w:rPr>
          <w:b/>
        </w:rPr>
        <w:t xml:space="preserve">[54:56] </w:t>
      </w:r>
      <w:r>
        <w:t>celia ne kaha tha keh all sweeter songs are those. that are saddest songs. yeh har insaan ki kahani hai.</w:t>
      </w:r>
    </w:p>
    <w:p>
      <w:pPr>
        <w:jc w:val="right"/>
      </w:pPr>
      <w:r>
        <w:t>سیلیا نے کہا تھا کہ اور سویٹر سونگز آر دوست۔ دیٹ آر سیڈسٹ سونگ۔ یہ ہر انسان کی کہانی ہے۔</w:t>
      </w:r>
    </w:p>
    <w:p>
      <w:r>
        <w:rPr>
          <w:b/>
        </w:rPr>
        <w:t xml:space="preserve">[55:10] </w:t>
      </w:r>
      <w:r>
        <w:t>all sweeter songs are those. that are saddest songs. toh woh song saddest hi hota hai woh. aik sad rooh ki pukar hoti hai har song.</w:t>
      </w:r>
    </w:p>
    <w:p>
      <w:pPr>
        <w:jc w:val="right"/>
      </w:pPr>
      <w:r>
        <w:t>اور سویٹر سونگز آر دوست۔ دیٹ آر سیڈسٹ سونگ۔ تو وہ سانگ سیڈسٹ ہی ہوتا ہے وہ۔ ایک سیڈ روح کی پکار ہوتی ہے ہر سانگ۔</w:t>
      </w:r>
    </w:p>
    <w:p>
      <w:r>
        <w:rPr>
          <w:b/>
        </w:rPr>
        <w:t xml:space="preserve">[55:25] </w:t>
      </w:r>
      <w:r>
        <w:t>koi sweet song is duniya mein nahi hai. har wrong sad song hai. kyunkeh insaan.</w:t>
      </w:r>
    </w:p>
    <w:p>
      <w:pPr>
        <w:jc w:val="right"/>
      </w:pPr>
      <w:r>
        <w:t>کوئی سویٹ سانگ اس دنیا میں نہیں ہے۔ ہر رانگ سیڈ سانگ ہے۔ کیونکہ انسان۔</w:t>
      </w:r>
    </w:p>
    <w:p>
      <w:r>
        <w:rPr>
          <w:b/>
        </w:rPr>
        <w:t xml:space="preserve">[55:34] </w:t>
      </w:r>
      <w:r>
        <w:t>khuda se door reh kar aur khuda se ko discover na kar ke. aik sad situation mein jee raha hai. is sadness ko apna geeton mein bayan karta hai woh.</w:t>
      </w:r>
    </w:p>
    <w:p>
      <w:pPr>
        <w:jc w:val="right"/>
      </w:pPr>
      <w:r>
        <w:t>خدا سے دور رہ کر اور خدا سے کو ڈسکور نہ کر کے۔ ایک سیڈ سچویشن میں جی رہا ہے۔ اس سیڈنس کو اپنا گیتوں میں بیان کرتا ہے وہ۔</w:t>
      </w:r>
    </w:p>
    <w:p>
      <w:r>
        <w:rPr>
          <w:b/>
        </w:rPr>
        <w:t xml:space="preserve">[55:47] </w:t>
      </w:r>
      <w:r>
        <w:t>toh upar se chahe woh khushi ke. shabd hon andar se sad. sadness ka woh izhaar hote hain.</w:t>
      </w:r>
    </w:p>
    <w:p>
      <w:pPr>
        <w:jc w:val="right"/>
      </w:pPr>
      <w:r>
        <w:t>تو اوپر سے چاہے وہ خوشی کے۔ शब्द ہوں اندر سے سیڈ۔ سیڈنس کا وہ اظہار ہوتے ہیں۔</w:t>
      </w:r>
    </w:p>
    <w:p>
      <w:r>
        <w:rPr>
          <w:b/>
        </w:rPr>
        <w:t xml:space="preserve">[55:59] </w:t>
      </w:r>
      <w:r>
        <w:t>toh yeh hai. mein samajhta hoon keh tagore ne jo kaha woh. woh world spirit, spirit of the world ka manifest tha, expression tha woh.</w:t>
      </w:r>
    </w:p>
    <w:p>
      <w:pPr>
        <w:jc w:val="right"/>
      </w:pPr>
      <w:r>
        <w:t>تو یہ ہے۔ میں سمجھتا ہوں کہ ٹیگور نے جو کہا وہ۔ وہ ورلڈ اسپرٹ، اسپرٹ آف دا ورلڈ کا مینیفیسٹ تھا، ایکسپریشن تھا وہ۔</w:t>
      </w:r>
    </w:p>
    <w:p>
      <w:r>
        <w:rPr>
          <w:b/>
        </w:rPr>
        <w:t xml:space="preserve">[56:11] </w:t>
      </w:r>
      <w:r>
        <w:t>yani sare insaan, sare alam jo hain. woh final geet gaane se mahroom hain aur chale ja rahe hain mar kar ke, khatam ho rahe hain.</w:t>
      </w:r>
    </w:p>
    <w:p>
      <w:pPr>
        <w:jc w:val="right"/>
      </w:pPr>
      <w:r>
        <w:t>یعنی سارے انسان، سارے عالم جو ہیں۔ وہ فائنل گیت گانے سے محروم ہیں اور چلے جا رہے ہیں مر کر کے، ختم ہو رہے ہیں۔</w:t>
      </w:r>
    </w:p>
    <w:p>
      <w:r>
        <w:rPr>
          <w:b/>
        </w:rPr>
        <w:t xml:space="preserve">[56:20] </w:t>
      </w:r>
      <w:r>
        <w:t>is ko mein thoda sa detail mein bayan karunga. keh aisa kyun hai keh insaan final geet nahi ga pata. anthem geet gaana is ke liye muqaddar nahi ban saka.</w:t>
      </w:r>
    </w:p>
    <w:p>
      <w:pPr>
        <w:jc w:val="right"/>
      </w:pPr>
      <w:r>
        <w:t>اس کو میں تھوڑا سا ڈیٹیل میں بیان کروں گا۔ کہ ایسا کیوں ہے کہ انسان فائنل گیت نہیں گا پاتا۔ انتھم گیت گانا اس کے لیے مقدر نہیں بن سکا۔</w:t>
      </w:r>
    </w:p>
    <w:p>
      <w:r>
        <w:rPr>
          <w:b/>
        </w:rPr>
        <w:t xml:space="preserve">[56:33] </w:t>
      </w:r>
      <w:r>
        <w:t>hazaron saal geetne ke bawajood. aisa kyun hai?</w:t>
      </w:r>
    </w:p>
    <w:p>
      <w:pPr>
        <w:jc w:val="right"/>
      </w:pPr>
      <w:r>
        <w:t>ہزاروں سال گیتنے کے باوجود۔ ایسا کیوں ہے؟</w:t>
      </w:r>
    </w:p>
    <w:p>
      <w:r>
        <w:rPr>
          <w:b/>
        </w:rPr>
        <w:t xml:space="preserve">[56:42] </w:t>
      </w:r>
      <w:r>
        <w:t>mein samajhta hoon keh is ka raaz. us waqt hum samajh payenge jab keh hum history ko samajhne ki koshish karen.</w:t>
      </w:r>
    </w:p>
    <w:p>
      <w:pPr>
        <w:jc w:val="right"/>
      </w:pPr>
      <w:r>
        <w:t>میں سمجھتا ہوں کہ اس کا راز۔ اس وقت ہم سمجھ پائیں گے جب کہ ہم ہسٹری کو سمجھنے کی کوشش کریں۔</w:t>
      </w:r>
    </w:p>
    <w:p>
      <w:r>
        <w:rPr>
          <w:b/>
        </w:rPr>
        <w:t xml:space="preserve">[56:59] </w:t>
      </w:r>
      <w:r>
        <w:t>history ko samajhne ki koshish karen. dekhen hua kya hai khuda ne aik duniya banai. aik world of nature banaya.</w:t>
      </w:r>
    </w:p>
    <w:p>
      <w:pPr>
        <w:jc w:val="right"/>
      </w:pPr>
      <w:r>
        <w:t>ہسٹری کو سمجھنے کی کوشش کریں۔ دیکھیں ہوا کیا ہے خدا نے ایک دنیا بنائی۔ ایک ورلڈ آف نیچر بنایا۔</w:t>
      </w:r>
    </w:p>
    <w:p>
      <w:r>
        <w:rPr>
          <w:b/>
        </w:rPr>
        <w:t xml:space="preserve">[57:10] </w:t>
      </w:r>
      <w:r>
        <w:t>is world of nature mein sab kuch rakh diya.</w:t>
      </w:r>
    </w:p>
    <w:p>
      <w:pPr>
        <w:jc w:val="right"/>
      </w:pPr>
      <w:r>
        <w:t>اس ورلڈ آف نیچر میں سب کچھ رکھ دیا۔</w:t>
      </w:r>
    </w:p>
    <w:p>
      <w:r>
        <w:rPr>
          <w:b/>
        </w:rPr>
        <w:t xml:space="preserve">[57:16] </w:t>
      </w:r>
      <w:r>
        <w:t>sab kuch rakh diya. lekin insan jo hai kya kya hua? ke is ne motor car aur hawai jahaz to discover kiya is nature ke andar.</w:t>
      </w:r>
    </w:p>
    <w:p>
      <w:pPr>
        <w:jc w:val="right"/>
      </w:pPr>
      <w:r>
        <w:t>سب کچھ رکھ دیا۔ لیکن انسان جو ہے کیا کیا ہوا؟ کہ اس نے موٹر کار اور ہوائی جہاز تو ڈسکور کیا اس نیچر کے اندر۔</w:t>
      </w:r>
    </w:p>
    <w:p>
      <w:r>
        <w:rPr>
          <w:b/>
        </w:rPr>
        <w:t xml:space="preserve">[57:28] </w:t>
      </w:r>
      <w:r>
        <w:t>is nature ke andar.</w:t>
      </w:r>
    </w:p>
    <w:p>
      <w:pPr>
        <w:jc w:val="right"/>
      </w:pPr>
      <w:r>
        <w:t>اس نیچر کے اندر۔</w:t>
      </w:r>
    </w:p>
    <w:p>
      <w:r>
        <w:rPr>
          <w:b/>
        </w:rPr>
        <w:t xml:space="preserve">[57:35] </w:t>
      </w:r>
      <w:r>
        <w:t>steamship bhi maujood tha. motor car bhi maujood thi, airplane bhi maujood tha. aur mobile telephone maujood tha, is ko discover kiya insan ne.</w:t>
      </w:r>
    </w:p>
    <w:p>
      <w:pPr>
        <w:jc w:val="right"/>
      </w:pPr>
      <w:r>
        <w:t>اسٹیم شپ بھی موجود تھا۔ موٹر کار بھی موجود تھی، ایروپلین بھی موجود تھا۔ اور موبائل ٹیلی فون موجود تھا، اس کو ڈسکور کیا انسان نے۔</w:t>
      </w:r>
    </w:p>
    <w:p>
      <w:r>
        <w:rPr>
          <w:b/>
        </w:rPr>
        <w:t xml:space="preserve">[57:46] </w:t>
      </w:r>
      <w:r>
        <w:t>material cheezon ko. isi ke sath is mein kuch meaningful cheezein theen.</w:t>
      </w:r>
    </w:p>
    <w:p>
      <w:pPr>
        <w:jc w:val="right"/>
      </w:pPr>
      <w:r>
        <w:t>مٹیریل چیزوں کو۔ اسی کے ساتھ اس میں کچھ میننگ فل چیزیں تھیں۔</w:t>
      </w:r>
    </w:p>
    <w:p>
      <w:r>
        <w:rPr>
          <w:b/>
        </w:rPr>
        <w:t xml:space="preserve">[57:54] </w:t>
      </w:r>
      <w:r>
        <w:t>meaning ko discover na kar saka. meaning ko discover karne se woh mehroom raha.</w:t>
      </w:r>
    </w:p>
    <w:p>
      <w:pPr>
        <w:jc w:val="right"/>
      </w:pPr>
      <w:r>
        <w:t>میننگ کو ڈسکور نہ کر سکا۔ میننگ کو ڈسکور کرنے سے وہ محروم رہا۔</w:t>
      </w:r>
    </w:p>
    <w:p>
      <w:r>
        <w:rPr>
          <w:b/>
        </w:rPr>
        <w:t xml:space="preserve">[58:05] </w:t>
      </w:r>
      <w:r>
        <w:t>yani jis ko Burton Russell ne kaha hai ke dunya mein do tarah ki cheezein hain, things aur meaning. to things jo hain.</w:t>
      </w:r>
    </w:p>
    <w:p>
      <w:pPr>
        <w:jc w:val="right"/>
      </w:pPr>
      <w:r>
        <w:t>یعنی جس کو بارٹن ہسل نے کہا ہے کہ دنیا میں دو طرح کی چیزیں ہیں، تھنگز اور میننگ۔ تو تھنگز جو ہیں۔</w:t>
      </w:r>
    </w:p>
    <w:p>
      <w:r>
        <w:rPr>
          <w:b/>
        </w:rPr>
        <w:t xml:space="preserve">[58:15] </w:t>
      </w:r>
      <w:r>
        <w:t>matlab yeh jo maine kaha ke motor car aur hawai jahaz aur yeh sari cheezein, yeh things hain.</w:t>
      </w:r>
    </w:p>
    <w:p>
      <w:pPr>
        <w:jc w:val="right"/>
      </w:pPr>
      <w:r>
        <w:t>مطلب یہ جو میں نے کہا کہ موٹر کار اور ہوائی جہاز اور یہ ساری چیزیں، یہ تھنگز ہیں۔</w:t>
      </w:r>
    </w:p>
    <w:p>
      <w:r>
        <w:rPr>
          <w:b/>
        </w:rPr>
        <w:t xml:space="preserve">[58:20] </w:t>
      </w:r>
      <w:r>
        <w:t>to insan things ko daryaft kar saka, is ko discover kar saka. lekin meaning ko is ko discover karne se woh mehroom raha.</w:t>
      </w:r>
    </w:p>
    <w:p>
      <w:pPr>
        <w:jc w:val="right"/>
      </w:pPr>
      <w:r>
        <w:t>تو انسان تھنگز کو دریافت کر سکا، اس کو ڈسکور کر سکا۔ لیکن میننگ کو اس کو ڈسکور کرنے سے وہ محروم رہا۔</w:t>
      </w:r>
    </w:p>
    <w:p>
      <w:r>
        <w:rPr>
          <w:b/>
        </w:rPr>
        <w:t xml:space="preserve">[58:32] </w:t>
      </w:r>
      <w:r>
        <w:t>aur wohi meaning jo hai is ko chuna ke hamein hamare knowledge mein aayi nahin. is ko hum discover kar nahin sake, is liye hum final geet gaane se mehroom hain.</w:t>
      </w:r>
    </w:p>
    <w:p>
      <w:pPr>
        <w:jc w:val="right"/>
      </w:pPr>
      <w:r>
        <w:t>اور وہی میننگ جو ہے اس کو چونکہ ہمیں ہمارے نالج میں آئی نہیں۔ اس کو ہم ڈسکور کر نہیں سکے، اس لیے ہم فائنل گیت گانے سے محروم ہیں۔</w:t>
      </w:r>
    </w:p>
    <w:p>
      <w:r>
        <w:rPr>
          <w:b/>
        </w:rPr>
        <w:t xml:space="preserve">[58:45] </w:t>
      </w:r>
      <w:r>
        <w:t>is ko main thoda sa detail karunga.</w:t>
      </w:r>
    </w:p>
    <w:p>
      <w:pPr>
        <w:jc w:val="right"/>
      </w:pPr>
      <w:r>
        <w:t>اس کو میں تھوڑا سا ڈیٹیل کروں گا۔</w:t>
      </w:r>
    </w:p>
    <w:p>
      <w:r>
        <w:rPr>
          <w:b/>
        </w:rPr>
        <w:t xml:space="preserve">[58:48] </w:t>
      </w:r>
      <w:r>
        <w:t>dekhein hum jab history ko padhte hain. to taqreeban 25 thousand saal ki history hamein kuch maloom hoti hai, is se pehle ki history hamein kuch maloom nahin.</w:t>
      </w:r>
    </w:p>
    <w:p>
      <w:pPr>
        <w:jc w:val="right"/>
      </w:pPr>
      <w:r>
        <w:t>دیکھیں ہم جب ہسٹری کو پڑھتے ہیں۔ تو تقریباً ٹوئنٹی فائیو تھاؤزنڈ سال کی ہسٹری ہمیں کچھ معلوم ہوتی ہے، اس سے پہلے کی ہسٹری ہمیں کچھ معلوم نہیں۔</w:t>
      </w:r>
    </w:p>
    <w:p>
      <w:r>
        <w:rPr>
          <w:b/>
        </w:rPr>
        <w:t xml:space="preserve">[59:02] </w:t>
      </w:r>
      <w:r>
        <w:t>25 hazar saal ke bare mein hum kuch jaan paate hain.</w:t>
      </w:r>
    </w:p>
    <w:p>
      <w:pPr>
        <w:jc w:val="right"/>
      </w:pPr>
      <w:r>
        <w:t>پچیس ہزار سال کے بارے میں ہم کچھ جان پاتے ہیں۔</w:t>
      </w:r>
    </w:p>
    <w:p>
      <w:r>
        <w:rPr>
          <w:b/>
        </w:rPr>
        <w:t xml:space="preserve">[59:08] </w:t>
      </w:r>
      <w:r>
        <w:t>to pehle zamane mein kya hua? ke insan jo is ne nature ko jab dekha. to nature hi ko is ne God samajh liya.</w:t>
      </w:r>
    </w:p>
    <w:p>
      <w:pPr>
        <w:jc w:val="right"/>
      </w:pPr>
      <w:r>
        <w:t>تو پہلے زمانے میں کیا ہوا؟ کہ انسان جو اس نے نیچر کو جب دیکھا۔ تو نیچر ہی کو اس نے گاڈ سمجھ لیا۔</w:t>
      </w:r>
    </w:p>
    <w:p>
      <w:r>
        <w:rPr>
          <w:b/>
        </w:rPr>
        <w:t xml:space="preserve">[59:20] </w:t>
      </w:r>
      <w:r>
        <w:t>yani creature ko creator samajh liya. to chunaanche sun God, moon God, star God, planet God, sea God, mountain God.</w:t>
      </w:r>
    </w:p>
    <w:p>
      <w:pPr>
        <w:jc w:val="right"/>
      </w:pPr>
      <w:r>
        <w:t>یعنی کریچر کو کریٹر سمجھ لیا۔ تو چنانچہ سن گاڈ، مون گاڈ، اسٹار گاڈ، پلینٹ گاڈ، سی گاڈ، ماؤنٹین گاڈ۔</w:t>
      </w:r>
    </w:p>
    <w:p>
      <w:r>
        <w:rPr>
          <w:b/>
        </w:rPr>
        <w:t xml:space="preserve">[59:32] </w:t>
      </w:r>
      <w:r>
        <w:t>yeh nazariye paida hue. jis ko kehte hain nature worship.</w:t>
      </w:r>
    </w:p>
    <w:p>
      <w:pPr>
        <w:jc w:val="right"/>
      </w:pPr>
      <w:r>
        <w:t>یہ نظریے پیدا ہوئے۔ جس کو کہتے ہیں نیچر ورشپ۔</w:t>
      </w:r>
    </w:p>
    <w:p>
      <w:r>
        <w:rPr>
          <w:b/>
        </w:rPr>
        <w:t xml:space="preserve">[59:39] </w:t>
      </w:r>
      <w:r>
        <w:t>is liye hazaron saal tak insan nature worship mein mubtala raha. hazaron saal tak. to jo nature creation thi.</w:t>
      </w:r>
    </w:p>
    <w:p>
      <w:pPr>
        <w:jc w:val="right"/>
      </w:pPr>
      <w:r>
        <w:t>اس لیے ہزاروں سال تک انسان نیچر ورشپ میں مبتلا رہا۔ ہزاروں سال تک۔ تو جو نیچر کریشن تھی۔</w:t>
      </w:r>
    </w:p>
    <w:p>
      <w:r>
        <w:rPr>
          <w:b/>
        </w:rPr>
        <w:t xml:space="preserve">[59:53] </w:t>
      </w:r>
      <w:r>
        <w:t>us ko rakh diya creator ki jagah par. to is ka matlab kya hua hai? ke aap ne dunya ko discovery hi nahin kiya. Khuda ko paya hi nahin.</w:t>
      </w:r>
    </w:p>
    <w:p>
      <w:pPr>
        <w:jc w:val="right"/>
      </w:pPr>
      <w:r>
        <w:t>اس کو رکھ دیا کریٹر کی جگہ پر۔ تو اس کا معنی کیا ہوا ہے؟ کہ آپ نے دنیا کو ڈسکوری ہی نہیں کیا۔ خدا کو پایا ہی نہیں۔</w:t>
      </w:r>
    </w:p>
    <w:p>
      <w:r>
        <w:rPr>
          <w:b/>
        </w:rPr>
        <w:t xml:space="preserve">[1:00:04] </w:t>
      </w:r>
      <w:r>
        <w:t>paya kis ko? makhlooq ko</w:t>
      </w:r>
    </w:p>
    <w:p>
      <w:pPr>
        <w:jc w:val="right"/>
      </w:pPr>
      <w:r>
        <w:t>پایا کس کو؟ مخلوق کو</w:t>
      </w:r>
    </w:p>
    <w:p>
      <w:r>
        <w:rPr>
          <w:b/>
        </w:rPr>
        <w:t xml:space="preserve">[1:00:08] </w:t>
      </w:r>
      <w:r>
        <w:t>. yani Khaliq se bekhabar rahe makhlooq ko paya. aur isi makhlooq ko hi Khuda bana liya. ab ghaur kijiye.</w:t>
      </w:r>
    </w:p>
    <w:p>
      <w:pPr>
        <w:jc w:val="right"/>
      </w:pPr>
      <w:r>
        <w:t>۔ یعنی خالق سے بے خبر رہے مخلوق کو پایا۔ اور اسی مخلوق کو ہی خدا بنا لیا۔ اب غور کیجیے۔</w:t>
      </w:r>
    </w:p>
    <w:p>
      <w:r>
        <w:rPr>
          <w:b/>
        </w:rPr>
        <w:t xml:space="preserve">[1:00:17] </w:t>
      </w:r>
      <w:r>
        <w:t>ke jab insan aisa kare. ke nature hi ko woh Khuda samajh le. to kahan se woh nature us ko inspire kare gi? nature us ko inspire kar hi nahin sakti.</w:t>
      </w:r>
    </w:p>
    <w:p>
      <w:pPr>
        <w:jc w:val="right"/>
      </w:pPr>
      <w:r>
        <w:t>کہ جب انسان ایسا کرے۔ کہ نیچر ہی کو وہ خدا سمجھ لے۔ تو کہاں سے وہ نیچر اس کو انسپائر کرے گی؟ نیچر اس کو انسپائر کر ہی نہیں سکتی۔</w:t>
      </w:r>
    </w:p>
    <w:p>
      <w:r>
        <w:rPr>
          <w:b/>
        </w:rPr>
        <w:t xml:space="preserve">[1:00:28] </w:t>
      </w:r>
      <w:r>
        <w:t>inspire karne ki taqat to Khuda ke paas hai.</w:t>
      </w:r>
    </w:p>
    <w:p>
      <w:pPr>
        <w:jc w:val="right"/>
      </w:pPr>
      <w:r>
        <w:t>انسپائر کرنے کی طاقت تو خدا کے پاس ہے۔</w:t>
      </w:r>
    </w:p>
    <w:p>
      <w:r>
        <w:rPr>
          <w:b/>
        </w:rPr>
        <w:t xml:space="preserve">[1:00:32] </w:t>
      </w:r>
      <w:r>
        <w:t>to hazaron saal tak insan nature ko dekh kar. is se jo inspiration milna chahiye tha woh nahin pa saka. kyun ke nature hi ko Khuda samajh liya is ne.</w:t>
      </w:r>
    </w:p>
    <w:p>
      <w:pPr>
        <w:jc w:val="right"/>
      </w:pPr>
      <w:r>
        <w:t>تو ہزاروں سال تک انسان نیچر کو دیکھ کر۔ اس سے جو انسپیریشن ملنا چاہیے تھا وہ نہیں پا سکا۔ کیونکہ نیچر ہی کو خدا سمجھ لیا اس نے۔</w:t>
      </w:r>
    </w:p>
    <w:p>
      <w:r>
        <w:rPr>
          <w:b/>
        </w:rPr>
        <w:t xml:space="preserve">[1:00:42] </w:t>
      </w:r>
      <w:r>
        <w:t>nature hi ko woh poojne laga. nature ko God samajh liya.</w:t>
      </w:r>
    </w:p>
    <w:p>
      <w:pPr>
        <w:jc w:val="right"/>
      </w:pPr>
      <w:r>
        <w:t>نیچر ہی کو وہ پوجنے لگا۔ نیچر کو گاڈ سمجھ لیا۔</w:t>
      </w:r>
    </w:p>
    <w:p>
      <w:r>
        <w:rPr>
          <w:b/>
        </w:rPr>
        <w:t xml:space="preserve">[1:00:48] </w:t>
      </w:r>
      <w:r>
        <w:t>jab ke nature ke andar koi power nahin thi. yeh to simply creation thi. to hazaron saal tak insan is galat fehmi mein pada raha.</w:t>
      </w:r>
    </w:p>
    <w:p>
      <w:pPr>
        <w:jc w:val="right"/>
      </w:pPr>
      <w:r>
        <w:t>جبکہ نیچر کے اندر کوئی پاور نہیں تھی۔ یہ تو سمپلی کریشن تھی۔ تو ہزاروں سال تک انسان اس غلط فہمی میں پڑا رہا۔</w:t>
      </w:r>
    </w:p>
    <w:p>
      <w:r>
        <w:rPr>
          <w:b/>
        </w:rPr>
        <w:t xml:space="preserve">[1:01:00] </w:t>
      </w:r>
      <w:r>
        <w:t>keh nature hi ko is ne khuda samajh liya. aur nature worship mein mubtala raha. to nature worship ki wajah se woh is qabil nahi ho saka keh woh anthem geet ga sake.</w:t>
      </w:r>
    </w:p>
    <w:p>
      <w:pPr>
        <w:jc w:val="right"/>
      </w:pPr>
      <w:r>
        <w:t>کہ نیچر ہی کو اس نے خدا سمجھ لیا۔ اور نیچر ورشپ میں مبتلا رہا۔ تو نیچر ورشپ کی وجہ سے وہ اس قابل نہیں ہو سکا کہ وہ انتھم گیت گا سکے۔</w:t>
      </w:r>
    </w:p>
    <w:p>
      <w:r>
        <w:rPr>
          <w:b/>
        </w:rPr>
        <w:t xml:space="preserve">[1:01:10] </w:t>
      </w:r>
      <w:r>
        <w:t>final geet ga sake. yani final geet gaane ki zaroorat hai khuda se contact ho aap ka.</w:t>
      </w:r>
    </w:p>
    <w:p>
      <w:pPr>
        <w:jc w:val="right"/>
      </w:pPr>
      <w:r>
        <w:t>فائنل گیت گا سکے۔ یعنی فائنل گیت گانے کی ضرورت ہے خدا سے کنٹیکٹ ہو آپ کا۔</w:t>
      </w:r>
    </w:p>
    <w:p>
      <w:r>
        <w:rPr>
          <w:b/>
        </w:rPr>
        <w:t xml:space="preserve">[1:01:17] </w:t>
      </w:r>
      <w:r>
        <w:t>khuda se inspiration mile aap ko. lekin jab khuda se aap contact hi nahi hua. aur khuda se aap ko inspiration hi nahi mila. khuda se aap ka conversation nahi hua.</w:t>
      </w:r>
    </w:p>
    <w:p>
      <w:pPr>
        <w:jc w:val="right"/>
      </w:pPr>
      <w:r>
        <w:t>خدا سے انسپیریشن ملے آپ کو۔ لیکن جب خدا سے آپ کنٹیکٹ ہی نہیں ہوا۔ اور خدا سے آپ کو انسپیریشن ہی نہیں ملا۔ خدا سے آپ کا کنورسیشن نہیں ہوا۔</w:t>
      </w:r>
    </w:p>
    <w:p>
      <w:r>
        <w:rPr>
          <w:b/>
        </w:rPr>
        <w:t xml:space="preserve">[1:01:29] </w:t>
      </w:r>
      <w:r>
        <w:t>khuda se aap humkalam nahi hue. aur kis se aap ka rabt qaim hua? contact nature se, creator se nahi balkeh creature se.</w:t>
      </w:r>
    </w:p>
    <w:p>
      <w:pPr>
        <w:jc w:val="right"/>
      </w:pPr>
      <w:r>
        <w:t>خدا سے آپ ہم کلام نہیں ہوئے۔ اور کس سے آپ کا ربط قائم ہوا؟ کنٹیکٹ نیچر سے، کریٹر سے نہیں بلکہ کریچر سے۔</w:t>
      </w:r>
    </w:p>
    <w:p>
      <w:r>
        <w:rPr>
          <w:b/>
        </w:rPr>
        <w:t xml:space="preserve">[1:01:41] </w:t>
      </w:r>
      <w:r>
        <w:t>to is yahi cheez thi jis se insan confusion mein pada raha.</w:t>
      </w:r>
    </w:p>
    <w:p>
      <w:pPr>
        <w:jc w:val="right"/>
      </w:pPr>
      <w:r>
        <w:t>تو اس یہی چیز تھی جس سے انسان کنفیوژن میں پڑا رہا۔</w:t>
      </w:r>
    </w:p>
    <w:p>
      <w:r>
        <w:rPr>
          <w:b/>
        </w:rPr>
        <w:t xml:space="preserve">[1:01:46] </w:t>
      </w:r>
      <w:r>
        <w:t>is ke dimagh ko woh roshni nahi mili jo roshni mil sakti thi is ko. to insan is qabil nahi ho saka keh woh anthem geet gaaye.</w:t>
      </w:r>
    </w:p>
    <w:p>
      <w:pPr>
        <w:jc w:val="right"/>
      </w:pPr>
      <w:r>
        <w:t>اس کے دماغ کو وہ روشنی نہیں ملی جو روشنی مل سکتی تھی اس کو۔ تو انسان اس قابل نہیں ہو سکا کہ وہ انتھم گیت گائے۔</w:t>
      </w:r>
    </w:p>
    <w:p>
      <w:r>
        <w:rPr>
          <w:b/>
        </w:rPr>
        <w:t xml:space="preserve">[1:01:57] </w:t>
      </w:r>
      <w:r>
        <w:t>woh is geet ko gaaye jis se uska dil bharpoor tor par enjoy kar sake. is ko fulfillment mile. yani makhlooq ke geet ga kar ke fulfillment nahi mil saka, mil sakta hai insan ko.</w:t>
      </w:r>
    </w:p>
    <w:p>
      <w:pPr>
        <w:jc w:val="right"/>
      </w:pPr>
      <w:r>
        <w:t>وہ اس گیت کو گائے جس سے اس کا دل بھرپور طور پر انجوائے کر سکے۔ اس کو فلفلمنٹ ملے۔ یعنی مخلوق کے گیت گا کر کے فلفلمنٹ نہیں مل سکا، مل سکتا ہے انسان کو۔</w:t>
      </w:r>
    </w:p>
    <w:p>
      <w:r>
        <w:rPr>
          <w:b/>
        </w:rPr>
        <w:t xml:space="preserve">[1:02:10] </w:t>
      </w:r>
      <w:r>
        <w:t>khaliq ke geet gaaye ga tab is ko fulfillment milega.</w:t>
      </w:r>
    </w:p>
    <w:p>
      <w:pPr>
        <w:jc w:val="right"/>
      </w:pPr>
      <w:r>
        <w:t>خالق کے گیت گائے گا تب اس کو فلفلمنٹ ملے گا۔</w:t>
      </w:r>
    </w:p>
    <w:p>
      <w:r>
        <w:rPr>
          <w:b/>
        </w:rPr>
        <w:t xml:space="preserve">[1:02:15] </w:t>
      </w:r>
      <w:r>
        <w:t>yeh hai sad story pichle hazaron saalon ki.</w:t>
      </w:r>
    </w:p>
    <w:p>
      <w:pPr>
        <w:jc w:val="right"/>
      </w:pPr>
      <w:r>
        <w:t>یہ ہے سیڈ اسٹوری پچھلے ہزاروں سالوں کی۔</w:t>
      </w:r>
    </w:p>
    <w:p>
      <w:r>
        <w:rPr>
          <w:b/>
        </w:rPr>
        <w:t xml:space="preserve">[1:02:21] </w:t>
      </w:r>
      <w:r>
        <w:t>is ke baad kya hua? is ke baad rensa hua. rensa ke baad aap jante hain keh nature ko insan ne explore kiya. jis nature ko pehle woh poojta tha us ko us ne explore karna shuru kiya.</w:t>
      </w:r>
    </w:p>
    <w:p>
      <w:pPr>
        <w:jc w:val="right"/>
      </w:pPr>
      <w:r>
        <w:t>اس کے بعد کیا ہوا؟ اس کے بعد رینسا ہوا۔ رینسا کے بعد آپ جانتے ہیں کہ نیچر کو انسان نے ایکسپلور کیا۔ جس نیچر کو پہلے وہ پوجتا تھا اس کو اس نے ایکسپلور کرنا شروع کیا۔</w:t>
      </w:r>
    </w:p>
    <w:p>
      <w:r>
        <w:rPr>
          <w:b/>
        </w:rPr>
        <w:t xml:space="preserve">[1:02:35] </w:t>
      </w:r>
      <w:r>
        <w:t>is ki lambi kahani hai jis ko maine apni kai kitabon mein likha hai. keh kis tarah se yeh zamana khatm ho kar doosra zamana aaya.</w:t>
      </w:r>
    </w:p>
    <w:p>
      <w:pPr>
        <w:jc w:val="right"/>
      </w:pPr>
      <w:r>
        <w:t>اس کی لمبی کہانی ہے جس کو میں نے اپنی کئی کتابوں میں لکھا ہے۔ کہ کس طرح سے یہ زمانہ ختم ہو کر دوسرا زمانہ آیا۔</w:t>
      </w:r>
    </w:p>
    <w:p>
      <w:r>
        <w:rPr>
          <w:b/>
        </w:rPr>
        <w:t xml:space="preserve">[1:02:43] </w:t>
      </w:r>
      <w:r>
        <w:t>keh jo nature worship ka object bana hua tha, woh nature ban gaya discovery ka object.</w:t>
      </w:r>
    </w:p>
    <w:p>
      <w:pPr>
        <w:jc w:val="right"/>
      </w:pPr>
      <w:r>
        <w:t>کہ جو نیچر ورشپ کا آبجیکٹ بنا ہوا تھا۔ وہ نیچر بن گیا ڈسکوری کا آبجیکٹ۔</w:t>
      </w:r>
    </w:p>
    <w:p>
      <w:r>
        <w:rPr>
          <w:b/>
        </w:rPr>
        <w:t xml:space="preserve">[1:02:52] </w:t>
      </w:r>
      <w:r>
        <w:t>aur pata karo keh nature kya cheez hai. to nature ko discover kar ke insan ne phir tarah tarah ke saman banaye.</w:t>
      </w:r>
    </w:p>
    <w:p>
      <w:pPr>
        <w:jc w:val="right"/>
      </w:pPr>
      <w:r>
        <w:t>ان اور پتہ کرو کہ نیچر کیا چیز ہے۔ تو نیچر کو ڈسکور کر کے انسان نے پھر طرح طرح کے سامان بنائے۔</w:t>
      </w:r>
    </w:p>
    <w:p>
      <w:r>
        <w:rPr>
          <w:b/>
        </w:rPr>
        <w:t xml:space="preserve">[1:03:03] </w:t>
      </w:r>
      <w:r>
        <w:t>tarah tarah ke saman banaye. maslan rail, hawai jahaz, motor car, mobile, telephone. aur billion billion cheezein.</w:t>
      </w:r>
    </w:p>
    <w:p>
      <w:pPr>
        <w:jc w:val="right"/>
      </w:pPr>
      <w:r>
        <w:t>طرح طرح کے سامان بنائے۔ مثلاً ریل، ہوائی جہاز، موٹر کار، موبائل، ٹیلی فون۔ اور بلین بلین چیزیں۔</w:t>
      </w:r>
    </w:p>
    <w:p>
      <w:r>
        <w:rPr>
          <w:b/>
        </w:rPr>
        <w:t xml:space="preserve">[1:03:15] </w:t>
      </w:r>
      <w:r>
        <w:t>ab kya hua? keh is ke nateeje mein kya aaya? consumerism maya.</w:t>
      </w:r>
    </w:p>
    <w:p>
      <w:pPr>
        <w:jc w:val="right"/>
      </w:pPr>
      <w:r>
        <w:t>اب کیا ہوا؟ کہ اس کے نتیجے میں کیا آیا؟ کنزیومریز مایا۔</w:t>
      </w:r>
    </w:p>
    <w:p>
      <w:r>
        <w:rPr>
          <w:b/>
        </w:rPr>
        <w:t xml:space="preserve">[1:03:22] </w:t>
      </w:r>
      <w:r>
        <w:t>yani cheezon ko istemal kar ke enjoy karo, hawa karo, aaram karo. comfort aur pleasure hasil karo.</w:t>
      </w:r>
    </w:p>
    <w:p>
      <w:pPr>
        <w:jc w:val="right"/>
      </w:pPr>
      <w:r>
        <w:t>یعنی چیزوں کو استعمال کر کے انجوائے کرو، ہوا کرو، آرام کرو۔ کمفرٹ اور پلیژر حاصل کرو۔</w:t>
      </w:r>
    </w:p>
    <w:p>
      <w:r>
        <w:rPr>
          <w:b/>
        </w:rPr>
        <w:t xml:space="preserve">[1:03:32] </w:t>
      </w:r>
      <w:r>
        <w:t>to luxurious life sab se bari cheez ban gayi. sari luxuries, sare comforts apni zindagi mein jama karna yeh aadmi ka target ho gaya.</w:t>
      </w:r>
    </w:p>
    <w:p>
      <w:pPr>
        <w:jc w:val="right"/>
      </w:pPr>
      <w:r>
        <w:t>تو لگزریس لائف سب سے بڑی چیز بن گئی۔ ساری لگزریز، سارے کمفرٹس اپنی زندگی میں جمع کرنا یہ آدمی کا ٹارگٹ ہو گیا۔</w:t>
      </w:r>
    </w:p>
    <w:p>
      <w:r>
        <w:rPr>
          <w:b/>
        </w:rPr>
        <w:t xml:space="preserve">[1:03:43] </w:t>
      </w:r>
      <w:r>
        <w:t>to nature pehle agar object of worship bani hui thi, to ab kya hua? object of enjoyment ban gayi.</w:t>
      </w:r>
    </w:p>
    <w:p>
      <w:pPr>
        <w:jc w:val="right"/>
      </w:pPr>
      <w:r>
        <w:t>تو نیچر پہلے اگر آبجیکٹ آف ورشپ بنی ہوئی تھی۔ تو اب کیا ہوا؟ آبجیکٹ آف انجوائے منٹ بن گئی۔</w:t>
      </w:r>
    </w:p>
    <w:p>
      <w:r>
        <w:rPr>
          <w:b/>
        </w:rPr>
        <w:t xml:space="preserve">[1:03:54] </w:t>
      </w:r>
      <w:r>
        <w:t>abhi bhi insan ko jo chahiye tha keh is mein woh khuda ki greatness ko paaye. keh kaisa bara hai woh khuda jis ne yeh cheezein banayein.</w:t>
      </w:r>
    </w:p>
    <w:p>
      <w:pPr>
        <w:jc w:val="right"/>
      </w:pPr>
      <w:r>
        <w:t>ابھی بھی انسان کو جو چاہیے تھا کہ اس میں وہ خدا کی گریٹنس کو پائے۔ کہ کیسا بڑا ہے وہ خدا جس نے یہ چیزیں بنائیں۔</w:t>
      </w:r>
    </w:p>
    <w:p>
      <w:r>
        <w:rPr>
          <w:b/>
        </w:rPr>
        <w:t xml:space="preserve">[1:04:04] </w:t>
      </w:r>
      <w:r>
        <w:t>yeh sare potential yani ek jo the nature ke andar. is potential mein khuda greatness likhi hui thi. keh kaisa azeem hai woh khuda jis ne matter mein is yeh yeh yeh matter ke andar yeh property rakhi.</w:t>
      </w:r>
    </w:p>
    <w:p>
      <w:pPr>
        <w:jc w:val="right"/>
      </w:pPr>
      <w:r>
        <w:t>یہ سارے پوٹینشل یعنی ایک جو تھے نیچر کے اندر۔ اس پوٹینشل میں خدا گریٹنس لکھی ہوئی تھی۔ کہ کیسا عظیم ہے وہ خدا جس نے میٹر میں اس یہ یہ یہ میٹر کے اندر یہ پراپرٹی رکھی۔</w:t>
      </w:r>
    </w:p>
    <w:p>
      <w:r>
        <w:rPr>
          <w:b/>
        </w:rPr>
        <w:t xml:space="preserve">[1:04:21] </w:t>
      </w:r>
      <w:r>
        <w:t>matter ke andar yeh property rakhi keh matter sadak par daudein. matter mobile ki shakal mein bolein.</w:t>
      </w:r>
    </w:p>
    <w:p>
      <w:pPr>
        <w:jc w:val="right"/>
      </w:pPr>
      <w:r>
        <w:t>میٹر کے اندر یہ پراپرٹی رکھی کہ میٹر سڑک پر دوڑیں۔ میٹر موبائل کی شکل میں بولیں۔</w:t>
      </w:r>
    </w:p>
    <w:p>
      <w:r>
        <w:rPr>
          <w:b/>
        </w:rPr>
        <w:t xml:space="preserve">[1:04:30] </w:t>
      </w:r>
      <w:r>
        <w:t>matter jo hai TV ki shakal mein tasveerein yahan se wahan pahunch jayein aap is ko dekh sakein. yani matter conversion hai yeh sari cheezein.</w:t>
      </w:r>
    </w:p>
    <w:p>
      <w:pPr>
        <w:jc w:val="right"/>
      </w:pPr>
      <w:r>
        <w:t>میٹر جو ہے ٹی وی کی شکل میں تصویریں یہاں سے وہاں پہنچ جائیں آپ اس کو دیکھ سکیں۔ یعنی میٹر کنورژن ہے یہ ساری چیزیں۔</w:t>
      </w:r>
    </w:p>
    <w:p>
      <w:r>
        <w:rPr>
          <w:b/>
        </w:rPr>
        <w:t xml:space="preserve">[1:04:40] </w:t>
      </w:r>
      <w:r>
        <w:t>to matter ka jo conversion hua. aur is ke nateeje mein consumer goods bane. aur tarah tarah ke luxurious item bane. wahan par khuda greatness thi jis ko hamein discover karna tha.</w:t>
      </w:r>
    </w:p>
    <w:p>
      <w:pPr>
        <w:jc w:val="right"/>
      </w:pPr>
      <w:r>
        <w:t>تو میٹر کا جو کنورژن ہوا۔ اور اس کے نتیجے میں کنزیومر گڈز بنے۔ اور طرح طرح کے لگزریس آئٹم بنے۔ وہاں پر خدا گریٹنس تھی جس کو ہمیں ڈسکور کرنا تھا۔</w:t>
      </w:r>
    </w:p>
    <w:p>
      <w:r>
        <w:rPr>
          <w:b/>
        </w:rPr>
        <w:t xml:space="preserve">[1:04:54] </w:t>
      </w:r>
      <w:r>
        <w:t>to kya hota? aap ke andar ek aur cheez aati hai. yani bajaye consumerism ke aap ko ek aur cheez aati hai.</w:t>
      </w:r>
    </w:p>
    <w:p>
      <w:pPr>
        <w:jc w:val="right"/>
      </w:pPr>
      <w:r>
        <w:t>تو کیا ہوتا؟ آپ کے اندر ایک اور چیز آتی ہے۔ یعنی بجائے کنزیومرزم کے آپ کو ایک اور چیز آتی ہے۔</w:t>
      </w:r>
    </w:p>
    <w:p>
      <w:r>
        <w:rPr>
          <w:b/>
        </w:rPr>
        <w:t xml:space="preserve">[1:05:04] </w:t>
      </w:r>
      <w:r>
        <w:t>woh hai jis ko hum kehte hain worship of God.</w:t>
      </w:r>
    </w:p>
    <w:p>
      <w:pPr>
        <w:jc w:val="right"/>
      </w:pPr>
      <w:r>
        <w:t>وہ ہے جس کو ہم کہتے ہیں ورشپ آف گاڈ۔</w:t>
      </w:r>
    </w:p>
    <w:p>
      <w:r>
        <w:rPr>
          <w:b/>
        </w:rPr>
        <w:t xml:space="preserve">[1:05:11] </w:t>
      </w:r>
      <w:r>
        <w:t>aap ke andar aap acknowledge karte hain khuda ki badai ko. aap acknowledge karte hain khuda ki blessing ko. aap acknowledge karte hain khuda ke is yaani is yaani is rehmat ko.</w:t>
      </w:r>
    </w:p>
    <w:p>
      <w:pPr>
        <w:jc w:val="right"/>
      </w:pPr>
      <w:r>
        <w:t>آپ کے اندر آپ اکنالج کرتے ہیں خدا کی بڑائی کو۔ آپ اکنالج کرتے ہیں خدا کی بلیسنگ کو۔ آپ اکنالج کرتے ہیں خدا کے اس یعنی اس یعنی اس رحمت کو۔</w:t>
      </w:r>
    </w:p>
    <w:p>
      <w:r>
        <w:rPr>
          <w:b/>
        </w:rPr>
        <w:t xml:space="preserve">[1:05:26] </w:t>
      </w:r>
      <w:r>
        <w:t>ke khuda ne kitne bade level par life support system is duniya mein rakh diya.</w:t>
      </w:r>
    </w:p>
    <w:p>
      <w:pPr>
        <w:jc w:val="right"/>
      </w:pPr>
      <w:r>
        <w:t>کہ خدا نے کتنے بڑے لیول پر لائف سپورٹ سسٹم اس دنیا میں رکھ دیا۔</w:t>
      </w:r>
    </w:p>
    <w:p>
      <w:r>
        <w:rPr>
          <w:b/>
        </w:rPr>
        <w:t xml:space="preserve">[1:05:33] </w:t>
      </w:r>
      <w:r>
        <w:t>jaisa ke quran majeed mein hai ke wa ataa'naakum min kulli ma sa'altumoohu ke hum ne woh sab cheez tum ko de di jo tum chahte thay.</w:t>
      </w:r>
    </w:p>
    <w:p>
      <w:pPr>
        <w:jc w:val="right"/>
      </w:pPr>
      <w:r>
        <w:t>جیسا کہ قرآن مجید میں ہے کہ وَأَطَاعْكُمْ مِنْ كُلِّ مَا سَأَلْتَمُوهُ کہ ہم نے وہ سب چیز تم کو دے دی جو تم چاہتے تھے۔</w:t>
      </w:r>
    </w:p>
    <w:p>
      <w:r>
        <w:rPr>
          <w:b/>
        </w:rPr>
        <w:t xml:space="preserve">[1:05:44] </w:t>
      </w:r>
      <w:r>
        <w:t>wa ataa'naakum min kulli ma sa'altumoohu har woh cheez jo tum chahte thay woh hum ne tum ko de di. yaani is ka matlab kya hua? as a human being hum ko jo cheezein darkaar theen zinda rehne ke liye woh sab de dein.</w:t>
      </w:r>
    </w:p>
    <w:p>
      <w:pPr>
        <w:jc w:val="right"/>
      </w:pPr>
      <w:r>
        <w:t>وَأَطَاعْكُمْ مِنْ كُلِّ مَا سَأَلْتَمُوهُ ہر وہ چیز جو تم چاہتے تھے وہ ہم نے تم کو دے دیا۔ یعنی اس کا مطلب کیا ہوا؟ ایز اے ہیومن بینگ ہم کو جو چیزیں درکار تھیں زندہ رہنے کے لیے وہ سب دے دیں۔</w:t>
      </w:r>
    </w:p>
    <w:p>
      <w:r>
        <w:rPr>
          <w:b/>
        </w:rPr>
        <w:t xml:space="preserve">[1:05:59] </w:t>
      </w:r>
      <w:r>
        <w:t>yaani humein chahiye tha sawari ke liye ghoda to ghoda de diya. humein chahiye tha sawari ke liye motor car aur hawai jahaz to potentially woh sab rakh diya khuda ne is zameen ke andar.</w:t>
      </w:r>
    </w:p>
    <w:p>
      <w:pPr>
        <w:jc w:val="right"/>
      </w:pPr>
      <w:r>
        <w:t>یعنی ہمیں چاہیے تھا سواری کے لیے گھوڑا تو گھوڑا دے دیا۔ ہمیں چاہیے تھا سواری کے لیے موٹر کار اور ہوائی جہاز تو پوٹینشلی وہ سب رکھ دیا خدا نے اس زمین کے اندر۔</w:t>
      </w:r>
    </w:p>
    <w:p>
      <w:r>
        <w:rPr>
          <w:b/>
        </w:rPr>
        <w:t xml:space="preserve">[1:06:09] </w:t>
      </w:r>
      <w:r>
        <w:t>potentially. taake aap is potential ko actual bana kar aap sawari karein. aap daudein aur udein.</w:t>
      </w:r>
    </w:p>
    <w:p>
      <w:pPr>
        <w:jc w:val="right"/>
      </w:pPr>
      <w:r>
        <w:t>پوٹینشلی۔ تاکہ آپ اس پوٹینشل کو ایکچول بنا کر آپ سواریاں کریں۔ آپ دوڑیں اور اڑیں۔</w:t>
      </w:r>
    </w:p>
    <w:p>
      <w:r>
        <w:rPr>
          <w:b/>
        </w:rPr>
        <w:t xml:space="preserve">[1:06:20] </w:t>
      </w:r>
      <w:r>
        <w:t>isi tarah se saara jo item hai. saara luxurious item jo hai saara saare consumer goods hain. woh sab goya ke hamari nature jin cheezon ko chahti thi.</w:t>
      </w:r>
    </w:p>
    <w:p>
      <w:pPr>
        <w:jc w:val="right"/>
      </w:pPr>
      <w:r>
        <w:t>اسی طرح سے سارا جو آئٹم ہے۔ سارا لگزریس آئٹم جو ہے سارا سارے کنزیومر گڈز ہیں۔ وہ سب گویا کہ ہماری نیچر جن چیزوں کو چاہتی تھی۔</w:t>
      </w:r>
    </w:p>
    <w:p>
      <w:r>
        <w:rPr>
          <w:b/>
        </w:rPr>
        <w:t xml:space="preserve">[1:06:34] </w:t>
      </w:r>
      <w:r>
        <w:t>woh cheezein potentially khuda ne rakh dein aap. wa ataa'naakum min kulli ma sa'altumoohu jo kuch tum ne chaha woh sab hum ne de diya. tumhari nature ke liye jo jo cheezein darkaar theen woh sab hum ne de diya.</w:t>
      </w:r>
    </w:p>
    <w:p>
      <w:pPr>
        <w:jc w:val="right"/>
      </w:pPr>
      <w:r>
        <w:t>وہ چیزیں پوٹینشلی خدا نے رکھ دیں آپ۔ وَأَطَاعْكُمْ مِنْ كُلِّ مَا سَأَلْتَمُوهُ جو کچھ تم نے چاہا وہ سب ہم نے دے دیا۔ تمہاری نیچر کے لیے جو جو چیزیں درکار تھیں وہ سب ہم نے دے دیا۔</w:t>
      </w:r>
    </w:p>
    <w:p>
      <w:r>
        <w:rPr>
          <w:b/>
        </w:rPr>
        <w:t xml:space="preserve">[1:06:50] </w:t>
      </w:r>
      <w:r>
        <w:t>electricity chahiye thi tum ko to potentially woh bhi rakh diya zameen mein. tum ko communication chahiye tha to communication bhi hum ne potentially rakh diya is material world mein.</w:t>
      </w:r>
    </w:p>
    <w:p>
      <w:pPr>
        <w:jc w:val="right"/>
      </w:pPr>
      <w:r>
        <w:t>الیکٹریسی چاہیے تھی تم کو تو پوٹینشلی وہ بھی رکھ دیا زمین میں۔ تم کو کمیونیکیشن چاہیے تھا تو کمیونیکیشن بھی ہم نے پوٹینشلی رکھ دیا اس مٹیریل ورلڈ میں۔</w:t>
      </w:r>
    </w:p>
    <w:p>
      <w:r>
        <w:rPr>
          <w:b/>
        </w:rPr>
        <w:t xml:space="preserve">[1:07:02] </w:t>
      </w:r>
      <w:r>
        <w:t>sab kuch de diya. ab ab jab yeh sab kuch de diya aur insaan ne sab kuch discover kiya. to kya hona chahiye tha?</w:t>
      </w:r>
    </w:p>
    <w:p>
      <w:pPr>
        <w:jc w:val="right"/>
      </w:pPr>
      <w:r>
        <w:t>سب کچھ دے دیا۔ اب اب جب یہ سب کچھ دے دیا اور انسان نے سب کچھ ڈسکور کیا۔ تو کیا ہونا چاہیے تھا؟</w:t>
      </w:r>
    </w:p>
    <w:p>
      <w:r>
        <w:rPr>
          <w:b/>
        </w:rPr>
        <w:t xml:space="preserve">[1:07:15] </w:t>
      </w:r>
      <w:r>
        <w:t>aap acknowledge karte hain. is ko shukr kaha jata hai.</w:t>
      </w:r>
    </w:p>
    <w:p>
      <w:pPr>
        <w:jc w:val="right"/>
      </w:pPr>
      <w:r>
        <w:t>آپ اکنالج کرتے ہیں۔ اس کو شکر کہا جاتا ہے۔</w:t>
      </w:r>
    </w:p>
    <w:p>
      <w:r>
        <w:rPr>
          <w:b/>
        </w:rPr>
        <w:t xml:space="preserve">[1:07:21] </w:t>
      </w:r>
      <w:r>
        <w:t>ek ek waqea mujhe yaad aata hai. ke ek ek leader ek ek mp thay ek. parliament india ke parliament mp thay woh.</w:t>
      </w:r>
    </w:p>
    <w:p>
      <w:pPr>
        <w:jc w:val="right"/>
      </w:pPr>
      <w:r>
        <w:t>ایک ایک واقعہ مجھے یاد آتا ہے۔ کہ ایک ایک لیڈر ایک ایک ایم پی تھے ایک۔ پارلیمنٹ انڈیا کے پارلیمنٹ ایم پی تھے وہ۔</w:t>
      </w:r>
    </w:p>
    <w:p>
      <w:r>
        <w:rPr>
          <w:b/>
        </w:rPr>
        <w:t xml:space="preserve">[1:07:30] </w:t>
      </w:r>
      <w:r>
        <w:t>is se milne ke liye aaye woh. ke woh zamana jab ke sanjay gandhi ka zor shor tha india mein. aur sanjay gandhi jo hai yaani poora power un ke haath mein tha.</w:t>
      </w:r>
    </w:p>
    <w:p>
      <w:pPr>
        <w:jc w:val="right"/>
      </w:pPr>
      <w:r>
        <w:t>اس سے ملنے کے لیے آئے وہ۔ کہ وہ زمانہ جب کہ سنجے گاندھی کا زور شور تھا انڈیا میں۔ اور سنجے گاندھی جو ہے یعنی پورا پاور ان کے ہاتھ میں تھا۔</w:t>
      </w:r>
    </w:p>
    <w:p>
      <w:r>
        <w:rPr>
          <w:b/>
        </w:rPr>
        <w:t xml:space="preserve">[1:07:43] </w:t>
      </w:r>
      <w:r>
        <w:t>to unhon ne un ko mp bana diya tha. yaani raj sabha ka member.</w:t>
      </w:r>
    </w:p>
    <w:p>
      <w:pPr>
        <w:jc w:val="right"/>
      </w:pPr>
      <w:r>
        <w:t>تو انہوں نے ان کو ایم پی بنا دیا تھا۔ یعنی راج سبھا کا ممبر۔</w:t>
      </w:r>
    </w:p>
    <w:p>
      <w:r>
        <w:rPr>
          <w:b/>
        </w:rPr>
        <w:t xml:space="preserve">[1:07:48] </w:t>
      </w:r>
      <w:r>
        <w:t>to mujh se milne ke liye aaye to baat baat mein kya kehte thay? sab kuch sanjay babu ki din hai. aaj aap ke paas bangla hai.</w:t>
      </w:r>
    </w:p>
    <w:p>
      <w:pPr>
        <w:jc w:val="right"/>
      </w:pPr>
      <w:r>
        <w:t>تو مجھ سے ملنے کے لیے آئے تو بات بات میں کیا کہتے تھے؟ سب کچھ سنجے بابو کی دین ہے۔ آج آپ کے پاس بنگلہ ہے۔</w:t>
      </w:r>
    </w:p>
    <w:p>
      <w:r>
        <w:rPr>
          <w:b/>
        </w:rPr>
        <w:t xml:space="preserve">[1:08:02] </w:t>
      </w:r>
      <w:r>
        <w:t>aaj mere paas car hai sanjay babu ki din hai. aaj mujhe ek respect mila hua hai sanjay babu ki din hai. har baat mein yahi kehte thay ke sanjay babu ki din hai, sanjay babu ki din hai.</w:t>
      </w:r>
    </w:p>
    <w:p>
      <w:pPr>
        <w:jc w:val="right"/>
      </w:pPr>
      <w:r>
        <w:t>آج میرے پاس کار ہے سنجے بابو کی دین ہے۔ آج مجھے ایک ریسپیکٹ ملا ہوا ہے سنجے بابو کی دین ہے۔ ہر بات میں یہی کہتے تھے کہ سنجے بابو کی دین ہے، سنجے بابو کی دین ہے۔</w:t>
      </w:r>
    </w:p>
    <w:p>
      <w:r>
        <w:rPr>
          <w:b/>
        </w:rPr>
        <w:t xml:space="preserve">[1:08:17] </w:t>
      </w:r>
      <w:r>
        <w:t>aap yaqeen kijiye ke main ro pada. khuda babu ki jo din hai us ka koi acknowledge karne wala nahin. sanjay babu ki din jo hai woh to ek ek tiny particle se bhi kam hai.</w:t>
      </w:r>
    </w:p>
    <w:p>
      <w:pPr>
        <w:jc w:val="right"/>
      </w:pPr>
      <w:r>
        <w:t>آپ یقین کیجیے کہ میں رو پڑا۔ خدا بابو کی جو دین ہے اس کا کوئی اکنالج کرنے والا نہیں۔ سنجے بابو کی دین جو ہے وہ تو ایک ایک ٹانی پارٹیکل سے بھی کم ہے۔</w:t>
      </w:r>
    </w:p>
    <w:p>
      <w:r>
        <w:rPr>
          <w:b/>
        </w:rPr>
        <w:t xml:space="preserve">[1:08:32] </w:t>
      </w:r>
      <w:r>
        <w:t>aur khuda babu ki jo din hai aap sochiye.</w:t>
      </w:r>
    </w:p>
    <w:p>
      <w:pPr>
        <w:jc w:val="right"/>
      </w:pPr>
      <w:r>
        <w:t>اور خدا بابو کی جو دین ہے آپ سوچیے۔</w:t>
      </w:r>
    </w:p>
    <w:p>
      <w:r>
        <w:rPr>
          <w:b/>
        </w:rPr>
        <w:t xml:space="preserve">[1:08:38] </w:t>
      </w:r>
      <w:r>
        <w:t>us ka koi acknowledge karne wala nahin.</w:t>
      </w:r>
    </w:p>
    <w:p>
      <w:pPr>
        <w:jc w:val="right"/>
      </w:pPr>
      <w:r>
        <w:t>اس کا کوئی اکنالج کرنے والا نہیں۔</w:t>
      </w:r>
    </w:p>
    <w:p>
      <w:r>
        <w:rPr>
          <w:b/>
        </w:rPr>
        <w:t xml:space="preserve">[1:08:41] </w:t>
      </w:r>
      <w:r>
        <w:t>aap yaqeen kijiye ke meri aankhein boorhi ho gayeen. meri haddiyan pighal gayeen. meri jawani barhappe mein tabdeel ho gayi. lekin main ne woh insaan abhi tak nahin dekha jo sach much yeh kar sake ke yeh sab khuda babu ki din hai.</w:t>
      </w:r>
    </w:p>
    <w:p>
      <w:pPr>
        <w:jc w:val="right"/>
      </w:pPr>
      <w:r>
        <w:t>آپ یقین کیجیے کہ میری آنکھیں بوڑھی ہو گئیں۔ میری ہڈیاں پگھل گئیں۔ میری جوانی بڑھاپے میں تبدیل ہو گئی۔ لیکن میں نے وہ انسان ابھی تک نہیں دیکھا جو سچ مچ یہ کر سکے کہ یہ سب خدا بابو کی دین ہے۔</w:t>
      </w:r>
    </w:p>
    <w:p>
      <w:r>
        <w:rPr>
          <w:b/>
        </w:rPr>
        <w:t xml:space="preserve">[1:08:56] </w:t>
      </w:r>
      <w:r>
        <w:t>dil ki gehraiyon ke saath. jis tarah woh insaan baat baat mein kehta tha ke yeh sab kuch sanjay babu ki din hai.</w:t>
      </w:r>
    </w:p>
    <w:p>
      <w:pPr>
        <w:jc w:val="right"/>
      </w:pPr>
      <w:r>
        <w:t>دل کی گہرائیوں کے ساتھ۔ جس طرح وہ انسان بات بات میں کہتا تھا کہ یہ سب کچھ سنجے بابو کی دین ہے۔</w:t>
      </w:r>
    </w:p>
    <w:p>
      <w:r>
        <w:rPr>
          <w:b/>
        </w:rPr>
        <w:t xml:space="preserve">[1:09:07] </w:t>
      </w:r>
      <w:r>
        <w:t>asal mein hua hai ke mujhe woh apne ghar le gaya.</w:t>
      </w:r>
    </w:p>
    <w:p>
      <w:pPr>
        <w:jc w:val="right"/>
      </w:pPr>
      <w:r>
        <w:t>اصل میں ہوا ہے کہ مجھے وہ اپنے گھر لے گیا۔</w:t>
      </w:r>
    </w:p>
    <w:p>
      <w:r>
        <w:rPr>
          <w:b/>
        </w:rPr>
        <w:t xml:space="preserve">[1:09:10] </w:t>
      </w:r>
      <w:r>
        <w:t>bada sa ghar tha delhi mein. ab woh woh shayad woh aadmi mar chuka hoga. zinda nahin hoga. sanjay gandhi bhi nahin rahe duniya mein woh aadmi bhi shayad nahin raha duniya mein.</w:t>
      </w:r>
    </w:p>
    <w:p>
      <w:pPr>
        <w:jc w:val="right"/>
      </w:pPr>
      <w:r>
        <w:t>بڑا سا گھر تھا دلی میں۔ اب وہ وہ شاید وہ آدمی مر چکا ہوگا۔ زندہ نہیں ہوگا۔ سنجے گاندھی بھی نہیں رہے دنیا میں وہ آدمی بھی شاید نہیں رہا دنیا میں۔</w:t>
      </w:r>
    </w:p>
    <w:p>
      <w:r>
        <w:rPr>
          <w:b/>
        </w:rPr>
        <w:t xml:space="preserve">[1:09:20] </w:t>
      </w:r>
      <w:r>
        <w:t>to is ghar mein jab woh gaon ka aadmi tha pehle kache makaan mein rehta tha. to wahan par fridge tha, gaadi thi, bahut saare saman thay is ghar mein.</w:t>
      </w:r>
    </w:p>
    <w:p>
      <w:pPr>
        <w:jc w:val="right"/>
      </w:pPr>
      <w:r>
        <w:t>تو اس گھر میں جب وہ گاؤں کا آدمی تھا پہلے کچے مکان میں رہتا تھا۔ تو وہاں پر فریج تھا، گاڑی تھی، بہت سارے سامان تھے اس گھر میں۔</w:t>
      </w:r>
    </w:p>
    <w:p>
      <w:r>
        <w:rPr>
          <w:b/>
        </w:rPr>
        <w:t xml:space="preserve">[1:09:32] </w:t>
      </w:r>
      <w:r>
        <w:t>to baat baat mein kehta tha yeh sab kuch sanjay babu ki din hai. sanjay babu ki din hai.</w:t>
      </w:r>
    </w:p>
    <w:p>
      <w:pPr>
        <w:jc w:val="right"/>
      </w:pPr>
      <w:r>
        <w:t>تو بات بات میں کہتا تھا یہ سب کچھ سنجے بابو کی دین ہے۔ سنجے بابو کی دین ہے۔</w:t>
      </w:r>
    </w:p>
    <w:p>
      <w:r>
        <w:rPr>
          <w:b/>
        </w:rPr>
        <w:t xml:space="preserve">[1:09:38] </w:t>
      </w:r>
      <w:r>
        <w:t>to mein apne tajrube ke aitbaar se yeh nahi maloom ke dunya mein aur kon se log honge. apne tajrube ke lihaaz se kehta hoon ke mujhe woh insaan nahi mila jo yeh kahe ke aankh sanje babu ki din hai.</w:t>
      </w:r>
    </w:p>
    <w:p>
      <w:pPr>
        <w:jc w:val="right"/>
      </w:pPr>
      <w:r>
        <w:t>تو میں اپنے تجربے کے اعتبار سے یہ نہیں معلوم کہ دنیا میں اور کون سے لوگ ہوں گے۔ اپنے تجربے کے لحاظ سے کہتا ہوں کہ مجھے وہ انسان نہیں ملا جو یہ کہے کہ آنکھ سنجے خدا بابو کی دین ہے۔</w:t>
      </w:r>
    </w:p>
    <w:p>
      <w:r>
        <w:rPr>
          <w:b/>
        </w:rPr>
        <w:t xml:space="preserve">[1:09:52] </w:t>
      </w:r>
      <w:r>
        <w:t>yeh haath paon sanje babu ki din hai. ek thrilling ke roop mein is ko mile yeh sab cheezein. is ka dil pighal jaye.</w:t>
      </w:r>
    </w:p>
    <w:p>
      <w:pPr>
        <w:jc w:val="right"/>
      </w:pPr>
      <w:r>
        <w:t>یہ ہاتھ پاؤں خدا بابو کی دین ہے۔ ایک تھرلنگ کے روپ میں اس کو ملے یہ سب چیزیں۔ اس کا دل پگھل جائے۔</w:t>
      </w:r>
    </w:p>
    <w:p>
      <w:r>
        <w:rPr>
          <w:b/>
        </w:rPr>
        <w:t xml:space="preserve">[1:10:02] </w:t>
      </w:r>
      <w:r>
        <w:t>is ke saare shakk kam pad jayein.</w:t>
      </w:r>
    </w:p>
    <w:p>
      <w:pPr>
        <w:jc w:val="right"/>
      </w:pPr>
      <w:r>
        <w:t>اس کے سارے شک کم پڑ جائیں۔</w:t>
      </w:r>
    </w:p>
    <w:p>
      <w:r>
        <w:rPr>
          <w:b/>
        </w:rPr>
        <w:t xml:space="preserve">[1:10:05] </w:t>
      </w:r>
      <w:r>
        <w:t>dictionary ke saare dictionary ke saare words is ko kam lagen sanje babu ka knowledge karne ke liye.</w:t>
      </w:r>
    </w:p>
    <w:p>
      <w:pPr>
        <w:jc w:val="right"/>
      </w:pPr>
      <w:r>
        <w:t>ڈکشنری کے سارے ڈکشنری کے سارے ورڈز اس کو کم لگیں خدا کا اکنالج کرنے کے لیے۔</w:t>
      </w:r>
    </w:p>
    <w:p>
      <w:r>
        <w:rPr>
          <w:b/>
        </w:rPr>
        <w:t xml:space="preserve">[1:10:16] </w:t>
      </w:r>
      <w:r>
        <w:t>woh insaan is ki mujhe abhi bhi talash hai.</w:t>
      </w:r>
    </w:p>
    <w:p>
      <w:pPr>
        <w:jc w:val="right"/>
      </w:pPr>
      <w:r>
        <w:t>وہ انسان اس کی مجھے ابھی بھی تلاش ہے۔</w:t>
      </w:r>
    </w:p>
    <w:p>
      <w:r>
        <w:rPr>
          <w:b/>
        </w:rPr>
        <w:t xml:space="preserve">[1:10:21] </w:t>
      </w:r>
      <w:r>
        <w:t>jiske liye sanje babu ka shukr ada karne ke liye sanje babu ko acknowledge karne ke liye use mehsoos ho ke meri dictionary mein jitne words hain sab kam hain mein bayan nahi kar sakta.</w:t>
      </w:r>
    </w:p>
    <w:p>
      <w:pPr>
        <w:jc w:val="right"/>
      </w:pPr>
      <w:r>
        <w:t>جس کے لیے خدا کا شکر ادا کرنے کے لیے خدا کو اکنالج کرنے کے لیے اسے محسوس ہو کہ میری ڈکشنری میں جتنے ورڈز ہیں سب کم ہیں میں بیان نہیں کر سکتا۔</w:t>
      </w:r>
    </w:p>
    <w:p>
      <w:r>
        <w:rPr>
          <w:b/>
        </w:rPr>
        <w:t xml:space="preserve">[1:10:37] </w:t>
      </w:r>
      <w:r>
        <w:t>ek persian ek shayar tha us ne do line likhi hai is ko is ka matlab yeh hai ke sheikh jo hai yani buzurg senior aadmi us ke town ka woh din ke waqt charagh le kar ghoom raha tha.</w:t>
      </w:r>
    </w:p>
    <w:p>
      <w:pPr>
        <w:jc w:val="right"/>
      </w:pPr>
      <w:r>
        <w:t>ایک پرشین ایک شاعر تھا اس نے دو لائن لکھی ہے اس کو اس کا مطلب یہ ہے کہ شیخ جو ہے یعنی بزرگ سینئر آدمی اس کے ٹاؤن کا وہ دن کے وقت چراغ لے کر گھوم رہا تھا۔</w:t>
      </w:r>
    </w:p>
    <w:p>
      <w:r>
        <w:rPr>
          <w:b/>
        </w:rPr>
        <w:t xml:space="preserve">[1:10:58] </w:t>
      </w:r>
      <w:r>
        <w:t>din ke waqt charagh le kar ghoom raha tha. to kehta hai ke maine poocha ke aap charagh le kar kya talash kar rahe hain?</w:t>
      </w:r>
    </w:p>
    <w:p>
      <w:pPr>
        <w:jc w:val="right"/>
      </w:pPr>
      <w:r>
        <w:t>دن کے وقت چراغ لے کر گھوم رہا تھا۔ تو کہتا ہے کہ میں نے پوچھا کہ آپ چراغ لے کر کیا تلاش کر رہے ہیں؟</w:t>
      </w:r>
    </w:p>
    <w:p>
      <w:r>
        <w:rPr>
          <w:b/>
        </w:rPr>
        <w:t xml:space="preserve">[1:11:09] </w:t>
      </w:r>
      <w:r>
        <w:t>to woh kehta hai ke main insaan ki talash kar raha hoon.</w:t>
      </w:r>
    </w:p>
    <w:p>
      <w:pPr>
        <w:jc w:val="right"/>
      </w:pPr>
      <w:r>
        <w:t>تو وہ کہتا ہے کہ میں انسان کی تلاش کر رہا ہوں۔</w:t>
      </w:r>
    </w:p>
    <w:p>
      <w:r>
        <w:rPr>
          <w:b/>
        </w:rPr>
        <w:t xml:space="preserve">[1:11:17] </w:t>
      </w:r>
      <w:r>
        <w:t>to kehne wala kehta hai ke maine bhi talash kiya lekin mujhe woh insaan abhi tak nahi mila.</w:t>
      </w:r>
    </w:p>
    <w:p>
      <w:pPr>
        <w:jc w:val="right"/>
      </w:pPr>
      <w:r>
        <w:t>تو کہنے والا کہتا ہے کہ میں نے بھی تلاش کیا لیکن مجھے وہ انسان ابھی تک نہیں ملا۔</w:t>
      </w:r>
    </w:p>
    <w:p>
      <w:r>
        <w:rPr>
          <w:b/>
        </w:rPr>
        <w:t xml:space="preserve">[1:11:28] </w:t>
      </w:r>
      <w:r>
        <w:t>mujhe bhi talash kiya woh insaan abhi tak mujhe nahi mila.</w:t>
      </w:r>
    </w:p>
    <w:p>
      <w:pPr>
        <w:jc w:val="right"/>
      </w:pPr>
      <w:r>
        <w:t>مجھے بھی تلاش کیا وہ انسان ابھی تک مجھے نہیں ملا۔</w:t>
      </w:r>
    </w:p>
    <w:p>
      <w:r>
        <w:rPr>
          <w:b/>
        </w:rPr>
        <w:t xml:space="preserve">[1:11:37] </w:t>
      </w:r>
      <w:r>
        <w:t>to woh haal hai mera.</w:t>
      </w:r>
    </w:p>
    <w:p>
      <w:pPr>
        <w:jc w:val="right"/>
      </w:pPr>
      <w:r>
        <w:t>تو وہ حال ہے میرا۔</w:t>
      </w:r>
    </w:p>
    <w:p>
      <w:r>
        <w:rPr>
          <w:b/>
        </w:rPr>
        <w:t xml:space="preserve">[1:11:43] </w:t>
      </w:r>
      <w:r>
        <w:t>di sheikh ba charagh hami gasht gard shahar kaz mard ma'loomam o insaan mar doost goftam ke yaft mi nashwat jastay ma guftaan ke yaft mi nashwat in mar doost ke woh din ke waqt charagh le kar dhoondh raha hai to woh poochta hai ke tum din ke waqt kya cheez dhoondh rahe ho?</w:t>
      </w:r>
    </w:p>
    <w:p>
      <w:pPr>
        <w:jc w:val="right"/>
      </w:pPr>
      <w:r>
        <w:t>دی شیخ با چراغ ہمی گشت گرد شہر کز مرد ماں معلومم و انسان مار دوست گفتم کہ یافت می نشوت جستے ماں گفتاں کہ یافت می نشوت ان مار دوست کہ وہ دن کے وقت چراغ لے کر ڈھونڈ رہا ہے تو وہ پوچھتا ہے کہ تم دن کے وقت کیا چیز ڈھونڈ رہے ہو؟</w:t>
      </w:r>
    </w:p>
    <w:p>
      <w:r>
        <w:rPr>
          <w:b/>
        </w:rPr>
        <w:t xml:space="preserve">[1:12:11] </w:t>
      </w:r>
      <w:r>
        <w:t>woh kehta hai ke main insaan dhoondh raha hoon.</w:t>
      </w:r>
    </w:p>
    <w:p>
      <w:pPr>
        <w:jc w:val="right"/>
      </w:pPr>
      <w:r>
        <w:t>وہ کہتا ہے کہ میں انسان ڈھونڈ رہا ہوں۔</w:t>
      </w:r>
    </w:p>
    <w:p>
      <w:r>
        <w:rPr>
          <w:b/>
        </w:rPr>
        <w:t xml:space="preserve">[1:12:15] </w:t>
      </w:r>
      <w:r>
        <w:t>aadmiyon ke aadmiyon ke to hujoom hai lekin insaan nahi milta. to woh kehta hai ke hum ne bhi talash kiya par insaan nahi mila. mujhe nahi maloom ke shayar ke dil mein kya hoga.</w:t>
      </w:r>
    </w:p>
    <w:p>
      <w:pPr>
        <w:jc w:val="right"/>
      </w:pPr>
      <w:r>
        <w:t>آدمیوں کے آدمیوں کے تو ہجوم ہے لیکن انسان نہیں ملتا۔ تو وہ کہتا ہے کہ ہم نے بھی تلاش کیا پر انسان نہیں ملا۔ مجھے نہیں معلوم کہ شاعر کے دل میں کیا ہوگا۔</w:t>
      </w:r>
    </w:p>
    <w:p>
      <w:r>
        <w:rPr>
          <w:b/>
        </w:rPr>
        <w:t xml:space="preserve">[1:12:27] </w:t>
      </w:r>
      <w:r>
        <w:t>main samajhta hoon ke sab se bara insaan woh hai jiska andar knowledge karne ki sifat ho. knowledge karne ko main insaan ki sab se bari quality maanta hoon.</w:t>
      </w:r>
    </w:p>
    <w:p>
      <w:pPr>
        <w:jc w:val="right"/>
      </w:pPr>
      <w:r>
        <w:t>میں سمجھتا ہوں کہ سب سے بڑا انسان وہ ہے جس کا اندر اکنالج کرنے کی صفت ہو۔ اکنالج کرنے کو میں انسان کی سب سے بڑی کوالٹی مانتا ہوں۔</w:t>
      </w:r>
    </w:p>
    <w:p>
      <w:r>
        <w:rPr>
          <w:b/>
        </w:rPr>
        <w:t xml:space="preserve">[1:12:41] </w:t>
      </w:r>
      <w:r>
        <w:t>insaan agar aap ke saath koi kuch kare to aap knowledge karein dil khol kar ke. jaise woh aadmi kehta hai ke yeh sab sanje babu ki din hai.</w:t>
      </w:r>
    </w:p>
    <w:p>
      <w:pPr>
        <w:jc w:val="right"/>
      </w:pPr>
      <w:r>
        <w:t>انسان اگر آپ کے ساتھ کوئی کچھ کرے تو آپ اکنالج کریں دل کھول کر کے۔ جیسے وہ آدمی کہتا ہے کہ یہ سب سنجے بابو کی دین ہے۔</w:t>
      </w:r>
    </w:p>
    <w:p>
      <w:r>
        <w:rPr>
          <w:b/>
        </w:rPr>
        <w:t xml:space="preserve">[1:12:51] </w:t>
      </w:r>
      <w:r>
        <w:t>woh us ne acknowledged kiya sanje babu ko. yeh nahi kaha ke meri maine apni mehnat se kamaya hai. yeh mere qabiliyat ka karname hai.</w:t>
      </w:r>
    </w:p>
    <w:p>
      <w:pPr>
        <w:jc w:val="right"/>
      </w:pPr>
      <w:r>
        <w:t>وہ اس نے اکنالج کیا سنجے بابو کو۔ یہ نہیں کہا کہ میری میں نے اپنی محنت سے کمایا ہے۔ یہ میرے قابلیت کا کارنامہ ہے۔</w:t>
      </w:r>
    </w:p>
    <w:p>
      <w:r>
        <w:rPr>
          <w:b/>
        </w:rPr>
        <w:t xml:space="preserve">[1:13:04] </w:t>
      </w:r>
      <w:r>
        <w:t>to knowledge karna main samajhta hoon ke insaan ki sab se bari quality hai. sab se bari quality.</w:t>
      </w:r>
    </w:p>
    <w:p>
      <w:pPr>
        <w:jc w:val="right"/>
      </w:pPr>
      <w:r>
        <w:t>تو اکنالج کرنا میں سمجھتا ہوں کہ انسان کی سب سے بڑی کوالٹی ہے۔ سب سے بڑی کوالٹی۔</w:t>
      </w:r>
    </w:p>
    <w:p>
      <w:r>
        <w:rPr>
          <w:b/>
        </w:rPr>
        <w:t xml:space="preserve">[1:13:14] </w:t>
      </w:r>
      <w:r>
        <w:t>sab se bari main is liye kehta hoon ke is se doosri saari cheezein juri hui hain. jiske andar yeh sifat hogi ke woh knowledge kare to baqi saari sifatein is mein apne aap aa jayengi.</w:t>
      </w:r>
    </w:p>
    <w:p>
      <w:pPr>
        <w:jc w:val="right"/>
      </w:pPr>
      <w:r>
        <w:t>سب سے بڑی میں اس لیے کہتا ہوں کہ اس سے دوسری ساری چیزیں جڑی ہوئی ہیں۔ جس کے اندر یہ صفت ہوگی کہ وہ اکنالج کرے تو بقیہ ساری صفتیں اس میں اپنے آپ آ جائیں گی۔</w:t>
      </w:r>
    </w:p>
    <w:p>
      <w:r>
        <w:rPr>
          <w:b/>
        </w:rPr>
        <w:t xml:space="preserve">[1:13:29] </w:t>
      </w:r>
      <w:r>
        <w:t>isi liye hadith mein hai ke man lam yashkur al-nas lam yashkur Allah. jo</w:t>
      </w:r>
    </w:p>
    <w:p>
      <w:pPr>
        <w:jc w:val="right"/>
      </w:pPr>
      <w:r>
        <w:t>اسی لیے حدیث میں ہے کہ من لم یشکر الناس لم یشکر اللہ۔ جو</w:t>
      </w:r>
    </w:p>
    <w:p>
      <w:r>
        <w:rPr>
          <w:b/>
        </w:rPr>
        <w:t xml:space="preserve">[1:13:35] </w:t>
      </w:r>
      <w:r>
        <w:t>insaan ko acknowledge na kare woh Khuda ko bhi acknowledge nahi karega.</w:t>
      </w:r>
    </w:p>
    <w:p>
      <w:pPr>
        <w:jc w:val="right"/>
      </w:pPr>
      <w:r>
        <w:t>انسان کو اکنالج نہ کرے وہ خدا کو بھی اکنالج نہیں کرے گا۔</w:t>
      </w:r>
    </w:p>
    <w:p>
      <w:r>
        <w:rPr>
          <w:b/>
        </w:rPr>
        <w:t xml:space="preserve">[1:13:44] </w:t>
      </w:r>
      <w:r>
        <w:t>to behal apne mera jo tajruba hai mera jo experience hai main samajhta hoon ke sab se bari sifat jo hai woh knowledge karna hai.</w:t>
      </w:r>
    </w:p>
    <w:p>
      <w:pPr>
        <w:jc w:val="right"/>
      </w:pPr>
      <w:r>
        <w:t>تو بہرحال اپنے میرا جو تجربہ ہے میرا جو ایکسپیرینس ہے میں سمجھتا ہوں کہ سب سے بڑی صفت جو ہے وہ اکنالج کرنا ہے۔</w:t>
      </w:r>
    </w:p>
    <w:p>
      <w:r>
        <w:rPr>
          <w:b/>
        </w:rPr>
        <w:t xml:space="preserve">[1:13:58] </w:t>
      </w:r>
      <w:r>
        <w:t>ahadith quran quran mein aata hai man</w:t>
      </w:r>
    </w:p>
    <w:p>
      <w:pPr>
        <w:jc w:val="right"/>
      </w:pPr>
      <w:r>
        <w:t>احادیث قرآن قرآن میں آتا ہے من</w:t>
      </w:r>
    </w:p>
    <w:p>
      <w:r>
        <w:rPr>
          <w:b/>
        </w:rPr>
        <w:t xml:space="preserve">[1:14:06] </w:t>
      </w:r>
      <w:r>
        <w:t>aur mere bando mein bohat hi kam hain knowledge karne wale.</w:t>
      </w:r>
    </w:p>
    <w:p>
      <w:pPr>
        <w:jc w:val="right"/>
      </w:pPr>
      <w:r>
        <w:t>اور میرے بندوں میں بہت ہی کم ہیں اکنالج کرنے والے۔</w:t>
      </w:r>
    </w:p>
    <w:p>
      <w:r>
        <w:rPr>
          <w:b/>
        </w:rPr>
        <w:t xml:space="preserve">[1:14:12] </w:t>
      </w:r>
      <w:r>
        <w:t>shukr karna acknowledge karna hai. mere bandon mein bohat thore hain jo acknowledge karte hain.</w:t>
      </w:r>
    </w:p>
    <w:p>
      <w:pPr>
        <w:jc w:val="right"/>
      </w:pPr>
      <w:r>
        <w:t>شکر کرنا اکنالج کرنا ہے۔ من میرے بندوں میں بہت تھوڑے ہیں جو اکنالج کرتے ہیں۔</w:t>
      </w:r>
    </w:p>
    <w:p>
      <w:r>
        <w:rPr>
          <w:b/>
        </w:rPr>
        <w:t xml:space="preserve">[1:14:27] </w:t>
      </w:r>
      <w:r>
        <w:t>dekhiye ek baat ek mere misunderstand log ko hai ke jab aap kisi ko kuch de rahe hain kisi ko farz kijiye ga aap pachas hazar rupay de rahe hain to khoob shukr karega woh jhuka rahega.</w:t>
      </w:r>
    </w:p>
    <w:p>
      <w:pPr>
        <w:jc w:val="right"/>
      </w:pPr>
      <w:r>
        <w:t>دیکھیے ایک بات ایک میرے مسٹر انڈرسٹینڈنگ لوگوں کو ہے کہ جب آپ کسی کو کچھ دے رہے ہیں کسی کو فرض کیجیے گا آپ پچاس ہزار روپے دے رہے ہیں تو خوب شکر کرے گا وہ جھکا رہے گا۔</w:t>
      </w:r>
    </w:p>
    <w:p>
      <w:r>
        <w:rPr>
          <w:b/>
        </w:rPr>
        <w:t xml:space="preserve">[1:14:42] </w:t>
      </w:r>
      <w:r>
        <w:t>khoob karega. yeh jhoota shukr hai yaad rakhiye. yeh jhoota shukr hai ke dete hue woh shukr kar raha hai. shukr yeh hai ke baat ko woh shakir rahe aap ka.</w:t>
      </w:r>
    </w:p>
    <w:p>
      <w:pPr>
        <w:jc w:val="right"/>
      </w:pPr>
      <w:r>
        <w:t>خوب کرے گا۔ یہ جھوٹا شکر ہے یاد رکھیے۔ یہ جھوٹا شکر ہے کہ دیتے ہوئے وہ شکر کر رہا ہے۔ شکر یہ ہے کہ بات کو وہ شاکر رہے آپ کا۔</w:t>
      </w:r>
    </w:p>
    <w:p>
      <w:r>
        <w:rPr>
          <w:b/>
        </w:rPr>
        <w:t xml:space="preserve">[1:14:54] </w:t>
      </w:r>
      <w:r>
        <w:t>baat ko acknowledge karta rahe aap ko. dete waqt shukr karna to bheer bakri bhi karte hain.</w:t>
      </w:r>
    </w:p>
    <w:p>
      <w:pPr>
        <w:jc w:val="right"/>
      </w:pPr>
      <w:r>
        <w:t>بات کو اکنالج کرتا رہے آپ کو۔ دیتے وقت شکر کرنا تو بھیڑ بکری بھی کرتے ہیں۔</w:t>
      </w:r>
    </w:p>
    <w:p>
      <w:r>
        <w:rPr>
          <w:b/>
        </w:rPr>
        <w:t xml:space="preserve">[1:15:03] </w:t>
      </w:r>
      <w:r>
        <w:t>dete waqt yani jab agar aap bakri ko ya gaaye ko hari hari ghaas dein to khoob khaye ga woh bare hi bol bol kar ke.</w:t>
      </w:r>
    </w:p>
    <w:p>
      <w:pPr>
        <w:jc w:val="right"/>
      </w:pPr>
      <w:r>
        <w:t>دیتے وقت یعنی جب اگر آپ بکری کو یا گائے کو ہری ہری گھاس دیں تو خوب کھائے گا وہ بڑے ہی بول بول کر کے۔</w:t>
      </w:r>
    </w:p>
    <w:p>
      <w:r>
        <w:rPr>
          <w:b/>
        </w:rPr>
        <w:t xml:space="preserve">[1:15:12] </w:t>
      </w:r>
      <w:r>
        <w:t>aawaz nikal kar ke. to woh aawaz jo nikalta hai woh woh shukr kar raha hai aap ka. to dete hue shukr karna yeh animal level ka shukr hai.</w:t>
      </w:r>
    </w:p>
    <w:p>
      <w:pPr>
        <w:jc w:val="right"/>
      </w:pPr>
      <w:r>
        <w:t>آواز نکال کر کے۔ تو وہ آواز جو نکالتا ہے وہ وہ شکر کر رہا ہے آپ کا۔ تو دیتے ہوئے شکر کرنا یہ اینیمل لیول کا شکر ہے۔</w:t>
      </w:r>
    </w:p>
    <w:p>
      <w:r>
        <w:rPr>
          <w:b/>
        </w:rPr>
        <w:t xml:space="preserve">[1:15:25] </w:t>
      </w:r>
      <w:r>
        <w:t>animal level ka acknowledgement hai.</w:t>
      </w:r>
    </w:p>
    <w:p>
      <w:pPr>
        <w:jc w:val="right"/>
      </w:pPr>
      <w:r>
        <w:t>اینیمل لیول کا اکنالجمنٹ ہے۔</w:t>
      </w:r>
    </w:p>
    <w:p>
      <w:r>
        <w:rPr>
          <w:b/>
        </w:rPr>
        <w:t xml:space="preserve">[1:15:27] </w:t>
      </w:r>
      <w:r>
        <w:t>yaad rakhiye. sare log isi mein mubtala hain. ke dete hue khoob achhe achhe word bolenge. aur samajhte hain ke hum to shukr kar rahe hain.</w:t>
      </w:r>
    </w:p>
    <w:p>
      <w:pPr>
        <w:jc w:val="right"/>
      </w:pPr>
      <w:r>
        <w:t>یاد رکھیے۔ سارے لوگ اسی میں مبتلا ہیں۔ کہ دیتے ہوئے خوب اچھے اچھے ورڈ بولیں گے۔ اور سمجھتے ہیں کہ ہم تو شکر کر رہے ہیں۔</w:t>
      </w:r>
    </w:p>
    <w:p>
      <w:r>
        <w:rPr>
          <w:b/>
        </w:rPr>
        <w:t xml:space="preserve">[1:15:38] </w:t>
      </w:r>
      <w:r>
        <w:t>yaqeen kijiye ke jhoota shukr hai yeh. yeh sun hai sun. asli shukr yeh hai ke baat ko aur khaas tor par us waqt jab ke aap khud bhi bari position mein ho jayein.</w:t>
      </w:r>
    </w:p>
    <w:p>
      <w:pPr>
        <w:jc w:val="right"/>
      </w:pPr>
      <w:r>
        <w:t>یقین کیجیے کہ جھوٹا شکر ہے یہ۔ یہ سن ہے سن۔ اصلی شکر یہ ہے کہ بات کو اور خاص طور پر اس وقت جب کہ آپ خود بھی بڑی پوزیشن میں ہو جائیں۔</w:t>
      </w:r>
    </w:p>
    <w:p>
      <w:r>
        <w:rPr>
          <w:b/>
        </w:rPr>
        <w:t xml:space="preserve">[1:15:54] </w:t>
      </w:r>
      <w:r>
        <w:t>aap ke paas paisa nahi tha. kisi ne aap ko pachas hazar rupay de diya. khoob shukr kiya aap ne. baad ko aap khud pachas lakh pachas crore ke ho gaye. us waqt shukr karein is ka.</w:t>
      </w:r>
    </w:p>
    <w:p>
      <w:pPr>
        <w:jc w:val="right"/>
      </w:pPr>
      <w:r>
        <w:t>آپ کے پاس پیسہ نہیں تھا۔ کسی نے آپ کو پچاس ہزار روپے دے دیا۔ خوب شکر کیا آپ نے۔ بعد کو آپ خود پچاس لاکھ پچاس کروڑ کے ہو گئے۔ اس وقت شکر کریں اس کا۔</w:t>
      </w:r>
    </w:p>
    <w:p>
      <w:r>
        <w:rPr>
          <w:b/>
        </w:rPr>
        <w:t xml:space="preserve">[1:16:07] </w:t>
      </w:r>
      <w:r>
        <w:t>to woh hai acknowledge karna.</w:t>
      </w:r>
    </w:p>
    <w:p>
      <w:pPr>
        <w:jc w:val="right"/>
      </w:pPr>
      <w:r>
        <w:t>تو وہ ہے اکنالج کرنا۔</w:t>
      </w:r>
    </w:p>
    <w:p>
      <w:r>
        <w:rPr>
          <w:b/>
        </w:rPr>
        <w:t xml:space="preserve">[1:16:10] </w:t>
      </w:r>
      <w:r>
        <w:t>to mein samajhta hoon ke animal mein aur insan mein jo difference hai woh yahi hai ke animal shukr karna nahi janta. sachhe maano mein.</w:t>
      </w:r>
    </w:p>
    <w:p>
      <w:pPr>
        <w:jc w:val="right"/>
      </w:pPr>
      <w:r>
        <w:t>تو میں سمجھتا ہوں کہ اینیمل میں اور انسان میں جو ڈیفرنس ہے وہ یہی ہے کہ اینیمل شکر کرنا نہیں جانتا۔ سچے معنوں میں۔</w:t>
      </w:r>
    </w:p>
    <w:p>
      <w:r>
        <w:rPr>
          <w:b/>
        </w:rPr>
        <w:t xml:space="preserve">[1:16:21] </w:t>
      </w:r>
      <w:r>
        <w:t>aur insan ke andar ek capacity rakhi gayi hai ke woh acknowledge kar sake. sahi maano mein acknowledge kar sake. to jo aadmi acknowledge kare us ne khuda ke aage is baat ko prove kiya ke mein insan hoon.</w:t>
      </w:r>
    </w:p>
    <w:p>
      <w:pPr>
        <w:jc w:val="right"/>
      </w:pPr>
      <w:r>
        <w:t>اور انسان کے اندر ایک کیپیسٹی رکھی گئی ہے کہ وہ اکنالج کر سکے۔ صحیح معنوں میں اکنالج کر سکے۔ تو جو آدمی اکنالج کرے اس نے خدا کے آگے اس بات کو پروف کیا کہ میں انسان ہوں۔</w:t>
      </w:r>
    </w:p>
    <w:p>
      <w:r>
        <w:rPr>
          <w:b/>
        </w:rPr>
        <w:t xml:space="preserve">[1:16:39] </w:t>
      </w:r>
      <w:r>
        <w:t>mein insan hoon.</w:t>
      </w:r>
    </w:p>
    <w:p>
      <w:pPr>
        <w:jc w:val="right"/>
      </w:pPr>
      <w:r>
        <w:t>میں انسان ہ</w:t>
      </w:r>
    </w:p>
    <w:p>
      <w:r>
        <w:rPr>
          <w:b/>
        </w:rPr>
        <w:t xml:space="preserve">[1:16:40] </w:t>
      </w:r>
      <w:r>
        <w:t>oon. aur jo acknowledge na kare us ne yeh prove kiya ke mein animal hoon animal. meri koi value nahi hai. na duniya mein na akhirat mein.</w:t>
      </w:r>
    </w:p>
    <w:p>
      <w:pPr>
        <w:jc w:val="right"/>
      </w:pPr>
      <w:r>
        <w:t>وں۔ اور جو اکنالج نہ کرے اس نے یہ پروف کیا کہ میں اینیمل ہوں اینیمل۔ میری کوئی ویلیو نہیں ہے۔ نہ دنیا میں نہ آخرت میں۔</w:t>
      </w:r>
    </w:p>
    <w:p>
      <w:r>
        <w:rPr>
          <w:b/>
        </w:rPr>
        <w:t xml:space="preserve">[1:16:50] </w:t>
      </w:r>
      <w:r>
        <w:t>to khuda ne jo yeh cheezein di hain hum ko yeh sab isi liye ke hum khuda ko acknowledge karein.</w:t>
      </w:r>
    </w:p>
    <w:p>
      <w:pPr>
        <w:jc w:val="right"/>
      </w:pPr>
      <w:r>
        <w:t>تو خدا نے جو یہ چیزیں دی ہیں ہم کو یہ سب اسی لیے کہ ہم خدا کو اکنالج کریں۔</w:t>
      </w:r>
    </w:p>
    <w:p>
      <w:r>
        <w:rPr>
          <w:b/>
        </w:rPr>
        <w:t xml:space="preserve">[1:17:00] </w:t>
      </w:r>
      <w:r>
        <w:t>is ke siwa koi bhi doosra istemal in ka under utilization hai. under utilization hai.</w:t>
      </w:r>
    </w:p>
    <w:p>
      <w:pPr>
        <w:jc w:val="right"/>
      </w:pPr>
      <w:r>
        <w:t>اس کے سوا کوئی بھی دوسرا استعمال ان کا انڈر یوٹیلائزیشن ہے۔ انڈر یوٹیلائزیشن ہے۔</w:t>
      </w:r>
    </w:p>
    <w:p>
      <w:r>
        <w:rPr>
          <w:b/>
        </w:rPr>
        <w:t xml:space="preserve">[1:17:11] </w:t>
      </w:r>
      <w:r>
        <w:t>to mind is liye hai ke hum khuda ke bare mein sochein. kaan is liye hai ke hum khuda ki baaton ko sunein. zuban is liye hai ke hum khuda ki khuda ka bayan karein khuda ki glory bayan karein.</w:t>
      </w:r>
    </w:p>
    <w:p>
      <w:pPr>
        <w:jc w:val="right"/>
      </w:pPr>
      <w:r>
        <w:t>تو مائنڈ اس لیے ہے کہ ہم خدا کے بارے میں سوچیں۔ کان اس لیے ہے کہ ہم خدا کی باتوں کو سنیں۔ زبان اس لیے ہے کہ ہم خدا کی خدا کا پکان بیان کریں خدا کی گلوری بیان کریں۔</w:t>
      </w:r>
    </w:p>
    <w:p>
      <w:r>
        <w:rPr>
          <w:b/>
        </w:rPr>
        <w:t xml:space="preserve">[1:17:26] </w:t>
      </w:r>
      <w:r>
        <w:t>yahan tak ke paon is liye hain ke aap khuda ki taraf chalein.</w:t>
      </w:r>
    </w:p>
    <w:p>
      <w:pPr>
        <w:jc w:val="right"/>
      </w:pPr>
      <w:r>
        <w:t>یہاں تک کہ پاؤں اس لیے ہیں کہ آپ خدا کی طرف چلیں۔</w:t>
      </w:r>
    </w:p>
    <w:p>
      <w:r>
        <w:rPr>
          <w:b/>
        </w:rPr>
        <w:t xml:space="preserve">[1:17:31] </w:t>
      </w:r>
      <w:r>
        <w:t>sab kuch khuda ke liye hai. aur yaad rakhiye paradise unhi logon ke liye hai jo khuda ko acknowledge karne wale banein.</w:t>
      </w:r>
    </w:p>
    <w:p>
      <w:pPr>
        <w:jc w:val="right"/>
      </w:pPr>
      <w:r>
        <w:t>سب کچھ خدا کے لیے ہے۔ اور یاد رکھیے پیراڈائز انہی لوگوں کے لیے ہے جو خدا کو اکنالج کرنے والے بنیں۔</w:t>
      </w:r>
    </w:p>
    <w:p>
      <w:r>
        <w:rPr>
          <w:b/>
        </w:rPr>
        <w:t xml:space="preserve">[1:17:44] </w:t>
      </w:r>
      <w:r>
        <w:t>kisi aur ke liye paradise nahi hai. sachhe dil se. aaj kal mein dekhta hoon ke aap ne dawat ki khud us ne pulao roma rakha wahan apne aap achhe achhe qism ke dish ek aadmi khayega Alhamdulillah Alhamdulillah.</w:t>
      </w:r>
    </w:p>
    <w:p>
      <w:pPr>
        <w:jc w:val="right"/>
      </w:pPr>
      <w:r>
        <w:t>کسی اور کے لیے پیراڈائز نہیں ہے۔ سچے دل سے۔ آج کل میں دیکھتا ہوں کہ آپ نے دعوت کی خود اس نے پلاک روما رکھا وہاں اپنے آپ اچھے اچھے قسم کے ڈشز ایک آدمی کھائے گا الحمدللہ الحمدللہ۔</w:t>
      </w:r>
    </w:p>
    <w:p>
      <w:r>
        <w:rPr>
          <w:b/>
        </w:rPr>
        <w:t xml:space="preserve">[1:18:01] </w:t>
      </w:r>
      <w:r>
        <w:t>yaad rakhiye jhoota Alhamdulillah hai yeh. mujhe yeh kehne mein zara bhi shaq nahi ke jhoota Alhamdulillah hai yeh. yani aap bataiye ke biryani kha kar Alhamdulillah kehna yeh khuda chahta hai aap se?</w:t>
      </w:r>
    </w:p>
    <w:p>
      <w:pPr>
        <w:jc w:val="right"/>
      </w:pPr>
      <w:r>
        <w:t>یاد رکھیے جھوٹا الحمدللہ ہے یہ۔ مجھے یہ کہنے میں ذرا بھی شک نہیں کہ جھوٹا الحمدللہ ہے یہ۔ یعنی آپ بتائیے کہ بریانی کھا کر الحمدللہ کہنا یہ خدا چاہتا ہے آپ سے؟</w:t>
      </w:r>
    </w:p>
    <w:p>
      <w:r>
        <w:rPr>
          <w:b/>
        </w:rPr>
        <w:t xml:space="preserve">[1:18:15] </w:t>
      </w:r>
      <w:r>
        <w:t>aap khuda ko underestimate karenge aap. aap khuda ko underestimate karenge agar yeh samjhein ke biryani aur qurbah kha kar ke aap Alhamdulillah kahein to khuda khush ho jayega.</w:t>
      </w:r>
    </w:p>
    <w:p>
      <w:pPr>
        <w:jc w:val="right"/>
      </w:pPr>
      <w:r>
        <w:t>آپ خدا کو انڈر ایسٹیمیٹ کریں گے آپ۔ آپ خدا کو انڈر ایسٹیمیٹ کریں گے اگر یہ سمجھیں کہ بریانی اور قربہ کھا کر کے آپ الحمدللہ کہیں تو خدا خوش ہو جائے گا۔</w:t>
      </w:r>
    </w:p>
    <w:p>
      <w:r>
        <w:rPr>
          <w:b/>
        </w:rPr>
        <w:t xml:space="preserve">[1:18:30] </w:t>
      </w:r>
      <w:r>
        <w:t>yeh khuda ko underestimate karna hai.</w:t>
      </w:r>
    </w:p>
    <w:p>
      <w:pPr>
        <w:jc w:val="right"/>
      </w:pPr>
      <w:r>
        <w:t>یہ خدا کو انڈر ایسٹیمیٹ کرنا ہے۔</w:t>
      </w:r>
    </w:p>
    <w:p>
      <w:r>
        <w:rPr>
          <w:b/>
        </w:rPr>
        <w:t xml:space="preserve">[1:18:36] </w:t>
      </w:r>
      <w:r>
        <w:t>khuda ko dil ka Alhamdulillah chahiye. aur pulao roma kha kar nahi aap aasman ko dekhein aap ghaas ko dekhein.</w:t>
      </w:r>
    </w:p>
    <w:p>
      <w:pPr>
        <w:jc w:val="right"/>
      </w:pPr>
      <w:r>
        <w:t>خدا کو دل کا الحمدللہ چاہیے۔ اور پلاک روما کھا کر نہیں آپ آسمان کو دیکھیں آپ گھاس کو دیکھیں۔</w:t>
      </w:r>
    </w:p>
    <w:p>
      <w:r>
        <w:rPr>
          <w:b/>
        </w:rPr>
        <w:t xml:space="preserve">[1:18:45] </w:t>
      </w:r>
      <w:r>
        <w:t>aap yaqeen kijiye main ghaas ko dekhta hoon to main sochta hoon kya ghaas ka koi aur model ho sakta hai? ghaas ka koi doosra model aap soch nahi sakte.</w:t>
      </w:r>
    </w:p>
    <w:p>
      <w:pPr>
        <w:jc w:val="right"/>
      </w:pPr>
      <w:r>
        <w:t>آپ یقین کیجیے میں گھاس کو دیکھتا ہوں تو میں سوچتا ہوں کیا گھاس کا کوئی اور ماڈل ہو سکتا ہے؟ گھاس کا کوئی دوسرا ماڈل آپ سوچ نہیں سکتے۔</w:t>
      </w:r>
    </w:p>
    <w:p>
      <w:r>
        <w:rPr>
          <w:b/>
        </w:rPr>
        <w:t xml:space="preserve">[1:19:00] </w:t>
      </w:r>
      <w:r>
        <w:t>koi doosra model aap ghaas ka nahi soch sakte. ghaas bakri bail oont gaadi mountain sea stars har cheez apne final model par hai.</w:t>
      </w:r>
    </w:p>
    <w:p>
      <w:pPr>
        <w:jc w:val="right"/>
      </w:pPr>
      <w:r>
        <w:t>کوئی دوسرا ماڈل آپ گھاس کا نہیں سوچ سکتے۔ گھاس بکری بیل اونٹ گاڑی ماؤنٹین سی اسٹارز ہر چیز اپنے فائنل ماڈل پر ہے۔</w:t>
      </w:r>
    </w:p>
    <w:p>
      <w:r>
        <w:rPr>
          <w:b/>
        </w:rPr>
        <w:t xml:space="preserve">[1:19:13] </w:t>
      </w:r>
      <w:r>
        <w:t>final model par. koi artist aaj tak aisa nahi kar saka ke kisi bhi cheez ka koi doosra is se acha model banaye ghaas ka ya cheunti ka ya mountain ka ya peir ka.</w:t>
      </w:r>
    </w:p>
    <w:p>
      <w:pPr>
        <w:jc w:val="right"/>
      </w:pPr>
      <w:r>
        <w:t>فائنل ماڈل پر۔ کوئی آرٹسٹ آج تک ایسا نہیں کر سکا کہ کسی بھی چیز کا کوئی دوسرا اس سے اچھا ماڈل بنائے گھاس کا یا چیونٹی کا یا ماؤنٹین کا یا پیڑ کا۔</w:t>
      </w:r>
    </w:p>
    <w:p>
      <w:r>
        <w:rPr>
          <w:b/>
        </w:rPr>
        <w:t xml:space="preserve">[1:19:26] </w:t>
      </w:r>
      <w:r>
        <w:t>jo jo cheez hai apne final model par hai. is ko dekh kar aap ko thrill paida ho ke kaisa ajeeb hai Khuda woh.</w:t>
      </w:r>
    </w:p>
    <w:p>
      <w:pPr>
        <w:jc w:val="right"/>
      </w:pPr>
      <w:r>
        <w:t>جو جو چیز ہے اپنے فائنل ماڈل پر ہے۔ اس کو دیکھ کر آپ کو تھرل پیدا ہو کہ کیسا عجیب ہے خدا وہ۔</w:t>
      </w:r>
    </w:p>
    <w:p>
      <w:r>
        <w:rPr>
          <w:b/>
        </w:rPr>
        <w:t xml:space="preserve">[1:19:36] </w:t>
      </w:r>
      <w:r>
        <w:t>jis ne banaya to ke har cheez zero defect ke satah par bana de bana di.</w:t>
      </w:r>
    </w:p>
    <w:p>
      <w:pPr>
        <w:jc w:val="right"/>
      </w:pPr>
      <w:r>
        <w:t>جس نے بنایا تو کہ ہر چیز زیرو ڈیفیکٹ کے سطح پر بنا دے بنا دی۔</w:t>
      </w:r>
    </w:p>
    <w:p>
      <w:r>
        <w:rPr>
          <w:b/>
        </w:rPr>
        <w:t xml:space="preserve">[1:19:43] </w:t>
      </w:r>
      <w:r>
        <w:t>kisi cheez mein koi defect nahi. har cheez har cheez apne final model par hai.</w:t>
      </w:r>
    </w:p>
    <w:p>
      <w:pPr>
        <w:jc w:val="right"/>
      </w:pPr>
      <w:r>
        <w:t>کسی چیز میں کوئی ڈیفیکٹ نہیں۔ ہر چیز ہر چیز اپنے فائنل ماڈل پر ہے۔</w:t>
      </w:r>
    </w:p>
    <w:p>
      <w:r>
        <w:rPr>
          <w:b/>
        </w:rPr>
        <w:t xml:space="preserve">[1:19:50] </w:t>
      </w:r>
      <w:r>
        <w:t>aur Khuda ko kabhi replanning nahi karni pari. hamare haan hum bar bar replanning hoti hai aap jante hain. har cheez mein replanning.</w:t>
      </w:r>
    </w:p>
    <w:p>
      <w:pPr>
        <w:jc w:val="right"/>
      </w:pPr>
      <w:r>
        <w:t>اور خدا کو کبھی ری پلاننگ نہیں کرنی پڑی۔ ہمارے ہاں ہم بار بار ری پلاننگ ہوتی ہے آپ جانتے ہیں۔ ہر چیز میں ری پلاننگ۔</w:t>
      </w:r>
    </w:p>
    <w:p>
      <w:r>
        <w:rPr>
          <w:b/>
        </w:rPr>
        <w:t xml:space="preserve">[1:20:01] </w:t>
      </w:r>
      <w:r>
        <w:t>har cheez mein revision. har cheez ko phir se banana har cheez ka naya model. caron ka naya model barabar aata rehta hai.</w:t>
      </w:r>
    </w:p>
    <w:p>
      <w:pPr>
        <w:jc w:val="right"/>
      </w:pPr>
      <w:r>
        <w:t>ہر چیز میں ریویژن۔ ہر چیز کو پھر سے بنانا ہر چیز کا نیا ماڈل۔ کاروں کا نیا ماڈل برابر آتا رہتا ہے۔</w:t>
      </w:r>
    </w:p>
    <w:p>
      <w:r>
        <w:rPr>
          <w:b/>
        </w:rPr>
        <w:t xml:space="preserve">[1:20:13] </w:t>
      </w:r>
      <w:r>
        <w:t>agar aap pehle car ko dekhen pehla car jo America mein bani thi us ko dekhen aaj ka jo car hai aap dekhen to lage ke woh bail gaadi hai to yeh hawaai yeh yeh car hai.</w:t>
      </w:r>
    </w:p>
    <w:p>
      <w:pPr>
        <w:jc w:val="right"/>
      </w:pPr>
      <w:r>
        <w:t>اگر آپ پہلے کار کو دیکھیں پہلا کار جو امریکہ میں بنی تھی اس کو دیکھیں آج کا جو کار ہے آپ دیکھیں تو لگے کہ وہ بیل گاڑی ہے تو یہ ہوائی یہ یہ کار ہے۔</w:t>
      </w:r>
    </w:p>
    <w:p>
      <w:r>
        <w:rPr>
          <w:b/>
        </w:rPr>
        <w:t xml:space="preserve">[1:20:24] </w:t>
      </w:r>
      <w:r>
        <w:t>kitna difference hai. Khuda ke haan kisi cheez mein aisa nahi hai. jo cheez Khuda ne bana di woh apne final model par hai.</w:t>
      </w:r>
    </w:p>
    <w:p>
      <w:pPr>
        <w:jc w:val="right"/>
      </w:pPr>
      <w:r>
        <w:t>کتنا ڈیفرنس ہے۔ خدا کے ہاں کسی چیز میں ایسا نہیں ہے۔ جو چیز خدا نے بنا دی وہ اپنے فائنل ماڈل پر ہے۔</w:t>
      </w:r>
    </w:p>
    <w:p>
      <w:r>
        <w:rPr>
          <w:b/>
        </w:rPr>
        <w:t xml:space="preserve">[1:20:33] </w:t>
      </w:r>
      <w:r>
        <w:t>Khuda ko phir revise karne ki zaroorat pesh nahi aai.</w:t>
      </w:r>
    </w:p>
    <w:p>
      <w:pPr>
        <w:jc w:val="right"/>
      </w:pPr>
      <w:r>
        <w:t>خدا کو پھر ریوائز کرنے کی ضرورت پیش نہیں آئی۔</w:t>
      </w:r>
    </w:p>
    <w:p>
      <w:r>
        <w:rPr>
          <w:b/>
        </w:rPr>
        <w:t xml:space="preserve">[1:20:39] </w:t>
      </w:r>
      <w:r>
        <w:t>Khuda ko revise karne ki zaroorat pesh pesh nahi aai yeh baat Quran mein likhi gayi hai mun ke tum koi defect dekhte ho meri kainat meri universe mein.</w:t>
      </w:r>
    </w:p>
    <w:p>
      <w:pPr>
        <w:jc w:val="right"/>
      </w:pPr>
      <w:r>
        <w:t>خدا کو ریوائز کرنے کی ضرورت پیش پیش نہیں آئی یہ بات قرآن میں لکھی گئی ہے من کہ تم کوئی ڈیفیکٹ دیکھتے ہو میری کائنات میری یونیورس میں۔</w:t>
      </w:r>
    </w:p>
    <w:p>
      <w:r>
        <w:rPr>
          <w:b/>
        </w:rPr>
        <w:t xml:space="preserve">[1:20:51] </w:t>
      </w:r>
      <w:r>
        <w:t>yani challenge kiya hai Khuda ne ke itni bari universe jo main ne banai hai ke kahin tum defect nikalo. kaisi ajeeb baat hai kya koi industry industries aisa kar sakta hai?</w:t>
      </w:r>
    </w:p>
    <w:p>
      <w:pPr>
        <w:jc w:val="right"/>
      </w:pPr>
      <w:r>
        <w:t>یعنی چیلنج کیا ہے خدا نے کہ اتنی بڑی یونیورس جو میں نے بنائی ہے کہ کہیں تم ڈیفیکٹ نکالو۔ کیسی عجیب بات ہے کیا کوئی انڈسٹری انڈسٹریز ایسا کر سکتا ہے؟</w:t>
      </w:r>
    </w:p>
    <w:p>
      <w:r>
        <w:rPr>
          <w:b/>
        </w:rPr>
        <w:t xml:space="preserve">[1:21:05] </w:t>
      </w:r>
      <w:r>
        <w:t>koi bhi industries yeh challenge nahi de sakta ke mera jo production nikala hai is mein tum koi defect nikalo. yani so called zero defect industries bhi defect se bhari hui hoti hain yaad rakhiye.</w:t>
      </w:r>
    </w:p>
    <w:p>
      <w:pPr>
        <w:jc w:val="right"/>
      </w:pPr>
      <w:r>
        <w:t>کوئی بھی انڈسٹریز یہ چیلنج نہیں دے سکتا کہ میرا جو پروڈکشن نکالا ہے اس میں تم کوئی ڈیفیکٹ نکالو۔ یعنی سو کالڈ زیرو ڈیفیکٹ انڈسٹریز بھی ڈیفیکٹ سے بھری ہوئی ہوتی ہیں یاد رکھیے۔</w:t>
      </w:r>
    </w:p>
    <w:p>
      <w:r>
        <w:rPr>
          <w:b/>
        </w:rPr>
        <w:t xml:space="preserve">[1:21:23] </w:t>
      </w:r>
      <w:r>
        <w:t>to yeh kitni bari baat hai jis jis ko dekh kar aap ko thrill paida ho.</w:t>
      </w:r>
    </w:p>
    <w:p>
      <w:pPr>
        <w:jc w:val="right"/>
      </w:pPr>
      <w:r>
        <w:t>تو یہ کتنی بڑی بات ہے جس جس کو دیکھ کر آپ کو تھرل پیدا ہو۔</w:t>
      </w:r>
    </w:p>
    <w:p>
      <w:r>
        <w:rPr>
          <w:b/>
        </w:rPr>
        <w:t xml:space="preserve">[1:21:29] </w:t>
      </w:r>
      <w:r>
        <w:t>to pulao qorma kha kar aap Alhamdulillah nikle aur is universe ko dekh kar Alhamdulillah na nikle to aap jhoota hai aap ka Alhamdulillah. aap ka Alhamdulillah jhoota hai.</w:t>
      </w:r>
    </w:p>
    <w:p>
      <w:pPr>
        <w:jc w:val="right"/>
      </w:pPr>
      <w:r>
        <w:t>تو پلاک قربہ کھا کر آپ الحمدللہ نکلے اور اس یونیورس کو دیکھ کر الحمدللہ نہ نکلے تو آپ جھوٹا ہے آپ کا الحمدللہ۔ آپ کا الحمدللہ جھوٹا ہے۔</w:t>
      </w:r>
    </w:p>
    <w:p>
      <w:r>
        <w:rPr>
          <w:b/>
        </w:rPr>
        <w:t xml:space="preserve">[1:21:42] </w:t>
      </w:r>
      <w:r>
        <w:t>to yeh sab baatein kyun hain?</w:t>
      </w:r>
    </w:p>
    <w:p>
      <w:pPr>
        <w:jc w:val="right"/>
      </w:pPr>
      <w:r>
        <w:t>تو یہ سب باتیں کیوں ہیں؟</w:t>
      </w:r>
    </w:p>
    <w:p>
      <w:r>
        <w:rPr>
          <w:b/>
        </w:rPr>
        <w:t xml:space="preserve">[1:21:48] </w:t>
      </w:r>
      <w:r>
        <w:t>main samajhta hoon ke ek baat jo main ne is se pehle bhi kahi thi aap ke samne us ko main repeat karunga ke science mein mana jata hai ke science ki jar mein jo cheez hai woh hai spirit of inquiry.</w:t>
      </w:r>
    </w:p>
    <w:p>
      <w:pPr>
        <w:jc w:val="right"/>
      </w:pPr>
      <w:r>
        <w:t>میں سمجھتا ہوں کہ ایک بات جو میں نے اس سے پہلے بھی کہی تھی آپ کے سامنے اس کو میں ریپیٹ کروں گا کہ سائنس میں مانا جاتا ہے کہ سائنس کی جڑ میں جو چیز ہے وہ ہے اسپیٹ آف انکوائری۔</w:t>
      </w:r>
    </w:p>
    <w:p>
      <w:r>
        <w:rPr>
          <w:b/>
        </w:rPr>
        <w:t xml:space="preserve">[1:22:09] </w:t>
      </w:r>
      <w:r>
        <w:t>cheezon ko janne ka shauq.</w:t>
      </w:r>
    </w:p>
    <w:p>
      <w:pPr>
        <w:jc w:val="right"/>
      </w:pPr>
      <w:r>
        <w:t>چیزوں کو جاننے کا شوق۔</w:t>
      </w:r>
    </w:p>
    <w:p>
      <w:r>
        <w:rPr>
          <w:b/>
        </w:rPr>
        <w:t xml:space="preserve">[1:22:14] </w:t>
      </w:r>
      <w:r>
        <w:t>cheezon ko janne ka shauq spirit of inquiry.</w:t>
      </w:r>
    </w:p>
    <w:p>
      <w:pPr>
        <w:jc w:val="right"/>
      </w:pPr>
      <w:r>
        <w:t>چیزوں کو جاننے کا شوق اسپیٹ آف انکوائری۔</w:t>
      </w:r>
    </w:p>
    <w:p>
      <w:r>
        <w:rPr>
          <w:b/>
        </w:rPr>
        <w:t xml:space="preserve">[1:22:18] </w:t>
      </w:r>
      <w:r>
        <w:t>spirit of inquiry jis tarah se material sciences mein aai hai theek isi tarah se religious sciences mein nahi aai. yeh mera tajurba hai.</w:t>
      </w:r>
    </w:p>
    <w:p>
      <w:pPr>
        <w:jc w:val="right"/>
      </w:pPr>
      <w:r>
        <w:t>اسپیٹ آف انکوائری جس طرح سے مٹیریل سائنسز میں آئی ہے ٹھیک اسی طرح سے ریلیجس سائنسز میں نہیں آئی۔ یہ میرا تجربہ ہے۔</w:t>
      </w:r>
    </w:p>
    <w:p>
      <w:r>
        <w:rPr>
          <w:b/>
        </w:rPr>
        <w:t xml:space="preserve">[1:22:30] </w:t>
      </w:r>
      <w:r>
        <w:t>religious sciences mein hum kuch rituals ko le kar baith jate hain. kuch formal cheezon ko le kar baith jate hain. kuch yani kuch be soche samjhe kuch kuch rasmein hain us ko poora kar dete hain aur samajhte hain ke religion ke taqaze poore ho gaye.</w:t>
      </w:r>
    </w:p>
    <w:p>
      <w:pPr>
        <w:jc w:val="right"/>
      </w:pPr>
      <w:r>
        <w:t>ریلیجس سائنسز میں ہم کچھ ریچولز کو لے کر بیٹھ جاتے ہیں۔ کچھ فارمل چیزوں کو لے کر بیٹھ جاتے ہیں۔ کچھ یعنی کچھ بے سوچ سمجھے کچھ کچھ رسمیں ہیں اس کو پورا کر دیتے ہیں اور سمجھتے ہیں کہ ریلیجن کے تقاضے پورے ہو گئے۔</w:t>
      </w:r>
    </w:p>
    <w:p>
      <w:r>
        <w:rPr>
          <w:b/>
        </w:rPr>
        <w:t xml:space="preserve">[1:22:49] </w:t>
      </w:r>
      <w:r>
        <w:t>to religious religious field mein spirit of inquiry sarr se hai hi nahi. jabke material field mein khoob khoob hai isi wajah se science ko itna zyada mein itni zyada progress hui.</w:t>
      </w:r>
    </w:p>
    <w:p>
      <w:pPr>
        <w:jc w:val="right"/>
      </w:pPr>
      <w:r>
        <w:t>تو ریلیجس ریلیجس فیلڈ میں اسپیٹ آف انکوائری سرے سے ہے ہی نہیں۔ جبکہ مٹیریل فیلڈ میں خوب خوب ہے اسی وجہ سے سائنس کو اتنا زیادہ میں اتنی زیادہ پروگریس ہوئی۔</w:t>
      </w:r>
    </w:p>
    <w:p>
      <w:r>
        <w:rPr>
          <w:b/>
        </w:rPr>
        <w:t xml:space="preserve">[1:23:08] </w:t>
      </w:r>
      <w:r>
        <w:t>to main apne bare mein keh sakta hoon ke Allah ke fazal se mere andar by nature yeh tha intriven spirit of inquiry.</w:t>
      </w:r>
    </w:p>
    <w:p>
      <w:pPr>
        <w:jc w:val="right"/>
      </w:pPr>
      <w:r>
        <w:t>تو میں اپنے بارے میں کہہ سکتا ہوں کہ اللہ کے فضل سے میرے اندر بائی نیچر یہ تھا انٹروون اسپیٹ آف انکوائری۔</w:t>
      </w:r>
    </w:p>
    <w:p>
      <w:r>
        <w:rPr>
          <w:b/>
        </w:rPr>
        <w:t xml:space="preserve">[1:23:15] </w:t>
      </w:r>
      <w:r>
        <w:t>us waqt bhi tha jab ke main main yani yeh alfaaz mere paas nahi the yeh sab mere paas nahi the.</w:t>
      </w:r>
    </w:p>
    <w:p>
      <w:pPr>
        <w:jc w:val="right"/>
      </w:pPr>
      <w:r>
        <w:t>اس وقت بھی تھا جب کہ میں میں یعنی یہ الفاظ میرے پاس نہیں تھے یہ سب میرے پاس نہیں تھے۔</w:t>
      </w:r>
    </w:p>
    <w:p>
      <w:r>
        <w:rPr>
          <w:b/>
        </w:rPr>
        <w:t xml:space="preserve">[1:23:24] </w:t>
      </w:r>
      <w:r>
        <w:t>ispeat of inquiry ka shabd hi mere paas nahi tha. jis ko arabic mein kehte hain tajassus. tajassus bhi nahi tha mere paas. to by nature tha.</w:t>
      </w:r>
    </w:p>
    <w:p>
      <w:pPr>
        <w:jc w:val="right"/>
      </w:pPr>
      <w:r>
        <w:t>اسپیٹ آف انکوائری کا शब्द ہی میرے پاس نہیں تھا۔ جس کو عربک میں کہتے ہیں تجسس۔ تجسس بھی نہیں تھا میرے پاس۔ تو بائی نیچر تھا۔</w:t>
      </w:r>
    </w:p>
    <w:p>
      <w:r>
        <w:rPr>
          <w:b/>
        </w:rPr>
        <w:t xml:space="preserve">[1:23:38] </w:t>
      </w:r>
      <w:r>
        <w:t>to apne mere father jo the wo mein chhota tha aur jab mar gaye wo to har cheez ke bare mein father se poochta rehta tha. har cheez ke bare mein.</w:t>
      </w:r>
    </w:p>
    <w:p>
      <w:pPr>
        <w:jc w:val="right"/>
      </w:pPr>
      <w:r>
        <w:t>تو اپنے میرے فادر جو تھے وہ میں چھوٹا تھا اور جب مر گئے وہ تو ہر چیز کے بارے میں فادر سے پوچھتا رہتا تھا۔ ہر چیز کے بارے میں۔</w:t>
      </w:r>
    </w:p>
    <w:p>
      <w:r>
        <w:rPr>
          <w:b/>
        </w:rPr>
        <w:t xml:space="preserve">[1:23:48] </w:t>
      </w:r>
      <w:r>
        <w:t>misalan mein apne father ke sath ek bar nadi par gaya river mujhe yaad hai ab tak. us waqt mein shayad panch chhe saal kahoon ga.</w:t>
      </w:r>
    </w:p>
    <w:p>
      <w:pPr>
        <w:jc w:val="right"/>
      </w:pPr>
      <w:r>
        <w:t>مثلاً میں اپنے فادر کے ساتھ ایک بار ندی پر گیا ریور مجھے یاد ہے اب تک۔ اس وقت میں شاید پانچ چھ سال کہوں گا۔</w:t>
      </w:r>
    </w:p>
    <w:p>
      <w:r>
        <w:rPr>
          <w:b/>
        </w:rPr>
        <w:t xml:space="preserve">[1:24:01] </w:t>
      </w:r>
      <w:r>
        <w:t>to wo log nadi mein machhli pakad rahe the. fishing kar rahe the fishing.</w:t>
      </w:r>
    </w:p>
    <w:p>
      <w:pPr>
        <w:jc w:val="right"/>
      </w:pPr>
      <w:r>
        <w:t>تو وہ لوگ ندی میں مچھلی پکڑ رہے تھے۔ فشنگ کر رہے تھے فشنگ۔</w:t>
      </w:r>
    </w:p>
    <w:p>
      <w:r>
        <w:rPr>
          <w:b/>
        </w:rPr>
        <w:t xml:space="preserve">[1:24:07] </w:t>
      </w:r>
      <w:r>
        <w:t>wo purane zamane ka jo tareeqa hai dehaton mein aaj kal to fishing ke bahut modern technique ban gayi hai doosri nayi nayi wo nahi balki jo dehaton mein pakadte hain jis tareeqe se to kuchh jaal banate hain us ko serial kehte hain.</w:t>
      </w:r>
    </w:p>
    <w:p>
      <w:pPr>
        <w:jc w:val="right"/>
      </w:pPr>
      <w:r>
        <w:t>وہ پرانے زمانے کا جو طریقہ ہے دیہاتوں میں آج کل تو فشنگ کے بہت ماڈرن ٹیکنیک بن گئی ہے دوسری نئی نئی وہ نہیں بلکہ جو دیہاتوں میں پکڑتے ہیں جس طریقے سے تو کچھ جال بناتے ہیں اس کو سریال کہتے ہیں۔</w:t>
      </w:r>
    </w:p>
    <w:p>
      <w:r>
        <w:rPr>
          <w:b/>
        </w:rPr>
        <w:t xml:space="preserve">[1:24:25] </w:t>
      </w:r>
      <w:r>
        <w:t>to wo maine dekha to ab baap se poochne laga mein ke ye machhli kaise pakadte hain ye serial kaise banate hain?</w:t>
      </w:r>
    </w:p>
    <w:p>
      <w:pPr>
        <w:jc w:val="right"/>
      </w:pPr>
      <w:r>
        <w:t>تو وہ میں نے دیکھا تو اب باپ سے پوچھنے لگا میں کہ یہ مچھلی کیسے پکڑتے ہیں یہ سریال کیسے بناتے ہیں؟</w:t>
      </w:r>
    </w:p>
    <w:p>
      <w:r>
        <w:rPr>
          <w:b/>
        </w:rPr>
        <w:t xml:space="preserve">[1:24:33] </w:t>
      </w:r>
      <w:r>
        <w:t>to mere baap bahut khush hote the ke mera bachcha jo hai us ke andar kya yani ispeat of inquiry ka word nahi bole the unhon ne.</w:t>
      </w:r>
    </w:p>
    <w:p>
      <w:pPr>
        <w:jc w:val="right"/>
      </w:pPr>
      <w:r>
        <w:t>تو میرے باپ بہت خوش ہوتے تھے کہ میرا بچہ جو ہے اس کے اندر کیا یعنی اسپیٹ آف انکوائری کا ورڈ نہیں بولے تھے انہوں نے۔</w:t>
      </w:r>
    </w:p>
    <w:p>
      <w:r>
        <w:rPr>
          <w:b/>
        </w:rPr>
        <w:t xml:space="preserve">[1:24:42] </w:t>
      </w:r>
      <w:r>
        <w:t>unhon ne kaha is bachche ke andar tajassus hai har baat ko janne ka mizaj. to ye bachpan se mere andar hai.</w:t>
      </w:r>
    </w:p>
    <w:p>
      <w:pPr>
        <w:jc w:val="right"/>
      </w:pPr>
      <w:r>
        <w:t>انہوں نے کہا اس بچے کے اندر تجسس ہے ہر بات کو جاننے کا مزاج۔ تو یہ بچپن سے میرے اندر ہے۔</w:t>
      </w:r>
    </w:p>
    <w:p>
      <w:r>
        <w:rPr>
          <w:b/>
        </w:rPr>
        <w:t xml:space="preserve">[1:24:51] </w:t>
      </w:r>
      <w:r>
        <w:t>to jab mein ek qissa maine is se pehle bayan kiya tha ke jab mein padhta tha madrasse mein us waqt ka ye bahut hi zyada yani lesson hai is ke andar is qisse mein is liye mein chahta hoon ke is ko phir se aap ke samne bayan karoon.</w:t>
      </w:r>
    </w:p>
    <w:p>
      <w:pPr>
        <w:jc w:val="right"/>
      </w:pPr>
      <w:r>
        <w:t>تو جب میں ایک قصہ میں نے اس سے پہلے بیان کیا تھا کہ جب میں پڑھتا تھا مدرسے میں اس وقت کا یہ بہت ہی زیادہ یعنی لیسن ہے اس کے اندر اس قصے میں اس لیے میں چاہتا ہوں کہ اس کو پھر سے آپ کے سامنے بیان کروں۔</w:t>
      </w:r>
    </w:p>
    <w:p>
      <w:r>
        <w:rPr>
          <w:b/>
        </w:rPr>
        <w:t xml:space="preserve">[1:25:09] </w:t>
      </w:r>
      <w:r>
        <w:t>dekhiye hum padh rahe the madrasse mein to hamare ustad the Maulana Amin Hasan Islahi ab wo mar chuke hain.</w:t>
      </w:r>
    </w:p>
    <w:p>
      <w:pPr>
        <w:jc w:val="right"/>
      </w:pPr>
      <w:r>
        <w:t>دیکھیے ہم پڑھ رہے تھے مدرسے میں تو ہمارے استاد تھے مولانا امین حسن اصلاحی اب وہ مر چکے ہیں۔</w:t>
      </w:r>
    </w:p>
    <w:p>
      <w:r>
        <w:rPr>
          <w:b/>
        </w:rPr>
        <w:t xml:space="preserve">[1:25:20] </w:t>
      </w:r>
      <w:r>
        <w:t>wo head the us waqt hamare madrasse mein. yani jis ko kehte hain sadar مدرس yani head teacher.</w:t>
      </w:r>
    </w:p>
    <w:p>
      <w:pPr>
        <w:jc w:val="right"/>
      </w:pPr>
      <w:r>
        <w:t>وہ ہیڈ تھے اس وقت ہمارے مدرسے میں۔ یعنی جس کو کہتے ہیں صدر مدرس یعنی ہیڈ ٹیچر۔</w:t>
      </w:r>
    </w:p>
    <w:p>
      <w:r>
        <w:rPr>
          <w:b/>
        </w:rPr>
        <w:t xml:space="preserve">[1:25:30] </w:t>
      </w:r>
      <w:r>
        <w:t>to aisa hua ke quran koi kitab padhi ja rahi thi is kitab mein quran ki ek ayat aayi. wo thi ke</w:t>
      </w:r>
    </w:p>
    <w:p>
      <w:pPr>
        <w:jc w:val="right"/>
      </w:pPr>
      <w:r>
        <w:t>تو ایسا ہوا کہ قرآن کوئی کتاب پڑھی جا رہی تھی اس کتاب میں قرآن کی ایک آیت آئی۔ وہ تھی کہ</w:t>
      </w:r>
    </w:p>
    <w:p>
      <w:r>
        <w:rPr>
          <w:b/>
        </w:rPr>
        <w:t xml:space="preserve">[1:25:46] </w:t>
      </w:r>
      <w:r>
        <w:t>dekho oont ko ke kaisa hum ne banaya us ko.</w:t>
      </w:r>
    </w:p>
    <w:p>
      <w:pPr>
        <w:jc w:val="right"/>
      </w:pPr>
      <w:r>
        <w:t>دیکھو اونٹ کو کہ کیسا ہم نے بنایا اس کو۔</w:t>
      </w:r>
    </w:p>
    <w:p>
      <w:r>
        <w:rPr>
          <w:b/>
        </w:rPr>
        <w:t xml:space="preserve">[1:25:53] </w:t>
      </w:r>
      <w:r>
        <w:t>to dekho oont par bane ghor karo oont par. yani is ayat mein goya ke wahi cheez hai jis ko hum kehte hain tafahhus tajassus ya ispeat of inquiry.</w:t>
      </w:r>
    </w:p>
    <w:p>
      <w:pPr>
        <w:jc w:val="right"/>
      </w:pPr>
      <w:r>
        <w:t>تو دیکھو اونٹ پر بنے غور کرو اونٹ پر۔ یعنی اس آیت میں گویا کہ وہی چیز ہے جس کو ہم کہتے ہیں تفحص تجسس یا اسپیٹ آف انکوائری۔</w:t>
      </w:r>
    </w:p>
    <w:p>
      <w:r>
        <w:rPr>
          <w:b/>
        </w:rPr>
        <w:t xml:space="preserve">[1:26:08] </w:t>
      </w:r>
      <w:r>
        <w:t>dekho oont ko yani oont par ghor karo. oont ko discover karo.</w:t>
      </w:r>
    </w:p>
    <w:p>
      <w:pPr>
        <w:jc w:val="right"/>
      </w:pPr>
      <w:r>
        <w:t>دیکھو اونٹ کو یعنی اونٹ پر غور کرو۔ اونٹ کو ڈسکور کرو۔</w:t>
      </w:r>
    </w:p>
    <w:p>
      <w:r>
        <w:rPr>
          <w:b/>
        </w:rPr>
        <w:t xml:space="preserve">[1:26:16] </w:t>
      </w:r>
      <w:r>
        <w:t>to khair unhon ne poocha ke jab ye ayat aayi to aap jante hain ek oont unhon ne poocha ke oont ke sum jo hain paon ke jo sum hote hain wo kaise hote hain?</w:t>
      </w:r>
    </w:p>
    <w:p>
      <w:pPr>
        <w:jc w:val="right"/>
      </w:pPr>
      <w:r>
        <w:t>تو خیر انہوں نے پوچھا کہ جب یہ آیت آئی تو آپ جانتے ہیں ایک اونٹ انہوں نے پوچھا کہ اونٹ کے سم جو ہیں پاؤں کے جو سم ہوتے ہیں وہ کیسے ہوتے ہیں؟</w:t>
      </w:r>
    </w:p>
    <w:p>
      <w:r>
        <w:rPr>
          <w:b/>
        </w:rPr>
        <w:t xml:space="preserve">[1:26:32] </w:t>
      </w:r>
      <w:r>
        <w:t>paon ke sum kaise hote hain? to aap jante hain ke janwaron ke animals ke sum do qism ke hote hain.</w:t>
      </w:r>
    </w:p>
    <w:p>
      <w:pPr>
        <w:jc w:val="right"/>
      </w:pPr>
      <w:r>
        <w:t>پاؤں کے سم کیسے ہوتے ہیں؟ تو آپ جانتے ہیں کہ جانوروں کے اینیملز کے سم دو قسم کے ہوتے ہیں۔</w:t>
      </w:r>
    </w:p>
    <w:p>
      <w:r>
        <w:rPr>
          <w:b/>
        </w:rPr>
        <w:t xml:space="preserve">[1:26:43] </w:t>
      </w:r>
      <w:r>
        <w:t>ek wo jaise ke yani is ki tarah goat ki tarah goat ya cow ki tarah hote hain ke phate hote hain wo.</w:t>
      </w:r>
    </w:p>
    <w:p>
      <w:pPr>
        <w:jc w:val="right"/>
      </w:pPr>
      <w:r>
        <w:t>ایک وہ جیسے کہ یعنی اس کی طرح گوٹ کی طرح گوٹ یا کاؤ کی طرح ہوتے ہیں کہ پھٹے ہوتے ہیں وہ۔</w:t>
      </w:r>
    </w:p>
    <w:p>
      <w:r>
        <w:rPr>
          <w:b/>
        </w:rPr>
        <w:t xml:space="preserve">[1:26:56] </w:t>
      </w:r>
      <w:r>
        <w:t>phate hote hain. aur ek hote hain ghode ki tarah ghode ka phata hua nahi hota balki aise hota hai. to goya ghode jaisa ya gaaye jaisa.</w:t>
      </w:r>
    </w:p>
    <w:p>
      <w:pPr>
        <w:jc w:val="right"/>
      </w:pPr>
      <w:r>
        <w:t>پھٹے ہوتے ہیں۔ اور ایک ہوتے ہیں گھوڑے کی طرح گھوڑے کا پھٹا ہوا نہیں ہوتا بلکہ ایسے ہوتا ہے۔ تو گویا گھوڑے جیسا یا گائے جیسا۔</w:t>
      </w:r>
    </w:p>
    <w:p>
      <w:r>
        <w:rPr>
          <w:b/>
        </w:rPr>
        <w:t xml:space="preserve">[1:27:09] </w:t>
      </w:r>
      <w:r>
        <w:t>iska sum hota hai. to</w:t>
      </w:r>
    </w:p>
    <w:p>
      <w:pPr>
        <w:jc w:val="right"/>
      </w:pPr>
      <w:r>
        <w:t>اس کا سم ہوتا ہے۔ تو</w:t>
      </w:r>
    </w:p>
    <w:p>
      <w:r>
        <w:rPr>
          <w:b/>
        </w:rPr>
        <w:t xml:space="preserve">[1:27:12] </w:t>
      </w:r>
      <w:r>
        <w:t>hamare class mein jo jo student the shayad 25 student rahe honge koi ek shakhs bhi bata nahi saka yaqeen ke sath ke oont ke sum phate hote hain gaaye ki tarah ya jure hote hain ghode ki tarah.</w:t>
      </w:r>
    </w:p>
    <w:p>
      <w:pPr>
        <w:jc w:val="right"/>
      </w:pPr>
      <w:r>
        <w:t>ہمارے کلاس میں جو جو اسٹوڈنٹ تھے شاید 25 اسٹوڈنٹ رہے ہوں گے کوئی ایک شخص بھی بتا نہیں سکا یقین کے ساتھ کہ اونٹ کے سم پھٹے ہوتے ہیں گائے کی طرح یا جڑے ہوتے ہیں گھوڑے کی طرح۔</w:t>
      </w:r>
    </w:p>
    <w:p>
      <w:r>
        <w:rPr>
          <w:b/>
        </w:rPr>
        <w:t xml:space="preserve">[1:27:31] </w:t>
      </w:r>
      <w:r>
        <w:t>is ke baad unhon ne ek ek bahut important baat kahi. ek arabic saying hai us ko sunaya unhon ne.</w:t>
      </w:r>
    </w:p>
    <w:p>
      <w:pPr>
        <w:jc w:val="right"/>
      </w:pPr>
      <w:r>
        <w:t>اس کے بعد انہوں نے ایک ایک بہت امپورٹنٹ بات کہی۔ ایک عربک سینگ ہے اس کو سنایا انہوں نے۔</w:t>
      </w:r>
    </w:p>
    <w:p>
      <w:r>
        <w:rPr>
          <w:b/>
        </w:rPr>
        <w:t xml:space="preserve">[1:27:41] </w:t>
      </w:r>
      <w:r>
        <w:t>wo pehli bar suna tha hum ne. wo tha ke la adri nisf al ilm.</w:t>
      </w:r>
    </w:p>
    <w:p>
      <w:pPr>
        <w:jc w:val="right"/>
      </w:pPr>
      <w:r>
        <w:t>وہ پہلی بار سنا تھا ہم نے۔ وہ تھا کہ لا ادری نصف العلم۔</w:t>
      </w:r>
    </w:p>
    <w:p>
      <w:r>
        <w:rPr>
          <w:b/>
        </w:rPr>
        <w:t xml:space="preserve">[1:27:50] </w:t>
      </w:r>
      <w:r>
        <w:t>iska translation hai i don't know is half of the knowledge. yani ye kehna ke main nahi janta ye bhi adha ilm hai.</w:t>
      </w:r>
    </w:p>
    <w:p>
      <w:pPr>
        <w:jc w:val="right"/>
      </w:pPr>
      <w:r>
        <w:t>اس کا ٹرانسلیشن ہے ائی ڈونٹ نو از ہاف اف دا نالج۔ یعنی یہ کہنا کہ میں نہیں جانتا یہ بھی ادھا علم ہے۔</w:t>
      </w:r>
    </w:p>
    <w:p>
      <w:r>
        <w:rPr>
          <w:b/>
        </w:rPr>
        <w:t xml:space="preserve">[1:28:04] </w:t>
      </w:r>
      <w:r>
        <w:t>iska matlab kya hai?</w:t>
      </w:r>
    </w:p>
    <w:p>
      <w:pPr>
        <w:jc w:val="right"/>
      </w:pPr>
      <w:r>
        <w:t>اس کا مطلب کیا ہے؟</w:t>
      </w:r>
    </w:p>
    <w:p>
      <w:r>
        <w:rPr>
          <w:b/>
        </w:rPr>
        <w:t xml:space="preserve">[1:28:07] </w:t>
      </w:r>
      <w:r>
        <w:t>is ka matlab yeh hai ke jab aap kisi cheez ke baray mein is baat se aagah hon ke aap us ko nahi jantay to aap ke andar spirit of inquiry jaage gi.</w:t>
      </w:r>
    </w:p>
    <w:p>
      <w:pPr>
        <w:jc w:val="right"/>
      </w:pPr>
      <w:r>
        <w:t>اس کا مطلب یہ ہے کہ جب آپ کسی چیز کے بارے میں اس بات سے آگاہ ہوں کہ آپ اس کو نہیں جانتے تو آپ کے اندر اسپیٹ آف انکوائری جاگے گی۔</w:t>
      </w:r>
    </w:p>
    <w:p>
      <w:r>
        <w:rPr>
          <w:b/>
        </w:rPr>
        <w:t xml:space="preserve">[1:28:20] </w:t>
      </w:r>
      <w:r>
        <w:t>jaise ke is newton ne dekha ke apple oopar se neeche gira. to is ko is ne yeh discover kiya apne baray mein ke main nahi janta ke apple oopar se neeche kyun aaya.</w:t>
      </w:r>
    </w:p>
    <w:p>
      <w:pPr>
        <w:jc w:val="right"/>
      </w:pPr>
      <w:r>
        <w:t>جیسے کہ اس نیوٹن نے دیکھا کہ ایپل اوپر سے نیچے گرا۔ تو اس کو اس نے یہ ڈسکور کیا اپنے بارے میں کہ میں نہیں جانتا کہ ایپل اوپر سے نیچے کیوں آیا۔</w:t>
      </w:r>
    </w:p>
    <w:p>
      <w:r>
        <w:rPr>
          <w:b/>
        </w:rPr>
        <w:t xml:space="preserve">[1:28:33] </w:t>
      </w:r>
      <w:r>
        <w:t>to apne na jannay ko discover kiya.</w:t>
      </w:r>
    </w:p>
    <w:p>
      <w:pPr>
        <w:jc w:val="right"/>
      </w:pPr>
      <w:r>
        <w:t>تو اپنے نہ جاننے کو ڈسکور کیا۔</w:t>
      </w:r>
    </w:p>
    <w:p>
      <w:r>
        <w:rPr>
          <w:b/>
        </w:rPr>
        <w:t xml:space="preserve">[1:28:36] </w:t>
      </w:r>
      <w:r>
        <w:t>to phir kya hua? is ki wajah ko</w:t>
      </w:r>
    </w:p>
    <w:p>
      <w:pPr>
        <w:jc w:val="right"/>
      </w:pPr>
      <w:r>
        <w:t>تو پھر کیا ہوا؟ اس کی وجہ کو</w:t>
      </w:r>
    </w:p>
    <w:p>
      <w:r>
        <w:rPr>
          <w:b/>
        </w:rPr>
        <w:t xml:space="preserve">[1:28:42] </w:t>
      </w:r>
      <w:r>
        <w:t>yeh is ka unawareness jo hai woh ek awareness tak pohanchi. is ne discover kiya ke is ki wajah gravity gravity thi.</w:t>
      </w:r>
    </w:p>
    <w:p>
      <w:pPr>
        <w:jc w:val="right"/>
      </w:pPr>
      <w:r>
        <w:t>یہ اس کا ان اویرنس جو ہے وہ ایک اویرنس تک پہنچا۔ اس نے ڈسکور کیا کہ اس کی وجہ گریوٹی گریوٹی تھی۔</w:t>
      </w:r>
    </w:p>
    <w:p>
      <w:r>
        <w:rPr>
          <w:b/>
        </w:rPr>
        <w:t xml:space="preserve">[1:28:52] </w:t>
      </w:r>
      <w:r>
        <w:t>yani gravity ki discovery kab hui? jab aadmi ko daryaft hua ke main gravity ko nahi janta. to yeh hai la adri nisf al ilm.</w:t>
      </w:r>
    </w:p>
    <w:p>
      <w:pPr>
        <w:jc w:val="right"/>
      </w:pPr>
      <w:r>
        <w:t>یعنی گریوٹی کی ڈسکوری کب ہوئی؟ جب آدمی کو دریافت ہوا کہ میں گریوٹی کو نہیں جانتا۔ تو یہ ہے لا ادری نصف العلم۔</w:t>
      </w:r>
    </w:p>
    <w:p>
      <w:r>
        <w:rPr>
          <w:b/>
        </w:rPr>
        <w:t xml:space="preserve">[1:29:02] </w:t>
      </w:r>
      <w:r>
        <w:t>to jab aadmi apne na jannay ko jaane tabhi woh jananay ki koshish kare ga. yeh bataya unhon ne. to unhon ne kaha ke agar tum yeh jantay ke oont ke sum ke baray mein tum unaware ho.</w:t>
      </w:r>
    </w:p>
    <w:p>
      <w:pPr>
        <w:jc w:val="right"/>
      </w:pPr>
      <w:r>
        <w:t>تو جب آدمی اپنے نہ جاننے کو جانے تبھی وہ جاننے کی کوشش کرے گا۔ یہ بتایا انہوں نے۔ تو انہوں نے کہا کہ اگر تم یہ جانتے کہ اونٹ کے سم کے بارے میں تم ان اویر ہو۔</w:t>
      </w:r>
    </w:p>
    <w:p>
      <w:r>
        <w:rPr>
          <w:b/>
        </w:rPr>
        <w:t xml:space="preserve">[1:29:17] </w:t>
      </w:r>
      <w:r>
        <w:t>agar tum ko pata hota ke tum ko khabar nahi hai ke oont ka sum kaisa hota hai. to mind mein ek question rehta. ek question bana rehta.</w:t>
      </w:r>
    </w:p>
    <w:p>
      <w:pPr>
        <w:jc w:val="right"/>
      </w:pPr>
      <w:r>
        <w:t>اگر تم کو پتہ ہوتا کہ تم کو خبر نہیں ہے کہ اونٹ کا سم کیسا ہوتا ہے۔ تو مائنڈ میں ایک کوئسچن رہتا۔ ایک کوئسچن بنا رہتا۔</w:t>
      </w:r>
    </w:p>
    <w:p>
      <w:r>
        <w:rPr>
          <w:b/>
        </w:rPr>
        <w:t xml:space="preserve">[1:29:28] </w:t>
      </w:r>
      <w:r>
        <w:t>to jaise hi dekhte tum oont ko woh question tum ko koi question ko tum recall karte aur phir ghor se dekhte bohat dhyan se aur phir tum discover kar letay.</w:t>
      </w:r>
    </w:p>
    <w:p>
      <w:pPr>
        <w:jc w:val="right"/>
      </w:pPr>
      <w:r>
        <w:t>تو جیسے ہی دیکھتے تم اونٹ کو وہ کوئسچن تم کو کوئی کوئسچن کو تم ریکال کرتے اور پھر غور سے دیکھتے بہت دھیان سے اور پھر تم ڈسکور کر لیتے۔</w:t>
      </w:r>
    </w:p>
    <w:p>
      <w:r>
        <w:rPr>
          <w:b/>
        </w:rPr>
        <w:t xml:space="preserve">[1:29:40] </w:t>
      </w:r>
      <w:r>
        <w:t>to apne na jannay ko janna bana letay. yeh hai la adri nisf al ilm. ab yeh jo bataya unhon ne to yeh sach poochien to meri isi se mera meri zindagi ka poora course mutayyan ho gaya.</w:t>
      </w:r>
    </w:p>
    <w:p>
      <w:pPr>
        <w:jc w:val="right"/>
      </w:pPr>
      <w:r>
        <w:t>تو اپنے نہ جاننے کو جاننا بنا لیتے۔ یہ ہے لا ادری نصف العلم۔ اب یہ جو بتایا انہوں نے تو یہ سچ پوچھیں تو میری اسی سے میرا میری زندگی کا پورا کورس متعین ہو گیا۔</w:t>
      </w:r>
    </w:p>
    <w:p>
      <w:r>
        <w:rPr>
          <w:b/>
        </w:rPr>
        <w:t xml:space="preserve">[1:29:58] </w:t>
      </w:r>
      <w:r>
        <w:t>aage main ek aisa insaan ban gaya jo har cheez ko ki inquiry karta tha. har cheez chounkay reng rahi hai to woh kyun reng rahi hai?</w:t>
      </w:r>
    </w:p>
    <w:p>
      <w:pPr>
        <w:jc w:val="right"/>
      </w:pPr>
      <w:r>
        <w:t>آگے میں ایک ایسا انسان بن گیا جو ہر چیز کو کی انکوائری کرتا تھا۔ ہر چیز چونکہ رینگ رہی ہے تو وہ کیوں رینگ رہی ہے؟</w:t>
      </w:r>
    </w:p>
    <w:p>
      <w:r>
        <w:rPr>
          <w:b/>
        </w:rPr>
        <w:t xml:space="preserve">[1:30:11] </w:t>
      </w:r>
      <w:r>
        <w:t>yahan tak ke ek ek cheez main ne khai jo jo poison batayi jati thi woh bhi khaya main ne poison kya cheez hota hai?</w:t>
      </w:r>
    </w:p>
    <w:p>
      <w:pPr>
        <w:jc w:val="right"/>
      </w:pPr>
      <w:r>
        <w:t>یہاں تک کہ ایک ایک چیز میں نے کھائی جو جو پازن بتائی جاتی تھی وہ بھی کھایا میں نے پازن کیا چیز ہوتا ہے؟</w:t>
      </w:r>
    </w:p>
    <w:p>
      <w:r>
        <w:rPr>
          <w:b/>
        </w:rPr>
        <w:t xml:space="preserve">[1:30:19] </w:t>
      </w:r>
      <w:r>
        <w:t>to inquiry jo hai karna yeh meri zindagi ka nature ban gaya aur is se main ne bohat ziyada discoveries mujhe huien bohat ziyada meri ma'rifat mein izafa hua.</w:t>
      </w:r>
    </w:p>
    <w:p>
      <w:pPr>
        <w:jc w:val="right"/>
      </w:pPr>
      <w:r>
        <w:t>تو انکوائری جو ہے کرنا یہ میری زندگی کا نیچر بن گیا اور اس سے میں نے بہت زیادہ ڈسکوریز مجھے ہوئیں بہت زیادہ میری معرفت میں اضافہ ہوا۔</w:t>
      </w:r>
    </w:p>
    <w:p>
      <w:r>
        <w:rPr>
          <w:b/>
        </w:rPr>
        <w:t xml:space="preserve">[1:30:38] </w:t>
      </w:r>
      <w:r>
        <w:t>wa salli Allahu ala al nabiy al kareem</w:t>
      </w:r>
    </w:p>
    <w:p>
      <w:pPr>
        <w:jc w:val="right"/>
      </w:pPr>
      <w:r>
        <w:t>وصلی اللہ علی النبی الکریم</w:t>
      </w:r>
    </w:p>
    <w:p>
      <w:r>
        <w:rPr>
          <w:b/>
        </w:rPr>
        <w:t xml:space="preserve">[1:30:45] </w:t>
      </w:r>
      <w:r>
        <w:t>Rab ishrah li sadri wa yassir li amri</w:t>
      </w:r>
    </w:p>
    <w:p>
      <w:pPr>
        <w:jc w:val="right"/>
      </w:pPr>
      <w:r>
        <w:t>رب اشرح لی صدری ویسر لی امری</w:t>
      </w:r>
    </w:p>
    <w:p>
      <w:r>
        <w:rPr>
          <w:b/>
        </w:rPr>
        <w:t xml:space="preserve">[1:30:52] </w:t>
      </w:r>
      <w:r>
        <w:t>w ahlul uqdatan min lisani yafqahu qawli.</w:t>
      </w:r>
    </w:p>
    <w:p>
      <w:pPr>
        <w:jc w:val="right"/>
      </w:pPr>
      <w:r>
        <w:t>واحل العقدۃ من لسانی یفقہ قولی۔</w:t>
      </w:r>
    </w:p>
    <w:p>
      <w:r>
        <w:rPr>
          <w:b/>
        </w:rPr>
        <w:t xml:space="preserve">[1:31:01] </w:t>
      </w:r>
      <w:r>
        <w:t>is waqt main aap ko sochne ke liye ek principle deta hoon.</w:t>
      </w:r>
    </w:p>
    <w:p>
      <w:pPr>
        <w:jc w:val="right"/>
      </w:pPr>
      <w:r>
        <w:t>اس وقت میں آپ کو سوچنے کے لیے ایک پرنسپل دیتا ہوں۔</w:t>
      </w:r>
    </w:p>
    <w:p>
      <w:r>
        <w:rPr>
          <w:b/>
        </w:rPr>
        <w:t xml:space="preserve">[1:31:11] </w:t>
      </w:r>
      <w:r>
        <w:t>woh principle yeh hai</w:t>
      </w:r>
    </w:p>
    <w:p>
      <w:pPr>
        <w:jc w:val="right"/>
      </w:pPr>
      <w:r>
        <w:t>وہ پرنسپل یہ ہے</w:t>
      </w:r>
    </w:p>
    <w:p>
      <w:r>
        <w:rPr>
          <w:b/>
        </w:rPr>
        <w:t xml:space="preserve">[1:31:16] </w:t>
      </w:r>
      <w:r>
        <w:t>ke koi bhi imperfect mind perfect world ko create nahi kar sakta.</w:t>
      </w:r>
    </w:p>
    <w:p>
      <w:pPr>
        <w:jc w:val="right"/>
      </w:pPr>
      <w:r>
        <w:t>کہ کوئی بھی ام پرفیکٹ مائنڈ پرفیکٹ ورلڈ کو کریٹ نہیں کر سکتا۔</w:t>
      </w:r>
    </w:p>
    <w:p>
      <w:r>
        <w:rPr>
          <w:b/>
        </w:rPr>
        <w:t xml:space="preserve">[1:31:30] </w:t>
      </w:r>
      <w:r>
        <w:t>jaise koi bhi imperfect engineer ek perfect machine nahi bana sakta.</w:t>
      </w:r>
    </w:p>
    <w:p>
      <w:pPr>
        <w:jc w:val="right"/>
      </w:pPr>
      <w:r>
        <w:t>جیسے کوئی بھی ام پرفیکٹ انجینئر ایک پرفیکٹ مشین نہیں بنا سکتا۔</w:t>
      </w:r>
    </w:p>
    <w:p>
      <w:r>
        <w:rPr>
          <w:b/>
        </w:rPr>
        <w:t xml:space="preserve">[1:31:38] </w:t>
      </w:r>
      <w:r>
        <w:t>isi tarah koi imperfect mind perfect world ko nahi bana sakta.</w:t>
      </w:r>
    </w:p>
    <w:p>
      <w:pPr>
        <w:jc w:val="right"/>
      </w:pPr>
      <w:r>
        <w:t>اسی طرح کوئی ام پرفیکٹ مائنڈ پرفیکٹ ورلڈ کو نہیں بنا سکتا۔</w:t>
      </w:r>
    </w:p>
    <w:p>
      <w:r>
        <w:rPr>
          <w:b/>
        </w:rPr>
        <w:t xml:space="preserve">[1:31:51] </w:t>
      </w:r>
      <w:r>
        <w:t>is principle ko le kar aap is universe ki study kijiye. aap paayenge ke poori ki poori universe ek perfect world ka namoona hai.</w:t>
      </w:r>
    </w:p>
    <w:p>
      <w:pPr>
        <w:jc w:val="right"/>
      </w:pPr>
      <w:r>
        <w:t>اس پرنسپل کو لے کر آپ اس یونیورس کی اسٹڈی کیجئے۔ آپ پائیں گے کہ پوری کی پوری یونیورس ایک پرفیکٹ ورلڈ کا نمونہ ہے۔</w:t>
      </w:r>
    </w:p>
    <w:p>
      <w:r>
        <w:rPr>
          <w:b/>
        </w:rPr>
        <w:t xml:space="preserve">[1:32:09] </w:t>
      </w:r>
      <w:r>
        <w:t>yeh hi baat yeh prove karne ke liye kafi hai ke yeh world ek perfect mind ne banaya hai.</w:t>
      </w:r>
    </w:p>
    <w:p>
      <w:pPr>
        <w:jc w:val="right"/>
      </w:pPr>
      <w:r>
        <w:t>یہی بات یہ پروف کرنے کے لیے کافی ہے کہ یہ ورلڈ ایک پرفیکٹ مائنڈ نے بنایا ہے۔</w:t>
      </w:r>
    </w:p>
    <w:p>
      <w:r>
        <w:rPr>
          <w:b/>
        </w:rPr>
        <w:t xml:space="preserve">[1:32:23] </w:t>
      </w:r>
      <w:r>
        <w:t>aisi universe na to apne aap ban sakti na koi bhi imperfect mind is ko bana sakta.</w:t>
      </w:r>
    </w:p>
    <w:p>
      <w:pPr>
        <w:jc w:val="right"/>
      </w:pPr>
      <w:r>
        <w:t>ایسی یونیورس نہ تو اپنے آپ بن سکتی نہ کوئی بھی ام پرفیکٹ مائنڈ اس کو بنا سکتا۔</w:t>
      </w:r>
    </w:p>
    <w:p>
      <w:r>
        <w:rPr>
          <w:b/>
        </w:rPr>
        <w:t xml:space="preserve">[1:32:33] </w:t>
      </w:r>
      <w:r>
        <w:t>to universe ka perfect hona apne aap mein is baat ka proof hai ke woh ek creator ka creation hai.</w:t>
      </w:r>
    </w:p>
    <w:p>
      <w:pPr>
        <w:jc w:val="right"/>
      </w:pPr>
      <w:r>
        <w:t>تو یونیورس کا پرفیکٹ ہونا اپنے آپ میں اس بات کا پروف ہے کہ وہ ایک کریٹر کا کریشن ہے۔</w:t>
      </w:r>
    </w:p>
    <w:p>
      <w:r>
        <w:rPr>
          <w:b/>
        </w:rPr>
        <w:t xml:space="preserve">[1:32:45] </w:t>
      </w:r>
      <w:r>
        <w:t>ek god ne is ko banaya hai kyunke god hi perfect ho sakta hai. god ke siwa koi bhi perfect nahi ho sakta. main aap ko example deta hoon ek.</w:t>
      </w:r>
    </w:p>
    <w:p>
      <w:pPr>
        <w:jc w:val="right"/>
      </w:pPr>
      <w:r>
        <w:t>ایک گاڈ نے اس کو بنایا ہے کیونکہ گاڈ ہی پرفیکٹ ہو سکتا ہے۔ گاڈ کے سوا کوئی بھی پرفیکٹ نہیں ہو سکتا۔ میں آپ کو ایگزامپل دیتا ہوں ایک۔</w:t>
      </w:r>
    </w:p>
    <w:p>
      <w:r>
        <w:rPr>
          <w:b/>
        </w:rPr>
        <w:t xml:space="preserve">[1:32:56] </w:t>
      </w:r>
      <w:r>
        <w:t>aap jante hain ke china mein ek wall hai jis ko kehte hain great wall of china.</w:t>
      </w:r>
    </w:p>
    <w:p>
      <w:pPr>
        <w:jc w:val="right"/>
      </w:pPr>
      <w:r>
        <w:t>آپ جانتے ہیں کہ چائنہ میں ایک وال ہے جس کو کہتے ہیں گریٹ وال اف چائنہ۔</w:t>
      </w:r>
    </w:p>
    <w:p>
      <w:r>
        <w:rPr>
          <w:b/>
        </w:rPr>
        <w:t xml:space="preserve">[1:33:05] </w:t>
      </w:r>
      <w:r>
        <w:t>great wall of china woh dunya ke seven wonders mein guni jati hai.</w:t>
      </w:r>
    </w:p>
    <w:p>
      <w:pPr>
        <w:jc w:val="right"/>
      </w:pPr>
      <w:r>
        <w:t>گریٹ وال اف چائنہ وہ دنیا کے سیون منڈرز میں گنی جاتی ہے۔</w:t>
      </w:r>
    </w:p>
    <w:p>
      <w:r>
        <w:rPr>
          <w:b/>
        </w:rPr>
        <w:t xml:space="preserve">[1:33:15] </w:t>
      </w:r>
      <w:r>
        <w:t>yeh great wall of china jo hai aaj irrelevant ho chuki hai. aaj is wall ka koi bhi relevance nahi.</w:t>
      </w:r>
    </w:p>
    <w:p>
      <w:pPr>
        <w:jc w:val="right"/>
      </w:pPr>
      <w:r>
        <w:t>یہ گریٹ وال اف چائنہ جو ہے آج ار ریلیونٹ ہو چکی ہے۔ آج اس وال کا کوئی بھی ریلیونس نہیں۔</w:t>
      </w:r>
    </w:p>
    <w:p>
      <w:r>
        <w:rPr>
          <w:b/>
        </w:rPr>
        <w:t xml:space="preserve">[1:33:28] </w:t>
      </w:r>
      <w:r>
        <w:t>ek zamane mein china ke border par ek bohat hi yani militant tribe rehta tha jis ko huns kehte hain.</w:t>
      </w:r>
    </w:p>
    <w:p>
      <w:pPr>
        <w:jc w:val="right"/>
      </w:pPr>
      <w:r>
        <w:t>ایک زمانے میں چائنہ کے بارڈر پر ایک بہت ہی یعنی ملیٹنٹ ٹرائب رہتا تھا جس کو ہنس کہتے ہیں۔</w:t>
      </w:r>
    </w:p>
    <w:p>
      <w:r>
        <w:rPr>
          <w:b/>
        </w:rPr>
        <w:t xml:space="preserve">[1:33:40] </w:t>
      </w:r>
      <w:r>
        <w:t>woh log loot maar karne ke liye ghus aate the china mein. is ko rokne ke liye yeh wall banai gai.</w:t>
      </w:r>
    </w:p>
    <w:p>
      <w:pPr>
        <w:jc w:val="right"/>
      </w:pPr>
      <w:r>
        <w:t>وہ لوگ لوٹ مار کرنے کے لیے گھس آتے تھے چائنہ میں۔ اس کو روکنے کے لیے یہ وال بنائی گئی۔</w:t>
      </w:r>
    </w:p>
    <w:p>
      <w:r>
        <w:rPr>
          <w:b/>
        </w:rPr>
        <w:t xml:space="preserve">[1:33:54] </w:t>
      </w:r>
      <w:r>
        <w:t>yeh wall one hundred yeh wall one thousand five hundred mile lambi hai. one thousand five hundred mile lambi hai.</w:t>
      </w:r>
    </w:p>
    <w:p>
      <w:pPr>
        <w:jc w:val="right"/>
      </w:pPr>
      <w:r>
        <w:t>یہ وال ون ہنڈرڈ یہ وال ون تھاؤزنڈ فائیو ہنڈرڈ مائل لمبی ہے۔ ون تھاؤزنڈ فائیو ہنڈرڈ مائل لمبی ہے۔</w:t>
      </w:r>
    </w:p>
    <w:p>
      <w:r>
        <w:rPr>
          <w:b/>
        </w:rPr>
        <w:t xml:space="preserve">[1:34:04] </w:t>
      </w:r>
      <w:r>
        <w:t>woh itni chori hai ke is par kai ghore ek sath dorr sakte hain.</w:t>
      </w:r>
    </w:p>
    <w:p>
      <w:pPr>
        <w:jc w:val="right"/>
      </w:pPr>
      <w:r>
        <w:t>وہ اتنی چوڑی ہے کہ اس پر کئی گھوڑے ایک ساتھ دوڑ سکتے ہیں۔</w:t>
      </w:r>
    </w:p>
    <w:p>
      <w:r>
        <w:rPr>
          <w:b/>
        </w:rPr>
        <w:t xml:space="preserve">[1:34:12] </w:t>
      </w:r>
      <w:r>
        <w:t>woh nine meter oonchi hai.</w:t>
      </w:r>
    </w:p>
    <w:p>
      <w:pPr>
        <w:jc w:val="right"/>
      </w:pPr>
      <w:r>
        <w:t>وہ نو میٹر اونچی ہے۔</w:t>
      </w:r>
    </w:p>
    <w:p>
      <w:r>
        <w:rPr>
          <w:b/>
        </w:rPr>
        <w:t xml:space="preserve">[1:34:18] </w:t>
      </w:r>
      <w:r>
        <w:t>aur kai kings ne is ko banaya yani is ko banane mein more than one hundred years lage. to ek king nahi bana saka ek king mar gaya dusre ne manaya mar gaya teesre ne manaya to kai king ne mil kar ke great wall of china ko banaya.</w:t>
      </w:r>
    </w:p>
    <w:p>
      <w:pPr>
        <w:jc w:val="right"/>
      </w:pPr>
      <w:r>
        <w:t>اور کئی کنگز نے اس کو بنایا یعنی اس کو بنانے میں مور دین ون ہنڈرڈ ایئرز لگے۔ تو ایک کنگ نہیں بنا سکا ایک کنگ مر گیا دوسرے نے منایا مر گیا تیسرے نے منایا تو کئی کنگ نے مل کر کے گریٹ وال اف چائنہ کو بنایا۔</w:t>
      </w:r>
    </w:p>
    <w:p>
      <w:r>
        <w:rPr>
          <w:b/>
        </w:rPr>
        <w:t xml:space="preserve">[1:34:37] </w:t>
      </w:r>
      <w:r>
        <w:t>dunya mein largest wall mani jati hai yeh.</w:t>
      </w:r>
    </w:p>
    <w:p>
      <w:pPr>
        <w:jc w:val="right"/>
      </w:pPr>
      <w:r>
        <w:t>دنیا میں لارجسٹ وال مانی جاتی ہے یہ۔</w:t>
      </w:r>
    </w:p>
    <w:p>
      <w:r>
        <w:rPr>
          <w:b/>
        </w:rPr>
        <w:t xml:space="preserve">[1:34:42] </w:t>
      </w:r>
      <w:r>
        <w:t>lekin aaj woh irrelevant ho chuki hai. aaj is ka koi purpose nahi. is universe mein aap koi ek cheez ek ghaas se le kar ke asas tak kisi cheez ko nahi keh sakte ke woh irrelevant hai.</w:t>
      </w:r>
    </w:p>
    <w:p>
      <w:pPr>
        <w:jc w:val="right"/>
      </w:pPr>
      <w:r>
        <w:t>لیکن آج وہ ار ریلیونٹ ہو چکی ہے۔ آج اس کا کوئی پرپس نہیں۔ اس یونیورس میں آپ کوئی ایک چیز ایک گھاس سے لے کر کے اساس تک کسی چیز کو نہیں کہہ سکتے کہ وہ ار ریلیونٹ ہے۔</w:t>
      </w:r>
    </w:p>
    <w:p>
      <w:r>
        <w:rPr>
          <w:b/>
        </w:rPr>
        <w:t xml:space="preserve">[1:35:00] </w:t>
      </w:r>
      <w:r>
        <w:t>ek cheunti se le kar haathi tak. ek particle se le kar a mountain tak.</w:t>
      </w:r>
    </w:p>
    <w:p>
      <w:pPr>
        <w:jc w:val="right"/>
      </w:pPr>
      <w:r>
        <w:t>ایک چیونٹی سے لے کر ہاتھی تک۔ ایک پارٹیکل سے لے کر اے ماؤنٹین تک۔</w:t>
      </w:r>
    </w:p>
    <w:p>
      <w:r>
        <w:rPr>
          <w:b/>
        </w:rPr>
        <w:t xml:space="preserve">[1:35:10] </w:t>
      </w:r>
      <w:r>
        <w:t>million billion years beet gaye lekin yahan kisi cheez ke bare mein yeh nahi bata saka koi shakhs ke woh aaj irrelevant ho chuki hai. har cheez relevant hai.</w:t>
      </w:r>
    </w:p>
    <w:p>
      <w:pPr>
        <w:jc w:val="right"/>
      </w:pPr>
      <w:r>
        <w:t>ملین بلین ایئرز بیت گئے لیکن یہاں کسی چیز کے بارے میں یہ نہیں بتا سکا کوئی شخص کہ وہ آج ار ریلیونٹ ہو چکی ہے۔ ہر چیز ریلیونٹ ہے۔</w:t>
      </w:r>
    </w:p>
    <w:p>
      <w:r>
        <w:rPr>
          <w:b/>
        </w:rPr>
        <w:t xml:space="preserve">[1:35:20] </w:t>
      </w:r>
      <w:r>
        <w:t>har cheez apne final shape mein hai. kisi cheez mein koi defect nahi</w:t>
      </w:r>
    </w:p>
    <w:p>
      <w:pPr>
        <w:jc w:val="right"/>
      </w:pPr>
      <w:r>
        <w:t>ہر چیز اپنے فائنل شیپ میں ہے۔ کسی چیز میں کوئی ڈیفیکٹ نہیں</w:t>
      </w:r>
    </w:p>
    <w:p>
      <w:r>
        <w:rPr>
          <w:b/>
        </w:rPr>
        <w:t xml:space="preserve">[1:35:27] </w:t>
      </w:r>
      <w:r>
        <w:t>to philosophers mein kuch log paida hue hain jinhone chaha ke is dikhayen ke dunya perfect dunya nahi hai yahan par defect hai.</w:t>
      </w:r>
    </w:p>
    <w:p>
      <w:pPr>
        <w:jc w:val="right"/>
      </w:pPr>
      <w:r>
        <w:t>۔ تو فلاسفرز میں کچھ لوگ پیدا ہوئے ہیں جنہوں نے چاہا کہ اس دکھائیں کہ دنیا پرفیکٹ دنیا نہیں ہے یہاں پر ڈیفیکٹ ہے۔</w:t>
      </w:r>
    </w:p>
    <w:p>
      <w:r>
        <w:rPr>
          <w:b/>
        </w:rPr>
        <w:t xml:space="preserve">[1:35:38] </w:t>
      </w:r>
      <w:r>
        <w:t>to philosophy mein ek aata hai problem of evil. to unhone prove karna chaha ke universe mein problems hain.</w:t>
      </w:r>
    </w:p>
    <w:p>
      <w:pPr>
        <w:jc w:val="right"/>
      </w:pPr>
      <w:r>
        <w:t>تو فلاسفی میں ایک آتا ہے پرابلم اف ایول۔ تو انہوں نے پروف کرنا چاہا کہ یونیورس میں پرابلمز ہیں۔</w:t>
      </w:r>
    </w:p>
    <w:p>
      <w:r>
        <w:rPr>
          <w:b/>
        </w:rPr>
        <w:t xml:space="preserve">[1:35:48] </w:t>
      </w:r>
      <w:r>
        <w:t>to unhone ek bohat bari fallacy unke mind mein yeh thi ke human world aur other other than the human world ko differentiate differentiate kar ke nahi de sake woh.</w:t>
      </w:r>
    </w:p>
    <w:p>
      <w:pPr>
        <w:jc w:val="right"/>
      </w:pPr>
      <w:r>
        <w:t>تو انہوں نے ایک بہت بڑی فلیسی ان کے مائنڈ میں یہ تھی کہ ہیومن ورلڈ اور ادر ادر دین دی ہیومن ورلڈ کو ڈیفرینش ڈیفرنشیٹ کر کے نہیں دے سکے وہ۔</w:t>
      </w:r>
    </w:p>
    <w:p>
      <w:r>
        <w:rPr>
          <w:b/>
        </w:rPr>
        <w:t xml:space="preserve">[1:36:03] </w:t>
      </w:r>
      <w:r>
        <w:t>yeh sahi hai ke yeh universe human world mein problems hain. woh problem kyun hain?</w:t>
      </w:r>
    </w:p>
    <w:p>
      <w:pPr>
        <w:jc w:val="right"/>
      </w:pPr>
      <w:r>
        <w:t>یہ صحیح ہے کہ یہ یونیور ہیومن ورلڈ میں پرابلمز ہیں۔ وہ پرابلم کیوں ہیں؟</w:t>
      </w:r>
    </w:p>
    <w:p>
      <w:r>
        <w:rPr>
          <w:b/>
        </w:rPr>
        <w:t xml:space="preserve">[1:36:12] </w:t>
      </w:r>
      <w:r>
        <w:t>nature ki wajah se nahi hain. woh god ki wajah se nahi hain.</w:t>
      </w:r>
    </w:p>
    <w:p>
      <w:pPr>
        <w:jc w:val="right"/>
      </w:pPr>
      <w:r>
        <w:t>نیچر کی وجہ سے نہیں ہیں۔ وہ گاڈ کی وجہ سے نہیں ہیں۔</w:t>
      </w:r>
    </w:p>
    <w:p>
      <w:r>
        <w:rPr>
          <w:b/>
        </w:rPr>
        <w:t xml:space="preserve">[1:36:18] </w:t>
      </w:r>
      <w:r>
        <w:t>god ne insan ko freedom diya hai kyunke insan is dunya mein test ke liye hai. aap jante hain ke no freedom no test.</w:t>
      </w:r>
    </w:p>
    <w:p>
      <w:pPr>
        <w:jc w:val="right"/>
      </w:pPr>
      <w:r>
        <w:t>گاڈ نے انسان کو فریڈم دیا ہے کیونکہ انسان اس دنیا میں ٹیسٹ کے لیے ہے۔ آپ جانتے ہیں کہ نو فریڈم نو ٹیسٹ۔</w:t>
      </w:r>
    </w:p>
    <w:p>
      <w:r>
        <w:rPr>
          <w:b/>
        </w:rPr>
        <w:t xml:space="preserve">[1:36:31] </w:t>
      </w:r>
      <w:r>
        <w:t>dusri jo cheezein hain universe mein woh test ke liye nahi hain. insan exceptionally test ke liye yahan rakha gaya hai kyunke insan ke liye punishment hai aur aur reward hai.</w:t>
      </w:r>
    </w:p>
    <w:p>
      <w:pPr>
        <w:jc w:val="right"/>
      </w:pPr>
      <w:r>
        <w:t>دوسری جو چیزیں ہیں یونیورس میں وہ ٹیسٹ کے لیے نہیں ہیں۔ انسان ایکسیپشنلی ٹیسٹ کے لیے یہاں رکھا گیا ہے کیونکہ انسان کے لیے پینشمنٹ ہے اور اور ریوارڈ ہے۔</w:t>
      </w:r>
    </w:p>
    <w:p>
      <w:r>
        <w:rPr>
          <w:b/>
        </w:rPr>
        <w:t xml:space="preserve">[1:36:44] </w:t>
      </w:r>
      <w:r>
        <w:t>hell hai aur paradise hai.</w:t>
      </w:r>
    </w:p>
    <w:p>
      <w:pPr>
        <w:jc w:val="right"/>
      </w:pPr>
      <w:r>
        <w:t>ہیل ہے اور پیراڈائز ہے۔</w:t>
      </w:r>
    </w:p>
    <w:p>
      <w:r>
        <w:rPr>
          <w:b/>
        </w:rPr>
        <w:t xml:space="preserve">[1:36:46] </w:t>
      </w:r>
      <w:r>
        <w:t>to insan ka mamla alag hai. to insan ko khuda ne freedom di hai. is freedom ko misuse kar ke woh problem create karta hai.</w:t>
      </w:r>
    </w:p>
    <w:p>
      <w:pPr>
        <w:jc w:val="right"/>
      </w:pPr>
      <w:r>
        <w:t>تو انسان کا معاملہ الگ ہے۔ تو انسان کو خدا نے فریڈم دی ہے۔ اس فریڈم کو مس یوز کر کے وہ پرابلم کریٹ کرتا ہے۔</w:t>
      </w:r>
    </w:p>
    <w:p>
      <w:r>
        <w:rPr>
          <w:b/>
        </w:rPr>
        <w:t xml:space="preserve">[1:36:59] </w:t>
      </w:r>
      <w:r>
        <w:t>there is another issue. lekin jahan tak ab aap jante hain ke insan to bohat hi tiny part hai is pure universe ka. to rest of the universe jo hai us mein koi bhi cheez aisi nahi hai jis ko aap evil kar saken.</w:t>
      </w:r>
    </w:p>
    <w:p>
      <w:pPr>
        <w:jc w:val="right"/>
      </w:pPr>
      <w:r>
        <w:t>دیر از انادر ایشو۔ لیکن جہاں تک اب آپ جانتے ہیں کہ انسان تو بہت ہی ٹائنی پارٹ ہے اس پورے یونیورس کا۔ تو ریسٹ اف دا یونیورس جو ہے اس میں کوئی بھی چیز ایسی نہیں ہے جس کو آپ ایول کر سکیں۔</w:t>
      </w:r>
    </w:p>
    <w:p>
      <w:r>
        <w:rPr>
          <w:b/>
        </w:rPr>
        <w:t xml:space="preserve">[1:37:13] </w:t>
      </w:r>
      <w:r>
        <w:t>poore universe mein kahin bhi koi defect ke ko point out nahin kar sakte aap. to main yeh keh raha tha ke is universe ka defect less hona perfect hona yeh apne aap mein is baat ko proof hai ke iska creator ek god hai.</w:t>
      </w:r>
    </w:p>
    <w:p>
      <w:pPr>
        <w:jc w:val="right"/>
      </w:pPr>
      <w:r>
        <w:t>پورے یونیورس میں کہیں بھی کوئی ڈیفیکٹ کے کو پوائنٹ اؤٹ نہیں کر سکتے آپ۔ تو میں یہ کہہ رہا تھا کہ اس یونیورس کا ڈیفیکٹ لیس ہونا پرفیکٹ ہونا یہ اپنے آپ میں اس بات کو پروف ہے کہ اس کا کریٹر ایک گاڈ ہے۔</w:t>
      </w:r>
    </w:p>
    <w:p>
      <w:r>
        <w:rPr>
          <w:b/>
        </w:rPr>
        <w:t xml:space="preserve">[1:37:36] </w:t>
      </w:r>
      <w:r>
        <w:t>kyunke</w:t>
      </w:r>
    </w:p>
    <w:p>
      <w:pPr>
        <w:jc w:val="right"/>
      </w:pPr>
      <w:r>
        <w:t>کیونکہ</w:t>
      </w:r>
    </w:p>
    <w:p>
      <w:r>
        <w:rPr>
          <w:b/>
        </w:rPr>
        <w:t xml:space="preserve">[1:37:39] </w:t>
      </w:r>
      <w:r>
        <w:t>am am perfect mind ya am perfect forces perfect world ko create nahin kar sakti. jaise ke log mante hain chemical forces ko chemical forces physical forces ko ke unhone banaya duniya ko to chemical forces aur physical forces perfect nahin hain.</w:t>
      </w:r>
    </w:p>
    <w:p>
      <w:pPr>
        <w:jc w:val="right"/>
      </w:pPr>
      <w:r>
        <w:t>ام ام پرفیکٹ مائنڈ یا ام پرفیکٹ فورسز پرفیکٹ ورلڈ کو کریٹ نہیں کر سکتی۔ جیسے کہ لوگ مانتے ہیں کیمیکل فورسز کو کیمیکل فورسز فزیکل فورسز کو کہ انہوں نے بنایا دنیا کو تو کیمیکل فورسز اور فزیکل فورسز پرفیکٹ نہیں ہیں۔</w:t>
      </w:r>
    </w:p>
    <w:p>
      <w:r>
        <w:rPr>
          <w:b/>
        </w:rPr>
        <w:t xml:space="preserve">[1:38:04] </w:t>
      </w:r>
      <w:r>
        <w:t>to woh kaise bana sakti hain perfect world ko? to chahe insan ho ya physical forces hon ya aur koi cheez</w:t>
      </w:r>
    </w:p>
    <w:p>
      <w:pPr>
        <w:jc w:val="right"/>
      </w:pPr>
      <w:r>
        <w:t>تو وہ کیسے بنا سکتی ہیں پرفیکٹ ورلڈ کو؟ تو چاہے انسان ہو یا فزیکل فورسز ہوں یا اور کوئی چیز</w:t>
      </w:r>
    </w:p>
    <w:p>
      <w:r>
        <w:rPr>
          <w:b/>
        </w:rPr>
        <w:t xml:space="preserve">[1:38:18] </w:t>
      </w:r>
      <w:r>
        <w:t>woh sab ka sab am perfect hai. to koi bhi am perfect perfect ko create nahin kar sakta.</w:t>
      </w:r>
    </w:p>
    <w:p>
      <w:pPr>
        <w:jc w:val="right"/>
      </w:pPr>
      <w:r>
        <w:t>وہ سب کا سب ام پرفیکٹ ہے۔ تو کوئی بھی ام پرفیکٹ پرفیکٹ کو کریٹ نہیں کر سکتا۔</w:t>
      </w:r>
    </w:p>
    <w:p>
      <w:r>
        <w:rPr>
          <w:b/>
        </w:rPr>
        <w:t xml:space="preserve">[1:38:27] </w:t>
      </w:r>
      <w:r>
        <w:t>yeh apne aap mein is baat ka proof hai ke duniya ek aise khuda ne banai hai jo perfect hai. jo</w:t>
      </w:r>
    </w:p>
    <w:p>
      <w:pPr>
        <w:jc w:val="right"/>
      </w:pPr>
      <w:r>
        <w:t>یہ اپنے آپ میں اس بات کا پروف ہے کہ دنیا ایک ایسے خدا نے بنائی ہے جو پرفیکٹ ہے۔ جو</w:t>
      </w:r>
    </w:p>
    <w:p>
      <w:r>
        <w:rPr>
          <w:b/>
        </w:rPr>
        <w:t xml:space="preserve">[1:38:39] </w:t>
      </w:r>
      <w:r>
        <w:t>saare yaani all powerful hai. jo saare har qism ki jiske paas</w:t>
      </w:r>
    </w:p>
    <w:p>
      <w:pPr>
        <w:jc w:val="right"/>
      </w:pPr>
      <w:r>
        <w:t>سارے یعنی ال پاور فل ہے۔ جو سارے ہر قسم کی جس کے پاس</w:t>
      </w:r>
    </w:p>
    <w:p>
      <w:r>
        <w:rPr>
          <w:b/>
        </w:rPr>
        <w:t xml:space="preserve">[1:38:53] </w:t>
      </w:r>
      <w:r>
        <w:t>woh saari cheezein hain jo ek world ko create karne ke liye zaroori hoti hain.</w:t>
      </w:r>
    </w:p>
    <w:p>
      <w:pPr>
        <w:jc w:val="right"/>
      </w:pPr>
      <w:r>
        <w:t>وہ ساری چیزیں ہیں جو ایک ورلڈ کو کریٹ کرنے کے لیے ضروری ہوتی ہیں۔</w:t>
      </w:r>
    </w:p>
    <w:p>
      <w:r>
        <w:rPr>
          <w:b/>
        </w:rPr>
        <w:t xml:space="preserve">[1:39:02] </w:t>
      </w:r>
      <w:r>
        <w:t>yahan main aap ko ek baat arz karna chahunga ke khuda itna zyada evident hai is universe mein itna zyada evident hai ke usko manne mein koi der nahin lagni chahiye insan ko.</w:t>
      </w:r>
    </w:p>
    <w:p>
      <w:pPr>
        <w:jc w:val="right"/>
      </w:pPr>
      <w:r>
        <w:t>یہاں میں آپ کو ایک بات عرض کرنا چاہوں گا کہ خدا اتنا زیادہ ایویڈنٹ ہے اس یونیورس میں اتنا زیادہ ایویڈنٹ ہے کہ اس کو ماننے میں کوئی دیر نہیں لگنی چاہیے انسان کو۔</w:t>
      </w:r>
    </w:p>
    <w:p>
      <w:r>
        <w:rPr>
          <w:b/>
        </w:rPr>
        <w:t xml:space="preserve">[1:39:21] </w:t>
      </w:r>
      <w:r>
        <w:t>hamari aankh hamare kaan hamara mind har moment hamein batata rehta hai ke yeh is duniya ka ek ek god hai. lekin hua kya</w:t>
      </w:r>
    </w:p>
    <w:p>
      <w:pPr>
        <w:jc w:val="right"/>
      </w:pPr>
      <w:r>
        <w:t>ہماری انکھ ہمارے کان ہمارا مائنڈ ہر مومنٹ ہمیں بتاتا رہتا ہے کہ یہ اس دنیا کا ایک ایک گاڈ ہے۔ لیکن ہوا کیا</w:t>
      </w:r>
    </w:p>
    <w:p>
      <w:r>
        <w:rPr>
          <w:b/>
        </w:rPr>
        <w:t xml:space="preserve">[1:39:31] </w:t>
      </w:r>
      <w:r>
        <w:t>? hua yeh ke</w:t>
      </w:r>
    </w:p>
    <w:p>
      <w:pPr>
        <w:jc w:val="right"/>
      </w:pPr>
      <w:r>
        <w:t>؟ ہوا یہ کہ</w:t>
      </w:r>
    </w:p>
    <w:p>
      <w:r>
        <w:rPr>
          <w:b/>
        </w:rPr>
        <w:t xml:space="preserve">[1:39:35] </w:t>
      </w:r>
      <w:r>
        <w:t>hua yeh ke ek duniya mein</w:t>
      </w:r>
    </w:p>
    <w:p>
      <w:pPr>
        <w:jc w:val="right"/>
      </w:pPr>
      <w:r>
        <w:t>ہوا یہ کہ ایک دنیا میں</w:t>
      </w:r>
    </w:p>
    <w:p>
      <w:r>
        <w:rPr>
          <w:b/>
        </w:rPr>
        <w:t xml:space="preserve">[1:39:41] </w:t>
      </w:r>
      <w:r>
        <w:t>insan ne chunke choice ki azaadi di di thi insan jo hai soche aur woh apne azaadi ke saath kisi cheez ko le kisi cheez ko na le uski wajah se bahut se confusion aaye aur bahut se galat fehmiyan paida huin.</w:t>
      </w:r>
    </w:p>
    <w:p>
      <w:pPr>
        <w:jc w:val="right"/>
      </w:pPr>
      <w:r>
        <w:t>انسان نے چونکہ چوائس کی ازادی دی دی تھی انسان جو ہے سوچے اور وہ اپنے ازادی کے ساتھ کسی چیز کو لے کسی چیز کو نہ لے اس کی وجہ سے بہت سے کنفیوژن ائے اور بہت سے غلط فہمیاں پیدا ہوئیں۔</w:t>
      </w:r>
    </w:p>
    <w:p>
      <w:r>
        <w:rPr>
          <w:b/>
        </w:rPr>
        <w:t xml:space="preserve">[1:40:01] </w:t>
      </w:r>
      <w:r>
        <w:t>isi mein se ek woh hai jisko ke jiska talluq parsi mazhab se hai. yaani zartusht mazhab se hai.</w:t>
      </w:r>
    </w:p>
    <w:p>
      <w:pPr>
        <w:jc w:val="right"/>
      </w:pPr>
      <w:r>
        <w:t>اسی میں سے ایک وہ ہے جس کو کہ جس کا تعلق پارسی مذہب سے ہے۔ یعنی زرتشت مذہب سے ہے۔</w:t>
      </w:r>
    </w:p>
    <w:p>
      <w:r>
        <w:rPr>
          <w:b/>
        </w:rPr>
        <w:t xml:space="preserve">[1:40:11] </w:t>
      </w:r>
      <w:r>
        <w:t>jo zartusht the jinse ke yeh parsi mazhab bana hai unko log follow karte hain to main ek misaal de raha hoon ke kis tarah se confusion aata hai.</w:t>
      </w:r>
    </w:p>
    <w:p>
      <w:pPr>
        <w:jc w:val="right"/>
      </w:pPr>
      <w:r>
        <w:t>جو زرتشت تھے جن سے کہ یہ پارسی مذہب بنا ہے ان کو لوگ فالو کرتے ہیں تو میں ایک مثال دے رہا ہوں کہ کس طرح سے کنفیوژن اتا ہے۔</w:t>
      </w:r>
    </w:p>
    <w:p>
      <w:r>
        <w:rPr>
          <w:b/>
        </w:rPr>
        <w:t xml:space="preserve">[1:40:24] </w:t>
      </w:r>
      <w:r>
        <w:t>zartusht mazhab isi ko hum parsi mazhab kehte hain to</w:t>
      </w:r>
    </w:p>
    <w:p>
      <w:pPr>
        <w:jc w:val="right"/>
      </w:pPr>
      <w:r>
        <w:t>زرتشت مذہب اسی کو ہم پارسی مذہب کہتے ہیں تو</w:t>
      </w:r>
    </w:p>
    <w:p>
      <w:r>
        <w:rPr>
          <w:b/>
        </w:rPr>
        <w:t xml:space="preserve">[1:40:31] </w:t>
      </w:r>
      <w:r>
        <w:t>according to the zartusht philosophy the world is a battlefield of god and satan in which they are perpetually in war ke yeh duniya hai yeh god and satan ka battle ground hai jo aapas mein do lad rahe hain yeh kya hai confusion</w:t>
      </w:r>
    </w:p>
    <w:p>
      <w:pPr>
        <w:jc w:val="right"/>
      </w:pPr>
      <w:r>
        <w:t>اکارڈنگ ٹو دا زرتشت فلاسفی دا ورلڈ از اے بیٹل فیلڈ اف گاڈ اینڈ سیٹن ان وچ دے ار پرپچولی ان وار کہ یہ دنیا ہے یہ گاڈ اینڈ سیٹن کا بیٹل گراؤنڈ ہے جو اپس میں دو لڑ رہے ہیں یہ کیا ہے کنفیوژن</w:t>
      </w:r>
    </w:p>
    <w:p>
      <w:r>
        <w:rPr>
          <w:b/>
        </w:rPr>
        <w:t xml:space="preserve">[1:41:00] </w:t>
      </w:r>
      <w:r>
        <w:t>asal baat jo thi woh thi ke in insan aur shaitan ke darmiyan ladai chal rahi hai shaitan aur khuda ke darmiyan nahin to jo cheez thi insan aur satan ke beech mein usko unhone khuda se jod diya aur yeh keh diya ke satan aur khuda ke darmiyan ek ladai chal rahi hai perpetual war yeh sahi nahin hai</w:t>
      </w:r>
    </w:p>
    <w:p>
      <w:pPr>
        <w:jc w:val="right"/>
      </w:pPr>
      <w:r>
        <w:t>اصل بات جو تھی وہ تھی کہ ان انسان اور شیطان کے درمیان لڑائی چل رہی ہے شیطان اور خدا کے درمیان نہیں تو جو چیز تھی انسان اور سیٹن کے بیچ میں اس کو انہوں نے خدا سے جوڑ دیا اور یہ کہہ دیا کہ سیٹن اور خدا کے درمیان ایک لڑائی چل رہی ہے پرپچول وار یہ صحیح نہیں ہے</w:t>
      </w:r>
    </w:p>
    <w:p>
      <w:r>
        <w:rPr>
          <w:b/>
        </w:rPr>
        <w:t xml:space="preserve">[1:41:30] </w:t>
      </w:r>
      <w:r>
        <w:t>satan to khud makhlooq hai woh khalq se kaise lad sakta hai to yeh jo cheez hai ke insan aur satan perpetually at war hain isi se saare masail paida hote hain ke insan ko behkata hai shaitan insan ko behkata hai bar bar usko tarah tarah ke confusion mein dalta hai</w:t>
      </w:r>
    </w:p>
    <w:p>
      <w:pPr>
        <w:jc w:val="right"/>
      </w:pPr>
      <w:r>
        <w:t>سیٹن تو خود مخلوق ہے وہ خالق سے کیسے لڑ سکتا ہے تو یہ جو چیز ہے کہ انسان اور سیٹن پرپچولی ایٹ وار ہیں اسی سے سارے مسائل پیدا ہوتے ہیں کہ انسان کو بہکاتا ہے شیطان انسان کو بہکاتا ہے بار بار اس کو طرح طرح کے کنفیوژن میں ڈالتا ہے</w:t>
      </w:r>
    </w:p>
    <w:p>
      <w:r>
        <w:rPr>
          <w:b/>
        </w:rPr>
        <w:t xml:space="preserve">[1:41:57] </w:t>
      </w:r>
      <w:r>
        <w:t>isi wajah se insan sachai ko discover nahin kar pata</w:t>
      </w:r>
    </w:p>
    <w:p>
      <w:pPr>
        <w:jc w:val="right"/>
      </w:pPr>
      <w:r>
        <w:t>اسی وجہ سے انسان سچائی کو ڈسکور نہیں کر پاتا</w:t>
      </w:r>
    </w:p>
    <w:p>
      <w:r>
        <w:rPr>
          <w:b/>
        </w:rPr>
        <w:t xml:space="preserve">[1:42:06] </w:t>
      </w:r>
      <w:r>
        <w:t>jaise ke maine arz kiya ke nature ke bare mein satan ne insan ke dimagh mein dala ke nature hi khuda hai nature jo khuda ki banai hui cheez thi usi ko khuda bana diya aur aur hazaron saal tak insan nature ko poochta raha nature worship karta raha</w:t>
      </w:r>
    </w:p>
    <w:p>
      <w:pPr>
        <w:jc w:val="right"/>
      </w:pPr>
      <w:r>
        <w:t>جیسے کہ میں نے عرض کیا کہ نیچر کے بارے میں سیٹن نے انسان کے دماغ میں ڈالا کہ نیچر ہی خدا ہے نیچر جو خدا کی بنائی ہوئی چیز تھی اسی کو خدا بنا دیا اور اور ہزاروں سال تک انسان نیچر کو پوچھتا رہا نیچر ورشپ کرتا رہا</w:t>
      </w:r>
    </w:p>
    <w:p>
      <w:r>
        <w:rPr>
          <w:b/>
        </w:rPr>
        <w:t xml:space="preserve">[1:42:26] </w:t>
      </w:r>
      <w:r>
        <w:t>phir jab nature ko explore kar ke logon ne tarah tarah ke cheezein banayin to ab kya hua ke woh hooha culture aa gaya</w:t>
      </w:r>
    </w:p>
    <w:p>
      <w:pPr>
        <w:jc w:val="right"/>
      </w:pPr>
      <w:r>
        <w:t>پھر جب نیچر کو ایکسپلور کر کے لوگوں نے طرح طرح کے چیزیں بنائیں تو اب کیا ہوا کہ وہ ہوہا کلچر ا گیا</w:t>
      </w:r>
    </w:p>
    <w:p>
      <w:r>
        <w:rPr>
          <w:b/>
        </w:rPr>
        <w:t xml:space="preserve">[1:42:39] </w:t>
      </w:r>
      <w:r>
        <w:t>yaani ab yeh hai ke woh jo comfort aur jo luxury wajood mein aayi woh isi mein log masgool ho gaye log aur bajaye iske ke khuda ko acknowledge karein aur khuda ki worship karein yaani jisne banaya hai in cheezon ko yaani car aur hawai jahaz ko banane wale ko pujoone ke bajaye car aur hawai jahaz mein jeene lage woh yeh tha satan ne unke mind mein dala satan har lamha aadmi ko behkata reh</w:t>
      </w:r>
    </w:p>
    <w:p>
      <w:pPr>
        <w:jc w:val="right"/>
      </w:pPr>
      <w:r>
        <w:t>یعنی اب یہ ہے کہ وہ جو کمفرٹ اور جو لگزری وجود میں ائی وہ اسی میں لوگ مشغول ہو گئے لوگ اور بجائے اس کے کہ خدا کو ایکنالج کریں اور خدا کی ورشپ کریں یعنی جس نے بنایا ہے ان چیزوں کو یعنی کار اور ہوائی جہاز کو بنانے والے کو پوجنے کے بجائے کار اور ہوائی جہاز میں جینے لگے وہ یہ تھا سیٹن نے ان کے مائنڈ میں ڈالا سیٹن ہر لمحہ ادمی کو بہکاتا رہ</w:t>
      </w:r>
    </w:p>
    <w:p>
      <w:r>
        <w:rPr>
          <w:b/>
        </w:rPr>
        <w:t xml:space="preserve">[1:43:07] </w:t>
      </w:r>
      <w:r>
        <w:t>ta hai to is duniya mein sachai ko paane ke liye zaroori hai ke aap apne aap ko bar bar wash karte rahein bar bar introspection karte rahein satan ke jo attack hote hain unse apne ko bachate rahein warna woh deviate karega woh confusion mein dalega to perpetually at war satan aur insan hai na ke satan aur god</w:t>
      </w:r>
    </w:p>
    <w:p>
      <w:pPr>
        <w:jc w:val="right"/>
      </w:pPr>
      <w:r>
        <w:t>تا ہے تو اس دنیا میں سچائی کو پانے کے لیے ضروری ہے کہ اپ اپنے اپ کو بار بار واش کرتے رہیں بار بار انٹراسپیکشن کرتے رہیں سیٹن کے جو اٹیک ہوتے ہیں ان سے اپنے کو بچاتے رہیں ورنہ وہ ڈیویٹ کرے گا وہ کنفیوژن میں ڈالے گا تو پرپچولی ایٹ وار سیٹن اور انسان ہے نہ کہ سیٹن اور گاڈ</w:t>
      </w:r>
    </w:p>
    <w:p>
      <w:r>
        <w:rPr>
          <w:b/>
        </w:rPr>
        <w:t xml:space="preserve">[1:43:35] </w:t>
      </w:r>
      <w:r>
        <w:t>yeh thi ek yaani ek galat fehmi unko hui aur uske nateeje mein poora ek ek zamana beet gaya ke insan isi chakar mein pada raha to main yahan par kuch references dena chahta hoon ke kis tarah se is duniya mein</w:t>
      </w:r>
    </w:p>
    <w:p>
      <w:pPr>
        <w:jc w:val="right"/>
      </w:pPr>
      <w:r>
        <w:t>یہ تھی ایک یعنی ایک غلط فہمی ان کو ہوئی اور اس کے نتیجے میں پورا ایک ایک زمانہ بیت گیا کہ انسان اسی چکر میں پڑا رہا تو میں یہاں پر کچھ ریفرنسز دینا چاہتا ہوں کہ کس طرح سے اس دنیا میں</w:t>
      </w:r>
    </w:p>
    <w:p>
      <w:r>
        <w:rPr>
          <w:b/>
        </w:rPr>
        <w:t xml:space="preserve">[1:43:56] </w:t>
      </w:r>
      <w:r>
        <w:t>insan ke liye aisi cheezen rakh di gayi hain ke woh sachai ko pa sake woh khuda ko discover kar sake</w:t>
      </w:r>
    </w:p>
    <w:p>
      <w:pPr>
        <w:jc w:val="right"/>
      </w:pPr>
      <w:r>
        <w:t>انسان کے لیے ایسی چیزیں رکھ دی گئی ہیں کہ وہ سچائی کو پا سکے وہ خدا کو ڈسکور کر سکے</w:t>
      </w:r>
    </w:p>
    <w:p>
      <w:r>
        <w:rPr>
          <w:b/>
        </w:rPr>
        <w:t xml:space="preserve">[1:44:05] </w:t>
      </w:r>
      <w:r>
        <w:t>lekin hooha culture mein woh bhoola rehta hai in baaton ko mislan dekhiye ab se 13 billion saal pehle yaani science ne discover kiya hai ab se 13 billion saal pehle yahan par ek woh hua ek dhamaka hua jisko big bang kaha jata hai big bang</w:t>
      </w:r>
    </w:p>
    <w:p>
      <w:pPr>
        <w:jc w:val="right"/>
      </w:pPr>
      <w:r>
        <w:t>لیکن ہوہا کلچر میں وہ بھولا رہتا ہے ان باتوں کو مثلا دیکھیے اب سے 13 بلین سال پہلے یعنی سائنس نے ڈسکور کیا ہے اب سے 13 بلین سال پہلے یہاں پر ایک وہ ہوا ایک دھماکہ ہوا جس کو بگ بینگ کہا جاتا ہے بگ بینگ</w:t>
      </w:r>
    </w:p>
    <w:p>
      <w:r>
        <w:rPr>
          <w:b/>
        </w:rPr>
        <w:t xml:space="preserve">[1:44:28] </w:t>
      </w:r>
      <w:r>
        <w:t>to yeh mana jata hai ke is waqt yaani in 13 billion saal pehle ek ek cosmic ball tha to is mein dhamaka hua aur us aur woh sara jo universe mein jo particle hain sab compact halat mein the is ke andar aur phir dhamaka hua to particle bikhar gaye aur phir yeh sare universe bani yeh stars planet solar system zameen sab kuch is ke baad bana</w:t>
      </w:r>
    </w:p>
    <w:p>
      <w:pPr>
        <w:jc w:val="right"/>
      </w:pPr>
      <w:r>
        <w:t>تو یہ مانا جاتا ہے کہ اس وقت یعنی ان 13 بلین سال پہلے ایک ایک کاسمک بال تھا تو اس میں دھماکہ ہوا اور اس اور وہ سارا جو یونیورس میں جو پارٹیکل ہیں سب کمپیکٹ حالت میں تھے اس کے اندر اور پھر دھماکہ ہوا تو پارٹیکل بکھر گئے اور پھر یہ سارے یونیورس بنی یہ سٹارز پلینٹ سولر سسٹم زمین سب کچھ اس کے بعد بنا</w:t>
      </w:r>
    </w:p>
    <w:p>
      <w:r>
        <w:rPr>
          <w:b/>
        </w:rPr>
        <w:t xml:space="preserve">[1:44:55] </w:t>
      </w:r>
      <w:r>
        <w:t>to yeh theory ab proof ho chuki hai establish ho chuki hai aur 1929 19 1992 mein yaani 1992 mein kya hua ke ek bohat bara waqea hua america ne ek rocket bheja is space mein is ko kaha jata tha ke cosmic background explorer</w:t>
      </w:r>
    </w:p>
    <w:p>
      <w:pPr>
        <w:jc w:val="right"/>
      </w:pPr>
      <w:r>
        <w:t>تو یہ تھیوری اب پروف ہو چکی ہے اسٹیبلش ہو چکی ہے اور 1929 19 1992 میں یعنی 1992 میں کیا ہوا کہ ایک بہت بڑا واقعہ ہوا امریکہ نے ایک راکٹ بھیجا اس اسپیس میں اس کو کہا جاتا تھا کہ کاسمک بیک گراؤنڈ ایکسپلورر</w:t>
      </w:r>
    </w:p>
    <w:p>
      <w:r>
        <w:rPr>
          <w:b/>
        </w:rPr>
        <w:t xml:space="preserve">[1:45:24] </w:t>
      </w:r>
      <w:r>
        <w:t>yaani yeh scientists ne discover kiya tha ke upper layer jo hai universe ka wahan par kuch woh hain kuch radiation hai to</w:t>
      </w:r>
    </w:p>
    <w:p>
      <w:pPr>
        <w:jc w:val="right"/>
      </w:pPr>
      <w:r>
        <w:t>یعنی یہ سائنس دانوں نے ڈسکور کیا تھا کہ اپر لیئر جو ہے یونیورس کا وہاں پر کچھ وہ ہیں کچھ ریڈی ایشن ہے تو</w:t>
      </w:r>
    </w:p>
    <w:p>
      <w:r>
        <w:rPr>
          <w:b/>
        </w:rPr>
        <w:t xml:space="preserve">[1:45:35] </w:t>
      </w:r>
      <w:r>
        <w:t>ek bheja gaya cosmic background explorer is ko kehte hain cosmic background yaani mana yeh gaya tha ke ke jab jab woh explosion hua to is explosion ke baad kuch rays nikli woh rays abhi tak baqi hain wahan par to is ko explore karne ke liye bheja gaya ek rocket is ne wahan se picture bheji</w:t>
      </w:r>
    </w:p>
    <w:p>
      <w:pPr>
        <w:jc w:val="right"/>
      </w:pPr>
      <w:r>
        <w:t>ایک بھیجا گیا کاسمک بیک گراؤنڈ ایکسپلورر اس کو کہتے ہیں کاسمک بیک گراؤنڈ یعنی مانا یہ جا گیا تھا کہ کہ جب جب وہ ایکسپلوژن ہوا تو اس ایکسپلوژن کے بعد کچھ ریز نکلیں وہ ریز ابھی تک باقی ہیں وہاں پر تو اس کو ایکسپلور کرنے کے لیے بھیجا گیا ایک راکٹ اس نے وہاں سے پکچر بھیجی</w:t>
      </w:r>
    </w:p>
    <w:p>
      <w:r>
        <w:rPr>
          <w:b/>
        </w:rPr>
        <w:t xml:space="preserve">[1:46:02] </w:t>
      </w:r>
      <w:r>
        <w:t>yeh baat hai 1992 ki yeh picture jo hai tirchi lakeeron ki shakal mein thi ise is ko ripples kaha jata hai ripples ripples to jab</w:t>
      </w:r>
    </w:p>
    <w:p>
      <w:pPr>
        <w:jc w:val="right"/>
      </w:pPr>
      <w:r>
        <w:t>یہ بات ہے 1992 کی یہ پکچر جو ہے ترچھی لکیروں کی شکل میں تھی اسے اس کو ریپلز کہا جاتا ہے ریپلز ریپلز تو جب</w:t>
      </w:r>
    </w:p>
    <w:p>
      <w:r>
        <w:rPr>
          <w:b/>
        </w:rPr>
        <w:t xml:space="preserve">[1:46:22] </w:t>
      </w:r>
      <w:r>
        <w:t>yeh yeh hai ripples ka ek aap dekh sakte hain is mein yeh ripples hain</w:t>
      </w:r>
    </w:p>
    <w:p>
      <w:pPr>
        <w:jc w:val="right"/>
      </w:pPr>
      <w:r>
        <w:t>یہ یہ ہے ریپلز کا ایک اپ دیکھ سکتے ہیں اس میں یہ ریپلز ہیں</w:t>
      </w:r>
    </w:p>
    <w:p>
      <w:r>
        <w:rPr>
          <w:b/>
        </w:rPr>
        <w:t xml:space="preserve">[1:46:27] </w:t>
      </w:r>
      <w:r>
        <w:t>jo universe ke outer side mein aisi ripples pai jati hain in ka photo le kar ke bheja hai rocket ne hamein zameen par to jab is ko ek scientist ne dekha to us ne kaha ke ke these ripples are no less than the handwriting of god</w:t>
      </w:r>
    </w:p>
    <w:p>
      <w:pPr>
        <w:jc w:val="right"/>
      </w:pPr>
      <w:r>
        <w:t>جو یونیورس کے اؤٹر سائیڈ میں ایسی ریپلز پائی جاتی ہیں ان کا فوٹو لے کر کے بھیجا ہے راکٹ نے ہمیں زمین پر تو جب اس کو ایک سائنٹسٹ نے دیکھا تو اس نے کہا کہ کہ دیز ریپلز ار نو لیس دین دی ہینڈ رائٹنگ اف گاڈ</w:t>
      </w:r>
    </w:p>
    <w:p>
      <w:r>
        <w:rPr>
          <w:b/>
        </w:rPr>
        <w:t xml:space="preserve">[1:46:55] </w:t>
      </w:r>
      <w:r>
        <w:t>america ke ek scientist ne kaha ke these ripples are no less than the handwriting of god to kya ke science yahan tak pahuncha chuki hai hum ko ke hum khuda ke handwriting ko kya dekh sakte hain</w:t>
      </w:r>
    </w:p>
    <w:p>
      <w:pPr>
        <w:jc w:val="right"/>
      </w:pPr>
      <w:r>
        <w:t>امریکہ کے ایک سائنٹسٹ نے کہا کہ دیز ریپلز ار نو لیس دین دی ہینڈ رائٹنگ اف گاڈ تو کیا کہ سائنس یہاں تک پہنچا چکی ہے ہم کو کہ ہم خدا کے ہینڈ رائٹنگ کو کیا دیکھ سکتے ہیں</w:t>
      </w:r>
    </w:p>
    <w:p>
      <w:r>
        <w:rPr>
          <w:b/>
        </w:rPr>
        <w:t xml:space="preserve">[1:47:14] </w:t>
      </w:r>
      <w:r>
        <w:t>ab bataiye ke is ke baad yaani khuda ke existence ko manane mein kya rukawat hai siwaye is ke ke satan hum ko behkata hai</w:t>
      </w:r>
    </w:p>
    <w:p>
      <w:pPr>
        <w:jc w:val="right"/>
      </w:pPr>
      <w:r>
        <w:t>اب بتائیے کہ اس کے بعد یعنی خدا کے ایگزسٹنس کو ماننے میں کیا رکاوٹ ہے سوائے اس کے کہ سیٹن ہم کو بہکاتا ہے</w:t>
      </w:r>
    </w:p>
    <w:p>
      <w:r>
        <w:rPr>
          <w:b/>
        </w:rPr>
        <w:t xml:space="preserve">[1:47:27] </w:t>
      </w:r>
      <w:r>
        <w:t>yaani explore yaani big woh dhamaka hua aur dhamake ke nateejay mein wahan par jo sare article sare particle bikhar gaye sari universe mein aur dhamake ki wajah se kuch radiation wahan par abhi baqi reh gaya jo residue ho gaya ho gaya is ka is dhamake ka</w:t>
      </w:r>
    </w:p>
    <w:p>
      <w:pPr>
        <w:jc w:val="right"/>
      </w:pPr>
      <w:r>
        <w:t>یعنی ایکسپلور یعنی بگ وہ دھماکہ ہوا اور دھماکے کے نتیجے میں وہاں پر جو سارے ارٹیکل سارے پارٹیکل بکھر گئے ساری یونیورس میں اور دھماکے کی وجہ سے کچھ ریڈی ایشن وہاں پر ابھی باقی رہ گیا جو ریزیڈیو ہو گیا ہو گیا اس کا اس دھماکے کا</w:t>
      </w:r>
    </w:p>
    <w:p>
      <w:r>
        <w:rPr>
          <w:b/>
        </w:rPr>
        <w:t xml:space="preserve">[1:47:48] </w:t>
      </w:r>
      <w:r>
        <w:t>to is ka jo photo liya hai hamare camera ne aur photo le kar zameen pe jo bheja to itna yaani scientists ke liye itna zyada taajjub ki baat thi itne achambhe ki baat thi ke ke un ki zuban se nikla ke these ripples are no less than the handwriting of god</w:t>
      </w:r>
    </w:p>
    <w:p>
      <w:pPr>
        <w:jc w:val="right"/>
      </w:pPr>
      <w:r>
        <w:t>تو اس کا جو فوٹو لیا ہے ہمارے کیمرے نے اور فوٹو لے کر زمین پہ جو بھیجا تو اتنا یعنی سائنس دانوں کے لیے اتنا زیادہ تعجب کی بات تھی اتنے اچنبی کی بات تھی کہ کہ ان کی زبان سے نکلا کہ دیز ریپلز ار نو لیس دین دی ہینڈ رائٹنگ اف گاڈ</w:t>
      </w:r>
    </w:p>
    <w:p>
      <w:r>
        <w:rPr>
          <w:b/>
        </w:rPr>
        <w:t xml:space="preserve">[1:48:11] </w:t>
      </w:r>
      <w:r>
        <w:t>yahan par mein yeh kahunga ke dhamake ke baad is ko yaani kai scientist ne is ko point out kiya hai ke dhamaka jo hua is se meaningful result result kyun nikla aap jante hain ke dynamite jo hai is ke dhamaka hota hai to sirf destruction aata hai</w:t>
      </w:r>
    </w:p>
    <w:p>
      <w:pPr>
        <w:jc w:val="right"/>
      </w:pPr>
      <w:r>
        <w:t>یہاں پر میں یہ کہوں گا کہ دھماکے کے بعد اس کو یعنی کئی سائنٹسٹ نے اس کو پوائنٹ اؤٹ کیا ہے کہ دھماکہ جو ہوا اس سے میننگ فل رزلٹ رزلٹ کیوں نکلا اپ جانتے ہیں کہ ڈائنامائٹ جو ہے اس کے دھماکہ ہوتا ہے تو صرف ڈسٹریکشن اتا ہے</w:t>
      </w:r>
    </w:p>
    <w:p>
      <w:r>
        <w:rPr>
          <w:b/>
        </w:rPr>
        <w:t xml:space="preserve">[1:48:37] </w:t>
      </w:r>
      <w:r>
        <w:t>yeh chernobyl mein destruction hua india mein kai bar dhamaka ho chuka hai duniya mein hota rehta hai dhamaka jab bhi dynamite mein explosion hota hai to destruction hota hai ila yeh ke is ko planning way mein kiya jaye yaani mislan aap tunnel banate hain to woh bhi is mein bhi dynamite use hota hai</w:t>
      </w:r>
    </w:p>
    <w:p>
      <w:pPr>
        <w:jc w:val="right"/>
      </w:pPr>
      <w:r>
        <w:t>یہ چرنوبل میں ڈسٹریکشن ہوا انڈیا میں کئی بار دھماکہ ہو چکا ہے دنیا میں ہوتا رہتا ہے دھماکہ جب بھی ڈائنامائٹ میں ایکسپلوژن ہوتا ہے تو ڈسٹریکشن ہوتا ہے الا یہ کہ اس کو پلانٹ وے میں کیا جائے یعنی مثلا اپ ٹنل بناتے ہیں تو وہ بھی اس میں بھی ڈائنامائٹ یوز ہوتا ہے</w:t>
      </w:r>
    </w:p>
    <w:p>
      <w:r>
        <w:rPr>
          <w:b/>
        </w:rPr>
        <w:t xml:space="preserve">[1:48:57] </w:t>
      </w:r>
      <w:r>
        <w:t>to tunnel banane ke liye yaani pahad mein tunnel banane ke liye dynamite ko planning way mein. dhamaka kiya karte hain is mein planning way mein use karte hain to jab planning way mein kiya ata hai tab meaningful result nikalta hai yaani ek tunnel ban jati hai lekin jab bhi dhamaka without planning ho to sirf destruction ki surat mein is ka result nikalta hai</w:t>
      </w:r>
    </w:p>
    <w:p>
      <w:pPr>
        <w:jc w:val="right"/>
      </w:pPr>
      <w:r>
        <w:t>تو ٹنل بنانے کے لیے یعنی پہاڑ میں ٹنل بنانے کے لیے ڈائنامائٹ کو پلانٹ وے میں. دھماکہ کیا کرتے ہیں اس میں پلانٹ وے میں یوز کرتے ہیں تو جب پلانٹ وے میں کیا اتا ہے تب میننگ فل رزلٹ نکلتا ہے یعنی ایک سٹرنل بن جاتی ہے لیکن جب بھی دھماکہ ودا اؤٹ پلاننگ ہو تو صرف ڈسٹریکشن کی صورت میں اس کا رزلٹ نکلتا ہے</w:t>
      </w:r>
    </w:p>
    <w:p>
      <w:r>
        <w:rPr>
          <w:b/>
        </w:rPr>
        <w:t xml:space="preserve">[1:49:24] </w:t>
      </w:r>
      <w:r>
        <w:t>aap sochiye ke yeh jo big bang ka jo dhamaka hota big bang ka jo explosion tha agar woh without planning tha to itni itni meaningful universe kaise ban gayi</w:t>
      </w:r>
    </w:p>
    <w:p>
      <w:pPr>
        <w:jc w:val="right"/>
      </w:pPr>
      <w:r>
        <w:t>اپ سوچیے کہ یہ جو بگ بینگ کا جو دھماکہ ہوتا بگ بینگ کا جو ایکسپلوژن تھا اگر وہ ودا اؤٹ پلاننگ تھا تو اتنی اتنی میننگ فل یونیورس کیسے بن گئی</w:t>
      </w:r>
    </w:p>
    <w:p>
      <w:r>
        <w:rPr>
          <w:b/>
        </w:rPr>
        <w:t xml:space="preserve">[1:49:39] </w:t>
      </w:r>
      <w:r>
        <w:t>phir to sirf destruction aana chahiye duniya mein destruction ke sath kuch aur nahi aana chahiye</w:t>
      </w:r>
    </w:p>
    <w:p>
      <w:pPr>
        <w:jc w:val="right"/>
      </w:pPr>
      <w:r>
        <w:t>پھر تو صرف ڈسٹریکشن انا چاہیے دنیا میں ڈسٹریکشن کے ساتھ کچھ اور نہیں انا چاہیے</w:t>
      </w:r>
    </w:p>
    <w:p>
      <w:r>
        <w:rPr>
          <w:b/>
        </w:rPr>
        <w:t xml:space="preserve">[1:49:46] </w:t>
      </w:r>
      <w:r>
        <w:t>yaani planning planning ke sath jo dhamaka kiya jaye is se niklega yaani positive result aur without planning jo dhamaka kiya jaye is se sirf destruction samne aayega to is ko le kar ke is tarah ki bohat si cheezon ko le kar ke aap jante hain ke ek bohat bara scientist hai britain mein stephen hawking stephen hawking jo hai woh theoretical science mein aaj number one samjha jata hai</w:t>
      </w:r>
    </w:p>
    <w:p>
      <w:pPr>
        <w:jc w:val="right"/>
      </w:pPr>
      <w:r>
        <w:t>یعنی پلاننگ پلاننگ کے ساتھ جو دھماکہ کیا جائے اس سے نکلے گا یعنی پوزیٹیو رزلٹ اور ودا اؤٹ پلاننگ جو دھماکہ کیا جائے اس سے صرف ڈسٹریکشن سامنے ائے گا تو اس کو لے کر کے اس طرح کی بہت سی چیزوں کو لے کر کے اپ جانتے ہیں کہ ایک بہت بڑا سائنٹسٹ ہے برٹن میں اسٹیفن ہاکنگ اسٹیفن ہاکنگ جو ہے وہ تھریٹیکل سائنس میں اج نمبر ون سمجھا جاتا ہے</w:t>
      </w:r>
    </w:p>
    <w:p>
      <w:r>
        <w:rPr>
          <w:b/>
        </w:rPr>
        <w:t xml:space="preserve">[1:50:16] </w:t>
      </w:r>
      <w:r>
        <w:t>stephen hawking london mein to is ne likha hai ke is ne likha hai ke is ki kitab hai ah theory of time</w:t>
      </w:r>
    </w:p>
    <w:p>
      <w:pPr>
        <w:jc w:val="right"/>
      </w:pPr>
      <w:r>
        <w:t>اسٹیفن ہاکنگ لندن میں تو اس نے لکھا ہے کہ اس نے لکھا ہے کہ اس کی کتاب ہے اہ تھیوری اف ٹائم</w:t>
      </w:r>
    </w:p>
    <w:p>
      <w:r>
        <w:rPr>
          <w:b/>
        </w:rPr>
        <w:t xml:space="preserve">[1:50:32] </w:t>
      </w:r>
      <w:r>
        <w:t>theory of time mein woh likhta hai ke yeh baat bohat zyada sochne ki hai ke jo explosion hua 13 billion saal pehle is ne meaningful course hi kyun liya aisa kyun hua yaani million billion options the is ke liye lekin ek hi ek hi meaningful course</w:t>
      </w:r>
    </w:p>
    <w:p>
      <w:pPr>
        <w:jc w:val="right"/>
      </w:pPr>
      <w:r>
        <w:t>تھیوری اف ٹائم میں وہ لکھتا ہے کہ یہ بات بہت زیادہ سوچنے کی ہے کہ جو ایکسپلوژن ہوا 13 بلین سال پہلے اس نے میننگ فل کورس ہی کیوں لیا ایسا کیوں ہوا یعنی ملین بلین اپشنز تھے اس کے لیے لیکن ایک ہی ایک ہی میننگ فل کورس</w:t>
      </w:r>
    </w:p>
    <w:p>
      <w:r>
        <w:rPr>
          <w:b/>
        </w:rPr>
        <w:t xml:space="preserve">[1:51:00] </w:t>
      </w:r>
      <w:r>
        <w:t>is ne liya yaani ek aisa course jis ke baad universe bane stars aur planet bane solar system bane yeh zameen bane is mein insan paida ho insan ke life support system ho yeh sari cheezen ek meaningful world hai</w:t>
      </w:r>
    </w:p>
    <w:p>
      <w:pPr>
        <w:jc w:val="right"/>
      </w:pPr>
      <w:r>
        <w:t>اس نے لیا یعنی ایک ایسا کورس جس کے بعد یونیورس بنے سٹارز اور پلینٹ بنے سولر سسٹم بنے یہ زمین بنے اس میں انسان پیدا ہو انسان کے لائف سپورٹ سسٹم ہو یہ ساری چیزیں ایک میننگ فل ورلڈ ہے</w:t>
      </w:r>
    </w:p>
    <w:p>
      <w:r>
        <w:rPr>
          <w:b/>
        </w:rPr>
        <w:t xml:space="preserve">[1:51:14] </w:t>
      </w:r>
      <w:r>
        <w:t>to woh yeh kehta hai ke ke jab hum yeh dekhte hain ke jis explosion se duniya wajood mein aayi duniya existence mein aayi to woh explosion ne ek bohat hi meaningful course liya is ke nateejay mein is ke result mein ek bohat hi meaningful duniya ban gayi</w:t>
      </w:r>
    </w:p>
    <w:p>
      <w:pPr>
        <w:jc w:val="right"/>
      </w:pPr>
      <w:r>
        <w:t>تو وہ یہ کہتا ہے کہ کہ جب ہم یہ دیکھتے ہیں کہ جس ایکسپلوژن سے دنیا وجود میں ائی دنیا ایگزسٹنس میں ائی تو وہ ایکسپلوژن نے ایک بہت ہی میننگ فل کورس لیا اس کے نتیجے میں اس کے رزلٹ میں ایک بہت ہی میننگ فل دنیا بن گئی</w:t>
      </w:r>
    </w:p>
    <w:p>
      <w:r>
        <w:rPr>
          <w:b/>
        </w:rPr>
        <w:t xml:space="preserve">[1:51:40] </w:t>
      </w:r>
      <w:r>
        <w:t>to woh yeh kehta hai ke yeh baghair is ke ke hum manen ke khuda hai god ka word use karta hai woh stephen hawking theory of time mein ke aur koi explanation possible nahi hai siwaye is ke ke hum god ko manen</w:t>
      </w:r>
    </w:p>
    <w:p>
      <w:pPr>
        <w:jc w:val="right"/>
      </w:pPr>
      <w:r>
        <w:t>تو وہ یہ کہتا ہے کہ یہ بغیر اس کے کہ ہم مانیں کہ خدا ہے گاڈ کا ورڈ یوز کرتا ہے وہ اسٹیفن ہاکنگ تھیوری اف ٹائم میں کہ اور کوئی ایکسپلینیشن پوسیبل نہیں ہے سوائے اس کے کہ ہم گاڈ کو مانیں</w:t>
      </w:r>
    </w:p>
    <w:p>
      <w:r>
        <w:rPr>
          <w:b/>
        </w:rPr>
        <w:t xml:space="preserve">[1:51:58] </w:t>
      </w:r>
      <w:r>
        <w:t>yeh khud stephen hawking jo jo koi mazhabi religious aadmi nahi hai woh woh secular aadmi hai lekin woh hairaan hai is baat ko study kar ke ke kya wajah hai ke jab jo explosion hua is ne sirf meaningful course liya aur ek positive result tak pahuncha kyun nahi sirf destroy kar ke reh gaya woh destruction hi ka shakal mein is ka result kyun nahi nikla</w:t>
      </w:r>
    </w:p>
    <w:p>
      <w:pPr>
        <w:jc w:val="right"/>
      </w:pPr>
      <w:r>
        <w:t>یہ خود اسٹیفن ہاکنگ جو جو کوئی مذہبی ریلیجیس ادمی نہیں ہے وہ وہ سیکولر ادمی ہے لیکن وہ حیران ہے اس بات کو کا اسٹڈی کر کے کہ کیا وجہ ہے کہ جب جو ایکسپلوژن ہوا اس نے صرف میننگ فل کورس لیا اور ایک پوزیٹیو رزلٹ تک پہنچا کیوں نہیں صرف ڈسٹروئے کر کے رہ گیا وہ ڈسٹریکشن ہی کا شکل میں اس کا رزلٹ کیوں نہیں نکلا</w:t>
      </w:r>
    </w:p>
    <w:p>
      <w:r>
        <w:rPr>
          <w:b/>
        </w:rPr>
        <w:t xml:space="preserve">[1:52:26] </w:t>
      </w:r>
      <w:r>
        <w:t>isi tarah se ek scientist hai boltzmann german scientist to us ne study ki universe ki to har taraf us ko jo meaning dikhai pari aur jo</w:t>
      </w:r>
    </w:p>
    <w:p>
      <w:pPr>
        <w:jc w:val="right"/>
      </w:pPr>
      <w:r>
        <w:t>اسی طرح سے ایک سائنٹسٹ ہے بولڈزمن جرمن سائنٹسٹ تو اس نے اسٹڈی کی یونیورس کی تو ہر طرف اس کو جو میننگ دکھائی پڑی اور جو</w:t>
      </w:r>
    </w:p>
    <w:p>
      <w:r>
        <w:rPr>
          <w:b/>
        </w:rPr>
        <w:t xml:space="preserve">[1:52:53] </w:t>
      </w:r>
      <w:r>
        <w:t>to us ko dekh kar us ki us ki zuban se nikla ke who was the god who wrote these signs</w:t>
      </w:r>
    </w:p>
    <w:p>
      <w:pPr>
        <w:jc w:val="right"/>
      </w:pPr>
      <w:r>
        <w:t>تو اس کو دیکھ کر اس کی اس کی زبان سے نکلا کہ ہو واز دا گاڈ ہو روڈ دیز سائنز</w:t>
      </w:r>
    </w:p>
    <w:p>
      <w:r>
        <w:rPr>
          <w:b/>
        </w:rPr>
        <w:t xml:space="preserve">[1:53:07] </w:t>
      </w:r>
      <w:r>
        <w:t>yani ghaas se le kar ke stars tak har cheez mein ek beautiful design hai</w:t>
      </w:r>
    </w:p>
    <w:p>
      <w:pPr>
        <w:jc w:val="right"/>
      </w:pPr>
      <w:r>
        <w:t>یعنی گھاس سے لے کر کے سٹارز تک ہر چیز میں ایک بیوٹی فل ڈیزائن ہے</w:t>
      </w:r>
    </w:p>
    <w:p>
      <w:r>
        <w:rPr>
          <w:b/>
        </w:rPr>
        <w:t xml:space="preserve">[1:53:16] </w:t>
      </w:r>
      <w:r>
        <w:t>ek meaningful ek purpose full is ek is ke andar maujood hai meaning a purpose</w:t>
      </w:r>
    </w:p>
    <w:p>
      <w:pPr>
        <w:jc w:val="right"/>
      </w:pPr>
      <w:r>
        <w:t>ایک میننگ فل ایک پرپس فل اس ایک اس کے اندر موجود ہے میننگ اے پرپس</w:t>
      </w:r>
    </w:p>
    <w:p>
      <w:r>
        <w:rPr>
          <w:b/>
        </w:rPr>
        <w:t xml:space="preserve">[1:53:25] </w:t>
      </w:r>
      <w:r>
        <w:t>har cheez mein meaning hai har cheez mein purpose hai har cheez mein beauty hai</w:t>
      </w:r>
    </w:p>
    <w:p>
      <w:pPr>
        <w:jc w:val="right"/>
      </w:pPr>
      <w:r>
        <w:t>ہر چیز میں میننگ ہے ہر چیز میں پرپس ہے ہر چیز میں بیوٹی ہے</w:t>
      </w:r>
    </w:p>
    <w:p>
      <w:r>
        <w:rPr>
          <w:b/>
        </w:rPr>
        <w:t xml:space="preserve">[1:53:30] </w:t>
      </w:r>
      <w:r>
        <w:t>to is ko is ka jab study ki is ne to is ki zuban se nikla ke who</w:t>
      </w:r>
    </w:p>
    <w:p>
      <w:pPr>
        <w:jc w:val="right"/>
      </w:pPr>
      <w:r>
        <w:t>تو اس کو اس کا جب اسٹڈی کی اس نے تو اس کی زبان سے نکلا کہ ہو</w:t>
      </w:r>
    </w:p>
    <w:p>
      <w:r>
        <w:rPr>
          <w:b/>
        </w:rPr>
        <w:t xml:space="preserve">[1:53:34] </w:t>
      </w:r>
      <w:r>
        <w:t>was the god who wrote these signs</w:t>
      </w:r>
    </w:p>
    <w:p>
      <w:pPr>
        <w:jc w:val="right"/>
      </w:pPr>
      <w:r>
        <w:t>واز دا گاڈ ہو روڈ دیز سائنز</w:t>
      </w:r>
    </w:p>
    <w:p>
      <w:r>
        <w:rPr>
          <w:b/>
        </w:rPr>
        <w:t xml:space="preserve">[1:53:37] </w:t>
      </w:r>
      <w:r>
        <w:t>woh kaun khuda tha jis ne yeh</w:t>
      </w:r>
    </w:p>
    <w:p>
      <w:pPr>
        <w:jc w:val="right"/>
      </w:pPr>
      <w:r>
        <w:t>وہ کون خدا تھا جس نے یہ</w:t>
      </w:r>
    </w:p>
    <w:p>
      <w:r>
        <w:rPr>
          <w:b/>
        </w:rPr>
        <w:t xml:space="preserve">[1:53:44] </w:t>
      </w:r>
      <w:r>
        <w:t>itne beautiful nishanat likh diye yeh duniya mein</w:t>
      </w:r>
    </w:p>
    <w:p>
      <w:pPr>
        <w:jc w:val="right"/>
      </w:pPr>
      <w:r>
        <w:t>اتنے بیوٹی فل نشانات لکھ دیے یہ دنیا میں</w:t>
      </w:r>
    </w:p>
    <w:p>
      <w:r>
        <w:rPr>
          <w:b/>
        </w:rPr>
        <w:t xml:space="preserve">[1:53:55] </w:t>
      </w:r>
      <w:r>
        <w:t>to main ne is se pehle arz kiya tha ke aspect of inquiry agar ho aadmi ke andar aur sincerity ho to woh lazman woh zaroor yahan tak pahunchega ke yeh duniya jo hai ek purpose ke tehat banai gayi hai is ka ek banane wala hai ek banane wala hai apne aap nahi bani hai</w:t>
      </w:r>
    </w:p>
    <w:p>
      <w:pPr>
        <w:jc w:val="right"/>
      </w:pPr>
      <w:r>
        <w:t>تو میں نے اس سے پہلے عرض کیا تھا کہ اسپیٹ اف انکوائری اگر ہو ادمی کے اندر اور سنسیرٹی ہو تو وہ لازما وہ ضرور یہاں تک پہنچے گا کہ یہ دنیا جو ہے ایک پرپس کے تحت بنائی گئی ہے اس کا ایک بنانے والا ہے ایک بنانے والا ہے اپنے اپ نہیں بنی ہے</w:t>
      </w:r>
    </w:p>
    <w:p>
      <w:r>
        <w:rPr>
          <w:b/>
        </w:rPr>
        <w:t xml:space="preserve">[1:54:21] </w:t>
      </w:r>
      <w:r>
        <w:t>jab scientific studies shuru huin do saal pehle to ek cheez discover hui jis ko kehte hain principle of causation har cheez mein unhone daryaft kiya ke is ka koi cause hai jise suraj mein roz roshni hoti hai to maloom hua tha ke is ka bhi ek cause hai</w:t>
      </w:r>
    </w:p>
    <w:p>
      <w:pPr>
        <w:jc w:val="right"/>
      </w:pPr>
      <w:r>
        <w:t>جب سائنٹیفک اسٹڈیز شروع ہوئیں دو سال پہلے تو ایک چیز ڈسکور ہوئی جس کو کہتے ہیں پرنسپل اف کازیشن ہر چیز میں انہوں نے دریافت کیا کہ اس کا کوئی کاز ہے جسے سورج میں روز روشنی ہوتی ہے تو معلوم ہوا تھا کہ اس کا بھی ایک کاز ہے</w:t>
      </w:r>
    </w:p>
    <w:p>
      <w:r>
        <w:rPr>
          <w:b/>
        </w:rPr>
        <w:t xml:space="preserve">[1:54:44] </w:t>
      </w:r>
      <w:r>
        <w:t>yani wahan par action aur reaction ka ek ek process jari hai is se use light nikal hasil hoti hai hum ko har cheez mein yani har event jis ko hum dekhte hain us ke peeche ek cause hota hai</w:t>
      </w:r>
    </w:p>
    <w:p>
      <w:pPr>
        <w:jc w:val="right"/>
      </w:pPr>
      <w:r>
        <w:t>یعنی وہاں پر ایکشن اور ری ایکشن کا ایک ایک پراسیس جاری ہے اس سے اسے لائٹ نکل حاصل ہوتی ہے ہم کو ہر چیز میں یعنی ہر ایونٹ جس کو ہم دیکھتے ہیں اس کے پیچھے ایک کاز ہوتا ہے</w:t>
      </w:r>
    </w:p>
    <w:p>
      <w:r>
        <w:rPr>
          <w:b/>
        </w:rPr>
        <w:t xml:space="preserve">[1:55:00] </w:t>
      </w:r>
      <w:r>
        <w:t>jaise samandar se bhap uthti hai is ke peeche ek cause hota hai yani heat</w:t>
      </w:r>
    </w:p>
    <w:p>
      <w:pPr>
        <w:jc w:val="right"/>
      </w:pPr>
      <w:r>
        <w:t>جیسے سمندر سے بھاپ اٹھتی ہے اس کے پیچھے ایک کاز ہوتا ہے یعنی ہیٹ</w:t>
      </w:r>
    </w:p>
    <w:p>
      <w:r>
        <w:rPr>
          <w:b/>
        </w:rPr>
        <w:t xml:space="preserve">[1:55:05] </w:t>
      </w:r>
      <w:r>
        <w:t>jab suraj ki heat parti hai to us se bhap nikalti hai aur bhap upar jati hai upar ja kar ke jo upar upper layer par jo particles hain us se woh bhari ho jati hai bhari ho kar ke phir hawa ke zareeye woh neeche aati hai jis ko hum rain kehte hain to jitne bhi events hum dekhte hain woh saare events jo hain is ke peeche koi na koi cause hai</w:t>
      </w:r>
    </w:p>
    <w:p>
      <w:pPr>
        <w:jc w:val="right"/>
      </w:pPr>
      <w:r>
        <w:t>جب سورج کی ہیٹ پڑتی ہے تو اس سے بھاپ نکلتی ہے اور بھاپ اوپر جاتی ہے اوپر جا کر کے جو اوپر اپر لیئر پر جو پارٹیکلز ہیں اس سے وہ بھاری ہو جاتی ہے بھاری ہو کر کے پھر ہوا کے ذریعے وہ نیچے اتی ہے جس کو ہم رین کہتے ہیں تو جتنے بھی ایونٹس ہم دیکھتے ہیں وہ سارے ایونٹس جو ہیں اس کے پیچھے کوئی نہ کوئی کاز ہے</w:t>
      </w:r>
    </w:p>
    <w:p>
      <w:r>
        <w:rPr>
          <w:b/>
        </w:rPr>
        <w:t xml:space="preserve">[1:55:29] </w:t>
      </w:r>
      <w:r>
        <w:t>to cause and effect ka ek principle duniya mein chal raha hai jo kaha jata hai law of causation to pehle insan janta tha ke ke devta barish barsata hai pehle janta tha ke yani devta jo hai suraj ko roshan kiye hue hain yani duniya mein jo event hum dekhte the us ko kisi na kisi khuda se devta se woh relate kiye hue the</w:t>
      </w:r>
    </w:p>
    <w:p>
      <w:pPr>
        <w:jc w:val="right"/>
      </w:pPr>
      <w:r>
        <w:t>تو کاز اینڈ ایفیکٹ کا ایک پرنسپل دنیا میں چل رہا ہے جو کہا جاتا ہے لاء اف کازیشن تو پہلے انسان جانتا تھا کہ کہ دیوتا بارش برساتا ہے پہلے جانتا تھا کہ یعنی دیوتا جو ہے سورج کو روشن کیے ہوئے ہیں یعنی دنیا میں جو ایونٹ ہم دیکھتے تھے اس کو کسی نہ کسی خدا سے دیوتا سے وہ ریلیٹ کیے ہوئے تھے</w:t>
      </w:r>
    </w:p>
    <w:p>
      <w:r>
        <w:rPr>
          <w:b/>
        </w:rPr>
        <w:t xml:space="preserve">[1:55:56] </w:t>
      </w:r>
      <w:r>
        <w:t>ab yeh pata chala ke har cheez ke peeche ek cause hai har cheez ke peeche ek sabab hai to jab yeh cheez discover hui to yeh kaha gaya ke if of events are due to natural causes that not due to supernatural causes</w:t>
      </w:r>
    </w:p>
    <w:p>
      <w:pPr>
        <w:jc w:val="right"/>
      </w:pPr>
      <w:r>
        <w:t>اب یہ پتہ چلا کہ ہر چیز کے پیچھے ایک کاز ہے ہر چیز کے پیچھے ایک سبب ہے تو جب یہ چیز ڈسکور ہوئی تو یہ کہا گیا کہ اف اف ایونٹس ار ڈیو ٹو نیچرل کازز دیٹ ناٹ ڈیو ٹو سپر نیچرل کازز</w:t>
      </w:r>
    </w:p>
    <w:p>
      <w:r>
        <w:rPr>
          <w:b/>
        </w:rPr>
        <w:t xml:space="preserve">[1:56:19] </w:t>
      </w:r>
      <w:r>
        <w:t>if events are due to natural causes that not due to supernatural causes ke jin events ko hum samajhte the ke khuda kar raha hai khuda barish brosa raha hai khuda suraj se humein light deta hai hum samajhte the ke yeh khuda kar raha hai to ab pata chala ke physical causes hain jis se yeh cheezein paida ho rahi hain</w:t>
      </w:r>
    </w:p>
    <w:p>
      <w:pPr>
        <w:jc w:val="right"/>
      </w:pPr>
      <w:r>
        <w:t>اف ایونٹس ار ڈیو ٹو نیچرل کازز دیٹ ناٹ ڈیو ٹو سپر نیچرل کازز کہ جن ایونٹس کو ہم سمجھتے تھے کہ خدا کر رہا ہے خدا بارش برسا رہا ہے خدا سورج سے ہمیں لائٹ دیتا ہے ہم سمجھتے تھے کہ یہ خدا کر رہا ہے تو اب پتہ چلا کہ فزیکل کازز ہیں جس سے یہ چیزیں پیدا ہو رہی ہیں</w:t>
      </w:r>
    </w:p>
    <w:p>
      <w:r>
        <w:rPr>
          <w:b/>
        </w:rPr>
        <w:t xml:space="preserve">[1:56:45] </w:t>
      </w:r>
      <w:r>
        <w:t>to unhone keh diya ke if events are due to natural causes that not due to supernatural causes lekin khud scientist hi aise nikle unhone kaha ke yeh yeh contention sahi nahi hai is liye ke ke ab sawal yeh paida ho jata hai ke khud yeh yeh jis ko aap cause kehte hain is cause ko kis ne banaya</w:t>
      </w:r>
    </w:p>
    <w:p>
      <w:pPr>
        <w:jc w:val="right"/>
      </w:pPr>
      <w:r>
        <w:t>تو انہوں نے کہہ دیا کہ اف ایونٹس ار ڈیو ٹو نیچرل کازز دیٹ ناٹ ڈیو ٹو سپر نیچرل کازز لیکن خود سائنٹسٹ ہی ایسے نکلے انہوں نے کہا کہ یہ یہ کنٹینشن صحیح نہیں ہے اس لیے کہ کہ اب سوال یہ پیدا ہو جاتا ہے کہ خود یہ یہ جو جس کو اپ کاز کہتے ہیں اس کاز کو کس نے بنایا</w:t>
      </w:r>
    </w:p>
    <w:p>
      <w:r>
        <w:rPr>
          <w:b/>
        </w:rPr>
        <w:t xml:space="preserve">[1:57:10] </w:t>
      </w:r>
      <w:r>
        <w:t>agar aap agar aap agar insan pehle yeh manta tha ke barish jo hai woh barsata hai khuda barish khuda barsata hai to aap ne kaha ke nahi is ke falan falan causes hain to sawal yeh hai ke woh causes ka system kaise kis ne banaya hai kis ne qaim kiya hai duniya mein to jo question pehle hota tha events par woh question dobara hone laga causes par to baat to wahin ki wahin rahi</w:t>
      </w:r>
    </w:p>
    <w:p>
      <w:pPr>
        <w:jc w:val="right"/>
      </w:pPr>
      <w:r>
        <w:t>اگر اپ اگر اپ اگر انسان پہلے یہ مانتا تھا کہ بارش جو ہے وہ برساتا ہے خدا بارش خدا برساتا ہے تو اپ نے کہا کہ نہیں اس کے فلاں فلاں کازز ہیں تو سوال یہ ہے کہ وہ کازز کا سسٹم کیسے کس نے بنایا ہے کس نے قائم کیا ہے دنیا میں تو جو کوئسچن پہلے ہوتا تھا ایونٹس پر وہ کوئسچن دوبارہ ہونے لگا کازز پر تو بات تو وہیں کی وہیں رہی</w:t>
      </w:r>
    </w:p>
    <w:p>
      <w:r>
        <w:rPr>
          <w:b/>
        </w:rPr>
        <w:t xml:space="preserve">[1:57:39] </w:t>
      </w:r>
      <w:r>
        <w:t>baat to wahin ki wahin rahi</w:t>
      </w:r>
    </w:p>
    <w:p>
      <w:pPr>
        <w:jc w:val="right"/>
      </w:pPr>
      <w:r>
        <w:t>بات تو وہیں کی وہیں رہی</w:t>
      </w:r>
    </w:p>
    <w:p>
      <w:r>
        <w:rPr>
          <w:b/>
        </w:rPr>
        <w:t xml:space="preserve">[1:57:45] </w:t>
      </w:r>
      <w:r>
        <w:t>yani ab pehle question hua karta tha event par ab question kiya jayega causes par to abhi bhi hum ko yani khuda pehle hum yani khuda ko manna phir bhi apni jagah baqi</w:t>
      </w:r>
    </w:p>
    <w:p>
      <w:pPr>
        <w:jc w:val="right"/>
      </w:pPr>
      <w:r>
        <w:t>یعنی اب پہلے کوئسچن ہوا کرتا تھا ایونٹ پر اب کوئسچن کیا جائے گا کازز پر تو ابھی بھی ہم کو یعنی خدا پہلے ہم یعنی خدا کو ماننا پھر بھی اپنی جگہ باقی</w:t>
      </w:r>
    </w:p>
    <w:p>
      <w:r>
        <w:rPr>
          <w:b/>
        </w:rPr>
        <w:t xml:space="preserve">[1:58:00] </w:t>
      </w:r>
      <w:r>
        <w:t>hai yani pehle agar insan pehle agar hum yeh kehte the ke khuda ne yeh saare events kiye hain to ab yeh yani ab yeh surat ban gayi ke hum yeh kahein ke woh jo causes hain woh cause and effect jo system hai woh khuda ne qaim kiya hai to phir bhi woh khuda hi hai jo sari universe ko ek ek ek ek shakal de raha hai khuda hi ke zareeye woh woh sara system ban raha hai to is se koi farq nahi pada</w:t>
      </w:r>
    </w:p>
    <w:p>
      <w:pPr>
        <w:jc w:val="right"/>
      </w:pPr>
      <w:r>
        <w:t>ہے یعنی پہلے اگر انسان پہلے اگر ہم یہ کہتے تھے کہ خدا نے یہ سارے ایونٹس کیے ہیں تو اب یہ یعنی اب یہ صورت بن گئی کہ ہم یہ کہیں کہ وہ جو کازز ہیں وہ کاز اینڈ ایفیکٹ جو سسٹم ہے وہ خدا نے قائم کیا ہے تو پھر بھی وہ خدا ہی ہے جو ساری یونیورس کو ایک ایک ایک ایک شکل دے رہا ہے خدا ہی کے ذریعے وہ وہ سارا سسٹم بن رہا ہے تو اس سے کوئی فرق نہیں پڑا</w:t>
      </w:r>
    </w:p>
    <w:p>
      <w:r>
        <w:rPr>
          <w:b/>
        </w:rPr>
        <w:t xml:space="preserve">[1:58:29] </w:t>
      </w:r>
      <w:r>
        <w:t>to isi ko main ne kaha ke shaitan jo hai satan god ka rival nahi hai woh insan ka rival hai ke har jagah woh ek aisi baat dalta hai woh aadmi ke mind mein jis se woh us ki soch deviate ho jaye jaise jab rain ka ka pata chala ke rain ke yeh causes hain to wahan us ne aadmi ke mind mein dal diya ke dekho ab khuda ki koi zaroorat nahi hai</w:t>
      </w:r>
    </w:p>
    <w:p>
      <w:pPr>
        <w:jc w:val="right"/>
      </w:pPr>
      <w:r>
        <w:t>تو اسی کو میں نے کہا کہ شیطان جو ہے سیٹن گاڈ کا رائیول نہیں ہے وہ انسان کا رائیول ہے کہ ہر جگہ وہ ایک ایسی بات ڈالتا ہے وہ ادمی کے مائنڈ میں جس سے وہ اس کی سوچ ڈیویٹ ہو جائے جیسے جب رین کا کا پتہ چلا کہ رین کے یہ کازز ہیں تو وہاں اس نے ادمی کے مائنڈ میں ڈال دیا کہ دیکھو اب خدا کی کوئی ضرورت نہیں ہے</w:t>
      </w:r>
    </w:p>
    <w:p>
      <w:r>
        <w:rPr>
          <w:b/>
        </w:rPr>
        <w:t xml:space="preserve">[1:58:55] </w:t>
      </w:r>
      <w:r>
        <w:t>halanke wahan par humein yeh kehna chahiye tha ke pehle agar rain ke liye kaha jata tha ke khuda rain barsata hai to ab yeh kaha jayega ke jo causes hain jin causes ke ki wajah se rain hoti hai is ka khaliq khuda hai yani yani khuda tha jis ne ke yeh cause and effect ka ek system duniya mein qaim kiya</w:t>
      </w:r>
    </w:p>
    <w:p>
      <w:pPr>
        <w:jc w:val="right"/>
      </w:pPr>
      <w:r>
        <w:t>حالانکہ وہاں پر ہمیں یہ کہنا چاہیے تھا کہ پہلے اگر رین کے لیے کہا جاتا تھا کہ خدا رین برساتا ہے تو اب یہ کہا جائے گا کہ جو کازز ہیں جن کازز کے کی وجہ سے رین ہوتی ہے اس کا خالق خدا ہے یعنی یعنی خدا تھا جس نے کہ یہ کاز اینڈ ایفیکٹ کا ایک سسٹم دنیا میں قائم کیا</w:t>
      </w:r>
    </w:p>
    <w:p>
      <w:r>
        <w:rPr>
          <w:b/>
        </w:rPr>
        <w:t xml:space="preserve">[1:59:20] </w:t>
      </w:r>
      <w:r>
        <w:t>misla aap jante hain ke ocean mein pani hota hai jab us pe heat parti hai suraj ki to bhap nikalti hai to bhap mein samandar ka sara pani upar nahi jata agar sara pani upar jaye to humein fresh water nahi mile hum ko meetha water nahi mile</w:t>
      </w:r>
    </w:p>
    <w:p>
      <w:pPr>
        <w:jc w:val="right"/>
      </w:pPr>
      <w:r>
        <w:t>مثلا اپ جانتے ہیں کہ اوشن میں پانی ہوتا ہے جب اس پہ ہیٹ پڑتی ہے سورج کی تو بھاپ نکلتی ہے تو بھاپ میں سمندر کا سارا پانی اوپر نہیں جاتا اگر سارا پانی اوپر جائے تو ہمیں فریش واٹر نہیں ملے ہم کو میٹھا واٹر نہیں ملے</w:t>
      </w:r>
    </w:p>
    <w:p>
      <w:r>
        <w:rPr>
          <w:b/>
        </w:rPr>
        <w:t xml:space="preserve">[1:59:46] </w:t>
      </w:r>
      <w:r>
        <w:t>yani jo jo jo system hai duniya mein qaim woh yahi hai ke suraj se heat aayi woh heat se pani garam hua garam ho kar ke steam bana steam ban ke upar gaya woh phir wohi lotta hai rain ki shakal mein to agar woh sara pani jo ocean mein hai woh sab ka sab uthe bhap ban kar ke to humein meetha pani nahi mil sakta duniya mein kyun aap jante hain ke pani bohat hi khari hoti hai samandar ka pani bohat khari hota</w:t>
      </w:r>
    </w:p>
    <w:p>
      <w:pPr>
        <w:jc w:val="right"/>
      </w:pPr>
      <w:r>
        <w:t>یعنی جو جو جو سسٹم ہے دنیا میں قائم وہ یہی ہے کہ سورج سے ہیٹ ائی وہ ہیٹ سے پانی گرم ہوا گرم ہو کر کے اسٹیم بنا اسٹیم بن کے اوپر گیا وہ پھر وہی لوٹتا ہے ایرین کی شکل میں تو اگر وہ سارا پانی جو اوشن میں ہے وہ سب کا سب اٹھے بھاپ بن کر کے تو ہمیں میٹھا پانی نہیں مل سکتا دنیا میں کیوں اپ جانتے ہیں کہ پانی بہت ہی کھاری ہوتی ہے سمندر کا پانی بہت کھاری ہوتا</w:t>
      </w:r>
    </w:p>
    <w:p>
      <w:r>
        <w:rPr>
          <w:b/>
        </w:rPr>
        <w:t xml:space="preserve">[2:00:15] </w:t>
      </w:r>
      <w:r>
        <w:t>hai aap us ko pee nahi sakte to kyun aisa hota hai is liye ke jo creator hai us ne aisa kiya ke salt jo hai is ka salt content woh is ka weight zyada hai aur pani jo hai is ka weight kam hai yani halka hai light hai pani light hai is ke muqable mein salt ke muqable mein to jo light hai woh bhap ban kar upar chala jata hai</w:t>
      </w:r>
    </w:p>
    <w:p>
      <w:pPr>
        <w:jc w:val="right"/>
      </w:pPr>
      <w:r>
        <w:t>ہے اپ اس کو پی نہیں سکتے تو کیوں ایسا ہوتا ہے اس لیے کہ جو کریٹر ہے اس نے ایسا کیا کہ سالٹ جو ہے اس کا سالٹ کنٹینٹ وہ اس کا ویٹ زیادہ ہے اور پانی جو ہے اس کا ویٹ کم ہے یعنی ہلکا ہے لائٹ ہے پانی لائٹ ہے اس کے مقابلے میں سالٹ کے مقابلے میں تو جو لائٹ ہے وہ بھاپ بن کر اوپر چلا جاتا ہے</w:t>
      </w:r>
    </w:p>
    <w:p>
      <w:r>
        <w:rPr>
          <w:b/>
        </w:rPr>
        <w:t xml:space="preserve">[2:00:42] </w:t>
      </w:r>
      <w:r>
        <w:t>jo light nahi hai yani salt woh neeche ek neeche reh jata hai to yeh kitni bari planning hai yeh khuda ki ke ho sakta hai jaise insan planning karta hai to woh bhool jata hai aur phir tod phod kar ke phir dobara banana parta hai us ko</w:t>
      </w:r>
    </w:p>
    <w:p>
      <w:pPr>
        <w:jc w:val="right"/>
      </w:pPr>
      <w:r>
        <w:t>جو لائٹ نہیں ہے یعنی سالٹ وہ نیچے ایک نیچے رہ جاتا ہے تو یہ کتنی بڑی پلاننگ ہے یہ خدا کی کہ ہو سکتا ہے جیسے انسان پلاننگ کرتا ہے تو وہ بھول جاتا ہے اور پھر توڑ پھوڑ کر کے پھر دوبارہ بنانا پڑتا ہے اس کو</w:t>
      </w:r>
    </w:p>
    <w:p>
      <w:r>
        <w:rPr>
          <w:b/>
        </w:rPr>
        <w:t xml:space="preserve">[2:00:58] </w:t>
      </w:r>
      <w:r>
        <w:t>to billion years pehle jab khuda ne planning ki isi waqt us ko yeh pata tha ke pani ka jo salt content hai us ko bhari hona chahiye aur water content ko halka hona chahiye taake salt neeche reh jaye aur pani upar jaye warna aadmi ko fresh water nahi milega to samandari ka pani jo hai jo wahan khari hai humein milta hai hum meetha ban kar ke</w:t>
      </w:r>
    </w:p>
    <w:p>
      <w:pPr>
        <w:jc w:val="right"/>
      </w:pPr>
      <w:r>
        <w:t>تو بلین ایئرز پہلے جب خدا نے پلاننگ کی اسی وقت اس کو یہ پتہ تھا کہ پانی کا جو سالٹ کنٹینٹ ہے اس کو بھاری ہونا چاہیے اور واٹر کنٹینٹ کو ہلکا ہونا چاہیے تاکہ سالٹ نیچے رہ جائے اور پانی اوپر جائے ورنہ ادمی کو فریش واٹر نہیں ملے گا تو سمندری کا پانی جو ہے جو وہاں کھاری ہے ہمیں ملتا ہے ہم میٹھا بن کر کے</w:t>
      </w:r>
    </w:p>
    <w:p>
      <w:r>
        <w:rPr>
          <w:b/>
        </w:rPr>
        <w:t xml:space="preserve">[2:01:25] </w:t>
      </w:r>
      <w:r>
        <w:t>yani wahi pani jo khari hone ki wajah se hum pi nahi sakte us se hum khana nahi paka sakte isi pani ko hum paate hain bilkul fresh aur meetha pani to kaise yani khuda ne pehle hi se socha pehle se samajh pehle hi se is ne is ki apni planning mein yeh baat shamil ki ke water content jo hai woh halka ho aur salt content jo hai woh bhari ho to aisa by chance ho sakta hai</w:t>
      </w:r>
    </w:p>
    <w:p>
      <w:pPr>
        <w:jc w:val="right"/>
      </w:pPr>
      <w:r>
        <w:t>یعنی وہی پانی جو کھاری ہونے کی وجہ سے ہم پی نہیں سکتے اس سے ہم کھانا نہیں پکا سکتے اسی پانی کو ہم پاتے ہیں بالکل فریش اور میٹھا پانی تو کیسے یعنی خدا نے پہلے ہی سے سوچا پہلے سے سمجھ پہلے ہی سے اس نے اس کی اپنی پلاننگ میں یہ بات شامل کی کہ واٹر کنٹینٹ جو ہے وہ ہلکا ہو اور سالٹ کنٹینٹ جو ہے وہ بھاری ہو تو ایسا بائی چانس ہو سکتا ہے</w:t>
      </w:r>
    </w:p>
    <w:p>
      <w:r>
        <w:rPr>
          <w:b/>
        </w:rPr>
        <w:t xml:space="preserve">[2:01:52] </w:t>
      </w:r>
      <w:r>
        <w:t>itni bari baat itni bari baat insan ki kisi planning mein baat nahi paayenge aap hamesha jo revision hota hai hamesha revise kiya jata hai hamesha is ko correction kiya jata hai har jagah to yeh jo hai hua to aap yeh nahi keh sakte ke yeh baghair kisi intelligent mind ke aisa ho sakta hai</w:t>
      </w:r>
    </w:p>
    <w:p>
      <w:pPr>
        <w:jc w:val="right"/>
      </w:pPr>
      <w:r>
        <w:t>اتنی بڑی بات اتنی بڑی بات انسان کی کسی پلاننگ میں بات نہیں پائیں گے اپ ہمیشہ جو ریویژن ہوتا ہے ہمیشہ ریوائز کیا جاتا ہے ہمیشہ اس کو کریکشن کیا جاتا ہے ہر جگہ تو یہ جو ہے ہوا تو اپ یہ نہیں کہہ سکتے کہ یہ بغیر کسی انٹیلیجنٹ مائنڈ کے ایسا ہو سکتا ہے</w:t>
      </w:r>
    </w:p>
    <w:p>
      <w:r>
        <w:rPr>
          <w:b/>
        </w:rPr>
        <w:t xml:space="preserve">[2:02:17] </w:t>
      </w:r>
      <w:r>
        <w:t>isi liye aksar scientist agar aap jante hain ke aksar scientist jo hai woh khuda ko manne wale the aksar scientist ek book chhapi hai is ka naam hai intelligent universe yeh moti si book hai</w:t>
      </w:r>
    </w:p>
    <w:p>
      <w:pPr>
        <w:jc w:val="right"/>
      </w:pPr>
      <w:r>
        <w:t>اسی لیے اکثر سائنٹسٹ اگر اپ جانتے ہیں کہ اکثر سائنٹسٹ جو ہے وہ خدا کو ماننے والے تھے اکثر سائنٹسٹ ایک بک چھپی ہے اس کا نام ہے انٹیلیجنٹ یونیورس یہ موٹی سی بک ہے</w:t>
      </w:r>
    </w:p>
    <w:p>
      <w:r>
        <w:rPr>
          <w:b/>
        </w:rPr>
        <w:t xml:space="preserve">[2:02:33] </w:t>
      </w:r>
      <w:r>
        <w:t>intelligent universe is mein sare scientist ke article hain sare is mein unhone khuda ko to nahi naam liya khuda ko to nahi kaha khuda ko refer nahi kiya lekin khud universe ko mana ke woh intelligent universe hai tabhi is qism ki meaningful cheezein is ke andar hain halanke yeh absurd baat hai ke universe khud intelligent ho</w:t>
      </w:r>
    </w:p>
    <w:p>
      <w:pPr>
        <w:jc w:val="right"/>
      </w:pPr>
      <w:r>
        <w:t>انٹیلیجنٹ یونیورس اس میں سارے سائنٹسٹ کے ارٹیکل ہیں سارے اس میں انہوں نے خدا کو تو نہیں نام لیا خدا کو تو نہیں کہا خدا کو ریفر نہیں کیا لیکن خود یونیورس کو مانا کہ وہ انٹیلیجنٹ یونیورس ہے تبھی اس قسم کی میننگ فل چیزیں اس کے اندر ہیں حالانکہ یہ ابسٹرڈ بات ہے کہ یونیورس خود انٹیلیجنٹ ہو</w:t>
      </w:r>
    </w:p>
    <w:p>
      <w:r>
        <w:rPr>
          <w:b/>
        </w:rPr>
        <w:t xml:space="preserve">[2:02:59] </w:t>
      </w:r>
      <w:r>
        <w:t>universe ne apni planning khud nahi ki hai kisi aur ne university ki planning ki hai to woh jo woh jo planner hai woh wahi us ko hum manenge woh intelligent hai baghair ek intelligent mind ke aisi universe banna mumkin nahi mumkin nahi to main samajhta hoon ke science jo hai modern science woh ek ain religion religion yani is ka koi bhi takrao religion se nahi hai</w:t>
      </w:r>
    </w:p>
    <w:p>
      <w:pPr>
        <w:jc w:val="right"/>
      </w:pPr>
      <w:r>
        <w:t>یونیورس نے اپنی پلاننگ خود نہیں کی ہے کسی اور نے یونیورسٹی کی پلاننگ کی ہے تو وہ جو وہ جو پلانر ہے وہ وہی اس کو ہم مانیں گے وہ انٹیلیجنٹ ہے بغیر ایک انٹیلیجنٹ مائنڈ کے ایسی یونیورس بننا ممکن نہیں ممکن نہیں تو میں سمجھتا ہوں کہ سائنس جو ہے ماڈرن سائنس وہ ایک عین ریلیجن ریلیجن یعنی اس کا کوئی بھی ٹکراؤ ریلیجن سے نہیں ہے</w:t>
      </w:r>
    </w:p>
    <w:p>
      <w:r>
        <w:rPr>
          <w:b/>
        </w:rPr>
        <w:t xml:space="preserve">[2:03:29] </w:t>
      </w:r>
      <w:r>
        <w:t>kyun ke science kya hai science khuda ke creation ko discover kar raha hai so there is no difference between creation and creator creator ne jo duniya banai hai isi duniya ko science ne discover kiya hai to to science ne khuda ke signs ko</w:t>
      </w:r>
    </w:p>
    <w:p>
      <w:pPr>
        <w:jc w:val="right"/>
      </w:pPr>
      <w:r>
        <w:t>کیونکہ سائنس کیا ہے سائنس خدا کے کریشن کو ڈسکور کر رہا ہے سو دیر از نو ڈیفرنس بٹوین کریشن اینڈ کریٹر کریٹر نے جو دنیا بنائی ہے اسی دنیا کو سائنس نے ڈسکور کیا ہے تو تو سائنس نے خدا کے سائنز کو</w:t>
      </w:r>
    </w:p>
    <w:p>
      <w:r>
        <w:rPr>
          <w:b/>
        </w:rPr>
        <w:t xml:space="preserve">[2:03:52] </w:t>
      </w:r>
      <w:r>
        <w:t>discover kiya s i g n signs khuda ke nishaniyat khuda ke nishanat khuda ke kamalat khuda ki jhalakiyan yeh discover kiya science ne to science anti god kaise ho sakti hai science to god hi ke yani jo jalwe the us ko discover kiya tha us ne to science kaise us ko ho jati hai khilaf</w:t>
      </w:r>
    </w:p>
    <w:p>
      <w:pPr>
        <w:jc w:val="right"/>
      </w:pPr>
      <w:r>
        <w:t>ڈسکور کیا ایس ائی جی این سائنز خدا کے نشانیات خدا کے نشانات خدا کے کمالات خدا کی جھلکیاں یہ ڈسکور کیا سائنس نے تو سائنس اینٹی گاڈ کیسے ہو سکتی ہے سائنس تو گاڈ ہی کے یعنی جو جلوے تھے اس کو ڈسکور کیا تھا اس نے تو سائنس کیسے اس کو ہو جاتی ہے خلاف</w:t>
      </w:r>
    </w:p>
    <w:p>
      <w:r>
        <w:rPr>
          <w:b/>
        </w:rPr>
        <w:t xml:space="preserve">[2:04:21] </w:t>
      </w:r>
      <w:r>
        <w:t>lekin aap jante hain ke Europe mein bohat bara ek mamla hua ke science aur aur religion mein takrao ho gaya woh waqt ki baat hai jab ke wahan pope ki hukumat karta tha ek zamane mein aisa tha ke poora poora Europe jo hai pope ke control mein tha to pope ke under mein baqayda woh tha adalatein qaim theen us ko inquisition kaha jata tha</w:t>
      </w:r>
    </w:p>
    <w:p>
      <w:pPr>
        <w:jc w:val="right"/>
      </w:pPr>
      <w:r>
        <w:t>لیکن اپ جانتے ہیں کہ یورپ میں بہت بڑا ایک معاملہ ہوا کہ سائنس اور اور ریلیجن میں ٹکراؤ ہو گیا وہ وقت کی بات ہے جب کہ وہاں پوپ کی حکومت کرتا تھا ایک زمانے میں ایسا تھا کہ پورا پورا یورپ جو ہے پوپ کے کنٹرول میں تھا تو پوپ کے انڈر میں باقاعدہ وہ تھا عدالتیں قائم تھیں اس کو انکوائزیشن کہا جاتا تھا</w:t>
      </w:r>
    </w:p>
    <w:p>
      <w:r>
        <w:rPr>
          <w:b/>
        </w:rPr>
        <w:t xml:space="preserve">[2:04:49] </w:t>
      </w:r>
      <w:r>
        <w:t>to bare bare scientist ko saza di gayi kisi ko band kar diya jail mein kisi ko jala phansa phansi de di kisi ko jala diya kisi ki zuban bandi kar di is ki ek kahani likhi hai Draper ne apni kitab conflict between science and religion conflict between science and religion</w:t>
      </w:r>
    </w:p>
    <w:p>
      <w:pPr>
        <w:jc w:val="right"/>
      </w:pPr>
      <w:r>
        <w:t>تو بڑے بڑے سائنٹسٹ کو سزا دی گئی کسی کو بند کر دیا جیل میں کسی کو جلا پھنسا پھانسی دے دی کسی کو جلا دیا کسی کی زبان بندی کر دی اس کی ایک کہانی لکھی ہے ڈریپر نے اپنی کتاب کانفلکٹ بٹوین سائنس اینڈ ریلیجن کانفلکٹ بٹوین سائنس اینڈ ریلیجن</w:t>
      </w:r>
    </w:p>
    <w:p>
      <w:r>
        <w:rPr>
          <w:b/>
        </w:rPr>
        <w:t xml:space="preserve">[2:05:12] </w:t>
      </w:r>
      <w:r>
        <w:t>is se yani woh jo conflict hua Europe Europe mein woh conflict ko samajh liya gaya ke yeh science aur religion conflict hai halanke woh tha conflict between science and Christianity ya science conflict between conflict between science and church yani woh religion religion aur science ke beech mein conflict nahi tha woh</w:t>
      </w:r>
    </w:p>
    <w:p>
      <w:pPr>
        <w:jc w:val="right"/>
      </w:pPr>
      <w:r>
        <w:t>اس سے یعنی وہ جو کانفلکٹ ہوا یورپ یورپ میں وہ کانفلکٹ کو سمجھ لیا گیا کہ یہ سائنس اور ریلیجن کانفلکٹ ہے حالانکہ وہ تھا کانفلکٹ بٹوین سائنس اینڈ کرسچینٹی یا سائنس کانفلکٹ بٹوین کانفلکٹ بٹوین سائنس اینڈ چرچ یعنی وہ ریلیجن ریلیجن اور سائنس کے بیچ میں کانفلکٹ نہیں تھا وہ</w:t>
      </w:r>
    </w:p>
    <w:p>
      <w:r>
        <w:rPr>
          <w:b/>
        </w:rPr>
        <w:t xml:space="preserve">[2:05:41] </w:t>
      </w:r>
      <w:r>
        <w:t>woh church aur science ke beech mein conflict tha mislan church ne yeh maan rakha tha ke duniya ki umar jo hai aath hazar saal hai kyun ke bible ko unhone bible se unhone ginti ki generation use batai gayi hain Adam ke baad jo generation chali to batai gayi hain bible mein is se gina unhone gina kar ke bataya ke duniya jo hai aath hazar saal pehle bani</w:t>
      </w:r>
    </w:p>
    <w:p>
      <w:pPr>
        <w:jc w:val="right"/>
      </w:pPr>
      <w:r>
        <w:t>وہ چرچ اور سائنس کے بیچ میں کانفلکٹ تھا مثلا چرچ نے یہ مان رکھا تھا کہ دنیا کی عمر جو ہے اٹھ ہزار سال ہے کیونکہ بائبل کو انہوں نے بائبل سے انہوں نے گنتی کی جنریشن اسے بتائی گئی ہیں ایڈم کے بعد جو جنریشن چلی تو بتائی گئی ہیں بائبل میں اس سے گنا انہوں نے گن کر کے بتایا کہ دنیا جو ہے اٹھ ہزار سال پہلے بنی</w:t>
      </w:r>
    </w:p>
    <w:p>
      <w:r>
        <w:rPr>
          <w:b/>
        </w:rPr>
        <w:t xml:space="preserve">[2:06:08] </w:t>
      </w:r>
      <w:r>
        <w:t>ab science ne jo geological studies ki gayi hain science mein to maloom hua ke woh to bohat zyada lambi umar hai is ki aath hazar saal to kuch bhi nahi hai ab yahan conflict hua to church ne in logon ko mara peeta matlab sakhtiyan keen un par jo kehte the ke aath hazar saal nahi hai balkeh zyada hai lekin yeh to science ka aur mazhab ka takrao nahi tha yeh science ka aur church ka takrao tha</w:t>
      </w:r>
    </w:p>
    <w:p>
      <w:pPr>
        <w:jc w:val="right"/>
      </w:pPr>
      <w:r>
        <w:t>اب سائنس نے جو جیولوجیکل اسٹڈیز کی گئی ہے سائنس میں تو معلوم ہوا کہ وہ تو بہت زیادہ لمبی عمر ہے اس کی اٹھ ہزار سال تو کچھ بھی نہیں ہے اب یہاں کانفلکٹ ہوا تو چرچ نے ان لوگوں کو مارا پیٹا مطلب سختیاں کیں ان پر جو کہتے تھے کہ اٹھ ہزار سال نہیں ہے بلکہ زیادہ ہے لیکن یہ تو سائنس کا اور مذہب کا ٹکراؤ نہیں تھا یہ سائنس کا اور چرچ کا ٹکراؤ تھا</w:t>
      </w:r>
    </w:p>
    <w:p>
      <w:r>
        <w:rPr>
          <w:b/>
        </w:rPr>
        <w:t xml:space="preserve">[2:06:36] </w:t>
      </w:r>
      <w:r>
        <w:t>aisi church ne maan liya tha is ko yani geo centric theory ko ke zameen jo hai earth jo hai hamari woh beech mein hai aur charon taraf sun suraj jo hai ghoom raha hai yani do theory chali hain ek hai heliocentric theory yani yani suraj beech mein hai aur zameen is ki taraf ghoom rahi hai ek hai geo centric theory yani zameen beech mein hai suraj ki taraf ghoom raha hai to church ne adopt kar liya geo centric theory ko kyun</w:t>
      </w:r>
    </w:p>
    <w:p>
      <w:pPr>
        <w:jc w:val="right"/>
      </w:pPr>
      <w:r>
        <w:t>ایسی چرچ نے مان لیا تھا اس کو یعنی جیو سینٹرک تھیوری کو کہ زمین جو ہے ارتھ جو ہے ہماری وہ بیچ میں ہے اور چاروں طرف سن سورج جو ہے گھوم رہا ہے یعنی دو تھیوری چلی ہیں ایک ہے ہیلیو سینٹرک تھیوری یعنی یعنی سورج بیچ میں ہے اور زمین اس کی طرف گھوم رہی ہے ایک ہے جیو سینٹرک تھیوری یعنی زمین بیچ میں ہے سورج کی طرف گھوم رہا ہے تو چرچ نے اڈاپٹ کر لیا جیو سینٹرک تھیوری کو کیوں</w:t>
      </w:r>
    </w:p>
    <w:p>
      <w:r>
        <w:rPr>
          <w:b/>
        </w:rPr>
        <w:t xml:space="preserve">[2:07:06] </w:t>
      </w:r>
      <w:r>
        <w:t>unhone yeh mana ke zameen par khuda ka beta paida hua aur zameen par zindagi ka drama khela gaya khuda ka beta yahan par crucify kiya gaya to sab se zyada important poori universe mein honi chahiye zameen jahan khuda ne apne bete ko paida kiya to apne is aqeeday ki wajah se unhone samjha ke geo centric theory galat hai</w:t>
      </w:r>
    </w:p>
    <w:p>
      <w:pPr>
        <w:jc w:val="right"/>
      </w:pPr>
      <w:r>
        <w:t>انہوں نے یہ مانا کہ زمین پر خدا کا بیٹا پیدا ہوا اور زمین پر زندگی کا ڈرامہ کھیلا گیا خدا کا بیٹا یہاں پر کروسیفائی کیا گیا تو سب سے زیادہ امپورٹنٹ پوری یونیورس میں ہونی چاہیے زمین جہاں خدا نے اپنے بیٹے کو پیدا کیا تو اپنے اس عقیدے کی وجہ سے انہوں نے سمجھا کہ جیو سینٹرک تھیوری غلط ہے</w:t>
      </w:r>
    </w:p>
    <w:p>
      <w:r>
        <w:rPr>
          <w:b/>
        </w:rPr>
        <w:t xml:space="preserve">[2:07:30] </w:t>
      </w:r>
      <w:r>
        <w:t>yani apne mazhabi aqeeday ki bina par na ke scientific study ki bina par to bohat zabardast is mein jhagda hua jo scientist yeh kehte the ke geo centric theory sahi nahi hai heliocentric theory sahi hai yani zameen satellite hai woh mante the nahi sun satellite hai ab is mein ladai hui to yeh kya tha yeh ladai between church and science thi na ke between science and religion</w:t>
      </w:r>
    </w:p>
    <w:p>
      <w:pPr>
        <w:jc w:val="right"/>
      </w:pPr>
      <w:r>
        <w:t>یعنی اپنے مذہبی عقیدے کی بنا پر نہ کہ سائنٹیفک اسٹڈی کی بنا پر تو بہت زبردست اس میں جھگڑا ہوا جو سائنٹسٹ یہ کہتے تھے کہ جیو سینٹرک تھیوری صحیح نہیں ہے ہیلیو سینٹرک تھیوری صحیح ہے یعنی زمین سیٹلائٹ ہے وہ مانتے تھے نہیں سن سیٹلائٹ ہے اب اس میں لڑائی ہوئی تو یہ کیا تھا یہ لڑائی بٹوین چرچ اینڈ سائنس تھی نہ کہ بٹوین سائنس اینڈ ریلیجن</w:t>
      </w:r>
    </w:p>
    <w:p>
      <w:r>
        <w:rPr>
          <w:b/>
        </w:rPr>
        <w:t xml:space="preserve">[2:08:00] </w:t>
      </w:r>
      <w:r>
        <w:t>to jo waqea Europe mein hua science se takrao ka woh waqea tha church aur science ke beech mein aur church ne khud se bator khud kuch aqeeday bana liye the jo khuda ki book mein nahi the jo khuda ki book hai khuda ki jo kitab hai us mein yeh sab belief shamil nahi the church ne bana liya tha</w:t>
      </w:r>
    </w:p>
    <w:p>
      <w:pPr>
        <w:jc w:val="right"/>
      </w:pPr>
      <w:r>
        <w:t>تو جو واقعہ یورپ میں ہوا سائنس سے ٹکراؤ کا وہ واقعہ تھا چرچ اور سائنس کے بیچ میں اور چرچ نے خود سے بطور خود کچھ عقیدے بنا لیے تھے جو خدا کی بک میں نہیں تھے جو خدا کی بک ہے خدا کی جو کتاب ہے اس میں یہ سب بیلیف شامل نہیں تھے چرچ نے بنا لیا تھا</w:t>
      </w:r>
    </w:p>
    <w:p>
      <w:r>
        <w:rPr>
          <w:b/>
        </w:rPr>
        <w:t xml:space="preserve">[2:08:27] </w:t>
      </w:r>
      <w:r>
        <w:t>to church ne isi ko mazhab ka darja de diya aur us ko le kar ke pope ne in sare logon ko fatwa de diya ke yeh sab galat hain log yeh in ko in ko in ki zuban band kar do is tarah ke bohat se qisse pesh aaye is ko le kar Draper ne kitab likhi hai ke conflict between science and religion main kahunga ke galat hai yeh is liye ke woh woh conflict science aur aur religion ke beech mein tha hi nahi</w:t>
      </w:r>
    </w:p>
    <w:p>
      <w:pPr>
        <w:jc w:val="right"/>
      </w:pPr>
      <w:r>
        <w:t>تو چرچ نے اسی کو مذہب کا درجہ دے دیا اور اس کو لے کر کے پوپ نے ان سارے لوگوں کو فتوی دے دیا کہ یہ سب غلط ہیں لوگ یہ ان کو ان کو ان کی زبان بند کر دو اس طرح کے بہت سے قصے پیش ائے اس کو لے کر ڈریپر نے کتاب لکھی ہے کہ کانفلکٹ بٹوین سائنس اینڈ ریلیجن میں کہوں گا کہ غلط ہے یہ اس لیے کہ وہ وہ کانفلکٹ سائنس اور اور ریلیجن کے بیچ میں تھا ہی نہیں</w:t>
      </w:r>
    </w:p>
    <w:p>
      <w:r>
        <w:rPr>
          <w:b/>
        </w:rPr>
        <w:t xml:space="preserve">[2:08:56] </w:t>
      </w:r>
      <w:r>
        <w:t>woh to science aur church ke beech mein tha is se yeh impression aaya ke science jo hai woh khuda ki dushman hai woh woh mazhab ki dushman hai halanke science jo thi woh to bilkul yani mazhabi ka scientific statement tha ke mazhab ke jo belief hain isi ko science ne mazeed us ko detail ki thi aur us ko aaj naye siray se discover kiya tha</w:t>
      </w:r>
    </w:p>
    <w:p>
      <w:pPr>
        <w:jc w:val="right"/>
      </w:pPr>
      <w:r>
        <w:t>وہ تو سائنس اور چرچ کے بیچ میں تھا اس سے یہ امپریشن ایا کہ سائنس جو ہے وہ خدا کی دشمن ہے وہ وہ مذہب کی دشمن ہے حالانکہ سائنس جو تھی وہ تو بالکل یعنی مذہبی کا سائنٹیفک اسٹیٹمنٹ تھا کہ مذہب کے جو بیلیف ہیں اسی کو سائنس نے مزید اس کو ڈیٹیل کی تھی اور اس کو اج نئے سرے سے ڈسکور کیا تھا</w:t>
      </w:r>
    </w:p>
    <w:p>
      <w:r>
        <w:rPr>
          <w:b/>
        </w:rPr>
        <w:t xml:space="preserve">[2:09:24] </w:t>
      </w:r>
      <w:r>
        <w:t>to yeh bar bar aisa hota hai jaise abhi jo kitab chhapi hai jo bohat parhi jati hai idhar udhar ke woh clash of civilization yeh bhi galat naam hai galat title maine dekha hai yeh clash maine yeh kitab padhi mere paas hai woh kitab maujood yeh clash of civilization ki baat nahi hai yeh clash of interest ki baat hai</w:t>
      </w:r>
    </w:p>
    <w:p>
      <w:pPr>
        <w:jc w:val="right"/>
      </w:pPr>
      <w:r>
        <w:t>تو یہ بار بار ایسا ہوتا ہے جیسے ابھی جو کتاب چھپی ہے جو بہت پڑھی جاتی ہے ادھر ادھر کہ وہ کلیس اف سولائزیشن یہ بھی غلط نام ہے غلط ٹائٹل میں نے دیکھا ہے یہ کلیس میں نے یہ کتاب پڑھی میرے پاس ہے وہ کتاب موجود یہ کلیس اف سولائزیشن کی بات نہیں ہے یہ کلیش اف انٹرسٹ کی بات ہے</w:t>
      </w:r>
    </w:p>
    <w:p>
      <w:r>
        <w:rPr>
          <w:b/>
        </w:rPr>
        <w:t xml:space="preserve">[2:09:46] </w:t>
      </w:r>
      <w:r>
        <w:t>is book is kitab ka sahi title hona chahiye clash of interest na ke clash of civilizations is mein civilization kahin bhi nahi hai to jo takrao hua hai do interest ke beech mein us ko naam de diya unhone civilization ka aise hi jo takrao hua tha church aur science ke beech mein us ko unhone keh diya takrao science aur religion ka</w:t>
      </w:r>
    </w:p>
    <w:p>
      <w:pPr>
        <w:jc w:val="right"/>
      </w:pPr>
      <w:r>
        <w:t>اس بک اس کتاب کا صحیح ٹائٹل ہونا چاہیے کلیش اف انٹرسٹ نہ کہ کلیش اف سولائزیشنز اس میں سولائزیشن کہیں بھی نہیں ہے تو جو ٹکراؤ ہوا ہے دو انٹرسٹ کے بیچ میں اس کو نام دے دیا انہوں نے سولائزیشن کا ایسے ہی جو ٹکراؤ ہوا تھا چرچ اور سائنس کے بیچ میں اس کو انہوں نے کہہ دیا ٹکراؤ سائنس اور ریلیجن کا</w:t>
      </w:r>
    </w:p>
    <w:p>
      <w:r>
        <w:rPr>
          <w:b/>
        </w:rPr>
        <w:t xml:space="preserve">[2:10:13] </w:t>
      </w:r>
      <w:r>
        <w:t>is se bohat zyada misunderstanding hui aur science aur samajh liya ke science to mazhab ki dushman hai halanke science mazhab ki dushman nahi hai science mazhab ki sachaiyon ko ko aur zyada kholti hai jo mazhab ki sachaiyan hain us ko kholne wali hai</w:t>
      </w:r>
    </w:p>
    <w:p>
      <w:pPr>
        <w:jc w:val="right"/>
      </w:pPr>
      <w:r>
        <w:t>اس سے بہت زیادہ مس انڈرسٹینڈنگ ہوئی اور سائنس اور سمجھ لیا کہ سائنس تو مذہب کی دشمن ہے حالانکہ سائنس مذہب کی دشمن نہیں ہے سائنس مذہب کی سچائیوں کو کو اور زیادہ کھولتی ہے جو مذہب کی سچائیاں ہیں اس کو کھولنے والی ہے</w:t>
      </w:r>
    </w:p>
    <w:p>
      <w:r>
        <w:rPr>
          <w:b/>
        </w:rPr>
        <w:t xml:space="preserve">[2:10:38] </w:t>
      </w:r>
      <w:r>
        <w:t>jahan tak maine padha hai yani science aap ke belief ko nai roshni deti hai aap ke iman o yaqeen ko aur zyada barhati hai science Islam ki dushman nahi hai mazhab ki dushman nahi hai kisi cheez ki dushman nahi hai</w:t>
      </w:r>
    </w:p>
    <w:p>
      <w:pPr>
        <w:jc w:val="right"/>
      </w:pPr>
      <w:r>
        <w:t>جہاں تک میں نے پڑھا ہے یعنی سائنس اپ کے بیلیف کو نئی روشنی دیتی ہے اپ کے ایمان و یقین کو اور زیادہ بڑھاتی ہے سائنس اسلام کی دشمن نہیں ہے مذہب کی دشمن نہیں ہے کسی چیز کی دشمن نہیں ہے</w:t>
      </w:r>
    </w:p>
    <w:p>
      <w:r>
        <w:rPr>
          <w:b/>
        </w:rPr>
        <w:t xml:space="preserve">[2:10:55] </w:t>
      </w:r>
      <w:r>
        <w:t>to yeh main kahunga ke ke sachai ko paane ke liye aap ko true seeker hona chahiye true seeker</w:t>
      </w:r>
    </w:p>
    <w:p>
      <w:pPr>
        <w:jc w:val="right"/>
      </w:pPr>
      <w:r>
        <w:t>تو یہ میں کہوں گا کہ کہ سچائی کو پانے کے لیے اپ کو ٹرو سیکر ہونا چاہیے ٹرو سیکر</w:t>
      </w:r>
    </w:p>
    <w:p>
      <w:r>
        <w:rPr>
          <w:b/>
        </w:rPr>
        <w:t xml:space="preserve">[2:11:07] </w:t>
      </w:r>
      <w:r>
        <w:t>agar aap true seeker na hon to aap sachai ko nahi pa sakte</w:t>
      </w:r>
    </w:p>
    <w:p>
      <w:pPr>
        <w:jc w:val="right"/>
      </w:pPr>
      <w:r>
        <w:t>اگر اپ ٹرو سیکر نہ ہوں تو اپ سچائی کو نہیں پا سکتے</w:t>
      </w:r>
    </w:p>
    <w:p>
      <w:r>
        <w:rPr>
          <w:b/>
        </w:rPr>
        <w:t xml:space="preserve">[2:11:12] </w:t>
      </w:r>
      <w:r>
        <w:t>true seeker ka matlab hote hain bohat hi sincere hona aur bohat honest hona aur baat ko maan</w:t>
      </w:r>
    </w:p>
    <w:p>
      <w:pPr>
        <w:jc w:val="right"/>
      </w:pPr>
      <w:r>
        <w:t>ٹرو سیکر کا مطلب ہوتے ہیں بہت ہی سنسر ہونا اور بہت اونسٹ ہونا اور بات کو مان</w:t>
      </w:r>
    </w:p>
    <w:p>
      <w:r>
        <w:rPr>
          <w:b/>
        </w:rPr>
        <w:t xml:space="preserve">[2:11:20] </w:t>
      </w:r>
      <w:r>
        <w:t>lena yeh hona chahiye</w:t>
      </w:r>
    </w:p>
    <w:p>
      <w:pPr>
        <w:jc w:val="right"/>
      </w:pPr>
      <w:r>
        <w:t>لینا یہ ہونا چاہیے</w:t>
      </w:r>
    </w:p>
    <w:p>
      <w:r>
        <w:rPr>
          <w:b/>
        </w:rPr>
        <w:t xml:space="preserve">[2:11:23] </w:t>
      </w:r>
      <w:r>
        <w:t>mein aap ko bataoon ke ek baar mein bareilly gaya to bareilly mein kya hua ek sahib jo</w:t>
      </w:r>
    </w:p>
    <w:p>
      <w:pPr>
        <w:jc w:val="right"/>
      </w:pPr>
      <w:r>
        <w:t>میں اپ کو بتاؤں کہ ایک بار میں بریلی گیا تو بریلی میں کیا ہوا ایک صاحب جو</w:t>
      </w:r>
    </w:p>
    <w:p>
      <w:r>
        <w:rPr>
          <w:b/>
        </w:rPr>
        <w:t xml:space="preserve">[2:11:29] </w:t>
      </w:r>
      <w:r>
        <w:t>bsc the</w:t>
      </w:r>
    </w:p>
    <w:p>
      <w:pPr>
        <w:jc w:val="right"/>
      </w:pPr>
      <w:r>
        <w:t>بی ایس سی تھے</w:t>
      </w:r>
    </w:p>
    <w:p>
      <w:r>
        <w:rPr>
          <w:b/>
        </w:rPr>
        <w:t xml:space="preserve">[2:11:31] </w:t>
      </w:r>
      <w:r>
        <w:t>un se khuda ke existence se baat hui woh khuda ke existence ko nahi mante the</w:t>
      </w:r>
    </w:p>
    <w:p>
      <w:pPr>
        <w:jc w:val="right"/>
      </w:pPr>
      <w:r>
        <w:t>ان سے خدا کے ایگزسٹنس سے بات ہوئی وہ خدا کے ایگزسٹنس کو نہیں مانتے تھے</w:t>
      </w:r>
    </w:p>
    <w:p>
      <w:r>
        <w:rPr>
          <w:b/>
        </w:rPr>
        <w:t xml:space="preserve">[2:11:37] </w:t>
      </w:r>
      <w:r>
        <w:t>to main ne bohat si scientific argument diye jo yeh prove karte the ke khuda exist karta hai to yeh baat do ghante chali do ghante ke baad woh kehte hain ke woh helpless ho gaye speechless ho gaye un ke paas apne jo un ka kehna tha ke khuda exist nahi karta us ke liye koi un ke paas argument nahi tha</w:t>
      </w:r>
    </w:p>
    <w:p>
      <w:pPr>
        <w:jc w:val="right"/>
      </w:pPr>
      <w:r>
        <w:t>تو میں نے بہت سی سائنٹیفک ارگیومنٹ دیے جو یہ پروف کرتے تھے کہ خدا ایگزسٹ کرتا ہے تو یہ بات دو گھنٹے چلی دو گھنٹے کے بعد وہ کہتے ہیں کہ وہ ہیلپ لیس ہو گئے اسپیچ لیس ہو گئے ان کے پاس اپنے جو ان کا کہنا تھا کہ خدا ایگزسٹ نہیں کرتا اس کے لیے کوئی ان کے پاس ارگیومنٹ نہیں تھا</w:t>
      </w:r>
    </w:p>
    <w:p>
      <w:r>
        <w:rPr>
          <w:b/>
        </w:rPr>
        <w:t xml:space="preserve">[2:12:05] </w:t>
      </w:r>
      <w:r>
        <w:t>mere scientific argument ko reject nahi kar sake woh lekin aakhir mein kya kehte hain ke aap ki study mujh se zyada hai is liye aap ne mujhe speech less kar diya koi aadmi jo aap se zyada hai jis ne study ki hogi to aap ki speech less kar dega ab kehte hain yeh to koi daleel nahi hai yeh to koi baat nahi hai to true seeker agar aap hon tab aap aisi baatein nahi bolenge</w:t>
      </w:r>
    </w:p>
    <w:p>
      <w:pPr>
        <w:jc w:val="right"/>
      </w:pPr>
      <w:r>
        <w:t>میرے سائنٹیفک ارگیومنٹ کو ریجیکٹ نہیں کر سکے وہ لیکن اخر میں کیا کہتے ہیں کہ اپ کی اسٹڈی مجھ سے زیادہ ہے اس لیے اپ نے مجھے اسپیچ لیس کر دیا کوئی ادمی جو اپ سے زیادہ ہے جس نے اسٹڈی کی ہوگی تو اپ کی اسپیچ لیس کر دے گا اب کہتے ہیں یہ تو کوئی دلیل نہیں ہے یہ تو کوئی بات نہیں ہے تو ٹرو سیکر اگر اپ ہوں تب اپ ایسی بری نہیں بولیں گے</w:t>
      </w:r>
    </w:p>
    <w:p>
      <w:r>
        <w:rPr>
          <w:b/>
        </w:rPr>
        <w:t xml:space="preserve">[2:12:32] </w:t>
      </w:r>
      <w:r>
        <w:t>aap accept karenge aap surrender karenge aap baat ko maan lenge jab available knowledge jo hai mere un ke beech mein available knowledge se yeh prove ho gaya ke khuda exist karta hai to unhe maan lena chahiye bahut se bahut yeh keh sakte the ke aaj ki available knowledge se khuda ka existence prove ho raha hai ho sakta hai ke pachas baras baad hazar baras baad koi aur knowledge aaye is se hum revise kar sakein to bhai theek hai aisa kahiye</w:t>
      </w:r>
    </w:p>
    <w:p>
      <w:pPr>
        <w:jc w:val="right"/>
      </w:pPr>
      <w:r>
        <w:t>اپ ایکسیپٹ کریں گے اپ سرینڈر کریں گے اپ بات کو مان لیں گے جب اویلیبل نالج جو ہے میرے ان کے بیچ میں اویلیبل نالج سے یہ پروف ہو گیا کہ خدا ایگزسٹ کرتا ہے تو انہیں مان لینا چاہیے بہت سے بہت یہ کہہ سکتے تھے کہ اج کی اویلیبل نالج سے خدا کا ایگزسٹنس پروف ہو رہا ہے ہو سکتا ہے کہ پچاس برس بعد ہزار برس بعد کوئی اور نالج ائے اس سے ہم ریوائز کر سکیں تو بھئی ٹھیک ہے ایسا کہیے</w:t>
      </w:r>
    </w:p>
    <w:p>
      <w:r>
        <w:rPr>
          <w:b/>
        </w:rPr>
        <w:t xml:space="preserve">[2:13:02] </w:t>
      </w:r>
      <w:r>
        <w:t>aaj to aap refuse karne ki position mein nahi hain to baat hamesha aaj ki hua karti hai present ki hoti hai yani present mein jo available knowledge hai aap ko manna padega is se yeh baat prove hoti hai ke khuda exist karta hai baat ke baad baat ko dekhenge jab baat ko saamne aayegi baat hai to dekhenge aaj to mani hai aap</w:t>
      </w:r>
    </w:p>
    <w:p>
      <w:pPr>
        <w:jc w:val="right"/>
      </w:pPr>
      <w:r>
        <w:t>اج تو اپ ریفیوز کرنے کی پوزیشن میں نہیں ہیں تو بات ہمیشہ اج کی ہوا کرتی ہے پریزنٹ کی ہوتی ہے یعنی پریزنٹ میں جو اویلیبل نالج ہے اپ کو ماننا پڑے گا اس سے یہ بات پروف ہوتی ہے کہ خدا ایگزسٹ کرتا ہے بات کے بعد بات کو دیکھیں گے جب بات کو سامنے ائے گی بات ہے تو دیکھیں گے اج تو مانی ہے اپ</w:t>
      </w:r>
    </w:p>
    <w:p>
      <w:r>
        <w:rPr>
          <w:b/>
        </w:rPr>
        <w:t xml:space="preserve">[2:13:26] </w:t>
      </w:r>
      <w:r>
        <w:t>lekin true seeker ki mein jo keh raha hoon to true seeker ka mein aap ko ek waqia batata hoon ke maine apni zindagi mein kuch aise log dekhe hain jo sach mein true seeker the</w:t>
      </w:r>
    </w:p>
    <w:p>
      <w:pPr>
        <w:jc w:val="right"/>
      </w:pPr>
      <w:r>
        <w:t>لیکن ٹرو سیکر کی میں جو کہہ رہا ہوں تو ٹرو سیکر کا میں اپ کو ایک واقعہ بتاتا ہوں کہ میں نے اپنی زندگی میں کچھ ایسے لوگ دیکھے ہیں جو سچ میں ٹرو سیکر تھے</w:t>
      </w:r>
    </w:p>
    <w:p>
      <w:r>
        <w:rPr>
          <w:b/>
        </w:rPr>
        <w:t xml:space="preserve">[2:13:38] </w:t>
      </w:r>
      <w:r>
        <w:t>woh un ka naam tha doctor samihullah khan un se 1965 mein meri meeting hui thi lucknow mein ab tak mujhe yaad hai ke wahan un se baat jo hui thi woh naya bridge bana tha us naye bridge par khare ho kar hum logon ne baat ki thi</w:t>
      </w:r>
    </w:p>
    <w:p>
      <w:pPr>
        <w:jc w:val="right"/>
      </w:pPr>
      <w:r>
        <w:t>وہ ان کا نام تھا ڈاکٹر سمیع اللہ خان ان سے 1965 میں میری میٹنگ ہوئی تھی لکھنو میں اب تک مجھے یاد ہے کہ وہاں ان سے بات جو ہوئی تھی وہ نیا برج بنا تھا اس نئے برج پر کھڑے ہو کر ہم لوگوں نے بات کی تھی</w:t>
      </w:r>
    </w:p>
    <w:p>
      <w:r>
        <w:rPr>
          <w:b/>
        </w:rPr>
        <w:t xml:space="preserve">[2:13:54] </w:t>
      </w:r>
      <w:r>
        <w:t>woh scene ab tak mujhe yaad hai to woh bahar se kahin padh kar aaye the to un se meri mulaqat hui aur wahan baat hui un se</w:t>
      </w:r>
    </w:p>
    <w:p>
      <w:pPr>
        <w:jc w:val="right"/>
      </w:pPr>
      <w:r>
        <w:t>وہ سین اب تک مجھے یاد ہے تو وہ باہر سے کہیں پڑھ کر ائے تھے تو ان سے میری ملاقات ہوئی اور وہاں بات ہوئی ان سے</w:t>
      </w:r>
    </w:p>
    <w:p>
      <w:r>
        <w:rPr>
          <w:b/>
        </w:rPr>
        <w:t xml:space="preserve">[2:14:06] </w:t>
      </w:r>
      <w:r>
        <w:t>to us baat mein unhone kaha yani unhone mujh se ek sawal kiya ek question kiya</w:t>
      </w:r>
    </w:p>
    <w:p>
      <w:pPr>
        <w:jc w:val="right"/>
      </w:pPr>
      <w:r>
        <w:t>تو اس بات میں انہوں نے کہا یعنی انہوں نے مجھ سے ایک سوال کیا ایک کوئسچن کیا</w:t>
      </w:r>
    </w:p>
    <w:p>
      <w:r>
        <w:rPr>
          <w:b/>
        </w:rPr>
        <w:t xml:space="preserve">[2:14:16] </w:t>
      </w:r>
      <w:r>
        <w:t>unhone ek question kiya ke what criterion do you have to prove the existence of god what criterion do you have to prove the existence of god</w:t>
      </w:r>
    </w:p>
    <w:p>
      <w:pPr>
        <w:jc w:val="right"/>
      </w:pPr>
      <w:r>
        <w:t>انہوں نے ایک کوئسچن کیا کہ واٹ کرائٹیرین ڈو یو ہیو ٹو پروف دا ایگزسٹنس اف گاڈ واٹ کرائٹیرین ڈو یو ہیو ٹو پروف دا ایگزسٹنس اف گاڈ</w:t>
      </w:r>
    </w:p>
    <w:p>
      <w:r>
        <w:rPr>
          <w:b/>
        </w:rPr>
        <w:t xml:space="preserve">[2:14:34] </w:t>
      </w:r>
      <w:r>
        <w:t>to maine kaha ke</w:t>
      </w:r>
    </w:p>
    <w:p>
      <w:pPr>
        <w:jc w:val="right"/>
      </w:pPr>
      <w:r>
        <w:t>تو میں نے کہا کہ</w:t>
      </w:r>
    </w:p>
    <w:p>
      <w:r>
        <w:rPr>
          <w:b/>
        </w:rPr>
        <w:t xml:space="preserve">[2:14:39] </w:t>
      </w:r>
      <w:r>
        <w:t>ke same criterion which you have to existence same the same criterion which you have to prove the existence of anything else</w:t>
      </w:r>
    </w:p>
    <w:p>
      <w:pPr>
        <w:jc w:val="right"/>
      </w:pPr>
      <w:r>
        <w:t>کہ سیم کرائٹیرین وچ یو ہیو ٹو ایگزسٹنس سیم دا سیم کرائٹیرین وچ یو ہیو ٹو پروف دا ایگزسٹنس اف اینی تھنگ ایلس</w:t>
      </w:r>
    </w:p>
    <w:p>
      <w:r>
        <w:rPr>
          <w:b/>
        </w:rPr>
        <w:t xml:space="preserve">[2:14:55] </w:t>
      </w:r>
      <w:r>
        <w:t>yani unhone kaha ke aap ke paas khuda ko prove karne ke liye criterion kya hai mayar kya hai</w:t>
      </w:r>
    </w:p>
    <w:p>
      <w:pPr>
        <w:jc w:val="right"/>
      </w:pPr>
      <w:r>
        <w:t>یعنی انہوں نے کہا کہ اپ کے پاس خدا کو پروف کرنے کے لیے کرائٹیرین کیا ہے معیار کیا ہے</w:t>
      </w:r>
    </w:p>
    <w:p>
      <w:r>
        <w:rPr>
          <w:b/>
        </w:rPr>
        <w:t xml:space="preserve">[2:15:02] </w:t>
      </w:r>
      <w:r>
        <w:t>to maine kaha wahi same criterion jo aap ke paas koi cheez prove karne ke liye ho us ke baad woh chup ho gaye woh kyunke bahut padha likha aadmi tha is wajah se woh meri baat ko samajh gaya meri baat ko samajh gaya woh is tarah se ke dekhiye einstein se pehle hamari knowledge macro world tak pahunchi thi macro world</w:t>
      </w:r>
    </w:p>
    <w:p>
      <w:pPr>
        <w:jc w:val="right"/>
      </w:pPr>
      <w:r>
        <w:t>تو میں نے کہا وہی سیم کرائٹیرین جو اپ کے پاس کوئی چیز پروف کرنے کے لیے ہو اس کے بعد وہ چپ ہو گئے وہ کیونکہ بہت پڑھا لکھا ادمی تھا اس وجہ سے وہ میری بات کو سمجھ گیا میری بات کو سمجھ گیا وہ اس طرح سے کہ دیکھیے ائنسٹائن سے پہلے ہماری نالج میکرو ورلڈ تک پہنچی تھی میکرو ورلڈ</w:t>
      </w:r>
    </w:p>
    <w:p>
      <w:r>
        <w:rPr>
          <w:b/>
        </w:rPr>
        <w:t xml:space="preserve">[2:15:28] </w:t>
      </w:r>
      <w:r>
        <w:t>tak to macro world mein mana jata tha us zamane mein logical positivism ka bahut bada usko bahut flush hui logical positivism to yeh mana jata tha ke wahi cheez sachai hai jo visible ho jo jo visible nahi hai woh sachai nahi hai to khuda visible nahi hai is liye woh sachai bhi nahi hai kyunke macro world mein har cheez dikhai deti thi</w:t>
      </w:r>
    </w:p>
    <w:p>
      <w:pPr>
        <w:jc w:val="right"/>
      </w:pPr>
      <w:r>
        <w:t>تک تو میکرو ورلڈ میں مانا جاتا تھا اس زمانے میں لاجیکل پازیٹیوزم کا بہت بڑا اس کو بہت فلش ہوئی لاجیکل پازیٹیوزم تو یہ مانا جاتا تھا کہ وہی چیز سچائی ہے جو ویزیبل ہو جو جو ویزیبل نہیں ہے وہ سچائی نہیں ہے تو خدا ویزیبل نہیں ہے اس لیے وہ سچائی بھی نہیں ہے کیونکہ میکرو ورلڈ میں ہر چیز دکھائی دیتی تھی</w:t>
      </w:r>
    </w:p>
    <w:p>
      <w:r>
        <w:rPr>
          <w:b/>
        </w:rPr>
        <w:t xml:space="preserve">[2:15:56] </w:t>
      </w:r>
      <w:r>
        <w:t>har cheez aap measure kar sakte the lekin aap jante hain ke einstein ke baad jab atom mein split hua to insaan ki knowledge jo hai pahunch gayi invisible world tak kyunke atom ko aap samjha jata tha ke hum dekh sakte the lekin aap electron ko nahi dekh sakte electron ko dekhna possible nahi hai</w:t>
      </w:r>
    </w:p>
    <w:p>
      <w:pPr>
        <w:jc w:val="right"/>
      </w:pPr>
      <w:r>
        <w:t>ہر چیز اپ میژر کر سکتے تھے لیکن اپ جانتے ہیں کہ ائنسٹائن کے بعد جب ایٹم میں اسپلٹ ہوا تو انسان کی نالج جو ہے پہنچ گئی ان ویزیبل ورلڈ تک کیونکہ ایٹم کو اپ سمجھا جاتا تھا کہ ہم دیکھ سکتے تھے لیکن اپ الیکٹران کو نہیں دیکھ سکتے الیکٹران کو دیکھنا پاسیبل نہیں ہے</w:t>
      </w:r>
    </w:p>
    <w:p>
      <w:r>
        <w:rPr>
          <w:b/>
        </w:rPr>
        <w:t xml:space="preserve">[2:16:19] </w:t>
      </w:r>
      <w:r>
        <w:t>to jab insaan ka insaan ki knowledge ya insaan ki ilm pahunch gaya in yani macro world tak to duniya invisible duniya visible hi nahi rahi duniya sari ki sari invisible ho gayi to main ne mere kehne ka matlab yeh tha ke aap jo hai aaj einstein ke baad yani pre einstein era mein to aap ka yeh kehna sahi ho sakta tha</w:t>
      </w:r>
    </w:p>
    <w:p>
      <w:pPr>
        <w:jc w:val="right"/>
      </w:pPr>
      <w:r>
        <w:t>تو جب انسان کا انسان کی نالج یا انسان کی علم پہنچ گیا ان یعنی میکرو ورلڈ تک تو دنیا ان ویزیبل دنیا ویزیبل ہی نہیں رہی دنیا ساری کی ساری ان ویزیبل ہو گئی تو میں نے میرے کہنے کا مطلب یہ تھا کہ اپ جو ہے اج ائنسٹائن کے بعد یعنی پری ائنسٹائن ایرا میں تو اپ کا یہ کہنا صحیح ہو سکتا تھا</w:t>
      </w:r>
    </w:p>
    <w:p>
      <w:r>
        <w:rPr>
          <w:b/>
        </w:rPr>
        <w:t xml:space="preserve">[2:16:47] </w:t>
      </w:r>
      <w:r>
        <w:t>post einstein era mein aap bhi har jis cheez ko mante hain woh sab invisible hi hai jis tarah khuda invisible hai aur aap inference ke zariye mante hain direct argument ke zariye nahi mante kyunke direct argument ab possible hi nahi raha hai ab jo cheez possible hogi inferential argument jaise misaal ke taur par main aksar yeh misaal diya karta hoon ke x rays hain</w:t>
      </w:r>
    </w:p>
    <w:p>
      <w:pPr>
        <w:jc w:val="right"/>
      </w:pPr>
      <w:r>
        <w:t>پوسٹ ائنسٹائن ایرا میں اپ بھی ہر جس چیز کو مانتے ہیں وہ سب ان ویزیبل ہی ہے جس طرح خدا ان ویزیبل ہے اور اپ انفرنس کے ذریعے مانتے ہیں ڈائریکٹ ارگیومنٹ کے ذریعے نہیں مانتے کیونکہ ڈائریکٹ ارگیومنٹ اب پاسیبل ہی نہیں رہا ہے اب جو چیز پاسیبل ہو گی انفرینشل ارگیومنٹ جیسے مثال کے طور پر میں اکثر یہ مثال دیا کرتا ہوں کہ ایکس ریز ہیں</w:t>
      </w:r>
    </w:p>
    <w:p>
      <w:r>
        <w:rPr>
          <w:b/>
        </w:rPr>
        <w:t xml:space="preserve">[2:17:14] </w:t>
      </w:r>
      <w:r>
        <w:t>aap doctor ke paas gaye us ne aap ko ek machine ke saamne khada kiya ek switch dawai aur plate par aap ko picture aa gaya</w:t>
      </w:r>
    </w:p>
    <w:p>
      <w:pPr>
        <w:jc w:val="right"/>
      </w:pPr>
      <w:r>
        <w:t>اپ ڈاکٹر کے پاس گئے اس نے اپ کو ایک مشین کے سامنے کھڑا کیا ایک سوئچ دوائی اور پلیٹ پر اپ کو پکچر ا گیا</w:t>
      </w:r>
    </w:p>
    <w:p>
      <w:r>
        <w:rPr>
          <w:b/>
        </w:rPr>
        <w:t xml:space="preserve">[2:17:25] </w:t>
      </w:r>
      <w:r>
        <w:t>ab yahan par dekhiye ke plate par picture kyun aaya to picture aaya kuch ek kuch rays nikli woh rays aap ki body se paar huin paar ho kar ke unhone wahan par us ko us ki tasveer bana di aap ke body andar ki</w:t>
      </w:r>
    </w:p>
    <w:p>
      <w:pPr>
        <w:jc w:val="right"/>
      </w:pPr>
      <w:r>
        <w:t>اب یہاں پر دیکھیے کہ پلیٹ پر پکچر کیوں ایا تو پکچر ایا کچھ ایک کچھ ریز نکلیں وہ ریز اپ کی باڈی سے پار ہوئیں پار ہو کر کے انہوں نے وہاں پر اس کو اس کی تصویر بنا دی اپ کے باڈی اندر کی</w:t>
      </w:r>
    </w:p>
    <w:p>
      <w:r>
        <w:rPr>
          <w:b/>
        </w:rPr>
        <w:t xml:space="preserve">[2:17:42] </w:t>
      </w:r>
      <w:r>
        <w:t>to aap kis cheez ko dekh rahe hain photo ko dekh rahe hain rays ko nahi dekh rahe hain jis ko hum x x rays kaha jata hai to us ko aap nahi dekh rahe hain to ek dekhne wali cheez se infer kar ke aap ne ek na dikhaye jaane wali cheez ko mana</w:t>
      </w:r>
    </w:p>
    <w:p>
      <w:pPr>
        <w:jc w:val="right"/>
      </w:pPr>
      <w:r>
        <w:t>تو اپ کس چیز کو دیکھ رہے ہیں فوٹو کو دیکھ رہے ہیں ریز کو نہیں دیکھ رہے ہیں جس کو ہم ایکس ایکس ریز کہا جاتا ہے تو اس کو اپ نہیں دیکھ رہے ہیں تو ایک دیکھنے والی چیز سے انفر کر کے اپ نے ایک نہ دکھائے جانے والی چیز کو مانا</w:t>
      </w:r>
    </w:p>
    <w:p>
      <w:r>
        <w:rPr>
          <w:b/>
        </w:rPr>
        <w:t xml:space="preserve">[2:18:01] </w:t>
      </w:r>
      <w:r>
        <w:t>yani ek seen world ko dekh kar ke unseen world ko mana kyunke woh woh jo woh jo picture hai woh to dikhai de rahi hai lekin rays dikhai nahi de rahi hain isi ko kehte hain inferential argument to goya ke ab inferential argument jo hai itna hi valid ho chuka hai jitna ke direct argument hota tha pehle yeh matlab tha mere kehne ka</w:t>
      </w:r>
    </w:p>
    <w:p>
      <w:pPr>
        <w:jc w:val="right"/>
      </w:pPr>
      <w:r>
        <w:t>یعنی ایک سین ورلڈ کو دیکھ کر کے ان سین ورلڈ کو مانا کیونکہ وہ وہ جو وہ جو پکچر ہے وہ تو دکھائی دے رہی ہے لیکن ریز دکھائی نہیں دے رہی ہیں اسی کو کہتے ہیں انفرینشل ارگیومنٹ تو گویا کہ اب انفرینشل ارگیومنٹ جو ہے اتنا ہی ویلڈ ہو چکا ہے جتنا کہ ڈائریکٹ ارگیومنٹ ہوتا تھا پہلے یہ مطلب تھا میرے کہنے کا</w:t>
      </w:r>
    </w:p>
    <w:p>
      <w:r>
        <w:rPr>
          <w:b/>
        </w:rPr>
        <w:t xml:space="preserve">[2:18:26] </w:t>
      </w:r>
      <w:r>
        <w:t>to woh us poori baat ko samajh gaya aur usi waqt us ne maan liya ke haan aap sahi keh rahe hain aur yeh argument jo hai in woh us par unhone bertrand russell par research kiya tha us argument ko valid mana hai bertrand russell ne bhi us ki kitaab hai why i am not a christian bertrand russell ki kitaab hai why i am not a christian jo</w:t>
      </w:r>
    </w:p>
    <w:p>
      <w:pPr>
        <w:jc w:val="right"/>
      </w:pPr>
      <w:r>
        <w:t>تو وہ اس پوری بات کو سمجھ گیا اور اسی وقت اس نے مان لیا کہ ہاں اپ صحیح کہہ رہے ہیں اور یہ ارگیومنٹ جو ہے ان وہ اس پر انہوں نے برٹن رسل پر ریسرچ کیا تھا اس ارگیومنٹ کو ویلڈ مانا ہے برٹن رسل نے بھی اس کی کتاب ہے وائی ائی ایم ناٹ ا کرسچن برٹن رسل کی کتاب ہے وائی ائی ایم ناٹ ا کرسچن جو</w:t>
      </w:r>
    </w:p>
    <w:p>
      <w:r>
        <w:rPr>
          <w:b/>
        </w:rPr>
        <w:t xml:space="preserve">[2:18:52] </w:t>
      </w:r>
      <w:r>
        <w:t>yani atheist tha waise lekin us argument ko woh keh raha hai ke yeh ek valid argument hai us ke word mein ke design se designer par daleel lana yeh hai ek valid argument yani where there is design there is designer where there is design there is</w:t>
      </w:r>
    </w:p>
    <w:p>
      <w:pPr>
        <w:jc w:val="right"/>
      </w:pPr>
      <w:r>
        <w:t>یعنی اتھیسٹ تھا ویسے لیکن اس ارگیومنٹ کو وہ کہہ رہا ہے کہ یہ ایک ویلڈ ارگیومنٹ ہے اس کے ورڈ میں کہ ڈیزائن سے ڈیزائنر پر دلیل لانا یہ ہے ایک ویلڈ ارگیومنٹ یعنی ویئر دیر از ڈیزائن دیر از ڈیزائنر ویئر دیر از ڈیزائن دیر از</w:t>
      </w:r>
    </w:p>
    <w:p>
      <w:r>
        <w:rPr>
          <w:b/>
        </w:rPr>
        <w:t xml:space="preserve">[2:19:16] </w:t>
      </w:r>
      <w:r>
        <w:t>designer to woh kehta hai woh us ki kitaab aap padh sakte hain woh woh jo hai human knowledge us mein yeh kehta hai ke science mein jitni bhi theories hain sab base karti hain un cheezon par jo dikhai nahi deti</w:t>
      </w:r>
    </w:p>
    <w:p>
      <w:pPr>
        <w:jc w:val="right"/>
      </w:pPr>
      <w:r>
        <w:t>ڈیزائنر تو وہ کہتا ہے وہ اس کی کتاب اپ پڑھ سکتے ہیں وہ وہ جو ہے ہیومن نالج اس میں یہ کہتا ہے کہ سائنس میں جتنی بھی تھیوریز ہیں سب بیس کرتی ہیں ان چیزوں پر جو دکھائی نہیں دیتی</w:t>
      </w:r>
    </w:p>
    <w:p>
      <w:r>
        <w:rPr>
          <w:b/>
        </w:rPr>
        <w:t xml:space="preserve">[2:19:35] </w:t>
      </w:r>
      <w:r>
        <w:t>to agar science mein aisa ho chuka hai ke</w:t>
      </w:r>
    </w:p>
    <w:p>
      <w:pPr>
        <w:jc w:val="right"/>
      </w:pPr>
      <w:r>
        <w:t>تو اگر سائنس میں ایسا ہو چکا ہے کہ</w:t>
      </w:r>
    </w:p>
    <w:p>
      <w:r>
        <w:rPr>
          <w:b/>
        </w:rPr>
        <w:t xml:space="preserve">[2:19:43] </w:t>
      </w:r>
      <w:r>
        <w:t>kuch effect ko dekh kar kuch effect ko dekh kar hum us se infer karte hain ke kuch aisi cheezein yahan ho sakti hain jo dikhai nahi deti hon to theek theek isi tarah se yeh argument bhi valid hai ke koi design ko dekh kar ke hum yeh farz karein ke ek designer yahan maujood hai jo dikhai nahi deta</w:t>
      </w:r>
    </w:p>
    <w:p>
      <w:pPr>
        <w:jc w:val="right"/>
      </w:pPr>
      <w:r>
        <w:t>کچھ ایفیکٹ کو دیکھ کر کچھ ایفیکٹ کو دیکھ کر ہم اس سے انفر کرتے ہیں کہ کچھ ایسی چیزیں یہاں ہو سکتی ہیں جو دکھائی نہیں دیتی ہوں تو ٹھیک اسی طریقے سے یہ ارگیومنٹ بھی ویلڈ ہے کہ کوئی ڈیزائن کو دیکھ کر کے ہم یہ فرض کریں کہ ایک ڈیزائنر یہاں موجود ہے جو دکھائی نہیں دیتا</w:t>
      </w:r>
    </w:p>
    <w:p>
      <w:r>
        <w:rPr>
          <w:b/>
        </w:rPr>
        <w:t xml:space="preserve">[2:20:04] </w:t>
      </w:r>
      <w:r>
        <w:t>invisible designer visible design ko dekh kar aap invisible designer ko par yaqeen kar sakte hain</w:t>
      </w:r>
    </w:p>
    <w:p>
      <w:pPr>
        <w:jc w:val="right"/>
      </w:pPr>
      <w:r>
        <w:t>ان ویزیبل ڈیزائنر ویزیبل ڈیزائن کو دیکھ کر اپ ان ویزیبل ڈیزائنر کو پر یقین کر سکتے ہیں</w:t>
      </w:r>
    </w:p>
    <w:p>
      <w:r>
        <w:rPr>
          <w:b/>
        </w:rPr>
        <w:t xml:space="preserve">[2:20:12] </w:t>
      </w:r>
      <w:r>
        <w:t>yeh to yeh bilkul scientific argument hai yeh where there is design there is designer to yeh baat</w:t>
      </w:r>
    </w:p>
    <w:p>
      <w:pPr>
        <w:jc w:val="right"/>
      </w:pPr>
      <w:r>
        <w:t>یہ تو یہ بالکل سائنٹیفک ارگیومنٹ ہے یہ ویئر دیر از ڈیزائن دیر از ڈیزائنر تو یہ بات</w:t>
      </w:r>
    </w:p>
    <w:p>
      <w:r>
        <w:rPr>
          <w:b/>
        </w:rPr>
        <w:t xml:space="preserve">[2:20:20] </w:t>
      </w:r>
      <w:r>
        <w:t>maine kahi thi doctor samiuallah sahib se to woh ek hi sentence mein baat ko samajh</w:t>
      </w:r>
    </w:p>
    <w:p>
      <w:pPr>
        <w:jc w:val="right"/>
      </w:pPr>
      <w:r>
        <w:t>میں نے کہی تھی ڈاکٹر سمیع اللہ صاحب سے تو وہ ایک ہی سینٹنس میں بات کو سمجھ</w:t>
      </w:r>
    </w:p>
    <w:p>
      <w:r>
        <w:rPr>
          <w:b/>
        </w:rPr>
        <w:t xml:space="preserve">[2:20:24] </w:t>
      </w:r>
      <w:r>
        <w:t>gaye to woh maine do misalein dein aap ko ke ek ek bareilly ke bsc</w:t>
      </w:r>
    </w:p>
    <w:p>
      <w:pPr>
        <w:jc w:val="right"/>
      </w:pPr>
      <w:r>
        <w:t>گئے تو وہ میں نے دو مثالیں دیں اپ کو کہ ایک ایک بریلی کے بی ایس سی</w:t>
      </w:r>
    </w:p>
    <w:p>
      <w:r>
        <w:rPr>
          <w:b/>
        </w:rPr>
        <w:t xml:space="preserve">[2:20:30] </w:t>
      </w:r>
      <w:r>
        <w:t>sahib jo the unhone kaha tha ke aap ki knowledge zyada hai to aap ne mujh ko</w:t>
      </w:r>
    </w:p>
    <w:p>
      <w:pPr>
        <w:jc w:val="right"/>
      </w:pPr>
      <w:r>
        <w:t>صاحب جو تھے انہوں نے کہا تھا کہ اپ کی نالج زیادہ ہے تو اپ نے مجھ کو</w:t>
      </w:r>
    </w:p>
    <w:p>
      <w:r>
        <w:rPr>
          <w:b/>
        </w:rPr>
        <w:t xml:space="preserve">[2:20:34] </w:t>
      </w:r>
      <w:r>
        <w:t>speechless bana diya jis ki knowledge aapse zyada hogi woh aap ko speechless bana de</w:t>
      </w:r>
    </w:p>
    <w:p>
      <w:pPr>
        <w:jc w:val="right"/>
      </w:pPr>
      <w:r>
        <w:t>اسپیچ لیس بنا دیا جس کی نالج اپ سے زیادہ ہوگی وہ اپ کو اسپیچ لیس بنا دے</w:t>
      </w:r>
    </w:p>
    <w:p>
      <w:r>
        <w:rPr>
          <w:b/>
        </w:rPr>
        <w:t xml:space="preserve">[2:20:37] </w:t>
      </w:r>
      <w:r>
        <w:t>ga yeh in sincere mind ki baat hai</w:t>
      </w:r>
    </w:p>
    <w:p>
      <w:pPr>
        <w:jc w:val="right"/>
      </w:pPr>
      <w:r>
        <w:t>گا یہ ان سینسیر مائنڈ کی بات ہے</w:t>
      </w:r>
    </w:p>
    <w:p>
      <w:r>
        <w:rPr>
          <w:b/>
        </w:rPr>
        <w:t xml:space="preserve">[2:20:41] </w:t>
      </w:r>
      <w:r>
        <w:t>yeh sincere mind ki baat nahi hai aur doosri misal maine di aap ko yani is ki doctor samiuallah ki woh ek sincere mind ki baat hai</w:t>
      </w:r>
    </w:p>
    <w:p>
      <w:pPr>
        <w:jc w:val="right"/>
      </w:pPr>
      <w:r>
        <w:t>یہ سینسیر مائنڈ کی بات نہیں ہے اور دوسری مثال میں نے دی اپ کو یعنی اس کی ڈاکٹر سمیع اللہ کی وہ ایک سینسیر مائنڈ کی بات ہے</w:t>
      </w:r>
    </w:p>
    <w:p>
      <w:r>
        <w:rPr>
          <w:b/>
        </w:rPr>
        <w:t xml:space="preserve">[2:20:55] </w:t>
      </w:r>
      <w:r>
        <w:t>to sincere hona zaroori hai sachai ko paane ke liye agar sincere sincerity na ho to impossible hai ke aap sachai ko paayein ki</w:t>
      </w:r>
    </w:p>
    <w:p>
      <w:pPr>
        <w:jc w:val="right"/>
      </w:pPr>
      <w:r>
        <w:t>تو سینسیر ہونا ضروری ہے سچائی کو پانے کے لیے اگر سینسیر سینسیرٹی نہ ہو تو امپاسیبل ہے کہ اپ سچائی کو پائیں کی</w:t>
      </w:r>
    </w:p>
    <w:p>
      <w:r>
        <w:rPr>
          <w:b/>
        </w:rPr>
        <w:t xml:space="preserve">[2:21:10] </w:t>
      </w:r>
      <w:r>
        <w:t>yunke koi bhi aap ke samne koi argument diya jayega aur aap ek koi na koi baat keh kar ke us ko reject kar denge</w:t>
      </w:r>
    </w:p>
    <w:p>
      <w:pPr>
        <w:jc w:val="right"/>
      </w:pPr>
      <w:r>
        <w:t>ونکہ کوئی بھی اپ کے سامنے کوئی ارگیومنٹ دیا جائے گا اور اپ ایک کوئی نہ کوئی بات کہہ کر کے اس کو ریجیکٹ کر دیں گے</w:t>
      </w:r>
    </w:p>
    <w:p>
      <w:r>
        <w:rPr>
          <w:b/>
        </w:rPr>
        <w:t xml:space="preserve">[2:21:18] </w:t>
      </w:r>
      <w:r>
        <w:t>jaise is jaise bareilly wale aadmi ne kaha</w:t>
      </w:r>
    </w:p>
    <w:p>
      <w:pPr>
        <w:jc w:val="right"/>
      </w:pPr>
      <w:r>
        <w:t>جیسے اس جیسے بریلی والے ادمی نے کہا</w:t>
      </w:r>
    </w:p>
    <w:p>
      <w:r>
        <w:rPr>
          <w:b/>
        </w:rPr>
        <w:t xml:space="preserve">[2:21:28] </w:t>
      </w:r>
      <w:r>
        <w:t>to</w:t>
      </w:r>
    </w:p>
    <w:p>
      <w:pPr>
        <w:jc w:val="right"/>
      </w:pPr>
      <w:r>
        <w:t>تو</w:t>
      </w:r>
    </w:p>
    <w:p>
      <w:r>
        <w:rPr>
          <w:b/>
        </w:rPr>
        <w:t xml:space="preserve">[2:21:40] </w:t>
      </w:r>
      <w:r>
        <w:t>germany mein ek philosopher tha is ka naam hai descartes</w:t>
      </w:r>
    </w:p>
    <w:p>
      <w:pPr>
        <w:jc w:val="right"/>
      </w:pPr>
      <w:r>
        <w:t>جرمنی میں ایک فلاسفر تھا اس کا نام ہے ڈیکارڈ</w:t>
      </w:r>
    </w:p>
    <w:p>
      <w:r>
        <w:rPr>
          <w:b/>
        </w:rPr>
        <w:t xml:space="preserve">[2:21:46] </w:t>
      </w:r>
      <w:r>
        <w:t>is zamane mein yeh behas thi yeh issue tha philosophy mein ke insan ka kya proof hai ke main hoon is ka kya proof hai yeh philosophy mein isi tarah ke issues chalte hain to ke insan exist karta hai is ka proof kya hai to descartes ne kaha ke i think therefore i exist</w:t>
      </w:r>
    </w:p>
    <w:p>
      <w:pPr>
        <w:jc w:val="right"/>
      </w:pPr>
      <w:r>
        <w:t>اس زمانے میں یہ بحث تھی یہ ایشو تھا فلاسفی میں کہ انسان کا کیا پروف ہے کہ میں ہوں اس کا کیا پروف ہے یہ فلاسفی میں اسی طرح کے ایشوز چلتے ہیں تو کہ انسان ایگزسٹ کرتا ہے اس کا پروف کیا ہے تو ڈیکارڈ نے کہا کہ ائی تھنک دیر فور ائی ایگزسٹ</w:t>
      </w:r>
    </w:p>
    <w:p>
      <w:r>
        <w:rPr>
          <w:b/>
        </w:rPr>
        <w:t xml:space="preserve">[2:22:13] </w:t>
      </w:r>
      <w:r>
        <w:t>yani main sochta hoon is liye main maujood hoon insan ek sochne wali thinking animal hai is liye is ka ek wajood hai to us ko us ne kaha ke i think therefore i exist to us ko le kar agar main yeh kahoon to is mein aap report nahi kar sakte us ko ke i exist therefore god exist ke mera wajood hai to god ka bhi wajood hai</w:t>
      </w:r>
    </w:p>
    <w:p>
      <w:pPr>
        <w:jc w:val="right"/>
      </w:pPr>
      <w:r>
        <w:t>یعنی میں سوچتا ہوں اس لیے میں موجود ہوں انسان ایک سوچنے والی تھنکنگ اینیمل ہے اس لیے اس کا ایک وجود ہے تو اس کو اس نے کہا کہ ائی تھنک دیر فور ائی ایگزسٹ تو اس کو لے کر اگر میں یہ کہوں تو اس میں اپ ریپورٹ نہیں کر سکتے اس کو کہ ائی ایگزسٹ دیر فور گاڈ ایگزسٹ کہ میرا وجود ہے تو گاڈ کا بھی وجود ہے</w:t>
      </w:r>
    </w:p>
    <w:p>
      <w:r>
        <w:rPr>
          <w:b/>
        </w:rPr>
        <w:t xml:space="preserve">[2:22:40] </w:t>
      </w:r>
      <w:r>
        <w:t>aakhir sawal yeh hai ke agar main maujood hoon ek aise insan ke taur par jo soche jo dekhe woh bole jo plan kare to aise ek insan ka wajood agar possible hai to khuda ka wajood possible kyun nahi hai to isi ko main kehta hoon ke i exist therefore god exist lekin yeh baat kaun manega jo sincere ho agar sincere na ho to us ko farz kyun hans dega us ke o</w:t>
      </w:r>
    </w:p>
    <w:p>
      <w:pPr>
        <w:jc w:val="right"/>
      </w:pPr>
      <w:r>
        <w:t>اخر سوال یہ ہے کہ اگر میں موجود ہوں ایک ایسے انسان کے طور پر جو سوچے جو دیکھے وہ بولے جو پلان کرے تو ایسے ایک انسان کا وجود اگر پاسیبل ہے تو خدا کا وجود پاسیبل کیوں نہیں ہے تو اسی کو میں کہتا ہوں کہ ائی ایگزسٹ دیر فور گاڈ ایگزسٹ لیکن یہ بات کون مانے گا جو سینسیر ہو اگر سینسیر نہ ہو تو اس کو فرض کیوں ہنس دے گا اس کے او</w:t>
      </w:r>
    </w:p>
    <w:p>
      <w:r>
        <w:rPr>
          <w:b/>
        </w:rPr>
        <w:t xml:space="preserve">[2:23:08] </w:t>
      </w:r>
      <w:r>
        <w:t>par to kisi bhi baat par hans sakte hain aap</w:t>
      </w:r>
    </w:p>
    <w:p>
      <w:pPr>
        <w:jc w:val="right"/>
      </w:pPr>
      <w:r>
        <w:t>پر تو کسی بھی بات پر ہنس سکتے ہیں اپ</w:t>
      </w:r>
    </w:p>
    <w:p>
      <w:r>
        <w:rPr>
          <w:b/>
        </w:rPr>
        <w:t xml:space="preserve">[2:23:13] </w:t>
      </w:r>
      <w:r>
        <w:t>mere nazdeek bilkul yeh scientific argument hai main ek baar aisa tha ke main wahan gaya malaysia</w:t>
      </w:r>
    </w:p>
    <w:p>
      <w:pPr>
        <w:jc w:val="right"/>
      </w:pPr>
      <w:r>
        <w:t>میرے نزدیک بالکل یہ سائنٹیفک ارگیومنٹ ہے میں ایک بار ایسا تھا کہ میں وہاں گیا ملیشیا</w:t>
      </w:r>
    </w:p>
    <w:p>
      <w:r>
        <w:rPr>
          <w:b/>
        </w:rPr>
        <w:t xml:space="preserve">[2:23:22] </w:t>
      </w:r>
      <w:r>
        <w:t>malaysia mein ek conference thi to ek bohat bara hotel tha is mein thi woh to hotel mein</w:t>
      </w:r>
    </w:p>
    <w:p>
      <w:pPr>
        <w:jc w:val="right"/>
      </w:pPr>
      <w:r>
        <w:t>ملیشیا میں ایک کانفرنس تھی تو ایک بہت بڑا ہوٹل تھا اس میں تھی وہ تو ہوٹل میں</w:t>
      </w:r>
    </w:p>
    <w:p>
      <w:r>
        <w:rPr>
          <w:b/>
        </w:rPr>
        <w:t xml:space="preserve">[2:23:31] </w:t>
      </w:r>
      <w:r>
        <w:t>ek bohat bara hall tha is hall ko woh chuki sare muslim the wahan par conference mein jo</w:t>
      </w:r>
    </w:p>
    <w:p>
      <w:pPr>
        <w:jc w:val="right"/>
      </w:pPr>
      <w:r>
        <w:t>ایک بہت بڑا ہال تھا اس ہال کو وہ چونکہ سارے مسلم تھے وہاں پر کانفرنس میں جو</w:t>
      </w:r>
    </w:p>
    <w:p>
      <w:r>
        <w:rPr>
          <w:b/>
        </w:rPr>
        <w:t xml:space="preserve">[2:23:37] </w:t>
      </w:r>
      <w:r>
        <w:t>aaye the</w:t>
      </w:r>
    </w:p>
    <w:p>
      <w:pPr>
        <w:jc w:val="right"/>
      </w:pPr>
      <w:r>
        <w:t>ائے تھے</w:t>
      </w:r>
    </w:p>
    <w:p>
      <w:r>
        <w:rPr>
          <w:b/>
        </w:rPr>
        <w:t xml:space="preserve">[2:23:39] </w:t>
      </w:r>
      <w:r>
        <w:t>to wahan par hall mein namaz ki rakha tha unhone ek roz raat ko main gaya to woh aadmi woh ek dam raat ko gaya to wahan ek aadmi ne dekha pada hua bahut bada hall ke andar ek aadmi to us ko dekhte hi maine kaha ke is universe mein jis tarah ek aadmi is hall mein maujood hai aise universe mein ek khuda hi maujood ho to is mein yani taajub ki kya baat hai</w:t>
      </w:r>
    </w:p>
    <w:p>
      <w:pPr>
        <w:jc w:val="right"/>
      </w:pPr>
      <w:r>
        <w:t>تو وہاں پر ہال میں نماز کی رکھا تھا انہوں نے ایک روز رات کو میں گیا تو وہ ادمی وہ ایک دم رات کو گیا تو وہاں ایک ادمی نے دیکھا پڑا ہوا بہت بڑا ہال کے اندر ایک ادمی تو اس کو دیکھتے ہی میں نے کہا کہ اس یونیورس میں جس طرح ایک ادمی اس ہال میں موجود ہے ایسے یونیورس میں ایک خدا ہی موجود ہو تو اس میں یعنی تعجب کی کیا بات ہے</w:t>
      </w:r>
    </w:p>
    <w:p>
      <w:r>
        <w:rPr>
          <w:b/>
        </w:rPr>
        <w:t xml:space="preserve">[2:24:05] </w:t>
      </w:r>
      <w:r>
        <w:t>agar ek insan itne bade hall mein exist kar raha hai to is universe mein khuda bhi exist kar sakta hai</w:t>
      </w:r>
    </w:p>
    <w:p>
      <w:pPr>
        <w:jc w:val="right"/>
      </w:pPr>
      <w:r>
        <w:t>اگر ایک انسان اتنے بڑے ہال میں ایگزسٹ کر رہا ہے تو اس یونیورس میں خدا بھی ایگزسٹ کر سکتا ہے</w:t>
      </w:r>
    </w:p>
    <w:p>
      <w:r>
        <w:rPr>
          <w:b/>
        </w:rPr>
        <w:t xml:space="preserve">[2:24:14] </w:t>
      </w:r>
      <w:r>
        <w:t>to main samajhta hoon ke sincerity shart hai condition hai sachai ko paane ke liye khuda ko paane ke liye baghair sincerity ke aap khuda ko pa nahi sakte aur khuda ko na paane ka matlab hai ke aap apni zindagi ki meaning ko nahi paaye aap apni zindagi ki meaning ko paane se aap mehroom reh gaye</w:t>
      </w:r>
    </w:p>
    <w:p>
      <w:pPr>
        <w:jc w:val="right"/>
      </w:pPr>
      <w:r>
        <w:t>تو میں سمجھتا ہوں کہ سنسیرٹی شرط ہے کنڈیشن ہے سچائی کو پانے کے لیے خدا کو پانے کے لیے بغیر سنسیرٹی کے اپ خدا کو پا نہیں سکتے اور خدا کو نہ پانے کا معنی ہے کہ اپ اپنی زندگی کی میننگ کو نہیں پائے اپ اپنی زندگی کی میننگ کو پانے سے اپ محروم رہ گئے</w:t>
      </w:r>
    </w:p>
    <w:p>
      <w:r>
        <w:rPr>
          <w:b/>
        </w:rPr>
        <w:t xml:space="preserve">[2:24:36] </w:t>
      </w:r>
      <w:r>
        <w:t>sincere baniye taake aap apni zindagi ko paayein taake aap khuda ko discover kar sakein</w:t>
      </w:r>
    </w:p>
    <w:p>
      <w:pPr>
        <w:jc w:val="right"/>
      </w:pPr>
      <w:r>
        <w:t>سینسیر بنیے تاکہ اپ اپنی زندگی کو پائیں تاکہ اپ خدا کو ڈسکور کر سکیں</w:t>
      </w:r>
    </w:p>
    <w:p>
      <w:r>
        <w:rPr>
          <w:b/>
        </w:rPr>
        <w:t xml:space="preserve">[2:24:55] </w:t>
      </w:r>
      <w:r>
        <w:t>maulana sahib aap ne abhi ah lecture ke dauran mein woh baat kahi hai jis mein ke main chahunga ke kuch clarification karein chunke isi ki wajah se bahut zyada confusion hai islam ke bare mein bhi aur political islam ke bare mein bhi</w:t>
      </w:r>
    </w:p>
    <w:p>
      <w:pPr>
        <w:jc w:val="right"/>
      </w:pPr>
      <w:r>
        <w:t>مولانا صاحب اپ نے ابھی اہ لیکچر کے دوران میں وہ بات کہی ہے جس میں کہ میں چاہوں گا کہ کچھ اپ کلیریفیکیشنز کریں چونکہ اسی کی وجہ سے بہت زیادہ کنفیوژن ہے اسلام کے بارے میں بھی اور پولیٹیکل اسلام کے بارے میں بھی</w:t>
      </w:r>
    </w:p>
    <w:p>
      <w:r>
        <w:rPr>
          <w:b/>
        </w:rPr>
        <w:t xml:space="preserve">[2:25:12] </w:t>
      </w:r>
      <w:r>
        <w:t>khaas kar ke aap ne ek ayat quran shareef ki padhi thi aur kaha ke logon ne allah ko ek political head aur political king bana diya hai aur isi se phir jaise maulana modoodi hain unhone political aspect of islam ke bare mein cheezein kahi</w:t>
      </w:r>
    </w:p>
    <w:p>
      <w:pPr>
        <w:jc w:val="right"/>
      </w:pPr>
      <w:r>
        <w:t>خاص کر کے اپ نے ایک ایت قران شریف کی پڑھی تھی اور کہا کہ لوگوں نے اللہ کو ایک پولیٹیکل ہیڈ اور پولیٹیکل کنگ بنا دیا ہے اور اسی سے پھر جیسے مولانا مودودی ہیں انہوں نے پولیٹیکل ایسپیکٹ اف اسلام کے بارے میں چیزیں کہیں</w:t>
      </w:r>
    </w:p>
    <w:p>
      <w:r>
        <w:rPr>
          <w:b/>
        </w:rPr>
        <w:t xml:space="preserve">[2:25:29] </w:t>
      </w:r>
      <w:r>
        <w:t>to main aapse yeh poochna chahta hoon sawal hamara yeh hai ke woh kaun si ayat hai aur kis bana par in logon ne allah ko political head bana diya aur islam ko sirf islam ka political aspect hi logon ke samne rakha aur isi ko center bana diya ke allah is a king aur political head</w:t>
      </w:r>
    </w:p>
    <w:p>
      <w:pPr>
        <w:jc w:val="right"/>
      </w:pPr>
      <w:r>
        <w:t>تو میں اپ سے یہ پوچھنا چاہتا ہوں سوال ہمارا یہ ہے کہ وہ کون سی ایت ہے اور کس بنا پر ان لوگوں نے اللہ کو پولیٹیکل ہیڈ بنا دیا اور اسلام کو صرف اسلام کا پولیٹیکل ایسپیکٹ ہی لوگوں کے سامنے رکھا اور اسی کو سینٹر بنا دیا کہ اللہ از ا کنگ اور پولیٹیکل ہیڈ</w:t>
      </w:r>
    </w:p>
    <w:p>
      <w:r>
        <w:rPr>
          <w:b/>
        </w:rPr>
        <w:t xml:space="preserve">[2:25:53] </w:t>
      </w:r>
      <w:r>
        <w:t>dekhie yeh ek</w:t>
      </w:r>
    </w:p>
    <w:p>
      <w:pPr>
        <w:jc w:val="right"/>
      </w:pPr>
      <w:r>
        <w:t>دیکھیے یہ ایک</w:t>
      </w:r>
    </w:p>
    <w:p>
      <w:r>
        <w:rPr>
          <w:b/>
        </w:rPr>
        <w:t xml:space="preserve">[2:25:56] </w:t>
      </w:r>
      <w:r>
        <w:t>universal phenomenon hai ke har religion mein distortion hua hai</w:t>
      </w:r>
    </w:p>
    <w:p>
      <w:pPr>
        <w:jc w:val="right"/>
      </w:pPr>
      <w:r>
        <w:t>یونیورسل فیناومینا ہے کہ ہر ریلیجن میں ڈسٹارشن ہوا ہے</w:t>
      </w:r>
    </w:p>
    <w:p>
      <w:r>
        <w:rPr>
          <w:b/>
        </w:rPr>
        <w:t xml:space="preserve">[2:26:07] </w:t>
      </w:r>
      <w:r>
        <w:t>main yeh keh sakta hoon ke at present har religion apne distorted form mein hai pure form mein nahi hai including islam including islam jab main bolta hoon to mera matlab hota hai muslim islam yani agar aap doosre mazhabon ko lein aur musalmanon mein jo prevalent prevalent islam hai us ko lein</w:t>
      </w:r>
    </w:p>
    <w:p>
      <w:pPr>
        <w:jc w:val="right"/>
      </w:pPr>
      <w:r>
        <w:t>میں یہ کہہ سکتا ہوں کہ ایٹ پریزنٹ ہر ریلیجن اپنے ڈسٹارٹڈ فارم میں ہے پیور فارم میں نہیں ہے انکلوڈنگ اسلام انکلوڈنگ اسلام جب میں بولتا ہوں تو میرا مطلب ہوتا ہے مسلم اسلام یعنی اگر اپ دوسرے مذہبوں کو لیں اور مسلمانوں میں جو پریوینٹ پریولینٹ اسلام ہے اس کو لیں</w:t>
      </w:r>
    </w:p>
    <w:p>
      <w:r>
        <w:rPr>
          <w:b/>
        </w:rPr>
        <w:t xml:space="preserve">[2:26:35] </w:t>
      </w:r>
      <w:r>
        <w:t>to main samajhta hoon ke har jagah distorted form milega religion ka yeh main koi nayi baat nahi keh raha hoon</w:t>
      </w:r>
    </w:p>
    <w:p>
      <w:pPr>
        <w:jc w:val="right"/>
      </w:pPr>
      <w:r>
        <w:t>تو میں سمجھتا ہوں کہ ہر جگہ ڈسٹارٹڈ فارم ملے گا ریلیجن کا یہ میں کوئی نئی بات نہیں کہہ رہا ہوں</w:t>
      </w:r>
    </w:p>
    <w:p>
      <w:r>
        <w:rPr>
          <w:b/>
        </w:rPr>
        <w:t xml:space="preserve">[2:26:45] </w:t>
      </w:r>
      <w:r>
        <w:t>hadis mein aata hai ke latatba'un sunan man kan qablakum</w:t>
      </w:r>
    </w:p>
    <w:p>
      <w:pPr>
        <w:jc w:val="right"/>
      </w:pPr>
      <w:r>
        <w:t>حدیث میں اتا ہے کہ لتتبعون سنن من کان قبلکم</w:t>
      </w:r>
    </w:p>
    <w:p>
      <w:r>
        <w:rPr>
          <w:b/>
        </w:rPr>
        <w:t xml:space="preserve">[2:26:52] </w:t>
      </w:r>
      <w:r>
        <w:t>shibr shibr wa zuram badharain</w:t>
      </w:r>
    </w:p>
    <w:p>
      <w:pPr>
        <w:jc w:val="right"/>
      </w:pPr>
      <w:r>
        <w:t>شبر بشبر وزرام بذرائن</w:t>
      </w:r>
    </w:p>
    <w:p>
      <w:r>
        <w:rPr>
          <w:b/>
        </w:rPr>
        <w:t xml:space="preserve">[2:26:57] </w:t>
      </w:r>
      <w:r>
        <w:t>yani rasool Allah sal Allah alaihi wasallam ne paighambar-e-Islam ne apne</w:t>
      </w:r>
    </w:p>
    <w:p>
      <w:pPr>
        <w:jc w:val="right"/>
      </w:pPr>
      <w:r>
        <w:t>یعنی رسول اللہ صلی اللہ علیہ وسلم نے پیغمبر اسلام نے اپنے</w:t>
      </w:r>
    </w:p>
    <w:p>
      <w:r>
        <w:rPr>
          <w:b/>
        </w:rPr>
        <w:t xml:space="preserve">[2:27:03] </w:t>
      </w:r>
      <w:r>
        <w:t>apni ummat ko kaha</w:t>
      </w:r>
    </w:p>
    <w:p>
      <w:pPr>
        <w:jc w:val="right"/>
      </w:pPr>
      <w:r>
        <w:t>اپنی امت کو کہا</w:t>
      </w:r>
    </w:p>
    <w:p>
      <w:r>
        <w:rPr>
          <w:b/>
        </w:rPr>
        <w:t xml:space="preserve">[2:27:06] </w:t>
      </w:r>
      <w:r>
        <w:t>ke jis tarah pichhle religious group</w:t>
      </w:r>
    </w:p>
    <w:p>
      <w:pPr>
        <w:jc w:val="right"/>
      </w:pPr>
      <w:r>
        <w:t>کہ جس طرح پچھلے ریلیجس گروپ</w:t>
      </w:r>
    </w:p>
    <w:p>
      <w:r>
        <w:rPr>
          <w:b/>
        </w:rPr>
        <w:t xml:space="preserve">[2:27:12] </w:t>
      </w:r>
      <w:r>
        <w:t>نے اپنے مذہب کو distort کیا تم بھی اپنے مذہب کو distort کرو گے تو</w:t>
      </w:r>
    </w:p>
    <w:p>
      <w:pPr>
        <w:jc w:val="right"/>
      </w:pPr>
      <w:r>
        <w:t>نے اپنے مذہب کو ڈسٹارٹ کیا تم بھی اپنے مذہب کو ڈسٹارٹ کرو گے ٹ</w:t>
      </w:r>
    </w:p>
    <w:p>
      <w:r>
        <w:rPr>
          <w:b/>
        </w:rPr>
        <w:t xml:space="preserve">[2:27:21] </w:t>
      </w:r>
      <w:r>
        <w:t>heek waise hi jaisa ke unhone kiya tha to main baqayda hosh o hawass yeh keh raha hoon ke yeh hadith aaj puri tarah se waqea ban chuki hai</w:t>
      </w:r>
    </w:p>
    <w:p>
      <w:pPr>
        <w:jc w:val="right"/>
      </w:pPr>
      <w:r>
        <w:t>ھیک ویسے ہی جیسا کہ انہوں نے کیا تھا تو میں باقاعدہ ہوش و حواس یہ کہہ رہا ہوں کہ یہ حدیث اج پوری طرح سے واقعہ بن چکی ہے</w:t>
      </w:r>
    </w:p>
    <w:p>
      <w:r>
        <w:rPr>
          <w:b/>
        </w:rPr>
        <w:t xml:space="preserve">[2:27:35] </w:t>
      </w:r>
      <w:r>
        <w:t>yeh distortion kaise hota hai woh hota hai wrong interpretation se</w:t>
      </w:r>
    </w:p>
    <w:p>
      <w:pPr>
        <w:jc w:val="right"/>
      </w:pPr>
      <w:r>
        <w:t>یہ ڈسٹارشن کیسے ہوتا ہے وہ ہوتا ہے رانگ انٹرپریٹیشن سے</w:t>
      </w:r>
    </w:p>
    <w:p>
      <w:r>
        <w:rPr>
          <w:b/>
        </w:rPr>
        <w:t xml:space="preserve">[2:27:45] </w:t>
      </w:r>
      <w:r>
        <w:t>pichhle mazhabon mein jaise ke maine aap ko zartusht ki misaal di ke jo baat kahi gayi thi insaan aur satan ke baare mein us ko unhon ne god aur satan ke baare mein le liya us se distortion hua yaani un ke haan jo yeh nazariya hai ke</w:t>
      </w:r>
    </w:p>
    <w:p>
      <w:pPr>
        <w:jc w:val="right"/>
      </w:pPr>
      <w:r>
        <w:t>پچھلے مذہبوں میں جیسے کہ میں نے اپ کو زرتشت کی مثال دی کہ جو بات کہی گئی تھی انسان اور سیٹن کے بارے میں اس کو انہوں نے گاڈ اور سیٹن کے بارے میں لے لیا اس سے ڈسٹارشن ہوا یعنی ان کے ہاں جو یہ نظریہ ہے کہ</w:t>
      </w:r>
    </w:p>
    <w:p>
      <w:r>
        <w:rPr>
          <w:b/>
        </w:rPr>
        <w:t xml:space="preserve">[2:28:05] </w:t>
      </w:r>
      <w:r>
        <w:t>ke the world is a battleground between god and satan</w:t>
      </w:r>
    </w:p>
    <w:p>
      <w:pPr>
        <w:jc w:val="right"/>
      </w:pPr>
      <w:r>
        <w:t>کہ دا ورلڈ از اے بیٹل گراؤنڈ بٹوین گاڈ اینڈ سیٹن</w:t>
      </w:r>
    </w:p>
    <w:p>
      <w:r>
        <w:rPr>
          <w:b/>
        </w:rPr>
        <w:t xml:space="preserve">[2:28:12] </w:t>
      </w:r>
      <w:r>
        <w:t>both are perpetually at war yeh kya hai distortion hai perpetually at war jo hai woh insaan aur satan hai khuda aur satan nahi hai yahi kaam is walon ne kiya misaal ke taur par dekhiye waseelay ka jo concept tha islam mein us ko distort kar ke unhon ne shirk ko islam mein dakhil kar liya</w:t>
      </w:r>
    </w:p>
    <w:p>
      <w:pPr>
        <w:jc w:val="right"/>
      </w:pPr>
      <w:r>
        <w:t>بوتھ ار پرپیچولی ایٹ وار یہ کیا ہے ڈسٹارشن ہے پرپیچولی ایٹ وار جو ہے وہ انسان اور سیٹن ہے خدا اور سیٹن نہیں ہے یہی کام اس والوں نے کیا مثال کے طور پر دیکھیے وسیلے کا جو کانسیپٹ تھا اسلام میں اس کو ڈسٹارٹ کر کے انہوں نے شرک کو اسلام میں داخل کر لیا</w:t>
      </w:r>
    </w:p>
    <w:p>
      <w:r>
        <w:rPr>
          <w:b/>
        </w:rPr>
        <w:t xml:space="preserve">[2:28:39] </w:t>
      </w:r>
      <w:r>
        <w:t>aap jante hain ke musalmanon mein ke majority qabron mein jati hai majority dargahon mein jati hai qabron mein jati hai yeh bilashuba yeh islam ke khilaaf hai kyunke khuda ke siwa kisi aur ko yeh samajhna ke woh kuch kar sakta hai kisi aur se murad mangna ya kisi ko khuda aur apne beech mein ek beech ka manna yeh bhi sab ka sab gumrahi hai</w:t>
      </w:r>
    </w:p>
    <w:p>
      <w:pPr>
        <w:jc w:val="right"/>
      </w:pPr>
      <w:r>
        <w:t>اپ جانتے ہیں کہ مسلمانوں میں کہ میجورٹی قبروں میں جاتی ہے میجورٹی درگاہوں میں جاتی ہے قبروں میں جاتی ہے یہ بلاشبہ یہ اسلام کے خلاف ہے کیونکہ خدا کے سوا کسی اور کو یہ سمجھنا کہ وہ کچھ کر سکتا ہے کسی اور سے مراد مانگنا یا کسی کو خدا اور اپنے بیچ میں ایک بیچ کا ماننا یہ بھی سب کا سب گمراہی ہے</w:t>
      </w:r>
    </w:p>
    <w:p>
      <w:r>
        <w:rPr>
          <w:b/>
        </w:rPr>
        <w:t xml:space="preserve">[2:29:09] </w:t>
      </w:r>
      <w:r>
        <w:t>to waseela ek word tha quran mein us ko galat matlab bana kar ke unhon ne nikala ke hum to khuda tak nahi pahunch sakte is liye woh jo qabr mein soya hua hai aadmi woh us ko hum waseela banayenge us ke zariye hum khuda tak pahunchenge yeh sab jhoota islam hai yeh sab kaise bana aayaton ko galat interpretation de kar ke isi tarah political islam jo hai kuch aayaton ka galat maani pehnaya maine is par detail mein likha hai apni kuch kitaab</w:t>
      </w:r>
    </w:p>
    <w:p>
      <w:pPr>
        <w:jc w:val="right"/>
      </w:pPr>
      <w:r>
        <w:t>تو وسیلہ ایک ورڈ تھا قران میں اس کو غلط مطلب بنا کر کے انہوں نے نکالا کہ ہم تو خدا تک نہیں پہنچ سکتے اس لیے وہ جو قبر میں سویا ہوا ہے ادمی وہ اس کو ہم وسیلہ بنائیں گے اس کے ذریعے ہم خدا تک پہنچیں گے یہ سب جھوٹا اسلام ہے یہ سب کیسے بنا ایتوں کو غلط انٹرپریشن دے کر کے اسی طرح پولیٹیکل اسلام جو ہے کچھ ایتوں کا غلط معنی پہنایا میں نے اس پر ڈیٹیل میں لکھا ہے اپنی کچھ کتاب</w:t>
      </w:r>
    </w:p>
    <w:p>
      <w:r>
        <w:rPr>
          <w:b/>
        </w:rPr>
        <w:t xml:space="preserve">[2:29:39] </w:t>
      </w:r>
      <w:r>
        <w:t>on mein misaal ke taur par taabeeri ghalati deen o shariyat waghera mein us ki ek misaal maine aaj koi di aap ko ke quran mein hai ke warabbaka fakabbir apne rab ki badai kar apne rab ki glory bayan kar is ka galat translation kiya gaya</w:t>
      </w:r>
    </w:p>
    <w:p>
      <w:pPr>
        <w:jc w:val="right"/>
      </w:pPr>
      <w:r>
        <w:t>وں میں مثال کے طور پر تعبیری غلطی دین و شریعت وغیرہ میں اس کی ایک مثال میں نے اج کوئی دی اپ کو کہ قران میں ہے کہ وربک فکبر اپنے رب کی بڑائی کر اپنے رب کی گلوری بیان کر اس کا غلط ٹرانسلیشن کیا گیا</w:t>
      </w:r>
    </w:p>
    <w:p>
      <w:r>
        <w:rPr>
          <w:b/>
        </w:rPr>
        <w:t xml:space="preserve">[2:29:58] </w:t>
      </w:r>
      <w:r>
        <w:t>apne rab ko bada kar yeh kaha gaya ke khuda ki jo sovereignty hai har jagah qaim hai saare universe mein ek space ek spot aisa hai jahan khuda ki sovereignty qaim nahi hai woh human world hai political field mein to insaan is zameen par politically sovereign ban kar ke rule karta hai wahan par insaan ko hatao aur khuda ko</w:t>
      </w:r>
    </w:p>
    <w:p>
      <w:pPr>
        <w:jc w:val="right"/>
      </w:pPr>
      <w:r>
        <w:t>اپنے رب کو بڑا کر یہ کہا گیا کہ خدا کی جو سورنٹی ہے ہر جگہ قائم ہے سارے یونیورس میں ایک سپیس ایک سپاٹ ایسا ہے جہاں خدا کی سورنٹی قائم نہیں ہے وہ ہیومن ورلڈ ہے پولیٹیکل فیلڈ میں تو انسان اس زمین پر پولیٹیکلی سورن بن کر کے رول کرتا ہے وہاں پر انسان کو ہٹاؤ اور خدا کو</w:t>
      </w:r>
    </w:p>
    <w:p>
      <w:r>
        <w:rPr>
          <w:b/>
        </w:rPr>
        <w:t xml:space="preserve">[2:30:25] </w:t>
      </w:r>
      <w:r>
        <w:t>bithao kitni ridiculous baat hai kya khuda ko la kar aap bithayenge is ke ye south block mein ya white house mein ya ten downing street mein kya matlab is ka hai ke khuda ko layenge aasman se utar kar ke aur ten downing street mein bithayenge white house mein bithayenge ya south block mein bithayenge</w:t>
      </w:r>
    </w:p>
    <w:p>
      <w:pPr>
        <w:jc w:val="right"/>
      </w:pPr>
      <w:r>
        <w:t>بٹھاؤ کتنی ریڈیکولس بات ہے کیا خدا کو لا کر اپ بٹھائیں گے اس کے یہ ساؤتھ بلاک میں یا وائٹ ہاؤس میں یا ٹن ڈاؤننگ اسٹریٹ میں کیا مطلب اس کا ہے کہ خدا کو لائیں گے اسمان سے اتار کر کے اور ٹن ڈاؤننگ اسٹریٹ میں بٹھائیں گے وائٹ ہاؤس میں بٹھائیں گے یا ساؤتھ بلاک میں بٹھائیں گ</w:t>
      </w:r>
    </w:p>
    <w:p>
      <w:r>
        <w:rPr>
          <w:b/>
        </w:rPr>
        <w:t xml:space="preserve">[2:30:51] </w:t>
      </w:r>
      <w:r>
        <w:t>bilkul ahmaqana baat hai yeh lekin galat translation kar ke warabbaka fakabbir ka tarjuma kiya gaya aur apne rab ko bada kar bada kar maani political sense mein bada kar yeh hai distortion</w:t>
      </w:r>
    </w:p>
    <w:p>
      <w:pPr>
        <w:jc w:val="right"/>
      </w:pPr>
      <w:r>
        <w:t>ے بالکل احمقانہ بات ہے یہ لیکن غلط ٹرانسلیشن کر کے وربک فکبر کا ترجمہ کیا گیا اور اپنے رب کو بڑا کر بڑا کر معنی پولیٹیکل سینس میں بڑا کر یہ ہے ڈسٹارشن</w:t>
      </w:r>
    </w:p>
    <w:p>
      <w:r>
        <w:rPr>
          <w:b/>
        </w:rPr>
        <w:t xml:space="preserve">[2:31:08] </w:t>
      </w:r>
      <w:r>
        <w:t>to aaj ka jo islam aaj musalmanon mein jo islam hai woh isi tarah distorted form hai islam ka jis tarah se doosre mazhabon mein</w:t>
      </w:r>
    </w:p>
    <w:p>
      <w:pPr>
        <w:jc w:val="right"/>
      </w:pPr>
      <w:r>
        <w:t>تو اج کا جو اسلام اج مسلمانوں میں جو اسلام ہے وہ اسی طرح ڈسٹارٹڈ فارم ہے اسلام کا جس طرح سے دوسرے مذہبوں میں</w:t>
      </w:r>
    </w:p>
    <w:p>
      <w:r>
        <w:rPr>
          <w:b/>
        </w:rPr>
        <w:t xml:space="preserve">[2:31:17] </w:t>
      </w:r>
      <w:r>
        <w:t>isi liye main yeh kaha karta hoon ke you have to differentiate between Islam and Muslims</w:t>
      </w:r>
    </w:p>
    <w:p>
      <w:pPr>
        <w:jc w:val="right"/>
      </w:pPr>
      <w:r>
        <w:t>اسی لیے میں یہ کہا کرتا ہوں کہ یو ہیو ٹو ڈیفرنشیٹ بٹوین اسلام اینڈ مسلمز</w:t>
      </w:r>
    </w:p>
    <w:p>
      <w:r>
        <w:rPr>
          <w:b/>
        </w:rPr>
        <w:t xml:space="preserve">[2:31:23] </w:t>
      </w:r>
      <w:r>
        <w:t>to main jis Islam ko advocate hoon woh sirf woh Islam hai jo Quran o Hadis mein hai</w:t>
      </w:r>
    </w:p>
    <w:p>
      <w:pPr>
        <w:jc w:val="right"/>
      </w:pPr>
      <w:r>
        <w:t>تو میں جس اسلام کو ایڈوکیٹ ہوں وہ صرف وہ اسلام ہے جو قران و حدیث میں ہے</w:t>
      </w:r>
    </w:p>
    <w:p>
      <w:r>
        <w:rPr>
          <w:b/>
        </w:rPr>
        <w:t xml:space="preserve">[2:31:29] </w:t>
      </w:r>
      <w:r>
        <w:t>musalmanon mein jo Islam chal raha hai us ka us ki advocacy main nahin karta</w:t>
      </w:r>
    </w:p>
    <w:p>
      <w:pPr>
        <w:jc w:val="right"/>
      </w:pPr>
      <w:r>
        <w:t>مسلمانوں میں جو اسلام چل رہا ہے اس کا اس کی ایڈوکیسی میں نہیں کرتا</w:t>
      </w:r>
    </w:p>
    <w:p>
      <w:r>
        <w:rPr>
          <w:b/>
        </w:rPr>
        <w:t xml:space="preserve">[2:31:35] </w:t>
      </w:r>
      <w:r>
        <w:t>Maulana sahib you quoted a hadith man lam nashkar al-nas lam nashkar Allah so why is that al-nas</w:t>
      </w:r>
    </w:p>
    <w:p>
      <w:pPr>
        <w:jc w:val="right"/>
      </w:pPr>
      <w:r>
        <w:t>مولانا صاحب یو کوٹڈ ا حدیث من لم نشکر الناس لم نشکر اللہ سو وائی از دیٹ الناس</w:t>
      </w:r>
    </w:p>
    <w:p>
      <w:r>
        <w:rPr>
          <w:b/>
        </w:rPr>
        <w:t xml:space="preserve">[2:31:43] </w:t>
      </w:r>
      <w:r>
        <w:t>the people are mentioned first and Allah is mentioned later</w:t>
      </w:r>
    </w:p>
    <w:p>
      <w:pPr>
        <w:jc w:val="right"/>
      </w:pPr>
      <w:r>
        <w:t>دا پیپل ار مینشنڈ فرسٹ اینڈ اللہ از مینشنڈ لیٹر</w:t>
      </w:r>
    </w:p>
    <w:p>
      <w:r>
        <w:rPr>
          <w:b/>
        </w:rPr>
        <w:t xml:space="preserve">[2:31:50] </w:t>
      </w:r>
      <w:r>
        <w:t>hmm bahut achha question hai</w:t>
      </w:r>
    </w:p>
    <w:p>
      <w:pPr>
        <w:jc w:val="right"/>
      </w:pPr>
      <w:r>
        <w:t>ہمم بہت اچھا کوئسچن ہے</w:t>
      </w:r>
    </w:p>
    <w:p>
      <w:r>
        <w:rPr>
          <w:b/>
        </w:rPr>
        <w:t xml:space="preserve">[2:31:57] </w:t>
      </w:r>
      <w:r>
        <w:t>dekhiye apni daily life mein hum jis cheez ka experience karte hain woh insaanon hi ke lehaz se shukr ka maamla hai khuda to hamare saamne hai nahi khuda hamare saamne aayega yaani day of judgement mein maut ke baad</w:t>
      </w:r>
    </w:p>
    <w:p>
      <w:pPr>
        <w:jc w:val="right"/>
      </w:pPr>
      <w:r>
        <w:t>دیکھیے اپنی ڈیلی لائف میں ہم جس چیز کا ایکسپیرینس کرتے ہیں وہ انسانوں ہی کے لحاظ سے شکر کا معاملہ ہے خدا تو ہمارے سامنے ہے نہیں خدا ہمارے سامنے ائے گا یعنی ڈے اف ججمنٹ میں موت کے بعد</w:t>
      </w:r>
    </w:p>
    <w:p>
      <w:r>
        <w:rPr>
          <w:b/>
        </w:rPr>
        <w:t xml:space="preserve">[2:32:16] </w:t>
      </w:r>
      <w:r>
        <w:t>pre death period mein daily life mein jis ka hum experience karte hain woh wahi shukr hai jo insaanon ke beech mein saamne aata hai woh hum dekhte hain daily life mein dekhte hain is ka matlab yeh hai ke spirit shukr ki ya spirit acknowledge karne ke liye agar hogi to dono jagah zahir hogi is mein jo focus hai woh spirit par hai</w:t>
      </w:r>
    </w:p>
    <w:p>
      <w:pPr>
        <w:jc w:val="right"/>
      </w:pPr>
      <w:r>
        <w:t>پری ڈیتھ پیریڈ میں ڈیلی لائف میں جس کا ہم ایکسپیرینس کرتے ہیں وہ وہی شکر ہے جو انسانوں کے بیچ میں سامنے اتا ہے وہ ہم دیکھتے ہیں ڈیلی لائف میں دیکھتے ہیں اس کا مطلب یہ ہے کہ اسپرٹ شکر کی یا اسپرٹ اکنالج کرنے کے لیے اگر ہوگی تو دونوں جگہ ظاہر ہوگی اس میں جو فیسس ہے وہ اسپرٹ پر ہے</w:t>
      </w:r>
    </w:p>
    <w:p>
      <w:r>
        <w:rPr>
          <w:b/>
        </w:rPr>
        <w:t xml:space="preserve">[2:32:39] </w:t>
      </w:r>
      <w:r>
        <w:t>yani acknowledge karne ki spirit agar hai to Khuda ke muamle mein bhi woh zahir hogi aur insan</w:t>
      </w:r>
    </w:p>
    <w:p>
      <w:pPr>
        <w:jc w:val="right"/>
      </w:pPr>
      <w:r>
        <w:t>یعنی اکنالج کرنے کی اسپرٹ اگر ہے تو خدا کے معاملے میں بھی وہ ظاہر ہوگی اور انسان</w:t>
      </w:r>
    </w:p>
    <w:p>
      <w:r>
        <w:rPr>
          <w:b/>
        </w:rPr>
        <w:t xml:space="preserve">[2:32:45] </w:t>
      </w:r>
      <w:r>
        <w:t>ke muamle mein bhi zahir hogi yeh impossible hai ke spirit aap ke andar ho aur woh idhar</w:t>
      </w:r>
    </w:p>
    <w:p>
      <w:pPr>
        <w:jc w:val="right"/>
      </w:pPr>
      <w:r>
        <w:t>کے معاملے میں بھی ظاہر ہوگی یہ امپاسیبل ہے کہ اسپرٹ اپ کے اندر ہو اور وہ ادھر</w:t>
      </w:r>
    </w:p>
    <w:p>
      <w:r>
        <w:rPr>
          <w:b/>
        </w:rPr>
        <w:t xml:space="preserve">[2:32:53] </w:t>
      </w:r>
      <w:r>
        <w:t>to zahir ho idhar zahir na ho impossible hai</w:t>
      </w:r>
    </w:p>
    <w:p>
      <w:pPr>
        <w:jc w:val="right"/>
      </w:pPr>
      <w:r>
        <w:t>تو ظاہر ہو ادھر ظاہر نہ ہو امپاسیبل ہے</w:t>
      </w:r>
    </w:p>
    <w:p>
      <w:r>
        <w:rPr>
          <w:b/>
        </w:rPr>
        <w:t xml:space="preserve">[2:33:00] </w:t>
      </w:r>
      <w:r>
        <w:t>to matlab yeh hai ke asal jo acknowledge karne ka jo asal jo sab se bada jo test</w:t>
      </w:r>
    </w:p>
    <w:p>
      <w:pPr>
        <w:jc w:val="right"/>
      </w:pPr>
      <w:r>
        <w:t>تو مطلب یہ ہے کہ اصل جو اکنالج کرنے کا جو اصل جو سب سے بڑا جو ٹیسٹ</w:t>
      </w:r>
    </w:p>
    <w:p>
      <w:r>
        <w:rPr>
          <w:b/>
        </w:rPr>
        <w:t xml:space="preserve">[2:33:06] </w:t>
      </w:r>
      <w:r>
        <w:t>hai woh to Khudaai ke bare mein hai</w:t>
      </w:r>
    </w:p>
    <w:p>
      <w:pPr>
        <w:jc w:val="right"/>
      </w:pPr>
      <w:r>
        <w:t>ہے وہ تو خدائی کے بارے میں ہے</w:t>
      </w:r>
    </w:p>
    <w:p>
      <w:r>
        <w:rPr>
          <w:b/>
        </w:rPr>
        <w:t xml:space="preserve">[2:33:09] </w:t>
      </w:r>
      <w:r>
        <w:t>lekin</w:t>
      </w:r>
    </w:p>
    <w:p>
      <w:pPr>
        <w:jc w:val="right"/>
      </w:pPr>
      <w:r>
        <w:t>لیکن</w:t>
      </w:r>
    </w:p>
    <w:p>
      <w:r>
        <w:rPr>
          <w:b/>
        </w:rPr>
        <w:t xml:space="preserve">[2:33:10] </w:t>
      </w:r>
      <w:r>
        <w:t>is worldly life mein dekha jata hai ke duniya mein aap insaanon ke maamle mein aap ne acknowledge kiya ya nahi kiya agar aap insaanon ke maamle mein acknowledge nahi kar rahe hain to yeh is baat ko ka proof hai ke aap ke andar spirit shukr ki hai nahi jab shukr ki hai nahi to agar aap kehte hain alhamdulillah to woh aap left service hai</w:t>
      </w:r>
    </w:p>
    <w:p>
      <w:pPr>
        <w:jc w:val="right"/>
      </w:pPr>
      <w:r>
        <w:t>اس ورلڈلی لائف میں دیکھا جاتا ہے کہ دنیا میں اپ انسانوں کے معاملے میں اپ نے اکنالج کیا یا نہیں کیا اگر اپ انسانوں کے معاملے میں اکنالج نہیں کر رہے ہیں تو یہ اس بات کو کا پروف ہے کہ اپ کے اندر اسپرٹ شکر کی ہے نہیں جب شکر کی ہے نہیں تو اگر اپ کہتے ہیں الحمدللہ تو وہ اپ لف سروس ہے</w:t>
      </w:r>
    </w:p>
    <w:p>
      <w:r>
        <w:rPr>
          <w:b/>
        </w:rPr>
        <w:t xml:space="preserve">[2:33:38] </w:t>
      </w:r>
      <w:r>
        <w:t>insaanon ke maamle mein agar aap un ko acknowledge na kar rahe hon un ke jo kuch aap ke saath karein woh aur phir aap kehte hain alhamdulillah alhamdulillah to main yeh keh sakta hoon ke aap ka alhamdulillah jhoota hai kyunke spirit agar hoti to dono jagah zahir hoti hai aisa namumkin hai ke khuda ke maamle mein zahir ho insaan ke maamle mein woh zahir na ho</w:t>
      </w:r>
    </w:p>
    <w:p>
      <w:pPr>
        <w:jc w:val="right"/>
      </w:pPr>
      <w:r>
        <w:t>انسانوں کے معاملے میں اگر اپ ان کو اکنالج نہ کر رہے ہوں ان کے جو کچھ اپ کے ساتھ کریں وہ اور پھر اپ کہتے ہیں الحمدللہ الحمدللہ تو میں یہ کہہ سکتا ہوں کہ اپ کا الحمدللہ جھوٹا ہے کیونکہ اسپرٹ اگر ہوتی تو دونوں جگہ ظاہر ہوتی ہے ایسا ناممکن ہے کہ خدا کے معاملے میں ظاہر ہو انسان کے معاملے میں وہ ظاہر نہ ہو</w:t>
      </w:r>
    </w:p>
    <w:p>
      <w:r>
        <w:rPr>
          <w:b/>
        </w:rPr>
        <w:t xml:space="preserve">[2:34:05] </w:t>
      </w:r>
      <w:r>
        <w:t>dekhiye ek baat main add kar doon ke itni sakht baatein yeh shayad aap logon ko hoti hon</w:t>
      </w:r>
    </w:p>
    <w:p>
      <w:pPr>
        <w:jc w:val="right"/>
      </w:pPr>
      <w:r>
        <w:t>دیکھیے ایک بات میں ایڈ کر دوں کہ اتنی سخت باتیں یہ شاید اپ لوگوں کو ہوتی ہوں</w:t>
      </w:r>
    </w:p>
    <w:p>
      <w:r>
        <w:rPr>
          <w:b/>
        </w:rPr>
        <w:t xml:space="preserve">[2:34:10] </w:t>
      </w:r>
      <w:r>
        <w:t>ke main kyun kehta hoon to</w:t>
      </w:r>
    </w:p>
    <w:p>
      <w:pPr>
        <w:jc w:val="right"/>
      </w:pPr>
      <w:r>
        <w:t>کہ میں کیوں کہتا ہوں تو</w:t>
      </w:r>
    </w:p>
    <w:p>
      <w:r>
        <w:rPr>
          <w:b/>
        </w:rPr>
        <w:t xml:space="preserve">[2:34:14] </w:t>
      </w:r>
      <w:r>
        <w:t>Bible mein ek bahut hi important baat kahi gayi hai</w:t>
      </w:r>
    </w:p>
    <w:p>
      <w:pPr>
        <w:jc w:val="right"/>
      </w:pPr>
      <w:r>
        <w:t>بائبل میں ایک بہت ہی امپورٹنٹ بات کہی گئی ہے</w:t>
      </w:r>
    </w:p>
    <w:p>
      <w:r>
        <w:rPr>
          <w:b/>
        </w:rPr>
        <w:t xml:space="preserve">[2:34:18] </w:t>
      </w:r>
      <w:r>
        <w:t>hadith yani Christ ne kaha ke</w:t>
      </w:r>
    </w:p>
    <w:p>
      <w:pPr>
        <w:jc w:val="right"/>
      </w:pPr>
      <w:r>
        <w:t>حد یعنی کرائسٹ نے کہا کہ</w:t>
      </w:r>
    </w:p>
    <w:p>
      <w:r>
        <w:rPr>
          <w:b/>
        </w:rPr>
        <w:t xml:space="preserve">[2:34:23] </w:t>
      </w:r>
      <w:r>
        <w:t>insan chup rahein to pathar chalayenge</w:t>
      </w:r>
    </w:p>
    <w:p>
      <w:pPr>
        <w:jc w:val="right"/>
      </w:pPr>
      <w:r>
        <w:t>انسان چپ رہے ہیں تو پتھر چلائیں گے</w:t>
      </w:r>
    </w:p>
    <w:p>
      <w:r>
        <w:rPr>
          <w:b/>
        </w:rPr>
        <w:t xml:space="preserve">[2:34:27] </w:t>
      </w:r>
      <w:r>
        <w:t>if man keeps silent</w:t>
      </w:r>
    </w:p>
    <w:p>
      <w:pPr>
        <w:jc w:val="right"/>
      </w:pPr>
      <w:r>
        <w:t>اف مین کیپس سائلنٹ</w:t>
      </w:r>
    </w:p>
    <w:p>
      <w:r>
        <w:rPr>
          <w:b/>
        </w:rPr>
        <w:t xml:space="preserve">[2:34:30] </w:t>
      </w:r>
      <w:r>
        <w:t>stones will cry out</w:t>
      </w:r>
    </w:p>
    <w:p>
      <w:pPr>
        <w:jc w:val="right"/>
      </w:pPr>
      <w:r>
        <w:t>اسٹون ول کرائی اؤٹ</w:t>
      </w:r>
    </w:p>
    <w:p>
      <w:r>
        <w:rPr>
          <w:b/>
        </w:rPr>
        <w:t xml:space="preserve">[2:34:35] </w:t>
      </w:r>
      <w:r>
        <w:t>if man keeps silent stones will cry out insaan chup rahein to pathar chalayenge maani hue agar main na bolun to pathar bolenge pathar ka bolna kya hai doomsday ka aana hai yeh na samjhiye ke agar main na bolun to yeh baat chupi reh jayegi phir pathar chalayenge pahad chalayenge aur woh din qayamat ka din hoga woh doomsday hoga woh day of judgement hoga</w:t>
      </w:r>
    </w:p>
    <w:p>
      <w:pPr>
        <w:jc w:val="right"/>
      </w:pPr>
      <w:r>
        <w:t>اف مین کیپس سائلنٹ اسٹون ول کرائی اؤٹ انسان چپ رہے ہیں تو پتھر چلائیں گے معنی کیا ہوئے اگر میں نہ بولوں تو پتھر بولیں گے پتھر کا بولنا کیا ہے ڈومز ڈے کا انا ہے یہ نہ سمجھیے کہ اگر میں نہ بولوں تو یہ بات چھپی رہ جائے گی پھر پتھر چلائیں گے پہاڑ چلائیں گے اور وہ دن قیامت کا دن ہوگا وہ ڈومز ڈے ہوگا وہ ڈے اف ججمنٹ ہوگا</w:t>
      </w:r>
    </w:p>
    <w:p>
      <w:r>
        <w:rPr>
          <w:b/>
        </w:rPr>
        <w:t xml:space="preserve">[2:35:04] </w:t>
      </w:r>
      <w:r>
        <w:t>تو یہ lesser reveal ہے کہ میرے سخت باتوں کو اپ سن لیں اپ وہ greater reveal ہے</w:t>
      </w:r>
    </w:p>
    <w:p>
      <w:pPr>
        <w:jc w:val="right"/>
      </w:pPr>
      <w:r>
        <w:t>تو یہ لیسر ریویل ہے کہ میرے سخت باتوں کو اپ سن لیں اپ وہ گریٹر ریویل ہے</w:t>
      </w:r>
    </w:p>
    <w:p>
      <w:r>
        <w:rPr>
          <w:b/>
        </w:rPr>
        <w:t xml:space="preserve">[2:35:08] </w:t>
      </w:r>
      <w:r>
        <w:t>ke aap intezar karen us waqt ka jabke doomsday aa jaye</w:t>
      </w:r>
    </w:p>
    <w:p>
      <w:pPr>
        <w:jc w:val="right"/>
      </w:pPr>
      <w:r>
        <w:t>کہ اپ انتظار کریں اس وقت کا جبکہ ڈومز ڈے ا جائے</w:t>
      </w:r>
    </w:p>
    <w:p>
      <w:r>
        <w:rPr>
          <w:b/>
        </w:rPr>
        <w:t xml:space="preserve">[2:35:12] </w:t>
      </w:r>
      <w:r>
        <w:t>تو development ہے اور میں ایک اپ کی اپ سے پوچھنا چاہتا ہوں کہ اپنے یہاں جو لوگ</w:t>
      </w:r>
    </w:p>
    <w:p>
      <w:pPr>
        <w:jc w:val="right"/>
      </w:pPr>
      <w:r>
        <w:t>تو विकास ہے اور میں ایک اپ کی اپ سے پوچھنا چاہتا ہوں کہ اپنے یہاں جو لوگ</w:t>
      </w:r>
    </w:p>
    <w:p>
      <w:r>
        <w:rPr>
          <w:b/>
        </w:rPr>
        <w:t xml:space="preserve">[2:35:15] </w:t>
      </w:r>
      <w:r>
        <w:t>bade padhe likhe log baithe hain intellectual log log baithe hain aur ah lekin sachai yeh hai ke</w:t>
      </w:r>
    </w:p>
    <w:p>
      <w:pPr>
        <w:jc w:val="right"/>
      </w:pPr>
      <w:r>
        <w:t>بڑے پڑھے لکھے لوگ بیٹھے ہیں انٹلیکچول لوگ لوگ بیٹھے ہیں اور اہ لیکن سچائی یہ ہے کہ</w:t>
      </w:r>
    </w:p>
    <w:p>
      <w:r>
        <w:rPr>
          <w:b/>
        </w:rPr>
        <w:t xml:space="preserve">[2:35:22] </w:t>
      </w:r>
      <w:r>
        <w:t>desh woh vishv ki 80 fisad abadi hai woh is sara un ka sara jon is mein khatm</w:t>
      </w:r>
    </w:p>
    <w:p>
      <w:pPr>
        <w:jc w:val="right"/>
      </w:pPr>
      <w:r>
        <w:t>دیش وہ विश्व کی 80 فیصد ابادی ہے وہ اس سارا ان کا سارا جون اس میں ختم</w:t>
      </w:r>
    </w:p>
    <w:p>
      <w:r>
        <w:rPr>
          <w:b/>
        </w:rPr>
        <w:t xml:space="preserve">[2:35:27] </w:t>
      </w:r>
      <w:r>
        <w:t>ho jata hai ke subah ka khana kab milega aur sham ka khana kab milega in</w:t>
      </w:r>
    </w:p>
    <w:p>
      <w:pPr>
        <w:jc w:val="right"/>
      </w:pPr>
      <w:r>
        <w:t>ہو جاتا ہے کہ صبح کا کھانا کب ملے گا اور شام کا کھانا کب ملے گا ان</w:t>
      </w:r>
    </w:p>
    <w:p>
      <w:r>
        <w:rPr>
          <w:b/>
        </w:rPr>
        <w:t xml:space="preserve">[2:35:30] </w:t>
      </w:r>
      <w:r>
        <w:t>ko bhagvan ko yaad karne ka ya un ke karne ka mauka hi nahin milta puri zindagi mein</w:t>
      </w:r>
    </w:p>
    <w:p>
      <w:pPr>
        <w:jc w:val="right"/>
      </w:pPr>
      <w:r>
        <w:t>کو بھگوان کو یاد کرنے کا یا ان کے کرنے کا موقع ہی نہیں ملتا پوری زندگی میں</w:t>
      </w:r>
    </w:p>
    <w:p>
      <w:r>
        <w:rPr>
          <w:b/>
        </w:rPr>
        <w:t xml:space="preserve">[2:35:34] </w:t>
      </w:r>
      <w:r>
        <w:t>ya un ko pata hi nahin rehta ke aisi cheezen</w:t>
      </w:r>
    </w:p>
    <w:p>
      <w:pPr>
        <w:jc w:val="right"/>
      </w:pPr>
      <w:r>
        <w:t>یا ان کو پتہ ہی نہیں رہتا کہ ایسی چیزیں</w:t>
      </w:r>
    </w:p>
    <w:p>
      <w:r>
        <w:rPr>
          <w:b/>
        </w:rPr>
        <w:t xml:space="preserve">[2:35:37] </w:t>
      </w:r>
      <w:r>
        <w:t>jo aap aap aur hum log matlab ah jab aap ne use word use kiya tha spirit of inquiry to woh cheezein to tab hi matlab ah paida hoti hain jab we have physically ah feel humself good aur woh cheez hai hi nahi aur ek saath mein yeh jodna chahta hoon ke agar apan fortune ah ya forecast ko dekhen to ah 100 MNC ke paas world ki 80 percent resources hain</w:t>
      </w:r>
    </w:p>
    <w:p>
      <w:pPr>
        <w:jc w:val="right"/>
      </w:pPr>
      <w:r>
        <w:t>جو اپ اپ اور ہم لوگ مطلب اہ جب اپ نے یوز ورڈ یوز کیا تھا اسپرٹ اف انکوائری تو وہ چیزیں تو تب ہی مطلب اہ پیدا ہوتی ہیں جب وی ہیو فزیکلی اہ فیل ہم سیلف گڈ اور وہ چیز ہے ہی نہیں اور ایک ساتھ میں یہ جوڑنا چاہتا ہوں کہ اگر اپن فورچون اہ یا فورویسٹ کو دیکھیں تو اہ 100 ایم این سی کے پاس ورلڈ کی 80 پرسنٹ ریسورسز ہیں</w:t>
      </w:r>
    </w:p>
    <w:p>
      <w:r>
        <w:rPr>
          <w:b/>
        </w:rPr>
        <w:t xml:space="preserve">[2:36:05] </w:t>
      </w:r>
      <w:r>
        <w:t>the only 100 people have the 80 percent resources of the world and rest world have only 20 percent resources of god is almighty and god is sovereign why this condition prevail in this world</w:t>
      </w:r>
    </w:p>
    <w:p>
      <w:pPr>
        <w:jc w:val="right"/>
      </w:pPr>
      <w:r>
        <w:t>دا اونلی 100 پیپل ہیو دا 80 پرسنٹ ریسورسز اف دا ورلڈ اینڈ ریسٹ ورلڈ ہیو اونلی 20 پرسنٹ ریسورسز اف گاڈ از المائٹی اینڈ گاڈ از سورن وائی دس کنڈیشن پریویل ان دس ورلڈ</w:t>
      </w:r>
    </w:p>
    <w:p>
      <w:r>
        <w:rPr>
          <w:b/>
        </w:rPr>
        <w:t xml:space="preserve">[2:36:21] </w:t>
      </w:r>
      <w:r>
        <w:t>dekhein main apna jo study hai jo experience hai us ko bataunga ke log in cheezon ko badi baat samajhte hain</w:t>
      </w:r>
    </w:p>
    <w:p>
      <w:pPr>
        <w:jc w:val="right"/>
      </w:pPr>
      <w:r>
        <w:t>دیکھیں میں اپنا جو اسٹڈی ہے جو ایکسپیرینس ہے اس کو بتاؤں گا کہ لوگ ان چیزوں کو بڑی بات سمجھتے ہیں</w:t>
      </w:r>
    </w:p>
    <w:p>
      <w:r>
        <w:rPr>
          <w:b/>
        </w:rPr>
        <w:t xml:space="preserve">[2:36:29] </w:t>
      </w:r>
      <w:r>
        <w:t>ke kisi ke paas bahut daulat ho bahut jin worldly cheezein hon us ko badi baat samajhte hain yeh badi cheez hai hi nahi kisi bhi aise insaan ne jo bahut hi rich ho koi bada kaam duniya mein nahi kiya hai agar yeh koi badi cheez ho to kyun aisa hai ke woh log bada kaam nahi kar paate</w:t>
      </w:r>
    </w:p>
    <w:p>
      <w:pPr>
        <w:jc w:val="right"/>
      </w:pPr>
      <w:r>
        <w:t>کہ کسی کے پاس بہت دولت ہو بہت جن ورلڈلی چیزیں ہوں اس کو بڑی بات سمجھتے ہیں یہ بڑی چیز ہے ہی نہیں کسی بھی ایسے انسان نے جو بہت ہی رچ ہو کوئی بڑا کام دنیا میں نہیں کیا ہے اگر یہ کوئی بڑی چیز ہو تو کیوں ایسا ہے کہ وہ لوگ بڑا کام نہیں کر پاتے</w:t>
      </w:r>
    </w:p>
    <w:p>
      <w:r>
        <w:rPr>
          <w:b/>
        </w:rPr>
        <w:t xml:space="preserve">[2:36:51] </w:t>
      </w:r>
      <w:r>
        <w:t>koi bhi mujhe bataiye koi scientific discovery koi bada revolution koi bada social role kisi aise aadmi ne kiya ho jo royal family mein paida hua hai jo jo kaha jata hai ke he was born with a silver spoon is mouth kabhi koi kaam nahi kiya hai dekhiye sab se badi cheez yaad rakhiye material saman nahi hai sab se badi cheez incentive hai</w:t>
      </w:r>
    </w:p>
    <w:p>
      <w:pPr>
        <w:jc w:val="right"/>
      </w:pPr>
      <w:r>
        <w:t>کوئی بھی مجھے بتائیے کوئی سائنٹیفک ڈسکوری کوئی بڑا ریولوشن کوئی بڑا سوشل رول کسی ایسے ادمی نے کیا ہو جو رائل فیملی میں پیدا ہوا ہے جو جو کہا جاتا ہے کہ ہی واز بورن ودا سلور سپون از ماؤتھ کبھی کوئی کام نہیں کیا ہے دیکھیے سب سے بڑی چیز یاد رکھیے مٹیریل سامان نہیں ہے سب سے بڑی چیز انسنٹیو ہے</w:t>
      </w:r>
    </w:p>
    <w:p>
      <w:r>
        <w:rPr>
          <w:b/>
        </w:rPr>
        <w:t xml:space="preserve">[2:37:18] </w:t>
      </w:r>
      <w:r>
        <w:t>insentiw jahan material comfort hoga wahan par insentiw khatm ho jata hai insentiw khatm ho jata hai to un ke andar na koi intellectual development hota na kuch hota main to jab bhi paise walon se baat karta hoon to mujhe bilkul stupid dikhai deti hai stupid just like animal kuch baat jante hi nahi wo</w:t>
      </w:r>
    </w:p>
    <w:p>
      <w:pPr>
        <w:jc w:val="right"/>
      </w:pPr>
      <w:r>
        <w:t>انسنٹیو جہاں مٹیریل کمفرٹ ہوگا وہاں پر انسنٹیو ختم ہو جاتا ہے انسنٹیو ختم ہو جاتا ہے تو ان کے اندر نہ کوئی انٹلیکچول ڈیویلپمنٹ ہوتا نہ کچھ ہوتا میں تو جب بھی پیسے والوں سے بات کرتا ہوں تو مجھے بالکل اسٹوپڈ دکھائی دیتی ہے اسٹوپڈ جسٹ لائک اینیمل کچھ بات جانتے ہی نہیں وہ</w:t>
      </w:r>
    </w:p>
    <w:p>
      <w:r>
        <w:rPr>
          <w:b/>
        </w:rPr>
        <w:t xml:space="preserve">[2:37:41] </w:t>
      </w:r>
      <w:r>
        <w:t>kisi bhi kisi bhi cheez par jab baat karta hoon un se to koi un ke paas share karne ke liye kuch nahi hota siwaye paise ke to dekhen ye sab se bari fals yahan se hoti hai shuru ke hum is ko bari baat samajhte hain kisi ke paas bohat bara ghar ho bari car ho bank balance ho ye mere dekhen kuch hai hi nahi kyunke wo insentiw chheen leta hai aap se insentiw aur sab se bari cheez insentiw hai</w:t>
      </w:r>
    </w:p>
    <w:p>
      <w:pPr>
        <w:jc w:val="right"/>
      </w:pPr>
      <w:r>
        <w:t>کسی بھی کسی بھی چیز پر جب بات کرتا ہوں ان سے تو کوئی ان کے پاس شیئر کرنے کے لیے کچھ نہیں ہوتا سوائے پیسے کے تو دیکھیں یہ سب سے بڑی فلس یہاں سے ہوتی ہے شروع کہ ہم اس کو بڑی بات سمجھتے ہیں کسی کے پاس بہت بڑا گھر ہو بڑی کار ہو بینک بیلنس ہو یہ میرے دیکھیں کچھ ہے ہی نہیں کیونکہ وہ انسنٹیو چھین لیتا ہے اپ سے انسنٹیو اور سب سے بڑی چیز انسنٹیو ہے</w:t>
      </w:r>
    </w:p>
    <w:p>
      <w:r>
        <w:rPr>
          <w:b/>
        </w:rPr>
        <w:t xml:space="preserve">[2:38:09] </w:t>
      </w:r>
      <w:r>
        <w:t>insentiw hi se development hota hai insentiw hi se aadmi neeche se ooper uthta hai aap hamare India mein dekhiye birla ek par family mein paida hue aur ambani ek par family mein paida hua aur itna bara kam kar dala unhon ne agar wo kisi royal family mein paida hote to koi empire nahi bana sakte the wo khali aish karte hain bas aish karte rehte hain</w:t>
      </w:r>
    </w:p>
    <w:p>
      <w:pPr>
        <w:jc w:val="right"/>
      </w:pPr>
      <w:r>
        <w:t>انسنٹیو ہی سے ڈیویلپمنٹ ہوتا ہے انسنٹیو ہی سے ادمی نیچے سے اوپر اٹھتا ہے اپ ہمارے انڈیا میں دیکھیے برلا ایک پر فیملی میں پیدا ہوئے اور امبانی ایک پر فیملی میں پیدا ہوا اور اتنا بڑا کم کر ڈالا انہوں نے اگر وہ کسی رائل فیملی میں پیدا ہوتے تو کوئی ایمپائر نہیں بنا سکتے تھے وہ خالی عیش کرتے ہیں بس عیش کرتے رہتے ہیں</w:t>
      </w:r>
    </w:p>
    <w:p>
      <w:r>
        <w:rPr>
          <w:b/>
        </w:rPr>
        <w:t xml:space="preserve">[2:38:33] </w:t>
      </w:r>
      <w:r>
        <w:t>un ko jo experience hua ke dunya se lare challenge ko meet kiya unhon ne aur bare bare kaam kiye un ka development hua intellectual development spiritual development wo sab ruka rehta hai to behal main ye keh sakta hoon ke main khud ek bohat hi aisi family mein paida hua ke hum log landlord the waise baap mar gaye to hum log bilkul landless ho gaye penniless ho gaye yani kuch bhi hamare ghar mein nahi tha</w:t>
      </w:r>
    </w:p>
    <w:p>
      <w:pPr>
        <w:jc w:val="right"/>
      </w:pPr>
      <w:r>
        <w:t>ان کو جو ایکسپیرینس ہوا کہ دنیا سے لڑے چیلنج کو میٹ کیا انہوں نے اور بڑے بڑے کام کیے ان کا ڈیویلپمنٹ ہوا انٹلیکچول ڈیویلپمنٹ سپرچول ڈیویلپمنٹ وہ سب رکا رہتا ہے تو بہرحال میں یہ کہہ سکتا ہوں کہ میں خود ایک بہت ہی ایسی فیملی میں پیدا ہوا کہ ہم لوگ لینڈ لارڈ تھے ویسے باپ مر گئے تو ہم لوگ بالکل لینڈ لیس ہو گئے پینی لیس ہو گئے یعنی کچھ بھی ہمارے گھر میں نہیں تھا</w:t>
      </w:r>
    </w:p>
    <w:p>
      <w:r>
        <w:rPr>
          <w:b/>
        </w:rPr>
        <w:t xml:space="preserve">[2:39:00] </w:t>
      </w:r>
      <w:r>
        <w:t>hamare teen bhai the teenon bhai khuda ke se bare bare kaam kiye unhon ne kisi ko bhi dekh lijiye aap kisi ko bhi dekh lijiye mahatma gandhi bhi ek par family mein paida hue to sab se bari cheez hai insentiw insentiw nahi hai to kuch sab kuch bilkul bekar hai sirf animal ho jayenge just like animal kha kha ke mote ho jaiye mote ho kar ke pade rahiye kahin</w:t>
      </w:r>
    </w:p>
    <w:p>
      <w:pPr>
        <w:jc w:val="right"/>
      </w:pPr>
      <w:r>
        <w:t>ہمارے تین بھائی تھے تینوں بھائی خدا کے سے بڑے بڑے کام کیے انہوں نے کسی کو بھی دیکھ لیجئے اپ کسی کو بھی دیکھ لیجئے مہاتما گاندھی بھی ایک پر فیملی میں پیدا ہوئے تو سب سے بڑی چیز ہے انسنٹیو انسنٹیو نہیں ہے تو کچھ سب کچھ بالکل بیکار ہے صرف اینیمل ہو جائیں گے جسٹ لائک اینیمل کھا کھا کے موٹے ہو جائیے موٹے ہو کر کے پڑے رہیے کہیں</w:t>
      </w:r>
    </w:p>
    <w:p>
      <w:r>
        <w:rPr>
          <w:b/>
        </w:rPr>
        <w:t xml:space="preserve">[2:39:27] </w:t>
      </w:r>
      <w:r>
        <w:t>to zindagi mein ye asal cheez nahi ke aap kha ke mote hon aap intellectual development aap ke andar aaye wo hota hai through insentiw is ki misaal aap ke India mein hai ke socialist party society banai thi nehru ne yahan par ise insentiw chheen liya tha koi taraqqi hi India mein nahi hui ab jo aaya hai ek private economy is mein unhon ne insentiw de diya ab log dekhen hero ban rahe hain log daud rahe hain bari bari kamyabiyan hasil kar rahe hain</w:t>
      </w:r>
    </w:p>
    <w:p>
      <w:pPr>
        <w:jc w:val="right"/>
      </w:pPr>
      <w:r>
        <w:t>تو زندگی میں یہ اصل چیز نہیں کہ اپ کھا کے موٹے ہوں اپ انٹلیکچول ڈیویلپمنٹ اپ کے اندر ائے وہ ہوتا ہے تھرو انسنٹیو اس کی مثال اپ کے انڈیا میں ہے کہ سوشلسٹک پارٹی سوسائٹی بنائی تھی نہرو نے یہاں پر اسے انسنٹیو چھین لیا تھا کوئی ترقی ہی انڈیا میں نہیں ہوئی اب جو ایا ہے ایک پرائیویٹ اکانومی اس میں انہوں نے انسنٹیو دے دیا اب لوگ دیکھیں ہیرو بن رہے ہیں لوگ دوڑ رہے ہیں بڑی بڑی کامیابیاں حاصل کر رہے ہیں</w:t>
      </w:r>
    </w:p>
    <w:p>
      <w:r>
        <w:rPr>
          <w:b/>
        </w:rPr>
        <w:t xml:space="preserve">[2:39:55] </w:t>
      </w:r>
      <w:r>
        <w:t>ap dekh rahe hain 40 saal tak chuki nehru model jo tha us mein insentiw chhin liya tha</w:t>
      </w:r>
    </w:p>
    <w:p>
      <w:pPr>
        <w:jc w:val="right"/>
      </w:pPr>
      <w:r>
        <w:t>اپ دیکھ رہے ہیں 40 سال تک چونکہ نہرو ماڈل جو تھا اس میں انسنٹیو چھین لیا تھا</w:t>
      </w:r>
    </w:p>
    <w:p>
      <w:r>
        <w:rPr>
          <w:b/>
        </w:rPr>
        <w:t xml:space="preserve">[2:40:01] </w:t>
      </w:r>
      <w:r>
        <w:t>unhon ne pura pura desh jo hai government sarvt ban gaya tha</w:t>
      </w:r>
    </w:p>
    <w:p>
      <w:pPr>
        <w:jc w:val="right"/>
      </w:pPr>
      <w:r>
        <w:t>انہوں نے پورا پورا دیش جو ہے گورنمنٹ سروٹ بن گیا تھا</w:t>
      </w:r>
    </w:p>
    <w:p>
      <w:r>
        <w:rPr>
          <w:b/>
        </w:rPr>
        <w:t xml:space="preserve">[2:40:07] </w:t>
      </w:r>
      <w:r>
        <w:t>ab kya hai ab liberals aya hai ab log daud rahe hain isi isi dili mein mein 1967</w:t>
      </w:r>
    </w:p>
    <w:p>
      <w:pPr>
        <w:jc w:val="right"/>
      </w:pPr>
      <w:r>
        <w:t>اب کیا ہے اب لبرلز ایا ہے اب لوگ دوڑ رہے ہیں اسی اسی دلی میں میں 1967</w:t>
      </w:r>
    </w:p>
    <w:p>
      <w:r>
        <w:rPr>
          <w:b/>
        </w:rPr>
        <w:t xml:space="preserve">[2:40:16] </w:t>
      </w:r>
      <w:r>
        <w:t>mein aya tha masmaron mein shayad ek hi ek bhi car nahin thi us waqt aaj lakhon car</w:t>
      </w:r>
    </w:p>
    <w:p>
      <w:pPr>
        <w:jc w:val="right"/>
      </w:pPr>
      <w:r>
        <w:t>میں ایا تھا مسماروں میں شاید ایک ہی ایک بھی کار نہیں تھی اس وقت اج لاکھوں کار</w:t>
      </w:r>
    </w:p>
    <w:p>
      <w:r>
        <w:rPr>
          <w:b/>
        </w:rPr>
        <w:t xml:space="preserve">[2:40:21] </w:t>
      </w:r>
      <w:r>
        <w:t>hain masmaron ke pas daud raha hai har aadmi kama raha hai kama raha hai</w:t>
      </w:r>
    </w:p>
    <w:p>
      <w:pPr>
        <w:jc w:val="right"/>
      </w:pPr>
      <w:r>
        <w:t>ہیں مسماروں کے پاس دوڑ رہا ہے ہر ادمی کما رہا ہے کما رہا ہے</w:t>
      </w:r>
    </w:p>
    <w:p>
      <w:r>
        <w:rPr>
          <w:b/>
        </w:rPr>
        <w:t xml:space="preserve">[2:40:25] </w:t>
      </w:r>
      <w:r>
        <w:t>insentiw ka darwaza khol diya to yaad rakhiye apne bhi bete ko agar aap shadi ho gayi ho to bete ko bank balance mat dijiye bank balance mat dijiye un ko insentiw dijiye challenge ladna sikhaiye un ko challenge ladna sikhaiye main ne ek qissa bataya tha aap ko dohra doon main ahmedabad gaya to ek sahab mujh se milne ke liye aaye to bachcha god mein liye hue the yani kandhe pe bithaye hue the wo</w:t>
      </w:r>
    </w:p>
    <w:p>
      <w:pPr>
        <w:jc w:val="right"/>
      </w:pPr>
      <w:r>
        <w:t>انسنٹیو کا دروازہ کھول دیا تو یاد رکھیے اپنے بھی بیٹے کو اگر اپ شادی ہو گئی ہو تو بیٹے کو بینک بیلنس مت دیجئے بینک بیلنس مت دیجئے ان کو انسنٹیو دیجئے چیلنج لڑنا سکھائیے ان کو چیلنج لڑنا سکھائیے میں نے ایک قصہ بتایا تھا اپ کو دہرا دوں میں احمد اباد گیا تو ایک صاحب مجھ سے ملنے کے لیے ائے تو بچہ گود میں لیے ہوئے تھے یعنی کندھے پہ بٹھائے ہوئے تھے وہ</w:t>
      </w:r>
    </w:p>
    <w:p>
      <w:r>
        <w:rPr>
          <w:b/>
        </w:rPr>
        <w:t xml:space="preserve">[2:40:54] </w:t>
      </w:r>
      <w:r>
        <w:t>phir unhon ne yahan biththa liya jab mujh se mile ko to main ne kaha ap is bache</w:t>
      </w:r>
    </w:p>
    <w:p>
      <w:pPr>
        <w:jc w:val="right"/>
      </w:pPr>
      <w:r>
        <w:t>پھر انہوں نے یہاں بٹھا لیا جب مجھ سے ملے کو تو میں نے کہا اپ اس بچے</w:t>
      </w:r>
    </w:p>
    <w:p>
      <w:r>
        <w:rPr>
          <w:b/>
        </w:rPr>
        <w:t xml:space="preserve">[2:40:59] </w:t>
      </w:r>
      <w:r>
        <w:t>ke kaun hain kaha main father hoon kaha nahin ap is bache ke enemy hain</w:t>
      </w:r>
    </w:p>
    <w:p>
      <w:pPr>
        <w:jc w:val="right"/>
      </w:pPr>
      <w:r>
        <w:t>کے کون ہیں کہا میں فادر ہوں کہا نہیں اپ اس بچے کے اینمی ہیں</w:t>
      </w:r>
    </w:p>
    <w:p>
      <w:r>
        <w:rPr>
          <w:b/>
        </w:rPr>
        <w:t xml:space="preserve">[2:41:06] </w:t>
      </w:r>
      <w:r>
        <w:t>enemy hain main ne kaha woh kaise bhai kya god mein bithaye hue hain is ko daudne dijiye</w:t>
      </w:r>
    </w:p>
    <w:p>
      <w:pPr>
        <w:jc w:val="right"/>
      </w:pPr>
      <w:r>
        <w:t>اینمی ہیں میں نے کہا وہ کیسے بھئی کیا گود میں بٹھائے ہوئے ہیں اس کو دوڑنے دیجئے</w:t>
      </w:r>
    </w:p>
    <w:p>
      <w:r>
        <w:rPr>
          <w:b/>
        </w:rPr>
        <w:t xml:space="preserve">[2:41:11] </w:t>
      </w:r>
      <w:r>
        <w:t>is ko yani kuch karne dijiye kaha sahib woh kamzor hai bacha main ne danta un ko is</w:t>
      </w:r>
    </w:p>
    <w:p>
      <w:pPr>
        <w:jc w:val="right"/>
      </w:pPr>
      <w:r>
        <w:t>اس کو یعنی کچھ کرنے دیجئے کہا صاحب وہ کمزور ہے بچہ میں نے ڈانٹا ان کو اس</w:t>
      </w:r>
    </w:p>
    <w:p>
      <w:r>
        <w:rPr>
          <w:b/>
        </w:rPr>
        <w:t xml:space="preserve">[2:41:19] </w:t>
      </w:r>
      <w:r>
        <w:t>ko utariye jeeb se god se utariye ab utara jaise hi waise hi khoob daudne laga</w:t>
      </w:r>
    </w:p>
    <w:p>
      <w:pPr>
        <w:jc w:val="right"/>
      </w:pPr>
      <w:r>
        <w:t>کو اتاریے جیب سے گود سے اتاریے اب اتارا جیسے ہی ویسے ہی خوب دوڑنے لگا</w:t>
      </w:r>
    </w:p>
    <w:p>
      <w:r>
        <w:rPr>
          <w:b/>
        </w:rPr>
        <w:t xml:space="preserve">[2:41:26] </w:t>
      </w:r>
      <w:r>
        <w:t>to wo baap bare dushman hain apne bete ka jo is ko comfort aur luxury de wo baap sacha dost hai apne bete ka apni beti ka jo is ko aise aise aise halaat de jo unhein insentiw de daudne ka bhagne ka ladne ka zindagi se to ye ye is wrong formula par sab kuch base karta hai ke aap samjhen paisa sab se bari cheez hai paisa sab se bari cheez hai hi nahi</w:t>
      </w:r>
    </w:p>
    <w:p>
      <w:pPr>
        <w:jc w:val="right"/>
      </w:pPr>
      <w:r>
        <w:t>تو وہ باپ بڑے دشمن ہیں اپنے بیٹے کا جو اس کو کمفرٹ اور لگزری دے وہ باپ سچا دوست ہے اپنے بیٹے کا اپنی بیٹی کا جو اس کو ایسے ایسے ایسے حالات دے جو انہیں انسنٹیو دے دوڑنے کا بھاگنے کا لڑنے کا زندگی سے تو یہ یہ اس رانگ فارمولے پر سب کچھ بیس کرتا ہے کہ اپ سمجھیں پیسہ سب سے بڑی چیز ہے پیسہ سب سے بڑی چیز ہے ہی نہیں</w:t>
      </w:r>
    </w:p>
    <w:p>
      <w:r>
        <w:rPr>
          <w:b/>
        </w:rPr>
        <w:t xml:space="preserve">[2:41:51] </w:t>
      </w:r>
      <w:r>
        <w:t>ah my name is raziya and ah you just mentioned that sincerity is the beginning of all kind of knowledge ah but ah you also mentioned that today culture has led to ah absolute wipe out of sincerity and this its dead in people so and this this this a gap and intellectual gap that is crept in so what can be done to bridge this gap you have to educate people</w:t>
      </w:r>
    </w:p>
    <w:p>
      <w:pPr>
        <w:jc w:val="right"/>
      </w:pPr>
      <w:r>
        <w:t>اہ مائی نیم از راضیہ اینڈ اہ یو جسٹ مینشن دیٹ سنسیرٹی از دا بگننگ اف ال کائنڈ اف نالج اہ بٹ اہ یو السو مینشن دیٹ ٹوڈے کلچر ہیز لیڈ ٹو اہ ایبسولیوٹ وائپ اؤٹ اف سنسیرٹی اینڈ دس اٹس ڈیڈ ان پیپل سو اینڈ دس دس دس ا گیپ اینڈ انٹلیکچول گیپ دیٹ از کریپٹ ان سو واٹ کین بی ڈن ٹو برج دس گیپ یو ہیو ٹو ایجوکیٹ پیپل</w:t>
      </w:r>
    </w:p>
    <w:p>
      <w:r>
        <w:rPr>
          <w:b/>
        </w:rPr>
        <w:t xml:space="preserve">[2:42:20] </w:t>
      </w:r>
      <w:r>
        <w:t>jab bhi dunya mein bigad aaya hai to kuch log uthe ho educate karne ke liye dunya dekhiye smooth tarike se nahi chalti hai hamesha aap fuel hota hai neeche ooper neeche ooper hota rehta hai</w:t>
      </w:r>
    </w:p>
    <w:p>
      <w:pPr>
        <w:jc w:val="right"/>
      </w:pPr>
      <w:r>
        <w:t>جب بھی دنیا میں بگاڑ ایا ہے تو کچھ لوگ اٹھے ہو ایجوکیٹ کرنے کے لیے دنیا دیکھیے اسموتھ طریقے سے نہیں چلتی ہے ہمیشہ اپ فیول ہوتا ہے نیچے اوپر نیچے اوپر ہوتا رہتا ہے</w:t>
      </w:r>
    </w:p>
    <w:p>
      <w:r>
        <w:rPr>
          <w:b/>
        </w:rPr>
        <w:t xml:space="preserve">[2:42:34] </w:t>
      </w:r>
      <w:r>
        <w:t>jaise India mein raja log raj karte the phir wo oonch oonch phir wo wo hua athal pathal hua phir mughal raj karne gaye phir athal pathal hua phir british raj karne gaye phir athal pathal hua phir ab desh ki partiyan raj karne lagen to ye athal pathal hota rehta hai to is mein jo reformers ka role hota hai reformers</w:t>
      </w:r>
    </w:p>
    <w:p>
      <w:pPr>
        <w:jc w:val="right"/>
      </w:pPr>
      <w:r>
        <w:t>جیسے انڈیا میں راجہ لوگ راج کرتے تھے پھر وہ اونچ اونچ پھر وہ وہ ہوا اتھل پتھل ہوا پھر مغل راج کرنے گئے پھر اتھل پتھل ہوا پھر برٹش راج کرنے گئے پھر اتھل پتھل ہوا پھر اب دیش کی پارٹیاں راج کرنے لگیں تو یہ اتھل پتھل ہوتا رہتا ہے تو اس میں جو ریفارمرز کا رول ہوتا ہے ریفارمرز</w:t>
      </w:r>
    </w:p>
    <w:p>
      <w:r>
        <w:rPr>
          <w:b/>
        </w:rPr>
        <w:t xml:space="preserve">[2:42:57] </w:t>
      </w:r>
      <w:r>
        <w:t>reformers ko chahiye ke political ah political office na len political yani cheezon ko target na karen balkey education ko target karen logon ko educate karen hamara kaam bhi educate karna hai dekhen education jo hai do dhung ki hoti hai formal education aur informal education to ye formal education to nahi hai lekin informal sense mein poori ki poori education hai ye</w:t>
      </w:r>
    </w:p>
    <w:p>
      <w:pPr>
        <w:jc w:val="right"/>
      </w:pPr>
      <w:r>
        <w:t>ریفارمرز کو چاہیے کہ پولیٹیکل اہ پولیٹیکل افس نہ لیں پولیٹیکل یعنی چیزوں کو ٹارگٹ نہ کریں بلکہ ایجوکیشن کو ٹارگٹ کریں لوگوں کو ایجوکیٹ کریں ہمارا کام بھی ایجوکیٹ کرنا ہے دیکھیں ایجوکیشن جو ہے دو ڈھنگ کی ہوتی ہے فارمل ایجوکیشن اور ان فارمل ایجوکیشن تو یہ فارمل ایجوکیشن تو نہیں ہے لیکن ان فارمل سینس میں پوری کی پوری ایجوکیشن ہے یہ</w:t>
      </w:r>
    </w:p>
    <w:p>
      <w:r>
        <w:rPr>
          <w:b/>
        </w:rPr>
        <w:t xml:space="preserve">[2:43:26] </w:t>
      </w:r>
      <w:r>
        <w:t>hum logon ko educate kar rahe hain hazaron hazar logon ko hum ne educate kiya educate kar ke aaj wo ek nai zindagi pa liya hai unhon ne for example rampur ke ek sahab mere paas aaye main batata hoon aap ko kis tarah main educate karta hoon logon ko wo mithai ka dibba le ga ek le ke aaye ek</w:t>
      </w:r>
    </w:p>
    <w:p>
      <w:pPr>
        <w:jc w:val="right"/>
      </w:pPr>
      <w:r>
        <w:t>ہم لوگوں کو ایجوکیٹ کر رہے ہیں ہزاروں ہزار لوگوں کو ہم نے ایجوکیٹ کیا ایجوکیٹ کر کے اج وہ ایک نئی زندگی پا لیا ہے انہوں نے فار ایگزامپل رام پور کے ایک صاحب میرے پاس ائے میں بتاتا ہوں اپ کو کس طرح میں ایجوکیٹ کرتا ہوں لوگوں کو وہ مٹھائی کا ڈبہ لے گا ایک لے کے ائے ایک</w:t>
      </w:r>
    </w:p>
    <w:p>
      <w:r>
        <w:rPr>
          <w:b/>
        </w:rPr>
        <w:t xml:space="preserve">[2:43:47] </w:t>
      </w:r>
      <w:r>
        <w:t>to baaton ke douran unhon ne kaha ke main bohat zyada mere ooper loan hai un ki maa bimar ho gayi thi to bohat loan le le ke ilaaj kiya aur mar bhi gayi bechari to bohat zyada loan mere ooper tha to wo jo mithai ka dibba tha main ne mara un ko ke is ko le ke jaiye wapas jab loan aap ke aaye to aap mithai laye kyun mere paas bhai loan utariye phir ye mithai dijiye logon ko</w:t>
      </w:r>
    </w:p>
    <w:p>
      <w:pPr>
        <w:jc w:val="right"/>
      </w:pPr>
      <w:r>
        <w:t>تو باتوں کے دوران انہوں نے کہا کہ میں بہت زیادہ میرے اوپر لون ہے ان کی ماں بیمار ہو گئی تھی تو بہت لون لے لے کے علاج کیا اور مر بھی گئی بیچاری تو بہت زیادہ لون میرے اوپر تھا تو وہ جو مٹھائی کا ڈبہ تھا میں نے مارا ان کو کہ اس کو لے کے جائیے واپس جب لون اپ کے ائے تو اپ مٹھائی لائے کیوں میرے پاس بھائی لون اتاریے پھر یہ مٹھائی دیجئے لوگوں کو</w:t>
      </w:r>
    </w:p>
    <w:p>
      <w:r>
        <w:rPr>
          <w:b/>
        </w:rPr>
        <w:t xml:space="preserve">[2:44:12] </w:t>
      </w:r>
      <w:r>
        <w:t>main ne kaha ke islam mein agar hai yeh hai ke agar koi shakhs lon chhod kar mar</w:t>
      </w:r>
    </w:p>
    <w:p>
      <w:pPr>
        <w:jc w:val="right"/>
      </w:pPr>
      <w:r>
        <w:t>میں نے کہا کہ اسلام میں اگر ہے یہ ہے کہ اگر کوئی شخص لون چھوڑ کر مر</w:t>
      </w:r>
    </w:p>
    <w:p>
      <w:r>
        <w:rPr>
          <w:b/>
        </w:rPr>
        <w:t xml:space="preserve">[2:44:17] </w:t>
      </w:r>
      <w:r>
        <w:t>gaya to woh maaf nahin us ke liye forgiveness nahin us ke liye yeh to kahin nahin likha</w:t>
      </w:r>
    </w:p>
    <w:p>
      <w:pPr>
        <w:jc w:val="right"/>
      </w:pPr>
      <w:r>
        <w:t>گیا تو وہ معافی نہیں اس کے لیے فارگیونس نہیں اس کے لیے یہ تو کہیں نہیں لکھا</w:t>
      </w:r>
    </w:p>
    <w:p>
      <w:r>
        <w:rPr>
          <w:b/>
        </w:rPr>
        <w:t xml:space="preserve">[2:44:21] </w:t>
      </w:r>
      <w:r>
        <w:t>nahin hai ke mithaai na diya to tum forgive nahin kiya jayega tum ko mithaai na dene</w:t>
      </w:r>
    </w:p>
    <w:p>
      <w:pPr>
        <w:jc w:val="right"/>
      </w:pPr>
      <w:r>
        <w:t>نہیں ہے کہ مٹھائی نہ دیا تو تم فارگیو نہیں کیا جائے گا تم کو مٹھائی نہ دینے</w:t>
      </w:r>
    </w:p>
    <w:p>
      <w:r>
        <w:rPr>
          <w:b/>
        </w:rPr>
        <w:t xml:space="preserve">[2:44:26] </w:t>
      </w:r>
      <w:r>
        <w:t>par ap ko koi nahin punishment milega lekin lon agar chhod kar mar gaye ap to ap</w:t>
      </w:r>
    </w:p>
    <w:p>
      <w:pPr>
        <w:jc w:val="right"/>
      </w:pPr>
      <w:r>
        <w:t>پر اپ کو کوئی نہیں پنشمنٹ ملے گا لیکن لون اگر چھوڑ کر مر گئے اپ تو اپ</w:t>
      </w:r>
    </w:p>
    <w:p>
      <w:r>
        <w:rPr>
          <w:b/>
        </w:rPr>
        <w:t xml:space="preserve">[2:44:32] </w:t>
      </w:r>
      <w:r>
        <w:t>ke liye wahan par punishment hai</w:t>
      </w:r>
    </w:p>
    <w:p>
      <w:pPr>
        <w:jc w:val="right"/>
      </w:pPr>
      <w:r>
        <w:t>کے لیے وہاں پر پنشمنٹ ہے</w:t>
      </w:r>
    </w:p>
    <w:p>
      <w:r>
        <w:rPr>
          <w:b/>
        </w:rPr>
        <w:t xml:space="preserve">[2:44:35] </w:t>
      </w:r>
      <w:r>
        <w:t>to main ne kaha ke ap is ko le ke jaiye main is ko bilkul chhua bhi nahin</w:t>
      </w:r>
    </w:p>
    <w:p>
      <w:pPr>
        <w:jc w:val="right"/>
      </w:pPr>
      <w:r>
        <w:t>تو میں نے کہا کہ اپ اس کو لے کے جائیے میں اس کو بالکل چھوا بھی نہیں</w:t>
      </w:r>
    </w:p>
    <w:p>
      <w:r>
        <w:rPr>
          <w:b/>
        </w:rPr>
        <w:t xml:space="preserve">[2:44:39] </w:t>
      </w:r>
      <w:r>
        <w:t>is mithaai ko aur phir un ko main ne samjhaya bahut sari baaten is tarike se ap zindagi</w:t>
      </w:r>
    </w:p>
    <w:p>
      <w:pPr>
        <w:jc w:val="right"/>
      </w:pPr>
      <w:r>
        <w:t>اس مٹھائی کو اور پھر ان کو میں نے سمجھایا بہت ساری باتیں اس طریقے سے اپ زندگی</w:t>
      </w:r>
    </w:p>
    <w:p>
      <w:r>
        <w:rPr>
          <w:b/>
        </w:rPr>
        <w:t xml:space="preserve">[2:44:43] </w:t>
      </w:r>
      <w:r>
        <w:t>guzariye abhi kal un ka telephone aya tha bahut hi khushi ke sath unhon ne kaha ke</w:t>
      </w:r>
    </w:p>
    <w:p>
      <w:pPr>
        <w:jc w:val="right"/>
      </w:pPr>
      <w:r>
        <w:t>گزاریے ابھی کل ان کا ٹیلی فون ایا تھا بہت ہی خوشی کے ساتھ انہوں نے کہا کہ</w:t>
      </w:r>
    </w:p>
    <w:p>
      <w:r>
        <w:rPr>
          <w:b/>
        </w:rPr>
        <w:t xml:space="preserve">[2:44:48] </w:t>
      </w:r>
      <w:r>
        <w:t>mera sara lon utar gaya</w:t>
      </w:r>
    </w:p>
    <w:p>
      <w:pPr>
        <w:jc w:val="right"/>
      </w:pPr>
      <w:r>
        <w:t>میرا سارا لون اتر گیا</w:t>
      </w:r>
    </w:p>
    <w:p>
      <w:r>
        <w:rPr>
          <w:b/>
        </w:rPr>
        <w:t xml:space="preserve">[2:44:50] </w:t>
      </w:r>
      <w:r>
        <w:t>kyunki lifestyle badal diya main ne sari earning jo meri hoti thi idhar udhar kharch karta tha</w:t>
      </w:r>
    </w:p>
    <w:p>
      <w:pPr>
        <w:jc w:val="right"/>
      </w:pPr>
      <w:r>
        <w:t>کیونکہ لائف اسٹائل بدل دیا میں نے ساری ارننگ جو میری ہوتی تھی ادھر ادھر خرچ کرتا تھا</w:t>
      </w:r>
    </w:p>
    <w:p>
      <w:r>
        <w:rPr>
          <w:b/>
        </w:rPr>
        <w:t xml:space="preserve">[2:44:57] </w:t>
      </w:r>
      <w:r>
        <w:t>ke bete ko le kar outing karwa raha hoon ke kisi ko mithaai de raha hoon kisi ko</w:t>
      </w:r>
    </w:p>
    <w:p>
      <w:pPr>
        <w:jc w:val="right"/>
      </w:pPr>
      <w:r>
        <w:t>کہ بیٹے کو لے کر اؤٹنگ کروا رہا ہوں کہ کسی کو مٹھائی دے رہا ہوں کسی کو</w:t>
      </w:r>
    </w:p>
    <w:p>
      <w:r>
        <w:rPr>
          <w:b/>
        </w:rPr>
        <w:t xml:space="preserve">[2:45:00] </w:t>
      </w:r>
      <w:r>
        <w:t>party de raha hoon to mein ne sab band kar diya is waqt tak jab tak ke lon</w:t>
      </w:r>
    </w:p>
    <w:p>
      <w:pPr>
        <w:jc w:val="right"/>
      </w:pPr>
      <w:r>
        <w:t>پارٹی دے رہا ہوں تو میں نے سب بند کر دیا اس وقت تک جب تک کہ لون</w:t>
      </w:r>
    </w:p>
    <w:p>
      <w:r>
        <w:rPr>
          <w:b/>
        </w:rPr>
        <w:t xml:space="preserve">[2:45:06] </w:t>
      </w:r>
      <w:r>
        <w:t>utar nahi jaye mein aik paisa bhi idhar udhar mein ne kharch nahi kiya to parson bhi tele</w:t>
      </w:r>
    </w:p>
    <w:p>
      <w:pPr>
        <w:jc w:val="right"/>
      </w:pPr>
      <w:r>
        <w:t>اتر نہیں جائے میں ایک پیسہ بھی ادھر ادھر میں نے خرچ نہیں کیا تو پرسوں بھی ٹیلی</w:t>
      </w:r>
    </w:p>
    <w:p>
      <w:r>
        <w:rPr>
          <w:b/>
        </w:rPr>
        <w:t xml:space="preserve">[2:45:11] </w:t>
      </w:r>
      <w:r>
        <w:t>fon aya tha bohat khush thay woh ke mera sara lon utar gaya yeh hai educate karna</w:t>
      </w:r>
    </w:p>
    <w:p>
      <w:pPr>
        <w:jc w:val="right"/>
      </w:pPr>
      <w:r>
        <w:t>فون ایا تھا بہت خوش تھے وہ کہ میرا سارا لون اتر گیا یہ ہے ایجوکیٹ کرنا</w:t>
      </w:r>
    </w:p>
    <w:p>
      <w:r>
        <w:rPr>
          <w:b/>
        </w:rPr>
        <w:t xml:space="preserve">[2:45:17] </w:t>
      </w:r>
      <w:r>
        <w:t>to educate karne ki zaroorat hai</w:t>
      </w:r>
    </w:p>
    <w:p>
      <w:pPr>
        <w:jc w:val="right"/>
      </w:pPr>
      <w:r>
        <w:t>تو ایجوکیٹ کرنے کی ضرورت ہے</w:t>
      </w:r>
    </w:p>
    <w:p>
      <w:r>
        <w:rPr>
          <w:b/>
        </w:rPr>
        <w:t xml:space="preserve">[2:45:20] </w:t>
      </w:r>
      <w:r>
        <w:t>aap log jo hai educate kijiye logon ko aur phir aap dekhenge ke hamare desh mein poori dunya mein ek naya revolution aa jayega i am sadia ah my question is that a lot of people believe in the concept of cause of the causes but they always take this cause as merely a cause only a force and nothing more than that</w:t>
      </w:r>
    </w:p>
    <w:p>
      <w:pPr>
        <w:jc w:val="right"/>
      </w:pPr>
      <w:r>
        <w:t>اپ لوگ جو ہے ایجوکیٹ کیجئے لوگوں کو اور پھر اپ دیکھیں گے کہ ہمارے دیش میں پوری دنیا میں ایک نیا ریولوشن ا جائے گا ائی ایم سعدیہ اہ مائی کوئسچن از دیٹ ا لاٹ اف پیپل بیلیو ان دا کانسیپٹ اف کاز اف دا کازز بٹ دے الویز ٹیک دس کاز ایز میرلی ا کاز اونلی ا فورس اینڈ نتھنگ مور دین دیٹ</w:t>
      </w:r>
    </w:p>
    <w:p>
      <w:r>
        <w:rPr>
          <w:b/>
        </w:rPr>
        <w:t xml:space="preserve">[2:45:45] </w:t>
      </w:r>
      <w:r>
        <w:t>so how do we make people realize that god is a separate being a separate entity and not merely a force but merely a cause</w:t>
      </w:r>
    </w:p>
    <w:p>
      <w:pPr>
        <w:jc w:val="right"/>
      </w:pPr>
      <w:r>
        <w:t>سو ہاؤ ڈو وی میک پیپل ریلائز دیٹ گاڈ از ا سیپریٹ بینگ ا سیپریٹ اینٹیٹی اینڈ ناٹ میرلی ا فورس بٹ میرلی ا کاز</w:t>
      </w:r>
    </w:p>
    <w:p>
      <w:r>
        <w:rPr>
          <w:b/>
        </w:rPr>
        <w:t xml:space="preserve">[2:46:00] </w:t>
      </w:r>
      <w:r>
        <w:t>dekhen is ke peeche jo hai ek philosophical background hai kyunke aap jante hain ke philosophy mein aur religion mein do concept chalte hain monism monotheism</w:t>
      </w:r>
    </w:p>
    <w:p>
      <w:pPr>
        <w:jc w:val="right"/>
      </w:pPr>
      <w:r>
        <w:t>دیکھیں اس کے پیچھے جو ہے ایک فلاسفیکل بیک گراؤنڈ ہے کیونکہ اپ جانتے ہیں کہ فلاسفی میں اور ریلیجن میں دو کانسیپٹ چلتے ہیں مونزم مونوتھیزم</w:t>
      </w:r>
    </w:p>
    <w:p>
      <w:r>
        <w:rPr>
          <w:b/>
        </w:rPr>
        <w:t xml:space="preserve">[2:46:15] </w:t>
      </w:r>
      <w:r>
        <w:t>to Islam mein monotheism ka concept hai yani god as a person hum god ko ek person mante hain lekin monism jo concept hai us mein god ko person nahi mana jata simply force mana jata hai ek ek pervading spirit mana jata hai to is background mein ye bana hai ke force wale nazariya</w:t>
      </w:r>
    </w:p>
    <w:p>
      <w:pPr>
        <w:jc w:val="right"/>
      </w:pPr>
      <w:r>
        <w:t>تو اسلام میں مونوتھیزم کا کانسیپٹ ہے یعنی گاڈ ایز ا پرسن ہم گاڈ کو ایک پرسن مانتے ہیں لیکن مونزم جو کانسیپٹ ہے اس میں گاڈ کو پرسن نہیں مانا جاتا سمپلی فورس مانا جاتا ہے ایک ایک پرویڈنگ اسپیریٹ مانا جاتا ہے تو اس بیک گراؤنڈ میں یہ بنا ہے کہ فورس والے نظریہ</w:t>
      </w:r>
    </w:p>
    <w:p>
      <w:r>
        <w:rPr>
          <w:b/>
        </w:rPr>
        <w:t xml:space="preserve">[2:46:36] </w:t>
      </w:r>
      <w:r>
        <w:t>to jab tak hum ye na logon ko ke batayen ke modern wala jo hai wo sirf philosophy ka concept hai wo religion nahi hai wo religion nahi hai wo main nahi manta is ko religion to ek philosophy hai religion mein jo concept hai wo hai god as a person to jab hum un ko ye baat samjha lenge to wo maan jayenge ke cause of the cause jo hai wo god hai aur god ek person hai na ke force.</w:t>
      </w:r>
    </w:p>
    <w:p>
      <w:pPr>
        <w:jc w:val="right"/>
      </w:pPr>
      <w:r>
        <w:t>تو جب تک ہم یہ نہ لوگوں کو کہ بتائیں کہ ماڈرن والا جو ہے وہ صرف فلسفہ کا کانسیپٹ ہے وہ ریلیجن نہیں ہے وہ ریلیجن نہیں ہے وہ میں نہیں مانتا اس کو ریلیجن تو ایک فلاسفی ہے ریلیجن میں جو کانسیپٹ ہے وہ ہے گاڈ ایز ا پرسن تو جب ہم ان کو یہ بات سمجھا لیں گے تو وہ مان جائیں گے کہ کاز اف دا کاز جو ہے وہ گاڈ ہے اور گاڈ ایک پرسن ہے نہ کہ فورس.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