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End of Human History 12 August 2012 - Maulana Wahiduddin Khan</w:t>
      </w:r>
    </w:p>
    <w:p>
      <w:r>
        <w:t>https://www.youtube.com/watch?v=sH9tW0YQwT8</w:t>
      </w:r>
    </w:p>
    <w:p>
      <w:r>
        <w:rPr>
          <w:b/>
        </w:rPr>
        <w:t xml:space="preserve">[00:14] </w:t>
      </w:r>
      <w:r>
        <w:t>bismillah rahman rahim, wasalli allah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wahal uqdata min lisani, yafqahu qawli.</w:t>
      </w:r>
    </w:p>
    <w:p>
      <w:pPr>
        <w:jc w:val="right"/>
      </w:pPr>
      <w:r>
        <w:t>واحل العقدۃ من لسانی، یفقہ قولی۔</w:t>
      </w:r>
    </w:p>
    <w:p>
      <w:r>
        <w:rPr>
          <w:b/>
        </w:rPr>
        <w:t xml:space="preserve">[00:40] </w:t>
      </w:r>
      <w:r>
        <w:t>aaj aghast 2012 ki 12 tareekh hai.</w:t>
      </w:r>
    </w:p>
    <w:p>
      <w:pPr>
        <w:jc w:val="right"/>
      </w:pPr>
      <w:r>
        <w:t>آج اگست 2012 کی 12 تاریخ ہے۔</w:t>
      </w:r>
    </w:p>
    <w:p>
      <w:r>
        <w:rPr>
          <w:b/>
        </w:rPr>
        <w:t xml:space="preserve">[00:52] </w:t>
      </w:r>
      <w:r>
        <w:t>aaj jo baat karna hai is ka title hai: "da end of human history".</w:t>
      </w:r>
    </w:p>
    <w:p>
      <w:pPr>
        <w:jc w:val="right"/>
      </w:pPr>
      <w:r>
        <w:t>آج جو بات کرنا ہے اس کا ٹائٹل ہے: "دا اینڈ آف ہیومن ہسٹری"۔</w:t>
      </w:r>
    </w:p>
    <w:p>
      <w:r>
        <w:rPr>
          <w:b/>
        </w:rPr>
        <w:t xml:space="preserve">[01:03] </w:t>
      </w:r>
      <w:r>
        <w:t>insani tareekh ka khatma.</w:t>
      </w:r>
    </w:p>
    <w:p>
      <w:pPr>
        <w:jc w:val="right"/>
      </w:pPr>
      <w:r>
        <w:t>انسانی تاریخ کا خاتمہ۔</w:t>
      </w:r>
    </w:p>
    <w:p>
      <w:r>
        <w:rPr>
          <w:b/>
        </w:rPr>
        <w:t xml:space="preserve">[01:11] </w:t>
      </w:r>
      <w:r>
        <w:t>qayamat kya hai? qayamat naam hai insani tareekh ke khatme ka. yaani ek period of history ka khatm hona,</w:t>
      </w:r>
    </w:p>
    <w:p>
      <w:pPr>
        <w:jc w:val="right"/>
      </w:pPr>
      <w:r>
        <w:t>قیامت کیا ہے؟ قیامت نام ہے انسانی تاریخ کے خاتمے کا۔ یعنی ایک پیریڈ آف ہسٹری کا ختم ہونا،</w:t>
      </w:r>
    </w:p>
    <w:p>
      <w:r>
        <w:rPr>
          <w:b/>
        </w:rPr>
        <w:t xml:space="preserve">[01:27] </w:t>
      </w:r>
      <w:r>
        <w:t>aur doosre tareekhi daur ka shuru hona.</w:t>
      </w:r>
    </w:p>
    <w:p>
      <w:pPr>
        <w:jc w:val="right"/>
      </w:pPr>
      <w:r>
        <w:t>اور دوسرے تاریخی دور کا شروع ہونا۔</w:t>
      </w:r>
    </w:p>
    <w:p>
      <w:r>
        <w:rPr>
          <w:b/>
        </w:rPr>
        <w:t xml:space="preserve">[01:34] </w:t>
      </w:r>
      <w:r>
        <w:t>to is silsile mein, is se pehle main kai baar keh chuka hoon ke hadeeson mein aisi alamatain batai gayi hain jo bohat zyada aaj ke halaat par apply hoti hain.</w:t>
      </w:r>
    </w:p>
    <w:p>
      <w:pPr>
        <w:jc w:val="right"/>
      </w:pPr>
      <w:r>
        <w:t>تو اس سلسلے میں، اس سے پہلے میں کئی بار کہہ چکا ہوں کہ حدیثوں میں ایسی علامتیں بتائی گئی ہیں جو بہت زیادہ آج کے حالات پر اپلائی ہوتی ہیں۔</w:t>
      </w:r>
    </w:p>
    <w:p>
      <w:r>
        <w:rPr>
          <w:b/>
        </w:rPr>
        <w:t xml:space="preserve">[01:52] </w:t>
      </w:r>
      <w:r>
        <w:t>un mein se ek bilkul ek taaza waqea jo aaj hi ke akhbaron mein hai, woh bohat zyada chaunkane wala hai.</w:t>
      </w:r>
    </w:p>
    <w:p>
      <w:pPr>
        <w:jc w:val="right"/>
      </w:pPr>
      <w:r>
        <w:t>ان میں سے ایک بالکل ایک تازہ واقعہ جو آج ہی کے اخباروں میں ہے، وہ بہت زیادہ چونکانے والا ہے۔</w:t>
      </w:r>
    </w:p>
    <w:p>
      <w:r>
        <w:rPr>
          <w:b/>
        </w:rPr>
        <w:t xml:space="preserve">[02:04] </w:t>
      </w:r>
      <w:r>
        <w:t>aaj ke sabhi akhbaron mein ek khabar hai jo amreeka se aayi hai. is ka title hai: "american journalist</w:t>
      </w:r>
    </w:p>
    <w:p>
      <w:pPr>
        <w:jc w:val="right"/>
      </w:pPr>
      <w:r>
        <w:t>آج کے سبھی اخباروں میں ایک خبر ہے جو امریکہ سے آئی ہے۔ اس کا ٹائٹل ہے: "امریکن جرنلسٹ</w:t>
      </w:r>
    </w:p>
    <w:p>
      <w:r>
        <w:rPr>
          <w:b/>
        </w:rPr>
        <w:t xml:space="preserve">[02:21] </w:t>
      </w:r>
      <w:r>
        <w:t>suspended for plagiarism".</w:t>
      </w:r>
    </w:p>
    <w:p>
      <w:pPr>
        <w:jc w:val="right"/>
      </w:pPr>
      <w:r>
        <w:t>سسپینڈڈ فار پلیژرزم"۔</w:t>
      </w:r>
    </w:p>
    <w:p>
      <w:r>
        <w:rPr>
          <w:b/>
        </w:rPr>
        <w:t xml:space="preserve">[02:29] </w:t>
      </w:r>
      <w:r>
        <w:t>ek indian jo ke amreeka mein ja kar base, un ka waqea hai.</w:t>
      </w:r>
    </w:p>
    <w:p>
      <w:pPr>
        <w:jc w:val="right"/>
      </w:pPr>
      <w:r>
        <w:t>ایک انڈین جو کہ امریکہ میں جا کر بسے، ان کا واقعہ ہے۔</w:t>
      </w:r>
    </w:p>
    <w:p>
      <w:r>
        <w:rPr>
          <w:b/>
        </w:rPr>
        <w:t xml:space="preserve">[02:39] </w:t>
      </w:r>
      <w:r>
        <w:t>to woh wahan ke top ka jo magazine hai, time, us mein editor thay.</w:t>
      </w:r>
    </w:p>
    <w:p>
      <w:pPr>
        <w:jc w:val="right"/>
      </w:pPr>
      <w:r>
        <w:t>تو وہ وہاں کے ٹاپ کا جو میگزین ہے، ٹائم، اس میں ایڈیٹر تھے۔</w:t>
      </w:r>
    </w:p>
    <w:p>
      <w:r>
        <w:rPr>
          <w:b/>
        </w:rPr>
        <w:t xml:space="preserve">[02:52] </w:t>
      </w:r>
      <w:r>
        <w:t>to un ko</w:t>
      </w:r>
    </w:p>
    <w:p>
      <w:pPr>
        <w:jc w:val="right"/>
      </w:pPr>
      <w:r>
        <w:t>تو ان کو</w:t>
      </w:r>
    </w:p>
    <w:p>
      <w:r>
        <w:rPr>
          <w:b/>
        </w:rPr>
        <w:t xml:space="preserve">[02:58] </w:t>
      </w:r>
      <w:r>
        <w:t>unki ek ghalti par giraft ki gayi, aur un ke liye suspension ka order hua. woh ghalti kya thi?</w:t>
      </w:r>
    </w:p>
    <w:p>
      <w:pPr>
        <w:jc w:val="right"/>
      </w:pPr>
      <w:r>
        <w:t>ان کی ایک غلطی پر گرفت کی گئی، اور ان کے لیے سسپیشن کا آرڈر ہوا۔ وہ غلطی کیا تھی؟</w:t>
      </w:r>
    </w:p>
    <w:p>
      <w:r>
        <w:rPr>
          <w:b/>
        </w:rPr>
        <w:t xml:space="preserve">[03:08] </w:t>
      </w:r>
      <w:r>
        <w:t>isko kehte hain angrezi mein "plagiarism".</w:t>
      </w:r>
    </w:p>
    <w:p>
      <w:pPr>
        <w:jc w:val="right"/>
      </w:pPr>
      <w:r>
        <w:t>اس کو کہتے ہیں انگریزی میں "پلیژرزم"۔</w:t>
      </w:r>
    </w:p>
    <w:p>
      <w:r>
        <w:rPr>
          <w:b/>
        </w:rPr>
        <w:t xml:space="preserve">[03:14] </w:t>
      </w:r>
      <w:r>
        <w:t>plagiarism ka matlab hai: copying someone's idea without creating original author.</w:t>
      </w:r>
    </w:p>
    <w:p>
      <w:pPr>
        <w:jc w:val="right"/>
      </w:pPr>
      <w:r>
        <w:t>پلیژرزم کا مطلب ہے: کاپیئنگ سم ونز آئیڈیا ودا آؤٹ کریٹنگ ڈومینل آتھر۔</w:t>
      </w:r>
    </w:p>
    <w:p>
      <w:r>
        <w:rPr>
          <w:b/>
        </w:rPr>
        <w:t xml:space="preserve">[03:28] </w:t>
      </w:r>
      <w:r>
        <w:t>yaani aap ek kitaab likhein ya ek article likhein, us mein kisi ki ek baat ko le lein, us ke idea ko, waise hi ke waise hi,</w:t>
      </w:r>
    </w:p>
    <w:p>
      <w:pPr>
        <w:jc w:val="right"/>
      </w:pPr>
      <w:r>
        <w:t>یعنی آپ ایک کتاب لکھیں یا ایک آرٹیکل لکھیں، اس میں کسی کی ایک بات کو لے لیں، اس کے آئیڈیا کو، ویسے ہی کے ویسے ہی،</w:t>
      </w:r>
    </w:p>
    <w:p>
      <w:r>
        <w:rPr>
          <w:b/>
        </w:rPr>
        <w:t xml:space="preserve">[03:42] </w:t>
      </w:r>
      <w:r>
        <w:t>aur us ko aap credit na dein, us ko acknowledge na karein, us ka reference na dein, apna bana kar pesh karein us ko.</w:t>
      </w:r>
    </w:p>
    <w:p>
      <w:pPr>
        <w:jc w:val="right"/>
      </w:pPr>
      <w:r>
        <w:t>اور اس کو آپ کریٹ نہ دیں، اس کو اکنالج نہ کریں، اس کا ریفرنس نہ دیں، اپنا بنا کر پیش کریں اس کو۔</w:t>
      </w:r>
    </w:p>
    <w:p>
      <w:r>
        <w:rPr>
          <w:b/>
        </w:rPr>
        <w:t xml:space="preserve">[03:53] </w:t>
      </w:r>
      <w:r>
        <w:t>to that is plagiarism: copying someone's idea without creating the original author.</w:t>
      </w:r>
    </w:p>
    <w:p>
      <w:pPr>
        <w:jc w:val="right"/>
      </w:pPr>
      <w:r>
        <w:t>تو دیٹ از پلیژرزم: کاپیئنگ سم ونز آئیڈیا ودا آؤٹ کریٹنگ دی اورینل آتھر۔</w:t>
      </w:r>
    </w:p>
    <w:p>
      <w:r>
        <w:rPr>
          <w:b/>
        </w:rPr>
        <w:t xml:space="preserve">[04:10] </w:t>
      </w:r>
      <w:r>
        <w:t>to yeh ghalti un se hui.</w:t>
      </w:r>
    </w:p>
    <w:p>
      <w:pPr>
        <w:jc w:val="right"/>
      </w:pPr>
      <w:r>
        <w:t>تو یہ غلطی ان سے ہوئی۔</w:t>
      </w:r>
    </w:p>
    <w:p>
      <w:r>
        <w:rPr>
          <w:b/>
        </w:rPr>
        <w:t xml:space="preserve">[04:14] </w:t>
      </w:r>
      <w:r>
        <w:t>wahan par ek shakhs ne ek article chhapa tha, us ka new yorker mein, april mein.</w:t>
      </w:r>
    </w:p>
    <w:p>
      <w:pPr>
        <w:jc w:val="right"/>
      </w:pPr>
      <w:r>
        <w:t>وہاں پر ایک شخص نے ایک آرٹیکل چھپا تھا، اس کا نیویارکر میں، اپریل میں۔</w:t>
      </w:r>
    </w:p>
    <w:p>
      <w:r>
        <w:rPr>
          <w:b/>
        </w:rPr>
        <w:t xml:space="preserve">[04:26] </w:t>
      </w:r>
      <w:r>
        <w:t>to us ka ek paragraph unhon ne apne mazmoon mein le liya, jo chhapa hai time mein, waise hi ke waise hi, apna bana kar,</w:t>
      </w:r>
    </w:p>
    <w:p>
      <w:pPr>
        <w:jc w:val="right"/>
      </w:pPr>
      <w:r>
        <w:t>تو اس کا ایک پیراگراف انہوں نے اپنے مضمون میں لے لیا، جو چھپا ہے ٹائم میں، ویسے ہی کے ویسے ہی، اپنا بنا کر،</w:t>
      </w:r>
    </w:p>
    <w:p>
      <w:r>
        <w:rPr>
          <w:b/>
        </w:rPr>
        <w:t xml:space="preserve">[04:41] </w:t>
      </w:r>
      <w:r>
        <w:t>aur us ko acknowledge nahi kiya. yeh itna bara, yeh ek</w:t>
      </w:r>
    </w:p>
    <w:p>
      <w:pPr>
        <w:jc w:val="right"/>
      </w:pPr>
      <w:r>
        <w:t>اور اس کو اکنالج نہیں کیا۔ یہ اتنا بڑا، یہ ایک</w:t>
      </w:r>
    </w:p>
    <w:p>
      <w:r>
        <w:rPr>
          <w:b/>
        </w:rPr>
        <w:t xml:space="preserve">[04:51] </w:t>
      </w:r>
      <w:r>
        <w:t>likhne ki duniya mein ek crime mana jata hai us ko ke baghair acknowledge kiye hue aap kisi ke idea ko le kar apni kitaab mein shamil kar lein.</w:t>
      </w:r>
    </w:p>
    <w:p>
      <w:pPr>
        <w:jc w:val="right"/>
      </w:pPr>
      <w:r>
        <w:t>لکھنے کی دنیا میں ایک کرائم مانا جاتا ہے اس کو کہ بغیر اکنالج کیے ہوئے آپ کسی کے آئیڈیا کو لے کر اپنی کتاب میں شامل کر لیں۔</w:t>
      </w:r>
    </w:p>
    <w:p>
      <w:r>
        <w:rPr>
          <w:b/>
        </w:rPr>
        <w:t xml:space="preserve">[05:06] </w:t>
      </w:r>
      <w:r>
        <w:t>to us ke liye urdu mein ghaliban koi lafz nahi hai, lekin english mein us ko kehte hain "plagiarism".</w:t>
      </w:r>
    </w:p>
    <w:p>
      <w:pPr>
        <w:jc w:val="right"/>
      </w:pPr>
      <w:r>
        <w:t>تو اس کے لیے اردو میں غالباً کوئی لفظ نہیں ہے، لیکن انگلش میں اس کو کہتے ہیں "پلیژرزم"۔</w:t>
      </w:r>
    </w:p>
    <w:p>
      <w:r>
        <w:rPr>
          <w:b/>
        </w:rPr>
        <w:t xml:space="preserve">[05:17] </w:t>
      </w:r>
      <w:r>
        <w:t>to us ko parh kar mujhe ek bohat hi ajeeb khayal hua, bohat ajeeb khayal hua. woh yeh ke hamari poori civilization jo hai, modern civilization, woh to yahi kar rahi hai.</w:t>
      </w:r>
    </w:p>
    <w:p>
      <w:pPr>
        <w:jc w:val="right"/>
      </w:pPr>
      <w:r>
        <w:t>تو اس کو پڑھ کر مجھے ایک بہت ہی عجیب خیال ہوا، بہت عجیب خیال ہوا۔ وہ یہ کہ ہماری پوری سویلائزیشن جو ہے، ماڈرن سویلائزیشن، وہ تو یہی کر رہی ہے۔</w:t>
      </w:r>
    </w:p>
    <w:p>
      <w:r>
        <w:rPr>
          <w:b/>
        </w:rPr>
        <w:t xml:space="preserve">[05:36] </w:t>
      </w:r>
      <w:r>
        <w:t>yani american journalist ne jo kaam kiya, woh to aik zarray se bhi kam tha, aur jo western civilization ne jo kiya hai, woh to is se billion trillions se bhi zyada hai.</w:t>
      </w:r>
    </w:p>
    <w:p>
      <w:pPr>
        <w:jc w:val="right"/>
      </w:pPr>
      <w:r>
        <w:t>یعنی امریکن جرنلسٹ نے جو کام کیا، وہ تو ایک ذرے سے بھی کم تھا، اور جو ویسٹرن سویلائزیشن نے جو کیا ہے، وہ تو اس سے بلین ٹریلینز سے بھی زیادہ ہے۔</w:t>
      </w:r>
    </w:p>
    <w:p>
      <w:r>
        <w:rPr>
          <w:b/>
        </w:rPr>
        <w:t xml:space="preserve">[05:52] </w:t>
      </w:r>
      <w:r>
        <w:t>woh kya hai? dekhein, modern civilization kya hai? modern civilization naam hai is baat ka</w:t>
      </w:r>
    </w:p>
    <w:p>
      <w:pPr>
        <w:jc w:val="right"/>
      </w:pPr>
      <w:r>
        <w:t>وہ کیا ہے؟ دیکھیں، ماڈرن سویلائزیشن کیا ہے؟ ماڈرن سویلائزیشن نام ہے اس بات کا</w:t>
      </w:r>
    </w:p>
    <w:p>
      <w:r>
        <w:rPr>
          <w:b/>
        </w:rPr>
        <w:t xml:space="preserve">[06:04] </w:t>
      </w:r>
      <w:r>
        <w:t>ke nature mein ya khuda ki duniya mein jo cheezein theen, to woh sab ke sab law of nature ke tehat hain.</w:t>
      </w:r>
    </w:p>
    <w:p>
      <w:pPr>
        <w:jc w:val="right"/>
      </w:pPr>
      <w:r>
        <w:t>کہ نیچر میں یا خدا کی دنیا میں جو چیزیں تھیں، تو وہ سب کے سب لاء آف نیچر کے تحت ہیں۔</w:t>
      </w:r>
    </w:p>
    <w:p>
      <w:r>
        <w:rPr>
          <w:b/>
        </w:rPr>
        <w:t xml:space="preserve">[06:17] </w:t>
      </w:r>
      <w:r>
        <w:t>law of nature ka matlab hota hai divine laws ke tehat. har cheez mein aik divine law hai. misaal ke taur par pani ko agar aap ubalen, boil karen,</w:t>
      </w:r>
    </w:p>
    <w:p>
      <w:pPr>
        <w:jc w:val="right"/>
      </w:pPr>
      <w:r>
        <w:t>لاء آف نیچر کا مطلب ہوتا ہے ڈیوائن لاز کے تحت۔ ہر چیز میں ایک ڈیوائن لاء ہے۔ مثلاً پانی کو اگر آپ ابالیں، بوائل کریں،</w:t>
      </w:r>
    </w:p>
    <w:p>
      <w:r>
        <w:rPr>
          <w:b/>
        </w:rPr>
        <w:t xml:space="preserve">[06:32] </w:t>
      </w:r>
      <w:r>
        <w:t>to aik point pe pahunch kar woh ubalne lagega. ubalne lagega matlab to us ke andar aik aik taqat aa jayegi, aik taqat aa jayegi us ke andar.</w:t>
      </w:r>
    </w:p>
    <w:p>
      <w:pPr>
        <w:jc w:val="right"/>
      </w:pPr>
      <w:r>
        <w:t>تو ایک پوائنٹ پہ پہنچ کر وہ ابلنے لگے گا۔ ابلنے لگے گا معنی تو اس کے اندر ایک ایک طاقت آ جائے گی، ایک طاقت آ جائے گی اس کے اندر۔</w:t>
      </w:r>
    </w:p>
    <w:p>
      <w:r>
        <w:rPr>
          <w:b/>
        </w:rPr>
        <w:t xml:space="preserve">[06:46] </w:t>
      </w:r>
      <w:r>
        <w:t>is se steam power banega. steam power se phir pani ke jahaz chalenge, aur doosri machinein chalengi.</w:t>
      </w:r>
    </w:p>
    <w:p>
      <w:pPr>
        <w:jc w:val="right"/>
      </w:pPr>
      <w:r>
        <w:t>اس سے اسٹیم پاور بنے گا۔ اسٹیم پاور سے پھر پانی کے جہاز چلیں گے، اور دوسری مشینیں چلیں گی۔</w:t>
      </w:r>
    </w:p>
    <w:p>
      <w:r>
        <w:rPr>
          <w:b/>
        </w:rPr>
        <w:t xml:space="preserve">[06:56] </w:t>
      </w:r>
      <w:r>
        <w:t>to steam power kya hai? woh aik law hai, aik principle hai jo khud nature mein maujood tha.</w:t>
      </w:r>
    </w:p>
    <w:p>
      <w:pPr>
        <w:jc w:val="right"/>
      </w:pPr>
      <w:r>
        <w:t>تو اسٹیم پاور کیا ہے؟ وہ ایک لاء ہے، ایک پرنسپل ہے جو خود نیچر میں موجود تھا۔</w:t>
      </w:r>
    </w:p>
    <w:p>
      <w:r>
        <w:rPr>
          <w:b/>
        </w:rPr>
        <w:t xml:space="preserve">[07:08] </w:t>
      </w:r>
      <w:r>
        <w:t>insaan ne is ko invent nahi kiya, insaan ne sirf discover kiya. is ko discover kar ke istemal kiya.</w:t>
      </w:r>
    </w:p>
    <w:p>
      <w:pPr>
        <w:jc w:val="right"/>
      </w:pPr>
      <w:r>
        <w:t>انسان نے اس کو انوینٹ نہیں کیا، انسان نے صرف ڈسکور کیا۔ اس کو ڈسکور کر کے استعمال کیا۔</w:t>
      </w:r>
    </w:p>
    <w:p>
      <w:r>
        <w:rPr>
          <w:b/>
        </w:rPr>
        <w:t xml:space="preserve">[07:19] </w:t>
      </w:r>
      <w:r>
        <w:t>isi tarah se saari cheezein jin ko hum kehte hain technology, jin ko hum kehte hain technical development, woh saari cheezein kya hain?</w:t>
      </w:r>
    </w:p>
    <w:p>
      <w:pPr>
        <w:jc w:val="right"/>
      </w:pPr>
      <w:r>
        <w:t>اسی طرح سے ساری چیزیں جن کو ہم کہتے ہیں ٹیکنالوجی، جن کو ہم کہتے ہیں ٹیکنیکل ڈیولپمنٹ، وہ ساری چیزیں کیا ہیں؟</w:t>
      </w:r>
    </w:p>
    <w:p>
      <w:r>
        <w:rPr>
          <w:b/>
        </w:rPr>
        <w:t xml:space="preserve">[07:34] </w:t>
      </w:r>
      <w:r>
        <w:t>chahe woh steamship ho, chahe woh car ho, chahe woh hawai jahaz ho, chahe mobile ho, chahe camera ho, jitne item aaj maazi mein aap dekhte hain,</w:t>
      </w:r>
    </w:p>
    <w:p>
      <w:pPr>
        <w:jc w:val="right"/>
      </w:pPr>
      <w:r>
        <w:t>چاہے وہ اسٹیم شپ ہو، چاہے وہ کار ہو، چاہے وہ ہوائی جہاز ہو، چاہے موبائل ہو، چاہے کیمرہ ہو، جتنے آئٹم آج ماضی میں آپ دیکھتے ہیں،</w:t>
      </w:r>
    </w:p>
    <w:p>
      <w:r>
        <w:rPr>
          <w:b/>
        </w:rPr>
        <w:t xml:space="preserve">[07:50] </w:t>
      </w:r>
      <w:r>
        <w:t>chahe woh chhote hon ya bade, woh sab ke sab fitrat mein chhpe hue qanoon ko daryaft kar ke un ko istemal karna hai.</w:t>
      </w:r>
    </w:p>
    <w:p>
      <w:pPr>
        <w:jc w:val="right"/>
      </w:pPr>
      <w:r>
        <w:t>چاہے وہ چھوٹے ہوں یا بڑے، وہ سب کے سب فطرت میں چھپے ہوئے قانون کو دریافت کر کے ان کو استعمال کرنا ہے۔</w:t>
      </w:r>
    </w:p>
    <w:p>
      <w:r>
        <w:rPr>
          <w:b/>
        </w:rPr>
        <w:t xml:space="preserve">[08:03] </w:t>
      </w:r>
      <w:r>
        <w:t>goya ke woh divine ideas thay, divine laws thay jin ko daryaft kar ke insaan ne istemal kiya. lekin poori poori civilization, poori poori community jo lagi hui hai civilization ki khidmat mein, unhon ne kabhi God ko acknowledge nahi kiya.</w:t>
      </w:r>
    </w:p>
    <w:p>
      <w:pPr>
        <w:jc w:val="right"/>
      </w:pPr>
      <w:r>
        <w:t>گویا کہ وہ ڈیوائن آئیڈیاز تھے، ڈیوائن لاز تھے جن کو دریافت کر کے انسان نے استعمال کیا۔ لیکن پوری پوری سویلائزیشن، پوری پوری کمیونٹی جو لگی ہوئی ہے سویلائزیشن کی خدمت میں، انہوں نے کبھی گاڈ کو اکنالج نہیں کیا۔</w:t>
      </w:r>
    </w:p>
    <w:p>
      <w:r>
        <w:rPr>
          <w:b/>
        </w:rPr>
        <w:t xml:space="preserve">[08:27] </w:t>
      </w:r>
      <w:r>
        <w:t>jab aik qanoon daryaft hota hai to jo scientist daryaft karta hai, usi ke naam par us ko keh diya jata hai, jise qanoon daryaft kiya Newton ne, keh diya gaya ke Newtonian law.</w:t>
      </w:r>
    </w:p>
    <w:p>
      <w:pPr>
        <w:jc w:val="right"/>
      </w:pPr>
      <w:r>
        <w:t>جب ایک قانون دریافت ہوتا ہے تو جو سائنسدان دریافت کرتا ہے، اسی کے نام پر اس کو کہہ دیا جاتا ہے، جسے قانون دریافت کیا نیوٹن نے، کہہ دیا گیا کہ نیوٹینین لاء۔</w:t>
      </w:r>
    </w:p>
    <w:p>
      <w:r>
        <w:rPr>
          <w:b/>
        </w:rPr>
        <w:t xml:space="preserve">[08:43] </w:t>
      </w:r>
      <w:r>
        <w:t>Planck ne daryaft kiya to keh diya gaya ke Planck law. to jis ne daryaft kiya, usi usi ke naam par</w:t>
      </w:r>
    </w:p>
    <w:p>
      <w:pPr>
        <w:jc w:val="right"/>
      </w:pPr>
      <w:r>
        <w:t>پلینک نے دریافت کیا تو کہہ دیا گیا کہ پلینک لاء۔ تو جس نے دریافت کیا، اسی اسی کے نام پر</w:t>
      </w:r>
    </w:p>
    <w:p>
      <w:r>
        <w:rPr>
          <w:b/>
        </w:rPr>
        <w:t xml:space="preserve">[08:53] </w:t>
      </w:r>
      <w:r>
        <w:t>kahin X law, kahin Y law, kahin Z law, ghairt ke usi ke naam par.</w:t>
      </w:r>
    </w:p>
    <w:p>
      <w:pPr>
        <w:jc w:val="right"/>
      </w:pPr>
      <w:r>
        <w:t>کہیں ایکس لاء، کہیں وائی لاء، کہیں زیڈ لاء، غرض کہ اسی کے نام پر۔</w:t>
      </w:r>
    </w:p>
    <w:p>
      <w:r>
        <w:rPr>
          <w:b/>
        </w:rPr>
        <w:t xml:space="preserve">[09:01] </w:t>
      </w:r>
      <w:r>
        <w:t>to kya woh law us ne banaya hai jis ke naam par yeh laws kitabon mein likhe hue hain? us ne sirf daryaft kiya hai.</w:t>
      </w:r>
    </w:p>
    <w:p>
      <w:pPr>
        <w:jc w:val="right"/>
      </w:pPr>
      <w:r>
        <w:t>تو کیا وہ لاء اس نے بنایا ہے جس کے نام پر یہ لاز کتابوں میں لکھے ہوئے ہیں؟ اس نے صرف دریافت کیا ہے۔</w:t>
      </w:r>
    </w:p>
    <w:p>
      <w:r>
        <w:rPr>
          <w:b/>
        </w:rPr>
        <w:t xml:space="preserve">[09:14] </w:t>
      </w:r>
      <w:r>
        <w:t>to is par farz tha ke woh acknowledge kare ke maine aik divine law ko daryaft kiya, uska banane wala Khuda hai.</w:t>
      </w:r>
    </w:p>
    <w:p>
      <w:pPr>
        <w:jc w:val="right"/>
      </w:pPr>
      <w:r>
        <w:t>تو اس پر فرض تھا کہ وہ اکنالج کرے کہ میں نے ایک ڈیوائن لاء کو دریافت کیا، اس کا بنانے والا خدا ہے۔</w:t>
      </w:r>
    </w:p>
    <w:p>
      <w:r>
        <w:rPr>
          <w:b/>
        </w:rPr>
        <w:t xml:space="preserve">[09:26] </w:t>
      </w:r>
      <w:r>
        <w:t>to to baghair Khuda ko ka reference diye hue</w:t>
      </w:r>
    </w:p>
    <w:p>
      <w:pPr>
        <w:jc w:val="right"/>
      </w:pPr>
      <w:r>
        <w:t>تو تو بغیر خدا کو کا ریفرنس دیے ہوئے</w:t>
      </w:r>
    </w:p>
    <w:p>
      <w:r>
        <w:rPr>
          <w:b/>
        </w:rPr>
        <w:t xml:space="preserve">[09:35] </w:t>
      </w:r>
      <w:r>
        <w:t>dhoom se us ko istemal kiya ja raha hai. that is also a case of plagiarism, super plagiarism.</w:t>
      </w:r>
    </w:p>
    <w:p>
      <w:pPr>
        <w:jc w:val="right"/>
      </w:pPr>
      <w:r>
        <w:t>دھوم سے اس کو استعمال کیا جا رہا ہے۔ دیٹ از السو ا کیس اف پلیژرزم، سپر پلیژرزم۔</w:t>
      </w:r>
    </w:p>
    <w:p>
      <w:r>
        <w:rPr>
          <w:b/>
        </w:rPr>
        <w:t xml:space="preserve">[09:48] </w:t>
      </w:r>
      <w:r>
        <w:t>to poori poori tareekh jo kai sau saal ki hai technical development ki, woh kya hai? aur poori tareekh jo hai, woh super plagiarism ki tareekh hai.</w:t>
      </w:r>
    </w:p>
    <w:p>
      <w:pPr>
        <w:jc w:val="right"/>
      </w:pPr>
      <w:r>
        <w:t>تو پوری پوری تاریخ جو کئی سو سال کی ہے ٹیکنیکل ڈیولپمنٹ کی، وہ کیا ہے؟ اور پوری تاریخ جو ہے، وہ سپر پلیژرزم کی تاریخ ہے۔</w:t>
      </w:r>
    </w:p>
    <w:p>
      <w:r>
        <w:rPr>
          <w:b/>
        </w:rPr>
        <w:t xml:space="preserve">[10:03] </w:t>
      </w:r>
      <w:r>
        <w:t>chahe bijli ho, chahe paani ke chalna ho, machinein ka dorna ho, hazaron ne, lakhon ne, million million jo item hain, woh sab kya hai?</w:t>
      </w:r>
    </w:p>
    <w:p>
      <w:pPr>
        <w:jc w:val="right"/>
      </w:pPr>
      <w:r>
        <w:t>چاہے بجلی ہو، چاہے پگھے کے چلنا ہو، مشینوں کا دوڑنا ہو، ہزاروں نے، لاکھوں نے، ملین ملین جو آئٹم ہیں، وہ سب کیا ہے؟</w:t>
      </w:r>
    </w:p>
    <w:p>
      <w:r>
        <w:rPr>
          <w:b/>
        </w:rPr>
        <w:t xml:space="preserve">[10:16] </w:t>
      </w:r>
      <w:r>
        <w:t>kaha jata hai ke technological development. what is technological development? is sab ke peeche hai fitrat mein chhpe hue qanoon ko daryaft kar ke un ko istemal karna.</w:t>
      </w:r>
    </w:p>
    <w:p>
      <w:pPr>
        <w:jc w:val="right"/>
      </w:pPr>
      <w:r>
        <w:t>کہا جاتا ہے کہ ٹیکنالوجیکل ڈیولپمنٹ۔ واٹ از ٹیکنالوجیکل ڈیولپمنٹ؟ اس سب کے پیچھے ہے فطرت میں چھپے ہوئے قانون کو دریافت کر کے ان کو استعمال کرنا۔</w:t>
      </w:r>
    </w:p>
    <w:p>
      <w:r>
        <w:rPr>
          <w:b/>
        </w:rPr>
        <w:t xml:space="preserve">[10:30] </w:t>
      </w:r>
      <w:r>
        <w:t>yeh qanoon kaun hai? kis ne banaya? woh kis ke mind ki pedawar hai? woh God Almighty hai.</w:t>
      </w:r>
    </w:p>
    <w:p>
      <w:pPr>
        <w:jc w:val="right"/>
      </w:pPr>
      <w:r>
        <w:t>یہ قانون کون ہے؟ کس نے بنایا؟ وہ کس کے مائنڈ کی پیداوار ہے؟ وہ گاڈ المائٹی ہے۔</w:t>
      </w:r>
    </w:p>
    <w:p>
      <w:r>
        <w:rPr>
          <w:b/>
        </w:rPr>
        <w:t xml:space="preserve">[10:39] </w:t>
      </w:r>
      <w:r>
        <w:t>is ke matlab kya hain? nature mein Allah taala ke qanoon, yani divine laws maujood thay.</w:t>
      </w:r>
    </w:p>
    <w:p>
      <w:pPr>
        <w:jc w:val="right"/>
      </w:pPr>
      <w:r>
        <w:t>اس کے معنی کیا ہیں؟ نیچر میں اللہ تعالی کے قوانین، یعنی ڈیوائن لاز موجود تھے۔</w:t>
      </w:r>
    </w:p>
    <w:p>
      <w:r>
        <w:rPr>
          <w:b/>
        </w:rPr>
        <w:t xml:space="preserve">[10:51] </w:t>
      </w:r>
      <w:r>
        <w:t>divine laws, is ko insaan ne daryaft kiya, daryaft kar ke civilization banai. to kitna bada yeh plagiarism hai ke Khuda ke qanoon ko aadmi daryaft kar ke.</w:t>
      </w:r>
    </w:p>
    <w:p>
      <w:pPr>
        <w:jc w:val="right"/>
      </w:pPr>
      <w:r>
        <w:t>ڈیوائن لاز، اس کو انسان نے دریافت کیا، دریافت کر کے سویلائزیشن بنائی۔ تو کتنا بڑا یہ پلیژرزم ہے کہ خدا کے قانون کو آدمی دریافت کر کے۔</w:t>
      </w:r>
    </w:p>
    <w:p>
      <w:r>
        <w:rPr>
          <w:b/>
        </w:rPr>
        <w:t xml:space="preserve">[11:08] </w:t>
      </w:r>
      <w:r>
        <w:t>development ho raha hai, progress ho raha hai, civilization ke naam par bohat bari tarqqiyan kitabon mein likhi ja rahi hain, lekin kahin Khuda ka naam nahin.</w:t>
      </w:r>
    </w:p>
    <w:p>
      <w:pPr>
        <w:jc w:val="right"/>
      </w:pPr>
      <w:r>
        <w:t>ڈیولپمنٹ ہو رہا ہے، پروگریس ہو رہا ہے، سویلائزیشن کے نام پر بہت بڑی ترقیاں کتابوں میں لکھی جا رہی ہیں، لیکن کہیں خدا کا نام نہیں۔</w:t>
      </w:r>
    </w:p>
    <w:p>
      <w:r>
        <w:rPr>
          <w:b/>
        </w:rPr>
        <w:t xml:space="preserve">[11:23] </w:t>
      </w:r>
      <w:r>
        <w:t>abhi aap ne parha hoga kuch din pehle ke jo NASA ka idara hai, scientific idara America ka, us mein ek scientist ne, ya aap ko pata hoga ke jo modern science hai,</w:t>
      </w:r>
    </w:p>
    <w:p>
      <w:pPr>
        <w:jc w:val="right"/>
      </w:pPr>
      <w:r>
        <w:t>ابھی آپ نے پڑھا ہوگا کچھ دن پہلے کہ جو ناسا کا ادارہ ہے، سائنٹیفک ادارہ امریکہ کا، اس میں ایک سائنٹسٹ نے، یا آپ کو پتہ ہوگا کہ جو ماڈرن سائنس ہے،</w:t>
      </w:r>
    </w:p>
    <w:p>
      <w:r>
        <w:rPr>
          <w:b/>
        </w:rPr>
        <w:t xml:space="preserve">[11:39] </w:t>
      </w:r>
      <w:r>
        <w:t>us ne jis dunya ko daryaft kiya hai, us ko ab majority scientists ki keh rahi hai ke yeh intelligent universe hai.</w:t>
      </w:r>
    </w:p>
    <w:p>
      <w:pPr>
        <w:jc w:val="right"/>
      </w:pPr>
      <w:r>
        <w:t>اس نے جس دنیا کو دریافت کیا ہے، اس کو اب میجورٹی سائنس دانوں کی کہہ رہی ہے کہ یہ انٹیلیجنٹ یونیورس ہے۔</w:t>
      </w:r>
    </w:p>
    <w:p>
      <w:r>
        <w:rPr>
          <w:b/>
        </w:rPr>
        <w:t xml:space="preserve">[11:51] </w:t>
      </w:r>
      <w:r>
        <w:t>woh Newton ke zamane ka mechanical model ab khatam ho chuka hai. Newton ke zamane mein dunya ko ek mechanical model ke taur par explain kiya jata tha,</w:t>
      </w:r>
    </w:p>
    <w:p>
      <w:pPr>
        <w:jc w:val="right"/>
      </w:pPr>
      <w:r>
        <w:t>وہ نیوٹن کے زمانے کا میکینیکل ماڈل اب ختم ہو چکا ہے۔ نیوٹن کے زمانے میں دنیا کو ایک میکینیکل ماڈل کے طور پر ایکسپلین کیا جاتا تھا،</w:t>
      </w:r>
    </w:p>
    <w:p>
      <w:r>
        <w:rPr>
          <w:b/>
        </w:rPr>
        <w:t xml:space="preserve">[12:06] </w:t>
      </w:r>
      <w:r>
        <w:t>aaj woh khatam ho chuka hai. aaj hai intelligent model. Fred Hoyle ki jo kitab hai "Intelligent Universe", us ko aap parh lijiyey.</w:t>
      </w:r>
    </w:p>
    <w:p>
      <w:pPr>
        <w:jc w:val="right"/>
      </w:pPr>
      <w:r>
        <w:t>آج وہ ختم ہو چکا ہے۔ آج ہے انٹیلیجنٹ ماڈل۔ فریڈ ہائل کی جو کتاب ہے "انٹیلیجنٹ یونیورس"، اس کو آپ پڑھ لیجئے۔</w:t>
      </w:r>
    </w:p>
    <w:p>
      <w:r>
        <w:rPr>
          <w:b/>
        </w:rPr>
        <w:t xml:space="preserve">[12:18] </w:t>
      </w:r>
      <w:r>
        <w:t>aaj yeh cheez accepted ho chuki hai ke mechanical model discard ho gaya. ab jo manna manna hua model hai, woh intelligent model hai,</w:t>
      </w:r>
    </w:p>
    <w:p>
      <w:pPr>
        <w:jc w:val="right"/>
      </w:pPr>
      <w:r>
        <w:t>آج یہ چیز ایکسیپٹڈ ہو چکی ہے کہ میکینیکل ماڈل ڈسکارڈ ہو گیا۔ اب جو ماننا مانا ہوا ماڈل ہے، وہ انٹیلیجنٹ ماڈل ہے،</w:t>
      </w:r>
    </w:p>
    <w:p>
      <w:r>
        <w:rPr>
          <w:b/>
        </w:rPr>
        <w:t xml:space="preserve">[12:32] </w:t>
      </w:r>
      <w:r>
        <w:t>yani dunya mein intelligent design hai. acha, jab aap maan len intelligent design ko, to is ka matlab kya hua? is ka matlab yeh hai ke jab intelligent design hai, to is ka matlab bhi ke wahan ek intelligent designer bhi hai.</w:t>
      </w:r>
    </w:p>
    <w:p>
      <w:pPr>
        <w:jc w:val="right"/>
      </w:pPr>
      <w:r>
        <w:t>یعنی دنیا میں انٹیلیجنٹ ڈیزائن ہے۔ اچھا، جب آپ مان لیں انٹیلیجنٹ ڈیزائن کو، تو اس کا مطلب کیا ہوا؟ اس کا مطلب یہ ہے کہ جب انٹیلیجنٹ ڈیزائن ہے، تو اس کا مطلب بھی کہ وہاں ایک انٹیلیجنٹ ڈیزائنر بھی ہے۔</w:t>
      </w:r>
    </w:p>
    <w:p>
      <w:r>
        <w:rPr>
          <w:b/>
        </w:rPr>
        <w:t xml:space="preserve">[12:51] </w:t>
      </w:r>
      <w:r>
        <w:t>itna zyada Khuda se qareeb aa gayi hai science. to NASA mein ek scientist tha, us ne kisi private basis mein yeh keh diya, yani intelligent design wale theory ko bayan kar diya, us ko set kar diya gaya,</w:t>
      </w:r>
    </w:p>
    <w:p>
      <w:pPr>
        <w:jc w:val="right"/>
      </w:pPr>
      <w:r>
        <w:t>اتنا زیادہ خدا سے قریب آ گئی ہے سائنس۔ تو ناسا میں ایک سائنٹسٹ تھا، اس نے کسی پرائیویٹ بیلس میں یہ کہہ دیا، یعنی انٹیلیجنٹ ڈیزائن والے تھیوری کو بیان کر دیا، اس کو سیٹ کر دیا گیا،</w:t>
      </w:r>
    </w:p>
    <w:p>
      <w:r>
        <w:rPr>
          <w:b/>
        </w:rPr>
        <w:t xml:space="preserve">[13:09] </w:t>
      </w:r>
      <w:r>
        <w:t>us ko set kar diya gaya. evolution theory kya hai? evolution theory jo hai, woh Khuda ko hadaf kar ke life ke ka jo phenomenon hai, us ko explain karna, Khuda ko hadaf kar ke,</w:t>
      </w:r>
    </w:p>
    <w:p>
      <w:pPr>
        <w:jc w:val="right"/>
      </w:pPr>
      <w:r>
        <w:t>اس کو سیٹ کر دیا گیا۔ ایولوشن تھیوری کیا ہے؟ ایولوشن تھیوری جو ہے، وہ خدا کو حذف کر کے لائف کے کا جو فیناومینا ہے، اس کو ایکسپلین کرنا، خدا کو حذف کر کے،</w:t>
      </w:r>
    </w:p>
    <w:p>
      <w:r>
        <w:rPr>
          <w:b/>
        </w:rPr>
        <w:t xml:space="preserve">[13:29] </w:t>
      </w:r>
      <w:r>
        <w:t>kya yeh plagiarism nahin hai? aap is jin usoolon ko aap daryaft kar rahe hain, us ko aap Khuda ki taraf mansoob nahin karte, sirf us ko istemal kar rahe hain, to bohat bara yeh plagiarism hai.</w:t>
      </w:r>
    </w:p>
    <w:p>
      <w:pPr>
        <w:jc w:val="right"/>
      </w:pPr>
      <w:r>
        <w:t>کیا یہ پلیژرزم نہیں ہے؟ آپ اس جن اصولوں کو آپ دریافت کر رہے ہیں، اس کو آپ خدا کی طرف منسوب نہیں کرتے، صرف اس کو استعمال کر رہے ہیں، تو بہت بڑا یہ پلیژرزم ہے۔</w:t>
      </w:r>
    </w:p>
    <w:p>
      <w:r>
        <w:rPr>
          <w:b/>
        </w:rPr>
        <w:t xml:space="preserve">[13:45] </w:t>
      </w:r>
      <w:r>
        <w:t>yes, yani ilmi sarqa yeh ho raha hai, itne baray paimane par, bohat hi baray paimane par ho raha hai.</w:t>
      </w:r>
    </w:p>
    <w:p>
      <w:pPr>
        <w:jc w:val="right"/>
      </w:pPr>
      <w:r>
        <w:t>یس، یعنی علمی سرقہ یہ ہو رہا ہے، اتنے بڑے پیمانے پر، بہت ہی بڑے پیمانے پر ہو رہا ہے۔</w:t>
      </w:r>
    </w:p>
    <w:p>
      <w:r>
        <w:rPr>
          <w:b/>
        </w:rPr>
        <w:t xml:space="preserve">[13:57] </w:t>
      </w:r>
      <w:r>
        <w:t>to yeh main yeh jo khabar aayi hai, is ke baad main sochne laga, sochne laga, sochne laga, to mujhe Quran ki ek yaad ayat yaad aayi.</w:t>
      </w:r>
    </w:p>
    <w:p>
      <w:pPr>
        <w:jc w:val="right"/>
      </w:pPr>
      <w:r>
        <w:t>تو یہ میں یہ جو خبر آئی ہے، اس کے بعد میں سوچنے لگا، سوچنے لگا، سوچنے لگا، تو مجھے قرآن کی ایک یاد آیت یاد آئی۔</w:t>
      </w:r>
    </w:p>
    <w:p>
      <w:r>
        <w:rPr>
          <w:b/>
        </w:rPr>
        <w:t xml:space="preserve">[14:09] </w:t>
      </w:r>
      <w:r>
        <w:t>yeh Quran ki ek surah hai, is ka naam hai "Az-Zumar". yeh hai chapter number, chapter number 39, "Az-Zumar".</w:t>
      </w:r>
    </w:p>
    <w:p>
      <w:pPr>
        <w:jc w:val="right"/>
      </w:pPr>
      <w:r>
        <w:t>یہ قرآن کی ایک سورہ ہے، اس کا نام ہے "الزمر"۔ یہ ہے چیپٹر نمبر، چیپٹر نمبر 39، "الزمر"۔</w:t>
      </w:r>
    </w:p>
    <w:p>
      <w:r>
        <w:rPr>
          <w:b/>
        </w:rPr>
        <w:t xml:space="preserve">[14:23] </w:t>
      </w:r>
      <w:r>
        <w:t>is ki ayat hai, ayat number 67. to us mein ek ayat hai jis ko aaj tak mufassireen ne samjha nahin tha, maine bhi us ko samjha nahin tha.</w:t>
      </w:r>
    </w:p>
    <w:p>
      <w:pPr>
        <w:jc w:val="right"/>
      </w:pPr>
      <w:r>
        <w:t>اس کی آیت ہے، آیت نمبر 67۔ تو اس میں ایک آیت ہے جس کو آج تک مفسرین نے سمجھا نہیں تھا، میں نے بھی اس کو سمجھا نہیں تھا۔</w:t>
      </w:r>
    </w:p>
    <w:p>
      <w:r>
        <w:rPr>
          <w:b/>
        </w:rPr>
        <w:t xml:space="preserve">[14:38] </w:t>
      </w:r>
      <w:r>
        <w:t>aaj jab yeh khabar aayi to yaad mujhe khuli aur maloom hua ke woh jo hadith hai ke "la tanqadi azabuhu", Quran ke maani kabhi khatam nahin honge,</w:t>
      </w:r>
    </w:p>
    <w:p>
      <w:pPr>
        <w:jc w:val="right"/>
      </w:pPr>
      <w:r>
        <w:t>آج جب یہ خبر آئی تو یاد مجھے کھلی اور معلوم ہوا کہ وہ جو حدیث ہے کہ "لا تنقضی عذابہ"، قرآن کے معنی کبھی ختم نہیں ہوں گے،</w:t>
      </w:r>
    </w:p>
    <w:p>
      <w:r>
        <w:rPr>
          <w:b/>
        </w:rPr>
        <w:t xml:space="preserve">[14:52] </w:t>
      </w:r>
      <w:r>
        <w:t>naye naye maani daryaft hote rahenge. is ayat mein maani ka ek ek samandar mujhe mila.</w:t>
      </w:r>
    </w:p>
    <w:p>
      <w:pPr>
        <w:jc w:val="right"/>
      </w:pPr>
      <w:r>
        <w:t>نئے نئے معنی دریافت ہوتے رہیں گے۔ اس آیت میں معنی کا ایک ایک سمندر مجھے ملا۔</w:t>
      </w:r>
    </w:p>
    <w:p>
      <w:r>
        <w:rPr>
          <w:b/>
        </w:rPr>
        <w:t xml:space="preserve">[15:03] </w:t>
      </w:r>
      <w:r>
        <w:t>dekhen, woh ayat yeh hai:</w:t>
      </w:r>
    </w:p>
    <w:p>
      <w:pPr>
        <w:jc w:val="right"/>
      </w:pPr>
      <w:r>
        <w:t>دیکھیں، وہ آیت یہ ہے:</w:t>
      </w:r>
    </w:p>
    <w:p>
      <w:r>
        <w:rPr>
          <w:b/>
        </w:rPr>
        <w:t xml:space="preserve">[15:08] </w:t>
      </w:r>
      <w:r>
        <w:t>"Wa ma qadar Allah haqq qadrahu wal arzu jami'an qabdatuhu</w:t>
      </w:r>
    </w:p>
    <w:p>
      <w:pPr>
        <w:jc w:val="right"/>
      </w:pPr>
      <w:r>
        <w:t>"وما قدر اللہ حق قدرہ والارض زمین قبضتہ</w:t>
      </w:r>
    </w:p>
    <w:p>
      <w:r>
        <w:rPr>
          <w:b/>
        </w:rPr>
        <w:t xml:space="preserve">[15:17] </w:t>
      </w:r>
      <w:r>
        <w:t>yawm al-qiyamati was samawatu matwiyyatun bi yaminih subhanahu wa ta'ala 'an ma yushrikun".</w:t>
      </w:r>
    </w:p>
    <w:p>
      <w:pPr>
        <w:jc w:val="right"/>
      </w:pPr>
      <w:r>
        <w:t>یوم القیامہ وسماوات مطلبیات بیوی نہیں سبحان اللہ یا مشرکون"۔</w:t>
      </w:r>
    </w:p>
    <w:p>
      <w:r>
        <w:rPr>
          <w:b/>
        </w:rPr>
        <w:t xml:space="preserve">[15:28] </w:t>
      </w:r>
      <w:r>
        <w:t>is ka matlab yeh hai ke logon ne Allah ko underestimate kiya,</w:t>
      </w:r>
    </w:p>
    <w:p>
      <w:pPr>
        <w:jc w:val="right"/>
      </w:pPr>
      <w:r>
        <w:t>اس کا مطلب یہ ہے کہ لوگوں نے اللہ کو انڈرسٹیمیٹ کیا،</w:t>
      </w:r>
    </w:p>
    <w:p>
      <w:r>
        <w:rPr>
          <w:b/>
        </w:rPr>
        <w:t xml:space="preserve">[15:37] </w:t>
      </w:r>
      <w:r>
        <w:t>logon ne Allah ko underestimate kiya, halankay qayamat ke din aisa hoga ke poori zameen Allah ke ek hath mein hogi aur sara aasman Allah ke doosre hath mein hoga.</w:t>
      </w:r>
    </w:p>
    <w:p>
      <w:pPr>
        <w:jc w:val="right"/>
      </w:pPr>
      <w:r>
        <w:t>لوگوں نے اللہ کو انڈرسٹیمیٹ کیا، حالانکہ قیامت کے دن ایسا ہوگا کہ پوری زمین اللہ کے ایک ہاتھ میں ہوگی اور سارا آسمان اللہ کے دوسرے ہاتھ میں ہوگا۔</w:t>
      </w:r>
    </w:p>
    <w:p>
      <w:r>
        <w:rPr>
          <w:b/>
        </w:rPr>
        <w:t xml:space="preserve">[15:54] </w:t>
      </w:r>
      <w:r>
        <w:t>yeh yeh taqat hai Allah taala ki, to pak hai Allah is shirk se jo kar rahe hain. dekhen, mufassireen ne ab tak is ko jor rakha tha isnam parasti se, idol worship se ke log bonton ko pooj rahe hain aur Khuda ki azmat ka unhein pata nahin.</w:t>
      </w:r>
    </w:p>
    <w:p>
      <w:pPr>
        <w:jc w:val="right"/>
      </w:pPr>
      <w:r>
        <w:t>یہ یہ طاقت ہے اللہ تعالی کی، تو پاک ہے اللہ اس شرک سے جو کر رہے ہیں۔ دیکھیں، مفسرین نے اب تک اس کو جوڑ رکھا تھا اسنام پرستی سے، آئیڈل ورشپ سے کہ لوگ بتوں کو پوج رہے ہیں اور خدا کی عظمت کا انہیں پتہ نہیں۔</w:t>
      </w:r>
    </w:p>
    <w:p>
      <w:r>
        <w:rPr>
          <w:b/>
        </w:rPr>
        <w:t xml:space="preserve">[16:16] </w:t>
      </w:r>
      <w:r>
        <w:t>lekin is ayat ka but parasti se koi talluq nahin hai, harghiz nahin hai.</w:t>
      </w:r>
    </w:p>
    <w:p>
      <w:pPr>
        <w:jc w:val="right"/>
      </w:pPr>
      <w:r>
        <w:t>لیکن اس آیت کا بت پرستی سے کوئی تعلق نہیں ہے، ہرگز نہیں ہے۔</w:t>
      </w:r>
    </w:p>
    <w:p>
      <w:r>
        <w:rPr>
          <w:b/>
        </w:rPr>
        <w:t xml:space="preserve">[16:26] </w:t>
      </w:r>
      <w:r>
        <w:t>yahan woh jo shirk ki baat hai, woh woh but wale, but wale shirk ki baat yahan par nahin hai. yeh isi shirk ki baat hai ke Khuda ke qanoon ko attribute kar raha hai insaan ki taraf.</w:t>
      </w:r>
    </w:p>
    <w:p>
      <w:pPr>
        <w:jc w:val="right"/>
      </w:pPr>
      <w:r>
        <w:t>یہاں وہ جو شرک کی بات ہے، وہ وہ بت والے، بت والے شرک کی بات یہاں پر نہیں ہے۔ یہ اسی شرک کی بات ہے کہ خدا کے قوانین کو ایٹریبیوٹ کر رہا ہے انسان کی طرف۔</w:t>
      </w:r>
    </w:p>
    <w:p>
      <w:r>
        <w:rPr>
          <w:b/>
        </w:rPr>
        <w:t xml:space="preserve">[16:42] </w:t>
      </w:r>
      <w:r>
        <w:t>jo kehte hain, yani aaj kal jo nazariya hai, us ko kehte hain humanism. humanism ki definition di jati hai ke "transfer of seat from God to man".</w:t>
      </w:r>
    </w:p>
    <w:p>
      <w:pPr>
        <w:jc w:val="right"/>
      </w:pPr>
      <w:r>
        <w:t>جو کہتے ہیں، یعنی آج کل جو نظریہ ہے، اس کو کہتے ہیں ہیومنزم۔ ہیومنزم کی ڈیفینیشن دی جاتی ہے کہ "ٹرانسفر آف سیٹ فرام گاڈ ٹو مین"۔</w:t>
      </w:r>
    </w:p>
    <w:p>
      <w:r>
        <w:rPr>
          <w:b/>
        </w:rPr>
        <w:t xml:space="preserve">[16:56] </w:t>
      </w:r>
      <w:r>
        <w:t>yeh is shirk ka yahan zikr hai: "transfer of transfer of set from god to man". yani jo qanoon-e-fitrat, jo raaz-e-fitrat, jo divine law is kainat mein maujood thay,</w:t>
      </w:r>
    </w:p>
    <w:p>
      <w:pPr>
        <w:jc w:val="right"/>
      </w:pPr>
      <w:r>
        <w:t>یہ اس شرک کا یہاں ذکر ہے: "ٹرانسفر آف ٹرانسفر آف سیٹ فرام گاڈ ٹو مین"۔ یعنی جو قوانین فطرت، جو رازہ فطرت، جو ڈیوائن لاء اس کائنات میں موجود تھے،</w:t>
      </w:r>
    </w:p>
    <w:p>
      <w:r>
        <w:rPr>
          <w:b/>
        </w:rPr>
        <w:t xml:space="preserve">[17:13] </w:t>
      </w:r>
      <w:r>
        <w:t>in ko insaan ne daryaft kar liya to apne khatir bhi likh liya. yeh waise hi kiya jaise ek doosre ki baat ko apne mazmoon mein shamil kar ke apne naam se chhaap liya.</w:t>
      </w:r>
    </w:p>
    <w:p>
      <w:pPr>
        <w:jc w:val="right"/>
      </w:pPr>
      <w:r>
        <w:t>ان کو انسان نے دریافت کر لیا تو اپنے خاطر بھی لکھ لیا۔ یہ ویسے ہی کیا جیسے ایک دوسرے کی بات کو اپنے مضمون میں شامل کر کے اپنے نام سے چھاپ لیا۔</w:t>
      </w:r>
    </w:p>
    <w:p>
      <w:r>
        <w:rPr>
          <w:b/>
        </w:rPr>
        <w:t xml:space="preserve">[17:24] </w:t>
      </w:r>
      <w:r>
        <w:t>yeh kehte hain plagiarism. woh kiya to poori kai so saal se insaan yeh kar raha hai aur fakhr kar raha hai ke hum ne dunya mein taraqqi diya hai, hum ne nai civilization banai hai,</w:t>
      </w:r>
    </w:p>
    <w:p>
      <w:pPr>
        <w:jc w:val="right"/>
      </w:pPr>
      <w:r>
        <w:t>یہ کہتے ہیں پلیژرزم۔ وہ کیا تو پوری کئی سو سال سے انسان یہ کر رہا ہے اور فخر کر رہا ہے کہ ہم نے دنیا میں ترقی دیا ہے، ہم نے نئی سویلائزیشن بنائی ہے،</w:t>
      </w:r>
    </w:p>
    <w:p>
      <w:r>
        <w:rPr>
          <w:b/>
        </w:rPr>
        <w:t xml:space="preserve">[17:41] </w:t>
      </w:r>
      <w:r>
        <w:t>jis ko hum kehte hain western civilization ya modern civilization. yeh yeh ek super super case hai plagiarism ka.</w:t>
      </w:r>
    </w:p>
    <w:p>
      <w:pPr>
        <w:jc w:val="right"/>
      </w:pPr>
      <w:r>
        <w:t>جس کو ہم کہتے ہیں ویسٹرن سویلائزیشن یا ماڈرن سویلائزیشن۔ یہ یہ ایک سپر سپر کیس ہے پلیژرزم کا۔</w:t>
      </w:r>
    </w:p>
    <w:p>
      <w:r>
        <w:rPr>
          <w:b/>
        </w:rPr>
        <w:t xml:space="preserve">[17:56] </w:t>
      </w:r>
      <w:r>
        <w:t>to sawal yeh hai ke itna bara jurm dunya mein kiya ja raha hai, woh jaari rahega? isi ko kaha gaya hai ke "ma qadar allahu haqq qadrahi".</w:t>
      </w:r>
    </w:p>
    <w:p>
      <w:pPr>
        <w:jc w:val="right"/>
      </w:pPr>
      <w:r>
        <w:t>تو سوال یہ ہے کہ اتنا بڑا جرم دنیا میں کیا جا رہا ہے، وہ جاری رہے گا؟ اسی کو کہا گیا ہے کہ "ما قدر اللہ حق قدرہ"۔</w:t>
      </w:r>
    </w:p>
    <w:p>
      <w:r>
        <w:rPr>
          <w:b/>
        </w:rPr>
        <w:t xml:space="preserve">[18:05] </w:t>
      </w:r>
      <w:r>
        <w:t>unhon ne khuda ko kam underestimate kiya ke khuda is ko aise hi chhod dega.</w:t>
      </w:r>
    </w:p>
    <w:p>
      <w:pPr>
        <w:jc w:val="right"/>
      </w:pPr>
      <w:r>
        <w:t>انہوں نے خدا کو کم انڈرسٹیمیٹ کیا کہ خدا اس کو ایسے ہی چھوڑے چھوڑے رہے گا۔</w:t>
      </w:r>
    </w:p>
    <w:p>
      <w:r>
        <w:rPr>
          <w:b/>
        </w:rPr>
        <w:t xml:space="preserve">[18:17] </w:t>
      </w:r>
      <w:r>
        <w:t>yani khuda ki taqat ka, khuda ke, khuda ki hikmat ka, khudai qudrat ko underestimate kar rahe hain yeh log ke insaan itna bara plagiarism karega,</w:t>
      </w:r>
    </w:p>
    <w:p>
      <w:pPr>
        <w:jc w:val="right"/>
      </w:pPr>
      <w:r>
        <w:t>یعنی خدا کی طاقت کا، خدا کے، خدا کی حکمت کا، خدائی قدرت کو انڈرسٹیمیٹ کر رہے ہیں یہ لوگ کہ انسان اتنا بڑا پلیژرزم کرے گا،</w:t>
      </w:r>
    </w:p>
    <w:p>
      <w:r>
        <w:rPr>
          <w:b/>
        </w:rPr>
        <w:t xml:space="preserve">[18:32] </w:t>
      </w:r>
      <w:r>
        <w:t>itne baray paimane par khuda ke aala ko, khuda ke kalmaat ko apne naam likh lega,</w:t>
      </w:r>
    </w:p>
    <w:p>
      <w:pPr>
        <w:jc w:val="right"/>
      </w:pPr>
      <w:r>
        <w:t>اتنے بڑے پیمانے پر خدا کے اعلیٰ کو، خدا کے کلمات کو اپنے نام لکھ لے گا،</w:t>
      </w:r>
    </w:p>
    <w:p>
      <w:r>
        <w:rPr>
          <w:b/>
        </w:rPr>
        <w:t xml:space="preserve">[18:43] </w:t>
      </w:r>
      <w:r>
        <w:t>human technology ke khaane mein is ko darj kar lega aur khuda is ko nazar andaaz karta rahega. aisa nahi hone wala hai.</w:t>
      </w:r>
    </w:p>
    <w:p>
      <w:pPr>
        <w:jc w:val="right"/>
      </w:pPr>
      <w:r>
        <w:t>ہیومن ٹیکنالوجی کے خانے میں اس کو درج کر لے گا اور خدا اس کو نظر انداز کرتا رہے گا۔ ایسا نہیں ہونے والا ہے۔</w:t>
      </w:r>
    </w:p>
    <w:p>
      <w:r>
        <w:rPr>
          <w:b/>
        </w:rPr>
        <w:t xml:space="preserve">[18:51] </w:t>
      </w:r>
      <w:r>
        <w:t>waqt aayega jab ke khuda logon ko, logon se charge chheen le. yahan jo cheez hai, yeh yeh istiaara hai jis ko kehte hain metaphor.</w:t>
      </w:r>
    </w:p>
    <w:p>
      <w:pPr>
        <w:jc w:val="right"/>
      </w:pPr>
      <w:r>
        <w:t>وقت آئے گا جب کہ خدا لوگوں کو، لوگوں سے زمین کا چار چھین لے۔ یہاں جو چیز ہے، یہ یہ استعارہ ہے جس کو کہتے ہیں میٹافر۔</w:t>
      </w:r>
    </w:p>
    <w:p>
      <w:r>
        <w:rPr>
          <w:b/>
        </w:rPr>
        <w:t xml:space="preserve">[19:03] </w:t>
      </w:r>
      <w:r>
        <w:t>yeh jo kaha gaya hai ke zameen</w:t>
      </w:r>
    </w:p>
    <w:p>
      <w:pPr>
        <w:jc w:val="right"/>
      </w:pPr>
      <w:r>
        <w:t>یہ جو کہا گیا ہے کہ زمین</w:t>
      </w:r>
    </w:p>
    <w:p>
      <w:r>
        <w:rPr>
          <w:b/>
        </w:rPr>
        <w:t xml:space="preserve">[19:08] </w:t>
      </w:r>
      <w:r>
        <w:t>ek haath mein hogi, aasman doosre haath mein hoga, to yeh yeh literal maani mein nahi hai. is ko kehte hain urdu mein istiaara, angrezi mein kehte hain metaphor.</w:t>
      </w:r>
    </w:p>
    <w:p>
      <w:pPr>
        <w:jc w:val="right"/>
      </w:pPr>
      <w:r>
        <w:t>ایک ہاتھ میں ہوگی، آسمان دوسرے ہاتھ میں ہوگا، تو یہ یہ اللیٹرل معنی میں نہیں ہے۔ اس کو کہتے ہیں اردو میں استعارہ، انگریزی میں کہتے ہیں میٹافر۔</w:t>
      </w:r>
    </w:p>
    <w:p>
      <w:r>
        <w:rPr>
          <w:b/>
        </w:rPr>
        <w:t xml:space="preserve">[19:19] </w:t>
      </w:r>
      <w:r>
        <w:t>metaphorical sense mein hai aur is mein ek bohat bohat hi ba-maani lafz hai jo aaj hi meri samajh mein aaya: "jamee'a wal arz jam'een qabdatuhu".</w:t>
      </w:r>
    </w:p>
    <w:p>
      <w:pPr>
        <w:jc w:val="right"/>
      </w:pPr>
      <w:r>
        <w:t>میٹافریکل سینس میں ہے اور اس میں ایک بہت بہت ہی بامعنی لفظ ہے جو آج ہی میری سمجھ میں آیا: "جمیعہ والرض جمعین قبضتہ"۔</w:t>
      </w:r>
    </w:p>
    <w:p>
      <w:r>
        <w:rPr>
          <w:b/>
        </w:rPr>
        <w:t xml:space="preserve">[19:31] </w:t>
      </w:r>
      <w:r>
        <w:t>yeh jamee'a maani sab ka sab, yani saari zameen Allah ki muthi mein hogi. lekin jamee'a se murad sirf zameen nahi hai, yeh poora solar system hai,</w:t>
      </w:r>
    </w:p>
    <w:p>
      <w:pPr>
        <w:jc w:val="right"/>
      </w:pPr>
      <w:r>
        <w:t>یہ جمعیہ معنی سب کا سب، یعنی ساری زمین اللہ کی مٹھی میں ہوگی۔ لیکن جمعیہ سے مراد صرف زمین نہیں ہے، یہ پورا سولر سسٹم ہے،</w:t>
      </w:r>
    </w:p>
    <w:p>
      <w:r>
        <w:rPr>
          <w:b/>
        </w:rPr>
        <w:t xml:space="preserve">[19:45] </w:t>
      </w:r>
      <w:r>
        <w:t>balkeh is ko aap kehna chahiye ke poori woh galaxy hai jis mein yeh solar system waqe hai. wal arz zameen qabdatuhu, yani poori zameen, saare sayyare, poora solar system, hatta ke poori galaxy jo hai,</w:t>
      </w:r>
    </w:p>
    <w:p>
      <w:pPr>
        <w:jc w:val="right"/>
      </w:pPr>
      <w:r>
        <w:t>بلکہ اس کو آپ کہنا چاہیے کہ پوری وہ گلیکسی ہے جس میں یہ سولر سسٹم واقع ہے۔ والرض زمین قبضتہ، یعنی پوری زمین، سارے سیارے، پورا سولر سسٹم، حتی کہ پوری گلیکسی جو ہے،</w:t>
      </w:r>
    </w:p>
    <w:p>
      <w:r>
        <w:rPr>
          <w:b/>
        </w:rPr>
        <w:t xml:space="preserve">[20:01] </w:t>
      </w:r>
      <w:r>
        <w:t>khuda ki ek muthi mein hogi.</w:t>
      </w:r>
    </w:p>
    <w:p>
      <w:pPr>
        <w:jc w:val="right"/>
      </w:pPr>
      <w:r>
        <w:t>خدا کی ایک مٹھی میں ہوگی۔</w:t>
      </w:r>
    </w:p>
    <w:p>
      <w:r>
        <w:rPr>
          <w:b/>
        </w:rPr>
        <w:t xml:space="preserve">[20:05] </w:t>
      </w:r>
      <w:r>
        <w:t>aur doosri taraf saara aasman khuda ki muthi mein hoga. is ayat mein isi waqt ka zikr hai jo ab aa chuka hai, aa chuka hai ke insaan divine laws ko daryaft karega,</w:t>
      </w:r>
    </w:p>
    <w:p>
      <w:pPr>
        <w:jc w:val="right"/>
      </w:pPr>
      <w:r>
        <w:t>اور دوسری طرف سارا آسمان خدا کی مٹھی میں ہوگا۔ اس آیت میں اسی وقت کا ذکر ہے جو اب آ چکا ہے، آ چکا ہے کہ انسان ڈیوائن لاز کو دریافت کرے گا،</w:t>
      </w:r>
    </w:p>
    <w:p>
      <w:r>
        <w:rPr>
          <w:b/>
        </w:rPr>
        <w:t xml:space="preserve">[20:25] </w:t>
      </w:r>
      <w:r>
        <w:t>bari bari taraqqi karega, ek civilization develop karega aur sab ko apne khaane mein likh lega, apna kaar-nama batayega.</w:t>
      </w:r>
    </w:p>
    <w:p>
      <w:pPr>
        <w:jc w:val="right"/>
      </w:pPr>
      <w:r>
        <w:t>بڑی بڑی ترقیاں کرے گا، ایک سویلائزیشن ڈیولپ کرے گا اور سب کو اپنے خانے میں لکھ لے گا، اپنا کارنامہ بتائے گا۔</w:t>
      </w:r>
    </w:p>
    <w:p>
      <w:r>
        <w:rPr>
          <w:b/>
        </w:rPr>
        <w:t xml:space="preserve">[20:37] </w:t>
      </w:r>
      <w:r>
        <w:t>human technology is ka naam dega, is ka khuda ko acknowledge nahi karega, khuda ko is ka etraaf nahi karega.</w:t>
      </w:r>
    </w:p>
    <w:p>
      <w:pPr>
        <w:jc w:val="right"/>
      </w:pPr>
      <w:r>
        <w:t>ہیومن ٹیکنالوجی اس کا نام دے گا، اس کا خدا کو اکنالج نہیں کرے گا، خدا کو اس کا اعتراف نہیں کرے گا۔</w:t>
      </w:r>
    </w:p>
    <w:p>
      <w:r>
        <w:rPr>
          <w:b/>
        </w:rPr>
        <w:t xml:space="preserve">[20:49] </w:t>
      </w:r>
      <w:r>
        <w:t>to ek muddat ke baad woh waqt aayega ke khuda insaan ko sirf charge chheen le. abhi charge diya hua hai. woh jo quran mein khilafat ki baat hai, yani ja'ala fil khaleefa, is maani ke insaan ko charge diya Allah taala ne.</w:t>
      </w:r>
    </w:p>
    <w:p>
      <w:pPr>
        <w:jc w:val="right"/>
      </w:pPr>
      <w:r>
        <w:t>تو ایک مدت کے بعد وہ وقت آئے گا کہ خدا انسان کو صرف چارج چھین لے۔ ابھی چارج دیا ہوا ہے۔ وہ جو قرآن میں خلافت کی بات ہے، یعنی جعل فی الخلیفہ، اس معنی کہ انسان کو چارج دیا اللہ تعالی نے۔</w:t>
      </w:r>
    </w:p>
    <w:p>
      <w:r>
        <w:rPr>
          <w:b/>
        </w:rPr>
        <w:t xml:space="preserve">[21:04] </w:t>
      </w:r>
      <w:r>
        <w:t>khaleefa ka maani woh nahi hai ke hukoomat, hukoomat ka maani nahi hai. woh is waqt, abhi yeh zameen, yeh dunya insaan ke charge mein thi, lekin ab woh aakhri waqt aa gaya hai ke insaan se yeh charge chheen liya jaye.</w:t>
      </w:r>
    </w:p>
    <w:p>
      <w:pPr>
        <w:jc w:val="right"/>
      </w:pPr>
      <w:r>
        <w:t>خلیفہ کا معنی وہ نہیں ہے کہ حکومت، حکومت کا معنی نہیں ہے۔ وہ اس وقت، ابھی یہ زمین، یہ دنیا انسان کے چارج میں تھی، لیکن اب وہ آخری وقت آ گیا ہے کہ انسان سے یہ چارج چھین لیا جائے۔</w:t>
      </w:r>
    </w:p>
    <w:p>
      <w:r>
        <w:rPr>
          <w:b/>
        </w:rPr>
        <w:t xml:space="preserve">[21:21] </w:t>
      </w:r>
      <w:r>
        <w:t>aur is ayat mein yeh baat kahi gayi hai ke is ka matlab yeh hai ke khuda khud charge le lega. yeh maani is ke hain.</w:t>
      </w:r>
    </w:p>
    <w:p>
      <w:pPr>
        <w:jc w:val="right"/>
      </w:pPr>
      <w:r>
        <w:t>اور اس آیت میں یہ بات کہی گئی ہے کہ اس کا مطلب یہ ہے کہ خدا خود چارج لے لے گا۔ یہ معنی اس کے ہیں۔</w:t>
      </w:r>
    </w:p>
    <w:p>
      <w:r>
        <w:rPr>
          <w:b/>
        </w:rPr>
        <w:t xml:space="preserve">[21:32] </w:t>
      </w:r>
      <w:r>
        <w:t>to is is ayat mein jo baat kahi gayi hai, is par ek hadees bhi hai. ek bohat hi ajeeb hadees hai.</w:t>
      </w:r>
    </w:p>
    <w:p>
      <w:pPr>
        <w:jc w:val="right"/>
      </w:pPr>
      <w:r>
        <w:t>تو اس اس آیت میں جو بات کہی گئی ہے، اس پر ایک حدیث بھی ہے۔ ایک بہت ہی عجیب حدیث ہے۔</w:t>
      </w:r>
    </w:p>
    <w:p>
      <w:r>
        <w:rPr>
          <w:b/>
        </w:rPr>
        <w:t xml:space="preserve">[21:41] </w:t>
      </w:r>
      <w:r>
        <w:t>hadees mein aaya hai ke sahabi kehte hain ke rasool Allah mimbar par khare hue madina mein aur khutba de rahe the.</w:t>
      </w:r>
    </w:p>
    <w:p>
      <w:pPr>
        <w:jc w:val="right"/>
      </w:pPr>
      <w:r>
        <w:t>حدیث میں آیا ہے کہ صحابی کہتے ہیں کہ رسول اللہ ممبر پر کھڑے ہوئے مدینہ میں اور خطبہ دے دے رہے تھے۔</w:t>
      </w:r>
    </w:p>
    <w:p>
      <w:r>
        <w:rPr>
          <w:b/>
        </w:rPr>
        <w:t xml:space="preserve">[21:52] </w:t>
      </w:r>
      <w:r>
        <w:t>yeh ayat padhi aap ne khutbe mein: "wa ma qadar allahu haqq qadrahi". subhanahu wa taala mushrik.</w:t>
      </w:r>
    </w:p>
    <w:p>
      <w:pPr>
        <w:jc w:val="right"/>
      </w:pPr>
      <w:r>
        <w:t>یہ آیت پڑھی آپ نے خطبے میں: "وما قدر اللہ حق قدرہ"۔ سبحانہ و تعالی مشرک۔</w:t>
      </w:r>
    </w:p>
    <w:p>
      <w:r>
        <w:rPr>
          <w:b/>
        </w:rPr>
        <w:t xml:space="preserve">[22:10] </w:t>
      </w:r>
      <w:r>
        <w:t>to jab rasool Allah salallaho alaihi wasallam ne is aayat ko parha, is ke baad aap ne mazeed tashreeh ke liye farmaya: "jis din Allah zameen aasman ko apne qabze mein le kar kahe ga:</w:t>
      </w:r>
    </w:p>
    <w:p>
      <w:pPr>
        <w:jc w:val="right"/>
      </w:pPr>
      <w:r>
        <w:t>تو جب رسول اللہ صلی اللہ علیہ وسلم نے اس آیت کو پڑھا، اس کے بعد آپ نے مزید تشریح کے لیے فرمایا: "جس دن اللہ زمین آسمان کو اپنے قبضے میں لے کر کہے گا:</w:t>
      </w:r>
    </w:p>
    <w:p>
      <w:r>
        <w:rPr>
          <w:b/>
        </w:rPr>
        <w:t xml:space="preserve">[22:27] </w:t>
      </w:r>
      <w:r>
        <w:t>in amraka al arz, jab bar</w:t>
      </w:r>
    </w:p>
    <w:p>
      <w:pPr>
        <w:jc w:val="right"/>
      </w:pPr>
      <w:r>
        <w:t>ان امرک الارض، جب بار</w:t>
      </w:r>
    </w:p>
    <w:p>
      <w:r>
        <w:rPr>
          <w:b/>
        </w:rPr>
        <w:t xml:space="preserve">[22:31] </w:t>
      </w:r>
      <w:r>
        <w:t>wan al mutakabbirun kahan hai?" woh</w:t>
      </w:r>
    </w:p>
    <w:p>
      <w:pPr>
        <w:jc w:val="right"/>
      </w:pPr>
      <w:r>
        <w:t>ون المتکبرون کہاں ہے؟" وہ</w:t>
      </w:r>
    </w:p>
    <w:p>
      <w:r>
        <w:rPr>
          <w:b/>
        </w:rPr>
        <w:t xml:space="preserve">[22:39] </w:t>
      </w:r>
      <w:r>
        <w:t>"al rajab barun al mutakabbirun al muluk al arz". "al rajab al mutakabbir"</w:t>
      </w:r>
    </w:p>
    <w:p>
      <w:pPr>
        <w:jc w:val="right"/>
      </w:pPr>
      <w:r>
        <w:t>"الرجب بارون المتکبرون الملوک الارض"۔ "الرجب المتکبر"</w:t>
      </w:r>
    </w:p>
    <w:p>
      <w:r>
        <w:rPr>
          <w:b/>
        </w:rPr>
        <w:t xml:space="preserve">[22:48] </w:t>
      </w:r>
      <w:r>
        <w:t>yani is ka matlab yeh hai ke Khuda kainat ka charge le le ga, insan se se charge khatam kar de ga aur kahe ga: "kahan hai woh log jinho ne azaadi ko misuse kiya,</w:t>
      </w:r>
    </w:p>
    <w:p>
      <w:pPr>
        <w:jc w:val="right"/>
      </w:pPr>
      <w:r>
        <w:t>یعنی اس کا مطلب یہ ہے کہ خدا کائنات کا چارج لے لے گا، انسان سے سے چارج ختم کر دے گا اور کہے گا: "کہاں ہے وہ لوگ جنہوں نے آزادی کو مس یوز کیا،</w:t>
      </w:r>
    </w:p>
    <w:p>
      <w:r>
        <w:rPr>
          <w:b/>
        </w:rPr>
        <w:t xml:space="preserve">[23:05] </w:t>
      </w:r>
      <w:r>
        <w:t>jinho ne nayi nematon ko aish ke baghair khoob khoob is ko istemal kiya?</w:t>
      </w:r>
    </w:p>
    <w:p>
      <w:pPr>
        <w:jc w:val="right"/>
      </w:pPr>
      <w:r>
        <w:t>جنہوں نے نئے نعمتوں کو اکلائش کے بغیر خوب خوب اس کو استعمال کیا؟</w:t>
      </w:r>
    </w:p>
    <w:p>
      <w:r>
        <w:rPr>
          <w:b/>
        </w:rPr>
        <w:t xml:space="preserve">[23:18] </w:t>
      </w:r>
      <w:r>
        <w:t>woh kahan hain? main hoon woh hasti jis ne yeh kainat ko banaya, jis ne in qawaneen ko kainat mein rakha." to hadith mein jo sahabi yeh bayan karte hain is waqe ko, woh kehte hain ke rasool Allah ne jab rasool Allah jab yeh keh rahe the to aap loot khada gaye,</w:t>
      </w:r>
    </w:p>
    <w:p>
      <w:pPr>
        <w:jc w:val="right"/>
      </w:pPr>
      <w:r>
        <w:t>وہ کہاں ہیں؟ میں ہوں وہ ہستی جس نے یہ کائنات کو بنایا، جس نے ان قوانین کو کائنات میں رکھا۔" تو حدیث میں جو صحابی یہ بیان کرتے ہیں اس واقعے کو، وہ کہتے ہیں کہ رسول اللہ نے جب رسول اللہ جب یہ کہہ رہے تھے تو آپ لوٹ کھڑا گئے،</w:t>
      </w:r>
    </w:p>
    <w:p>
      <w:r>
        <w:rPr>
          <w:b/>
        </w:rPr>
        <w:t xml:space="preserve">[23:44] </w:t>
      </w:r>
      <w:r>
        <w:t>yani aap ke paon loot khada gaye mimbar par, aur hum samjhe ke aap gir paden ge.</w:t>
      </w:r>
    </w:p>
    <w:p>
      <w:pPr>
        <w:jc w:val="right"/>
      </w:pPr>
      <w:r>
        <w:t>یعنی آپ کے پاؤں لوٹ کھڑا گئے ممبر پر، اور ہم سمجھے کہ آپ گر پڑیں گے۔</w:t>
      </w:r>
    </w:p>
    <w:p>
      <w:r>
        <w:rPr>
          <w:b/>
        </w:rPr>
        <w:t xml:space="preserve">[23:57] </w:t>
      </w:r>
      <w:r>
        <w:t>hum samjhe ke aap gir paden ge.</w:t>
      </w:r>
    </w:p>
    <w:p>
      <w:pPr>
        <w:jc w:val="right"/>
      </w:pPr>
      <w:r>
        <w:t>ہم سمجھے کہ آپ گر پڑیں گے۔</w:t>
      </w:r>
    </w:p>
    <w:p>
      <w:r>
        <w:rPr>
          <w:b/>
        </w:rPr>
        <w:t xml:space="preserve">[24:05] </w:t>
      </w:r>
      <w:r>
        <w:t>to yeh bohat ziyada sochne ki baat hai. log kahan hain? le kar dunya mein is tarah reh rahe hain jaise ke bas reh rahe hain to reh rahe hain.</w:t>
      </w:r>
    </w:p>
    <w:p>
      <w:pPr>
        <w:jc w:val="right"/>
      </w:pPr>
      <w:r>
        <w:t>تو یہ بہت زیادہ سوچنے کی بات ہے۔ لوگ کہاں ہیں؟ لے کے دنیا میں اس طرح رہ رہے ہیں جیسے کہ بس رہ رہے ہیں تو رہ رہے ہیں۔</w:t>
      </w:r>
    </w:p>
    <w:p>
      <w:r>
        <w:rPr>
          <w:b/>
        </w:rPr>
        <w:t xml:space="preserve">[24:16] </w:t>
      </w:r>
      <w:r>
        <w:t>abad tak dunya un ke liye likh di gayi hai. Quran ko aap parhein to bar bar bar bar bar bar yeh baat kahi gayi hai ke yeh dunya hamesha ke liye tumhare paas nahi rahe gi.</w:t>
      </w:r>
    </w:p>
    <w:p>
      <w:pPr>
        <w:jc w:val="right"/>
      </w:pPr>
      <w:r>
        <w:t>ابد تک دنیا ان کے لیے لکھ دی گئی ہے۔ قرآن کو آپ پڑھیں تو بار بار بار بار بار بار یہ بات کہی گئی ہے کہ یہ دنیا ہمیشہ کے لیے تمہارے پاس نہیں رہے گی۔</w:t>
      </w:r>
    </w:p>
    <w:p>
      <w:r>
        <w:rPr>
          <w:b/>
        </w:rPr>
        <w:t xml:space="preserve">[24:39] </w:t>
      </w:r>
      <w:r>
        <w:t>yeh kya tum samajhte ho ke yeh paida kar diya gaya hai ba taur khel ke aur insan Allah ki taraf lotane jaye ga?</w:t>
      </w:r>
    </w:p>
    <w:p>
      <w:pPr>
        <w:jc w:val="right"/>
      </w:pPr>
      <w:r>
        <w:t>یہ کیا تم سمجھتے ہو کہ یہ پیدا کر دیا گیا ہے بطور کھیل کے اور انسان اللہ کی طرف لوٹانے جائے گا؟</w:t>
      </w:r>
    </w:p>
    <w:p>
      <w:r>
        <w:rPr>
          <w:b/>
        </w:rPr>
        <w:t xml:space="preserve">[24:50] </w:t>
      </w:r>
      <w:r>
        <w:t>lotane ka maani kya hai? yeh hisab lena</w:t>
      </w:r>
    </w:p>
    <w:p>
      <w:pPr>
        <w:jc w:val="right"/>
      </w:pPr>
      <w:r>
        <w:t>لوٹانے کا معنی کیا ہے؟ یہ حساب لینا</w:t>
      </w:r>
    </w:p>
    <w:p>
      <w:r>
        <w:rPr>
          <w:b/>
        </w:rPr>
        <w:t xml:space="preserve">[24:57] </w:t>
      </w:r>
      <w:r>
        <w:t>ke Allah ne jo azaadi di thi to kis ne azaadi ko misuse kiya, kis ne azaadi ka sahi istemal kiya? Allah taala jo nematein di di thi, kis ne in nematon ko apne khane mein likh liya?</w:t>
      </w:r>
    </w:p>
    <w:p>
      <w:pPr>
        <w:jc w:val="right"/>
      </w:pPr>
      <w:r>
        <w:t>کہ اللہ نے جو آزادی دی تھی تو کس نے آزادی کو مس کی، یوز کیا، کس نے آزادی کا صحیح استعمال کیا؟ اللہ تعالی جو نعمتیں دی دی تھیں، کس نے ان نعمتوں کو اپنے خانے میں لکھ لیا؟</w:t>
      </w:r>
    </w:p>
    <w:p>
      <w:r>
        <w:rPr>
          <w:b/>
        </w:rPr>
        <w:t xml:space="preserve">[25:11] </w:t>
      </w:r>
      <w:r>
        <w:t>kis ke kis ne is ko Allah ke hawale se acknowledge kiya? is ko</w:t>
      </w:r>
    </w:p>
    <w:p>
      <w:pPr>
        <w:jc w:val="right"/>
      </w:pPr>
      <w:r>
        <w:t>کس کے کس نے اس کو اللہ کے حوالے سے اکنالج کیا؟ اس کو</w:t>
      </w:r>
    </w:p>
    <w:p>
      <w:r>
        <w:rPr>
          <w:b/>
        </w:rPr>
        <w:t xml:space="preserve">[25:24] </w:t>
      </w:r>
      <w:r>
        <w:t>to main sochta hoon ke yeh jo jis ko hum kehte hain plagiarism insani maamle mein, wahi waqe bade paimane par paish aa raha hai is waqt ke poori poori insaniyat, poori poori tahzeeb isi jurm ka shikar hai ke Khuda ki baat ko apni baat banaya,</w:t>
      </w:r>
    </w:p>
    <w:p>
      <w:pPr>
        <w:jc w:val="right"/>
      </w:pPr>
      <w:r>
        <w:t>تو میں سوچتا ہوں کہ یہ جو جس کو ہم کہتے ہیں پلیژرزم انسانی معاملے میں، وہی واقعہ بڑے پیمانے پر پیش آ رہا ہے اس وقت کہ پوری پوری انسانیت، پوری پوری تہذیب اسی جرم کا شکار ہے کہ خدا کی بات کو اپنی بات بنایا،</w:t>
      </w:r>
    </w:p>
    <w:p>
      <w:r>
        <w:rPr>
          <w:b/>
        </w:rPr>
        <w:t xml:space="preserve">[25:47] </w:t>
      </w:r>
      <w:r>
        <w:t>Khuda ki nematon ko khoob khoob istemal kiya, magar Khuda ka etraf nahi kiya.</w:t>
      </w:r>
    </w:p>
    <w:p>
      <w:pPr>
        <w:jc w:val="right"/>
      </w:pPr>
      <w:r>
        <w:t>خدا کی نعمتوں کو خوب خوب استعمال کیا، مگر خدا کا اعتراف نہیں کیا۔</w:t>
      </w:r>
    </w:p>
    <w:p>
      <w:r>
        <w:rPr>
          <w:b/>
        </w:rPr>
        <w:t xml:space="preserve">[25:56] </w:t>
      </w:r>
      <w:r>
        <w:t>to it is a great case of plagiarism. to kab tak rahe ga? kya yeh aise chalta rahe ga?</w:t>
      </w:r>
    </w:p>
    <w:p>
      <w:pPr>
        <w:jc w:val="right"/>
      </w:pPr>
      <w:r>
        <w:t>تو اٹ از ا گریٹ کیس آف پلیژرزم۔ تو کب تک رہے گا؟ کیا یہ ایسے چلتا رہے گا؟</w:t>
      </w:r>
    </w:p>
    <w:p>
      <w:r>
        <w:rPr>
          <w:b/>
        </w:rPr>
        <w:t xml:space="preserve">[26:07] </w:t>
      </w:r>
      <w:r>
        <w:t>main samajhta hoon ke</w:t>
      </w:r>
    </w:p>
    <w:p>
      <w:pPr>
        <w:jc w:val="right"/>
      </w:pPr>
      <w:r>
        <w:t>میں سمجھتا ہوں کہ</w:t>
      </w:r>
    </w:p>
    <w:p>
      <w:r>
        <w:rPr>
          <w:b/>
        </w:rPr>
        <w:t xml:space="preserve">[26:12] </w:t>
      </w:r>
      <w:r>
        <w:t>bohat hi aik aik bohat hi bara sign hamare liye yeh is zamane mein hai ke Allah taala ne is dunya mein jo life support system rakha tha, woh</w:t>
      </w:r>
    </w:p>
    <w:p>
      <w:pPr>
        <w:jc w:val="right"/>
      </w:pPr>
      <w:r>
        <w:t>بہت ہی ایک ایک بہت ہی بڑا سائن ہمارے لیے یہ اس زمانے میں ہے کہ اللہ تعالی نے اس دنیا میں جو لائف سپورٹ سسٹم رکھا تھا، وہ</w:t>
      </w:r>
    </w:p>
    <w:p>
      <w:r>
        <w:rPr>
          <w:b/>
        </w:rPr>
        <w:t xml:space="preserve">[26:28] </w:t>
      </w:r>
      <w:r>
        <w:t>bohat tezi se khatam ho raha hai, bohat tezi se khatam ho raha hai. aur khud scientist yeh kehte hain ke ab history ka end aa chuka hai.</w:t>
      </w:r>
    </w:p>
    <w:p>
      <w:pPr>
        <w:jc w:val="right"/>
      </w:pPr>
      <w:r>
        <w:t>بہت تیزی سے ختم ہو رہا ہے، بہت تیزی سے ختم ہو رہا ہے۔ اور خود سائنسدان یہ کہتے ہیں کہ اب ہسٹری کا اینڈ آ چکا ہے۔</w:t>
      </w:r>
    </w:p>
    <w:p>
      <w:r>
        <w:rPr>
          <w:b/>
        </w:rPr>
        <w:t xml:space="preserve">[26:39] </w:t>
      </w:r>
      <w:r>
        <w:t>hum heading to end of history. aur jaisa ke aap ko maloom hai ke Stephen Hawking ne yahan tak keh diya hai ke is dunya mein hum ne is zameen par nahi reh sakte.</w:t>
      </w:r>
    </w:p>
    <w:p>
      <w:pPr>
        <w:jc w:val="right"/>
      </w:pPr>
      <w:r>
        <w:t>ہم ہیڈنگ ٹو ہینڈ آف ہسٹری۔ اور جیسا کہ آپ کو معلوم ہے کہ اسٹفن ہاک نے یہاں تک کہہ دیا ہے کہ اس دنیا میں ہم نے اس زمین پر نہیں رہ سکتے۔</w:t>
      </w:r>
    </w:p>
    <w:p>
      <w:r>
        <w:rPr>
          <w:b/>
        </w:rPr>
        <w:t xml:space="preserve">[26:48] </w:t>
      </w:r>
      <w:r>
        <w:t>hum ab hamein space colony banani chahiye. aik taraf yeh hai ke dunya mein jo life support system tha, woh ab jawab de raha hai.</w:t>
      </w:r>
    </w:p>
    <w:p>
      <w:pPr>
        <w:jc w:val="right"/>
      </w:pPr>
      <w:r>
        <w:t>ہم اب ہمیں اسپیس کالونی بنانی چاہیے۔ ایک طرف یہ ہے کہ دنیا میں جو لائف سپورٹ سسٹم تھا، وہ اب جواب دے رہا ہے۔</w:t>
      </w:r>
    </w:p>
    <w:p>
      <w:r>
        <w:rPr>
          <w:b/>
        </w:rPr>
        <w:t xml:space="preserve">[27:05] </w:t>
      </w:r>
      <w:r>
        <w:t>maujood is ke andar yeh taqat nahi ke hum ko bohat dinon tak dunya mein rehne ka mauqa milay. to sawal yeh hai ke jab is ke baad kya hoga?</w:t>
      </w:r>
    </w:p>
    <w:p>
      <w:pPr>
        <w:jc w:val="right"/>
      </w:pPr>
      <w:r>
        <w:t>موجود اس کے اندر یہ طاقت نہیں کہ ہم کو بہت دنوں تک دنیا میں رہنے کا موقع ملے۔ تو سوال یہ ہے کہ جب اس کے بعد کیا ہوگا؟</w:t>
      </w:r>
    </w:p>
    <w:p>
      <w:r>
        <w:rPr>
          <w:b/>
        </w:rPr>
        <w:t xml:space="preserve">[27:15] </w:t>
      </w:r>
      <w:r>
        <w:t>to is is aayat mein isi ki taraf ishara kiya gaya hai ke woh waqt aa raha hai jab ke Khuda dunya ka charge le le aur hashar barpa ho, qayamat barpa ho,</w:t>
      </w:r>
    </w:p>
    <w:p>
      <w:pPr>
        <w:jc w:val="right"/>
      </w:pPr>
      <w:r>
        <w:t>تو اس اس آیت میں اسی کی طرف اشارہ کیا گیا ہے کہ وہ وقت آ رہا ہے جب کہ خدا دنیا کا چارج لے لے اور حشر برپا ہو، قیامت برپا ہو،</w:t>
      </w:r>
    </w:p>
    <w:p>
      <w:r>
        <w:rPr>
          <w:b/>
        </w:rPr>
        <w:t xml:space="preserve">[27:30] </w:t>
      </w:r>
      <w:r>
        <w:t>logon ka hisab kitab liya jae.</w:t>
      </w:r>
    </w:p>
    <w:p>
      <w:pPr>
        <w:jc w:val="right"/>
      </w:pPr>
      <w:r>
        <w:t>لوگوں کا حساب کتاب لیا جائے۔</w:t>
      </w:r>
    </w:p>
    <w:p>
      <w:r>
        <w:rPr>
          <w:b/>
        </w:rPr>
        <w:t xml:space="preserve">[27:38] </w:t>
      </w:r>
      <w:r>
        <w:t>to mein samajhta hoon ke yeh jo waqia hua, yeh bohat hi mujhe bohat anokha waqia laga kyunke jis jis saafi ke sath yeh mamla hua hai, woh bohat hi top ka journalist hai.</w:t>
      </w:r>
    </w:p>
    <w:p>
      <w:pPr>
        <w:jc w:val="right"/>
      </w:pPr>
      <w:r>
        <w:t>تو میں سمجھتا ہوں کہ یہ جو واقعہ ہوا، یہ بہت ہی مجھے بہت انوکھا واقعہ لگا کیونکہ جس جس صحافی کے ساتھ یہ معاملہ ہوا ہے، وہ بہت ہی ٹاپ کا جرنلسٹ ہے۔</w:t>
      </w:r>
    </w:p>
    <w:p>
      <w:r>
        <w:rPr>
          <w:b/>
        </w:rPr>
        <w:t xml:space="preserve">[27:50] </w:t>
      </w:r>
      <w:r>
        <w:t>woh America ka, America ka bohat hi top ka journalist hai, bohat hi well known, bohat hi basalihyat.</w:t>
      </w:r>
    </w:p>
    <w:p>
      <w:pPr>
        <w:jc w:val="right"/>
      </w:pPr>
      <w:r>
        <w:t>وہ امریکہ کا، امریکہ کا بہت ہی ٹاپ کا جرنلسٹ ہے، بہت ہی ویل نون، بہت ہی باصلاحیت۔</w:t>
      </w:r>
    </w:p>
    <w:p>
      <w:r>
        <w:rPr>
          <w:b/>
        </w:rPr>
        <w:t xml:space="preserve">[28:02] </w:t>
      </w:r>
      <w:r>
        <w:t>is ke sath yeh yeh mamla pesh aya.</w:t>
      </w:r>
    </w:p>
    <w:p>
      <w:pPr>
        <w:jc w:val="right"/>
      </w:pPr>
      <w:r>
        <w:t>اس کے ساتھ یہ یہ معاملہ پیش آیا۔</w:t>
      </w:r>
    </w:p>
    <w:p>
      <w:r>
        <w:rPr>
          <w:b/>
        </w:rPr>
        <w:t xml:space="preserve">[28:09] </w:t>
      </w:r>
      <w:r>
        <w:t>agar kisi aur ke sath hota to khabar khabar na banta. aam adami ka to hota hi rehta hai, log idhar udhar batein naqal karte hi rehte hain.</w:t>
      </w:r>
    </w:p>
    <w:p>
      <w:pPr>
        <w:jc w:val="right"/>
      </w:pPr>
      <w:r>
        <w:t>اگر کسی اور کے ساتھ ہوتا تو خبر خبر نہ بنتا۔ عام آدمیوں کا تو ہوتا ہی رہتا ہے، لوگ ادھر ادھر باتیں نقل کرتے ہی رہتے ہیں۔</w:t>
      </w:r>
    </w:p>
    <w:p>
      <w:r>
        <w:rPr>
          <w:b/>
        </w:rPr>
        <w:t xml:space="preserve">[28:20] </w:t>
      </w:r>
      <w:r>
        <w:t>yeh koi anokhi baat nahi hai, log naqal karte hi rehte hain. lekin aik top ka admi jab naqal kiya to woh news ban gaya.</w:t>
      </w:r>
    </w:p>
    <w:p>
      <w:pPr>
        <w:jc w:val="right"/>
      </w:pPr>
      <w:r>
        <w:t>یہ کوئی انوکھی بات نہیں ہے، لوگ نقل کرتے ہی رہتے ہیں۔ لیکن ایک ٹاپ کا آدمی جب نقل کیا تو وہ نیوز بن گیا۔</w:t>
      </w:r>
    </w:p>
    <w:p>
      <w:r>
        <w:rPr>
          <w:b/>
        </w:rPr>
        <w:t xml:space="preserve">[28:32] </w:t>
      </w:r>
      <w:r>
        <w:t>to mujhe aisa lagta hai ke Allah taala ne, Allah taala ki yeh marzi thi ke is tarah ke news create hon aur dunya jane ke is aaj ka insan, yani 21 century ka insan, jo hai,</w:t>
      </w:r>
    </w:p>
    <w:p>
      <w:pPr>
        <w:jc w:val="right"/>
      </w:pPr>
      <w:r>
        <w:t>تو مجھے ایسا لگتا ہے کہ اللہ تعالی نے، اللہ تعالی کی یہ مرضی تھی کہ اس طرح کے نیوز کریٹ ہوں اور دنیا جانے کہ اس آج کا انسان، یعنی 21 سینچری کا انسان، جو ہے،</w:t>
      </w:r>
    </w:p>
    <w:p>
      <w:r>
        <w:rPr>
          <w:b/>
        </w:rPr>
        <w:t xml:space="preserve">[28:48] </w:t>
      </w:r>
      <w:r>
        <w:t>bohat bara case is ka ban gaya hai plagiarism ka, bohat bara case. to woh waqt aa gaya hai ke is ko dismiss kar diya jae, is ko is se charge chheen liya jae.</w:t>
      </w:r>
    </w:p>
    <w:p>
      <w:pPr>
        <w:jc w:val="right"/>
      </w:pPr>
      <w:r>
        <w:t>بہت بڑا کیس اس کا بن گیا ہے پلیژرزم کا، بہت بڑا کیس۔ تو وہ وقت آ گیا ہے کہ اس کو ڈسمس کر دیا جائے، اس کو اس سے چارج چھین لیا جائے۔</w:t>
      </w:r>
    </w:p>
    <w:p>
      <w:r>
        <w:rPr>
          <w:b/>
        </w:rPr>
        <w:t xml:space="preserve">[29:07] </w:t>
      </w:r>
      <w:r>
        <w:t>yeh surat-e-haal kya kehti hai? hum se do baat kehti hai. aik to yeh hai ke hum khud bohat ziyada alert ho jaen, bohat ziyada muhtat ho jaen,</w:t>
      </w:r>
    </w:p>
    <w:p>
      <w:pPr>
        <w:jc w:val="right"/>
      </w:pPr>
      <w:r>
        <w:t>یہ صورتحال کیا کہتی ہے؟ ہم سے دو بات کہتی ہے۔ ایک تو یہ ہے کہ ہم خود بہت زیادہ الرٹ ہو جائیں، بہت زیادہ محتاط ہو جائیں،</w:t>
      </w:r>
    </w:p>
    <w:p>
      <w:r>
        <w:rPr>
          <w:b/>
        </w:rPr>
        <w:t xml:space="preserve">[29:22] </w:t>
      </w:r>
      <w:r>
        <w:t>bohat ziyada dedication ke sath zindagi guzaren, baqi cheezon ko chhod kar ke. yani aik taraf to hum khud apne aap ko apni islaah karen,</w:t>
      </w:r>
    </w:p>
    <w:p>
      <w:pPr>
        <w:jc w:val="right"/>
      </w:pPr>
      <w:r>
        <w:t>بہت زیادہ ڈیڈیکیشن کے ساتھ زندگی گزاریں، باقی چیزوں کو چھوڑ کر کے۔ یعنی ایک طرف تو ہم خود اپنے آپ کو اپنی اصلاح کریں،</w:t>
      </w:r>
    </w:p>
    <w:p>
      <w:r>
        <w:rPr>
          <w:b/>
        </w:rPr>
        <w:t xml:space="preserve">[29:38] </w:t>
      </w:r>
      <w:r>
        <w:t>apni</w:t>
      </w:r>
    </w:p>
    <w:p>
      <w:pPr>
        <w:jc w:val="right"/>
      </w:pPr>
      <w:r>
        <w:t>اپنی</w:t>
      </w:r>
    </w:p>
    <w:p>
      <w:r>
        <w:rPr>
          <w:b/>
        </w:rPr>
        <w:t xml:space="preserve">[29:42] </w:t>
      </w:r>
      <w:r>
        <w:t>apna muhasba karen, apna introspection karen, apne ko tayyar karen ke Allah ke samne jab pesh hogi to hum ko Allah taala maaf farma de.</w:t>
      </w:r>
    </w:p>
    <w:p>
      <w:pPr>
        <w:jc w:val="right"/>
      </w:pPr>
      <w:r>
        <w:t>اپنا محاسبہ کریں، اپنا انٹروسپیکشن کریں، اپنے کو تیار کریں کہ اللہ کے سامنے جب پیش ہوگی تو ہم کو اللہ تعالی معاف فرما دے۔</w:t>
      </w:r>
    </w:p>
    <w:p>
      <w:r>
        <w:rPr>
          <w:b/>
        </w:rPr>
        <w:t xml:space="preserve">[29:54] </w:t>
      </w:r>
      <w:r>
        <w:t>is ke liye tayyar karen. aur doosri baat yeh hai ke hamara aap ka mission, aap jante hain ke dawah mission hai.</w:t>
      </w:r>
    </w:p>
    <w:p>
      <w:pPr>
        <w:jc w:val="right"/>
      </w:pPr>
      <w:r>
        <w:t>اس کے لیے تیار کریں۔ اور دوسری بات یہ ہے کہ ہمارا آپ کا مشن، آپ جانتے ہیں کہ دعویٰ مشن ہے۔</w:t>
      </w:r>
    </w:p>
    <w:p>
      <w:r>
        <w:rPr>
          <w:b/>
        </w:rPr>
        <w:t xml:space="preserve">[30:06] </w:t>
      </w:r>
      <w:r>
        <w:t>to dunya dunya ko bataen ke waqt bohat qareeb aa chuka hai. dunya ko bataen ke waqt bohat qareeb aa chuka hai, hoshiyar ho jao.</w:t>
      </w:r>
    </w:p>
    <w:p>
      <w:pPr>
        <w:jc w:val="right"/>
      </w:pPr>
      <w:r>
        <w:t>تو دنیا دنیا کو بتائیں کہ وقت بہت قریب آ چکا ہے۔ دنیا کو بتائیں کہ وقت بہت قریب آ چکا ہے، ہوشیار ہو جاؤ۔</w:t>
      </w:r>
    </w:p>
    <w:p>
      <w:r>
        <w:rPr>
          <w:b/>
        </w:rPr>
        <w:t xml:space="preserve">[30:17] </w:t>
      </w:r>
      <w:r>
        <w:t>to aik taraf apni islaah aur doosri taraf dawah, dono mein humein bohat ziyada</w:t>
      </w:r>
    </w:p>
    <w:p>
      <w:pPr>
        <w:jc w:val="right"/>
      </w:pPr>
      <w:r>
        <w:t>تو ایک طرف اپنی اصلاح اور دوسری طرف دعوت، دونوں میں ہمیں بہت زیادہ</w:t>
      </w:r>
    </w:p>
    <w:p>
      <w:r>
        <w:rPr>
          <w:b/>
        </w:rPr>
        <w:t xml:space="preserve">[30:26] </w:t>
      </w:r>
      <w:r>
        <w:t>hassaas ho jana chahiye,</w:t>
      </w:r>
    </w:p>
    <w:p>
      <w:pPr>
        <w:jc w:val="right"/>
      </w:pPr>
      <w:r>
        <w:t>حساس ہو جانا چاہیے،</w:t>
      </w:r>
    </w:p>
    <w:p>
      <w:r>
        <w:rPr>
          <w:b/>
        </w:rPr>
        <w:t xml:space="preserve">[30:32] </w:t>
      </w:r>
      <w:r>
        <w:t>bohat ziyada hassaas ho jana chahiye.</w:t>
      </w:r>
    </w:p>
    <w:p>
      <w:pPr>
        <w:jc w:val="right"/>
      </w:pPr>
      <w:r>
        <w:t>بہت زیادہ حساس ہو جانا چاہیے۔</w:t>
      </w:r>
    </w:p>
    <w:p>
      <w:r>
        <w:rPr>
          <w:b/>
        </w:rPr>
        <w:t xml:space="preserve">[30:39] </w:t>
      </w:r>
      <w:r>
        <w:t>aakhir aap yeh itne bare bare waqiat ho rahe hain, agar yeh waqiat hum ko na hilayen to kaun se waqie ka inkar kar rahe hain hum jo hum ko hilaye ga?</w:t>
      </w:r>
    </w:p>
    <w:p>
      <w:pPr>
        <w:jc w:val="right"/>
      </w:pPr>
      <w:r>
        <w:t>آخر آپ یہ اتنے بڑے بڑے واقعات ہو رہے ہیں، اگر یہ واقعات ہم کو نہ ہلائیں تو کون سے واقعے کا انکار کر رہے ہیں ہم جو ہم کو ہلائے گا؟</w:t>
      </w:r>
    </w:p>
    <w:p>
      <w:r>
        <w:rPr>
          <w:b/>
        </w:rPr>
        <w:t xml:space="preserve">[30:53] </w:t>
      </w:r>
      <w:r>
        <w:t>kis waqie ka hum inkar karenge jo hum ko hilaye ga?</w:t>
      </w:r>
    </w:p>
    <w:p>
      <w:pPr>
        <w:jc w:val="right"/>
      </w:pPr>
      <w:r>
        <w:t>کس واقعے کا ہم انکار کریں گے جو ہم کو ہلائے گا؟</w:t>
      </w:r>
    </w:p>
    <w:p>
      <w:r>
        <w:rPr>
          <w:b/>
        </w:rPr>
        <w:t xml:space="preserve">[31:00] </w:t>
      </w:r>
      <w:r>
        <w:t>aaj mujhe yeh subah ko Shahi Uroos sahib ne aik waqia bataya to bohat hi shock laga is ko ke kitne behoshi mein pade hue hain musalman, kuch unhein hosh nahi hai.</w:t>
      </w:r>
    </w:p>
    <w:p>
      <w:pPr>
        <w:jc w:val="right"/>
      </w:pPr>
      <w:r>
        <w:t>آج مجھے یہ صبح کو شاہی عروس صاحب نے ایک واقعہ بتایا تو بہت ہی شاک لگا اس کو کہ کتنے بے ہوشی میں پڑے ہوئے ہیں مسلمان، کچھ انہیں ہوش نہیں ہے۔</w:t>
      </w:r>
    </w:p>
    <w:p>
      <w:r>
        <w:rPr>
          <w:b/>
        </w:rPr>
        <w:t xml:space="preserve">[31:16] </w:t>
      </w:r>
      <w:r>
        <w:t>aik aik majlis mein is ka zikr hua ke Quran ko distribute jo hum log kar rahe hain ghair muslimon mein, is ka zikr hua aur us ke kuch batein batai gaein.</w:t>
      </w:r>
    </w:p>
    <w:p>
      <w:pPr>
        <w:jc w:val="right"/>
      </w:pPr>
      <w:r>
        <w:t>ایک ایک مجلس میں اس کا ذکر ہوا کہ قرآن کو ڈسٹریبیوٹ جو ہم لوگ کر رہے ہیں غیر مسلموں میں، اس کا ذکر ہوا اور اس کے کچھ باتیں بتائی گئیں۔</w:t>
      </w:r>
    </w:p>
    <w:p>
      <w:r>
        <w:rPr>
          <w:b/>
        </w:rPr>
        <w:t xml:space="preserve">[31:37] </w:t>
      </w:r>
      <w:r>
        <w:t>is majlis mein aik musalman sahib baithe hue the, musalman sahib kehte kya hain ke aap Quran de rahe hain ghair muslimon ko, woh us ko latrine mein daal den to kya hoga?</w:t>
      </w:r>
    </w:p>
    <w:p>
      <w:pPr>
        <w:jc w:val="right"/>
      </w:pPr>
      <w:r>
        <w:t>اس مجلس میں ایک مسلمان صاحب بیٹھے ہوئے تھے، مسلمان صاحب کہتے کیا ہیں کہ آپ قرآن دے رہے ہیں غیر مسلموں کو، وہ اس کو لیٹرین میں ڈال دیں تو کیا ہوگا؟</w:t>
      </w:r>
    </w:p>
    <w:p>
      <w:r>
        <w:rPr>
          <w:b/>
        </w:rPr>
        <w:t xml:space="preserve">[31:54] </w:t>
      </w:r>
      <w:r>
        <w:t>un ko kya qadar Quran ki? us ko latrine koi khayme daal sakte hain? kaisa kaisa?</w:t>
      </w:r>
    </w:p>
    <w:p>
      <w:pPr>
        <w:jc w:val="right"/>
      </w:pPr>
      <w:r>
        <w:t>ان کو کیا قدر قرآن کی؟ اس کو لیٹرین کوئی خیمہ ڈال سکتے ہیں؟ کیسا کیسا؟</w:t>
      </w:r>
    </w:p>
    <w:p>
      <w:r>
        <w:rPr>
          <w:b/>
        </w:rPr>
        <w:t xml:space="preserve">[32:05] </w:t>
      </w:r>
      <w:r>
        <w:t>to un ke nazdeek koi galat kaam tha ke ghair muslimon mein Quran ko pohanchaya jae, is liye ke woh shayad latrine mein daal den.</w:t>
      </w:r>
    </w:p>
    <w:p>
      <w:pPr>
        <w:jc w:val="right"/>
      </w:pPr>
      <w:r>
        <w:t>تو ان کے نزدیک کوئی غلط کام تھا کہ غیر مسلموں میں قرآن کو پہنچایا جائے، اس لیے کہ وہ شاید لیٹرین میں ڈال دیں۔</w:t>
      </w:r>
    </w:p>
    <w:p>
      <w:r>
        <w:rPr>
          <w:b/>
        </w:rPr>
        <w:t xml:space="preserve">[32:14] </w:t>
      </w:r>
      <w:r>
        <w:t>to wahan aik aik parhe likhe musalman baithe hue the jo khud is mein shareek hain, unhon ne bohat ajeeb jawab diya, bohat ajeeb jawab diya.</w:t>
      </w:r>
    </w:p>
    <w:p>
      <w:pPr>
        <w:jc w:val="right"/>
      </w:pPr>
      <w:r>
        <w:t>تو وہاں ایک ایک پڑھے لکھے مسلمان بیٹھے ہوئے تھے جو خود اس میں شریک ہیں، انہوں نے بہت عجیب جواب دیا، بہت عجیب جواب دیا۔</w:t>
      </w:r>
    </w:p>
    <w:p>
      <w:r>
        <w:rPr>
          <w:b/>
        </w:rPr>
        <w:t xml:space="preserve">[32:26] </w:t>
      </w:r>
      <w:r>
        <w:t>unhon ne kaha ke aap kitabon mein parhiye ke rasool Allah sal Allah aleh wasallam ne sasani empire jo us zamane mein tha, us ke badshah ko khat bheja,</w:t>
      </w:r>
    </w:p>
    <w:p>
      <w:pPr>
        <w:jc w:val="right"/>
      </w:pPr>
      <w:r>
        <w:t>انہوں نے کہا کہ آپ کتابوں میں پڑھیے کہ رسول اللہ صلی اللہ علیہ وسلم نے ساسانی ایمپائر جو اس زمانے میں تھا، اس کے بادشاہ کو خط بھیجا،</w:t>
      </w:r>
    </w:p>
    <w:p>
      <w:r>
        <w:rPr>
          <w:b/>
        </w:rPr>
        <w:t xml:space="preserve">[32:40] </w:t>
      </w:r>
      <w:r>
        <w:t>maktub. is khat mein quran ki ayat bhi thi to kitabon mein likha hua ke is khat ko jab un ko pahunchaya gaya to badshah bohat hi maghroor tha, us ne khat ko phar ke phenk diya.</w:t>
      </w:r>
    </w:p>
    <w:p>
      <w:pPr>
        <w:jc w:val="right"/>
      </w:pPr>
      <w:r>
        <w:t>مکتوب۔ اس خط میں قرآن کی آیت بھی تھی تو کتابوں میں لکھا ہوا کہ اس خط کو جب ان کو پہنچایا گیا تو بادشاہ بہت ہی مغرور تھا، اس نے خط کو پھاڑ کے پھینک دیا۔</w:t>
      </w:r>
    </w:p>
    <w:p>
      <w:r>
        <w:rPr>
          <w:b/>
        </w:rPr>
        <w:t xml:space="preserve">[32:56] </w:t>
      </w:r>
      <w:r>
        <w:t>to is musalman ne kaha tha ke aap quran bant rahe hain aur woh latrine mein daal dega to us kon is ka is ka jawab dega?</w:t>
      </w:r>
    </w:p>
    <w:p>
      <w:pPr>
        <w:jc w:val="right"/>
      </w:pPr>
      <w:r>
        <w:t>تو اس مسلمان نے کہا تھا کہ آپ قرآن بانٹ رہے ہیں اور وہ لیٹرین میں ڈال دے گا تو اس کون اس کا اس کا جواب دے گا؟</w:t>
      </w:r>
    </w:p>
    <w:p>
      <w:r>
        <w:rPr>
          <w:b/>
        </w:rPr>
        <w:t xml:space="preserve">[33:07] </w:t>
      </w:r>
      <w:r>
        <w:t>kis ke upar jayega? aise gunah matlab un ka kehna yeh tha ke jo distribute karta hai, usi ke upar gunah jayega ke diya koi aise aadmi ko jo us ko latrine mein daal de.</w:t>
      </w:r>
    </w:p>
    <w:p>
      <w:pPr>
        <w:jc w:val="right"/>
      </w:pPr>
      <w:r>
        <w:t>کس کے اوپر جائے گا؟ ایسے گناہ مطلب ان کا کہنا یہ تھا کہ جو ڈسٹریبیوٹ کرتا ہے، اسی کے اوپر گناہ جائے گا کہ دیا کوئی ایسے آدمی کو جو اس کو لیٹرین میں ڈال دے۔</w:t>
      </w:r>
    </w:p>
    <w:p>
      <w:r>
        <w:rPr>
          <w:b/>
        </w:rPr>
        <w:t xml:space="preserve">[33:20] </w:t>
      </w:r>
      <w:r>
        <w:t>to unhon ne kaha ke is ka gunah kis ke upar jayega? to unhon ne kaha ke yeh batayein ke rasool Allah ne jo khat bheja tha, jo quran ki ayat thi, us ko badshah ne phar ke phenk diya, us ka gunah kis ke upar jayega?</w:t>
      </w:r>
    </w:p>
    <w:p>
      <w:pPr>
        <w:jc w:val="right"/>
      </w:pPr>
      <w:r>
        <w:t>تو انہوں نے کہا کہ اس کا گناہ کس کے اوپر جائے گا؟ تو انہوں نے کہا کہ یہ بتائیں کہ رسول اللہ نے جو خط بھیجا تھا، جو قرآن کی آیت تھی، اس کو بادشاہ نے پھاڑ کے پھینک دیا، اس کا گناہ کس کے اوپر جائے گا؟</w:t>
      </w:r>
    </w:p>
    <w:p>
      <w:r>
        <w:rPr>
          <w:b/>
        </w:rPr>
        <w:t xml:space="preserve">[33:32] </w:t>
      </w:r>
      <w:r>
        <w:t>kya aap keh sakte hain ke woh gunah naoz billah rasool Allah ke upar jayega?</w:t>
      </w:r>
    </w:p>
    <w:p>
      <w:pPr>
        <w:jc w:val="right"/>
      </w:pPr>
      <w:r>
        <w:t>کیا آپ کہہ سکتے ہیں کہ وہ گناہ نعوذ باللہ رسول اللہ کے اوپر جائے گا؟</w:t>
      </w:r>
    </w:p>
    <w:p>
      <w:r>
        <w:rPr>
          <w:b/>
        </w:rPr>
        <w:t xml:space="preserve">[33:39] </w:t>
      </w:r>
      <w:r>
        <w:t>is waqeye ka sab se zyada sad aspect yeh hai ke woh sahib sar chup ho gaye. main kehta hoon unhein chekhna chahiye tha, unhein rona chahiye tha ke bare gunah kiya, gunah kiya.</w:t>
      </w:r>
    </w:p>
    <w:p>
      <w:pPr>
        <w:jc w:val="right"/>
      </w:pPr>
      <w:r>
        <w:t>اس واقعے کا سب سے زیادہ سیڈ اسپیکٹ یہ ہے کہ وہ صاحب سر چپ ہو گئے۔ میں کہتا ہوں انہیں چیخنا چاہیے تھا، انہیں رونا چاہیے تھا کہ بڑے گناہ کیا، گناہ کیا۔</w:t>
      </w:r>
    </w:p>
    <w:p>
      <w:r>
        <w:rPr>
          <w:b/>
        </w:rPr>
        <w:t xml:space="preserve">[33:54] </w:t>
      </w:r>
      <w:r>
        <w:t>itni itni bari bhool ki, itni galat baat mere zehan se nikli, bas chup ho gaye. yeh hai qasawat e qalb musalmanon ka case.</w:t>
      </w:r>
    </w:p>
    <w:p>
      <w:pPr>
        <w:jc w:val="right"/>
      </w:pPr>
      <w:r>
        <w:t>اتنی اتنی بڑی بھول کی، اتنی غلط بات میرے ذہن سے نکلی، بس چپ ہو گئے۔ یہ ہے قصاوت قلب مسلمانوں کا کیس۔</w:t>
      </w:r>
    </w:p>
    <w:p>
      <w:r>
        <w:rPr>
          <w:b/>
        </w:rPr>
        <w:t xml:space="preserve">[34:04] </w:t>
      </w:r>
      <w:r>
        <w:t>is waqt qasawat e qalb ka case hai, yani sensitivity khatam ho gayi, sensitive nahi rahe woh sachai ke mamle mein.</w:t>
      </w:r>
    </w:p>
    <w:p>
      <w:pPr>
        <w:jc w:val="right"/>
      </w:pPr>
      <w:r>
        <w:t>اس وقت قصاوت قلب کا کیس ہے، یعنی سینسٹیوٹی ختم ہو گئی، سینسٹیو نہیں رہے وہ سچائی کے معاملے میں۔</w:t>
      </w:r>
    </w:p>
    <w:p>
      <w:r>
        <w:rPr>
          <w:b/>
        </w:rPr>
        <w:t xml:space="preserve">[34:16] </w:t>
      </w:r>
      <w:r>
        <w:t>kaisi ajeeb baat hai! bataiye, aakhri waqt aa gaya hai, aakhri waqt aa gaya hai, tareekh apne end pe aa gayi hai. ab hamein hazar guna zyada activity dikhana chahiye logon tak quran ko pahunchane ke liye, logon tak Allah ka paigham pahunchane ke liye.</w:t>
      </w:r>
    </w:p>
    <w:p>
      <w:pPr>
        <w:jc w:val="right"/>
      </w:pPr>
      <w:r>
        <w:t>کیسی عجیب بات ہے! بتائیے، آخری وقت آ گیا ہے، آخری وقت آ گیا ہے، تاریخ اپنے اینڈ پہ آ گئی ہے۔ اب ہمیں ہزار گنا زیادہ ایکٹیویٹی دکھانا چاہیے لوگوں تک قرآن کو پہنچانے کے لیے، لوگوں تک اللہ کا پیغام پہنچانے کے لیے۔</w:t>
      </w:r>
    </w:p>
    <w:p>
      <w:r>
        <w:rPr>
          <w:b/>
        </w:rPr>
        <w:t xml:space="preserve">[34:34] </w:t>
      </w:r>
      <w:r>
        <w:t>woh kya aasman se keh rahe hain ke agar woh daal dein latrine mein to kya hoga? kis par jayega is gunah? qatan zabardast jawab diya unhon ne diya hai ke rasool Allah ke maktub ko, jis mein quran ki ayat likhi hui thi, us ko phar diya us ne aur phenk diya to is ka gunah kis ke upar jayega?</w:t>
      </w:r>
    </w:p>
    <w:p>
      <w:pPr>
        <w:jc w:val="right"/>
      </w:pPr>
      <w:r>
        <w:t>وہ کیا آسمان سے کہہ رہے ہیں کہ اگر وہ ڈال دیں لیٹرین میں تو کیا ہوگا؟ کس پر جائے گا اس گناہ؟ قطعاً زبردست جواب دیا انہوں نے دیا ہے کہ رسول اللہ کے مکتوب کو، جس میں قرآن کی آیت لکھی ہوئی تھی، اس کو پھاڑ دیا اس نے اور پھینک دیا تو اس کا گناہ کس کے اوپر جائے گا؟</w:t>
      </w:r>
    </w:p>
    <w:p>
      <w:r>
        <w:rPr>
          <w:b/>
        </w:rPr>
        <w:t xml:space="preserve">[34:57] </w:t>
      </w:r>
      <w:r>
        <w:t>kitna ab eye opener tha yeh jawab!</w:t>
      </w:r>
    </w:p>
    <w:p>
      <w:pPr>
        <w:jc w:val="right"/>
      </w:pPr>
      <w:r>
        <w:t>کتنا اب آئی اوپنر تھا یہ جواب!</w:t>
      </w:r>
    </w:p>
    <w:p>
      <w:r>
        <w:rPr>
          <w:b/>
        </w:rPr>
        <w:t xml:space="preserve">[35:04] </w:t>
      </w:r>
      <w:r>
        <w:t>to yeh hai woh duniya jis mein hamein kaam karna hai. ek taraf behes musalman hain, behes musalman, un ka dil kuch bhi ehsas nahi, jhoote masalon mein jee rahe hain ke quran ki ki be hurmati karega koi shakhs.</w:t>
      </w:r>
    </w:p>
    <w:p>
      <w:pPr>
        <w:jc w:val="right"/>
      </w:pPr>
      <w:r>
        <w:t>تو یہ ہے وہ دنیا جس میں ہمیں کام کرنا ہے۔ ایک طرف بے حس مسلمان ہیں، بے حس مسلمان، ان کا دل کچھ بھی احساس نہیں، جھوٹے مسئلوں میں جی رہے ہیں کہ قرآن کی کی بے حرمتی کرے گا کوئی شخص۔</w:t>
      </w:r>
    </w:p>
    <w:p>
      <w:r>
        <w:rPr>
          <w:b/>
        </w:rPr>
        <w:t xml:space="preserve">[35:22] </w:t>
      </w:r>
      <w:r>
        <w:t>to is liye hamein is ko bacha ke rakhna hai, yeh sab jhoote masle hain, bilkul jhoote, bees bees less masle hain.</w:t>
      </w:r>
    </w:p>
    <w:p>
      <w:pPr>
        <w:jc w:val="right"/>
      </w:pPr>
      <w:r>
        <w:t>تو اس لیے ہمیں اس کو بچا کے رکھنا ہے، یہ سب جھوٹے مسئلے ہیں، بالکل جھوٹے، بیس بیس لیس مسئلے ہیں۔</w:t>
      </w:r>
    </w:p>
    <w:p>
      <w:r>
        <w:rPr>
          <w:b/>
        </w:rPr>
        <w:t xml:space="preserve">[35:31] </w:t>
      </w:r>
      <w:r>
        <w:t>yeh quran hamein pahunchana hai, yeh is ka kaam hai ke woh kya karega? hamein to pahunchana hai, jaisa ke sahaba ne pahunchaya.</w:t>
      </w:r>
    </w:p>
    <w:p>
      <w:pPr>
        <w:jc w:val="right"/>
      </w:pPr>
      <w:r>
        <w:t>یہ قرآن ہمیں پہنچانا ہے، یہ اس کا کام ہے کہ وہ کیا کرے گا؟ ہمیں تو پہنچانا ہے، جیسا کہ صحابہ نے پہنچایا۔</w:t>
      </w:r>
    </w:p>
    <w:p>
      <w:r>
        <w:rPr>
          <w:b/>
        </w:rPr>
        <w:t xml:space="preserve">[35:45] </w:t>
      </w:r>
      <w:r>
        <w:t>to jis duniya mein hum hain, is duniya mein ek taraf behes musalman hain aur doosri taraf doosre log hain, woh kama rahe hain aur kha rahe hain aur woh is mein magan hain.</w:t>
      </w:r>
    </w:p>
    <w:p>
      <w:pPr>
        <w:jc w:val="right"/>
      </w:pPr>
      <w:r>
        <w:t>تو جس دنیا میں ہم ہیں، اس دنیا میں ایک طرف بے حس مسلمان ہیں اور دوسری طرف دوسرے لوگ ہیں، وہ کما رہے ہیں اور کھا رہے ہیں اور وہ اس میں مگن ہیں۔</w:t>
      </w:r>
    </w:p>
    <w:p>
      <w:r>
        <w:rPr>
          <w:b/>
        </w:rPr>
        <w:t xml:space="preserve">[36:00] </w:t>
      </w:r>
      <w:r>
        <w:t>un ke logon ke paas paisa hai, logon ke paas saaz o saman hai, is ne unhein sarkash bana rakha tha. maine kaha hai ya to sarkash logon ki duniya mein duniya hai, to sarkash logon se bhar gayi hai ya behes logon se bhar gayi hai.</w:t>
      </w:r>
    </w:p>
    <w:p>
      <w:pPr>
        <w:jc w:val="right"/>
      </w:pPr>
      <w:r>
        <w:t>ان کے لوگوں کے پاس پیسہ ہے، لوگوں کے پاس ساز و سامان ہے، اس نے انہیں سرکش بنا رکھا تھا۔ میں نے کہا ہے یا تو سرکش لوگوں کی دنیا میں دنیا ہے، تو سرکش لوگوں سے بھر گئی ہے یا بے حس لوگوں سے بھر گئی ہے۔</w:t>
      </w:r>
    </w:p>
    <w:p>
      <w:r>
        <w:rPr>
          <w:b/>
        </w:rPr>
        <w:t xml:space="preserve">[36:16] </w:t>
      </w:r>
      <w:r>
        <w:t>aise duniya ko Khuda kab tak baqi rakhega?</w:t>
      </w:r>
    </w:p>
    <w:p>
      <w:pPr>
        <w:jc w:val="right"/>
      </w:pPr>
      <w:r>
        <w:t>ایسے دنیا کو خدا کب تک باقی رکھے گا؟</w:t>
      </w:r>
    </w:p>
    <w:p>
      <w:r>
        <w:rPr>
          <w:b/>
        </w:rPr>
        <w:t xml:space="preserve">[36:22] </w:t>
      </w:r>
      <w:r>
        <w:t>jis duniya ka yeh haal ho</w:t>
      </w:r>
    </w:p>
    <w:p>
      <w:pPr>
        <w:jc w:val="right"/>
      </w:pPr>
      <w:r>
        <w:t>جس دنیا کا یہ حال ہو</w:t>
      </w:r>
    </w:p>
    <w:p>
      <w:r>
        <w:rPr>
          <w:b/>
        </w:rPr>
        <w:t xml:space="preserve">[36:28] </w:t>
      </w:r>
      <w:r>
        <w:t>ke kuch log sarkash ho gaye hon, kuch log behes ho gaye hon, is duniya ko Allah taala kab tak baqi rakhega? kis liye baqi rakhega?</w:t>
      </w:r>
    </w:p>
    <w:p>
      <w:pPr>
        <w:jc w:val="right"/>
      </w:pPr>
      <w:r>
        <w:t>کہ کچھ لوگ سرکش ہو گئے ہوں، کچھ لوگ بے حس ہو گئے ہوں، اس دنیا کو اللہ تعالی کب تک باقی رکھے گا؟ کس لیے باقی رکھے گا؟</w:t>
      </w:r>
    </w:p>
    <w:p>
      <w:r>
        <w:rPr>
          <w:b/>
        </w:rPr>
        <w:t xml:space="preserve">[36:40] </w:t>
      </w:r>
      <w:r>
        <w:t>hadith mein aata hai qayamat ke qareeb ke bare mein ke qayamat ke baad jab qareeb aayegi to "tarf al amanah" yeh hadith jab main parhta hoon to rasool Allah ke risalat ka ka saboot maloom hoti hai.</w:t>
      </w:r>
    </w:p>
    <w:p>
      <w:pPr>
        <w:jc w:val="right"/>
      </w:pPr>
      <w:r>
        <w:t>حدیث میں آتا ہے قیامت کے قریب کے بارے میں کہ قیامت کے بعد جب قریب آئے گی تو "طرف الامانہ" یہ حدیث جب میں پڑھتا ہوں تو رسول اللہ کے رسالت کا کا ثبوت معلوم ہوتی ہے۔</w:t>
      </w:r>
    </w:p>
    <w:p>
      <w:r>
        <w:rPr>
          <w:b/>
        </w:rPr>
        <w:t xml:space="preserve">[36:58] </w:t>
      </w:r>
      <w:r>
        <w:t>yeh hadith aap ne farmaya tha ke qayamat jab qareeb aayegi to is ki pehchan yeh hogi ke "tarf al amanah" yani honesty uth jayegi, sare log dishonest ho jayenge.</w:t>
      </w:r>
    </w:p>
    <w:p>
      <w:pPr>
        <w:jc w:val="right"/>
      </w:pPr>
      <w:r>
        <w:t>یہ حدیث آپ نے فرمایا تھا کہ قیامت جب قریب آئے گی تو اس کی پہچان یہ ہوگی کہ "طرف الامانہ" یعنی اونسٹٹی اٹھ جائے گی، سارے لوگ ڈس اونسٹ ہو جائیں گے۔</w:t>
      </w:r>
    </w:p>
    <w:p>
      <w:r>
        <w:rPr>
          <w:b/>
        </w:rPr>
        <w:t xml:space="preserve">[37:15] </w:t>
      </w:r>
      <w:r>
        <w:t>to wohi to hai yeh, jidhar dekhiye dishonesty, jidhar dekhiye dishonesty, jidhar dekhiye dishonesty.</w:t>
      </w:r>
    </w:p>
    <w:p>
      <w:pPr>
        <w:jc w:val="right"/>
      </w:pPr>
      <w:r>
        <w:t>تو وہی تو ہے یہ، جدھر دیکھیے ڈس اونسٹٹی، جدھر دیکھیے ڈس اونسٹٹی، جدھر دیکھیے ڈس اونسٹٹی۔</w:t>
      </w:r>
    </w:p>
    <w:p>
      <w:r>
        <w:rPr>
          <w:b/>
        </w:rPr>
        <w:t xml:space="preserve">[37:25] </w:t>
      </w:r>
      <w:r>
        <w:t>to jab yeh sab baatein ho jayen to us ke baad agla agli subah qyamat to hai aur kya hai? us ke baad agli shaam qyamat to hai aur kya hai?</w:t>
      </w:r>
    </w:p>
    <w:p>
      <w:pPr>
        <w:jc w:val="right"/>
      </w:pPr>
      <w:r>
        <w:t>تو جب یہ سب باتیں ہو جائیں تو اس کے بعد اگلا اگلی صبح کامتی تو ہے اور کیا ہے؟ اس کے بعد اگلی شام کامتی تو ہے اور کیا ہے؟</w:t>
      </w:r>
    </w:p>
    <w:p>
      <w:r>
        <w:rPr>
          <w:b/>
        </w:rPr>
        <w:t xml:space="preserve">[37:49] </w:t>
      </w:r>
      <w:r>
        <w:t>ek baat mein lailatul qadr ke bare mein kehna chahta hoon.</w:t>
      </w:r>
    </w:p>
    <w:p>
      <w:pPr>
        <w:jc w:val="right"/>
      </w:pPr>
      <w:r>
        <w:t>ایک بات میں لیلۃ القدر کے بارے میں کہنا چاہتا ہوں۔</w:t>
      </w:r>
    </w:p>
    <w:p>
      <w:r>
        <w:rPr>
          <w:b/>
        </w:rPr>
        <w:t xml:space="preserve">[37:55] </w:t>
      </w:r>
      <w:r>
        <w:t>laylatul qadr aati hai ramzan ke aakhri kisi tareekh mein</w:t>
      </w:r>
    </w:p>
    <w:p>
      <w:pPr>
        <w:jc w:val="right"/>
      </w:pPr>
      <w:r>
        <w:t>لیلۃ القدر آتی ہے رمضان کے آخری کسی تاریخ میں</w:t>
      </w:r>
    </w:p>
    <w:p>
      <w:r>
        <w:rPr>
          <w:b/>
        </w:rPr>
        <w:t xml:space="preserve">[38:05] </w:t>
      </w:r>
      <w:r>
        <w:t>to hazrat aisha ne rasool allah se poocha: "agar main laylatul qadr ko paoon to main kya karoon?</w:t>
      </w:r>
    </w:p>
    <w:p>
      <w:pPr>
        <w:jc w:val="right"/>
      </w:pPr>
      <w:r>
        <w:t>تو حضرت عائشہ نے رسول اللہ سے پوچھا: "اگر میں لیلۃ القدر کو پاؤں تو میں کیا کروں؟</w:t>
      </w:r>
    </w:p>
    <w:p>
      <w:r>
        <w:rPr>
          <w:b/>
        </w:rPr>
        <w:t xml:space="preserve">[38:14] </w:t>
      </w:r>
      <w:r>
        <w:t>kya kahoon?" to aap ne un ko ek dua batai. woh dua yeh thi: "allahumma anta afuwwun tuhibbul afwa faf'avni" aye allah!</w:t>
      </w:r>
    </w:p>
    <w:p>
      <w:pPr>
        <w:jc w:val="right"/>
      </w:pPr>
      <w:r>
        <w:t>کیا کہوں؟" تو آپ نے ان کو ایک دعا بتائی۔ وہ دعا یہ تھی: "اللہم انتعفون تحب العفو فافعنی" اے اللہ!</w:t>
      </w:r>
    </w:p>
    <w:p>
      <w:r>
        <w:rPr>
          <w:b/>
        </w:rPr>
        <w:t xml:space="preserve">[38:31] </w:t>
      </w:r>
      <w:r>
        <w:t>to maaf karne wala hai, to maafi ko pasand karta hai, to mujhe maaf kar de. bas yahi ek dua batai aap ne.</w:t>
      </w:r>
    </w:p>
    <w:p>
      <w:pPr>
        <w:jc w:val="right"/>
      </w:pPr>
      <w:r>
        <w:t>تو معاف کرنے والا ہے، تو معافی کو پسند کرتا ہے، تو مجھے معاف کر دے۔ بس یہی ایک دعا بتائی آپ نے۔</w:t>
      </w:r>
    </w:p>
    <w:p>
      <w:r>
        <w:rPr>
          <w:b/>
        </w:rPr>
        <w:t xml:space="preserve">[38:40] </w:t>
      </w:r>
      <w:r>
        <w:t>is par main ghaur sochta raha, aaj sochta raha, is ka matlab kya hai? dekhen, maafi mangne ka matlab kya hai? apne ko aakhirat tak malis kar dena aur khuda ko aakhirat tak yeh bana dena.</w:t>
      </w:r>
    </w:p>
    <w:p>
      <w:pPr>
        <w:jc w:val="right"/>
      </w:pPr>
      <w:r>
        <w:t>اس پر میں غور سوچتا رہا، آج سوچتا رہا، اس کا مطلب کیا ہے؟ دیکھیں، معافی مانگنے کا معنی کیا ہے؟ اپنے کو آخرت تک مالس کر دینا اور خدا کو آخرت تک یہ بنا دینا۔</w:t>
      </w:r>
    </w:p>
    <w:p>
      <w:r>
        <w:rPr>
          <w:b/>
        </w:rPr>
        <w:t xml:space="preserve">[38:58] </w:t>
      </w:r>
      <w:r>
        <w:t>jab tak aap nafsiyati aitbar se is is nabat ko na pahanchen ke aap ne apne aap ko aap ne malis bana diya ho, allah taala ko plas bana rakha ho, tab tak yeh dua niklegi nahin.</w:t>
      </w:r>
    </w:p>
    <w:p>
      <w:pPr>
        <w:jc w:val="right"/>
      </w:pPr>
      <w:r>
        <w:t>جب تک آپ نفسیاتی اعتبار سے اس اس نوبت کو نہ پہنچیں کہ آپ نے اپنے آپ کو آپ نے مالس بنا دیا ہو، اللہ تعالی کو پلس بنا رکھا ہو، تب تک یہ دعا نکلے گی نہیں۔</w:t>
      </w:r>
    </w:p>
    <w:p>
      <w:r>
        <w:rPr>
          <w:b/>
        </w:rPr>
        <w:t xml:space="preserve">[39:15] </w:t>
      </w:r>
      <w:r>
        <w:t>yani khuda hi hai jo maafi dene wala hai aur mere liye maafi ke siwa koi nijat nahin.</w:t>
      </w:r>
    </w:p>
    <w:p>
      <w:pPr>
        <w:jc w:val="right"/>
      </w:pPr>
      <w:r>
        <w:t>یعنی خدا ہی ہے جو معافی دینے والا ہے اور میرے لیے معافی کے سوا کوئی نجات نہیں۔</w:t>
      </w:r>
    </w:p>
    <w:p>
      <w:r>
        <w:rPr>
          <w:b/>
        </w:rPr>
        <w:t xml:space="preserve">[39:24] </w:t>
      </w:r>
      <w:r>
        <w:t>to yeh yeh yeh dua, yeh yeh alfaaz nahin hain. phir main yeh kahunga ke woh jo science dan ne kaha tha, kisi kisi science dan se kaha gaya ke aap ko jo daryaften hoti hain,</w:t>
      </w:r>
    </w:p>
    <w:p>
      <w:pPr>
        <w:jc w:val="right"/>
      </w:pPr>
      <w:r>
        <w:t>تو یہ یہ یہ دعا، یہ یہ الفاظ نہیں ہیں۔ پھر میں یہ کہوں گا کہ وہ جو سائنسدان نے کہا تھا، کسی کسی سائنسدان سے کہا گیا کہ آپ کو جو دریافتیں ہوتی ہیں،</w:t>
      </w:r>
    </w:p>
    <w:p>
      <w:r>
        <w:rPr>
          <w:b/>
        </w:rPr>
        <w:t xml:space="preserve">[39:39] </w:t>
      </w:r>
      <w:r>
        <w:t>woh aap logon ka inaam nahin hai, woh to ittifaqi taur par cheezen maloom ho jati hain. to us ne kaha tha ke aise ittifaqat, aisa ittifaq sirf science dan ke paas pesh aata hai.</w:t>
      </w:r>
    </w:p>
    <w:p>
      <w:pPr>
        <w:jc w:val="right"/>
      </w:pPr>
      <w:r>
        <w:t>وہ آپ لوگوں کا انعام نہیں ہے، وہ تو اتفاقی طور پر چیزیں معلوم ہو جاتی ہیں۔ تو اس نے کہا تھا کہ ایسے اتفاقات، ایسا اتفاق صرف سائنسدان کے پاس پیش آتا ہے۔</w:t>
      </w:r>
    </w:p>
    <w:p>
      <w:r>
        <w:rPr>
          <w:b/>
        </w:rPr>
        <w:t xml:space="preserve">[39:53] </w:t>
      </w:r>
      <w:r>
        <w:t>is ka matlab kya hai? barson barson ki tayyari ke baad woh mind banta hai jo kisi jhalak mein, kisi waqeye mein ek scientific point ko daryaft kar le.</w:t>
      </w:r>
    </w:p>
    <w:p>
      <w:pPr>
        <w:jc w:val="right"/>
      </w:pPr>
      <w:r>
        <w:t>اس کا مطلب کیا ہے؟ برسوں برسوں کی تیاری کے بعد وہ مائنڈ بنتا ہے جو کسی جھلک میں، کسی واقعے میں ایک سائنسی پوائنٹ کو دریافت کر لے۔</w:t>
      </w:r>
    </w:p>
    <w:p>
      <w:r>
        <w:rPr>
          <w:b/>
        </w:rPr>
        <w:t xml:space="preserve">[40:08] </w:t>
      </w:r>
      <w:r>
        <w:t>yeh mamla ek dua ka hai. yaad rakhiye, dua jo hai na to ek din mein nikal sakti hai, na sirf ramzan ki tayyari se nikal sakti hai.</w:t>
      </w:r>
    </w:p>
    <w:p>
      <w:pPr>
        <w:jc w:val="right"/>
      </w:pPr>
      <w:r>
        <w:t>یہ معاملہ ایک دعا کا ہے۔ یاد رکھیے، دعا جو ہے نہ تو ایک دن میں نکل سکتی ہے، نہ صرف رمضان کی تیاری سے نکل سکتی ہے۔</w:t>
      </w:r>
    </w:p>
    <w:p>
      <w:r>
        <w:rPr>
          <w:b/>
        </w:rPr>
        <w:t xml:space="preserve">[40:20] </w:t>
      </w:r>
      <w:r>
        <w:t>poori umar jab aap is tarah guzarenge, tab yeh dua niklegi. yaad rakhiye, log yeh samajhte hain ke ramzan ke mahine ki ek tareekh hai, bas us tareekh mein agar hum pahanch jayen to laylatul qadr humein mil gayi.</w:t>
      </w:r>
    </w:p>
    <w:p>
      <w:pPr>
        <w:jc w:val="right"/>
      </w:pPr>
      <w:r>
        <w:t>پوری عمر جب آپ اس طرح گزاریں گے، تب یہ دعا نکلے گی۔ یاد رکھیے، لوگ یہ سمجھتے ہیں کہ رمضان کے مہینے کی ایک تاریخ ہے، بس اس تاریخ میں اگر ہم پہنچ جائیں تو لیلۃ القدر ہمیں مل گئی۔</w:t>
      </w:r>
    </w:p>
    <w:p>
      <w:r>
        <w:rPr>
          <w:b/>
        </w:rPr>
        <w:t xml:space="preserve">[40:36] </w:t>
      </w:r>
      <w:r>
        <w:t>yeh bahut zyada yani khush fehmi ki baat hai.</w:t>
      </w:r>
    </w:p>
    <w:p>
      <w:pPr>
        <w:jc w:val="right"/>
      </w:pPr>
      <w:r>
        <w:t>یہ بہت زیادہ یعنی خوش فہمی کی بات ہے۔</w:t>
      </w:r>
    </w:p>
    <w:p>
      <w:r>
        <w:rPr>
          <w:b/>
        </w:rPr>
        <w:t xml:space="preserve">[40:46] </w:t>
      </w:r>
      <w:r>
        <w:t>aap ko apne aap ko tayyar karna hai.</w:t>
      </w:r>
    </w:p>
    <w:p>
      <w:pPr>
        <w:jc w:val="right"/>
      </w:pPr>
      <w:r>
        <w:t>آپ کو اپنے آپ کو تیار کرنا ہے۔</w:t>
      </w:r>
    </w:p>
    <w:p>
      <w:r>
        <w:rPr>
          <w:b/>
        </w:rPr>
        <w:t xml:space="preserve">[40:51] </w:t>
      </w:r>
      <w:r>
        <w:t>you have to have prepared mind yani woh tayyari jo barson tak phaili hui hoti hai. tab yeh nabat aati hai ke aap apne aap ko aakhirat tak malis kar chuke hote hain aur aakhirat tak allah taala ko plas bana chuke hote hain.</w:t>
      </w:r>
    </w:p>
    <w:p>
      <w:pPr>
        <w:jc w:val="right"/>
      </w:pPr>
      <w:r>
        <w:t>یو ہیو ٹو ہیو پریپیرڈ مائنڈ یعنی وہ تیاری جو برسوں تک پھیلی ہوئی ہوتی ہے۔ تب یہ نوبت آتی ہے کہ آپ اپنے آپ کو آخرت تک مالس کر چکے ہوتے ہیں اور آخرت تک اللہ تعالی کو پلس بنا چکے ہوتے ہیں۔</w:t>
      </w:r>
    </w:p>
    <w:p>
      <w:r>
        <w:rPr>
          <w:b/>
        </w:rPr>
        <w:t xml:space="preserve">[41:12] </w:t>
      </w:r>
      <w:r>
        <w:t>woh woh woh jo dil hai, us se nikalti hain aisi duaen: "allahumma anta afuwwun tuhibbul afwa faf'avni" yeh aisa nahin ke kisi na kisi tareeke se ek tareekh hai, us tareekh ko main pahanch jaon aur munh se bol doon.</w:t>
      </w:r>
    </w:p>
    <w:p>
      <w:pPr>
        <w:jc w:val="right"/>
      </w:pPr>
      <w:r>
        <w:t>وہ وہ وہ جو دل ہے، اس سے نکلتی ہیں ایسی دعائیں: "اللہم انتعفون تحب العفو فافعنی" یہ ایسا نہیں کہ کسی نہ کسی طریقے سے ایک تاریخ ہے، اس تاریخ کو میں پہنچ جاؤں اور منہ سے بول دوں۔</w:t>
      </w:r>
    </w:p>
    <w:p>
      <w:r>
        <w:rPr>
          <w:b/>
        </w:rPr>
        <w:t xml:space="preserve">[41:28] </w:t>
      </w:r>
      <w:r>
        <w:t>aisa hargiz nahin hai.</w:t>
      </w:r>
    </w:p>
    <w:p>
      <w:pPr>
        <w:jc w:val="right"/>
      </w:pPr>
      <w:r>
        <w:t>ایسا ہرگز نہیں ہے۔</w:t>
      </w:r>
    </w:p>
    <w:p>
      <w:r>
        <w:rPr>
          <w:b/>
        </w:rPr>
        <w:t xml:space="preserve">[41:32] </w:t>
      </w:r>
      <w:r>
        <w:t>is ke liye ek prepared mind chahiye, is ke liye ek bahut zyada tayyar shakhsiyat chahiye jo barson mein banti hai.</w:t>
      </w:r>
    </w:p>
    <w:p>
      <w:pPr>
        <w:jc w:val="right"/>
      </w:pPr>
      <w:r>
        <w:t>اس کے لیے ایک پریپیرڈ مائنڈ چاہیے، اس کے لیے ایک بہت زیادہ تیار شخصیت چاہیے جو برسوں میں بنتی ہے۔</w:t>
      </w:r>
    </w:p>
    <w:p>
      <w:r>
        <w:rPr>
          <w:b/>
        </w:rPr>
        <w:t xml:space="preserve">[41:42] </w:t>
      </w:r>
      <w:r>
        <w:t>ek din to kya, ek mahina to kya, woh barson darkar hain is ke liye. ga kamai kahunga, is dua ke muafiq zindagi guzarni padti hai pehle se,</w:t>
      </w:r>
    </w:p>
    <w:p>
      <w:pPr>
        <w:jc w:val="right"/>
      </w:pPr>
      <w:r>
        <w:t>ایک دن تو کیا، ایک مہینہ تو کیا، وہ برسوں درکار ہیں اس کے لیے۔ گا کمائی کہوں گا، اس دعا کے موافق زندگی گزارنی پڑتی ہے پہلے سے،</w:t>
      </w:r>
    </w:p>
    <w:p>
      <w:r>
        <w:rPr>
          <w:b/>
        </w:rPr>
        <w:t xml:space="preserve">[41:56] </w:t>
      </w:r>
      <w:r>
        <w:t>barson pehle se. jaise science dan is daryaft ke muafiq zindagi guzarta hai, barson pehle se. woh</w:t>
      </w:r>
    </w:p>
    <w:p>
      <w:pPr>
        <w:jc w:val="right"/>
      </w:pPr>
      <w:r>
        <w:t>برسوں پہلے سے۔ جیسے سائنسدان اس دریافت کے موافق زندگی گزارتا ہے، برسوں پہلے سے۔ وہ</w:t>
      </w:r>
    </w:p>
    <w:p>
      <w:r>
        <w:rPr>
          <w:b/>
        </w:rPr>
        <w:t xml:space="preserve">[42:09] </w:t>
      </w:r>
      <w:r>
        <w:t>university mein padhta hai, kitabon ka mutalia karta hai, observation karta hai, laboratory mein mehnaten karta hai, barson guzarta hai, barson.</w:t>
      </w:r>
    </w:p>
    <w:p>
      <w:pPr>
        <w:jc w:val="right"/>
      </w:pPr>
      <w:r>
        <w:t>یونیورسٹی میں پڑھتا ہے، کتابوں کا مطالعہ کرتا ہے، ابزرویشن کرتا ہے، لیبارٹری میں محنتیں کرتا ہے، برسوں گزارتا ہے، برسوں۔</w:t>
      </w:r>
    </w:p>
    <w:p>
      <w:r>
        <w:rPr>
          <w:b/>
        </w:rPr>
        <w:t xml:space="preserve">[42:18] </w:t>
      </w:r>
      <w:r>
        <w:t>tab ek waqt aata hai ke koi cheez fresh karti hai, us mein us ko ek science ka ek ek pehlu mil jata hai. to yeh jo dua hai, bilashuba bahut hi bari dua hai: "allahumma anta afuwwun tuhibbul afwa faf'avni" ke khuda hai, to maaf karne wala hai,</w:t>
      </w:r>
    </w:p>
    <w:p>
      <w:pPr>
        <w:jc w:val="right"/>
      </w:pPr>
      <w:r>
        <w:t>تب ایک وقت آتا ہے کہ کوئی چیز فریش کرتی ہے، اس میں اس کو ایک سائنس کا ایک ایک پہلو مل جاتا ہے۔ تو یہ جو دعا ہے، بلاشبہ بہت ہی بڑی دعا ہے: "اللہم انتعفون تحب العفو فافعنی" کہ خدا ہے، تو معاف کرنے والا ہے،</w:t>
      </w:r>
    </w:p>
    <w:p>
      <w:r>
        <w:rPr>
          <w:b/>
        </w:rPr>
        <w:t xml:space="preserve">[42:40] </w:t>
      </w:r>
      <w:r>
        <w:t>to maafi ko pasand karta hai, to khuda mujhe maaf kar de. yeh chand alfaaz nahin hain, yeh ek poori zindagi, poori zindagi ka nichod hai, yeh</w:t>
      </w:r>
    </w:p>
    <w:p>
      <w:pPr>
        <w:jc w:val="right"/>
      </w:pPr>
      <w:r>
        <w:t>تو معافی کو پسند کرتا ہے، تو خدا مجھے معاف کر دے۔ یہ چند الفاظ نہیں ہیں، یہ ایک پوری زندگی، پوری زندگی کا نچوڑ ہے، یہ</w:t>
      </w:r>
    </w:p>
    <w:p>
      <w:r>
        <w:rPr>
          <w:b/>
        </w:rPr>
        <w:t xml:space="preserve">[42:56] </w:t>
      </w:r>
      <w:r>
        <w:t>poori zindagi ka nichod hai. to is ke liye jo jaise log logon ka tareeqa kya hai, ek raat ko jagte hain yani ek raat ko jagte hain, samajhte hain ke laylatul qadr mil gayi.</w:t>
      </w:r>
    </w:p>
    <w:p>
      <w:pPr>
        <w:jc w:val="right"/>
      </w:pPr>
      <w:r>
        <w:t>پوری زندگی کا نچوڑ ہے۔ تو اس کے لیے جو جیسے لوگ لوگوں کا طریقہ کیا ہے، ایک رات کو جاگتے ہیں یعنی ایک رات کو جاگتے ہیں، سمجھتے ہیں کہ لیلۃ القدر مل گئی۔</w:t>
      </w:r>
    </w:p>
    <w:p>
      <w:r>
        <w:rPr>
          <w:b/>
        </w:rPr>
        <w:t xml:space="preserve">[43:13] </w:t>
      </w:r>
      <w:r>
        <w:t>yaqeen kijiye ke hargiz hargiz raat ko jaagne se laylatul qadr nahin milegi. jo log aaj sochte hain, woh awani khush fehmi mein jeete hain, awani mein ke aap raat bhar jaagen to laylatul qadr mil jaye.</w:t>
      </w:r>
    </w:p>
    <w:p>
      <w:pPr>
        <w:jc w:val="right"/>
      </w:pPr>
      <w:r>
        <w:t>یقین کیجئے کہ ہرگز ہرگز رات کو جاگنے سے لیلۃ القدر نہیں ملے گی۔ جو لوگ آج سوچتے ہیں، وہ اعوانی خوش فہمی میں جیتے ہیں، اعوانی میں کہ آپ رات بھر جاگیں تو لیلۃ القدر مل جائے۔</w:t>
      </w:r>
    </w:p>
    <w:p>
      <w:r>
        <w:rPr>
          <w:b/>
        </w:rPr>
        <w:t xml:space="preserve">[43:30] </w:t>
      </w:r>
      <w:r>
        <w:t>yeh to bohat ridiculous baat hai, ridiculous.</w:t>
      </w:r>
    </w:p>
    <w:p>
      <w:pPr>
        <w:jc w:val="right"/>
      </w:pPr>
      <w:r>
        <w:t>یہ تو بہت ریٹیکلس بات ہے، ریٹیکلس۔</w:t>
      </w:r>
    </w:p>
    <w:p>
      <w:r>
        <w:rPr>
          <w:b/>
        </w:rPr>
        <w:t xml:space="preserve">[43:36] </w:t>
      </w:r>
      <w:r>
        <w:t>poori zindagi guzarni parti hai, is tareeqay se poori zindagi aap ko guzarni parti hai, tab ja kar ke woh prepared personality banti hai, woh prepared mind banta hai, jis se yeh alfaaz abalte hain, yeh samandari alfaaz.</w:t>
      </w:r>
    </w:p>
    <w:p>
      <w:pPr>
        <w:jc w:val="right"/>
      </w:pPr>
      <w:r>
        <w:t>پوری زندگی گزارنی پڑتی ہے، اس طریقے سے پوری زندگی آپ کو گزارنی پڑتی ہے، تب جا کر کے وہ پریپیرڈ پرسنیلٹی بنتی ہے، وہ پریپیرڈ مائنڈ بنتا ہے، جس سے یہ الفاظ ابلتے ہیں، یہ سمندری الفاظ۔</w:t>
      </w:r>
    </w:p>
    <w:p>
      <w:r>
        <w:rPr>
          <w:b/>
        </w:rPr>
        <w:t xml:space="preserve">[43:54] </w:t>
      </w:r>
      <w:r>
        <w:t>to phir woh Allah taala ke haan qabool hotay hain. aik aur hadees hai laila-tul-qadr ke baray mein, rasool Allah ne farmaya ke Ramzan ke mahine mein ke aap aitkaf mein thay aur aap masjid-e-nabwi se bahar aaye aur phir aap wapas chalay gaye to aap ne farmaya ke mujh ko shab-e-qadr ka ilm diya gaya tha.</w:t>
      </w:r>
    </w:p>
    <w:p>
      <w:pPr>
        <w:jc w:val="right"/>
      </w:pPr>
      <w:r>
        <w:t>تو پھر وہ اللہ تعالی کے ہاں قبول ہوتے ہیں۔ ایک اور حدیث ہے لیلۃ القدر کے بارے میں، رسول اللہ نے فرمایا کہ رمضان کے مہینے میں کہ آپ اعتکاف میں تھے اور آپ مسجد نبوی سے باہر آئے اور پھر آپ واپس چلے گئے تو آپ نے فرمایا کہ مجھ کو شب قدر کا علم دیا گیا تھا۔</w:t>
      </w:r>
    </w:p>
    <w:p>
      <w:r>
        <w:rPr>
          <w:b/>
        </w:rPr>
        <w:t xml:space="preserve">[44:23] </w:t>
      </w:r>
      <w:r>
        <w:t>ilm yani farishta aaya aur us ne mujhe shab-e-qadr ka ilm diya ke main masjid se bahar nikla ke tum logon ko bata doon shab-e-qadr ke baray mein woh ilm tum ko pohncha doon.</w:t>
      </w:r>
    </w:p>
    <w:p>
      <w:pPr>
        <w:jc w:val="right"/>
      </w:pPr>
      <w:r>
        <w:t>علم یعنی فرشتہ آیا اور اس نے مجھے شب قدر کا علم دیا کہ میں مسجد سے باہر نکلا کہ تم لوگوں کو بتا دوں شب قدر کے بارے میں وہ علم تم کو پہنچا دوں۔</w:t>
      </w:r>
    </w:p>
    <w:p>
      <w:r>
        <w:rPr>
          <w:b/>
        </w:rPr>
        <w:t xml:space="preserve">[44:42] </w:t>
      </w:r>
      <w:r>
        <w:t>lekin isi darmiyan mein kya hua? is mein alfaaz atay hain ke "فتلحا رضوان من الانصار فرفات" isi waqt aisa hua ke ansar mein se do musalman aapas mein jhagra'nay lagay</w:t>
      </w:r>
    </w:p>
    <w:p>
      <w:pPr>
        <w:jc w:val="right"/>
      </w:pPr>
      <w:r>
        <w:t>لیکن اسی درمیان میں کیا ہوا؟ اس میں الفاظ آتے ہیں کہ "فتلحا رضوان من الانصار فرفات" اسی وقت ایسا ہوا کہ انصار میں سے دو مسلمان آپس میں جھگڑنے لگے</w:t>
      </w:r>
    </w:p>
    <w:p>
      <w:r>
        <w:rPr>
          <w:b/>
        </w:rPr>
        <w:t xml:space="preserve">[45:05] </w:t>
      </w:r>
      <w:r>
        <w:t>to ilm utha liya gaya. is se bhi kya sabak hai? ke larna jhagra'na yani woh koi talwar nahi chalai thi, unhon ne sirf zabani takrar kar rahay thay.</w:t>
      </w:r>
    </w:p>
    <w:p>
      <w:pPr>
        <w:jc w:val="right"/>
      </w:pPr>
      <w:r>
        <w:t>تو علم اٹھا لیا گیا۔ اس سے بھی کیا سبق ہے؟ کہ لڑنا جھگڑنا یعنی وہ کوئی تلوار نہیں چلائی تھی، انہوں نے صرف زبانی تکرار کر رہے تھے۔</w:t>
      </w:r>
    </w:p>
    <w:p>
      <w:r>
        <w:rPr>
          <w:b/>
        </w:rPr>
        <w:t xml:space="preserve">[45:22] </w:t>
      </w:r>
      <w:r>
        <w:t>zabani tor par larna jhagra'na bhi itna bura hai ke aaya hua ilm utha liya jata hai. ab ghore kijiye, jo jo ke gun chalayen, bam chalayen, shuja'at babami karen,</w:t>
      </w:r>
    </w:p>
    <w:p>
      <w:pPr>
        <w:jc w:val="right"/>
      </w:pPr>
      <w:r>
        <w:t>زبانی طور پر لڑنا جھگڑنا بھی اتنا برا ہے کہ آیا ہوا علم اٹھا لیا جاتا ہے۔ اب غور کیجئے، جو جو کہ گن چلائیں، بم چلائیں، شجاعت بابمی کریں،</w:t>
      </w:r>
    </w:p>
    <w:p>
      <w:r>
        <w:rPr>
          <w:b/>
        </w:rPr>
        <w:t xml:space="preserve">[45:35] </w:t>
      </w:r>
      <w:r>
        <w:t>kya woh Allah ki rehmat pa sakte hain? woh is mein yeh sabak hai, dekhiye ke Allah ki taraf se aaya hua ilm, Allah ki taraf se aai hui rehmat ko panay ke liye, is ka recipient banne ke liye sab se bari shart kya hai?</w:t>
      </w:r>
    </w:p>
    <w:p>
      <w:pPr>
        <w:jc w:val="right"/>
      </w:pPr>
      <w:r>
        <w:t>کیا وہ اللہ کی رحمت پا سکتے ہیں؟ وہ اس میں یہ سبق ہے، دیکھیے کہ اللہ کی طرف سے آیا ہوا علم، اللہ کی طرف سے آئی ہوئی رحمت کو پانے کے لیے، اس کا ریسیپینٹ بننے کے لیے سب سے بڑی شرط کیا ہے؟</w:t>
      </w:r>
    </w:p>
    <w:p>
      <w:r>
        <w:rPr>
          <w:b/>
        </w:rPr>
        <w:t xml:space="preserve">[45:57] </w:t>
      </w:r>
      <w:r>
        <w:t>aakhri had tak positive personality yeh shart hai. yani aap mein woh shakhsiyat paida ho jaye jo larne jhagra'nay wali na ho, nafrat karne wali na ho,</w:t>
      </w:r>
    </w:p>
    <w:p>
      <w:pPr>
        <w:jc w:val="right"/>
      </w:pPr>
      <w:r>
        <w:t>آخری حد تک پازیٹیو پرسنیلٹی یہ شرط ہے۔ یعنی آپ میں وہ شخصیت پیدا ہو جائے جو لڑنے جھگڑنے والی نہ ہو، نفرت کرنے والی نہ ہو،</w:t>
      </w:r>
    </w:p>
    <w:p>
      <w:r>
        <w:rPr>
          <w:b/>
        </w:rPr>
        <w:t xml:space="preserve">[46:13] </w:t>
      </w:r>
      <w:r>
        <w:t>intiqam jis ke andar na ho, tashaddud, jhagra, larai yeh sab is ke andar na ho. yeh pooray ma'non mein aik personal musbat shakhsiyat, positive personality.</w:t>
      </w:r>
    </w:p>
    <w:p>
      <w:pPr>
        <w:jc w:val="right"/>
      </w:pPr>
      <w:r>
        <w:t>انتقام جس کے اندر نہ ہو، تشدد، جھگڑا، لڑائی یہ سب اس کے اندر نہ ہو۔ یہ پورے معنوں میں ایک پرسنل مثبت شخصیت، پازیٹیو پرسنیلٹی۔</w:t>
      </w:r>
    </w:p>
    <w:p>
      <w:r>
        <w:rPr>
          <w:b/>
        </w:rPr>
        <w:t xml:space="preserve">[46:27] </w:t>
      </w:r>
      <w:r>
        <w:t>tab ja kar aisa hota hai ke Khuda ki taraf se aai hui rehmat aap ko milay, woh rehmat aa kar bhi aap ko nahi milay gi. kaisi ajeeb hadees yeh hai: "فتلحا رضوان من الانصار فرافات" yeh kaun keh raha hai?</w:t>
      </w:r>
    </w:p>
    <w:p>
      <w:pPr>
        <w:jc w:val="right"/>
      </w:pPr>
      <w:r>
        <w:t>تب جا کر ایسا ہوتا ہے کہ خدا کی طرف سے آئی ہوئی رحمت آپ کو ملے، وہ رحمت آ کر بھی آپ کو نہیں ملے گی۔ کیسی عجیب حدیث یہ ہے: "فتلحا رضوان من الانصار فرافات" یہ کون کہہ رہا ہے؟</w:t>
      </w:r>
    </w:p>
    <w:p>
      <w:r>
        <w:rPr>
          <w:b/>
        </w:rPr>
        <w:t xml:space="preserve">[46:44] </w:t>
      </w:r>
      <w:r>
        <w:t>rasool Allah keh rahay hain. rasool Allah ke zamanay mein, Ramzan ke mahine mein, khud rasool Allah par aik ilm aata hai Allah ki taraf se shab-e-qadr ka.</w:t>
      </w:r>
    </w:p>
    <w:p>
      <w:pPr>
        <w:jc w:val="right"/>
      </w:pPr>
      <w:r>
        <w:t>رسول اللہ کہہ رہے ہیں۔ رسول اللہ کے زمانے میں، رمضان کے مہینے میں، خود رسول اللہ پر ایک علم آتا ہے اللہ کی طرف سے شب قدر کا۔</w:t>
      </w:r>
    </w:p>
    <w:p>
      <w:r>
        <w:rPr>
          <w:b/>
        </w:rPr>
        <w:t xml:space="preserve">[46:56] </w:t>
      </w:r>
      <w:r>
        <w:t>lekin isi waqt jab aap nikaltay hain bahar batane ke liye to do musalman, musalman kaun? do sahabi. woh do sahabi thay, aapas mein lad gaye yani zabani takrar karne lagay yani hathapai nahi ki thi unhon ne zabani takrar.</w:t>
      </w:r>
    </w:p>
    <w:p>
      <w:pPr>
        <w:jc w:val="right"/>
      </w:pPr>
      <w:r>
        <w:t>لیکن اسی وقت جب آپ نکلتے ہیں باہر بتانے کے لیے تو دو مسلمان، مسلمان کون؟ دو صحابی۔ وہ دو صحابی تھے، آپس میں لڑ گئے یعنی زبانی تکرار کرنے لگے یعنی ہاتھا پائی نہیں کی تھی انہوں نے زبانی تکرار۔</w:t>
      </w:r>
    </w:p>
    <w:p>
      <w:r>
        <w:rPr>
          <w:b/>
        </w:rPr>
        <w:t xml:space="preserve">[47:18] </w:t>
      </w:r>
      <w:r>
        <w:t>to woh ilm utha liya gaya. is par maine bohat ghore kiya to mujhe samajh mein aaya ke sab se zyada zaroori cheez jo aadmi ko recipient banati hai Allah ki rehmaton ka, woh hai positive personality.</w:t>
      </w:r>
    </w:p>
    <w:p>
      <w:pPr>
        <w:jc w:val="right"/>
      </w:pPr>
      <w:r>
        <w:t>تو وہ علم اٹھا لیا گیا۔ اس پر میں نے بہت غور کیا تو مجھے سمجھ میں آیا کہ سب سے زیادہ ضروری چیز جو آدمی کو ریسیپینٹ بناتی ہے اللہ کی رحمتوں کا، وہ ہے پازیٹیو پرسنیلٹی۔</w:t>
      </w:r>
    </w:p>
    <w:p>
      <w:r>
        <w:rPr>
          <w:b/>
        </w:rPr>
        <w:t xml:space="preserve">[47:40] </w:t>
      </w:r>
      <w:r>
        <w:t>jab aap ke andar positive personality ho, tabhi to aap larai jhagra nahi karenge, tabhi to aap baat o bahs nahi karenge.</w:t>
      </w:r>
    </w:p>
    <w:p>
      <w:pPr>
        <w:jc w:val="right"/>
      </w:pPr>
      <w:r>
        <w:t>جب آپ کے اندر پازیٹیو پرسنیلٹی ہو، تبھی تو آپ لڑائی جھگڑا نہیں کریں گے، تبھی تو آپ بات و بحث نہیں کریں گے۔</w:t>
      </w:r>
    </w:p>
    <w:p>
      <w:r>
        <w:rPr>
          <w:b/>
        </w:rPr>
        <w:t xml:space="preserve">[47:50] </w:t>
      </w:r>
      <w:r>
        <w:t>to nafrat se khali, kina aur intiqam se khali, tashaddud se khali,</w:t>
      </w:r>
    </w:p>
    <w:p>
      <w:pPr>
        <w:jc w:val="right"/>
      </w:pPr>
      <w:r>
        <w:t>تو نفرت سے خالی، کینہ اور انتقام سے خالی، تشدد سے خالی،</w:t>
      </w:r>
    </w:p>
    <w:p>
      <w:r>
        <w:rPr>
          <w:b/>
        </w:rPr>
        <w:t xml:space="preserve">[48:01] </w:t>
      </w:r>
      <w:r>
        <w:t>in sab cheezon se pooray ma'non mein jab khali hoga aap ka mind, tab aap ke andar positivity aayegi aur tab woh shakhsiyat banegi ke Allah ki rehmaten is par aayen.</w:t>
      </w:r>
    </w:p>
    <w:p>
      <w:pPr>
        <w:jc w:val="right"/>
      </w:pPr>
      <w:r>
        <w:t>ان سب چیزوں سے پورے معنوں میں جب خالی ہوگا آپ کا مائنڈ، تب آپ کے اندر پازیٹیوٹی آئے گی اور تب وہ شخصیت بنے گی کہ اللہ کی رحمتیں اس پر آئیں۔</w:t>
      </w:r>
    </w:p>
    <w:p>
      <w:r>
        <w:rPr>
          <w:b/>
        </w:rPr>
        <w:t xml:space="preserve">[48:16] </w:t>
      </w:r>
      <w:r>
        <w:t>tab aap recipient, recipient banenge.</w:t>
      </w:r>
    </w:p>
    <w:p>
      <w:pPr>
        <w:jc w:val="right"/>
      </w:pPr>
      <w:r>
        <w:t>تب آپ ریسیپینٹ، ریسیپینٹ بنیں گے۔</w:t>
      </w:r>
    </w:p>
    <w:p>
      <w:r>
        <w:rPr>
          <w:b/>
        </w:rPr>
        <w:t xml:space="preserve">[48:23] </w:t>
      </w:r>
      <w:r>
        <w:t>kaisi ajeeb baat hai yeh?</w:t>
      </w:r>
    </w:p>
    <w:p>
      <w:pPr>
        <w:jc w:val="right"/>
      </w:pPr>
      <w:r>
        <w:t>کیسی عجیب بات ہے یہ؟</w:t>
      </w:r>
    </w:p>
    <w:p>
      <w:r>
        <w:rPr>
          <w:b/>
        </w:rPr>
        <w:t xml:space="preserve">[48:29] </w:t>
      </w:r>
      <w:r>
        <w:t>to main arz karunga ke ab dunya ke khatmay mein ab zyada der baqi nahi hai.</w:t>
      </w:r>
    </w:p>
    <w:p>
      <w:pPr>
        <w:jc w:val="right"/>
      </w:pPr>
      <w:r>
        <w:t>تو میں عرض کروں گا کہ اب دنیا کے خاتمے میں اب زیادہ دیر باقی نہیں ہے۔</w:t>
      </w:r>
    </w:p>
    <w:p>
      <w:r>
        <w:rPr>
          <w:b/>
        </w:rPr>
        <w:t xml:space="preserve">[48:39] </w:t>
      </w:r>
      <w:r>
        <w:t>American journalist ko aik chotay se item par suspend kar diya gaya.</w:t>
      </w:r>
    </w:p>
    <w:p>
      <w:pPr>
        <w:jc w:val="right"/>
      </w:pPr>
      <w:r>
        <w:t>امریکن جرنلسٹ کو ایک چھوٹے سے آئٹم پر سسپینڈ کر دیا گیا۔</w:t>
      </w:r>
    </w:p>
    <w:p>
      <w:r>
        <w:rPr>
          <w:b/>
        </w:rPr>
        <w:t xml:space="preserve">[48:49] </w:t>
      </w:r>
      <w:r>
        <w:t>is se billion trillion bara item yeh hai ke insaan ne Khuda ki dunya mein explore kiya, explore kar ke</w:t>
      </w:r>
    </w:p>
    <w:p>
      <w:pPr>
        <w:jc w:val="right"/>
      </w:pPr>
      <w:r>
        <w:t>اس سے بلین ٹریل بڑا آئٹم یہ ہے کہ انسان نے خدا کی دنیا میں ایکسپلور کیا، ایکسپلور کر 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