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Preservation of The Quran 10 Oct 2021 - Prof. Farida Khanam</w:t>
      </w:r>
    </w:p>
    <w:p>
      <w:r>
        <w:t>https://www.youtube.com/watch?v=JCdmm6oays8</w:t>
      </w:r>
    </w:p>
    <w:p>
      <w:r>
        <w:rPr>
          <w:b/>
        </w:rPr>
        <w:t xml:space="preserve">[00:12] </w:t>
      </w:r>
      <w:r>
        <w:t>bismillah rahman rahim. aaj ka topic hai hifazat-e-quran, yani hifazat-e-divine book ki.</w:t>
      </w:r>
    </w:p>
    <w:p>
      <w:pPr>
        <w:jc w:val="right"/>
      </w:pPr>
      <w:r>
        <w:t>بسم اللہ الرحمن الرحیم۔ آج کا ٹاپک ہے حفاظتِ قرآن، یعنی حفاظتِ ڈیوائن بک کی۔</w:t>
      </w:r>
    </w:p>
    <w:p>
      <w:r>
        <w:rPr>
          <w:b/>
        </w:rPr>
        <w:t xml:space="preserve">[00:24] </w:t>
      </w:r>
      <w:r>
        <w:t>to yeh aap log soch rahe honge ke kya matlab hai hifazat, kyun hifazat nahi ho pati. to Allah taala ne bohat saray, beshumar paighambar bheje, aur un ke sath, tamam paighambaron ke sath divine books nahi aayi theen, lekin bohat saray logon ke sath un ko Allah taala ne aasmani kitabein nazil kien.</w:t>
      </w:r>
    </w:p>
    <w:p>
      <w:pPr>
        <w:jc w:val="right"/>
      </w:pPr>
      <w:r>
        <w:t>تو یہ آپ لوگ سوچ رہے ہوں گے کہ کیا مطلب ہے حفاظت، کیوں حفاظت نہیں ہو پاتی۔ تو اللہ تعالیٰ نے بہت سارے، بے شمار پیغمبر بھیجے، اور ان کے ساتھ، تمام پیغمبروں کے ساتھ ڈیوائن بکس نہیں آئیں تھیں، لیکن بہت سارے لوگوں کے ساتھ ان کو اللہ تعالیٰ نے آسمانی کتابیں نازل کیں۔</w:t>
      </w:r>
    </w:p>
    <w:p>
      <w:r>
        <w:rPr>
          <w:b/>
        </w:rPr>
        <w:t xml:space="preserve">[00:49] </w:t>
      </w:r>
      <w:r>
        <w:t>lekin woh log, aik to un logon ke followers bohat kam thay, to is wajah se woh kitabein mehfooz na reh saken.</w:t>
      </w:r>
    </w:p>
    <w:p>
      <w:pPr>
        <w:jc w:val="right"/>
      </w:pPr>
      <w:r>
        <w:t>لیکن وہ لوگ، ایک تو ان لوگوں کے فالوورز بہت کم تھے، تو اس وجہ سے وہ کتابیں محفوظ نہ رہ سکیں۔</w:t>
      </w:r>
    </w:p>
    <w:p>
      <w:r>
        <w:rPr>
          <w:b/>
        </w:rPr>
        <w:t xml:space="preserve">[01:01] </w:t>
      </w:r>
      <w:r>
        <w:t>ab woh zamanay press ka tha nahi, to log by hand likhte thay aur memory mein yaad rakhte thay is ko.</w:t>
      </w:r>
    </w:p>
    <w:p>
      <w:pPr>
        <w:jc w:val="right"/>
      </w:pPr>
      <w:r>
        <w:t>اب وہ زمانہ پرس کا تھا نہیں، تو لوگ بائی ہینڈ لکھتے تھے اور میموری میں یاد رکھتے تھے اس کو۔</w:t>
      </w:r>
    </w:p>
    <w:p>
      <w:r>
        <w:rPr>
          <w:b/>
        </w:rPr>
        <w:t xml:space="preserve">[01:11] </w:t>
      </w:r>
      <w:r>
        <w:t>to is ki wajah se, ab memory mein yaad rakhnay se, ab aaj kisi ne yaad kar liya, lekin is ke baad woh aik hamesha to aik aadmi rehta nahi zinda.</w:t>
      </w:r>
    </w:p>
    <w:p>
      <w:pPr>
        <w:jc w:val="right"/>
      </w:pPr>
      <w:r>
        <w:t>تو اس کی وجہ سے، اب میموری میں یاد رکھنے سے، اب آج کسی نے یاد کر لیا، لیکن اس کے بعد وہ ایک ہمیشہ تو ایک آدمی رہتا نہیں زندہ۔</w:t>
      </w:r>
    </w:p>
    <w:p>
      <w:r>
        <w:rPr>
          <w:b/>
        </w:rPr>
        <w:t xml:space="preserve">[01:21] </w:t>
      </w:r>
      <w:r>
        <w:t>is ke baad kya hoga, is ke baad kya log itni seriously is ko apni memory mein rakhen ge aur is ko aagay barhayen ge. to is tarah se yeh jo hai bohat ziyada mushkil kaam tha hifazat karna Khuda ki kitab ki.</w:t>
      </w:r>
    </w:p>
    <w:p>
      <w:pPr>
        <w:jc w:val="right"/>
      </w:pPr>
      <w:r>
        <w:t>اس کے بعد کیا ہوگا، اس کے بعد کیا لوگ اتنی سیریسلی اس کو اپنی میموری میں رکھیں گے اور اس کو آگے بڑھائیں گے۔ تو اس طریقے سے یہ جو ہے بہت زیادہ مشکل کام تھا حفاظت کرنا خدا کی کتاب کی۔</w:t>
      </w:r>
    </w:p>
    <w:p>
      <w:r>
        <w:rPr>
          <w:b/>
        </w:rPr>
        <w:t xml:space="preserve">[01:37] </w:t>
      </w:r>
      <w:r>
        <w:t>to by hand jo likhte the us mein bare masail the, kyunke insaan ki yeh kamzori hai ke jo baat us ki samajh mein nahi aati to us mein woh kuch na kuch izafa kar deta hai, kuch delete kar de ga, kuch add kar de ga.</w:t>
      </w:r>
    </w:p>
    <w:p>
      <w:pPr>
        <w:jc w:val="right"/>
      </w:pPr>
      <w:r>
        <w:t>تو بائی ہینڈ جو لکھتے تھے اس میں بڑے مسائل تھے، کیونکہ انسان کی یہ کمزوری ہے کہ جو بات اس کی سمجھ میں نہیں آتی تو اس میں وہ کچھ نہ کچھ اضافہ کر دیتا ہے، کچھ ڈیلیٹ کر دے گا، کچھ ایڈ کر دے گا۔</w:t>
      </w:r>
    </w:p>
    <w:p>
      <w:r>
        <w:rPr>
          <w:b/>
        </w:rPr>
        <w:t xml:space="preserve">[01:54] </w:t>
      </w:r>
      <w:r>
        <w:t>to is tarike se woh us mein cheezein badalti rehti hain. to misaal ke taur par, ek baar Maulana ne, koi, is pehle zamane mein katib likha karte the,</w:t>
      </w:r>
    </w:p>
    <w:p>
      <w:pPr>
        <w:jc w:val="right"/>
      </w:pPr>
      <w:r>
        <w:t>تو اس طریقے سے وہ اس میں چیزیں بدلتی رہتی ہیں۔ تو مثال کے طور پر، ایک بار مولانا نے، کوئی، اس پہلے زمانے میں کاتب لکھا کرتے تھے،</w:t>
      </w:r>
    </w:p>
    <w:p>
      <w:r>
        <w:rPr>
          <w:b/>
        </w:rPr>
        <w:t xml:space="preserve">[02:08] </w:t>
      </w:r>
      <w:r>
        <w:t>haath se kitabat hoti thi, computer ke daur se pehle ki baat hai. to ek baar katib ko kuch article likhne ko diya to us mein ek lafz tha helicopter.</w:t>
      </w:r>
    </w:p>
    <w:p>
      <w:pPr>
        <w:jc w:val="right"/>
      </w:pPr>
      <w:r>
        <w:t>ہاتھ سے کتابت ہوتی تھی، کمپیوٹر کے دور سے پہلے کی بات ہے۔ تو ایک بار کاتب کو کچھ آرٹیکل لکھنے کو دیا تو اس میں ایک لفظ تھا ہیلی کاپٹر۔</w:t>
      </w:r>
    </w:p>
    <w:p>
      <w:r>
        <w:rPr>
          <w:b/>
        </w:rPr>
        <w:t xml:space="preserve">[02:24] </w:t>
      </w:r>
      <w:r>
        <w:t>ab woh un ko helicopter samajh mein aaya nahi to unhon ne us ko imli ka peR likh diya. to ab yeh ek misaal hai jis se aap samajh sakte hain ke insaan ko jab kuch samajh mein nahi aata to us ki apni samajh se us mein izafe kar deta hai, us ko radobadal kar deta hai.</w:t>
      </w:r>
    </w:p>
    <w:p>
      <w:pPr>
        <w:jc w:val="right"/>
      </w:pPr>
      <w:r>
        <w:t>اب وہ ان کو ہیلی کاپٹر سمجھ میں آیا نہیں تو انہوں نے اس کو املی کا پیڑ لکھ دیا۔ تو اب یہ ایک مثال ہے جس سے آپ سمجھ سکتے ہیں کہ انسان کو جب کچھ سمجھ میں نہیں آتا تو اس کی اپنی سمجھ سے اس میں اضافے کر دیتا ہے، اس کو ردوبدل کر دیتا ہے۔</w:t>
      </w:r>
    </w:p>
    <w:p>
      <w:r>
        <w:rPr>
          <w:b/>
        </w:rPr>
        <w:t xml:space="preserve">[02:42] </w:t>
      </w:r>
      <w:r>
        <w:t>to is tarike se ek to yeh hai ke apni samajh se na samajhne ki wajah se woh izafe kare, aur ek hai jaan boojh ke kare. to jaan boojh ke aksar aisa hota tha ke aadmi apni khwahish ke mutabiq chahta hai ke Khuda ki taleemat bhi us ki khwahish ke mutabiq hon, kyunke har waqt apne aap ko badalna, apni yeh bohat mushkil kaam lagta hai, apni khwahish ko dabana, khatam karna, suppress karna.</w:t>
      </w:r>
    </w:p>
    <w:p>
      <w:pPr>
        <w:jc w:val="right"/>
      </w:pPr>
      <w:r>
        <w:t>تو اس طریقے سے ایک تو یہ ہے کہ اپنی سمجھ سے نہ سمجھنے کی وجہ سے وہ اضافے کرے، اور ایک ہے جان بوجھ کے کرے۔ تو جان بوجھ کے اکثر ایسا ہوتا تھا کہ آدمی اپنی خواہش کے مطابق چاہتا ہے کہ خدا کی تعلیمات بھی اس کی خواہش کے مطابق ہوں، کیونکہ ہر وقت اپنے آپ کو بدلنا، اپنی یہ بہت مشکل کام لگتا ہے، اپنی خواہش کو دبانا، ختم کرنا، سپریس کرنا۔</w:t>
      </w:r>
    </w:p>
    <w:p>
      <w:r>
        <w:rPr>
          <w:b/>
        </w:rPr>
        <w:t xml:space="preserve">[03:05] </w:t>
      </w:r>
      <w:r>
        <w:t>to apni khwahish ke mutabiq woh kuch aisi taleemat chahta hai jis mein us ki khwahishat bhi poori hoti rahen. to us mein intentionally bhi hota hai aur un intentionally bhi hota hai.</w:t>
      </w:r>
    </w:p>
    <w:p>
      <w:pPr>
        <w:jc w:val="right"/>
      </w:pPr>
      <w:r>
        <w:t>تو اپنی خواہش کے مطابق وہ کچھ ایسی تعلیمات چاہتا ہے جس میں اس کی خواہشات بھی پوری ہوتی رہیں۔ تو اس میں انٹینشنلی بھی ہوتا ہے اور ان انٹینشنلی بھی ہوتا ہے۔</w:t>
      </w:r>
    </w:p>
    <w:p>
      <w:r>
        <w:rPr>
          <w:b/>
        </w:rPr>
        <w:t xml:space="preserve">[03:20] </w:t>
      </w:r>
      <w:r>
        <w:t>jaise Bible mein hai ke Allah taala ne kainat chhe din mein banai aur saatveen din aaram kiya. to Allah taala ne Quran mein likha hua hai dour, ayyam, ayyam mein hazar baras bhi ho sakte hain aur chand baras bhi ho sakte hain, us mein ganjaiysh hai dono ki.</w:t>
      </w:r>
    </w:p>
    <w:p>
      <w:pPr>
        <w:jc w:val="right"/>
      </w:pPr>
      <w:r>
        <w:t>جیسے بائبل میں ہے کہ اللہ تعالیٰ نے کائنات چھ دن میں بنائی اور ساتویں دن آرام کیا۔ تو اللہ تعالیٰ نے قرآن میں لکھا ہوا ہے دور، ایام، ایام میں ہزار برس بھی ہو سکتے ہیں اور چند برس بھی ہو سکتے ہیں، اس میں گنجائش ہے دونوں کی۔</w:t>
      </w:r>
    </w:p>
    <w:p>
      <w:r>
        <w:rPr>
          <w:b/>
        </w:rPr>
        <w:t xml:space="preserve">[03:41] </w:t>
      </w:r>
      <w:r>
        <w:t>lekin Bible mein hai subah o shaam, jo hamari jo 24 ghante ke subah o shaam hote hain, us mein unhon ne woh samajhte nahi the.</w:t>
      </w:r>
    </w:p>
    <w:p>
      <w:pPr>
        <w:jc w:val="right"/>
      </w:pPr>
      <w:r>
        <w:t>لیکن بائبل میں ہے صبح و شام، جو ہماری جو 24 گھنٹے کے صبح و شام ہوتے ہیں، اس میں انہوں نے وہ سمجھتے نہیں تھے۔</w:t>
      </w:r>
    </w:p>
    <w:p>
      <w:r>
        <w:rPr>
          <w:b/>
        </w:rPr>
        <w:t xml:space="preserve">[03:49] </w:t>
      </w:r>
      <w:r>
        <w:t>is zamane mein science ki to woh hui nahi thi, science ki discoveries hui nahi theen, woh jante nahi the ke 24 ghante mein yeh sari kainat ban nahi sakti hai.</w:t>
      </w:r>
    </w:p>
    <w:p>
      <w:pPr>
        <w:jc w:val="right"/>
      </w:pPr>
      <w:r>
        <w:t>اس زمانے میں سائنس کی تو وہ ہوئی نہیں تھی، سائنس کی ڈسکوریز ہوئی نہیں تھیں، وہ جانتے نہیں تھے کہ 24 گھنٹے میں یہ ساری کائنات بن نہیں سکتی ہے۔</w:t>
      </w:r>
    </w:p>
    <w:p>
      <w:r>
        <w:rPr>
          <w:b/>
        </w:rPr>
        <w:t xml:space="preserve">[04:01] </w:t>
      </w:r>
      <w:r>
        <w:t>to unhon ne us mein apne hisab se, unhon ne ek din ki baat batai, ek din mein yeh banaya, pehle poora solar system banaya, phir us ke baad aur doosri jo saat aasman hain woh banaye, phir zameen banai, phir zameen mein pani barsaya.</w:t>
      </w:r>
    </w:p>
    <w:p>
      <w:pPr>
        <w:jc w:val="right"/>
      </w:pPr>
      <w:r>
        <w:t>تو انہوں نے اس میں اپنے حساب سے، انہوں نے ایک دن کی بات بتائی، ایک دن میں یہ بنایا، پہلے پورا سولر سسٹم بنایا، پھر اس کے بعد اور دوسری جو سات آسمان ہیں وہ بنائے، پھر زمین بنائی، پھر زمین میں پانی برسایا۔</w:t>
      </w:r>
    </w:p>
    <w:p>
      <w:r>
        <w:rPr>
          <w:b/>
        </w:rPr>
        <w:t xml:space="preserve">[04:18] </w:t>
      </w:r>
      <w:r>
        <w:t>yeh sara jo hai is sab ko kaha ke ek din mein, 24 ghante mein, ek din mein yeh hua, ek din mein yeh hua, ek din mein yeh hua, phir subah hui aur shaam hui, phir Allah ne aaram kiya, Khuda ne aaram kiya.</w:t>
      </w:r>
    </w:p>
    <w:p>
      <w:pPr>
        <w:jc w:val="right"/>
      </w:pPr>
      <w:r>
        <w:t>یہ سارا جو ہے اس سب کو کہا کہ ایک دن میں، 24 گھنٹے میں، ایک دن میں یہ ہوا، ایک دن میں یہ ہوا، ایک دن میں یہ ہوا، پھر صبح ہوئی اور شام ہوئی، پھر اللہ نے آرام کیا، خدا نے آرام کیا۔</w:t>
      </w:r>
    </w:p>
    <w:p>
      <w:r>
        <w:rPr>
          <w:b/>
        </w:rPr>
        <w:t xml:space="preserve">[04:30] </w:t>
      </w:r>
      <w:r>
        <w:t>to is tarike se jo un ki samajh mein aaya woh us mein woh baRha diya unhon ne, aur yeh masoomana andaaz mein woh samjhe bhi nahi ke jab science aaye gi to yeh logon ko bohat hi ajeeb lage ga ke 24 ghante mein to yeh sab ho hi nahi sakta hai.</w:t>
      </w:r>
    </w:p>
    <w:p>
      <w:pPr>
        <w:jc w:val="right"/>
      </w:pPr>
      <w:r>
        <w:t>تو اس طریقے سے جو ان کی سمجھ میں آیا وہ اس میں وہ بڑھا دیا انہوں نے، اور یہ معصومانہ انداز میں وہ سمجھے بھی نہیں کہ جب سائنس آئے گی تو یہ لوگوں کو بہت ہی عجیب لگے گا کہ 24 گھنٹے میں تو یہ سب ہو ہی نہیں سکتا ہے۔</w:t>
      </w:r>
    </w:p>
    <w:p>
      <w:r>
        <w:rPr>
          <w:b/>
        </w:rPr>
        <w:t xml:space="preserve">[04:46] </w:t>
      </w:r>
      <w:r>
        <w:t>to woh insaan ke 24 ghante nahi the balke woh Khuda ke 24 ghante the, aur Khuda ke 24 ghante hazaron baras mein muheet hote hain. to isi tarike se kabhi kabhi aisa hota hai ke jaan boojh ke bhi karte hain.</w:t>
      </w:r>
    </w:p>
    <w:p>
      <w:pPr>
        <w:jc w:val="right"/>
      </w:pPr>
      <w:r>
        <w:t>تو وہ انسان کے 24 گھنٹے نہیں تھے بلکہ وہ خدا کے 24 گھنٹے تھے، اور خدا کے 24 گھنٹے ہزاروں برس میں محیط ہوتے ہیں۔ تو اسی طریقے سے کبھی کبھی ایسا ہوتا ہے کہ جان بوجھ کے بھی کرتے ہیں۔</w:t>
      </w:r>
    </w:p>
    <w:p>
      <w:r>
        <w:rPr>
          <w:b/>
        </w:rPr>
        <w:t xml:space="preserve">[05:00] </w:t>
      </w:r>
      <w:r>
        <w:t>misal ke tor par mere pas do bible hain, quran, is mein urdu ki bhi hai aur english</w:t>
      </w:r>
    </w:p>
    <w:p>
      <w:pPr>
        <w:jc w:val="right"/>
      </w:pPr>
      <w:r>
        <w:t>مثال کے طور پر میرے پاس دو بائبل ہیں، قرآن، اس میں اردو کی بھی ہے اور انگلش</w:t>
      </w:r>
    </w:p>
    <w:p>
      <w:r>
        <w:rPr>
          <w:b/>
        </w:rPr>
        <w:t xml:space="preserve">[05:07] </w:t>
      </w:r>
      <w:r>
        <w:t>ki bhi hai.</w:t>
      </w:r>
    </w:p>
    <w:p>
      <w:pPr>
        <w:jc w:val="right"/>
      </w:pPr>
      <w:r>
        <w:t>کی بھی ہے۔</w:t>
      </w:r>
    </w:p>
    <w:p>
      <w:r>
        <w:rPr>
          <w:b/>
        </w:rPr>
        <w:t xml:space="preserve">[05:08] </w:t>
      </w:r>
      <w:r>
        <w:t>to english ki bible mein likha hua hai, kyunke bible mein bohat sari predictions hain rasool Allah sal</w:t>
      </w:r>
    </w:p>
    <w:p>
      <w:pPr>
        <w:jc w:val="right"/>
      </w:pPr>
      <w:r>
        <w:t>تو انگلش کی بائبل میں لکھا ہوا ہے، کیونکہ بائبل میں بہت ساری پریڈکشنز ہیں رسول اللہ صلی</w:t>
      </w:r>
    </w:p>
    <w:p>
      <w:r>
        <w:rPr>
          <w:b/>
        </w:rPr>
        <w:t xml:space="preserve">[05:17] </w:t>
      </w:r>
      <w:r>
        <w:t>Allah alaihi wasallam ke baray mein, kyunke rasool Allah aakhri nabi thay to har aasmani kitab mein aap</w:t>
      </w:r>
    </w:p>
    <w:p>
      <w:pPr>
        <w:jc w:val="right"/>
      </w:pPr>
      <w:r>
        <w:t>اللہ علیہ وسلم کے بارے میں، کیونکہ رسول اللہ آخری نبی تھے تو ہر آسمانی کتاب میں آپ</w:t>
      </w:r>
    </w:p>
    <w:p>
      <w:r>
        <w:rPr>
          <w:b/>
        </w:rPr>
        <w:t xml:space="preserve">[05:23] </w:t>
      </w:r>
      <w:r>
        <w:t>ke baray mein predictions ki gayi hain taake jab woh aayen to log logon ke liye aasani ho</w:t>
      </w:r>
    </w:p>
    <w:p>
      <w:pPr>
        <w:jc w:val="right"/>
      </w:pPr>
      <w:r>
        <w:t>کے بارے میں پریڈکشنز کی گئی ہیں تاکہ جب وہ آئیں تو لوگ لوگوں کے لیے آسانی ہو</w:t>
      </w:r>
    </w:p>
    <w:p>
      <w:r>
        <w:rPr>
          <w:b/>
        </w:rPr>
        <w:t xml:space="preserve">[05:29] </w:t>
      </w:r>
      <w:r>
        <w:t>un ko accept karne mein.</w:t>
      </w:r>
    </w:p>
    <w:p>
      <w:pPr>
        <w:jc w:val="right"/>
      </w:pPr>
      <w:r>
        <w:t>ان کو ایکسیپٹ کرنے میں۔</w:t>
      </w:r>
    </w:p>
    <w:p>
      <w:r>
        <w:rPr>
          <w:b/>
        </w:rPr>
        <w:t xml:space="preserve">[05:32] </w:t>
      </w:r>
      <w:r>
        <w:t>to isi ek predictions mein yeh hai ke jab woh aaye ga aakhri Nabi to woh wadi e Bakkah, us zamane mein Bakkah kehte the Makkah ko, wadi e Bakkah ko fateh kare ga das hazar qudsiyon ke sath.</w:t>
      </w:r>
    </w:p>
    <w:p>
      <w:pPr>
        <w:jc w:val="right"/>
      </w:pPr>
      <w:r>
        <w:t>تو اسی ایک پریڈکشنز میں یہ ہے کہ جب وہ آئے گا آخری نبی تو وہ وادی بکہ، اس زمانے میں بکہ کہتے تھے مکہ کو، وادی بکہ کو فتح کرے گا دس ہزار قدسیوں کے ساتھ۔</w:t>
      </w:r>
    </w:p>
    <w:p>
      <w:r>
        <w:rPr>
          <w:b/>
        </w:rPr>
        <w:t xml:space="preserve">[05:49] </w:t>
      </w:r>
      <w:r>
        <w:t>qudsiyon yani saintly log, naik log, to mazhabi jo un ka matlab jin ke paas Maaz Sahab un ka apni spirit mein zinda hoga, to un ko kehte hain saintly log.</w:t>
      </w:r>
    </w:p>
    <w:p>
      <w:pPr>
        <w:jc w:val="right"/>
      </w:pPr>
      <w:r>
        <w:t>قدسیوں یعنی سینٹلی لوگ، نیک لوگ، تو مذہبی جو ان کا مطلب جن کے پاس معاذ صاحب ان کا اپنی سپرٹ میں زندہ ہوگا، تو ان کو کہتے ہیں سینٹلی لوگ۔</w:t>
      </w:r>
    </w:p>
    <w:p>
      <w:r>
        <w:rPr>
          <w:b/>
        </w:rPr>
        <w:t xml:space="preserve">[06:01] </w:t>
      </w:r>
      <w:r>
        <w:t>to das hazar qudsiyon ke sath wadi e Bakkah ko fateh kare ga. to Bible mein to English Bible mein to das hazar hain, lekin woh samjhe nahi honge ke yeh prediction hai aakhri Nabi ka.</w:t>
      </w:r>
    </w:p>
    <w:p>
      <w:pPr>
        <w:jc w:val="right"/>
      </w:pPr>
      <w:r>
        <w:t>تو دس ہزار قدسیوں کے ساتھ وادی بکہ کو فتح کرے گا۔ تو بائبل میں تو انگلش بائبل میں تو دس ہزار ہیں، لیکن وہ سمجھے نہیں ہوں گے کہ یہ پریڈکشن ہے آخری نبی کا۔</w:t>
      </w:r>
    </w:p>
    <w:p>
      <w:r>
        <w:rPr>
          <w:b/>
        </w:rPr>
        <w:t xml:space="preserve">[06:15] </w:t>
      </w:r>
      <w:r>
        <w:t>lekin jab Urdu mein Bible ka tarjuma hua to us mein hai ke hazaron qudsi, hazaron qudsiyon ke sath fateh kare ga.</w:t>
      </w:r>
    </w:p>
    <w:p>
      <w:pPr>
        <w:jc w:val="right"/>
      </w:pPr>
      <w:r>
        <w:t>لیکن جب اردو میں بائبل کا ترجمہ ہوا تو اس میں ہے کہ ہزاروں قدسی، ہزاروں قدسیوں کے ساتھ فتح کرے گا۔</w:t>
      </w:r>
    </w:p>
    <w:p>
      <w:r>
        <w:rPr>
          <w:b/>
        </w:rPr>
        <w:t xml:space="preserve">[06:25] </w:t>
      </w:r>
      <w:r>
        <w:t>woh samajh gaye honge ke yeh prediction hai to unhon ne us mein change kar diya. to isi tarike se changes bohat zyada hote rahe aasmani kitabon mein.</w:t>
      </w:r>
    </w:p>
    <w:p>
      <w:pPr>
        <w:jc w:val="right"/>
      </w:pPr>
      <w:r>
        <w:t>وہ سمجھ گئے ہوں گے کہ یہ پریڈکشن ہے تو انہوں نے اس میں چینج کر دیا۔ تو اسی طریقے سے چینجز بہت زیادہ ہوتے رہے آسمانی کتابوں میں۔</w:t>
      </w:r>
    </w:p>
    <w:p>
      <w:r>
        <w:rPr>
          <w:b/>
        </w:rPr>
        <w:t xml:space="preserve">[06:34] </w:t>
      </w:r>
      <w:r>
        <w:t>ab jaise Hazrat Musa Alaihe Salam ko ek moajza diya gaya tha ke woh jab apna hath aise yahan karte the to woh chamakta hua nikalta tha.</w:t>
      </w:r>
    </w:p>
    <w:p>
      <w:pPr>
        <w:jc w:val="right"/>
      </w:pPr>
      <w:r>
        <w:t>اب جیسے حضرت موسیٰ علیہ السلام کو ایک معجزہ دیا گیا تھا کہ وہ جب اپنا ہاتھ ایسے یہاں کرتے تھے تو وہ چمکتا ہوا نکلتا تھا۔</w:t>
      </w:r>
    </w:p>
    <w:p>
      <w:r>
        <w:rPr>
          <w:b/>
        </w:rPr>
        <w:t xml:space="preserve">[06:43] </w:t>
      </w:r>
      <w:r>
        <w:t>haath to woh woh ek moajza tha ke hath baghal mein karte the, phir nikalta tha to chamakta hua, shining us mein hoti thi.</w:t>
      </w:r>
    </w:p>
    <w:p>
      <w:pPr>
        <w:jc w:val="right"/>
      </w:pPr>
      <w:r>
        <w:t>ہاتھ تو وہ وہ ایک معجزہ تھا کہ ہاتھ بغل میں کرتے تھے، پھر نکلتا تھا تو چمکتا ہوا، شائننگ اس میں ہوتی تھی۔</w:t>
      </w:r>
    </w:p>
    <w:p>
      <w:r>
        <w:rPr>
          <w:b/>
        </w:rPr>
        <w:t xml:space="preserve">[06:52] </w:t>
      </w:r>
      <w:r>
        <w:t>to woh un ko samajh mein aaya nahi ke baghal mein hath karne se chamke ga kaisay. woh Allah taala to kuch bhi kar sakta hai. to unhon ne likh diya ke hath korh se safed aur barf ki manind.</w:t>
      </w:r>
    </w:p>
    <w:p>
      <w:pPr>
        <w:jc w:val="right"/>
      </w:pPr>
      <w:r>
        <w:t>تو وہ ان کو سمجھ میں آیا نہیں کہ بغل میں ہاتھ کرنے سے چمکے گا کیسے۔ وہ اللہ تعالیٰ تو کچھ بھی کر سکتا ہے۔ تو انہوں نے لکھ دیا کہ ہاتھ کوڑ سے سفید اور برف کی مانند۔</w:t>
      </w:r>
    </w:p>
    <w:p>
      <w:r>
        <w:rPr>
          <w:b/>
        </w:rPr>
        <w:t xml:space="preserve">[07:06] </w:t>
      </w:r>
      <w:r>
        <w:t>phir unhon ne socha woh korh se to chamke ga nahi. phir unhon ne likh diya barf ki manind safed. to is tarike se yeh chand misalein hain jis se aap ko pata chle ga ke kis tarike se aasmani kitabon mein woh hoti rahi tabdiliyan.</w:t>
      </w:r>
    </w:p>
    <w:p>
      <w:pPr>
        <w:jc w:val="right"/>
      </w:pPr>
      <w:r>
        <w:t>پھر انہوں نے سوچا وہ کوڑ سے تو چمکے گا نہیں۔ پھر انہوں نے لکھ دیا برف کی مانند سفید۔ تو اس طریقے سے یہ چند مثالیں ہیں جس سے آپ کو پتہ چلے گا کہ کس طریقے سے آسمانی کتابوں میں وہ ہوتی رہی تبدیلیاں۔</w:t>
      </w:r>
    </w:p>
    <w:p>
      <w:r>
        <w:rPr>
          <w:b/>
        </w:rPr>
        <w:t xml:space="preserve">[07:21] </w:t>
      </w:r>
      <w:r>
        <w:t>to woh kuch ka kuch ban gayi. bohat sari cheezein us mein original bhi hain jo Allah taala ne jo reveal ki theen, jo taleemat original taleemat bhi hain.</w:t>
      </w:r>
    </w:p>
    <w:p>
      <w:pPr>
        <w:jc w:val="right"/>
      </w:pPr>
      <w:r>
        <w:t>تو وہ کچھ کا کچھ بن گئی۔ بہت ساری چیزیں اس میں اوریجنل بھی ہیں جو اللہ تعالیٰ نے جو ریویل کی تھیں، جو تعلیمات اوریجنل تعلیمات بھی ہیں۔</w:t>
      </w:r>
    </w:p>
    <w:p>
      <w:r>
        <w:rPr>
          <w:b/>
        </w:rPr>
        <w:t xml:space="preserve">[07:31] </w:t>
      </w:r>
      <w:r>
        <w:t>aur ek bohat dilchasp misaal Hazrat Musa Alaihe Salam ki hai jab woh takhti par woh ten commandments le kar aaye Koh e Toor se to aage dekha to un ke jo followers the woh woh but parasti mein lag gaye.</w:t>
      </w:r>
    </w:p>
    <w:p>
      <w:pPr>
        <w:jc w:val="right"/>
      </w:pPr>
      <w:r>
        <w:t>اور ایک بہت دلچسپ مثال حضرت موسیٰ علیہ السلام کی ہے جب وہ تختی پر وہ ٹین کمانڈمنٹس لے کر آئے کوہ طور سے تو آگے دیکھا تو ان کے جو فالوورز تھے وہ وہ بت پرستی میں لگ گئے۔</w:t>
      </w:r>
    </w:p>
    <w:p>
      <w:r>
        <w:rPr>
          <w:b/>
        </w:rPr>
        <w:t xml:space="preserve">[07:47] </w:t>
      </w:r>
      <w:r>
        <w:t>matlab woh un ke haan na bani israel mein us waqt kaus ko rever kiya jata tha to woh kau parasti mein lag gaye.</w:t>
      </w:r>
    </w:p>
    <w:p>
      <w:pPr>
        <w:jc w:val="right"/>
      </w:pPr>
      <w:r>
        <w:t>مطلب وہ ان کے ہاں نا بنی اسرائیل میں اس وقت کاؤس کو ریور کیا جاتا تھا تو وہ کاؤ پرستی میں لگ گئے۔</w:t>
      </w:r>
    </w:p>
    <w:p>
      <w:r>
        <w:rPr>
          <w:b/>
        </w:rPr>
        <w:t xml:space="preserve">[07:56] </w:t>
      </w:r>
      <w:r>
        <w:t>woh aik samri tha, us ne un ko bewaqoof bana diya. to woh aaye to bohat ghussa ho gaye hazrat haroon ko, wahan apne bhai ko wahan chhod ke gaye thay ke un ki nigahbani karna.</w:t>
      </w:r>
    </w:p>
    <w:p>
      <w:pPr>
        <w:jc w:val="right"/>
      </w:pPr>
      <w:r>
        <w:t>وہ ایک سامری تھا، اس نے ان کو بیوقوف بنا دیا۔ تو وہ آئے تو بہت غصہ ہو گئے حضرت ہارون کو، وہاں اپنے بھائی کو وہاں چھوڑ کے گئے تھے کہ ان کی نگہبانی کرنا۔</w:t>
      </w:r>
    </w:p>
    <w:p>
      <w:r>
        <w:rPr>
          <w:b/>
        </w:rPr>
        <w:t xml:space="preserve">[08:07] </w:t>
      </w:r>
      <w:r>
        <w:t>lekin hazrat haroon ne kaha ke agar mein ziyada sakhti karunga to tafreeqa paida ho jayega. to is liye woh unhon ne kaha wait karne lage ke jab hazrat moosa aayenge to kuch wohi is ka masle ko hal karenge.</w:t>
      </w:r>
    </w:p>
    <w:p>
      <w:pPr>
        <w:jc w:val="right"/>
      </w:pPr>
      <w:r>
        <w:t>لیکن حضرت ہارون نے کہا کہ اگر میں زیادہ سختی کروں گا تو تفرقہ پیدا ہو جائے گا۔ تو اس لیے وہ انہوں نے کہا ویٹ کرنے لگے کہ جب حضرت موسیٰ آئیں گے تو کچھ وہی اس کا مسئلے کو حل کریں گے۔</w:t>
      </w:r>
    </w:p>
    <w:p>
      <w:r>
        <w:rPr>
          <w:b/>
        </w:rPr>
        <w:t xml:space="preserve">[08:20] </w:t>
      </w:r>
      <w:r>
        <w:t>to hazrat moosa dekh ke ghussa ho gaye, unhon ne woh takhti utha ke phenk di, ghusse mein phenk diya. to aap sochiye ke jo Allah taala ne direct takhti mein teachings di thi, woh bhi unhon ne phenk diya.</w:t>
      </w:r>
    </w:p>
    <w:p>
      <w:pPr>
        <w:jc w:val="right"/>
      </w:pPr>
      <w:r>
        <w:t>تو حضرت موسیٰ دیکھ کے غصہ ہو گئے، انہوں نے وہ تختی اٹھا کے پھینک دی، غصے میں پھینک دیا۔ تو آپ سوچیے کہ جو اللہ تعالیٰ نے ڈائریکٹ تختی میں ٹیچنگز دی تھیں، وہ بھی انہوں نے پھینک دیا۔</w:t>
      </w:r>
    </w:p>
    <w:p>
      <w:r>
        <w:rPr>
          <w:b/>
        </w:rPr>
        <w:t xml:space="preserve">[08:32] </w:t>
      </w:r>
      <w:r>
        <w:t>to woh zamana press ka nahi tha, yeh sab hote thay. kabhi memory mein hai to is mein ghalati ho jati thi aik doosre se. ab aap aik se koi baat kahein aur aap kahein ke yeh pachaas logon tak is ko pahunchana hai to pachaaswein aadmi tak woh kuch ka kuch ho jati hai.</w:t>
      </w:r>
    </w:p>
    <w:p>
      <w:pPr>
        <w:jc w:val="right"/>
      </w:pPr>
      <w:r>
        <w:t>تو وہ زمانہ پریس کا نہیں تھا، یہ سب ہوتے تھے۔ کبھی میموری میں ہے تو اس میں غلطی ہو جاتی تھی ایک دوسرے سے۔ اب آپ ایک سے کوئی بات کہیں اور آپ کہیں کہ یہ پچاس لوگوں تک اس کو پہنچانا ہے تو پچاسویں آدمی تک وہ کچھ کا کچھ ہو جاتی ہے۔</w:t>
      </w:r>
    </w:p>
    <w:p>
      <w:r>
        <w:rPr>
          <w:b/>
        </w:rPr>
        <w:t xml:space="preserve">[08:50] </w:t>
      </w:r>
      <w:r>
        <w:t>is ka to baqayda tajurba kiya gaya hai. to memory aur by hand aur is tarike ke ab takhti, takhti to aisi rahi hogi, koi cheez jo toot sakti hai.</w:t>
      </w:r>
    </w:p>
    <w:p>
      <w:pPr>
        <w:jc w:val="right"/>
      </w:pPr>
      <w:r>
        <w:t>اس کا تو باقاعدہ تجربہ کیا گیا ہے۔ تو میموری اور بائی ہینڈ اور اس طریقے کے اب تختی، تختی تو ایسی رہی ہوگی، کوئی چیز جو ٹوٹ سکتی ہے۔</w:t>
      </w:r>
    </w:p>
    <w:p>
      <w:r>
        <w:rPr>
          <w:b/>
        </w:rPr>
        <w:t xml:space="preserve">[09:01] </w:t>
      </w:r>
      <w:r>
        <w:t>to phir Allah taala ne, ab aap log sochenge ke Allah taala ne yeh hifazat insaanon ke zimme kyun ki gayi? kyun ke Allah ko to jaan pata tha ke insaan hifazat nahi kar payega.</w:t>
      </w:r>
    </w:p>
    <w:p>
      <w:pPr>
        <w:jc w:val="right"/>
      </w:pPr>
      <w:r>
        <w:t>تو پھر اللہ تعالیٰ نے، اب آپ لوگ سوچیں گے کہ اللہ تعالیٰ نے یہ حفاظت انسانوں کے ذمے کیوں کی گئی؟ کیونکہ اللہ کو تو جان پتہ تھا کہ انسان حفاظت نہیں کر پائے گا۔</w:t>
      </w:r>
    </w:p>
    <w:p>
      <w:r>
        <w:rPr>
          <w:b/>
        </w:rPr>
        <w:t xml:space="preserve">[09:13] </w:t>
      </w:r>
      <w:r>
        <w:t>to asal mein is dunya mein har cheez test ke liye hai. to yeh bhi test hai ke insaan Allah ki kitab ki hifazat kar payega ke nahi kar payega.</w:t>
      </w:r>
    </w:p>
    <w:p>
      <w:pPr>
        <w:jc w:val="right"/>
      </w:pPr>
      <w:r>
        <w:t>تو اصل میں اس دنیا میں ہر چیز ٹیسٹ کے لیے ہے۔ تو یہ بھی ٹیسٹ ہے کہ انسان اللہ کی کتاب کی حفاظت کر پائے گا کہ نہیں کر پائے گا۔</w:t>
      </w:r>
    </w:p>
    <w:p>
      <w:r>
        <w:rPr>
          <w:b/>
        </w:rPr>
        <w:t xml:space="preserve">[09:24] </w:t>
      </w:r>
      <w:r>
        <w:t>is ke liye woh kitni koshish karega aur isi mein reward hai. yeh sari cheezein rewardable act hain. jitna kaam hum karenge Allah ke liye, woh hamare liye aik reward hoga.</w:t>
      </w:r>
    </w:p>
    <w:p>
      <w:pPr>
        <w:jc w:val="right"/>
      </w:pPr>
      <w:r>
        <w:t>اس کے لیے وہ کتنی کوشش کرے گا اور اسی میں ریوارڈ ہے۔ یہ ساری چیزیں ریوارڈیبل ایکٹ ہیں۔ جتنا کام ہم کریں گے اللہ کے لیے، وہ ہمارے لیے ایک ریوارڈ ہوگا۔</w:t>
      </w:r>
    </w:p>
    <w:p>
      <w:r>
        <w:rPr>
          <w:b/>
        </w:rPr>
        <w:t xml:space="preserve">[09:36] </w:t>
      </w:r>
      <w:r>
        <w:t>to is wajah se Allah ne insaanon ke zimme yeh kiya tha. lekin hazaron paighambar bhejne ke bawajood bhi Allah taala ki kitab mehfooz na ho saki.</w:t>
      </w:r>
    </w:p>
    <w:p>
      <w:pPr>
        <w:jc w:val="right"/>
      </w:pPr>
      <w:r>
        <w:t>تو اس وجہ سے اللہ نے انسانوں کے ذمے یہ کیا تھا۔ لیکن ہزاروں پیغمبر بھیجنے کے باوجود بھی اللہ تعالیٰ کی کتاب محفوظ نہ ہو سکی۔</w:t>
      </w:r>
    </w:p>
    <w:p>
      <w:r>
        <w:rPr>
          <w:b/>
        </w:rPr>
        <w:t xml:space="preserve">[09:47] </w:t>
      </w:r>
      <w:r>
        <w:t>phir Allah ne yeh plan banaya ke aik aakhri paighambar bhej diya jaye aur us ki kitab ko mehfooz kar diya jaye aindah naslon ke liye.</w:t>
      </w:r>
    </w:p>
    <w:p>
      <w:pPr>
        <w:jc w:val="right"/>
      </w:pPr>
      <w:r>
        <w:t>پھر اللہ نے یہ پلان بنایا کہ ایک آخری پیغمبر بھیج دیا جائے اور اس کی کتاب کو محفوظ کر دیا جائے آئندہ نسلوں کے لیے۔</w:t>
      </w:r>
    </w:p>
    <w:p>
      <w:r>
        <w:rPr>
          <w:b/>
        </w:rPr>
        <w:t xml:space="preserve">[09:57] </w:t>
      </w:r>
      <w:r>
        <w:t>to yeh baat Quran mein likhi hui hai: "ana nahnu nazzalna al-zikra wa inna lahu la hafizoon". hum hi ne yeh zikr utara hai aur hum hi is ki hifazat karenge.</w:t>
      </w:r>
    </w:p>
    <w:p>
      <w:pPr>
        <w:jc w:val="right"/>
      </w:pPr>
      <w:r>
        <w:t>تو یہ بات قرآن میں لکھی ہوئی ہے: "انا نحن نزلنا الذکر وانا لہ الحافظون"۔ ہم ہی نے یہ ذکر اتارا ہے اور ہم ہی اس کی حفاظت کریں گے۔</w:t>
      </w:r>
    </w:p>
    <w:p>
      <w:r>
        <w:rPr>
          <w:b/>
        </w:rPr>
        <w:t xml:space="preserve">[10:10] </w:t>
      </w:r>
      <w:r>
        <w:t>to yeh surah, yeh chapter 15, verse nine. to Allah taala ne matan ki, text ki hifazat ka zimma liya hai, na ke hashiya aur tafseer ki.</w:t>
      </w:r>
    </w:p>
    <w:p>
      <w:pPr>
        <w:jc w:val="right"/>
      </w:pPr>
      <w:r>
        <w:t>تو یہ سورہ، یہ چیپٹر 15، ورس نائن۔ تو اللہ تعالیٰ نے متن کی، ٹیکسٹ کی حفاظت کا ذمہ لیا ہے، نہ کہ حاشیہ اور تفسیر کی۔</w:t>
      </w:r>
    </w:p>
    <w:p>
      <w:r>
        <w:rPr>
          <w:b/>
        </w:rPr>
        <w:t xml:space="preserve">[10:22] </w:t>
      </w:r>
      <w:r>
        <w:t>asal mein pehle zamane mein jab kitabein, jab press ka daur nahi tha to log kya karte thay ke kitabon par jo un ke explanations hotay thay, woh side mein likhte thay.</w:t>
      </w:r>
    </w:p>
    <w:p>
      <w:pPr>
        <w:jc w:val="right"/>
      </w:pPr>
      <w:r>
        <w:t>اصل میں پہلے زمانے میں جب کتابیں، جب پریس کا دور نہیں تھا تو لوگ کیا کرتے تھے کہ کتابوں پر جو ان کے ایکسپلینیشنز ہوتے تھے، وہ سائیڈ میں لکھتے تھے۔</w:t>
      </w:r>
    </w:p>
    <w:p>
      <w:r>
        <w:rPr>
          <w:b/>
        </w:rPr>
        <w:t xml:space="preserve">[10:35] </w:t>
      </w:r>
      <w:r>
        <w:t>is ko hashiya bolte hain. to aisi tafseeron mein hashiye likhe hue hain. ab hashiyon mein woh apni samajh se woh likhte rehte hain.</w:t>
      </w:r>
    </w:p>
    <w:p>
      <w:pPr>
        <w:jc w:val="right"/>
      </w:pPr>
      <w:r>
        <w:t>اس کو حاشیہ بولتے ہیں۔ تو ایسی تفسیروں میں حاشیے لکھے ہوئے ہیں۔ اب حاشیوں میں وہ اپنی سمجھ سے وہ لکھتے رہتے ہیں۔</w:t>
      </w:r>
    </w:p>
    <w:p>
      <w:r>
        <w:rPr>
          <w:b/>
        </w:rPr>
        <w:t xml:space="preserve">[10:44] </w:t>
      </w:r>
      <w:r>
        <w:t>bohat sari cheezein Quran ke mutabiq hoti hain, bohat si cheezein Quran ke mutabiq nahi hoti hain. to is tarike se ab jo bigaad aaya hai, woh hashiye aur tafseer mein aaya hai.</w:t>
      </w:r>
    </w:p>
    <w:p>
      <w:pPr>
        <w:jc w:val="right"/>
      </w:pPr>
      <w:r>
        <w:t>بہت ساری چیزیں قرآن کے مطابق ہوتی ہیں، بہت سی چیزیں قرآن کے مطابق نہیں ہوتی ہیں۔ تو اس طریقے سے اب جو بگاڑ آیا ہے، وہ حاشیے اور تفسیر میں آیا ہے۔</w:t>
      </w:r>
    </w:p>
    <w:p>
      <w:r>
        <w:rPr>
          <w:b/>
        </w:rPr>
        <w:t xml:space="preserve">[10:57] </w:t>
      </w:r>
      <w:r>
        <w:t>Quran ki matan ki hundred percent mein hifazat ho gayi hai. woh mein aage is ka abhi hum detail denge.</w:t>
      </w:r>
    </w:p>
    <w:p>
      <w:pPr>
        <w:jc w:val="right"/>
      </w:pPr>
      <w:r>
        <w:t>قرآن کی متن کی ہنڈرڈ پرسنٹ میں حفاظت ہو گئی ہے۔ وہ میں آگے اس کا ابھی ہم ڈیٹیل دیں گے۔</w:t>
      </w:r>
    </w:p>
    <w:p>
      <w:r>
        <w:rPr>
          <w:b/>
        </w:rPr>
        <w:t xml:space="preserve">[11:07] </w:t>
      </w:r>
      <w:r>
        <w:t>to misaal ke aik misaal ke taur par Quran mein aaya hai: "inni ja'ilun fil ardi khaleefah". mein aik khaleefa bananay wala hoon.</w:t>
      </w:r>
    </w:p>
    <w:p>
      <w:pPr>
        <w:jc w:val="right"/>
      </w:pPr>
      <w:r>
        <w:t>تو مثال کے ایک مثال کے طور پر قرآن میں آیا ہے: "انی جائل فی الارض خلیفہ"۔ میں ایک خلیفہ بنانے والا ہوں۔</w:t>
      </w:r>
    </w:p>
    <w:p>
      <w:r>
        <w:rPr>
          <w:b/>
        </w:rPr>
        <w:t xml:space="preserve">[11:17] </w:t>
      </w:r>
      <w:r>
        <w:t>ab is mein kahin nahi hai ke khaleefatullah aur khaleefati kahin hai nahi, lekin saare musalman mante hain ke insaan Khuda ka khaleefa hai. to unhon ne matan mein, hashiye mein, explanations mein, interpretations mein yeh sab bigaad kar rakha hai.</w:t>
      </w:r>
    </w:p>
    <w:p>
      <w:pPr>
        <w:jc w:val="right"/>
      </w:pPr>
      <w:r>
        <w:t>اب اس میں کہیں نہیں ہے کہ خلیفۃ اللہ اور خلیفتی کہیں ہے نہیں، لیکن سارے مسلمان مانتے ہیں کہ انسان خدا کا خلیفہ ہے۔ تو انہوں نے متن میں، حاشیے میں، ایکسپلینیشنز میں، انٹرپریٹیشنز میں یہ سب بگاڑ کر رکھا ہے۔</w:t>
      </w:r>
    </w:p>
    <w:p>
      <w:r>
        <w:rPr>
          <w:b/>
        </w:rPr>
        <w:t xml:space="preserve">[11:33] </w:t>
      </w:r>
      <w:r>
        <w:t>to is tarike se unhon ne khaleefa ko khaleefatullah kar diya, khaleefati kar diya, apna khaleefa kar diya. halanke khaleefa ke maani hain successor hota hai.</w:t>
      </w:r>
    </w:p>
    <w:p>
      <w:pPr>
        <w:jc w:val="right"/>
      </w:pPr>
      <w:r>
        <w:t>تو اس طریقے سے انہوں نے خلیفہ کو خلیفۃ اللہ کر دیا، خلیفتی کر دیا، اپنا خلیفہ کر دیا۔ حالانکہ خلیفہ کے معنی ہیں سکسیسر ہوتا ہے۔</w:t>
      </w:r>
    </w:p>
    <w:p>
      <w:r>
        <w:rPr>
          <w:b/>
        </w:rPr>
        <w:t xml:space="preserve">[11:42] </w:t>
      </w:r>
      <w:r>
        <w:t>to Khuda ka successor kaise koi ho sakta hai? successor to kisi makhlooq ka ho sakta hai. to beharhaal, is is is baais par hum ne pehle bhi bataya hai aik doosre program mein.</w:t>
      </w:r>
    </w:p>
    <w:p>
      <w:pPr>
        <w:jc w:val="right"/>
      </w:pPr>
      <w:r>
        <w:t>تو خدا کا سکسیسر کیسے کوئی ہو سکتا ہے؟ سکسیسر تو کسی مخلوق کا ہو سکتا ہے۔ تو بہرحال، اس اس اس باعث پر ہم نے پہلے بھی بتایا ہے ایک دوسرے پروگرام میں۔</w:t>
      </w:r>
    </w:p>
    <w:p>
      <w:r>
        <w:rPr>
          <w:b/>
        </w:rPr>
        <w:t xml:space="preserve">[11:56] </w:t>
      </w:r>
      <w:r>
        <w:t>to Allah taala ne in is cause and effect, is asbab ki dunya mein kis tarike se yeh kaam kiya hai? to sab se pehle, kyun ke Allah koi kaam direct nahi karta, aisa nahi ke aik farishta utar jaye aur Quran le ke khada rahe ke hum is mein kuch badalne nahi denge.</w:t>
      </w:r>
    </w:p>
    <w:p>
      <w:pPr>
        <w:jc w:val="right"/>
      </w:pPr>
      <w:r>
        <w:t>تو اللہ تعالیٰ نے ان اس کاز اینڈ ایفیکٹ، اس اسباب کی دنیا میں کس طریقے سے یہ کام کیا ہے؟ تو سب سے پہلے، کیونکہ اللہ کوئی کام ڈائریکٹ نہیں کرتا، ایسا نہیں کہ ایک فرشتہ اتر جائے اور قرآن لے کے کھڑا رہے کہ ہم اس میں کچھ بدلنے نہیں دیں گے۔</w:t>
      </w:r>
    </w:p>
    <w:p>
      <w:r>
        <w:rPr>
          <w:b/>
        </w:rPr>
        <w:t xml:space="preserve">[12:13] </w:t>
      </w:r>
      <w:r>
        <w:t>aisa hota nahi, kyun ke asbab ki dunya yahan imtehan hamara ho raha hai. to Allah taala ne sab se pehle aik poori qaum khadi ki, jo hazrat hajra ko jo wahan sehra mein basaya.</w:t>
      </w:r>
    </w:p>
    <w:p>
      <w:pPr>
        <w:jc w:val="right"/>
      </w:pPr>
      <w:r>
        <w:t>ایسا ہوتا نہیں، کیونکہ اسباب کی دنیا یہاں امتحان ہمارا ہو رہا ہے۔ تو اللہ تعالیٰ نے سب سے پہلے ایک پوری قوم کھڑی کی، جو حضرت ہاجرہ کو جو وہاں صحرا میں بسایا۔</w:t>
      </w:r>
    </w:p>
    <w:p>
      <w:r>
        <w:rPr>
          <w:b/>
        </w:rPr>
        <w:t xml:space="preserve">[12:28] </w:t>
      </w:r>
      <w:r>
        <w:t>to woh isi liye ke aik nai qaum, aik sehrai mahol mein, fitrat ke mahol mein, aik nai qaum paida ho aur us ke andar woh tamam al-marwah yani manliness ki tamam salahiyatein hon.</w:t>
      </w:r>
    </w:p>
    <w:p>
      <w:pPr>
        <w:jc w:val="right"/>
      </w:pPr>
      <w:r>
        <w:t>تو وہ اسی لیے کہ ایک نئی قوم، ایک صحرائی ماحول میں، فطرت کے ماحول میں، ایک نئی قوم پیدا ہو اور اس کے اندر وہ تمام المروہ یعنی مینلینس کی تمام صلاحیتیں ہوں۔</w:t>
      </w:r>
    </w:p>
    <w:p>
      <w:r>
        <w:rPr>
          <w:b/>
        </w:rPr>
        <w:t xml:space="preserve">[12:42] </w:t>
      </w:r>
      <w:r>
        <w:t>kyun ke jo log shehron mein rehte thay, woh to shehron ke jo corrupt civilization thi, us ke asar se woh poore mutasir ho jatay thay aur wohi un ki conditioning ho jati thi.</w:t>
      </w:r>
    </w:p>
    <w:p>
      <w:pPr>
        <w:jc w:val="right"/>
      </w:pPr>
      <w:r>
        <w:t>کیونکہ جو لوگ شہروں میں رہتے تھے، وہ تو شہروں کے جو کرپٹ سویلائزیشن تھی، اس کے اثر سے وہ پورے متاثر ہو جاتے تھے اور وہی ان کی کنڈیشننگ ہو جاتی تھی۔</w:t>
      </w:r>
    </w:p>
    <w:p>
      <w:r>
        <w:rPr>
          <w:b/>
        </w:rPr>
        <w:t xml:space="preserve">[12:56] </w:t>
      </w:r>
      <w:r>
        <w:t>woh har cheez ko rever karte the. is zamane mein har cheez jo bari nazar aai, usi ko usi ki parastish hone lag jati thi.</w:t>
      </w:r>
    </w:p>
    <w:p>
      <w:pPr>
        <w:jc w:val="right"/>
      </w:pPr>
      <w:r>
        <w:t>وہ ہر چیز کو ریور کرتے تھے۔ اس زمانے میں ہر چیز جو بڑی نظر آئی، اسی کو اسی کی پرستش ہونے لگ جاتی تھی۔</w:t>
      </w:r>
    </w:p>
    <w:p>
      <w:r>
        <w:rPr>
          <w:b/>
        </w:rPr>
        <w:t xml:space="preserve">[13:05] </w:t>
      </w:r>
      <w:r>
        <w:t>to in ka jo hai, woh bilkul hi apni fitrat se woh door ho jate the. to Allah taala ne ek dam sehra mein ek poori qaum banai.</w:t>
      </w:r>
    </w:p>
    <w:p>
      <w:pPr>
        <w:jc w:val="right"/>
      </w:pPr>
      <w:r>
        <w:t>تو ان کا جو ہے، وہ بالکل ہی اپنی فطرت سے وہ دور ہو جاتے تھے۔ تو اللہ تعالیٰ نے ایک دم صحرا میں ایک پوری قوم بنائی۔</w:t>
      </w:r>
    </w:p>
    <w:p>
      <w:r>
        <w:rPr>
          <w:b/>
        </w:rPr>
        <w:t xml:space="preserve">[13:15] </w:t>
      </w:r>
      <w:r>
        <w:t>is mein tawaled o tanasul ke zariye se poore dhai hazar saal lag gaye. to yeh qaum jo hai, itni zyada almarwah par thi ke woh log aise the ke jo wada kar lete to kabhi wada khilafi nahi karte.</w:t>
      </w:r>
    </w:p>
    <w:p>
      <w:pPr>
        <w:jc w:val="right"/>
      </w:pPr>
      <w:r>
        <w:t>اس میں توالد و تناسل کے ذریعے سے پورے ڈھائی ہزار سال لگ گئے۔ تو یہ قوم جو ہے، اتنی زیادہ المروہ پر تھی کہ وہ لوگ ایسے تھے کہ جو وعدہ کر لیتے تو کبھی وعدہ خلافی نہیں کرتے۔</w:t>
      </w:r>
    </w:p>
    <w:p>
      <w:r>
        <w:rPr>
          <w:b/>
        </w:rPr>
        <w:t xml:space="preserve">[13:33] </w:t>
      </w:r>
      <w:r>
        <w:t>ek sache the, jhoot nahi bolte the, bahadur the, sakhi the. matlab har woh, woh, woh har woh insaniyat ki jo khusoosiyat hoti hain, sab un ke andar maujood theen.</w:t>
      </w:r>
    </w:p>
    <w:p>
      <w:pPr>
        <w:jc w:val="right"/>
      </w:pPr>
      <w:r>
        <w:t>ایک سچے تھے، جھوٹ نہیں بولتے تھے، بہادر تھے، سخی تھے۔ مطلب ہر وہ، وہ، وہ ہر وہ انسانیت کی جو خصوصیات ہوتی ہیں، سب ان کے اندر موجود تھیں۔</w:t>
      </w:r>
    </w:p>
    <w:p>
      <w:r>
        <w:rPr>
          <w:b/>
        </w:rPr>
        <w:t xml:space="preserve">[13:48] </w:t>
      </w:r>
      <w:r>
        <w:t>to is tareeqe se jab unhone rasool Allah par iman laye to woh phir peechhe nahi hate. ek jang e hunain mein un ke upar teer baras rahe the.</w:t>
      </w:r>
    </w:p>
    <w:p>
      <w:pPr>
        <w:jc w:val="right"/>
      </w:pPr>
      <w:r>
        <w:t>تو اس طریقے سے جب انہوں نے رسول اللہ پر ایمان لائے تو وہ پھر پیچھے نہیں ہٹے۔ ایک جنگ حنین میں ان کے اوپر تیر برس رہے تھے۔</w:t>
      </w:r>
    </w:p>
    <w:p>
      <w:r>
        <w:rPr>
          <w:b/>
        </w:rPr>
        <w:t xml:space="preserve">[13:58] </w:t>
      </w:r>
      <w:r>
        <w:t>waqti taur par woh ghabra gaye, bhage. lekin phir Hazrat Abbas ne un ko bulaya ke tum kahan ja rahe ho? tum ne falan peed ke, akashiya babool ka peed shayad hota hai, falan peed ke neeche tum ne bait li thi.</w:t>
      </w:r>
    </w:p>
    <w:p>
      <w:pPr>
        <w:jc w:val="right"/>
      </w:pPr>
      <w:r>
        <w:t>وقتی طور پر وہ گھبرا گئے، بھاگے۔ لیکن پھر حضرت عباس نے ان کو بلایا کہ تم کہاں جا رہے ہو؟ تم نے فلاں پیڑ کے، اکاشیہ ببول کا پیڑ شاید ہوتا ہے، فلاں پیڑ کے نیچے تم نے بیعت لی تھی۔</w:t>
      </w:r>
    </w:p>
    <w:p>
      <w:r>
        <w:rPr>
          <w:b/>
        </w:rPr>
        <w:t xml:space="preserve">[14:10] </w:t>
      </w:r>
      <w:r>
        <w:t>tum kahan bhag ke ja rahe ho? foran saare wapas aa gaye aur is teer ki bochhar mein unhone rasool Allah ka saath diya.</w:t>
      </w:r>
    </w:p>
    <w:p>
      <w:pPr>
        <w:jc w:val="right"/>
      </w:pPr>
      <w:r>
        <w:t>تم کہاں بھاگ کے جا رہے ہو؟ فوراً سارے واپس آ گئے اور اس تیر کی بوچھاڑ میں انہوں نے رسول اللہ کا ساتھ دیا۔</w:t>
      </w:r>
    </w:p>
    <w:p>
      <w:r>
        <w:rPr>
          <w:b/>
        </w:rPr>
        <w:t xml:space="preserve">[14:21] </w:t>
      </w:r>
      <w:r>
        <w:t>to yeh log the, in logon ne hifazat ki Quran ki. aaj jo Quran hamare paas mehfooz hai, woh un ki qurbaniyon ki wajah se hai.</w:t>
      </w:r>
    </w:p>
    <w:p>
      <w:pPr>
        <w:jc w:val="right"/>
      </w:pPr>
      <w:r>
        <w:t>تو یہ لوگ تھے، ان لوگوں نے حفاظت کی قرآن کی۔ آج جو قرآن ہمارے پاس محفوظ ہے، وہ ان کی قربانیوں کی وجہ سے ہے۔</w:t>
      </w:r>
    </w:p>
    <w:p>
      <w:r>
        <w:rPr>
          <w:b/>
        </w:rPr>
        <w:t xml:space="preserve">[14:35] </w:t>
      </w:r>
      <w:r>
        <w:t>to Allah taala ne poori support kiya in logon ko aur us ke baad ab in ko Allah taala ne siyasi ikhtedar de diya, hazar baras tak siyasi ikhtedar.</w:t>
      </w:r>
    </w:p>
    <w:p>
      <w:pPr>
        <w:jc w:val="right"/>
      </w:pPr>
      <w:r>
        <w:t>تو اللہ تعالیٰ نے پوری سپورٹ کیا ان لوگوں کو اور اس کے بعد اب ان کو اللہ تعالیٰ نے سیاسی اقتدار دے دیا، ہزار برس تک سیاسی اقتدار۔</w:t>
      </w:r>
    </w:p>
    <w:p>
      <w:r>
        <w:rPr>
          <w:b/>
        </w:rPr>
        <w:t xml:space="preserve">[14:46] </w:t>
      </w:r>
      <w:r>
        <w:t>to jab tak ke press ka daur nahi aaya tha, tab tak in ko siyasi ikhtedar mila raha. poori abad duniya mein taqreeban unhone directly ya indirectly woh ghalib rahe.</w:t>
      </w:r>
    </w:p>
    <w:p>
      <w:pPr>
        <w:jc w:val="right"/>
      </w:pPr>
      <w:r>
        <w:t>تو جب تک کہ پریس کا دور نہیں آیا تھا، تب تک ان کو سیاسی اقتدار ملا رہا۔ پوری آباد دنیا میں تقریباً انہوں نے ڈائریکٹلی یا ان ڈائریکٹلی وہ غالب رہے۔</w:t>
      </w:r>
    </w:p>
    <w:p>
      <w:r>
        <w:rPr>
          <w:b/>
        </w:rPr>
        <w:t xml:space="preserve">[14:58] </w:t>
      </w:r>
      <w:r>
        <w:t>unhone jo Quran culture sari duniya mein phaila diya. asal mein Quran culture ka kya matlab tha? tauheed culture, ek Khuda ka culture.</w:t>
      </w:r>
    </w:p>
    <w:p>
      <w:pPr>
        <w:jc w:val="right"/>
      </w:pPr>
      <w:r>
        <w:t>انہوں نے جو قرآن کلچر ساری دنیا میں پھیلا دیا۔ اصل میں قرآن کلچر کا کیا مطلب تھا؟ توحید کلچر، ایک خدا کا کلچر۔</w:t>
      </w:r>
    </w:p>
    <w:p>
      <w:r>
        <w:rPr>
          <w:b/>
        </w:rPr>
        <w:t xml:space="preserve">[15:07] </w:t>
      </w:r>
      <w:r>
        <w:t>aur isi par tamam jo taraqqiyan hain, aaj jo hum dekh rahe hain, woh isi par hain. kyunke jab insan har cheez ki parastish karta tha to koi taraqqi ho hi nahi sakti thi.</w:t>
      </w:r>
    </w:p>
    <w:p>
      <w:pPr>
        <w:jc w:val="right"/>
      </w:pPr>
      <w:r>
        <w:t>اور اسی پر تمام جو ترقیاں ہیں، آج جو ہم دیکھ رہے ہیں، وہ اسی پر ہیں۔ کیونکہ جب انسان ہر چیز کی پرستش کرتا تھا تو کوئی ترقی ہو ہی نہیں سکتی تھی۔</w:t>
      </w:r>
    </w:p>
    <w:p>
      <w:r>
        <w:rPr>
          <w:b/>
        </w:rPr>
        <w:t xml:space="preserve">[15:19] </w:t>
      </w:r>
      <w:r>
        <w:t>parastish karte hue kaise insan is ki, is ki investigation karega? to jab insan ne yeh mana ke sirf ek Khuda hai, phir woh saare darwaze khul gaye, tamam taraqqi ke, research ke, investigation ke.</w:t>
      </w:r>
    </w:p>
    <w:p>
      <w:pPr>
        <w:jc w:val="right"/>
      </w:pPr>
      <w:r>
        <w:t>پرستش کرتے ہوئے کیسے انسان اس کی، اس کی انویسٹیگیشن کرے گا؟ تو جب انسان نے یہ مانا کہ صرف ایک خدا ہے، پھر وہ سارے دروازے کھل گئے، تمام ترقی کے، ریسرچ کے، انویسٹیگیشن کے۔</w:t>
      </w:r>
    </w:p>
    <w:p>
      <w:r>
        <w:rPr>
          <w:b/>
        </w:rPr>
        <w:t xml:space="preserve">[15:34] </w:t>
      </w:r>
      <w:r>
        <w:t>to Allah taala chahta tha ke yeh is duniya mein insan ko poora mauqa mile discoveries karne ka. inhi discoveries ke zariye se insan ki marifat hoti hai.</w:t>
      </w:r>
    </w:p>
    <w:p>
      <w:pPr>
        <w:jc w:val="right"/>
      </w:pPr>
      <w:r>
        <w:t>تو اللہ تعالیٰ چاہتا تھا کہ یہ اس دنیا میں انسان کو پورا موقع ملے ڈسکوریز کرنے کا۔ انہی ڈسکوریز کے ذریعے سے انسان کی معرفت ہوتی ہے۔</w:t>
      </w:r>
    </w:p>
    <w:p>
      <w:r>
        <w:rPr>
          <w:b/>
        </w:rPr>
        <w:t xml:space="preserve">[15:46] </w:t>
      </w:r>
      <w:r>
        <w:t>to Allah ki marifat inhi ke zariye se hoti hai ke Allah ne itni azeem kainat banai aur poori azeem kainat insan ke hawale kar di.</w:t>
      </w:r>
    </w:p>
    <w:p>
      <w:pPr>
        <w:jc w:val="right"/>
      </w:pPr>
      <w:r>
        <w:t>تو اللہ کی معرفت انہی کے ذریعے سے ہوتی ہے کہ اللہ نے اتنی عظیم کائنات بنائی اور پوری عظیم کائنات انسان کے حوالے کر دی۔</w:t>
      </w:r>
    </w:p>
    <w:p>
      <w:r>
        <w:rPr>
          <w:b/>
        </w:rPr>
        <w:t xml:space="preserve">[15:55] </w:t>
      </w:r>
      <w:r>
        <w:t>to is tareeqe se Allah taala ne yeh intezam kiya, sab se pehle ek qaum ka ke ek mazboot, taqatwar qaum uthe aur woh aakhri rasool ka saath de kar ek inqilab laye.</w:t>
      </w:r>
    </w:p>
    <w:p>
      <w:pPr>
        <w:jc w:val="right"/>
      </w:pPr>
      <w:r>
        <w:t>تو اس طریقے سے اللہ تعالیٰ نے یہ انتظام کیا، سب سے پہلے ایک قوم کا کہ ایک مضبوط، طاقتور قوم اٹھے اور وہ آخری رسول کا ساتھ دے کر ایک انقلاب لائے۔</w:t>
      </w:r>
    </w:p>
    <w:p>
      <w:r>
        <w:rPr>
          <w:b/>
        </w:rPr>
        <w:t xml:space="preserve">[16:09] </w:t>
      </w:r>
      <w:r>
        <w:t>aur us inqilab ke bal par ek yeh Khuda ki kitab mehfooz ho sake. to phir Allah taala ne doosri cheez jo thi, woh Quran ka style tha.</w:t>
      </w:r>
    </w:p>
    <w:p>
      <w:pPr>
        <w:jc w:val="right"/>
      </w:pPr>
      <w:r>
        <w:t>اور اس انقلاب کے بل پر ایک یہ خدا کی کتاب محفوظ ہو سکے۔ تو پھر اللہ تعالیٰ نے دوسری چیز جو تھی، وہ قرآن کا اسٹائل تھا۔</w:t>
      </w:r>
    </w:p>
    <w:p>
      <w:r>
        <w:rPr>
          <w:b/>
        </w:rPr>
        <w:t xml:space="preserve">[16:22] </w:t>
      </w:r>
      <w:r>
        <w:t>Quran ka style ek moajza hai. Quran mein challenge kiya gaya hai ke tum ek warq bhi aisi bana kar le aao. aaj tak koi ek warq nahi bana saka.</w:t>
      </w:r>
    </w:p>
    <w:p>
      <w:pPr>
        <w:jc w:val="right"/>
      </w:pPr>
      <w:r>
        <w:t>قرآن کا اسٹائل ایک معجزہ ہے۔ قرآن میں چیلنج کیا گیا ہے کہ تم ایک ورث بھی ایسی بنا کر لے آؤ۔ آج تک کوئی ایک ورث نہیں بنا سکا۔</w:t>
      </w:r>
    </w:p>
    <w:p>
      <w:r>
        <w:rPr>
          <w:b/>
        </w:rPr>
        <w:t xml:space="preserve">[16:33] </w:t>
      </w:r>
      <w:r>
        <w:t>to woh Quran na prose hai, na poetry hai, lekin is mein itna qadr radam hai, itna radamuk hai. woh is ke par aksalan, is mein radam hai.</w:t>
      </w:r>
    </w:p>
    <w:p>
      <w:pPr>
        <w:jc w:val="right"/>
      </w:pPr>
      <w:r>
        <w:t>تو وہ قرآن نہ پروز ہے، نہ پوئٹری ہے، لیکن اس میں اتنا قدر ردم ہے، اس قدر ردمک ہے۔ وہ اس کے پار اکسلاں، اس میں ردم ہے۔</w:t>
      </w:r>
    </w:p>
    <w:p>
      <w:r>
        <w:rPr>
          <w:b/>
        </w:rPr>
        <w:t xml:space="preserve">[16:43] </w:t>
      </w:r>
      <w:r>
        <w:t>to is ki wajah se har ek yaad kar leta hai. jab mein choti thi to jab mujhe arabi bilkul nahi aati thi, to maine bhi kai paray, kai soortein yaad kar li theen.</w:t>
      </w:r>
    </w:p>
    <w:p>
      <w:pPr>
        <w:jc w:val="right"/>
      </w:pPr>
      <w:r>
        <w:t>تو اس کی وجہ سے ہر ایک یاد کر لیتا ہے۔ جب میں چھوٹی تھی تو جب مجھے عربی بالکل نہیں آتی تھی، تو میں نے بھی کئی پارے، کئی سورتیں یاد کر لی تھیں۔</w:t>
      </w:r>
    </w:p>
    <w:p>
      <w:r>
        <w:rPr>
          <w:b/>
        </w:rPr>
        <w:t xml:space="preserve">[16:52] </w:t>
      </w:r>
      <w:r>
        <w:t>woh itna is mein radam hai, itna flow hai ke woh har bachcha bachcha yaad kar leta hai, na samajhte hue bhi. to is tareeqe se rasool Allah sal Allah alaihi wasallam ke zamane mein ek lakh log the jin ko Quran yaad tha.</w:t>
      </w:r>
    </w:p>
    <w:p>
      <w:pPr>
        <w:jc w:val="right"/>
      </w:pPr>
      <w:r>
        <w:t>وہ اتنا اس میں ردم ہے، اتنا فلو ہے کہ وہ ہر بچہ بچہ یاد کر لیتا ہے، نہ سمجھتے ہوئے بھی۔ تو اس طریقے سے رسول اللہ صلی اللہ علیہ وسلم کے زمانے میں ایک لاکھ لوگ تھے جن کو قرآن یاد تھا۔</w:t>
      </w:r>
    </w:p>
    <w:p>
      <w:r>
        <w:rPr>
          <w:b/>
        </w:rPr>
        <w:t xml:space="preserve">[17:08] </w:t>
      </w:r>
      <w:r>
        <w:t>kisi ko poora, kisi ko kam soortein yaad theen, lekin tamam log jaise hi utarta tha Quran, waise hi us ko yaad kar lete the. sab se pehle to rasool Allah sal Allah alaihi wasallam ke paas jab Quran utarta to woh us ko yaad kar lete.</w:t>
      </w:r>
    </w:p>
    <w:p>
      <w:pPr>
        <w:jc w:val="right"/>
      </w:pPr>
      <w:r>
        <w:t>کسی کو پورا، کسی کو کم سورتیں یاد تھیں، لیکن تمام لوگ جیسے ہی اترتا تھا قرآن، ویسے ہی اس کو یاد کر لیتے تھے۔ سب سے پہلے تو رسول اللہ صلی اللہ علیہ وسلم کے پاس جب قرآن اترتا تو وہ اس کو یاد کر لیتے۔</w:t>
      </w:r>
    </w:p>
    <w:p>
      <w:r>
        <w:rPr>
          <w:b/>
        </w:rPr>
        <w:t xml:space="preserve">[17:22] </w:t>
      </w:r>
      <w:r>
        <w:t>phir us ke baad khali yaad se nahi tha, mazeed ehtimam yeh tha ke koi na koi katib wahan rehta tha.</w:t>
      </w:r>
    </w:p>
    <w:p>
      <w:pPr>
        <w:jc w:val="right"/>
      </w:pPr>
      <w:r>
        <w:t>پھر اس کے بعد خالی یاد سے نہیں تھا، مزید اہتمام یہ تھا کہ کوئی نہ کوئی کاتب وہاں رہتا تھا۔</w:t>
      </w:r>
    </w:p>
    <w:p>
      <w:r>
        <w:rPr>
          <w:b/>
        </w:rPr>
        <w:t xml:space="preserve">[17:33] </w:t>
      </w:r>
      <w:r>
        <w:t>dekhiye, is zamane mein bohat kam log parhe likhe hote the, lekin Makkah mein log the, parhe likhe log, kyunke woh log door door jate the business ke liye.</w:t>
      </w:r>
    </w:p>
    <w:p>
      <w:pPr>
        <w:jc w:val="right"/>
      </w:pPr>
      <w:r>
        <w:t>دیکھیے، اس زمانے میں بہت کم لوگ پڑھے لکھے ہوتے تھے، لیکن مکہ میں لوگ تھے، پڑھے لکھے لوگ، کیونکہ وہ لوگ دور دور جاتے تھے بزنس کے لیے۔</w:t>
      </w:r>
    </w:p>
    <w:p>
      <w:r>
        <w:rPr>
          <w:b/>
        </w:rPr>
        <w:t xml:space="preserve">[17:43] </w:t>
      </w:r>
      <w:r>
        <w:t>to business ke transaction ko likhna padta tha. to woh logon ke kafi log is mein se parhe likhe the. to jo log musalman ho gaye the, to un un mein se ek tadad hamesha rasool Allah sal Allah alaihi wasallam ke saath rehti thi.</w:t>
      </w:r>
    </w:p>
    <w:p>
      <w:pPr>
        <w:jc w:val="right"/>
      </w:pPr>
      <w:r>
        <w:t>تو بزنس کے ٹرانزیکشن کو لکھنا پڑتا تھا۔ تو وہ لوگوں کے کافی لوگ اس میں سے پڑھے لکھے تھے۔ تو جو لوگ مسلمان ہو گئے تھے، تو ان ان میں سے ایک تعداد ہمیشہ رسول اللہ صلی اللہ علیہ وسلم کے ساتھ رہتی تھی۔</w:t>
      </w:r>
    </w:p>
    <w:p>
      <w:r>
        <w:rPr>
          <w:b/>
        </w:rPr>
        <w:t xml:space="preserve">[17:58] </w:t>
      </w:r>
      <w:r>
        <w:t>is mein aik hanzala thay, ibn rabee, to woh incharge thay, hamesha aap ke sath rehte thay. to jaisay hi koi ayat utarti, waisay hi aap us ko kisi na kisi sahabi ko jo likhna janta tha, un ko katib kehte thay.</w:t>
      </w:r>
    </w:p>
    <w:p>
      <w:pPr>
        <w:jc w:val="right"/>
      </w:pPr>
      <w:r>
        <w:t>اس میں ایک حنزلہ تھے، ابن ربیع، تو وہ انچارج تھے، ہمیشہ آپ کے ساتھ رہتے تھے۔ تو جیسے ہی کوئی آیت اترتی، ویسے ہی آپ اس کو کسی نہ کسی صحابی کو جو لکھنا جانتا تھا، ان کو کاتب کہتے تھے۔</w:t>
      </w:r>
    </w:p>
    <w:p>
      <w:r>
        <w:rPr>
          <w:b/>
        </w:rPr>
        <w:t xml:space="preserve">[18:15] </w:t>
      </w:r>
      <w:r>
        <w:t>to un se aap likhwate thay, phir likhwa ke us ka correction karte thay, parhwa ke sunte thay. is ke baad us ko ishai aam ki ijazat di jati thi.</w:t>
      </w:r>
    </w:p>
    <w:p>
      <w:pPr>
        <w:jc w:val="right"/>
      </w:pPr>
      <w:r>
        <w:t>تو ان سے آپ لکھواتے تھے، پھر لکھوا کے اس کا کریکشن کرتے تھے، پڑھوا کے سنتے تھے۔ اس کے بعد اس کو اشاعت عام کی اجازت دی جاتی تھی۔</w:t>
      </w:r>
    </w:p>
    <w:p>
      <w:r>
        <w:rPr>
          <w:b/>
        </w:rPr>
        <w:t xml:space="preserve">[18:26] </w:t>
      </w:r>
      <w:r>
        <w:t>to sab se pehle seenay mein mehfooz hua, phir tehreer mein mehfooz hua. quran 610 mein utra tha aur 623 tak, 23 saal tak utarta raha.</w:t>
      </w:r>
    </w:p>
    <w:p>
      <w:pPr>
        <w:jc w:val="right"/>
      </w:pPr>
      <w:r>
        <w:t>تو سب سے پہلے سینے میں محفوظ ہوا، پھر تحریر میں محفوظ ہوا۔ قرآن 610 میں اترا تھا اور 623 تک، 23 سال تک اترتا رہا۔</w:t>
      </w:r>
    </w:p>
    <w:p>
      <w:r>
        <w:rPr>
          <w:b/>
        </w:rPr>
        <w:t xml:space="preserve">[18:39] </w:t>
      </w:r>
      <w:r>
        <w:t>to is dauran yeh kaam hota raha. to us ko kehte hain double checking system. aik to hamari memory mein hai aur aik tehreer mein hai.</w:t>
      </w:r>
    </w:p>
    <w:p>
      <w:pPr>
        <w:jc w:val="right"/>
      </w:pPr>
      <w:r>
        <w:t>تو اس دوران یہ کام ہوتا رہا۔ تو اس کو کہتے ہیں ڈبل چیکنگ سسٹم۔ ایک تو ہماری میموری میں ہے اور ایک تحریر میں ہے۔</w:t>
      </w:r>
    </w:p>
    <w:p>
      <w:r>
        <w:rPr>
          <w:b/>
        </w:rPr>
        <w:t xml:space="preserve">[18:50] </w:t>
      </w:r>
      <w:r>
        <w:t>to memory se tehreer aur tehreer se memory dono ko check kar sakte thay. to is tareeqay se woh aik dam flawless hoti thi, woh writing jo thi, woh kyunke sari checked hoti thi.</w:t>
      </w:r>
    </w:p>
    <w:p>
      <w:pPr>
        <w:jc w:val="right"/>
      </w:pPr>
      <w:r>
        <w:t>تو میموری سے تحریر اور تحریر سے میموری دونوں کو چیک کر سکتے تھے۔ تو اس طریقے سے وہ ایک دم فلالس ہوتی تھی، وہ رائٹنگ جو تھی، وہ کیونکہ ساری چیکڈ ہوتی تھی۔</w:t>
      </w:r>
    </w:p>
    <w:p>
      <w:r>
        <w:rPr>
          <w:b/>
        </w:rPr>
        <w:t xml:space="preserve">[19:03] </w:t>
      </w:r>
      <w:r>
        <w:t>to rasool Allah sal Allah alaihi wasallam ke paas 42 katib thay, to waqtan fawqtan un mein se kuch na kuch log aap ke paas hazir rehte thay.</w:t>
      </w:r>
    </w:p>
    <w:p>
      <w:pPr>
        <w:jc w:val="right"/>
      </w:pPr>
      <w:r>
        <w:t>تو رسول اللہ صلی اللہ علیہ وسلم کے پاس 42 کاتب تھے، تو وقتاً فوقتاً ان میں سے کچھ نہ کچھ لوگ آپ کے پاس حاضر رہتے تھے۔</w:t>
      </w:r>
    </w:p>
    <w:p>
      <w:r>
        <w:rPr>
          <w:b/>
        </w:rPr>
        <w:t xml:space="preserve">[19:15] </w:t>
      </w:r>
      <w:r>
        <w:t>to lekin jo baat thi, woh yeh ke quran ke ajza alag alag likhe hue thay. surtain jab poori surat ho jati, kyunke quran ikhathe nahi utarta tha, shayad surah yusuf aur kuch choti ayatein ikhathe utri hain, lekin baqi quran portion mein utarta tha.</w:t>
      </w:r>
    </w:p>
    <w:p>
      <w:pPr>
        <w:jc w:val="right"/>
      </w:pPr>
      <w:r>
        <w:t>تو لیکن جو بات تھی، وہ یہ کہ قرآن کے اجزاء الگ الگ لکھے ہوئے تھے۔ سورتیں جب پوری سورت ہو جاتی، کیونکہ قرآن اکٹھے نہیں اترتا تھا، شاید سورہ یوسف اور کچھ چھوٹی آیتیں اکٹھے اتری ہیں، لیکن باقی قرآن پورشن میں اترتا تھا۔</w:t>
      </w:r>
    </w:p>
    <w:p>
      <w:r>
        <w:rPr>
          <w:b/>
        </w:rPr>
        <w:t xml:space="preserve">[19:35] </w:t>
      </w:r>
      <w:r>
        <w:t>is waqt ki jo zaroorat hoti thi, us ke mutabiq utarta tha. to quran ke ajza woh log likh lete thay aur yaad bhi kar lete thay.</w:t>
      </w:r>
    </w:p>
    <w:p>
      <w:pPr>
        <w:jc w:val="right"/>
      </w:pPr>
      <w:r>
        <w:t>اس وقت کے جو ضرورت ہوتی تھی، اس کے مطابق اترتا تھا۔ تو قرآن کے اجزاء وہ لوگ لکھ لیتے تھے اور یاد بھی کر لیتے تھے۔</w:t>
      </w:r>
    </w:p>
    <w:p>
      <w:r>
        <w:rPr>
          <w:b/>
        </w:rPr>
        <w:t xml:space="preserve">[19:44] </w:t>
      </w:r>
      <w:r>
        <w:t>aur surtain likhi hui theen, lekin woh mujallad shakal mein nahi thi, us ka maloom nahi bana tha. to mukammal quran jo likha hua tha, woh bhi alag alag, jaisay aaj hum paray hotay hain na, paray ki shakal mein alag alag quran likha hua tha.</w:t>
      </w:r>
    </w:p>
    <w:p>
      <w:pPr>
        <w:jc w:val="right"/>
      </w:pPr>
      <w:r>
        <w:t>اور سورتیں لکھی ہوئی تھیں، لیکن وہ مجلد شکل میں نہیں تھی، اس کا معلوم نہیں بنا تھا۔ تو مکمل قرآن جو لکھا ہوا تھا، وہ بھی الگ الگ، جیسے آج ہم پارے ہوتے ہیں نا، پارے کی شکل میں الگ الگ قرآن لکھا ہوا تھا۔</w:t>
      </w:r>
    </w:p>
    <w:p>
      <w:r>
        <w:rPr>
          <w:b/>
        </w:rPr>
        <w:t xml:space="preserve">[20:01] </w:t>
      </w:r>
      <w:r>
        <w:t>us ko is zamanay mein saheefa bolte thay. to mukammal quran bhi kai logon ne likha hua tha. kuch log kehte hain chaar logon ne, kuch logon ne kaha paanch log.</w:t>
      </w:r>
    </w:p>
    <w:p>
      <w:pPr>
        <w:jc w:val="right"/>
      </w:pPr>
      <w:r>
        <w:t>اس کو اس زمانے میں صحیفہ بولتے تھے۔ تو مکمل قرآن بھی کئی لوگوں نے لکھا ہوا تھا۔ کچھ لوگ کہتے ہیں چار لوگوں نے، کچھ لوگوں نے کہا پانچ لوگ۔</w:t>
      </w:r>
    </w:p>
    <w:p>
      <w:r>
        <w:rPr>
          <w:b/>
        </w:rPr>
        <w:t xml:space="preserve">[20:11] </w:t>
      </w:r>
      <w:r>
        <w:t>is mein se abu darda thay, maaz ibn jabal thay, zaid ibn sabbit thay, aur abu zaid. to in logon ke paas poora quran likha hua tha.</w:t>
      </w:r>
    </w:p>
    <w:p>
      <w:pPr>
        <w:jc w:val="right"/>
      </w:pPr>
      <w:r>
        <w:t>اس میں سے ابو دردہ تھے، معاذ ابن جبل تھے، زید ابن ثابت تھے، اور ابو زید۔ تو ان لوگوں کے پاس پورا قرآن لکھا ہوا تھا۔</w:t>
      </w:r>
    </w:p>
    <w:p>
      <w:r>
        <w:rPr>
          <w:b/>
        </w:rPr>
        <w:t xml:space="preserve">[20:21] </w:t>
      </w:r>
      <w:r>
        <w:t>to is zamanay mein quran kis cheez par likha jata tha? kya kitab? woh bohat hi kam hota tha. cheen mein kaghaz ban gaya tha, lekin bohat hi easily woh dastiyab nahi thay.</w:t>
      </w:r>
    </w:p>
    <w:p>
      <w:pPr>
        <w:jc w:val="right"/>
      </w:pPr>
      <w:r>
        <w:t>تو اس زمانے میں قرآن کس چیز پر لکھا جاتا تھا؟ کیا کتاب؟ وہ بہت ہی کم ہوتا تھا۔ چین میں کاغذ بن گیا تھا، لیکن بہت ہی ایزیلی وہ دستیاب نہیں تھے۔</w:t>
      </w:r>
    </w:p>
    <w:p>
      <w:r>
        <w:rPr>
          <w:b/>
        </w:rPr>
        <w:t xml:space="preserve">[20:39] </w:t>
      </w:r>
      <w:r>
        <w:t>to is zamanay mein jo kitabat ka saman tha, woh aik tha riqa, jis ko chamra kehte hain. chamray ko dhoop mein sukha ke, us ko treat kar ke, us ko kaghaz ki tarah banate thay.</w:t>
      </w:r>
    </w:p>
    <w:p>
      <w:pPr>
        <w:jc w:val="right"/>
      </w:pPr>
      <w:r>
        <w:t>تو اس زمانے میں جو کتابت کا سامان تھا، وہ ایک تھا رکا، جس کو چمڑا کہتے تھے۔ چمڑے کو دھوپ میں سکھا کے، اس کو ٹریٹ کر کے، اس کو کاغذ کی طرح بناتے تھے۔</w:t>
      </w:r>
    </w:p>
    <w:p>
      <w:r>
        <w:rPr>
          <w:b/>
        </w:rPr>
        <w:t xml:space="preserve">[20:52] </w:t>
      </w:r>
      <w:r>
        <w:t>to aik woh hota tha, aik likhaf hota tha, woh pathar ki slate, patli pathar samajh lijiye, aur aik katif hota tha, oont ke moonhron ki hadi, chaori hadi hoti thi, us par bhi likhte thay.</w:t>
      </w:r>
    </w:p>
    <w:p>
      <w:pPr>
        <w:jc w:val="right"/>
      </w:pPr>
      <w:r>
        <w:t>تو ایک وہ ہوتا تھا، ایک لخاف ہوتا تھا، وہ پتھر کی سلیٹ، پتلی پتھر سمجھ لیجئے، اور ایک کتف ہوتا تھا، اونٹ کے موڈھوں کی ہڈی، چوڑی ہڈی ہوتی تھی، اس پر بھی لکھتے تھے۔</w:t>
      </w:r>
    </w:p>
    <w:p>
      <w:r>
        <w:rPr>
          <w:b/>
        </w:rPr>
        <w:t xml:space="preserve">[21:06] </w:t>
      </w:r>
      <w:r>
        <w:t>aur aik usayyab hota tha, woh khajoor ki shakh ka oopar ka hissa, to woh us par, woh safaid safaid hoti hai, us par likhte thay.</w:t>
      </w:r>
    </w:p>
    <w:p>
      <w:pPr>
        <w:jc w:val="right"/>
      </w:pPr>
      <w:r>
        <w:t>اور ایک اصیب ہوتا تھا، وہ کھجور کی شاخ کا اوپر کا حصہ، تو وہ اس پر، وہ سفید سفید ہوتی ہے، اس پر لکھتے تھے۔</w:t>
      </w:r>
    </w:p>
    <w:p>
      <w:r>
        <w:rPr>
          <w:b/>
        </w:rPr>
        <w:t xml:space="preserve">[21:16] </w:t>
      </w:r>
      <w:r>
        <w:t>to jab surat mukammal ho jati, aisay to choti thori utri, to unhon ne kisi bhi cheez par likh liya, jo bhi available thi. lekin surat mukammal hone par, woh riqa yani woh chamray par likhte thay.</w:t>
      </w:r>
    </w:p>
    <w:p>
      <w:pPr>
        <w:jc w:val="right"/>
      </w:pPr>
      <w:r>
        <w:t>تو جب سورت مکمل ہو جاتی، ایسے تو چھوٹی تھوڑی اتری، تو انہوں نے کسی بھی چیز پر لکھ لیا، جو بھی اویلیبل تھی۔ لیکن سورت مکمل ہونے پر، وہ رکا یعنی وہ چمڑے پر لکھتے تھے۔</w:t>
      </w:r>
    </w:p>
    <w:p>
      <w:r>
        <w:rPr>
          <w:b/>
        </w:rPr>
        <w:t xml:space="preserve">[21:30] </w:t>
      </w:r>
      <w:r>
        <w:t>to ab teesra marhala to hai jama ka, yani collection ka. to teesray marhalay mein yeh chaar logon ke paas jo mukammal quran thay, to yeh to thay, lekin woh woh niji majmooa, yani jis ko kehte hain personal copy thi.</w:t>
      </w:r>
    </w:p>
    <w:p>
      <w:pPr>
        <w:jc w:val="right"/>
      </w:pPr>
      <w:r>
        <w:t>تو اب تیسرا مرحلہ تو ہے جمع کا، یعنی کلیکشن کا۔ تو تیسرے مرحلے میں یہ چار لوگوں کے پاس جو مکمل قرآن تھے، تو یہ تو تھے، لیکن وہ وہ نجی مجموعہ، یعنی جس کو کہتے ہیں پرسنل کاپی تھی۔</w:t>
      </w:r>
    </w:p>
    <w:p>
      <w:r>
        <w:rPr>
          <w:b/>
        </w:rPr>
        <w:t xml:space="preserve">[21:47] </w:t>
      </w:r>
      <w:r>
        <w:t>to personal copy ki woh importance nahi hoti jo aik official copy hai, standard edition ki hoti hai. to yeh tha kaam, sab chal raha tha, sab log yaad kar rahe thay, lekin aik waqia aisa hua Hazrat Abu Bakr ki khilafat ke zamanay mein,</w:t>
      </w:r>
    </w:p>
    <w:p>
      <w:pPr>
        <w:jc w:val="right"/>
      </w:pPr>
      <w:r>
        <w:t>تو پرسنل کاپی کی وہ امپورٹنس نہیں ہوتی جو ایک افیشل کاپی ہے، اسٹینڈرڈ ایڈیشن کی ہوتی ہے۔ تو یہ تھا کام، سب چل رہا تھا، سب لوگ یاد کر رہے تھے، لیکن ایک واقعہ ایسا ہوا حضرت ابوبکر کی خلافت کے زمانے میں،</w:t>
      </w:r>
    </w:p>
    <w:p>
      <w:r>
        <w:rPr>
          <w:b/>
        </w:rPr>
        <w:t xml:space="preserve">[22:05] </w:t>
      </w:r>
      <w:r>
        <w:t>jang e Yamama. to kuch log nikle jinhon ne jhooti nabuwat ka dawa kiya. to aur aur bhi kai masail aisay thay, kuch logon ne kaha hum jihad nahi karenge, kuch logon ne kaha hum hum zakat nahi denge.</w:t>
      </w:r>
    </w:p>
    <w:p>
      <w:pPr>
        <w:jc w:val="right"/>
      </w:pPr>
      <w:r>
        <w:t>جنگیمامہ۔ تو کچھ لوگ نکلے جنہوں نے جھوٹی نبوت کا دعویٰ کیا۔ تو اور اور بھی کئی مسائل ایسے تھے، کچھ لوگوں نے کہا ہم جہاد نہیں کریں گے، کچھ لوگوں نے کہا ہم ہم زکوۃ نہیں دیں گے۔</w:t>
      </w:r>
    </w:p>
    <w:p>
      <w:r>
        <w:rPr>
          <w:b/>
        </w:rPr>
        <w:t xml:space="preserve">[22:22] </w:t>
      </w:r>
      <w:r>
        <w:t>to un logon se jang hui. to is mein, is is jang mein bohat bari rebellion thi. yeh unhon ne socha ke ab jo payamber tha, jis ke liye Khuda ki madad aati thi, woh to chala gaya, ab hum kuch bhi kar sakte hain.</w:t>
      </w:r>
    </w:p>
    <w:p>
      <w:pPr>
        <w:jc w:val="right"/>
      </w:pPr>
      <w:r>
        <w:t>تو ان لوگوں سے جنگ ہوئی۔ تو اس میں، اس اس جنگ میں بہت بڑی ریبیلین تھی۔ یہ انہوں نے سوچا کہ اب جو پیغمبر تھا، جس کے لیے خدا کی مدد آتی تھی، وہ تو چلا گیا، اب ہم کچھ بھی کر سکتے ہیں۔</w:t>
      </w:r>
    </w:p>
    <w:p>
      <w:r>
        <w:rPr>
          <w:b/>
        </w:rPr>
        <w:t xml:space="preserve">[22:36] </w:t>
      </w:r>
      <w:r>
        <w:t>to unhon ne rebel kar diya, woh log sab. to phir is is jang mein, jang e Yamama mein, 70 huffaz jinhon ne quran poora ka poora yaad kiya hua tha, aur 700 sahaba shaheed ho gaye.</w:t>
      </w:r>
    </w:p>
    <w:p>
      <w:pPr>
        <w:jc w:val="right"/>
      </w:pPr>
      <w:r>
        <w:t>تو انہوں نے ریبیل کر دیا، وہ لوگ سب۔ تو پھر اس اس جنگ میں، جنگیمامہ میں، 70 حفاظ جنہوں نے قرآن پورا کا پورا یاد کیا ہوا تھا، اور 700 صحابہ شہید ہو گئے۔</w:t>
      </w:r>
    </w:p>
    <w:p>
      <w:r>
        <w:rPr>
          <w:b/>
        </w:rPr>
        <w:t xml:space="preserve">[22:52] </w:t>
      </w:r>
      <w:r>
        <w:t>is mein aik khaas sahabi thay, Salem. to woh rasool Allah sal Allah alaihi wasallam ne kuch sahabi ko baqayda ijazat di thi quran ko parhane ki.</w:t>
      </w:r>
    </w:p>
    <w:p>
      <w:pPr>
        <w:jc w:val="right"/>
      </w:pPr>
      <w:r>
        <w:t>اس میں ایک خاص صحابی تھے، سالم۔ تو وہ رسول اللہ صلی اللہ علیہ وسلم نے کچھ صحابی کو باقاعدہ اجازت دی تھی قرآن کو پڑھانے کی۔</w:t>
      </w:r>
    </w:p>
    <w:p>
      <w:r>
        <w:rPr>
          <w:b/>
        </w:rPr>
        <w:t xml:space="preserve">[23:04] </w:t>
      </w:r>
      <w:r>
        <w:t>unhon ne bohat achhay tareeqay se quran rasool Allah se samjha tha, yaad kiya tha. to un mein se majaz jo thay, huffaz, is mein aik Salem thay.</w:t>
      </w:r>
    </w:p>
    <w:p>
      <w:pPr>
        <w:jc w:val="right"/>
      </w:pPr>
      <w:r>
        <w:t>انہوں نے بہت اچھے طریقے سے قرآن رسول اللہ سے سمجھا تھا، یاد کیا تھا۔ تو ان میں سے مجاز جو تھے، حافظ، اس میں ایک سالم تھے۔</w:t>
      </w:r>
    </w:p>
    <w:p>
      <w:r>
        <w:rPr>
          <w:b/>
        </w:rPr>
        <w:t xml:space="preserve">[23:15] </w:t>
      </w:r>
      <w:r>
        <w:t>to jab Salem ki wafat hui, shaheed hue, to Hazrat Umar ko bohat sakht shock hua. unhon ne kaha aisay agar hota raha to quran, sahaba quran yani quran hi chala jayega dunya se, to us ka masla paida ho jayega.</w:t>
      </w:r>
    </w:p>
    <w:p>
      <w:pPr>
        <w:jc w:val="right"/>
      </w:pPr>
      <w:r>
        <w:t>تو جب سالم کی وفات ہوئی، شہید ہوئے، تو حضرت عمر کو بہت سخت شاک ہوا۔ انہوں نے کہا ایسے اگر ہوتا رہا تو قرآن، صحاب قرآن یعنی قرآن ہی چلا جائے گا دنیا سے، تو اس کا مسئلہ پیدا ہو جائے گا۔</w:t>
      </w:r>
    </w:p>
    <w:p>
      <w:r>
        <w:rPr>
          <w:b/>
        </w:rPr>
        <w:t xml:space="preserve">[23:33] </w:t>
      </w:r>
      <w:r>
        <w:t>to woh aaye Hazrat Abu Bakr ke paas aur unhon ne kaha ke bhai quran ko mehfooz karne ke liye kuch foran koi kuch action lena hoga, warna to is tareeqay se khatra paida ho jayega quran ki hifazat ka.</w:t>
      </w:r>
    </w:p>
    <w:p>
      <w:pPr>
        <w:jc w:val="right"/>
      </w:pPr>
      <w:r>
        <w:t>تو وہ آئے حضرت ابوبکر کے پاس اور انہوں نے کہا کہ بھئی قرآن کو محفوظ کرنے کے لیے کچھ فوراً کوئی کچھ ایکشن لینا ہوگا، ورنہ تو اس طریقے سے خطرہ پیدا ہو جائے گا قرآن کی حفاظت کا۔</w:t>
      </w:r>
    </w:p>
    <w:p>
      <w:r>
        <w:rPr>
          <w:b/>
        </w:rPr>
        <w:t xml:space="preserve">[23:48] </w:t>
      </w:r>
      <w:r>
        <w:t>to unhon ne un ke mashware se hazrat abubakar ne ek poori team bithai masjid nabwi mein, hazrat zaid ibn sabat ki sarkardagi mein, aur unhon ne tamam quran jo us waqt logon ke paas the, sara quran masjid nabwi mein jama kiya.</w:t>
      </w:r>
    </w:p>
    <w:p>
      <w:pPr>
        <w:jc w:val="right"/>
      </w:pPr>
      <w:r>
        <w:t>تو انہوں نے ان کے مشورے سے حضرت ابوبکر نے ایک پوری ٹیم بٹھائی مسجد نبوی میں، حضرت زید ابن ثابت کی سرکردگی میں، اور انہوں نے تمام قرآن جو اس وقت لوگوں کے پاس تھے، سارا قرآن مسجد نبوی میں جمع کیا۔</w:t>
      </w:r>
    </w:p>
    <w:p>
      <w:r>
        <w:rPr>
          <w:b/>
        </w:rPr>
        <w:t xml:space="preserve">[24:06] </w:t>
      </w:r>
      <w:r>
        <w:t>aur phir un saare quran ko jo written quran tha, us ko, jo memory mein quran tha, us se checking hui, jis ko double checking bola.</w:t>
      </w:r>
    </w:p>
    <w:p>
      <w:pPr>
        <w:jc w:val="right"/>
      </w:pPr>
      <w:r>
        <w:t>اور پھر ان سارے قرآن کو جو ریٹن قرآن تھا، اس کو، جو میموری میں قرآن تھا، اس سے چیکنگ ہوئی، جس کو ڈبل چیکنگ بولا۔</w:t>
      </w:r>
    </w:p>
    <w:p>
      <w:r>
        <w:rPr>
          <w:b/>
        </w:rPr>
        <w:t xml:space="preserve">[24:17] </w:t>
      </w:r>
      <w:r>
        <w:t>ek french writer ne, orientalist ne kaha us ko double checking system. to is tarah se double checking hui aur bohat hi zabardast tarah se ehtimam ke sath is par kaam kiya gaya, kyunke hazrat zaid ibn sabat woh the jinhon har waqt rasool allah ki sohbat mein rehte the.</w:t>
      </w:r>
    </w:p>
    <w:p>
      <w:pPr>
        <w:jc w:val="right"/>
      </w:pPr>
      <w:r>
        <w:t>ایک فرنچ رائٹر نے، اورینٹلسٹ نے کہا اس کو ڈبل چیکنگ سسٹم۔ تو اس طریقے سے ڈبل چیکنگ ہوئی اور بہت ہی زبردست طریقے سے اہتمام کے ساتھ اس پر کام کیا گیا، کیونکہ حضرت زید ابن ثابت وہ تھے جنہوں ہر وقت رسول اللہ کی صحبت میں رہتے تھے۔</w:t>
      </w:r>
    </w:p>
    <w:p>
      <w:r>
        <w:rPr>
          <w:b/>
        </w:rPr>
        <w:t xml:space="preserve">[24:36] </w:t>
      </w:r>
      <w:r>
        <w:t>to phir ek size ka kaghaz,</w:t>
      </w:r>
    </w:p>
    <w:p>
      <w:pPr>
        <w:jc w:val="right"/>
      </w:pPr>
      <w:r>
        <w:t>تو پھر ایک سائز کا کاغذ،</w:t>
      </w:r>
    </w:p>
    <w:p>
      <w:r>
        <w:rPr>
          <w:b/>
        </w:rPr>
        <w:t xml:space="preserve">[24:42] </w:t>
      </w:r>
      <w:r>
        <w:t>jis ko woh chokor tha, to isi liye is quran ko jo tayyar kiya gaya aur us ko ek volume mein bana diya gaya, to us ko ruba' kehte the.</w:t>
      </w:r>
    </w:p>
    <w:p>
      <w:pPr>
        <w:jc w:val="right"/>
      </w:pPr>
      <w:r>
        <w:t>جس کو وہ چوکور تھا، تو اسی لیے اس قرآن کو جو تیار کیا گیا اور اس کو ایک والیوم میں بنا دیا گیا، تو اس کو رباع کہتے تھے۔</w:t>
      </w:r>
    </w:p>
    <w:p>
      <w:r>
        <w:rPr>
          <w:b/>
        </w:rPr>
        <w:t xml:space="preserve">[24:54] </w:t>
      </w:r>
      <w:r>
        <w:t>woh chokor tha, woh aap mobile mein us ki image aap dekh sakte hain, jo hazrat usman ne jo mushaf banaya tha, to us ki image hai mobile mein.</w:t>
      </w:r>
    </w:p>
    <w:p>
      <w:pPr>
        <w:jc w:val="right"/>
      </w:pPr>
      <w:r>
        <w:t>وہ چوکور تھا، وہ آپ موبائل میں اس کی امیج آپ دیکھ سکتے ہیں، جو حضرت عثمان نے جو مصحف بنایا تھا، تو اس کی امیج ہے موبائل میں۔</w:t>
      </w:r>
    </w:p>
    <w:p>
      <w:r>
        <w:rPr>
          <w:b/>
        </w:rPr>
        <w:t xml:space="preserve">[25:06] </w:t>
      </w:r>
      <w:r>
        <w:t>to phir us waqt waqti tor par yeh sara masla hal ho gaya, quran ek jild ki soorat</w:t>
      </w:r>
    </w:p>
    <w:p>
      <w:pPr>
        <w:jc w:val="right"/>
      </w:pPr>
      <w:r>
        <w:t>تو پھر اس وقت وقتی طور پر یہ سارا مسئلہ حل ہو گیا، قرآن ایک جلد کی صورت</w:t>
      </w:r>
    </w:p>
    <w:p>
      <w:r>
        <w:rPr>
          <w:b/>
        </w:rPr>
        <w:t xml:space="preserve">[25:11] </w:t>
      </w:r>
      <w:r>
        <w:t>mein mehfooz ho gaya.</w:t>
      </w:r>
    </w:p>
    <w:p>
      <w:pPr>
        <w:jc w:val="right"/>
      </w:pPr>
      <w:r>
        <w:t>میں محفوظ ہو گیا۔</w:t>
      </w:r>
    </w:p>
    <w:p>
      <w:r>
        <w:rPr>
          <w:b/>
        </w:rPr>
        <w:t xml:space="preserve">[25:13] </w:t>
      </w:r>
      <w:r>
        <w:t>lekin doosra masla yeh tha ke qirat ka farq aur kitabt ka farq, kyunke is zamane mein ek</w:t>
      </w:r>
    </w:p>
    <w:p>
      <w:pPr>
        <w:jc w:val="right"/>
      </w:pPr>
      <w:r>
        <w:t>لیکن دوسرا مسئلہ یہ تھا کہ قرأت کا فرق اور کتابت کا فرق، کیونکہ اس زمانے میں ایک</w:t>
      </w:r>
    </w:p>
    <w:p>
      <w:r>
        <w:rPr>
          <w:b/>
        </w:rPr>
        <w:t xml:space="preserve">[25:20] </w:t>
      </w:r>
      <w:r>
        <w:t>to sab se pehle to khud arbon mein kai lehjay alag alag thay, qabail alag alag thay, aur</w:t>
      </w:r>
    </w:p>
    <w:p>
      <w:pPr>
        <w:jc w:val="right"/>
      </w:pPr>
      <w:r>
        <w:t>تو سب سے پہلے تو خود عربوں میں کئی لہجے الگ الگ تھے، قبائل الگ الگ تھے، اور</w:t>
      </w:r>
    </w:p>
    <w:p>
      <w:r>
        <w:rPr>
          <w:b/>
        </w:rPr>
        <w:t xml:space="preserve">[25:29] </w:t>
      </w:r>
      <w:r>
        <w:t>baad mein jab ke islam bohat phail gaya, bohat converts aa gaye, un ki apni zaban maadri nahi</w:t>
      </w:r>
    </w:p>
    <w:p>
      <w:pPr>
        <w:jc w:val="right"/>
      </w:pPr>
      <w:r>
        <w:t>بعد میں جب کہ اسلام بہت پھیل گیا، بہت کنورٹس آ گئے، ان کی اپنی زبان مادری نہیں</w:t>
      </w:r>
    </w:p>
    <w:p>
      <w:r>
        <w:rPr>
          <w:b/>
        </w:rPr>
        <w:t xml:space="preserve">[25:35] </w:t>
      </w:r>
      <w:r>
        <w:t>thi, un ka lehja alag alag tha, to is ki wajah se log alag alag tarike se parhne</w:t>
      </w:r>
    </w:p>
    <w:p>
      <w:pPr>
        <w:jc w:val="right"/>
      </w:pPr>
      <w:r>
        <w:t>تھی، ان کا لہجہ الگ الگ تھا، تو اس کی وجہ سے لوگ الگ الگ طریقے سے پڑھنے</w:t>
      </w:r>
    </w:p>
    <w:p>
      <w:r>
        <w:rPr>
          <w:b/>
        </w:rPr>
        <w:t xml:space="preserve">[25:40] </w:t>
      </w:r>
      <w:r>
        <w:t>lagay.</w:t>
      </w:r>
    </w:p>
    <w:p>
      <w:pPr>
        <w:jc w:val="right"/>
      </w:pPr>
      <w:r>
        <w:t>لگے۔</w:t>
      </w:r>
    </w:p>
    <w:p>
      <w:r>
        <w:rPr>
          <w:b/>
        </w:rPr>
        <w:t xml:space="preserve">[25:41] </w:t>
      </w:r>
      <w:r>
        <w:t>to parhne mein to yeh tha ke parhenge to koi baat nahi, woh samajh lenge wohi jo samajh jo hai, us ke mani. lekin agar wohi alag alag is ko likh diya jaye, alag alag qiraat ke sath, alag alag hijje ke sath, to woh kuch ka kuch mani ban jata.</w:t>
      </w:r>
    </w:p>
    <w:p>
      <w:pPr>
        <w:jc w:val="right"/>
      </w:pPr>
      <w:r>
        <w:t>تو پڑھنے میں تو یہ تھا کہ پڑھیں گے تو کوئی بات نہیں، وہ سمجھ لیں گے وہی جو سمجھ جو ہے، اس کے معنی۔ لیکن اگر وہی الگ الگ اس کو لکھ دیا جائے، الگ الگ قرأت کے ساتھ، الگ الگ ہجے کے ساتھ، تو وہ کچھ کا کچھ معنی بن جاتا۔</w:t>
      </w:r>
    </w:p>
    <w:p>
      <w:r>
        <w:rPr>
          <w:b/>
        </w:rPr>
        <w:t xml:space="preserve">[25:57] </w:t>
      </w:r>
      <w:r>
        <w:t>jaise arab hain, woh h nahi bolte, hatta ko ata bolte the, arab j nahi bolte, jaise indra gandhi hai, to indra gandhi bolenge.</w:t>
      </w:r>
    </w:p>
    <w:p>
      <w:pPr>
        <w:jc w:val="right"/>
      </w:pPr>
      <w:r>
        <w:t>جیسے عرب ہیں، وہ ایچ نہیں بولتے، حتیٰ کو عطا بولتے تھے، عرب جی نہیں بولتے، جیسے اندرا گاندھی ہے، تو اندرا گاندھی بولیں گے۔</w:t>
      </w:r>
    </w:p>
    <w:p>
      <w:r>
        <w:rPr>
          <w:b/>
        </w:rPr>
        <w:t xml:space="preserve">[26:08] </w:t>
      </w:r>
      <w:r>
        <w:t>to aur woh log jo hain, malik-e-yaum-id-din ko, mulk-e-yaum-id-din, alag alag jo tribes the, alag alag log the, un ka lehje alag alag the.</w:t>
      </w:r>
    </w:p>
    <w:p>
      <w:pPr>
        <w:jc w:val="right"/>
      </w:pPr>
      <w:r>
        <w:t>تو اور وہ لوگ جو ہیں، مالک یوم الدین کو، ملک یوم الدین، الگ الگ جو ٹرائبس تھے، الگ الگ لوگ تھے، ان کا لہجے الگ الگ تھے۔</w:t>
      </w:r>
    </w:p>
    <w:p>
      <w:r>
        <w:rPr>
          <w:b/>
        </w:rPr>
        <w:t xml:space="preserve">[26:22] </w:t>
      </w:r>
      <w:r>
        <w:t>to phir wohi ikhtilafat hone lagay. ab jo woh kitaab hoti hai, secret book, us mein ikhtilafat to bohat jhagray ki baat ho jati hai.</w:t>
      </w:r>
    </w:p>
    <w:p>
      <w:pPr>
        <w:jc w:val="right"/>
      </w:pPr>
      <w:r>
        <w:t>تو پھر وہی اختلافات ہونے لگے۔ اب جو وہ کتاب ہوتی ہے، سیکرٹ بک، اس میں اختلافات تو بہت جھگڑے کی بات ہو جاتی ہے۔</w:t>
      </w:r>
    </w:p>
    <w:p>
      <w:r>
        <w:rPr>
          <w:b/>
        </w:rPr>
        <w:t xml:space="preserve">[26:32] </w:t>
      </w:r>
      <w:r>
        <w:t>to poore poore tamam groups ban jate hain aur phir sects ban jate hain. to phir hazrat umar ne kaha ke phir kuch karna hoga.</w:t>
      </w:r>
    </w:p>
    <w:p>
      <w:pPr>
        <w:jc w:val="right"/>
      </w:pPr>
      <w:r>
        <w:t>تو پورے پورے تمام گروپس بن جاتے ہیں اور پھر سیکٹس بن جاتے ہیں۔ تو پھر حضرت عمر نے کہا کہ پھر کچھ کرنا ہوگا۔</w:t>
      </w:r>
    </w:p>
    <w:p>
      <w:r>
        <w:rPr>
          <w:b/>
        </w:rPr>
        <w:t xml:space="preserve">[26:45] </w:t>
      </w:r>
      <w:r>
        <w:t>to phir yeh to is ke baad hazrat umar ne to abubakar ko mashwara diya tha, us waqt unhon ne tayyar kar liya, lekin woh ek hi jild banai thi.</w:t>
      </w:r>
    </w:p>
    <w:p>
      <w:pPr>
        <w:jc w:val="right"/>
      </w:pPr>
      <w:r>
        <w:t>تو پھر یہ تو اس کے بعد حضرت عمر نے تو ابوبکر کو مشورہ دیا تھا، اس وقت انہوں نے تیار کر لیا، لیکن وہ ایک ہی جلد بنائی تھی۔</w:t>
      </w:r>
    </w:p>
    <w:p>
      <w:r>
        <w:rPr>
          <w:b/>
        </w:rPr>
        <w:t xml:space="preserve">[26:56] </w:t>
      </w:r>
      <w:r>
        <w:t>to log yeh samajhte hain ke quran bohat baad mein collect hua, aisa nahi tha. quran rasool allah sal-lal-lahu alaihi wa-sal-lam ke zamane mein, jaise ke maulana ne azmat-e-quran mein bohat detail mein likha hai, to rasool allah sal-lal-lahu alaihi wa-sal-lam ke zamane hi mein poora quran mehfooz ho gaya tha.</w:t>
      </w:r>
    </w:p>
    <w:p>
      <w:pPr>
        <w:jc w:val="right"/>
      </w:pPr>
      <w:r>
        <w:t>تو لوگ یہ سمجھتے ہیں کہ قرآن بہت بعد میں کلیکٹ ہوا، ایسا نہیں تھا۔ قرآن رسول اللہ صلی اللہ علیہ وسلم کے زمانے میں، جیسے کہ مولانا نے عظمت قرآن میں بہت ڈیٹیل میں لکھا ہے، تو رسول اللہ صلی اللہ علیہ وسلم کے زمانے ہی میں پورا قرآن محفوظ ہو گیا تھا۔</w:t>
      </w:r>
    </w:p>
    <w:p>
      <w:r>
        <w:rPr>
          <w:b/>
        </w:rPr>
        <w:t xml:space="preserve">[27:15] </w:t>
      </w:r>
      <w:r>
        <w:t>bas yeh samajh lijiye ke paron paron ki shakal mein tha, ek jild mein nahi tha. to hazrat abubakar ke zamane mein woh jild ki shakal mein mehfooz ho gaya.</w:t>
      </w:r>
    </w:p>
    <w:p>
      <w:pPr>
        <w:jc w:val="right"/>
      </w:pPr>
      <w:r>
        <w:t>بس یہ سمجھ لیجئے کہ پاروں پاروں کی شکل میں تھا، ایک جلد میں نہیں تھا۔ تو حضرت ابوبکر کے زمانے میں وہ جلد کی شکل میں محفوظ ہو گیا۔</w:t>
      </w:r>
    </w:p>
    <w:p>
      <w:r>
        <w:rPr>
          <w:b/>
        </w:rPr>
        <w:t xml:space="preserve">[27:25] </w:t>
      </w:r>
      <w:r>
        <w:t>phir log samajhte hain ke hazrat usman ke zamane mein quran mehfooz hua hai, aisa nahi hai. hazrat usman ke zamane mein jo kaam hua hai, woh us ki copyan banai gayin, kyunke abhi jo quran hua tha, hazrat abubakar ke zamane mein, hazrat abubakar ne apne paas rakha.</w:t>
      </w:r>
    </w:p>
    <w:p>
      <w:pPr>
        <w:jc w:val="right"/>
      </w:pPr>
      <w:r>
        <w:t>پھر لوگ سمجھتے ہیں کہ حضرت عثمان کے زمانے میں قرآن محفوظ ہوا ہے، ایسا نہیں ہے۔ حضرت عثمان کے زمانے میں جو کام ہوا ہے، وہ اس کی کاپیاں بنائی گئیں، کیونکہ ابھی جو قرآن ہوا تھا، حضرت ابوبکر کے زمانے میں، حضرت ابوبکر نے اپنے پاس رکھا۔</w:t>
      </w:r>
    </w:p>
    <w:p>
      <w:r>
        <w:rPr>
          <w:b/>
        </w:rPr>
        <w:t xml:space="preserve">[27:41] </w:t>
      </w:r>
      <w:r>
        <w:t>phir us ke baad hazrat umar ki khilafat ke zamane mein woh copy hazrat umar ke paas gayi. phir hazrat umar ne hazrat hafsa bint umar, jo rasool allah ki zawja thin, un ke paas rakhwa diya.</w:t>
      </w:r>
    </w:p>
    <w:p>
      <w:pPr>
        <w:jc w:val="right"/>
      </w:pPr>
      <w:r>
        <w:t>پھر اس کے بعد حضرت عمر کی خلافت کے زمانے میں وہ کاپی حضرت عمر کے پاس گئی۔ پھر حضرت عمر نے حضرت حفصہ بنت عمر، جو رسول اللہ کی زوجہ تھیں، ان کے پاس رکھوا دیا۔</w:t>
      </w:r>
    </w:p>
    <w:p>
      <w:r>
        <w:rPr>
          <w:b/>
        </w:rPr>
        <w:t xml:space="preserve">[27:54] </w:t>
      </w:r>
      <w:r>
        <w:t>to ek hi copy thi, baqi logon ne jo copyan likhi hui thin, usi se kaam chal raha tha. to jab kitaabat ke yeh mamla badhta chala gaya, to phir ek sahabi ne hazrat usman se kaha ke yeh to bohat ikhtilafat ho rahe hain, to aap jo siddiq nuskhay hain,</w:t>
      </w:r>
    </w:p>
    <w:p>
      <w:pPr>
        <w:jc w:val="right"/>
      </w:pPr>
      <w:r>
        <w:t>تو ایک ہی کاپی تھی، باقی لوگوں نے جو کاپیاں لکھی ہوئی تھیں، اسی سے کام چل رہا تھا۔ تو جب کتابت کے یہ معاملہ بڑھتا چلا گیا، تو پھر ایک صحابی نے حضرت عثمان سے کہا کہ یہ تو بہت اختلافات ہو رہے ہیں، تو آپ جو صدیق نسخے ہیں،</w:t>
      </w:r>
    </w:p>
    <w:p>
      <w:r>
        <w:rPr>
          <w:b/>
        </w:rPr>
        <w:t xml:space="preserve">[28:16] </w:t>
      </w:r>
      <w:r>
        <w:t>nuskhah hai, us ki naqalain jo hain, woh quraish ke lehje par aap bana dijiye. achha, jo bhi copy bani thi, hazrat hazrat abubakar ke zamane mein bhi aur hazrat usman ke zamane mein bhi, to jo baqi saare scattered pieces the, mukhtalif cheezon par jo likh liye the logon ne, woh sab jala diye gaye.</w:t>
      </w:r>
    </w:p>
    <w:p>
      <w:pPr>
        <w:jc w:val="right"/>
      </w:pPr>
      <w:r>
        <w:t>نسخہ ہے، اس کی نقلیں جو ہیں، وہ قریش کے لہجے پر آپ بنا دیجئے۔ اچھا، جو بھی کاپی بنی تھی، حضرت حضرت ابوبکر کے زمانے میں بھی اور حضرت عثمان کے زمانے میں بھی، تو جو باقی سارے اسکٹرڈ پیسز تھے، مختلف چیزوں پر جو لکھ لیے تھے لوگوں نے، وہ سب جلا دیے گئے۔</w:t>
      </w:r>
    </w:p>
    <w:p>
      <w:r>
        <w:rPr>
          <w:b/>
        </w:rPr>
        <w:t xml:space="preserve">[28:38] </w:t>
      </w:r>
      <w:r>
        <w:t>ab is waqt to kisi ne kuch kaha nahi, ab aaj to hungama mach jayega, is liye jala diye gaye ke baad mein kuch ikhtilafat ki koi gunjaish hi na rahe.</w:t>
      </w:r>
    </w:p>
    <w:p>
      <w:pPr>
        <w:jc w:val="right"/>
      </w:pPr>
      <w:r>
        <w:t>اب اس وقت تو کسی نے کچھ کہا نہیں، اب آج تو ہنگامہ مچ جائے گا، اس لیے جلا دیے گئے کہ بعد میں کچھ اختلافات کی کوئی گنجائش ہی نہ رہے۔</w:t>
      </w:r>
    </w:p>
    <w:p>
      <w:r>
        <w:rPr>
          <w:b/>
        </w:rPr>
        <w:t xml:space="preserve">[28:49] </w:t>
      </w:r>
      <w:r>
        <w:t>to yeh ek misaal, jaise hum kehte hain people, ab jo asal hai people, ab bohat sare log is ko people bhi kehte hain.</w:t>
      </w:r>
    </w:p>
    <w:p>
      <w:pPr>
        <w:jc w:val="right"/>
      </w:pPr>
      <w:r>
        <w:t>تو یہ ایک مثال، جیسے ہم کہتے ہیں پیپل، اب جو اصل ہے پیپل، اب بہت سارے لوگ اس کو پیپل بھی کہتے ہیں۔</w:t>
      </w:r>
    </w:p>
    <w:p>
      <w:r>
        <w:rPr>
          <w:b/>
        </w:rPr>
        <w:t xml:space="preserve">[28:59] </w:t>
      </w:r>
      <w:r>
        <w:t>ab aise bolne mein to hum samajh lete hain ke woh people ke mani mein bol raha hai, lekin agar woh people likh le to people ke kai mani hote hain. people tree bhi hota hai, kai mani mein hota hai.</w:t>
      </w:r>
    </w:p>
    <w:p>
      <w:pPr>
        <w:jc w:val="right"/>
      </w:pPr>
      <w:r>
        <w:t>اب ایسے بولنے میں تو ہم سمجھ لیتے ہیں کہ وہ پیپل کے معنی میں بول رہا ہے، لیکن اگر وہ پیپل لکھ لے تو پیپل کے کئی معنی ہوتے ہیں۔ پیپل ٹری بھی ہوتا ہے، کئی معنی میں ہوتا ہے۔</w:t>
      </w:r>
    </w:p>
    <w:p>
      <w:r>
        <w:rPr>
          <w:b/>
        </w:rPr>
        <w:t xml:space="preserve">[29:09] </w:t>
      </w:r>
      <w:r>
        <w:t>to is tarah se yeh sari cheezain jo hain, bohat zyada barh gayin. to phir hazrat usman ne isi ki naqal, saat naqalain banwayin aur har province mein ek ek copy us ki bhej di gayi taake isi se naqal kiya jaye.</w:t>
      </w:r>
    </w:p>
    <w:p>
      <w:pPr>
        <w:jc w:val="right"/>
      </w:pPr>
      <w:r>
        <w:t>تو اس طریقے سے یہ ساری چیزیں جو ہیں، بہت زیادہ بڑھ گئیں۔ تو پھر حضرت عثمان نے اسی کی نقل، سات نقلیں بنوائیں اور ہر پروونس میں ایک ایک کاپی اس کی بھیج دی گئی تاکہ اسی سے نقل کیا جائے۔</w:t>
      </w:r>
    </w:p>
    <w:p>
      <w:r>
        <w:rPr>
          <w:b/>
        </w:rPr>
        <w:t xml:space="preserve">[29:28] </w:t>
      </w:r>
      <w:r>
        <w:t>phir isi, phir us ke baad yeh masla khatam hua. lekin baad mein phir unhon ne kaha bhi, harith muhasibi ek baray sufi the, unhon ne kaha hazrat usman jami-ul-quran nahi, yani quran ka collection un ke zamane mein nahi hua, balkeh unhon ne logon ko ek qiraat par jama kiya.</w:t>
      </w:r>
    </w:p>
    <w:p>
      <w:pPr>
        <w:jc w:val="right"/>
      </w:pPr>
      <w:r>
        <w:t>پھر اسی، پھر اس کے بعد یہ مسئلہ ختم ہوا۔ لیکن بعد میں پھر انہوں نے کہا بھی، حارث مہاسبی ایک بڑے صوفی تھے، انہوں نے کہا حضرت عثمان جامع قرآن نہیں، یعنی قرآن کا کلیکشن ان کے زمانے میں نہیں ہوا، بلکہ انہوں نے لوگوں کو ایک قرأت پر جمع کیا۔</w:t>
      </w:r>
    </w:p>
    <w:p>
      <w:r>
        <w:rPr>
          <w:b/>
        </w:rPr>
        <w:t xml:space="preserve">[29:52] </w:t>
      </w:r>
      <w:r>
        <w:t>to is tarah se bohat sari kaam hue aur is tarah se ikhtilafat khatam hue.</w:t>
      </w:r>
    </w:p>
    <w:p>
      <w:pPr>
        <w:jc w:val="right"/>
      </w:pPr>
      <w:r>
        <w:t>تو اس طریقے سے بہت ساری کام ہوئے اور اس طریقے سے اختلافات ختم ہوئے۔</w:t>
      </w:r>
    </w:p>
    <w:p>
      <w:r>
        <w:rPr>
          <w:b/>
        </w:rPr>
        <w:t xml:space="preserve">[30:02] </w:t>
      </w:r>
      <w:r>
        <w:t>log logon ke lehje mein to farq hota hi raha, lekin yeh farq khatm ho gaya ke written mein koi farq ho. bohat orientalist ne bohat is par kaam kiya aur dekha, unhon ne woh woh woh mushaf jo hazrat usman ne banaya tha, to us se woh available hai abhi bhi kuch museums mein.</w:t>
      </w:r>
    </w:p>
    <w:p>
      <w:pPr>
        <w:jc w:val="right"/>
      </w:pPr>
      <w:r>
        <w:t>لوگ لوگوں کے لہجے میں تو فرق ہوتا ہی رہا، لیکن یہ فرق ختم ہو گیا کہ ریٹن میں کوئی فرق ہو۔ بہت اورینٹلسٹ نے بہت اس پر کام کیا اور دیکھا، انہوں نے وہ وہ وہ مصحف جو حضرت عثمان نے بنایا تھا، تو اس سے وہ اویلیبل ہے ابھی بھی کچھ میوزیمز میں۔</w:t>
      </w:r>
    </w:p>
    <w:p>
      <w:r>
        <w:rPr>
          <w:b/>
        </w:rPr>
        <w:t xml:space="preserve">[30:24] </w:t>
      </w:r>
      <w:r>
        <w:t>to is se unhon ne tele kiya, aaj jo quran shaye hota hai, to kaha ke na koi comma, na koi full stop, koi bhi is mein change nahi hai.</w:t>
      </w:r>
    </w:p>
    <w:p>
      <w:pPr>
        <w:jc w:val="right"/>
      </w:pPr>
      <w:r>
        <w:t>تو اس سے انہوں نے ٹیلی کیا، آج جو قرآن شائع ہوتا ہے، تو کہا کہ نہ کوئی کاما، نہ کوئی فل سٹاپ، کوئی بھی اس میں چینج نہیں ہے۔</w:t>
      </w:r>
    </w:p>
    <w:p>
      <w:r>
        <w:rPr>
          <w:b/>
        </w:rPr>
        <w:t xml:space="preserve">[30:36] </w:t>
      </w:r>
      <w:r>
        <w:t>to kai orientalist ne kaha hai ke is mein se aik sir william muir hain, life of muhammad, unhon ne kaha hai ke yeh bohat hi ajeeb baat hai ke barah so baras pehle ka quran aur is mein aaj ke quran mein aik dam bilkul bhi koi change nahi hai.</w:t>
      </w:r>
    </w:p>
    <w:p>
      <w:pPr>
        <w:jc w:val="right"/>
      </w:pPr>
      <w:r>
        <w:t>تو کئی اورینٹلسٹ نے کہا ہے کہ اس میں سے ایک سر ولیم میور ہیں، لائف آف محمد، انہوں نے کہا ہے کہ یہ بہت ہی عجیب بات ہے کہ بارہ سو برس پہلے کا قرآن اور اس میں آج کے قرآن میں ایک دم بالکل بھی کوئی چینج نہیں ہے۔</w:t>
      </w:r>
    </w:p>
    <w:p>
      <w:r>
        <w:rPr>
          <w:b/>
        </w:rPr>
        <w:t xml:space="preserve">[30:55] </w:t>
      </w:r>
      <w:r>
        <w:t>lafz to bari baat hai, aik comma, full stop ka bhi change nahi hai. to unhon ne kaha ke itne ikhtilafat muslim community mein hue, firqa bandiyan huien, shia sunni ikhtilafat, itne hazaron hazar log mare gaye, lekin sab ka quran aik hai.</w:t>
      </w:r>
    </w:p>
    <w:p>
      <w:pPr>
        <w:jc w:val="right"/>
      </w:pPr>
      <w:r>
        <w:t>لفظ تو بڑی بات ہے، ایک کاما، فل سٹاپ کا بھی چینج نہیں ہے۔ تو انہوں نے کہا کہ اتنے اختلافات مسلم کمیونٹی میں ہوئے، فرقہ بندیاں ہوئیں، شیعہ سنی اختلافات، اتنے ہزاروں ہزار لوگ مارے گئے، لیکن سب کا قرآن ایک ہے۔</w:t>
      </w:r>
    </w:p>
    <w:p>
      <w:r>
        <w:rPr>
          <w:b/>
        </w:rPr>
        <w:t xml:space="preserve">[31:12] </w:t>
      </w:r>
      <w:r>
        <w:t>yeh bohat hi ajeeb baat hai. to jab Allah taala ne quran ki hifazat ka zimma le liya, to ab kon is ko woh kar sakta hai?</w:t>
      </w:r>
    </w:p>
    <w:p>
      <w:pPr>
        <w:jc w:val="right"/>
      </w:pPr>
      <w:r>
        <w:t>یہ بہت ہی عجیب بات ہے۔ تو جب اللہ تعالیٰ نے قرآن کی حفاظت کا ذمہ لے لیا، تو اب کون اس کو وہ کر سکتا ہے؟</w:t>
      </w:r>
    </w:p>
    <w:p>
      <w:r>
        <w:rPr>
          <w:b/>
        </w:rPr>
        <w:t xml:space="preserve">[31:20] </w:t>
      </w:r>
      <w:r>
        <w:t>is mein koi change kon la sakta hai? to aaj aisi koi bhi kitab poori duniya mein nahi hai jis mein ke jo original orientalist ya non muslims to yeh mante hain ke jo kitab muhammad ne yeh keh kar di thi ke yeh Allah ki taraf se utri hai, to yeh wohi kitab hai, is mein koi tabdeeli nahi hui hai.</w:t>
      </w:r>
    </w:p>
    <w:p>
      <w:pPr>
        <w:jc w:val="right"/>
      </w:pPr>
      <w:r>
        <w:t>اس میں کوئی چینج کون لا سکتا ہے؟ تو آج ایسی کوئی بھی کتاب پوری دنیا میں نہیں ہے جس میں کہ جو اوریجنل اورینٹلسٹ یا نان مسلمز تو یہ مانتے ہیں کہ جو کتاب محمد نے یہ کہہ کر دی تھی کہ یہ اللہ کی طرف سے اتری ہے، تو یہ وہی کتاب ہے، اس میں کوئی تبدیلی نہیں ہوئی ہے۔</w:t>
      </w:r>
    </w:p>
    <w:p>
      <w:r>
        <w:rPr>
          <w:b/>
        </w:rPr>
        <w:t xml:space="preserve">[31:41] </w:t>
      </w:r>
      <w:r>
        <w:t>hum musalman yeh mante hain ke jo kitab Allah ne di thi, wohi rasool Allah salallaho alaihi wasallam ne apni qaum ko yeh keh kar diya ke yeh Allah ki taraf se hai.</w:t>
      </w:r>
    </w:p>
    <w:p>
      <w:pPr>
        <w:jc w:val="right"/>
      </w:pPr>
      <w:r>
        <w:t>ہم مسلمان یہ مانتے ہیں کہ جو کتاب اللہ نے دی تھی، وہی رسول اللہ صلی اللہ علیہ وسلم نے اپنی قوم کو یہ کہہ کر دیا کہ یہ اللہ کی طرف سے ہے۔</w:t>
      </w:r>
    </w:p>
    <w:p>
      <w:r>
        <w:rPr>
          <w:b/>
        </w:rPr>
        <w:t xml:space="preserve">[31:51] </w:t>
      </w:r>
      <w:r>
        <w:t>jo bhi rasool ne kitab di, woh aaj tak poori tarah se woh mehfooz hai, is mein zara bhi koi tabdeeli nahi aayi hai.</w:t>
      </w:r>
    </w:p>
    <w:p>
      <w:pPr>
        <w:jc w:val="right"/>
      </w:pPr>
      <w:r>
        <w:t>جو بھی رسول نے کتاب دی، وہ آج تک پوری طریقے سے وہ محفوظ ہے، اس میں ذرا بھی کوئی تبدیلی نہیں آئی ہے۔</w:t>
      </w:r>
    </w:p>
    <w:p>
      <w:r>
        <w:rPr>
          <w:b/>
        </w:rPr>
        <w:t xml:space="preserve">[32:13] </w:t>
      </w:r>
      <w:r>
        <w:t>jazak Allah, apa!</w:t>
      </w:r>
    </w:p>
    <w:p>
      <w:pPr>
        <w:jc w:val="right"/>
      </w:pPr>
      <w:r>
        <w:t>جزاک اللہ، آپا!</w:t>
      </w:r>
    </w:p>
    <w:p>
      <w:r>
        <w:rPr>
          <w:b/>
        </w:rPr>
        <w:t xml:space="preserve">[32:14] </w:t>
      </w:r>
      <w:r>
        <w:t>so, we will now take some comments and questions. i request everyone to also mention their location when they post their questions in comments.</w:t>
      </w:r>
    </w:p>
    <w:p>
      <w:pPr>
        <w:jc w:val="right"/>
      </w:pPr>
      <w:r>
        <w:t>سو، وی ویل ناؤ ٹیک سم کمنٹس اینڈ کوئسچنز۔ آئی ریکویسٹ ایوری ون ٹو السو مینشن دیر لوکیشن وین دس پوسٹ دیر کوئسچنز ان کمنٹس۔</w:t>
      </w:r>
    </w:p>
    <w:p>
      <w:r>
        <w:rPr>
          <w:b/>
        </w:rPr>
        <w:t xml:space="preserve">[32:25] </w:t>
      </w:r>
      <w:r>
        <w:t>apa, yeh comment bheja hai professor najma siddiqui ne gurgaon se. unhon ne likha hai: "great and very meaningful explanation of the process of preservation of quran." jazak Allah</w:t>
      </w:r>
    </w:p>
    <w:p>
      <w:pPr>
        <w:jc w:val="right"/>
      </w:pPr>
      <w:r>
        <w:t>آپا، یہ کمنٹ بھیجا ہے پروفیسر نجمہ صدیقی نے گڑگاؤں سے۔ انہوں نے لکھا ہے: "گریٹ اینڈ ویری میننگ فل ایکسپلینیشن اف دی پروسیس اف پریزرویشن اف قرآن۔" جزاک اللہ</w:t>
      </w:r>
    </w:p>
    <w:p>
      <w:r>
        <w:rPr>
          <w:b/>
        </w:rPr>
        <w:t xml:space="preserve">[32:42] </w:t>
      </w:r>
      <w:r>
        <w:t>irfan khan sahib ne hyderabad se likha hai: "very valuable information." jazak Allah! apa, kuch sawal lena chahunga.</w:t>
      </w:r>
    </w:p>
    <w:p>
      <w:pPr>
        <w:jc w:val="right"/>
      </w:pPr>
      <w:r>
        <w:t>! عرفان خان صاحب نے حیدرآباد سے لکھا ہے: "ویری ویلیوبل انفارمیشن۔" جزاک اللہ! آپا، کچھ سوال لینا چاہوں گا۔</w:t>
      </w:r>
    </w:p>
    <w:p>
      <w:r>
        <w:rPr>
          <w:b/>
        </w:rPr>
        <w:t xml:space="preserve">[32:51] </w:t>
      </w:r>
      <w:r>
        <w:t>yeh sawal merit se aaya hai, miss zeba ne kiya hai aur unhon ne poocha hai: "why did god take responsibility for the preservation of the quran while other books of revelations were left to be preserved by its followers?</w:t>
      </w:r>
    </w:p>
    <w:p>
      <w:pPr>
        <w:jc w:val="right"/>
      </w:pPr>
      <w:r>
        <w:t>یہ سوال میرٹ سے آیا ہے، مس زیبہ نے کیا ہے اور انہوں نے پوچھا ہے: "وائی ڈیڈ گاڈ ٹیک رسپانسبیلٹی فار دی پریزرویشن اف دا قرآن وائل ادر بکس اف ریولیشنز وار لیفٹ ٹو بی پریزروڈ بائے اٹس فالوورز؟</w:t>
      </w:r>
    </w:p>
    <w:p>
      <w:r>
        <w:rPr>
          <w:b/>
        </w:rPr>
        <w:t xml:space="preserve">[33:09] </w:t>
      </w:r>
      <w:r>
        <w:t>what is the reason behind it?" asal mein Allah taala chahte hain aik to test ka parda baqi rahe, doosre yeh ke insaan ko is ka reward milay.</w:t>
      </w:r>
    </w:p>
    <w:p>
      <w:pPr>
        <w:jc w:val="right"/>
      </w:pPr>
      <w:r>
        <w:t>واٹ از دا ریزن بیہائنڈ اٹ؟" اصل میں اللہ تعالیٰ چاہتے ہیں ایک تو ٹیسٹ کا پردہ باقی رہے، دوسرے یہ کہ انسان کو ان اس کا ریوارڈ ملے۔</w:t>
      </w:r>
    </w:p>
    <w:p>
      <w:r>
        <w:rPr>
          <w:b/>
        </w:rPr>
        <w:t xml:space="preserve">[33:25] </w:t>
      </w:r>
      <w:r>
        <w:t>jab insaan is ki hifazat karta to us ko is ka reward bohat bara reward milta. to Allah taala chahte hain ke insaan ko har mauqa diya jaye us ko aik rewardable act banane ke liye.</w:t>
      </w:r>
    </w:p>
    <w:p>
      <w:pPr>
        <w:jc w:val="right"/>
      </w:pPr>
      <w:r>
        <w:t>جب انسان اس کی حفاظت کرتا تو اس کو اس کا ریوارڈ بہت بڑا ریوارڈ ملتا۔ تو اللہ تعالیٰ چاہتے ہیں کہ انسان کو کو ہر موقع دیا جائے اس کو ایک ریوارڈیبل ایکٹ بنانے کے لیے۔</w:t>
      </w:r>
    </w:p>
    <w:p>
      <w:r>
        <w:rPr>
          <w:b/>
        </w:rPr>
        <w:t xml:space="preserve">[33:39] </w:t>
      </w:r>
      <w:r>
        <w:t>to Allah ne poori koshish ki, hazaron peghamabar bheje, lekin lekin insaan jo hai woh preserve nahi kar saka.</w:t>
      </w:r>
    </w:p>
    <w:p>
      <w:pPr>
        <w:jc w:val="right"/>
      </w:pPr>
      <w:r>
        <w:t>تو اللہ نے پوری کوشش کی، ہزاروں پیغمبر بھیجے، لیکن لیکن انسان جو ہے وہ پریزرو نہیں کر سکا۔</w:t>
      </w:r>
    </w:p>
    <w:p>
      <w:r>
        <w:rPr>
          <w:b/>
        </w:rPr>
        <w:t xml:space="preserve">[33:51] </w:t>
      </w:r>
      <w:r>
        <w:t>to phir Allah ne socha ke aik aakhri peghamabar bhej diya jaye, kyunke dekhein jab peghamabar aata tha aur peghamabar ki baat log nahi mante the, us ko humiliate karte the, us ko reject karte the, us ko phansi pe charhate the, to Allah taala ka ghazab bhadakta tha aur azab aata tha.</w:t>
      </w:r>
    </w:p>
    <w:p>
      <w:pPr>
        <w:jc w:val="right"/>
      </w:pPr>
      <w:r>
        <w:t>تو پھر اللہ نے سوچا کہ ایک آخری پیغمبر بھیج دیا جائے، کیونکہ دیکھیں جب پیغمبر آتا تھا اور پیغمبر کی بات لوگ نہیں مانتے تھے، اس کو ہیومیلیٹ کرتے تھے، اس کو ریجیکٹ کرتے تھے، اس کو پھانسی پہ چڑھاتے تھے، تو اللہ تعالیٰ کا غضب بھڑکتا تھا اور عذاب آتا تھا۔</w:t>
      </w:r>
    </w:p>
    <w:p>
      <w:r>
        <w:rPr>
          <w:b/>
        </w:rPr>
        <w:t xml:space="preserve">[34:12] </w:t>
      </w:r>
      <w:r>
        <w:t>is ki wajah se kya hota tha ke jo civilization banni thi yahan par, woh musalsal is ka khatma ho jata. aik qaum hoti hai, mehnat karti hai, so baras ke baad kuch taraqqi aur development ke kaam hote hain, phir azab aata tha, khatam ho jata tha.</w:t>
      </w:r>
    </w:p>
    <w:p>
      <w:pPr>
        <w:jc w:val="right"/>
      </w:pPr>
      <w:r>
        <w:t>اس کی وجہ سے کیا ہوتا تھا کہ جو سویلائزیشن بننی تھی یہاں پر، وہ مسلسل اس کا خاتمہ ہو جاتا۔ ایک قوم ہوتی ہے، محنت کرتی ہے، سو برس کے بعد کچھ ترقی اور ڈیولپمنٹ کے کام ہوتے ہیں، پھر عذاب آتا تھا، ختم ہو جاتا تھا۔</w:t>
      </w:r>
    </w:p>
    <w:p>
      <w:r>
        <w:rPr>
          <w:b/>
        </w:rPr>
        <w:t xml:space="preserve">[34:29] </w:t>
      </w:r>
      <w:r>
        <w:t>to Allah taala ne chaha ke aik aik civilization bane, kyunke tamam jo cheezein Allah ne is dunya mein rakhi hain, is ki discoveries karne se, us ko istemal karne se hum ko khuda ki marifat hoti hai.</w:t>
      </w:r>
    </w:p>
    <w:p>
      <w:pPr>
        <w:jc w:val="right"/>
      </w:pPr>
      <w:r>
        <w:t>تو اللہ تعالیٰ نے چاہا کہ ایک ایک سویلائزیشن بنے، کیونکہ تمام جو چیزیں اللہ نے اس دنیا میں رکھی ہیں، اس کی ڈسکوریز کرنے سے، اس کو استعمال کرنے سے ہم کو خدا کی معرفت ہوتی ہے۔</w:t>
      </w:r>
    </w:p>
    <w:p>
      <w:r>
        <w:rPr>
          <w:b/>
        </w:rPr>
        <w:t xml:space="preserve">[34:43] </w:t>
      </w:r>
      <w:r>
        <w:t>to marifat ka mauqa hi nahi mil raha tha, kyunke kuch kaam ho hi nahi raha tha. to Allah taala ne yeh plan banaya ke aik aakhri peghamabar bhej diya jaye aur us ki kitab mehfooz kar diya jaye taake yeh jo tha azab aane wala silsila khatam ho jaye.</w:t>
      </w:r>
    </w:p>
    <w:p>
      <w:pPr>
        <w:jc w:val="right"/>
      </w:pPr>
      <w:r>
        <w:t>تو معرفت کا موقع ہی نہیں مل رہا تھا، کیونکہ کچھ کام ہو ہی نہیں رہا تھا۔ تو اللہ تعالیٰ نے یہ پلان بنایا کہ ایک آخری پیغمبر بھیج دیا جائے اور اس کی کتاب محفوظ کر دیا جائے تاکہ یہ جو تھا عذاب آنے والا سلسلہ ختم ہو جائے۔</w:t>
      </w:r>
    </w:p>
    <w:p>
      <w:r>
        <w:rPr>
          <w:b/>
        </w:rPr>
        <w:t xml:space="preserve">[35:00] </w:t>
      </w:r>
      <w:r>
        <w:t>is ke baad se dekhein, koi aisa azab nahi aaya jis se tamam log destroy ho jayein, poori civilization destroy ho jaye, jaise hazrat nooh ke zamane mein hua.</w:t>
      </w:r>
    </w:p>
    <w:p>
      <w:pPr>
        <w:jc w:val="right"/>
      </w:pPr>
      <w:r>
        <w:t>اس کے بعد سے دیکھیں، کوئی ایسا عذاب نہیں آیا جس سے تمام لوگ ڈسٹرائے ہو جائیں، پوری سویلائزیشن ڈسٹرائے ہو جائے، جیسے حضرت نوح کے زمانے میں ہوا۔</w:t>
      </w:r>
    </w:p>
    <w:p>
      <w:r>
        <w:rPr>
          <w:b/>
        </w:rPr>
        <w:t xml:space="preserve">[35:11] </w:t>
      </w:r>
      <w:r>
        <w:t>flood se poori dunya jo abad dunya thi, woh destroy ho gayi. to yeh Allah taala ki rehmat thi. Allah ne dekha ke jab insaan yeh kaam nahi kar sake ga to Allah taala ne hifazat apne zimme le li aur is ke baad insaan ko mauqa mil gaya.</w:t>
      </w:r>
    </w:p>
    <w:p>
      <w:pPr>
        <w:jc w:val="right"/>
      </w:pPr>
      <w:r>
        <w:t>فلٹ سے پوری دنیا جو آباد دنیا تھی، وہ ڈسٹرائے ہو گئی۔ تو یہ اللہ تعالیٰ کی رحمت تھی۔ اللہ نے دیکھا کہ جب انسان یہ کام نہیں کر سکے گا تو اللہ تعالیٰ نے حفاظت اپنے ذمے لے لی اور اس کے بعد انسان کو موقع مل گیا۔</w:t>
      </w:r>
    </w:p>
    <w:p>
      <w:r>
        <w:rPr>
          <w:b/>
        </w:rPr>
        <w:t xml:space="preserve">[35:27] </w:t>
      </w:r>
      <w:r>
        <w:t>bohat bar insaan aur is par khuda ke rastay par nahi chalta hai, ab woh matan mein kuch nahi kar saka to tafsir mein karne laga, lekin phir bhi Allah taala ne mehlat di hui hai.</w:t>
      </w:r>
    </w:p>
    <w:p>
      <w:pPr>
        <w:jc w:val="right"/>
      </w:pPr>
      <w:r>
        <w:t>بہت بار انسان اور اس پر خدا کے راستے پر نہیں چلتا ہے، اب وہ متن میں کچھ نہیں کر سکا تو تفسیر میں کرنے لگا، لیکن پھر بھی اللہ تعالیٰ نے مہلت دی ہوئی ہے۔</w:t>
      </w:r>
    </w:p>
    <w:p>
      <w:r>
        <w:rPr>
          <w:b/>
        </w:rPr>
        <w:t xml:space="preserve">[35:39] </w:t>
      </w:r>
      <w:r>
        <w:t>ab aakhri bar Allah taala qayamat hi mein pakrein ge insaan ko. dunya mein us ko mehlat mili hui hai ke woh khuda ki kitab par chalta hai ya nahi chalta hai.</w:t>
      </w:r>
    </w:p>
    <w:p>
      <w:pPr>
        <w:jc w:val="right"/>
      </w:pPr>
      <w:r>
        <w:t>اب آخری بار اللہ تعالیٰ قیامت ہی میں پکڑیں گے انسان کو۔ دنیا میں اس کو مہلت ملی ہوئی ہے کہ وہ خدا کی کتاب پر چلتا ہے یا نہیں چلتا ہے۔</w:t>
      </w:r>
    </w:p>
    <w:p>
      <w:r>
        <w:rPr>
          <w:b/>
        </w:rPr>
        <w:t xml:space="preserve">[35:49] </w:t>
      </w:r>
      <w:r>
        <w:t>woh aik us ko ijazat mili hui hai. to isi liye Allah taala ne is ki hifazat apne zimme le li.</w:t>
      </w:r>
    </w:p>
    <w:p>
      <w:pPr>
        <w:jc w:val="right"/>
      </w:pPr>
      <w:r>
        <w:t>وہ ایک اس کو اجازت ملی ہوئی ہے۔ تو اسی لیے اللہ تعالیٰ نے اس کی حفاظت اپنے ذمے لے لی۔</w:t>
      </w:r>
    </w:p>
    <w:p>
      <w:r>
        <w:rPr>
          <w:b/>
        </w:rPr>
        <w:t xml:space="preserve">[36:03] </w:t>
      </w:r>
      <w:r>
        <w:t>mis sufia akhtar ne comment bheja hai. unhon ne location hi likhi hai. un ka comment hai: "quran ki hifazat ka pura safar sunne ke baad allah ki azmat ka shadeed ehsas hua." jazak allah khair, apa</w:t>
      </w:r>
    </w:p>
    <w:p>
      <w:pPr>
        <w:jc w:val="right"/>
      </w:pPr>
      <w:r>
        <w:t>مس صوفیہ اختر نے کمنٹ بھیجا ہے۔ انہوں نے لوکیشن ہی لکھی ہے۔ ان کا کمنٹ ہے: "قرآن کی حفاظت کا پورا سفر سننے کے بعد اللہ کی عظمت کا شدید احساس ہوا۔" جزاک اللہ خیر، آپا</w:t>
      </w:r>
    </w:p>
    <w:p>
      <w:r>
        <w:rPr>
          <w:b/>
        </w:rPr>
        <w:t xml:space="preserve">[36:19] </w:t>
      </w:r>
      <w:r>
        <w:t>! apa, agla sawal lucknow se hai. qasim sahab ne bheja hai. unhon ne likha hai: "god has taken responsibility to preserve the quran.</w:t>
      </w:r>
    </w:p>
    <w:p>
      <w:pPr>
        <w:jc w:val="right"/>
      </w:pPr>
      <w:r>
        <w:t>! آپا، اگلا سوال لکھنو سے ہے۔ قاسم صاحب نے بھیجا ہے۔ انہوں نے لکھا ہے: "گاڈ ہیز ٹیکن رسپانسبیلٹی ٹو پریزرو دا قرآن۔</w:t>
      </w:r>
    </w:p>
    <w:p>
      <w:r>
        <w:rPr>
          <w:b/>
        </w:rPr>
        <w:t xml:space="preserve">[36:30] </w:t>
      </w:r>
      <w:r>
        <w:t>for example, in chapter 15, verse number nine of the quran, god says: 'it is we who have send down the reminder and we will most surely safe guard it.' so god's elaborate arrangement for the preservation of the quran o</w:t>
      </w:r>
    </w:p>
    <w:p>
      <w:pPr>
        <w:jc w:val="right"/>
      </w:pPr>
      <w:r>
        <w:t>فار ایگزامپل، ان چیپٹر 15، ورس نمبر نائن اف دا قرآن، گاڈ سیز: 'اٹ از وی ہو ہیو سینڈ ڈاؤن دا ریمائنڈر اینڈ وی ویل موسٹ شورلی سیف گارڈ اٹ۔' سو گاڈز الیبریٹ ارینجمنٹ فار دی پریزرویشن اف دا قرآن او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