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Talk by Maulana Wahiduddin Khan Given to Members of CPS - Kashmir 1st December 2012</w:t>
      </w:r>
    </w:p>
    <w:p>
      <w:r>
        <w:t>https://www.youtube.com/watch?v=EJdrj1olpic</w:t>
      </w:r>
    </w:p>
    <w:p>
      <w:r>
        <w:rPr>
          <w:b/>
        </w:rPr>
        <w:t xml:space="preserve">[00:08] </w:t>
      </w:r>
      <w:r>
        <w:t>bismillah hir rahman nir rahim, wa salli allah ala nabiyyi al-karim. rab ishrah li sadri, wa yassir li amri,</w:t>
      </w:r>
    </w:p>
    <w:p>
      <w:pPr>
        <w:jc w:val="right"/>
      </w:pPr>
      <w:r>
        <w:t>بسم اللہ الرحمن الرحیم، وصلی اللہ علی النبی الکریم۔ رب اشرح لی صدری، ویسر لی امری،</w:t>
      </w:r>
    </w:p>
    <w:p>
      <w:r>
        <w:rPr>
          <w:b/>
        </w:rPr>
        <w:t xml:space="preserve">[00:23] </w:t>
      </w:r>
      <w:r>
        <w:t>wah-lul uqdatan min lisani, yafqahu qawli.</w:t>
      </w:r>
    </w:p>
    <w:p>
      <w:pPr>
        <w:jc w:val="right"/>
      </w:pPr>
      <w:r>
        <w:t>واحل العقدۃ من لسانی، یفقہ قولی۔</w:t>
      </w:r>
    </w:p>
    <w:p>
      <w:r>
        <w:rPr>
          <w:b/>
        </w:rPr>
        <w:t xml:space="preserve">[00:31] </w:t>
      </w:r>
      <w:r>
        <w:t>aaj december 2012 ki pehli tareekh hai. is waqt mein</w:t>
      </w:r>
    </w:p>
    <w:p>
      <w:pPr>
        <w:jc w:val="right"/>
      </w:pPr>
      <w:r>
        <w:t>آج دسمبر 2012 کی پہلی تاریخ ہے۔ اس وقت میں</w:t>
      </w:r>
    </w:p>
    <w:p>
      <w:r>
        <w:rPr>
          <w:b/>
        </w:rPr>
        <w:t xml:space="preserve">[00:44] </w:t>
      </w:r>
      <w:r>
        <w:t>kashmiri bhaiyon ko address kar raha hoon.</w:t>
      </w:r>
    </w:p>
    <w:p>
      <w:pPr>
        <w:jc w:val="right"/>
      </w:pPr>
      <w:r>
        <w:t>کشمیری بھائیوں کو ایڈریس کر رہا ہوں۔</w:t>
      </w:r>
    </w:p>
    <w:p>
      <w:r>
        <w:rPr>
          <w:b/>
        </w:rPr>
        <w:t xml:space="preserve">[00:52] </w:t>
      </w:r>
      <w:r>
        <w:t>kashmir se mera talluq bohat purana hai. fikri hasiyat se, pehli baar jab maine likha tha kashmir par to 1968 mein likha tha,</w:t>
      </w:r>
    </w:p>
    <w:p>
      <w:pPr>
        <w:jc w:val="right"/>
      </w:pPr>
      <w:r>
        <w:t>کشمیر سے میرا تعلق بہت پرانا ہے۔ فکری حیثیت سے، پہلی بار جب میں نے لکھا تھا کشمیر پر تو 1968 میں لکھا تھا،</w:t>
      </w:r>
    </w:p>
    <w:p>
      <w:r>
        <w:rPr>
          <w:b/>
        </w:rPr>
        <w:t xml:space="preserve">[01:09] </w:t>
      </w:r>
      <w:r>
        <w:t>1968</w:t>
      </w:r>
    </w:p>
    <w:p>
      <w:pPr>
        <w:jc w:val="right"/>
      </w:pPr>
      <w:r>
        <w:t>1968</w:t>
      </w:r>
    </w:p>
    <w:p>
      <w:r>
        <w:rPr>
          <w:b/>
        </w:rPr>
        <w:t xml:space="preserve">[01:13] </w:t>
      </w:r>
      <w:r>
        <w:t>. is waqt mein al jazeera weekly ka editor tha, to is mein maine ek mazmoon likha tha kashmir par.</w:t>
      </w:r>
    </w:p>
    <w:p>
      <w:pPr>
        <w:jc w:val="right"/>
      </w:pPr>
      <w:r>
        <w:t>۔ اس وقت میں الجزیرہ ویکلی کا ایڈیٹر تھا، تو اس میں میں نے ایک مضمون لکھا تھا کشمیر پر۔</w:t>
      </w:r>
    </w:p>
    <w:p>
      <w:r>
        <w:rPr>
          <w:b/>
        </w:rPr>
        <w:t xml:space="preserve">[01:29] </w:t>
      </w:r>
      <w:r>
        <w:t>is ke baad mein bar bar likhta raha, aur meri soch kashmir ke baray mein 1968 se ab tak ek hi hai.</w:t>
      </w:r>
    </w:p>
    <w:p>
      <w:pPr>
        <w:jc w:val="right"/>
      </w:pPr>
      <w:r>
        <w:t>اس کے بعد میں بار بار لکھتا رہا، اور میری سوچ کشمیر کے بارے میں 1968 سے اب تک ایک ہی ہے۔</w:t>
      </w:r>
    </w:p>
    <w:p>
      <w:r>
        <w:rPr>
          <w:b/>
        </w:rPr>
        <w:t xml:space="preserve">[01:44] </w:t>
      </w:r>
      <w:r>
        <w:t>meri soch ka jo khulasa tha, us ko aap is tarah samajh sakte hain ke</w:t>
      </w:r>
    </w:p>
    <w:p>
      <w:pPr>
        <w:jc w:val="right"/>
      </w:pPr>
      <w:r>
        <w:t>میری سوچ کا جو خلاصہ تھا، اس کو آپ اس طرح سمجھ سکتے ہیں کہ</w:t>
      </w:r>
    </w:p>
    <w:p>
      <w:r>
        <w:rPr>
          <w:b/>
        </w:rPr>
        <w:t xml:space="preserve">[01:56] </w:t>
      </w:r>
      <w:r>
        <w:t>maine ek mazmoon likha tha jo chupa tha hindustan times mein, yaani dilli dilli ke angrezi akhbar mein, hindustan times mein.</w:t>
      </w:r>
    </w:p>
    <w:p>
      <w:pPr>
        <w:jc w:val="right"/>
      </w:pPr>
      <w:r>
        <w:t>میں نے ایک مضمون لکھا تھا جو چھپا تھا ہندوستان ٹائمز میں، یعنی دلی دلی کے انگریزی اخبار میں، ہندوستان ٹائمز میں۔</w:t>
      </w:r>
    </w:p>
    <w:p>
      <w:r>
        <w:rPr>
          <w:b/>
        </w:rPr>
        <w:t xml:space="preserve">[02:11] </w:t>
      </w:r>
      <w:r>
        <w:t>to is ka title tha "acceptance of reality", yaani haqeeqat ka etraf.</w:t>
      </w:r>
    </w:p>
    <w:p>
      <w:pPr>
        <w:jc w:val="right"/>
      </w:pPr>
      <w:r>
        <w:t>تو اس کا ٹائٹل تھا "ایکسیپٹنس آف ریلیٹی"، یعنی حقیقت کا اعتراف۔</w:t>
      </w:r>
    </w:p>
    <w:p>
      <w:r>
        <w:rPr>
          <w:b/>
        </w:rPr>
        <w:t xml:space="preserve">[02:22] </w:t>
      </w:r>
      <w:r>
        <w:t>to mera kehna yeh tha ke kashmiriyon ke liye success ka ek hi rasta hai, woh hai yeh ke woh haqeeqat ko maan lain.</w:t>
      </w:r>
    </w:p>
    <w:p>
      <w:pPr>
        <w:jc w:val="right"/>
      </w:pPr>
      <w:r>
        <w:t>تو میرا کہنا یہ تھا کہ کشمیروں کے لیے سکسیس کا ایک ہی راستہ ہے، وہ ہے یہ کہ وہ حقیقت کو مان لیں۔</w:t>
      </w:r>
    </w:p>
    <w:p>
      <w:r>
        <w:rPr>
          <w:b/>
        </w:rPr>
        <w:t xml:space="preserve">[02:37] </w:t>
      </w:r>
      <w:r>
        <w:t>haqeeqat se takrana sirf apni tabahi mein izafa karta hai.</w:t>
      </w:r>
    </w:p>
    <w:p>
      <w:pPr>
        <w:jc w:val="right"/>
      </w:pPr>
      <w:r>
        <w:t>حقیقت سے ٹکرانا صرف اپنی تباہی میں اضافہ کرتا ہے۔</w:t>
      </w:r>
    </w:p>
    <w:p>
      <w:r>
        <w:rPr>
          <w:b/>
        </w:rPr>
        <w:t xml:space="preserve">[02:49] </w:t>
      </w:r>
      <w:r>
        <w:t>to mein kashmir se itna zyada wabasta raha hoon ke yeh kehna mubalgha na hoga, exaggeration na hoga ke aap log agar</w:t>
      </w:r>
    </w:p>
    <w:p>
      <w:pPr>
        <w:jc w:val="right"/>
      </w:pPr>
      <w:r>
        <w:t>تو میں کشمیر سے اتنا زیادہ وابستہ رہا ہوں کہ یہ کہنا مبالغہ نہ ہوگا، ایگزائجیشن نہ ہوگا کہ آپ لوگ اگر</w:t>
      </w:r>
    </w:p>
    <w:p>
      <w:r>
        <w:rPr>
          <w:b/>
        </w:rPr>
        <w:t xml:space="preserve">[03:08] </w:t>
      </w:r>
      <w:r>
        <w:t>kashmiri by birth hain to mein kashmiri by choice hoon.</w:t>
      </w:r>
    </w:p>
    <w:p>
      <w:pPr>
        <w:jc w:val="right"/>
      </w:pPr>
      <w:r>
        <w:t>کشمیری بائی برتھ ہیں تو میں کشمیری بائی چوائس ہوں۔</w:t>
      </w:r>
    </w:p>
    <w:p>
      <w:r>
        <w:rPr>
          <w:b/>
        </w:rPr>
        <w:t xml:space="preserve">[03:19] </w:t>
      </w:r>
      <w:r>
        <w:t>meri tamanna hai ke kashmir ke log taraqqi karain,</w:t>
      </w:r>
    </w:p>
    <w:p>
      <w:pPr>
        <w:jc w:val="right"/>
      </w:pPr>
      <w:r>
        <w:t>میری تمنا ہے کہ کشمیر کے لوگ ترقی کریں،</w:t>
      </w:r>
    </w:p>
    <w:p>
      <w:r>
        <w:rPr>
          <w:b/>
        </w:rPr>
        <w:t xml:space="preserve">[03:27] </w:t>
      </w:r>
      <w:r>
        <w:t>un ko</w:t>
      </w:r>
    </w:p>
    <w:p>
      <w:pPr>
        <w:jc w:val="right"/>
      </w:pPr>
      <w:r>
        <w:t>ان کو</w:t>
      </w:r>
    </w:p>
    <w:p>
      <w:r>
        <w:rPr>
          <w:b/>
        </w:rPr>
        <w:t xml:space="preserve">[03:30] </w:t>
      </w:r>
      <w:r>
        <w:t>allah taala har tarah ki madad farmaye.</w:t>
      </w:r>
    </w:p>
    <w:p>
      <w:pPr>
        <w:jc w:val="right"/>
      </w:pPr>
      <w:r>
        <w:t>اللہ تعالیٰ ہر طرح کی مدد فرمائے۔</w:t>
      </w:r>
    </w:p>
    <w:p>
      <w:r>
        <w:rPr>
          <w:b/>
        </w:rPr>
        <w:t xml:space="preserve">[03:35] </w:t>
      </w:r>
      <w:r>
        <w:t>to mein aap sab logon ko salam karta hoon, aur aap sab logon ke liye duain karta hoon.</w:t>
      </w:r>
    </w:p>
    <w:p>
      <w:pPr>
        <w:jc w:val="right"/>
      </w:pPr>
      <w:r>
        <w:t>تو میں آپ سب لوگوں کو سلام کرتا ہوں، اور آپ سب لوگوں کے لیے دعائیں کرتا ہوں۔</w:t>
      </w:r>
    </w:p>
    <w:p>
      <w:r>
        <w:rPr>
          <w:b/>
        </w:rPr>
        <w:t xml:space="preserve">[03:51] </w:t>
      </w:r>
      <w:r>
        <w:t>is waqt jo kuch mein kehna chahta hoon, woh dobara wohi hai jo mein hindustan times mein likha tha ke "acceptance of reality",</w:t>
      </w:r>
    </w:p>
    <w:p>
      <w:pPr>
        <w:jc w:val="right"/>
      </w:pPr>
      <w:r>
        <w:t>اس وقت جو کچھ میں کہنا چاہتا ہوں، وہ دوبارہ وہی ہے جو میں ہندوستان ٹائمز میں لکھا تھا کہ "ایکسیپٹنس آف ریلیٹی"،</w:t>
      </w:r>
    </w:p>
    <w:p>
      <w:r>
        <w:rPr>
          <w:b/>
        </w:rPr>
        <w:t xml:space="preserve">[04:03] </w:t>
      </w:r>
      <w:r>
        <w:t>haqeeqat ka etraf.</w:t>
      </w:r>
    </w:p>
    <w:p>
      <w:pPr>
        <w:jc w:val="right"/>
      </w:pPr>
      <w:r>
        <w:t>حقیقت کا اعتراف۔</w:t>
      </w:r>
    </w:p>
    <w:p>
      <w:r>
        <w:rPr>
          <w:b/>
        </w:rPr>
        <w:t xml:space="preserve">[04:09] </w:t>
      </w:r>
      <w:r>
        <w:t>ek aur waqea ka mein hawala dena chahunga,</w:t>
      </w:r>
    </w:p>
    <w:p>
      <w:pPr>
        <w:jc w:val="right"/>
      </w:pPr>
      <w:r>
        <w:t>ایک اور واقعہ کا میں حوالہ دینا چاہوں گا،</w:t>
      </w:r>
    </w:p>
    <w:p>
      <w:r>
        <w:rPr>
          <w:b/>
        </w:rPr>
        <w:t xml:space="preserve">[04:15] </w:t>
      </w:r>
      <w:r>
        <w:t>yeh waqea hai june 1989 ka,</w:t>
      </w:r>
    </w:p>
    <w:p>
      <w:pPr>
        <w:jc w:val="right"/>
      </w:pPr>
      <w:r>
        <w:t>یہ واقعہ ہے جون 1989 کا،</w:t>
      </w:r>
    </w:p>
    <w:p>
      <w:r>
        <w:rPr>
          <w:b/>
        </w:rPr>
        <w:t xml:space="preserve">[04:25] </w:t>
      </w:r>
      <w:r>
        <w:t>yani 30 june 1989.</w:t>
      </w:r>
    </w:p>
    <w:p>
      <w:pPr>
        <w:jc w:val="right"/>
      </w:pPr>
      <w:r>
        <w:t>یعنی 30 جون 1989۔</w:t>
      </w:r>
    </w:p>
    <w:p>
      <w:r>
        <w:rPr>
          <w:b/>
        </w:rPr>
        <w:t xml:space="preserve">[04:32] </w:t>
      </w:r>
      <w:r>
        <w:t>is waqt mister hamdullah hameed dhanday nay aik program banaya tha, is mein mujhe invite kiya tha unhonay.</w:t>
      </w:r>
    </w:p>
    <w:p>
      <w:pPr>
        <w:jc w:val="right"/>
      </w:pPr>
      <w:r>
        <w:t>اس وقت مسٹر حمداللہ حمید ڈھنڈے نے ایک پروگرام بنایا تھا، اس میں مجھے انوائٹ کیا تھا انہوں نے۔</w:t>
      </w:r>
    </w:p>
    <w:p>
      <w:r>
        <w:rPr>
          <w:b/>
        </w:rPr>
        <w:t xml:space="preserve">[04:42] </w:t>
      </w:r>
      <w:r>
        <w:t>to mein srinagar gaya tha, wahan pe mein nay wahan kay tagore hall mein aik taqreer ki thi.</w:t>
      </w:r>
    </w:p>
    <w:p>
      <w:pPr>
        <w:jc w:val="right"/>
      </w:pPr>
      <w:r>
        <w:t>تو میں سری نگر گیا تھا، وہاں پہ میں نے وہاں کے ٹیگور ہال میں ایک تقریر کی تھی۔</w:t>
      </w:r>
    </w:p>
    <w:p>
      <w:r>
        <w:rPr>
          <w:b/>
        </w:rPr>
        <w:t xml:space="preserve">[04:56] </w:t>
      </w:r>
      <w:r>
        <w:t>wo taqreer ab bhi record ki hui maujood hai.</w:t>
      </w:r>
    </w:p>
    <w:p>
      <w:pPr>
        <w:jc w:val="right"/>
      </w:pPr>
      <w:r>
        <w:t>وہ تقریر اب بھی ریکارڈ کی ہوئی موجود ہے۔</w:t>
      </w:r>
    </w:p>
    <w:p>
      <w:r>
        <w:rPr>
          <w:b/>
        </w:rPr>
        <w:t xml:space="preserve">[05:03] </w:t>
      </w:r>
      <w:r>
        <w:t>yeh waqt tha jab kay kashmir mein abhi biltesi shuru nahi hui thi, lekin is ki baatein ho rahi theen,</w:t>
      </w:r>
    </w:p>
    <w:p>
      <w:pPr>
        <w:jc w:val="right"/>
      </w:pPr>
      <w:r>
        <w:t>یہ وقت تھا جب کہ کشمیر میں ابھی بلٹیسی شروع نہیں ہوئی تھی، لیکن اس کی باتیں ہو رہی تھیں،</w:t>
      </w:r>
    </w:p>
    <w:p>
      <w:r>
        <w:rPr>
          <w:b/>
        </w:rPr>
        <w:t xml:space="preserve">[05:14] </w:t>
      </w:r>
      <w:r>
        <w:t>is ki baatein ho rahi theen.</w:t>
      </w:r>
    </w:p>
    <w:p>
      <w:pPr>
        <w:jc w:val="right"/>
      </w:pPr>
      <w:r>
        <w:t>اس کی باتیں ہو رہی تھیں۔</w:t>
      </w:r>
    </w:p>
    <w:p>
      <w:r>
        <w:rPr>
          <w:b/>
        </w:rPr>
        <w:t xml:space="preserve">[05:19] </w:t>
      </w:r>
      <w:r>
        <w:t>to mein nay bohat wazeh lafzon mein khul kar is ka istikhtaf kiya tha,</w:t>
      </w:r>
    </w:p>
    <w:p>
      <w:pPr>
        <w:jc w:val="right"/>
      </w:pPr>
      <w:r>
        <w:t>تو میں نے بہت واضح لفظوں میں کھل کر اس کا استخطاف کیا تھا،</w:t>
      </w:r>
    </w:p>
    <w:p>
      <w:r>
        <w:rPr>
          <w:b/>
        </w:rPr>
        <w:t xml:space="preserve">[05:29] </w:t>
      </w:r>
      <w:r>
        <w:t>aur mein nay aik waqea sunaya tha is waqt rasool ALLAH صلی اللہ علیہ وسلم ka jo sahih al bukhari mein hai. madinay ki masjid nabwi mein aik shakhs aya, aik baddo ghair muslim.</w:t>
      </w:r>
    </w:p>
    <w:p>
      <w:pPr>
        <w:jc w:val="right"/>
      </w:pPr>
      <w:r>
        <w:t>اور میں نے ایک واقعہ سنایا تھا اس وقت رسول اللہ صلی اللہ علیہ وسلم کا جو صحیح البخاری میں ہے۔ مدینے کی مسجد نبوی میں ایک شخص آیا، ایک بدو غیر مسلم۔</w:t>
      </w:r>
    </w:p>
    <w:p>
      <w:r>
        <w:rPr>
          <w:b/>
        </w:rPr>
        <w:t xml:space="preserve">[05:50] </w:t>
      </w:r>
      <w:r>
        <w:t>is waqt arab mein bohat saray log ghair muslim thay, to wo baddo tha, us nay masjid ko ganda kar diya.</w:t>
      </w:r>
    </w:p>
    <w:p>
      <w:pPr>
        <w:jc w:val="right"/>
      </w:pPr>
      <w:r>
        <w:t>اس وقت عرب میں بہت سارے لوگ غیر مسلم تھے، تو وہ بدو تھا، اس نے مسجد کو گندا کر دیا۔</w:t>
      </w:r>
    </w:p>
    <w:p>
      <w:r>
        <w:rPr>
          <w:b/>
        </w:rPr>
        <w:t xml:space="preserve">[06:02] </w:t>
      </w:r>
      <w:r>
        <w:t>to sahaba nay kaha kay is ko pakrein, is ki service karein. to rasool ALLAH صلی اللہ علیہ وسلم nay mana kar diya, aur kaha kay jahan is nay ganda kiya hai,</w:t>
      </w:r>
    </w:p>
    <w:p>
      <w:pPr>
        <w:jc w:val="right"/>
      </w:pPr>
      <w:r>
        <w:t>تو صحابہ نے کہا کہ اس کو پکڑیں، اس کی سرویس کریں۔ تو رسول اللہ صلی اللہ علیہ وسلم نے منع کر دیا، اور کہا کہ جہاں اس نے گندا کیا ہے،</w:t>
      </w:r>
    </w:p>
    <w:p>
      <w:r>
        <w:rPr>
          <w:b/>
        </w:rPr>
        <w:t xml:space="preserve">[06:18] </w:t>
      </w:r>
      <w:r>
        <w:t>wahan par aik dol pani daal do, wo jagah saaf ho jaye gi.</w:t>
      </w:r>
    </w:p>
    <w:p>
      <w:pPr>
        <w:jc w:val="right"/>
      </w:pPr>
      <w:r>
        <w:t>وہاں پر ایک ڈول پانی ڈال دو، وہ جگہ صاف ہو جائے گی۔</w:t>
      </w:r>
    </w:p>
    <w:p>
      <w:r>
        <w:rPr>
          <w:b/>
        </w:rPr>
        <w:t xml:space="preserve">[06:30] </w:t>
      </w:r>
      <w:r>
        <w:t>yeh sulook is zamanay mein khas tor par, yani jab kay tribal culture tha, bohat anokha tha. is zamanay mein to maar peet yahi aam baat hua karti thi.</w:t>
      </w:r>
    </w:p>
    <w:p>
      <w:pPr>
        <w:jc w:val="right"/>
      </w:pPr>
      <w:r>
        <w:t>یہ سلوک اس زمانے میں خاص طور پر، یعنی جب کہ ٹرائبل کلچر تھا، بہت انوکھا تھا۔ اس زمانے میں تو مار پیٹ یہی عام بات ہوا کرتی تھی۔</w:t>
      </w:r>
    </w:p>
    <w:p>
      <w:r>
        <w:rPr>
          <w:b/>
        </w:rPr>
        <w:t xml:space="preserve">[06:45] </w:t>
      </w:r>
      <w:r>
        <w:t>to wo baddo baharhal insan tha,</w:t>
      </w:r>
    </w:p>
    <w:p>
      <w:pPr>
        <w:jc w:val="right"/>
      </w:pPr>
      <w:r>
        <w:t>تو وہ بدو بہرحال انسان تھا،</w:t>
      </w:r>
    </w:p>
    <w:p>
      <w:r>
        <w:rPr>
          <w:b/>
        </w:rPr>
        <w:t xml:space="preserve">[06:50] </w:t>
      </w:r>
      <w:r>
        <w:t>wo apnay qabailay mein jab wapas gaya</w:t>
      </w:r>
    </w:p>
    <w:p>
      <w:pPr>
        <w:jc w:val="right"/>
      </w:pPr>
      <w:r>
        <w:t>وہ اپنے قبیلے میں جب واپس گیا</w:t>
      </w:r>
    </w:p>
    <w:p>
      <w:r>
        <w:rPr>
          <w:b/>
        </w:rPr>
        <w:t xml:space="preserve">[06:55] </w:t>
      </w:r>
      <w:r>
        <w:t>to us nay apnay qabailay walon ko bataya kay mein madina gaya tha, wahan mein nay musalmanon ki masjid mein gandagi kar di,</w:t>
      </w:r>
    </w:p>
    <w:p>
      <w:pPr>
        <w:jc w:val="right"/>
      </w:pPr>
      <w:r>
        <w:t>تو اس نے اپنے قبیلے والوں کو بتایا کہ میں مدینہ گیا تھا، وہاں میں نے مسلمانوں کی مسجد میں گندگی کر دی،</w:t>
      </w:r>
    </w:p>
    <w:p>
      <w:r>
        <w:rPr>
          <w:b/>
        </w:rPr>
        <w:t xml:space="preserve">[07:10] </w:t>
      </w:r>
      <w:r>
        <w:t>lekin. aur pass par wahan maujood thay, lekin unhon nay mujhe kuch bhi na danta na mara.</w:t>
      </w:r>
    </w:p>
    <w:p>
      <w:pPr>
        <w:jc w:val="right"/>
      </w:pPr>
      <w:r>
        <w:t>لیکن۔ اور پاس پر وہاں موجود تھے، لیکن انہوں نے مجھے کچھ بھی نہ ڈانٹا نہ مارا۔</w:t>
      </w:r>
    </w:p>
    <w:p>
      <w:r>
        <w:rPr>
          <w:b/>
        </w:rPr>
        <w:t xml:space="preserve">[07:21] </w:t>
      </w:r>
      <w:r>
        <w:t>wo log kehta tha kay "wallah ma zajarani Muhammad, wallah ma qahrani Muhammad".</w:t>
      </w:r>
    </w:p>
    <w:p>
      <w:pPr>
        <w:jc w:val="right"/>
      </w:pPr>
      <w:r>
        <w:t>وہ لوگ کہتا تھا کہ "واللہ ما زجرنی محمد، واللہ ما قہرنی محمد"۔</w:t>
      </w:r>
    </w:p>
    <w:p>
      <w:r>
        <w:rPr>
          <w:b/>
        </w:rPr>
        <w:t xml:space="preserve">[07:32] </w:t>
      </w:r>
      <w:r>
        <w:t>khuda ki qasam, Muhammad nay mujh ko jharaka nahi, khuda ki qasam, Muhammad nay mujh ko mara nahi.</w:t>
      </w:r>
    </w:p>
    <w:p>
      <w:pPr>
        <w:jc w:val="right"/>
      </w:pPr>
      <w:r>
        <w:t>خدا کی قسم، محمد نے مجھ کو جھڑکا نہیں، خدا کی قسم، محمد نے مجھ کو مارا نہیں۔</w:t>
      </w:r>
    </w:p>
    <w:p>
      <w:r>
        <w:rPr>
          <w:b/>
        </w:rPr>
        <w:t xml:space="preserve">[07:41] </w:t>
      </w:r>
      <w:r>
        <w:t>dekhein, saada baat yahi thi kyun kay wo jantay thay kay is tarah ka feal jo kare to lazman us ko maar peet milti hai.</w:t>
      </w:r>
    </w:p>
    <w:p>
      <w:pPr>
        <w:jc w:val="right"/>
      </w:pPr>
      <w:r>
        <w:t>دیکھیں، سادہ بات یہی تھی کیونکہ وہ جانتے تھے کہ اس طرح کا فعل جو کرے تو لازماً اس کو مار پیٹ ملتی ہے۔</w:t>
      </w:r>
    </w:p>
    <w:p>
      <w:r>
        <w:rPr>
          <w:b/>
        </w:rPr>
        <w:t xml:space="preserve">[07:55] </w:t>
      </w:r>
      <w:r>
        <w:t>to unhon nay socha kay kaisay log hain yeh kay aisa kaam kiya us nay, aur us ko kuch danta maar nahi hui, koi maar peeta nahi gaya.</w:t>
      </w:r>
    </w:p>
    <w:p>
      <w:pPr>
        <w:jc w:val="right"/>
      </w:pPr>
      <w:r>
        <w:t>تو انہوں نے سوچا کہ کیسے لوگ ہیں یہ کہ ایسا کام کیا اس نے، اور اس کو کچھ ڈانٹ مار نہیں ہوئی، کوئی مار پیٹا نہیں گیا۔</w:t>
      </w:r>
    </w:p>
    <w:p>
      <w:r>
        <w:rPr>
          <w:b/>
        </w:rPr>
        <w:t xml:space="preserve">[08:06] </w:t>
      </w:r>
      <w:r>
        <w:t>to wahan say kuch log aaye pata karnay kay liye kay yeh paighambar kon hain, un ka message kiya hai. to aa kar unhon nay suna, quran ko suna, apni baatein suni,</w:t>
      </w:r>
    </w:p>
    <w:p>
      <w:pPr>
        <w:jc w:val="right"/>
      </w:pPr>
      <w:r>
        <w:t>تو وہاں سے کچھ لوگ آئے پتہ کرنے کے لیے کہ یہ پیغمبر کون ہیں، ان کا میسج کیا ہے۔ تو آ کر انہوں نے سنا، قرآن کو سنا، اپنی باتیں سنی،</w:t>
      </w:r>
    </w:p>
    <w:p>
      <w:r>
        <w:rPr>
          <w:b/>
        </w:rPr>
        <w:t xml:space="preserve">[08:22] </w:t>
      </w:r>
      <w:r>
        <w:t>aur phir ja kar apnay qabailay walon ko baatein batayein. to nateeja kiya hua? poora ka poora qabailay islam mein dakhil ho gaya.</w:t>
      </w:r>
    </w:p>
    <w:p>
      <w:pPr>
        <w:jc w:val="right"/>
      </w:pPr>
      <w:r>
        <w:t>اور پھر جا کر اپنے قبیلے والوں کو باتیں بتائیں۔ تو نتیجہ کیا ہوا؟ پورا کا پورا قبیلہ اسلام میں داخل ہو گیا۔</w:t>
      </w:r>
    </w:p>
    <w:p>
      <w:r>
        <w:rPr>
          <w:b/>
        </w:rPr>
        <w:t xml:space="preserve">[08:35] </w:t>
      </w:r>
      <w:r>
        <w:t>to is waqt mein nay tagore hall mein jo taqreer ki thi, mein nay us qissay ko sunaya, aur meri maa say alfaaz niklay kay paighambar nay jo nateeja hasil kiya tha,</w:t>
      </w:r>
    </w:p>
    <w:p>
      <w:pPr>
        <w:jc w:val="right"/>
      </w:pPr>
      <w:r>
        <w:t>تو اس وقت میں نے ٹیگور ہال میں جو تقریر کی تھی، میں نے اس قصے کو سنایا، اور میری ماں سے الفاظ نکلے کہ پیغمبر نے جو نتیجہ حاصل کیا تھا،</w:t>
      </w:r>
    </w:p>
    <w:p>
      <w:r>
        <w:rPr>
          <w:b/>
        </w:rPr>
        <w:t xml:space="preserve">[08:54] </w:t>
      </w:r>
      <w:r>
        <w:t>pani baha kar, wo nateeja aap hasil karna chahtay hain khoon baha kar, to aisa hona kabhi mumkin nahi.</w:t>
      </w:r>
    </w:p>
    <w:p>
      <w:pPr>
        <w:jc w:val="right"/>
      </w:pPr>
      <w:r>
        <w:t>پانی بہا کر، وہ نتیجہ آپ حاصل کرنا چاہتے ہیں خون بہا کر، تو ایسا ہونا کبھی ممکن نہیں۔</w:t>
      </w:r>
    </w:p>
    <w:p>
      <w:r>
        <w:rPr>
          <w:b/>
        </w:rPr>
        <w:t xml:space="preserve">[09:08] </w:t>
      </w:r>
      <w:r>
        <w:t>yeh baat maine kahi thi jab ke abhi militancy shuru hone mein ghaliban do mahine baqi the, lekin militancy shuru hui hai October 1989 mein, do mahine ya is se zyada baqi the.</w:t>
      </w:r>
    </w:p>
    <w:p>
      <w:pPr>
        <w:jc w:val="right"/>
      </w:pPr>
      <w:r>
        <w:t>یہ بات میں نے کہی تھی جب کہ ابھی ملٹریسی شروع ہونے میں غالباً دو مہینے باقی تھے، لیکن ملٹریسی شروع ہوئی ہے اکتوبر 1989 میں، دو مہینے یا اس سے زیادہ باقی تھے۔</w:t>
      </w:r>
    </w:p>
    <w:p>
      <w:r>
        <w:rPr>
          <w:b/>
        </w:rPr>
        <w:t xml:space="preserve">[09:26] </w:t>
      </w:r>
      <w:r>
        <w:t>aaj aap jante hain ke militancy wahan chalai gayi, bohat dhoom se,</w:t>
      </w:r>
    </w:p>
    <w:p>
      <w:pPr>
        <w:jc w:val="right"/>
      </w:pPr>
      <w:r>
        <w:t>آج آپ جانتے ہیں کہ ملٹریسی وہاں چلائی گئی، بہت دھوم سے،</w:t>
      </w:r>
    </w:p>
    <w:p>
      <w:r>
        <w:rPr>
          <w:b/>
        </w:rPr>
        <w:t xml:space="preserve">[09:35] </w:t>
      </w:r>
      <w:r>
        <w:t>poore poore Kashmir mein chalai gayi. Accha result kya nikla? Nateeja kya nikla?</w:t>
      </w:r>
    </w:p>
    <w:p>
      <w:pPr>
        <w:jc w:val="right"/>
      </w:pPr>
      <w:r>
        <w:t>پورے پورے کشمیر میں چلائی گئی۔ اچھا رزلٹ کیا نکلا؟ نتیجہ کیا نکلا؟</w:t>
      </w:r>
    </w:p>
    <w:p>
      <w:r>
        <w:rPr>
          <w:b/>
        </w:rPr>
        <w:t xml:space="preserve">[09:45] </w:t>
      </w:r>
      <w:r>
        <w:t>kya woh nateeja nikla jo Rasool Allah ne pani baha kar kiya tha? Woh nateeja kya Kashmiriyon ne nikala khoon baha kar ke? Har aadmi janta hai ke aisa nahi hua.</w:t>
      </w:r>
    </w:p>
    <w:p>
      <w:pPr>
        <w:jc w:val="right"/>
      </w:pPr>
      <w:r>
        <w:t>کیا وہ نتیجہ نکلا جو رسول اللہ نے پانی بہا کر کیا تھا؟ وہ نتیجہ کیا کشمیریوں نے نکالا خون بہا کر کے؟ ہر آدمی جانتا ہے کہ ایسا نہیں ہوا۔</w:t>
      </w:r>
    </w:p>
    <w:p>
      <w:r>
        <w:rPr>
          <w:b/>
        </w:rPr>
        <w:t xml:space="preserve">[09:59] </w:t>
      </w:r>
      <w:r>
        <w:t>Kashmiriyon ne apne taqreeban ek lakh jawano ko kho diya.</w:t>
      </w:r>
    </w:p>
    <w:p>
      <w:pPr>
        <w:jc w:val="right"/>
      </w:pPr>
      <w:r>
        <w:t>کشمیریوں نے اپنے تقریباً ایک لاکھ جوانوں کو کھو دیا۔</w:t>
      </w:r>
    </w:p>
    <w:p>
      <w:r>
        <w:rPr>
          <w:b/>
        </w:rPr>
        <w:t xml:space="preserve">[10:11] </w:t>
      </w:r>
      <w:r>
        <w:t>maine check kiya internet par to is mein tha ke is muddat mein six thousand rupay ka nuqsan hua,</w:t>
      </w:r>
    </w:p>
    <w:p>
      <w:pPr>
        <w:jc w:val="right"/>
      </w:pPr>
      <w:r>
        <w:t>میں نے چیک کیا انٹرنیٹ پر تو اس میں تھا کہ اس مدت میں سکس تھاؤزنڈ روپے کا نقصان ہوا،</w:t>
      </w:r>
    </w:p>
    <w:p>
      <w:r>
        <w:rPr>
          <w:b/>
        </w:rPr>
        <w:t xml:space="preserve">[10:26] </w:t>
      </w:r>
      <w:r>
        <w:t>aur bohat sare nuqsanat, aur faida kuch bhi nahi.</w:t>
      </w:r>
    </w:p>
    <w:p>
      <w:pPr>
        <w:jc w:val="right"/>
      </w:pPr>
      <w:r>
        <w:t>اور بہت سارے نقصانات، اور فائدہ کچھ بھی نہیں۔</w:t>
      </w:r>
    </w:p>
    <w:p>
      <w:r>
        <w:rPr>
          <w:b/>
        </w:rPr>
        <w:t xml:space="preserve">[10:35] </w:t>
      </w:r>
      <w:r>
        <w:t>to ab time aa gaya hai ke Kashmir ke log re-assess karen, aur mujhe khushi hai ke reassessment ka process wahan shuru ho gaya hai.</w:t>
      </w:r>
    </w:p>
    <w:p>
      <w:pPr>
        <w:jc w:val="right"/>
      </w:pPr>
      <w:r>
        <w:t>تو اب ٹائم آگیا ہے کہ کشمیر کے لوگ ری ایسس کریں، اور مجھے خوشی ہے کہ ری ایسسمنٹ کا پراسیس وہاں شروع ہوگیا ہے۔</w:t>
      </w:r>
    </w:p>
    <w:p>
      <w:r>
        <w:rPr>
          <w:b/>
        </w:rPr>
        <w:t xml:space="preserve">[10:47] </w:t>
      </w:r>
      <w:r>
        <w:t>isi liye is ki ek isi ki karamat hai ke yahan itne sare log maujood hain.</w:t>
      </w:r>
    </w:p>
    <w:p>
      <w:pPr>
        <w:jc w:val="right"/>
      </w:pPr>
      <w:r>
        <w:t>اسی لیے اس کی ایک اسی کی کرامت ہے کہ یہاں اتنے سارے لوگ موجود ہیں۔</w:t>
      </w:r>
    </w:p>
    <w:p>
      <w:r>
        <w:rPr>
          <w:b/>
        </w:rPr>
        <w:t xml:space="preserve">[11:00] </w:t>
      </w:r>
      <w:r>
        <w:t>mujh ko jo kehna hai woh bohat hi khoobsurti ke sath mere ek Kashmiri bhai ne keh diya.</w:t>
      </w:r>
    </w:p>
    <w:p>
      <w:pPr>
        <w:jc w:val="right"/>
      </w:pPr>
      <w:r>
        <w:t>مجھ کو جو کہنا ہے وہ بہت ہی خوبصورتی کے ساتھ میرے ایک کشمیری بھائی نے کہہ دیا۔</w:t>
      </w:r>
    </w:p>
    <w:p>
      <w:r>
        <w:rPr>
          <w:b/>
        </w:rPr>
        <w:t xml:space="preserve">[11:06] </w:t>
      </w:r>
      <w:r>
        <w:t>abhi ek Kashmiri bhai aaye the, unho ne speech di, to unho ne Quran ki Surah As-Saff ka hawala diya jis mein Hazrat Masih ne kaha tha "Man ansari lillah".</w:t>
      </w:r>
    </w:p>
    <w:p>
      <w:pPr>
        <w:jc w:val="right"/>
      </w:pPr>
      <w:r>
        <w:t>ابھی ایک کشمیری بھائی آئے تھے، انہوں نے اسپیچ دی، تو انہوں نے قرآن کی سورہ الصف کا حوالہ دیا جس میں حضرت مسیح نے کہا تھا "من انصاری للہ"۔</w:t>
      </w:r>
    </w:p>
    <w:p>
      <w:r>
        <w:rPr>
          <w:b/>
        </w:rPr>
        <w:t xml:space="preserve">[11:24] </w:t>
      </w:r>
      <w:r>
        <w:t>is zamane mein aap jante hain ke Hazrat Masih ka zamana ab se do hazar saal pehle ka zamana hai. To</w:t>
      </w:r>
    </w:p>
    <w:p>
      <w:pPr>
        <w:jc w:val="right"/>
      </w:pPr>
      <w:r>
        <w:t>اس زمانے میں آپ جانتے ہیں کہ حضرت مسیح کا زمانہ اب سے دو ہزار سال پہلے کا زمانہ ہے۔ تو</w:t>
      </w:r>
    </w:p>
    <w:p>
      <w:r>
        <w:rPr>
          <w:b/>
        </w:rPr>
        <w:t xml:space="preserve">[11:34] </w:t>
      </w:r>
      <w:r>
        <w:t>is zamane mein unho ne yeh awaz di ke "Man ansari lillah" kaun hai jo Allah ke rastay mein meri madad karta hai?</w:t>
      </w:r>
    </w:p>
    <w:p>
      <w:pPr>
        <w:jc w:val="right"/>
      </w:pPr>
      <w:r>
        <w:t>اس زمانے میں انہوں نے یہ آواز دی کہ "من انصاری للہ" کون ہے جو اللہ کے راستے میں میری مدد کرتا ہے؟</w:t>
      </w:r>
    </w:p>
    <w:p>
      <w:r>
        <w:rPr>
          <w:b/>
        </w:rPr>
        <w:t xml:space="preserve">[11:45] </w:t>
      </w:r>
      <w:r>
        <w:t>to Quran mein hai ke "Wa qala hawariyyun man ansarullah". Hawariyon ne kaha ke hum hain Allah ke ansar, hum hain Allah ki madad karne wale.</w:t>
      </w:r>
    </w:p>
    <w:p>
      <w:pPr>
        <w:jc w:val="right"/>
      </w:pPr>
      <w:r>
        <w:t>تو قرآن میں ہے کہ "وقال حواری من انصاری اللہ"۔ حواریوں نے کہا کہ ہم ہیں اللہ کے انصار، ہم ہیں اللہ کی مدد کرنے والے۔</w:t>
      </w:r>
    </w:p>
    <w:p>
      <w:r>
        <w:rPr>
          <w:b/>
        </w:rPr>
        <w:t xml:space="preserve">[11:56] </w:t>
      </w:r>
      <w:r>
        <w:t>to aaj yeh sun kar Kashmiri ki zuban se mujhe bohat khushi hui.</w:t>
      </w:r>
    </w:p>
    <w:p>
      <w:pPr>
        <w:jc w:val="right"/>
      </w:pPr>
      <w:r>
        <w:t>تو آج یہ سن کر کشمیری کی زبان سے مجھے بہت خوشی ہوئی۔</w:t>
      </w:r>
    </w:p>
    <w:p>
      <w:r>
        <w:rPr>
          <w:b/>
        </w:rPr>
        <w:t xml:space="preserve">[12:07] </w:t>
      </w:r>
      <w:r>
        <w:t>dekhen, yeh jo Hazrat Masih ki pukar thi aur yeh jo jawab tha, is ki pehli misaal woh thi jo do hazar saal pehle Hazrat Masih ke zamane mein pesh aayi.</w:t>
      </w:r>
    </w:p>
    <w:p>
      <w:pPr>
        <w:jc w:val="right"/>
      </w:pPr>
      <w:r>
        <w:t>دیکھیں، یہ جو حضرت مسیح کی پکار تھی اور یہ جو جواب تھا، اس کی پہلی مثال وہ تھی جو دو ہزار سال پہلے حضرت مسیح کے زمانے میں پیش آئی۔</w:t>
      </w:r>
    </w:p>
    <w:p>
      <w:r>
        <w:rPr>
          <w:b/>
        </w:rPr>
        <w:t xml:space="preserve">[12:21] </w:t>
      </w:r>
      <w:r>
        <w:t>yani hawariyon ne aap ka sath diya, aur sath dene ka kya matlab kaha tha? Aap ke message ko phailana. Hawariyon ne koi ladai nahi ki, koi militancy nahi chalai,</w:t>
      </w:r>
    </w:p>
    <w:p>
      <w:pPr>
        <w:jc w:val="right"/>
      </w:pPr>
      <w:r>
        <w:t>یعنی حواریوں نے آپ کا ساتھ دیا، اور ساتھ دینے کا کیا معنی کہا تھے؟ آپ کے میسج کو پھیلانا۔ حواریوں نے کوئی لڑائی نہیں کی، کوئی ملٹریسی نہیں چلائی،</w:t>
      </w:r>
    </w:p>
    <w:p>
      <w:r>
        <w:rPr>
          <w:b/>
        </w:rPr>
        <w:t xml:space="preserve">[12:37] </w:t>
      </w:r>
      <w:r>
        <w:t>peaceful tareeqay se Hazrat Masih ke paigham ko phailaya.</w:t>
      </w:r>
    </w:p>
    <w:p>
      <w:pPr>
        <w:jc w:val="right"/>
      </w:pPr>
      <w:r>
        <w:t>پیس فل طریقے سے حضرت مسیح کے پیغام کو پھیلایا۔</w:t>
      </w:r>
    </w:p>
    <w:p>
      <w:r>
        <w:rPr>
          <w:b/>
        </w:rPr>
        <w:t xml:space="preserve">[12:43] </w:t>
      </w:r>
      <w:r>
        <w:t>is tarah ek riwayat qaim hui, ek tradition qaim hui dawat ki. To jari-sha jari-sha yeh kaam hota raha.</w:t>
      </w:r>
    </w:p>
    <w:p>
      <w:pPr>
        <w:jc w:val="right"/>
      </w:pPr>
      <w:r>
        <w:t>اس طرح ایک روایت قائم ہوئی، ایک ٹریڈیشن قائم ہوئی دعوت کی۔ تو جریشہ جریشہ یہ کام ہوتا رہا۔</w:t>
      </w:r>
    </w:p>
    <w:p>
      <w:r>
        <w:rPr>
          <w:b/>
        </w:rPr>
        <w:t xml:space="preserve">[12:53] </w:t>
      </w:r>
      <w:r>
        <w:t>aaj aap jante hain ke duniya mein sab se bara mazhab tadad ke aitbar se Masihiyat hai.</w:t>
      </w:r>
    </w:p>
    <w:p>
      <w:pPr>
        <w:jc w:val="right"/>
      </w:pPr>
      <w:r>
        <w:t>آج آپ جانتے ہیں کہ دنیا میں سب سے بڑا مذہب تعداد کے اعتبار سے مسیحیت ہے۔</w:t>
      </w:r>
    </w:p>
    <w:p>
      <w:r>
        <w:rPr>
          <w:b/>
        </w:rPr>
        <w:t xml:space="preserve">[13:02] </w:t>
      </w:r>
      <w:r>
        <w:t>to woh jo response diya tha hawariyon ne, woh response itna zyada</w:t>
      </w:r>
    </w:p>
    <w:p>
      <w:pPr>
        <w:jc w:val="right"/>
      </w:pPr>
      <w:r>
        <w:t>تو وہ جو رسپانس دیا تھا حواریوں نے، وہ رسپانس اتنا زیادہ</w:t>
      </w:r>
    </w:p>
    <w:p>
      <w:r>
        <w:rPr>
          <w:b/>
        </w:rPr>
        <w:t xml:space="preserve">[13:11] </w:t>
      </w:r>
      <w:r>
        <w:t>is ne taraqqi ki, itna barg-o-bar laya ke is duniya mein aaj Isaiyat ya Masihiyat sab se bara mazhab ban gaya.</w:t>
      </w:r>
    </w:p>
    <w:p>
      <w:pPr>
        <w:jc w:val="right"/>
      </w:pPr>
      <w:r>
        <w:t>اس نے ترقی کی، اتنا برگبار لایا کہ اس دنیا میں آج عیسائیت یا مسیحیت سب سے بڑا مذہب بن گیا۔</w:t>
      </w:r>
    </w:p>
    <w:p>
      <w:r>
        <w:rPr>
          <w:b/>
        </w:rPr>
        <w:t xml:space="preserve">[13:22] </w:t>
      </w:r>
      <w:r>
        <w:t>is mamle ki doosri misaal Paighambar Islam Salallaho Alaihe Wasallam ke zamane mein, ab se chaudah so saal pehle pesh aayi Madine mein.</w:t>
      </w:r>
    </w:p>
    <w:p>
      <w:pPr>
        <w:jc w:val="right"/>
      </w:pPr>
      <w:r>
        <w:t>اس معاملے کی دوسری مثال پیغمبر اسلام صلی اللہ علیہ وسلم کے زمانے میں، اب سے چودہ سو سال پہلے پیش آئی مدینے میں۔</w:t>
      </w:r>
    </w:p>
    <w:p>
      <w:r>
        <w:rPr>
          <w:b/>
        </w:rPr>
        <w:t xml:space="preserve">[13:37] </w:t>
      </w:r>
      <w:r>
        <w:t>wahan pe Rasool Allah Salallaho Alaihe Wasallam ko yeh surat pesh aayi, yani aap ne pukara logon ko ke sath kaun deta hai hamara? To Madine ke logon ne sath diya, aap Islam laye.</w:t>
      </w:r>
    </w:p>
    <w:p>
      <w:pPr>
        <w:jc w:val="right"/>
      </w:pPr>
      <w:r>
        <w:t>وہاں پہ رسول اللہ صلی اللہ علیہ وسلم کو یہ سورت پیش آئی، یعنی آپ نے پکارا لوگوں کو کہ ساتھ کون دیتا ہے ہمارا؟ تو مدینے کے لوگوں نے ساتھ دیا، آپ اسلام لائے۔</w:t>
      </w:r>
    </w:p>
    <w:p>
      <w:r>
        <w:rPr>
          <w:b/>
        </w:rPr>
        <w:t xml:space="preserve">[13:50] </w:t>
      </w:r>
      <w:r>
        <w:t>isi liye un ko Ansar kaha jata hai.</w:t>
      </w:r>
    </w:p>
    <w:p>
      <w:pPr>
        <w:jc w:val="right"/>
      </w:pPr>
      <w:r>
        <w:t>اسی لیے ان کو انصار کہا جاتا ہے۔</w:t>
      </w:r>
    </w:p>
    <w:p>
      <w:r>
        <w:rPr>
          <w:b/>
        </w:rPr>
        <w:t xml:space="preserve">[13:55] </w:t>
      </w:r>
      <w:r>
        <w:t>to pehla giroh ansar woh tha jis ne Hazrat Masih ka saath diya tha do hazar saal pehle. doosra giroh ansar woh hai jis ne Madine mein Rasool Allah S.A.W ka saath diya.</w:t>
      </w:r>
    </w:p>
    <w:p>
      <w:pPr>
        <w:jc w:val="right"/>
      </w:pPr>
      <w:r>
        <w:t>تو پہلا گروہ انصار وہ تھا جس نے حضرت مسیح کا ساتھ دیا تھا دو ہزار سال پہلے۔ دوسرا گروہ انصار وہ ہے جس نے مدینے میں رسول اللہ صلی اللہ علیہ وسلم کا ساتھ دیا۔</w:t>
      </w:r>
    </w:p>
    <w:p>
      <w:r>
        <w:rPr>
          <w:b/>
        </w:rPr>
        <w:t xml:space="preserve">[14:09] </w:t>
      </w:r>
      <w:r>
        <w:t>aap jante hain ke is ke baad Islam ka taza phaila ke sari dunya mein Islam phail gaya. aaj aik billion musalman sari</w:t>
      </w:r>
    </w:p>
    <w:p>
      <w:pPr>
        <w:jc w:val="right"/>
      </w:pPr>
      <w:r>
        <w:t>آپ جانتے ہیں کہ اس کے بعد اسلام کا تازہ پھیلا کہ ساری دنیا میں اسلام پھیل گیا۔ آج ایک بلین مسلمان ساری</w:t>
      </w:r>
    </w:p>
    <w:p>
      <w:r>
        <w:rPr>
          <w:b/>
        </w:rPr>
        <w:t xml:space="preserve">[14:21] </w:t>
      </w:r>
      <w:r>
        <w:t>dunya mein hain. main aap ko aik hadith sunana chahta hoon jo is mamle ki bohat hi bohat zyada taluq rakhti hai.</w:t>
      </w:r>
    </w:p>
    <w:p>
      <w:pPr>
        <w:jc w:val="right"/>
      </w:pPr>
      <w:r>
        <w:t>دنیا میں ہیں۔ میں آپ کو ایک حدیث سنانا چاہتا ہوں جو اس معاملے کی بہت ہی بہت زیادہ تعلق رکھتی ہے۔</w:t>
      </w:r>
    </w:p>
    <w:p>
      <w:r>
        <w:rPr>
          <w:b/>
        </w:rPr>
        <w:t xml:space="preserve">[14:32] </w:t>
      </w:r>
      <w:r>
        <w:t>Makki daur ke aakhir mein Rasool Allah S.A.W ne farmaya tha, abhi hijrat nahi hui thi, yeh to hone wali thi.</w:t>
      </w:r>
    </w:p>
    <w:p>
      <w:pPr>
        <w:jc w:val="right"/>
      </w:pPr>
      <w:r>
        <w:t>مکی دور کے آخر میں رسول اللہ صلی اللہ علیہ وسلم نے فرمایا تھا، ابھی ہجرت نہیں ہوئی تھی، یہ تو ہونے والی تھی۔</w:t>
      </w:r>
    </w:p>
    <w:p>
      <w:r>
        <w:rPr>
          <w:b/>
        </w:rPr>
        <w:t xml:space="preserve">[14:53] </w:t>
      </w:r>
      <w:r>
        <w:t>mujhe aik basti ka hukum diya gaya hai, yani aik basti ki taraf hijrat ka. log is ko kehte hain Yasrab, us waqt is ka naam Yasrab tha, lekin woh Madina hai,</w:t>
      </w:r>
    </w:p>
    <w:p>
      <w:pPr>
        <w:jc w:val="right"/>
      </w:pPr>
      <w:r>
        <w:t>مجھے ایک بستی کا حکم دیا گیا ہے، یعنی ایک بستی کی طرف ہجرت کا۔ لوگ اس کو کہتے ہیں یسرب، اس وقت اس کا نام یسرب تھا، لیکن وہ مدینہ ہے،</w:t>
      </w:r>
    </w:p>
    <w:p>
      <w:r>
        <w:rPr>
          <w:b/>
        </w:rPr>
        <w:t xml:space="preserve">[15:10] </w:t>
      </w:r>
      <w:r>
        <w:t>lekin is ko Madinatul Nabi banna hai.</w:t>
      </w:r>
    </w:p>
    <w:p>
      <w:pPr>
        <w:jc w:val="right"/>
      </w:pPr>
      <w:r>
        <w:t>لیکن اس کو مدینۃ النبی بننا ہے۔</w:t>
      </w:r>
    </w:p>
    <w:p>
      <w:r>
        <w:rPr>
          <w:b/>
        </w:rPr>
        <w:t xml:space="preserve">[15:14] </w:t>
      </w:r>
      <w:r>
        <w:t>is ka matlab kya tha?</w:t>
      </w:r>
    </w:p>
    <w:p>
      <w:pPr>
        <w:jc w:val="right"/>
      </w:pPr>
      <w:r>
        <w:t>اس کا مطلب کیا تھا؟</w:t>
      </w:r>
    </w:p>
    <w:p>
      <w:r>
        <w:rPr>
          <w:b/>
        </w:rPr>
        <w:t xml:space="preserve">[15:18] </w:t>
      </w:r>
      <w:r>
        <w:t>mujhe ko aik aisi basti hukum diya jo tamam bastiyon ko kha jaye gi. to yeh kha kha jane ka matlab kya hai?</w:t>
      </w:r>
    </w:p>
    <w:p>
      <w:pPr>
        <w:jc w:val="right"/>
      </w:pPr>
      <w:r>
        <w:t>مجھ کو ایک ایسی بستی حکم دیا جو تمام بستیوں کو کھا جائے گی۔ تو یہ کھا کھا جانے کا مطلب کیا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