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Divine Help June 16, 2013 - Maulana Wahiduddin Khan</w:t>
      </w:r>
    </w:p>
    <w:p>
      <w:r>
        <w:t>https://www.youtube.com/watch?v=KMtf3zfSolM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 Allahu ala nabiyyi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wah-lul uqdatan min lisani yafqahu qawli.</w:t>
      </w:r>
    </w:p>
    <w:p>
      <w:pPr>
        <w:jc w:val="right"/>
      </w:pPr>
      <w:r>
        <w:t>واحل العقدۃ من لسانی یفقہ قولی۔</w:t>
      </w:r>
    </w:p>
    <w:p>
      <w:r>
        <w:rPr>
          <w:b/>
        </w:rPr>
        <w:t xml:space="preserve">[00:40] </w:t>
      </w:r>
      <w:r>
        <w:t>aaj jun 2013</w:t>
      </w:r>
    </w:p>
    <w:p>
      <w:pPr>
        <w:jc w:val="right"/>
      </w:pPr>
      <w:r>
        <w:t>آج جون 2013</w:t>
      </w:r>
    </w:p>
    <w:p>
      <w:r>
        <w:rPr>
          <w:b/>
        </w:rPr>
        <w:t xml:space="preserve">[00:44] </w:t>
      </w:r>
      <w:r>
        <w:t>ki 16 tareekh hai.</w:t>
      </w:r>
    </w:p>
    <w:p>
      <w:pPr>
        <w:jc w:val="right"/>
      </w:pPr>
      <w:r>
        <w:t>کی 16 تاریخ ہے۔</w:t>
      </w:r>
    </w:p>
    <w:p>
      <w:r>
        <w:rPr>
          <w:b/>
        </w:rPr>
        <w:t xml:space="preserve">[00:50] </w:t>
      </w:r>
      <w:r>
        <w:t>aaj ka topic hai "da</w:t>
      </w:r>
    </w:p>
    <w:p>
      <w:pPr>
        <w:jc w:val="right"/>
      </w:pPr>
      <w:r>
        <w:t>آج کا ٹاپک ہے "دا</w:t>
      </w:r>
    </w:p>
    <w:p>
      <w:r>
        <w:rPr>
          <w:b/>
        </w:rPr>
        <w:t xml:space="preserve">[00:55] </w:t>
      </w:r>
      <w:r>
        <w:t>"concept of divine nusrat" yani khudai madad ka usool.</w:t>
      </w:r>
    </w:p>
    <w:p>
      <w:pPr>
        <w:jc w:val="right"/>
      </w:pPr>
      <w:r>
        <w:t>کانسیپٹ آف ڈیوائن نصرت" یعنی خدائی مدد کا اصول۔</w:t>
      </w:r>
    </w:p>
    <w:p>
      <w:r>
        <w:rPr>
          <w:b/>
        </w:rPr>
        <w:t xml:space="preserve">[01:03] </w:t>
      </w:r>
      <w:r>
        <w:t>Quran mein bataya gaya hai ke Allah ki nusrat, nusrat ke maane hote hain help, madad</w:t>
      </w:r>
    </w:p>
    <w:p>
      <w:pPr>
        <w:jc w:val="right"/>
      </w:pPr>
      <w:r>
        <w:t>قرآن میں بتایا گیا ہے کہ اللہ کی نصرت، نصرت کے معنی ہوتے ہیں ہیلپ، مدد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