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Pillars of Western Thought 6 Oct 2013 - Maulana Wahiduddin Khan</w:t>
      </w:r>
    </w:p>
    <w:p>
      <w:r>
        <w:t>https://www.youtube.com/watch?v=5pYCuhRYhJM</w:t>
      </w:r>
    </w:p>
    <w:p>
      <w:r>
        <w:rPr>
          <w:b/>
        </w:rPr>
        <w:t xml:space="preserve">[00:15] </w:t>
      </w:r>
      <w:r>
        <w:t>Bismillah Rehman ur Rahim, wa Sallu Allahu alal Nabi al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Rabb ishrah li sadri, wa yassir li amri, wah lul uqdatan min lisani, yafqa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[00:40] </w:t>
      </w:r>
      <w:r>
        <w:t>aaj ka topic hai "pillars of western thought", yani maghribi fikr ke sutoon.</w:t>
      </w:r>
    </w:p>
    <w:p>
      <w:pPr>
        <w:jc w:val="right"/>
      </w:pPr>
      <w:r>
        <w:t>آج کا ٹاپک ہے "پلرز آف ویسٹرن تھاٹ"، یعنی مغربی فکر کے ستون۔</w:t>
      </w:r>
    </w:p>
    <w:p>
      <w:r>
        <w:rPr>
          <w:b/>
        </w:rPr>
        <w:t xml:space="preserve">[00:57] </w:t>
      </w:r>
      <w:r>
        <w:t>maazi zamanay mein</w:t>
      </w:r>
    </w:p>
    <w:p>
      <w:pPr>
        <w:jc w:val="right"/>
      </w:pPr>
      <w:r>
        <w:t>ماضی زمانے میں</w:t>
      </w:r>
    </w:p>
    <w:p>
      <w:r>
        <w:rPr>
          <w:b/>
        </w:rPr>
        <w:t xml:space="preserve">[01:02] </w:t>
      </w:r>
      <w:r>
        <w:t>musalmanon ne beshumar kitabein chhapi hain har zaban mein, Arab se le kar non Arab tak, maghrib ke bare mein.</w:t>
      </w:r>
    </w:p>
    <w:p>
      <w:pPr>
        <w:jc w:val="right"/>
      </w:pPr>
      <w:r>
        <w:t>مسلمانوں نے بے شمار کتابیں چھاپی ہیں ہر زبان میں، عرب سے لے کر نان عرب تک، مغرب کے بارے میں۔</w:t>
      </w:r>
    </w:p>
    <w:p>
      <w:r>
        <w:rPr>
          <w:b/>
        </w:rPr>
        <w:t xml:space="preserve">[01:14] </w:t>
      </w:r>
      <w:r>
        <w:t>lekin jahan tak main janta hoon, yeh sari kitabein sirf yeh batati hain ke western world aik evil world hai.</w:t>
      </w:r>
    </w:p>
    <w:p>
      <w:pPr>
        <w:jc w:val="right"/>
      </w:pPr>
      <w:r>
        <w:t>لیکن جہاں تک میں جانتا ہوں، یہ ساری کتابیں صرف یہ بتاتی ہیں کہ ویسٹرن ورلڈ ایک ایول ورلڈ ہے۔</w:t>
      </w:r>
    </w:p>
    <w:p>
      <w:r>
        <w:rPr>
          <w:b/>
        </w:rPr>
        <w:t xml:space="preserve">[01:24] </w:t>
      </w:r>
      <w:r>
        <w:t>evil world hai, wahan evil culture hai, evil cre</w:t>
      </w:r>
    </w:p>
    <w:p>
      <w:pPr>
        <w:jc w:val="right"/>
      </w:pPr>
      <w:r>
        <w:t>ایول ورلڈ ہے، وہاں ایول کلچر ہے، ایول کریک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