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September 8, 2013 Maulana Wahiduddin Khan</w:t>
      </w:r>
    </w:p>
    <w:p>
      <w:r>
        <w:t>https://www.youtube.com/watch?v=y4bObH7a_64</w:t>
      </w:r>
    </w:p>
    <w:p>
      <w:r>
        <w:rPr>
          <w:b/>
        </w:rPr>
        <w:t xml:space="preserve">[00:14] </w:t>
      </w:r>
      <w:r>
        <w:t>bismillah hir rahman nir rahim, wa salla Allahu ala an nabiyyil karim.</w:t>
      </w:r>
    </w:p>
    <w:p>
      <w:pPr>
        <w:jc w:val="right"/>
      </w:pPr>
      <w:r>
        <w:t>بسم اللہ الرحمن الرحیم، وصلی اللہ علی النبی الکریم۔</w:t>
      </w:r>
    </w:p>
    <w:p>
      <w:r>
        <w:rPr>
          <w:b/>
        </w:rPr>
        <w:t xml:space="preserve">[00:23] </w:t>
      </w:r>
      <w:r>
        <w:t>rab ishrah li sadri, wa yassir li amri, wah lul uqdata min lisani,</w:t>
      </w:r>
    </w:p>
    <w:p>
      <w:pPr>
        <w:jc w:val="right"/>
      </w:pPr>
      <w:r>
        <w:t>رب اشرح لی صدری، ویسر لی امری، واحل العقدۃ من لسانی،</w:t>
      </w:r>
    </w:p>
    <w:p>
      <w:r>
        <w:rPr>
          <w:b/>
        </w:rPr>
        <w:t xml:space="preserve">[00:34] </w:t>
      </w:r>
      <w:r>
        <w:t>yaf qahu qawli.</w:t>
      </w:r>
    </w:p>
    <w:p>
      <w:pPr>
        <w:jc w:val="right"/>
      </w:pPr>
      <w:r>
        <w:t>یفقہ قولی۔</w:t>
      </w:r>
    </w:p>
    <w:p>
      <w:r>
        <w:rPr>
          <w:b/>
        </w:rPr>
        <w:t xml:space="preserve">[00:41] </w:t>
      </w:r>
      <w:r>
        <w:t>aaj ka title hai "From the Spiritual Tree".</w:t>
      </w:r>
    </w:p>
    <w:p>
      <w:pPr>
        <w:jc w:val="right"/>
      </w:pPr>
      <w:r>
        <w:t>آج کا ٹائٹل ہے "From the Spiritual Tree"۔</w:t>
      </w:r>
    </w:p>
    <w:p>
      <w:r>
        <w:rPr>
          <w:b/>
        </w:rPr>
        <w:t xml:space="preserve">[00:54] </w:t>
      </w:r>
      <w:r>
        <w:t>mere ghar ke samne jo darakht hai, us ko main Spiritual Tree kehta hoon. to abhi main is ke neeche baitha</w:t>
      </w:r>
    </w:p>
    <w:p>
      <w:pPr>
        <w:jc w:val="right"/>
      </w:pPr>
      <w:r>
        <w:t>میرے گھر کے سامنے جو درخت ہے، اس کو میں Spiritual Tree کہتا ہوں۔ تو ابھی میں اس کے نیچے بیٹھا</w:t>
      </w:r>
    </w:p>
    <w:p>
      <w:r>
        <w:rPr>
          <w:b/>
        </w:rPr>
        <w:t xml:space="preserve">[01:04] </w:t>
      </w:r>
      <w:r>
        <w:t>to main ne dekha ke woh bohat hara bhara,</w:t>
      </w:r>
    </w:p>
    <w:p>
      <w:pPr>
        <w:jc w:val="right"/>
      </w:pPr>
      <w:r>
        <w:t>تو میں نے دیکھا کہ وہ بہت ہرا بھرا،</w:t>
      </w:r>
    </w:p>
    <w:p>
      <w:r>
        <w:rPr>
          <w:b/>
        </w:rPr>
        <w:t xml:space="preserve">[01:12] </w:t>
      </w:r>
      <w:r>
        <w:t>shakhon aur patiyon se bhar gaya sara. halanke kuch din pehle bilkul thand tha, sirf lakriyan dikhai deti thin, shakhein jo ke lakri ki tarah dikhai deti thin.</w:t>
      </w:r>
    </w:p>
    <w:p>
      <w:pPr>
        <w:jc w:val="right"/>
      </w:pPr>
      <w:r>
        <w:t>شاخوں اور پتیوں سے بھر گیا سارا۔ حالانکہ کچھ دن پہلے بالکل ٹھنڈ تھا، صرف لکڑیاں دکھائی دیتی تھیں، شاخیں جو کہ لکڑی کی طرح دکھائی دیتی تھیں۔</w:t>
      </w:r>
    </w:p>
    <w:p>
      <w:r>
        <w:rPr>
          <w:b/>
        </w:rPr>
        <w:t xml:space="preserve">[01:29] </w:t>
      </w:r>
      <w:r>
        <w:t>us waqt main ne dekha ke woh itna zyada hara bhara hai ke upar aasman dikhai nahi deta, bohat hara bhara.</w:t>
      </w:r>
    </w:p>
    <w:p>
      <w:pPr>
        <w:jc w:val="right"/>
      </w:pPr>
      <w:r>
        <w:t>اس وقت میں نے دیکھا کہ وہ اتنا زیادہ ہرا بھرا ہے کہ اوپر آسمان دکھائی نہیں دیتا، بہت ہرا بھرا۔</w:t>
      </w:r>
    </w:p>
    <w:p>
      <w:r>
        <w:rPr>
          <w:b/>
        </w:rPr>
        <w:t xml:space="preserve">[01:41] </w:t>
      </w:r>
      <w:r>
        <w:t>to main ne socha ke</w:t>
      </w:r>
    </w:p>
    <w:p>
      <w:pPr>
        <w:jc w:val="right"/>
      </w:pPr>
      <w:r>
        <w:t>تو میں نے سوچا کہ</w:t>
      </w:r>
    </w:p>
    <w:p>
      <w:r>
        <w:rPr>
          <w:b/>
        </w:rPr>
        <w:t xml:space="preserve">[01:46] </w:t>
      </w:r>
      <w:r>
        <w:t>darakht ki shakal mein Allah ki ek rehmat ka demonstration diya ja raha hai.</w:t>
      </w:r>
    </w:p>
    <w:p>
      <w:pPr>
        <w:jc w:val="right"/>
      </w:pPr>
      <w:r>
        <w:t>درخت کی شکل میں اللہ کی ایک رحمت کا ڈیمونسٹریشن دیا جا رہا ہے۔</w:t>
      </w:r>
    </w:p>
    <w:p>
      <w:r>
        <w:rPr>
          <w:b/>
        </w:rPr>
        <w:t xml:space="preserve">[01:58] </w:t>
      </w:r>
      <w:r>
        <w:t>har darakht, har hara bhara darakht, Allah ki rehmat ka ek demonstration hai.</w:t>
      </w:r>
    </w:p>
    <w:p>
      <w:pPr>
        <w:jc w:val="right"/>
      </w:pPr>
      <w:r>
        <w:t>ہر درخت، ہر ہرا بھرا درخت، اللہ کی رحمت کا ایک ڈیمونسٹریشن ہے۔</w:t>
      </w:r>
    </w:p>
    <w:p>
      <w:r>
        <w:rPr>
          <w:b/>
        </w:rPr>
        <w:t xml:space="preserve">[02:10] </w:t>
      </w:r>
      <w:r>
        <w:t>woh kya? woh yeh ke aap jante hain ke insan par tarah tarah ke halat guzarte hain.</w:t>
      </w:r>
    </w:p>
    <w:p>
      <w:pPr>
        <w:jc w:val="right"/>
      </w:pPr>
      <w:r>
        <w:t>وہ کیا؟ وہ یہ کہ آپ جانتے ہیں کہ انسان پر طرح طرح کے حالات گزرتے ہیں۔</w:t>
      </w:r>
    </w:p>
    <w:p>
      <w:r>
        <w:rPr>
          <w:b/>
        </w:rPr>
        <w:t xml:space="preserve">[02:23] </w:t>
      </w:r>
      <w:r>
        <w:t>insan kabhi mayusi ka shikar hota hai, kabhi us ko bimari lag jati hai,</w:t>
      </w:r>
    </w:p>
    <w:p>
      <w:pPr>
        <w:jc w:val="right"/>
      </w:pPr>
      <w:r>
        <w:t>انسان کبھی مایوسی کا شکار ہوتا ہے، کبھی اس کو بیماری لگ جاتی ہے،</w:t>
      </w:r>
    </w:p>
    <w:p>
      <w:r>
        <w:rPr>
          <w:b/>
        </w:rPr>
        <w:t xml:space="preserve">[02:35] </w:t>
      </w:r>
      <w:r>
        <w:t>kabhi kisi mamle mein us ko setback hota hai.</w:t>
      </w:r>
    </w:p>
    <w:p>
      <w:pPr>
        <w:jc w:val="right"/>
      </w:pPr>
      <w:r>
        <w:t>کبھی کسی معاملے میں اس کو سیٹ بیک ہوتا ہے۔</w:t>
      </w:r>
    </w:p>
    <w:p>
      <w:r>
        <w:rPr>
          <w:b/>
        </w:rPr>
        <w:t xml:space="preserve">[02:42] </w:t>
      </w:r>
      <w:r>
        <w:t>to woh goya ke sokhi lakri ban jata hai.</w:t>
      </w:r>
    </w:p>
    <w:p>
      <w:pPr>
        <w:jc w:val="right"/>
      </w:pPr>
      <w:r>
        <w:t>تو وہ گویا کہ سوکھی لکڑی بن جاتا ہے۔</w:t>
      </w:r>
    </w:p>
    <w:p>
      <w:r>
        <w:rPr>
          <w:b/>
        </w:rPr>
        <w:t xml:space="preserve">[02:50] </w:t>
      </w:r>
      <w:r>
        <w:t>to yeh darakht goya bata raha hai ke aye bande, tu Allah ki is rehmat ke waseela se dua kar. har darakht, jo hara bhara darakht khara hua hai,</w:t>
      </w:r>
    </w:p>
    <w:p>
      <w:pPr>
        <w:jc w:val="right"/>
      </w:pPr>
      <w:r>
        <w:t>تو یہ درخت گویا بتا رہا ہے کہ اے بندے، تو اللہ کی اس رحمت کے واسطے سے دعا کر۔ ہر درخت، جو ہرا بھرا درخت کھڑا ہوا ہے،</w:t>
      </w:r>
    </w:p>
    <w:p>
      <w:r>
        <w:rPr>
          <w:b/>
        </w:rPr>
        <w:t xml:space="preserve">[03:06] </w:t>
      </w:r>
      <w:r>
        <w:t>woh is baat ka khamosh ailan hai ke aye bande,</w:t>
      </w:r>
    </w:p>
    <w:p>
      <w:pPr>
        <w:jc w:val="right"/>
      </w:pPr>
      <w:r>
        <w:t>وہ اس بات کا خاموش اعلان ہے کہ اے بندے،</w:t>
      </w:r>
    </w:p>
    <w:p>
      <w:r>
        <w:rPr>
          <w:b/>
        </w:rPr>
        <w:t xml:space="preserve">[03:13] </w:t>
      </w:r>
      <w:r>
        <w:t>tu</w:t>
      </w:r>
    </w:p>
    <w:p>
      <w:pPr>
        <w:jc w:val="right"/>
      </w:pPr>
      <w:r>
        <w:t>تو</w:t>
      </w:r>
    </w:p>
    <w:p>
      <w:r>
        <w:rPr>
          <w:b/>
        </w:rPr>
        <w:t xml:space="preserve">[03:16] </w:t>
      </w:r>
      <w:r>
        <w:t>Allah ki is rehmat ka wasta de kar dua kar, jis ka izhar mere upar hua hai. yani aye Allah, tu ne jis tarah is darakht ko hara bhara kar diya hai,</w:t>
      </w:r>
    </w:p>
    <w:p>
      <w:pPr>
        <w:jc w:val="right"/>
      </w:pPr>
      <w:r>
        <w:t>اللہ کی اس رحمت کا واسطہ دے کر دعا کر، جس کا اظہار میرے اوپر ہوا ہے۔ یعنی اے اللہ، تو نے جس طرح اس درخت کو ہرا بھرا کر دیا ہے،</w:t>
      </w:r>
    </w:p>
    <w:p>
      <w:r>
        <w:rPr>
          <w:b/>
        </w:rPr>
        <w:t xml:space="preserve">[03:29] </w:t>
      </w:r>
      <w:r>
        <w:t>isi tarah tu meri zindagi ko bhi hara bhara kar de. main bhi ek thand hoon, sokhi lakri hoon.</w:t>
      </w:r>
    </w:p>
    <w:p>
      <w:pPr>
        <w:jc w:val="right"/>
      </w:pPr>
      <w:r>
        <w:t>اسی طرح تو میری زندگی کو بھی ہرا بھرا کر دے۔ میں بھی ایک ٹھنڈ ہوں، سوکھی لکڑی ہوں۔</w:t>
      </w:r>
    </w:p>
    <w:p>
      <w:r>
        <w:rPr>
          <w:b/>
        </w:rPr>
        <w:t xml:space="preserve">[03:40] </w:t>
      </w:r>
      <w:r>
        <w:t>to tu apni rehmat se mujh ko bhi isi tarah hara bhara kar sakta hai, jis tarah tu ne is darakht ko kar diya hai.</w:t>
      </w:r>
    </w:p>
    <w:p>
      <w:pPr>
        <w:jc w:val="right"/>
      </w:pPr>
      <w:r>
        <w:t>تو تو اپنی رحمت سے مجھ کو بھی اسی طرح ہرا بھرا کر سکتا ہے، جس طرح تو نے اس درخت کو کر دیا ہے۔</w:t>
      </w:r>
    </w:p>
    <w:p>
      <w:r>
        <w:rPr>
          <w:b/>
        </w:rPr>
        <w:t xml:space="preserve">[03:55] </w:t>
      </w:r>
      <w:r>
        <w:t>to phir mujhe woh ayat yaad aayi, "wa kam min ayatin fil samawati wal ardi yamurrun alaiha wa hum anha mu'ridun".</w:t>
      </w:r>
    </w:p>
    <w:p>
      <w:pPr>
        <w:jc w:val="right"/>
      </w:pPr>
      <w:r>
        <w:t>تو پھر مجھے وہ آیت یاد آئی، "وکمن آیت فی السماوات والارض یمرون علیہا وھم عنہا مردون"۔</w:t>
      </w:r>
    </w:p>
    <w:p>
      <w:r>
        <w:rPr>
          <w:b/>
        </w:rPr>
        <w:t xml:space="preserve">[04:08] </w:t>
      </w:r>
      <w:r>
        <w:t>ke teen nishaniyan hain zameen o aasman mein, log is se guzarte hain, lekin is se ghafil hain woh.</w:t>
      </w:r>
    </w:p>
    <w:p>
      <w:pPr>
        <w:jc w:val="right"/>
      </w:pPr>
      <w:r>
        <w:t>کہ تین نشانیاں ہیں زمین و آسمان میں، لوگ اس سے گزرتے ہیں، لیکن اس سے غافل ہیں وہ۔</w:t>
      </w:r>
    </w:p>
    <w:p>
      <w:r>
        <w:rPr>
          <w:b/>
        </w:rPr>
        <w:t xml:space="preserve">[04:18] </w:t>
      </w:r>
      <w:r>
        <w:t>to dekhiye, yeh yahi sab nishaniyan hain. koi mysterious baat nahi hai, koi koi aisi cheez nahi jo aap galaxy mein ja kar talash karen.</w:t>
      </w:r>
    </w:p>
    <w:p>
      <w:pPr>
        <w:jc w:val="right"/>
      </w:pPr>
      <w:r>
        <w:t>تو دیکھیے، یہ یہی سب نشانیاں ہیں۔ کوئی مسٹیریس بات نہیں ہے، کوئی کوئی ایسی چیز نہیں جو آپ گیلیکسی میں جا کر تلاش کریں۔</w:t>
      </w:r>
    </w:p>
    <w:p>
      <w:r>
        <w:rPr>
          <w:b/>
        </w:rPr>
        <w:t xml:space="preserve">[04:33] </w:t>
      </w:r>
      <w:r>
        <w:t>aap ke aas pas yeh jo baatein ho rahi hain, aap ke aas pas jo Allah ki rehmat ke muzahire ho rahe hain, wohi murad hain.</w:t>
      </w:r>
    </w:p>
    <w:p>
      <w:pPr>
        <w:jc w:val="right"/>
      </w:pPr>
      <w:r>
        <w:t>آپ کے آس پاس یہ جو باتیں ہو رہی ہیں، آپ کے آس پاس جو اللہ کی رحمت کے مظاہرے ہو رہے ہیں، وہی مراد ہیں۔</w:t>
      </w:r>
    </w:p>
    <w:p>
      <w:r>
        <w:rPr>
          <w:b/>
        </w:rPr>
        <w:t xml:space="preserve">[04:46] </w:t>
      </w:r>
      <w:r>
        <w:t>to goya ke yeh darakht ek rasani hai, ebrat ke liye. woh hamein dua ke liye point of reference de raha hai.</w:t>
      </w:r>
    </w:p>
    <w:p>
      <w:pPr>
        <w:jc w:val="right"/>
      </w:pPr>
      <w:r>
        <w:t>تو گویا کہ یہ درخت ایک رسانی ہے، عبرت کے لیے۔ وہ ہمیں دعا کے لیے پوائنٹ آف ریفرنس دے رہا ہے۔</w:t>
      </w:r>
    </w:p>
    <w:p>
      <w:r>
        <w:rPr>
          <w:b/>
        </w:rPr>
        <w:t xml:space="preserve">[05:06] </w:t>
      </w:r>
      <w:r>
        <w:t>to jis tarah se ek darakht ko Allah ki rehmat pohnchi, yaqeenan tor par insaan ko bhi woh rehmat pohnche gi, bashart-e-ke woh pukare.</w:t>
      </w:r>
    </w:p>
    <w:p>
      <w:pPr>
        <w:jc w:val="right"/>
      </w:pPr>
      <w:r>
        <w:t>تو جس طرح سے ایک درخت کو اللہ کی رحمت پہنچی، یقینی طور پر انسان کو بھی وہ رحمت پہنچے گی، بشرطیکہ وہ پکارے۔</w:t>
      </w:r>
    </w:p>
    <w:p>
      <w:r>
        <w:rPr>
          <w:b/>
        </w:rPr>
        <w:t xml:space="preserve">[05:20] </w:t>
      </w:r>
      <w:r>
        <w:t>phir maine dekha road ki taraf, jahan mein baitha tha, us ke neeche road par log daud rahe the.</w:t>
      </w:r>
    </w:p>
    <w:p>
      <w:pPr>
        <w:jc w:val="right"/>
      </w:pPr>
      <w:r>
        <w:t>پھر میں نے دیکھا روڈ کی طرف، جہاں میں بیٹھا تھا، اس کے نیچے روڈ پر لوگ دوڑ رہے تھے۔</w:t>
      </w:r>
    </w:p>
    <w:p>
      <w:r>
        <w:rPr>
          <w:b/>
        </w:rPr>
        <w:t xml:space="preserve">[05:31] </w:t>
      </w:r>
      <w:r>
        <w:t>koi paidal, koi bicycle se, koi car se, koi idhar ja raha hai, koi idhar ja raha hai.</w:t>
      </w:r>
    </w:p>
    <w:p>
      <w:pPr>
        <w:jc w:val="right"/>
      </w:pPr>
      <w:r>
        <w:t>کوئی پیدل، کوئی بائیسکل سے، کوئی کار سے، کوئی ادھر جا رہا ہے، کوئی ادھر جا رہا ہے۔</w:t>
      </w:r>
    </w:p>
    <w:p>
      <w:r>
        <w:rPr>
          <w:b/>
        </w:rPr>
        <w:t xml:space="preserve">[05:40] </w:t>
      </w:r>
      <w:r>
        <w:t>musalsal ek activity road par dikhai de rahi thi. maine socha ke yeh activity kis liye hai? log kahan bhag daud kar rahe hain?</w:t>
      </w:r>
    </w:p>
    <w:p>
      <w:pPr>
        <w:jc w:val="right"/>
      </w:pPr>
      <w:r>
        <w:t>مسلسل ایک ایکٹیویٹی روڈ پر دکھائی دے رہی تھی۔ میں نے سوچا کہ یہ ایکٹیویٹی کس لیے ہے؟ لوگ کہاں بھاگ دوڑ کر رہے ہیں؟</w:t>
      </w:r>
    </w:p>
    <w:p>
      <w:r>
        <w:rPr>
          <w:b/>
        </w:rPr>
        <w:t xml:space="preserve">[05:54] </w:t>
      </w:r>
      <w:r>
        <w:t>to sochte sochte mein is rai par pohncha ke har ek ka jo goal hai, ek material goal hai. bas isi ke liye daud rahe hain log.</w:t>
      </w:r>
    </w:p>
    <w:p>
      <w:pPr>
        <w:jc w:val="right"/>
      </w:pPr>
      <w:r>
        <w:t>تو سوچتے سوچتے میں اس رائے پر پہنچا کہ ہر ایک کا جو گول ہے، ایک مٹیریل گول ہے۔ بس اسی کے لیے دوڑ رہے ہیں لوگ۔</w:t>
      </w:r>
    </w:p>
    <w:p>
      <w:r>
        <w:rPr>
          <w:b/>
        </w:rPr>
        <w:t xml:space="preserve">[06:06] </w:t>
      </w:r>
      <w:r>
        <w:t>material goal ke siwa koi aur cheez nahin.</w:t>
      </w:r>
    </w:p>
    <w:p>
      <w:pPr>
        <w:jc w:val="right"/>
      </w:pPr>
      <w:r>
        <w:t>مٹیریل گول کے سوا کوئی اور چیز نہیں۔</w:t>
      </w:r>
    </w:p>
    <w:p>
      <w:r>
        <w:rPr>
          <w:b/>
        </w:rPr>
        <w:t xml:space="preserve">[06:13] </w:t>
      </w:r>
      <w:r>
        <w:t>to sare log bas material goal ke liye daud rahe hain.</w:t>
      </w:r>
    </w:p>
    <w:p>
      <w:pPr>
        <w:jc w:val="right"/>
      </w:pPr>
      <w:r>
        <w:t>تو سارے لوگ بس مٹیریل گول کے لیے دوڑ رہے ہیں۔</w:t>
      </w:r>
    </w:p>
    <w:p>
      <w:r>
        <w:rPr>
          <w:b/>
        </w:rPr>
        <w:t xml:space="preserve">[06:22] </w:t>
      </w:r>
      <w:r>
        <w:t>phir mere haath mein yeh akhbar tha.</w:t>
      </w:r>
    </w:p>
    <w:p>
      <w:pPr>
        <w:jc w:val="right"/>
      </w:pPr>
      <w:r>
        <w:t>پھر میرے ہاتھ میں یہ اخبار تھا۔</w:t>
      </w:r>
    </w:p>
    <w:p>
      <w:r>
        <w:rPr>
          <w:b/>
        </w:rPr>
        <w:t xml:space="preserve">[06:29] </w:t>
      </w:r>
      <w:r>
        <w:t>to maine socha ke yeh akhbar bata raha hai ke log material goal ke liye hero bane hue hain. hero.</w:t>
      </w:r>
    </w:p>
    <w:p>
      <w:pPr>
        <w:jc w:val="right"/>
      </w:pPr>
      <w:r>
        <w:t>تو میں نے سوچا کہ یہ اخبار بتا رہا ہے کہ لوگ مٹیریل گول کے لیے ہیرو بنے ہوئے ہیں۔ ہیرو۔</w:t>
      </w:r>
    </w:p>
    <w:p>
      <w:r>
        <w:rPr>
          <w:b/>
        </w:rPr>
        <w:t xml:space="preserve">[06:40] </w:t>
      </w:r>
      <w:r>
        <w:t>is mein ek khatoon ka, aap dekh rahe hain, interview chapa hai.</w:t>
      </w:r>
    </w:p>
    <w:p>
      <w:pPr>
        <w:jc w:val="right"/>
      </w:pPr>
      <w:r>
        <w:t>اس میں ایک خاتون کا، آپ دیکھ رہے ہیں، انٹرویو چھپا ہے۔</w:t>
      </w:r>
    </w:p>
    <w:p>
      <w:r>
        <w:rPr>
          <w:b/>
        </w:rPr>
        <w:t xml:space="preserve">[06:52] </w:t>
      </w:r>
      <w:r>
        <w:t>is khatoon ko ek contest mein, beauty contest mein, miss India chuna gaya. ab is ke hausle itne barhe, is ka shauq itna barha ke ab woh miss world ke liye candidate bani hui hai.</w:t>
      </w:r>
    </w:p>
    <w:p>
      <w:pPr>
        <w:jc w:val="right"/>
      </w:pPr>
      <w:r>
        <w:t>اس خاتون کو ایک کنٹیسٹ میں، بیوٹی کنٹیسٹ میں، مس انڈیا چنا گیا۔ اب اس کے حوصلے اتنے بڑھے، اس کا شوق اتنا بڑھا کہ اب وہ مس ورلڈ کے لیے کینڈیڈیٹ بنی ہوئی ہے۔</w:t>
      </w:r>
    </w:p>
    <w:p>
      <w:r>
        <w:rPr>
          <w:b/>
        </w:rPr>
        <w:t xml:space="preserve">[07:09] </w:t>
      </w:r>
      <w:r>
        <w:t>candidate. sare taqat is ne laga rakhi hai miss world banne ke liye. to is mein woh kehti hai ke "I am living, I am breathing miss world."</w:t>
      </w:r>
    </w:p>
    <w:p>
      <w:pPr>
        <w:jc w:val="right"/>
      </w:pPr>
      <w:r>
        <w:t>کینڈیڈیٹ۔ ساری طاقت اس نے لگا رکھی ہے مس ورلڈ بننے کے لیے۔ تو اس میں وہ کہتی ہے کہ "I am living, I am breathing مس ورلڈ۔"</w:t>
      </w:r>
    </w:p>
    <w:p>
      <w:r>
        <w:rPr>
          <w:b/>
        </w:rPr>
        <w:t xml:space="preserve">[07:30] </w:t>
      </w:r>
      <w:r>
        <w:t>Only the crowning is left. ke mein miss world ki saans le raha hoon, miss world ke liye jee raha hoon.</w:t>
      </w:r>
    </w:p>
    <w:p>
      <w:pPr>
        <w:jc w:val="right"/>
      </w:pPr>
      <w:r>
        <w:t>Only the crowning is left۔ کہ میں مس ورلڈ کی سانس لے رہا ہوں، مس ورلڈ کے لیے جی رہا ہوں۔</w:t>
      </w:r>
    </w:p>
    <w:p>
      <w:r>
        <w:rPr>
          <w:b/>
        </w:rPr>
        <w:t xml:space="preserve">[07:39] </w:t>
      </w:r>
      <w:r>
        <w:t>ab sirf crowning baqi hai. itna zyada is ne apne ko involve kar rakha hai. is ke liye hero bani hui hai.</w:t>
      </w:r>
    </w:p>
    <w:p>
      <w:pPr>
        <w:jc w:val="right"/>
      </w:pPr>
      <w:r>
        <w:t>اب صرف crowning باقی ہے۔ اتنا زیادہ اس نے اپنے کو انوالو کر رکھا ہے۔ اس کے لیے ہیرو بنی ہوئی ہے۔</w:t>
      </w:r>
    </w:p>
    <w:p>
      <w:r>
        <w:rPr>
          <w:b/>
        </w:rPr>
        <w:t xml:space="preserve">[07:52] </w:t>
      </w:r>
      <w:r>
        <w:t>to maine socha ke aakhir kaise log hero ban jate hain? aise bohat se log hain. ek khatoon ki baat nahin hai.</w:t>
      </w:r>
    </w:p>
    <w:p>
      <w:pPr>
        <w:jc w:val="right"/>
      </w:pPr>
      <w:r>
        <w:t>تو میں نے سوچا کہ آخر کیسے لوگ ہیرو بن جاتے ہیں؟ ایسے بہت سے لوگ ہیں۔ ایک خاتون کی بات نہیں ہے۔</w:t>
      </w:r>
    </w:p>
    <w:p>
      <w:r>
        <w:rPr>
          <w:b/>
        </w:rPr>
        <w:t xml:space="preserve">[08:03] </w:t>
      </w:r>
      <w:r>
        <w:t>aap material goal ke liye aap bohat se logon ko dekhenge ke woh hero ban gaye hain, is ko achieve karne ke liye. to is ka raaz kya hai?</w:t>
      </w:r>
    </w:p>
    <w:p>
      <w:pPr>
        <w:jc w:val="right"/>
      </w:pPr>
      <w:r>
        <w:t>آپ مٹیریل گول کے لیے آپ بہت سے لوگوں کو دیکھیں گے کہ وہ ہیرو بن گئے ہیں، اس کو اچیو کرنے کے لیے۔ تو اس کا راز کیا ہے؟</w:t>
      </w:r>
    </w:p>
    <w:p>
      <w:r>
        <w:rPr>
          <w:b/>
        </w:rPr>
        <w:t xml:space="preserve">[08:23] </w:t>
      </w:r>
      <w:r>
        <w:t>to isi mein, isi ke interview mein mujhe is ka jawab mila. is khatoon ne mazeed sawal ke dauran kaha ke yeh jo chance hai miss world banne ka, woh to ek hi baar aaye ga mere liye.</w:t>
      </w:r>
    </w:p>
    <w:p>
      <w:pPr>
        <w:jc w:val="right"/>
      </w:pPr>
      <w:r>
        <w:t>تو اسی میں، اسی کے انٹرویو میں مجھے اس کا جواب ملا۔ اس خاتون نے مزید سوال کے دوران کہا کہ یہ جو چانس ہے مس ورلڈ بننے کا، وہ تو ایک ہی بار آئے گا میرے لیے۔</w:t>
      </w:r>
    </w:p>
    <w:p>
      <w:r>
        <w:rPr>
          <w:b/>
        </w:rPr>
        <w:t xml:space="preserve">[08:39] </w:t>
      </w:r>
      <w:r>
        <w:t>do baar to aaye ga nahin.</w:t>
      </w:r>
    </w:p>
    <w:p>
      <w:pPr>
        <w:jc w:val="right"/>
      </w:pPr>
      <w:r>
        <w:t>دو بار تو آئے گا نہیں۔</w:t>
      </w:r>
    </w:p>
    <w:p>
      <w:r>
        <w:rPr>
          <w:b/>
        </w:rPr>
        <w:t xml:space="preserve">[08:44] </w:t>
      </w:r>
      <w:r>
        <w:t>This is once in a lifetime chance.</w:t>
      </w:r>
    </w:p>
    <w:p>
      <w:pPr>
        <w:jc w:val="right"/>
      </w:pPr>
      <w:r>
        <w:t>This is once in a lifetime chance۔</w:t>
      </w:r>
    </w:p>
    <w:p>
      <w:r>
        <w:rPr>
          <w:b/>
        </w:rPr>
        <w:t xml:space="preserve">[08:51] </w:t>
      </w:r>
      <w:r>
        <w:t>This is once in a lifetime chance. So I have to do it.</w:t>
      </w:r>
    </w:p>
    <w:p>
      <w:pPr>
        <w:jc w:val="right"/>
      </w:pPr>
      <w:r>
        <w:t>This is once in a lifetime chance۔ So I have to do it۔</w:t>
      </w:r>
    </w:p>
    <w:p>
      <w:r>
        <w:rPr>
          <w:b/>
        </w:rPr>
        <w:t xml:space="preserve">[09:01] </w:t>
      </w:r>
      <w:r>
        <w:t>is ne kaha ke yeh to mere liye ek hi chance hai, phir to do baar aaye ga nahin. ab to mujhe apne aap ko sari energy laga kar mujhe hasil hi karna hai is ke liye.</w:t>
      </w:r>
    </w:p>
    <w:p>
      <w:pPr>
        <w:jc w:val="right"/>
      </w:pPr>
      <w:r>
        <w:t>اس نے کہا کہ یہ تو میرے لیے ایک ہی چانس ہے، پھر تو دو بار آئے گا نہیں۔ اب تو مجھے اپنے آپ کو ساری انرجی لگا کر مجھے حاصل ہی کرنا ہے اس کے لیے۔</w:t>
      </w:r>
    </w:p>
    <w:p>
      <w:r>
        <w:rPr>
          <w:b/>
        </w:rPr>
        <w:t xml:space="preserve">[09:15] </w:t>
      </w:r>
      <w:r>
        <w:t>to maine socha ke kya wajah hai? is se meri samajh mein aaya ke kya wajah hai ke log aakhirat ke liye, jin paradise ke liye, woh hero nahin bante?</w:t>
      </w:r>
    </w:p>
    <w:p>
      <w:pPr>
        <w:jc w:val="right"/>
      </w:pPr>
      <w:r>
        <w:t>تو میں نے سوچا کہ کیا وجہ ہے؟ اس سے میری سمجھ میں آیا کہ کیا وجہ ہے کہ لوگ آخرت کے لیے، جن Paradise کے لیے، وہ ہیرو نہیں بنتے؟</w:t>
      </w:r>
    </w:p>
    <w:p>
      <w:r>
        <w:rPr>
          <w:b/>
        </w:rPr>
        <w:t xml:space="preserve">[09:26] </w:t>
      </w:r>
      <w:r>
        <w:t>koi dikhai nahin deta ke woh miss paradise bana hua hai.</w:t>
      </w:r>
    </w:p>
    <w:p>
      <w:pPr>
        <w:jc w:val="right"/>
      </w:pPr>
      <w:r>
        <w:t>کوئی دکھائی نہیں دیتا کہ وہ مس Paradise بنا ہوا ہے۔</w:t>
      </w:r>
    </w:p>
    <w:p>
      <w:r>
        <w:rPr>
          <w:b/>
        </w:rPr>
        <w:t xml:space="preserve">[09:33] </w:t>
      </w:r>
      <w:r>
        <w:t>miss paradise. mister paradise banne ke liye, miss paradise banne ke liye apne ko jhuke hue hain. kyun us ko pata hi nahin hai ke aakhirat ki kamyabi jo hai, jannat jo hai, is ka chance bhi ek hi baar aaye ga.</w:t>
      </w:r>
    </w:p>
    <w:p>
      <w:pPr>
        <w:jc w:val="right"/>
      </w:pPr>
      <w:r>
        <w:t>مسٹر Paradise۔ مس Paradise بننے کے لیے، مسٹر Paradise بننے کے لیے اپنے کو جھکے ہوئے ہیں۔ کیوں اس کو پتہ ہی نہیں ہے کہ آخرت کی کامیابی جو ہے، جنت جو ہے، اس کا چانس بھی ایک ہی بار آئے گا۔</w:t>
      </w:r>
    </w:p>
    <w:p>
      <w:r>
        <w:rPr>
          <w:b/>
        </w:rPr>
        <w:t xml:space="preserve">[09:52] </w:t>
      </w:r>
      <w:r>
        <w:t>marne ke baad phir do baar hamein lotna nahi hai is duniya mein.</w:t>
      </w:r>
    </w:p>
    <w:p>
      <w:pPr>
        <w:jc w:val="right"/>
      </w:pPr>
      <w:r>
        <w:t>مرنے کے بعد پھر دو بار ہمیں لوٹنا نہیں ہے اس دنیا میں۔</w:t>
      </w:r>
    </w:p>
    <w:p>
      <w:r>
        <w:rPr>
          <w:b/>
        </w:rPr>
        <w:t xml:space="preserve">[09:59] </w:t>
      </w:r>
      <w:r>
        <w:t>bas idhar hi maut ke baad phir bhugtna hai. ya to reward paana hai ya bhugtna hai.</w:t>
      </w:r>
    </w:p>
    <w:p>
      <w:pPr>
        <w:jc w:val="right"/>
      </w:pPr>
      <w:r>
        <w:t>بس ادھر ہی موت کے بعد پھر بھگتنا ہے۔ یا تو ریوارڈ پانا ہے یا بھگتنا ہے۔</w:t>
      </w:r>
    </w:p>
    <w:p>
      <w:r>
        <w:rPr>
          <w:b/>
        </w:rPr>
        <w:t xml:space="preserve">[10:09] </w:t>
      </w:r>
      <w:r>
        <w:t>ek hi chance hai.</w:t>
      </w:r>
    </w:p>
    <w:p>
      <w:pPr>
        <w:jc w:val="right"/>
      </w:pPr>
      <w:r>
        <w:t>ایک ہی چانس ہے۔</w:t>
      </w:r>
    </w:p>
    <w:p>
      <w:r>
        <w:rPr>
          <w:b/>
        </w:rPr>
        <w:t xml:space="preserve">[10:13] </w:t>
      </w:r>
      <w:r>
        <w:t>to main sochta hoon ke jis tarah logon ko material achievement ke liye, yeh unke mind mein aa jata hai ke yeh ek hi chance hai jo mujhe mil raha hai,</w:t>
      </w:r>
    </w:p>
    <w:p>
      <w:pPr>
        <w:jc w:val="right"/>
      </w:pPr>
      <w:r>
        <w:t>تو میں سوچتا ہوں کہ جس طرح لوگوں کو مٹیریل اچیومنٹ کے لیے، یہ ان کے مائنڈ میں آ جاتا ہے کہ یہ ایک ہی چانس ہے جو مجھے مل رہا ہے،</w:t>
      </w:r>
    </w:p>
    <w:p>
      <w:r>
        <w:rPr>
          <w:b/>
        </w:rPr>
        <w:t xml:space="preserve">[10:26] </w:t>
      </w:r>
      <w:r>
        <w:t>to woh hero ban jate hain.</w:t>
      </w:r>
    </w:p>
    <w:p>
      <w:pPr>
        <w:jc w:val="right"/>
      </w:pPr>
      <w:r>
        <w:t>تو وہ ہیرو بن جاتے ہیں۔</w:t>
      </w:r>
    </w:p>
    <w:p>
      <w:r>
        <w:rPr>
          <w:b/>
        </w:rPr>
        <w:t xml:space="preserve">[10:33] </w:t>
      </w:r>
      <w:r>
        <w:t>wohi spirit agar aa jaye logon ke andar jannat ke bare mein, to uske liye bhi hero ban jayenge log.</w:t>
      </w:r>
    </w:p>
    <w:p>
      <w:pPr>
        <w:jc w:val="right"/>
      </w:pPr>
      <w:r>
        <w:t>وہی اسپرٹ اگر آ جائے لوگوں کے اندر جنت کے بارے میں، تو اس کے لیے بھی ہیرو بن جائیں گے لوگ۔</w:t>
      </w:r>
    </w:p>
    <w:p>
      <w:r>
        <w:rPr>
          <w:b/>
        </w:rPr>
        <w:t xml:space="preserve">[10:46] </w:t>
      </w:r>
      <w:r>
        <w:t>to uske, uske logon ko daryaft nahi hai, uski discovery nahi hai. usko logon ne realize nahi kiya hai ke maut jo hai,</w:t>
      </w:r>
    </w:p>
    <w:p>
      <w:pPr>
        <w:jc w:val="right"/>
      </w:pPr>
      <w:r>
        <w:t>تو اس کے، اس کے لوگوں کو دریافت نہیں ہے، اس کی ڈسکوری نہیں ہے۔ اس کو لوگوں نے ریلائز نہیں کیا ہے کہ موت جو ہے،</w:t>
      </w:r>
    </w:p>
    <w:p>
      <w:r>
        <w:rPr>
          <w:b/>
        </w:rPr>
        <w:t xml:space="preserve">[10:58] </w:t>
      </w:r>
      <w:r>
        <w:t>us yani khatma hai is baat ka ke iske baad phir dobara koi koi chance nahi. yahi ek chance tha, isko avail kiya to kiya, nahi kiya to phir khatam.</w:t>
      </w:r>
    </w:p>
    <w:p>
      <w:pPr>
        <w:jc w:val="right"/>
      </w:pPr>
      <w:r>
        <w:t>اس یعنی خاتمہ ہے اس بات کا کہ اس کے بعد پھر دوبارہ کوئی کوئی چانس نہیں۔ یہی ایک چانس تھا، اس کو اویل کیا تو کیا، نہیں کیا تو پھر ختم۔</w:t>
      </w:r>
    </w:p>
    <w:p>
      <w:r>
        <w:rPr>
          <w:b/>
        </w:rPr>
        <w:t xml:space="preserve">[11:11] </w:t>
      </w:r>
      <w:r>
        <w:t>iske baad kuch bhi nahi. to ab logon ko maloom ho</w:t>
      </w:r>
    </w:p>
    <w:p>
      <w:pPr>
        <w:jc w:val="right"/>
      </w:pPr>
      <w:r>
        <w:t>اس کے بعد کچھ بھی نہیں۔ تو اب لوگوں کو معلوم ہو</w:t>
      </w:r>
    </w:p>
    <w:p>
      <w:r>
        <w:rPr>
          <w:b/>
        </w:rPr>
        <w:t xml:space="preserve">[11:19] </w:t>
      </w:r>
      <w:r>
        <w:t>ke yahi ek mauka hai jo hamein duniya mein mila hai. isi mein ya to hum Paradise hasil kar lein ya na hasil karein. to super hero ban jaye har aadmi.</w:t>
      </w:r>
    </w:p>
    <w:p>
      <w:pPr>
        <w:jc w:val="right"/>
      </w:pPr>
      <w:r>
        <w:t>کہ یہی ایک موقع ہے جو ہمیں دنیا میں ملا ہے۔ اسی میں یا تو ہم Paradise حاصل کر لیں یا نہ حاصل کریں۔ تو سپر ہیرو بن جائے ہر آدمی۔</w:t>
      </w:r>
    </w:p>
    <w:p>
      <w:r>
        <w:rPr>
          <w:b/>
        </w:rPr>
        <w:t xml:space="preserve">[11:32] </w:t>
      </w:r>
      <w:r>
        <w:t>ek sahab se meri baat ho rahi thi. woh bohat si baatein idhar udhar hi kar rahe the. aakhirat ki baat unke samajh mein nahi aati thi.</w:t>
      </w:r>
    </w:p>
    <w:p>
      <w:pPr>
        <w:jc w:val="right"/>
      </w:pPr>
      <w:r>
        <w:t>ایک صاحب سے میری بات ہو رہی تھی۔ وہ بہت سی باتیں ادھر ادھر ہی کر رہے تھے۔ آخرت کی بات ان کے سمجھ میں نہیں آتی تھی۔</w:t>
      </w:r>
    </w:p>
    <w:p>
      <w:r>
        <w:rPr>
          <w:b/>
        </w:rPr>
        <w:t xml:space="preserve">[11:42] </w:t>
      </w:r>
      <w:r>
        <w:t>to maine unko samjhaya ke yeh to waqti duniya hai. asal duniya jo dawami hai, woh to aakhirat hai.</w:t>
      </w:r>
    </w:p>
    <w:p>
      <w:pPr>
        <w:jc w:val="right"/>
      </w:pPr>
      <w:r>
        <w:t>تو میں نے ان کو سمجھایا کہ یہ تو وقتی دنیا ہے۔ اصل دنیا جو دوامی ہے، وہ تو آخرت ہے۔</w:t>
      </w:r>
    </w:p>
    <w:p>
      <w:r>
        <w:rPr>
          <w:b/>
        </w:rPr>
        <w:t xml:space="preserve">[11:52] </w:t>
      </w:r>
      <w:r>
        <w:t>to meri zuban se nikla ke aap sochte hain, kya aap sochte nahi? Eternity ko kaise face karenge aap?</w:t>
      </w:r>
    </w:p>
    <w:p>
      <w:pPr>
        <w:jc w:val="right"/>
      </w:pPr>
      <w:r>
        <w:t>تو میری زبان سے نکلا کہ آپ سوچتے ہیں، کیا آپ سوچتے نہیں؟ Eternity کو کیسے فیس کریں گے آپ؟</w:t>
      </w:r>
    </w:p>
    <w:p>
      <w:r>
        <w:rPr>
          <w:b/>
        </w:rPr>
        <w:t xml:space="preserve">[12:02] </w:t>
      </w:r>
      <w:r>
        <w:t>Eternity ko aap kaise face karenge?</w:t>
      </w:r>
    </w:p>
    <w:p>
      <w:pPr>
        <w:jc w:val="right"/>
      </w:pPr>
      <w:r>
        <w:t>Eternity کو آپ کیسے فیس کریں گے؟</w:t>
      </w:r>
    </w:p>
    <w:p>
      <w:r>
        <w:rPr>
          <w:b/>
        </w:rPr>
        <w:t xml:space="preserve">[12:09] </w:t>
      </w:r>
      <w:r>
        <w:t>maut ke baad achaanak jab aap ko maloom hoga ke maine to sara time waste mein daal diya, waste kar diya. kuch aakhirat ke liye tayyari nahi ki.</w:t>
      </w:r>
    </w:p>
    <w:p>
      <w:pPr>
        <w:jc w:val="right"/>
      </w:pPr>
      <w:r>
        <w:t>موت کے بعد اچانک جب آپ کو معلوم ہوگا کہ میں نے تو سارا ٹائم ویسٹ میں ڈال دیا، ویسٹ کر دیا۔ کچھ آخرت کے لیے تیاری نہیں کی۔</w:t>
      </w:r>
    </w:p>
    <w:p>
      <w:r>
        <w:rPr>
          <w:b/>
        </w:rPr>
        <w:t xml:space="preserve">[12:22] </w:t>
      </w:r>
      <w:r>
        <w:t>Paradise hasil karne ke liye jo mujhe karna tha, woh maine kiya nahi?</w:t>
      </w:r>
    </w:p>
    <w:p>
      <w:pPr>
        <w:jc w:val="right"/>
      </w:pPr>
      <w:r>
        <w:t>Paradise حاصل کرنے کے لیے جو مجھے کرنا تھا، وہ میں نے کیا نہیں؟</w:t>
      </w:r>
    </w:p>
    <w:p>
      <w:r>
        <w:rPr>
          <w:b/>
        </w:rPr>
        <w:t xml:space="preserve">[12:29] </w:t>
      </w:r>
      <w:r>
        <w:t>apne ko Paradise ke deserving candidate banne ke liye jo karna tha, woh maine kiya nahi? ab kya aap to phir khatam, Allah ka duniya mein jana nahi hai.</w:t>
      </w:r>
    </w:p>
    <w:p>
      <w:pPr>
        <w:jc w:val="right"/>
      </w:pPr>
      <w:r>
        <w:t>اپنے کو Paradise کے ڈیزرونگ کینڈیڈیٹ بننے کے لیے جو کرنا تھا، وہ میں نے کیا نہیں؟ اب کیا آپ تو پھر ختم، اللہ کا دنیا میں جانا نہیں ہے۔</w:t>
      </w:r>
    </w:p>
    <w:p>
      <w:r>
        <w:rPr>
          <w:b/>
        </w:rPr>
        <w:t xml:space="preserve">[12:42] </w:t>
      </w:r>
      <w:r>
        <w:t>to isi ko maine kaha ke aap Eternity ko kaise face karenge?</w:t>
      </w:r>
    </w:p>
    <w:p>
      <w:pPr>
        <w:jc w:val="right"/>
      </w:pPr>
      <w:r>
        <w:t>تو اسی کو میں نے کہا کہ آپ Eternity کو کیسے فیس کریں گے؟</w:t>
      </w:r>
    </w:p>
    <w:p>
      <w:r>
        <w:rPr>
          <w:b/>
        </w:rPr>
        <w:t xml:space="preserve">[12:52] </w:t>
      </w:r>
      <w:r>
        <w:t>to yeh hai woh cheez jo har aadmi ko sochna hai.</w:t>
      </w:r>
    </w:p>
    <w:p>
      <w:pPr>
        <w:jc w:val="right"/>
      </w:pPr>
      <w:r>
        <w:t>تو یہ ہے وہ چیز جو ہر آدمی کو سوچنا ہے۔</w:t>
      </w:r>
    </w:p>
    <w:p>
      <w:r>
        <w:rPr>
          <w:b/>
        </w:rPr>
        <w:t xml:space="preserve">[13:05] </w:t>
      </w:r>
      <w:r>
        <w:t>kyun ke yeh duniya dikhai de rahi hai. yahan ka, yahan ki kamyabi, yahan ki nakami. yahan ki achievement, yahan ka failure.</w:t>
      </w:r>
    </w:p>
    <w:p>
      <w:pPr>
        <w:jc w:val="right"/>
      </w:pPr>
      <w:r>
        <w:t>کیونکہ یہ دنیا دکھائی دے رہی ہے۔ یہاں کا، یہاں کی کامیابی، یہاں کی ناکامی۔ یہاں کی اچیومنٹ، یہاں کا فیلیر۔</w:t>
      </w:r>
    </w:p>
    <w:p>
      <w:r>
        <w:rPr>
          <w:b/>
        </w:rPr>
        <w:t xml:space="preserve">[13:17] </w:t>
      </w:r>
      <w:r>
        <w:t>yeh dikhai de raha hai. is liye bohat aasani se woh uske liye hero ban jate hain. aakhirat ka mamla dikhai nahi deta.</w:t>
      </w:r>
    </w:p>
    <w:p>
      <w:pPr>
        <w:jc w:val="right"/>
      </w:pPr>
      <w:r>
        <w:t>یہ دکھائی دے رہا ہے۔ اس لیے بہت آسانی سے وہ اس کے لیے ہیرو بن جاتے ہیں۔ آخرت کا معاملہ دکھائی نہیں دیتا۔</w:t>
      </w:r>
    </w:p>
    <w:p>
      <w:r>
        <w:rPr>
          <w:b/>
        </w:rPr>
        <w:t xml:space="preserve">[13:28] </w:t>
      </w:r>
      <w:r>
        <w:t>is liye wahan ke liye hero nahi bante.</w:t>
      </w:r>
    </w:p>
    <w:p>
      <w:pPr>
        <w:jc w:val="right"/>
      </w:pPr>
      <w:r>
        <w:t>اس لیے وہاں کے لیے ہیرو نہیں بنتے۔</w:t>
      </w:r>
    </w:p>
    <w:p>
      <w:r>
        <w:rPr>
          <w:b/>
        </w:rPr>
        <w:t xml:space="preserve">[13:34] </w:t>
      </w:r>
      <w:r>
        <w:t>beshumar log milenge aap ko jo Miss World aur Mr World banne ke liye sari taqat lagaye hue hain.</w:t>
      </w:r>
    </w:p>
    <w:p>
      <w:pPr>
        <w:jc w:val="right"/>
      </w:pPr>
      <w:r>
        <w:t>بے شمار لوگ ملیں گے آپ کو جو مس ورلڈ اور مسٹر ورلڈ بننے کے لیے ساری طاقت لگائے ہوئے ہیں۔</w:t>
      </w:r>
    </w:p>
    <w:p>
      <w:r>
        <w:rPr>
          <w:b/>
        </w:rPr>
        <w:t xml:space="preserve">[13:45] </w:t>
      </w:r>
      <w:r>
        <w:t>aise log nahi milenge jo Miss Paradise aur Mr Paradise banne ke liye apne aap ko jinhon ne jhonk diya ho.</w:t>
      </w:r>
    </w:p>
    <w:p>
      <w:pPr>
        <w:jc w:val="right"/>
      </w:pPr>
      <w:r>
        <w:t>ایسے لوگ نہیں ملیں گے جو مس Paradise اور مسٹر Paradise بننے کے لیے اپنے آپ کو جنہوں نے جھونک دیا ہو۔</w:t>
      </w:r>
    </w:p>
    <w:p>
      <w:r>
        <w:rPr>
          <w:b/>
        </w:rPr>
        <w:t xml:space="preserve">[13:56] </w:t>
      </w:r>
      <w:r>
        <w:t>to ek ek riwayat mujhe yaad aati hai. Hazrat Ali ke bare mein kaha jata hai ke unhon ne farmaya tha: "Alnasu alnamu idha matu intabahu".</w:t>
      </w:r>
    </w:p>
    <w:p>
      <w:pPr>
        <w:jc w:val="right"/>
      </w:pPr>
      <w:r>
        <w:t>تو ایک ایک روایت مجھے یاد آتی ہے۔ حضرت علی کے بارے میں کہا جاتا ہے کہ انہوں نے فرمایا تھا: "الناس النعام اذا ماتو انتبهو"۔</w:t>
      </w:r>
    </w:p>
    <w:p>
      <w:r>
        <w:rPr>
          <w:b/>
        </w:rPr>
        <w:t xml:space="preserve">[14:14] </w:t>
      </w:r>
      <w:r>
        <w:t>yeh bara ajeeb qaul hai yeh.</w:t>
      </w:r>
    </w:p>
    <w:p>
      <w:pPr>
        <w:jc w:val="right"/>
      </w:pPr>
      <w:r>
        <w:t>یہ بڑا عجیب قول ہے یہ۔</w:t>
      </w:r>
    </w:p>
    <w:p>
      <w:r>
        <w:rPr>
          <w:b/>
        </w:rPr>
        <w:t xml:space="preserve">[14:18] </w:t>
      </w:r>
      <w:r>
        <w:t>agarche hadith nahi hai lekin aap jante hain ke sahaba ke aqwal bhi bohat hi important hote hain. Kyun ke Rasool Allah suni hui baton ko apne alfaz mein dohrate hain.</w:t>
      </w:r>
    </w:p>
    <w:p>
      <w:pPr>
        <w:jc w:val="right"/>
      </w:pPr>
      <w:r>
        <w:t>اگرچہ حدیث نہیں ہے لیکن آپ جانتے ہیں کہ صحابہ کے اقوال بھی بہت ہی امپورٹنٹ ہوتے ہیں۔ کیونکہ رسول اللہ سنی ہوئی باتوں کو اپنے الفاظ میں دہراتے ہیں۔</w:t>
      </w:r>
    </w:p>
    <w:p>
      <w:r>
        <w:rPr>
          <w:b/>
        </w:rPr>
        <w:t xml:space="preserve">[14:35] </w:t>
      </w:r>
      <w:r>
        <w:t>to "al-nas al-naam idha maato intabahu" ka matlab hai ke log soye hue hain. Log neend mein hain.</w:t>
      </w:r>
    </w:p>
    <w:p>
      <w:pPr>
        <w:jc w:val="right"/>
      </w:pPr>
      <w:r>
        <w:t>تو "الناس النعام اذا ماتو انتبهو" کا مطلب ہے کہ لوگ سوئے ہوئے ہیں۔ لوگ نیند میں ہیں۔</w:t>
      </w:r>
    </w:p>
    <w:p>
      <w:r>
        <w:rPr>
          <w:b/>
        </w:rPr>
        <w:t xml:space="preserve">[14:45] </w:t>
      </w:r>
      <w:r>
        <w:t>jab marenge tab woh jaagenge. Kaisi ajeeb baat hai.</w:t>
      </w:r>
    </w:p>
    <w:p>
      <w:pPr>
        <w:jc w:val="right"/>
      </w:pPr>
      <w:r>
        <w:t>جب مریں گے تب وہ جاگیں گے۔ کیسی عجیب بات ہے۔</w:t>
      </w:r>
    </w:p>
    <w:p>
      <w:r>
        <w:rPr>
          <w:b/>
        </w:rPr>
        <w:t xml:space="preserve">[14:53] </w:t>
      </w:r>
      <w:r>
        <w:t>yeh is duniya mein log jo ghaflat mein hain, log akhirat ko jo bhule hue hain. Paradise ko unhon ne apna concern nahi banaya.</w:t>
      </w:r>
    </w:p>
    <w:p>
      <w:pPr>
        <w:jc w:val="right"/>
      </w:pPr>
      <w:r>
        <w:t>یہ اس دنیا میں لوگ جو غفلت میں ہیں، لوگ آخرت کو جو بھولے ہوئے ہیں۔ Paradise کو انہوں نے اپنا کنسرن نہیں بنایا۔</w:t>
      </w:r>
    </w:p>
    <w:p>
      <w:r>
        <w:rPr>
          <w:b/>
        </w:rPr>
        <w:t xml:space="preserve">[15:03] </w:t>
      </w:r>
      <w:r>
        <w:t>is ko unhon ne kaha ke log neend mein hain, soye hue hain.</w:t>
      </w:r>
    </w:p>
    <w:p>
      <w:pPr>
        <w:jc w:val="right"/>
      </w:pPr>
      <w:r>
        <w:t>اس کو انہوں نے کہا کہ لوگ نیند میں ہیں، سوئے ہوئے ہیں۔</w:t>
      </w:r>
    </w:p>
    <w:p>
      <w:r>
        <w:rPr>
          <w:b/>
        </w:rPr>
        <w:t xml:space="preserve">[15:09] </w:t>
      </w:r>
      <w:r>
        <w:t>log soye hue hain, jab woh marenge tab woh jaagenge. Tab un ko pata chalega ke hum ne kaisi ek ajeeb mauqa kho diya.</w:t>
      </w:r>
    </w:p>
    <w:p>
      <w:pPr>
        <w:jc w:val="right"/>
      </w:pPr>
      <w:r>
        <w:t>لوگ سوئے ہوئے ہیں، جب وہ مریں گے تب وہ جاگیں گے۔ تب ان کو پتہ چلے گا کہ ہم نے کیسی ایک عجیب موقع کھو دیا۔</w:t>
      </w:r>
    </w:p>
    <w:p>
      <w:r>
        <w:rPr>
          <w:b/>
        </w:rPr>
        <w:t xml:space="preserve">[15:23] </w:t>
      </w:r>
      <w:r>
        <w:t>kaisa ajeeb humein ek chance mila tha ke hum apne ko jannat ke liye tayari karte, is ke liye deserving candidate bante.</w:t>
      </w:r>
    </w:p>
    <w:p>
      <w:pPr>
        <w:jc w:val="right"/>
      </w:pPr>
      <w:r>
        <w:t>کیسا عجیب ہمیں ایک چانس ملا تھا۔ کہ ہم اپنے کو جنت کے لیے تیاری کرتے، اس کے لیے ڈیزرونگ کینڈیڈیٹ بنتے۔</w:t>
      </w:r>
    </w:p>
    <w:p>
      <w:r>
        <w:rPr>
          <w:b/>
        </w:rPr>
        <w:t xml:space="preserve">[15:36] </w:t>
      </w:r>
      <w:r>
        <w:t>yani duniya mein agar hum miss Paradise, mister Paradise bane hote to aaj humein waqeatan Paradise mein jagah milti.</w:t>
      </w:r>
    </w:p>
    <w:p>
      <w:pPr>
        <w:jc w:val="right"/>
      </w:pPr>
      <w:r>
        <w:t>یعنی دنیا میں اگر ہم مس Paradise، مسٹر Paradise بنے ہوتے تو آج ہمیں واقعتاً Paradise میں جگہ ملتی۔</w:t>
      </w:r>
    </w:p>
    <w:p>
      <w:r>
        <w:rPr>
          <w:b/>
        </w:rPr>
        <w:t xml:space="preserve">[15:48] </w:t>
      </w:r>
      <w:r>
        <w:t>to jo aadmi chahta hai Paradise mein entry paana to isi duniya mein is ko miss Paradise aur mister Paradise banna ho.</w:t>
      </w:r>
    </w:p>
    <w:p>
      <w:pPr>
        <w:jc w:val="right"/>
      </w:pPr>
      <w:r>
        <w:t>تو جو آدمی چاہتا ہے Paradise میں انٹری پانا تو اسی دنیا میں اس کو مس Paradise اور مسٹر Paradise بننا ہو۔</w:t>
      </w:r>
    </w:p>
    <w:p>
      <w:r>
        <w:rPr>
          <w:b/>
        </w:rPr>
        <w:t xml:space="preserve">[16:02] </w:t>
      </w:r>
      <w:r>
        <w:t>itna zyada apne ko involve kare. Itna zyada apni energy ko is mein laga de. Itna zyada apne ko is mein dedicate kare.</w:t>
      </w:r>
    </w:p>
    <w:p>
      <w:pPr>
        <w:jc w:val="right"/>
      </w:pPr>
      <w:r>
        <w:t>اتنا زیادہ اپنے کو انوالو کرے۔ اتنا زیادہ اپنی انرجی کو اس میں لگا دے۔ اتنا زیادہ اپنے کو اس میں ڈیڈیکیٹ کرے۔</w:t>
      </w:r>
    </w:p>
    <w:p>
      <w:r>
        <w:rPr>
          <w:b/>
        </w:rPr>
        <w:t xml:space="preserve">[16:12] </w:t>
      </w:r>
      <w:r>
        <w:t>ke agar mujhe Paradise na mili to kya hoga? Jannat mili to kya, jannat na mili to kya hoga?</w:t>
      </w:r>
    </w:p>
    <w:p>
      <w:pPr>
        <w:jc w:val="right"/>
      </w:pPr>
      <w:r>
        <w:t>کہ اگر مجھے Paradise نہ ملی تو کیا ہوگا؟ جنت ملی تو کیا، جنت نہ ملی تو کیا ہوگا؟</w:t>
      </w:r>
    </w:p>
    <w:p>
      <w:r>
        <w:rPr>
          <w:b/>
        </w:rPr>
        <w:t xml:space="preserve">[16:23] </w:t>
      </w:r>
      <w:r>
        <w:t>to aisa hoga ke is ki sari shakhsiyat jaag uthegi. Is ki soch, is ki dealing, is ka sulook, is ki zuban, har cheez Paradise rukh ho jayegi.</w:t>
      </w:r>
    </w:p>
    <w:p>
      <w:pPr>
        <w:jc w:val="right"/>
      </w:pPr>
      <w:r>
        <w:t>تو ایسا ہوگا کہ اس کی ساری شخصیت جاگ اٹھے گی۔ اس کی سوچ، اس کی ڈیلنگ، اس کا سلوک، اس کی زبان، ہر چیز Paradise رخ ہو جائے گی۔</w:t>
      </w:r>
    </w:p>
    <w:p>
      <w:r>
        <w:rPr>
          <w:b/>
        </w:rPr>
        <w:t xml:space="preserve">[16:36] </w:t>
      </w:r>
      <w:r>
        <w:t>phir is se woh aamal sadir honge jo is ko jannat mein pahunchayenge.</w:t>
      </w:r>
    </w:p>
    <w:p>
      <w:pPr>
        <w:jc w:val="right"/>
      </w:pPr>
      <w:r>
        <w:t>پھر اس سے وہ اعمال صادر ہوں گے جو اس کو جنت میں پہنچائیں گے۔</w:t>
      </w:r>
    </w:p>
    <w:p>
      <w:r>
        <w:rPr>
          <w:b/>
        </w:rPr>
        <w:t xml:space="preserve">[16:46] </w:t>
      </w:r>
      <w:r>
        <w:t>to is akhbar ko jab maine padha to maine socha ke jis tarah se ek khatoon ko miss world banne ke liye aisa karna padta hai.</w:t>
      </w:r>
    </w:p>
    <w:p>
      <w:pPr>
        <w:jc w:val="right"/>
      </w:pPr>
      <w:r>
        <w:t>تو اس اخبار کو جب میں نے پڑھا تو میں نے سوچا کہ جس طرح سے ایک خاتون کو مس ورلڈ بننے کے لیے ایسا کرنا پڑتا ہے۔</w:t>
      </w:r>
    </w:p>
    <w:p>
      <w:r>
        <w:rPr>
          <w:b/>
        </w:rPr>
        <w:t xml:space="preserve">[17:00] </w:t>
      </w:r>
      <w:r>
        <w:t>isi mein jeena, isi ki saans lena, isi ki neend, isi ke liye jaagna, isi ke liye sona, sab kuch isi ke liye, waqt, khana peena sab kuch isi ke lehaz se.</w:t>
      </w:r>
    </w:p>
    <w:p>
      <w:pPr>
        <w:jc w:val="right"/>
      </w:pPr>
      <w:r>
        <w:t>اسی میں جینا، اسی کی سانس لینا، اسی کی نیند، اسی کے لیے جاگنا، اسی کے لیے سونا، سب کچھ اسی کے لیے، وقت، کھانا پینا سب کچھ اسی کے لحاظ سے۔</w:t>
      </w:r>
    </w:p>
    <w:p>
      <w:r>
        <w:rPr>
          <w:b/>
        </w:rPr>
        <w:t xml:space="preserve">[17:15] </w:t>
      </w:r>
      <w:r>
        <w:t>tab woh umeed is ko hoti hai ke mujhe miss world ka title mil jayega.</w:t>
      </w:r>
    </w:p>
    <w:p>
      <w:pPr>
        <w:jc w:val="right"/>
      </w:pPr>
      <w:r>
        <w:t>تب وہ امید اس کو ہوتی ہے کہ مجھے مس ورلڈ کا ٹائٹل مل جائے گا۔</w:t>
      </w:r>
    </w:p>
    <w:p>
      <w:r>
        <w:rPr>
          <w:b/>
        </w:rPr>
        <w:t xml:space="preserve">[17:24] </w:t>
      </w:r>
      <w:r>
        <w:t>to yahi spirit chahiye akhirat ke liye, Paradise ke liye.</w:t>
      </w:r>
    </w:p>
    <w:p>
      <w:pPr>
        <w:jc w:val="right"/>
      </w:pPr>
      <w:r>
        <w:t>تو یہی اسپرٹ چاہیے آخرت کے لیے، Paradise کے لیے۔</w:t>
      </w:r>
    </w:p>
    <w:p>
      <w:r>
        <w:rPr>
          <w:b/>
        </w:rPr>
        <w:t xml:space="preserve">[17:34] </w:t>
      </w:r>
      <w:r>
        <w:t>yeh jo Quran mein jo hai ke: "yudkhulohumul jannata ala rafaalumi". Quran ki ayat hai: "yudkhulohumul jannata ala rafaalumi".</w:t>
      </w:r>
    </w:p>
    <w:p>
      <w:pPr>
        <w:jc w:val="right"/>
      </w:pPr>
      <w:r>
        <w:t>یہ جو قرآن میں جو ہے کہ: "یُدْخَلُوهُمُ الجَّنَّةَ عَلَىٰ الرَّفَالُمِ"۔ قرآن کی آیت ہے: "یُدْخَلُوهُمُ الجَّنَّةَ عَلَىٰ الرَّفَالُمِ"۔</w:t>
      </w:r>
    </w:p>
    <w:p>
      <w:r>
        <w:rPr>
          <w:b/>
        </w:rPr>
        <w:t xml:space="preserve">[17:46] </w:t>
      </w:r>
      <w:r>
        <w:t>Allah jannat mein in ko dakhil karega jin ke liye, jin ko jannat ki pehchan kara di hai.</w:t>
      </w:r>
    </w:p>
    <w:p>
      <w:pPr>
        <w:jc w:val="right"/>
      </w:pPr>
      <w:r>
        <w:t>اللہ جنت میں ان کو داخل کرے گا جن کے لیے، جن کو جنت کی پہچان کرا دی ہے۔</w:t>
      </w:r>
    </w:p>
    <w:p>
      <w:r>
        <w:rPr>
          <w:b/>
        </w:rPr>
        <w:t xml:space="preserve">[17:56] </w:t>
      </w:r>
      <w:r>
        <w:t>is par ghaur kijiye.</w:t>
      </w:r>
    </w:p>
    <w:p>
      <w:pPr>
        <w:jc w:val="right"/>
      </w:pPr>
      <w:r>
        <w:t>اس پر غور کیجیے۔</w:t>
      </w:r>
    </w:p>
    <w:p>
      <w:r>
        <w:rPr>
          <w:b/>
        </w:rPr>
        <w:t xml:space="preserve">[18:01] </w:t>
      </w:r>
      <w:r>
        <w:t>jis ko jannat ki pehchan ho jaye to is ka kya anjam hoga? Kya alam hoga is ka? Wahi hoga jo is khatoon ka hua.</w:t>
      </w:r>
    </w:p>
    <w:p>
      <w:pPr>
        <w:jc w:val="right"/>
      </w:pPr>
      <w:r>
        <w:t>جس کو جنت کی پہچان ہو جائے تو اس کا کیا انجام ہوگا؟ کیا عالم ہوگا اس کا؟ وہی ہوگا جو اس خاتون کا ہوا۔</w:t>
      </w:r>
    </w:p>
    <w:p>
      <w:r>
        <w:rPr>
          <w:b/>
        </w:rPr>
        <w:t xml:space="preserve">[18:10] </w:t>
      </w:r>
      <w:r>
        <w:t>is khatoon ko miss world ke title ki pehchan ho gayi.</w:t>
      </w:r>
    </w:p>
    <w:p>
      <w:pPr>
        <w:jc w:val="right"/>
      </w:pPr>
      <w:r>
        <w:t>اس خاتون کو مس ورلڈ کے ٹائٹل کی پہچان ہو گئی۔</w:t>
      </w:r>
    </w:p>
    <w:p>
      <w:r>
        <w:rPr>
          <w:b/>
        </w:rPr>
        <w:t xml:space="preserve">[18:18] </w:t>
      </w:r>
      <w:r>
        <w:t>is khatoon ko ab miss world ka jo title hai, is ki pehchan ho gayi to kya hua? Woh is ko paane ke liye hero ban gayi, hero.</w:t>
      </w:r>
    </w:p>
    <w:p>
      <w:pPr>
        <w:jc w:val="right"/>
      </w:pPr>
      <w:r>
        <w:t>اس خاتون کو اب مس ورلڈ کا جو ٹائٹل ہے، اس کی پہچان ہو گئی۔ تو کیا ہوا؟ وہ اس کو پانے کے لیے ہیرو بن گئی، ہیرو۔</w:t>
      </w:r>
    </w:p>
    <w:p>
      <w:r>
        <w:rPr>
          <w:b/>
        </w:rPr>
        <w:t xml:space="preserve">[18:31] </w:t>
      </w:r>
      <w:r>
        <w:t>to "yudkhulohumul jannata ala rafaalumi" ka matlab yahi hai ke jis ko jannat ki pehchan ho jaye. Jo jannat ke mamle ko realize kar le.</w:t>
      </w:r>
    </w:p>
    <w:p>
      <w:pPr>
        <w:jc w:val="right"/>
      </w:pPr>
      <w:r>
        <w:t>تو "یُدْخَلُوهُمُ الجَّنَّةَ عَلَىٰ الرَّفَالُمِ" کا مطلب یہی ہے کہ جس کو جنت کی پہچان ہو جائے۔ جو جنت کے معاملے کو ریلائز کر لے۔</w:t>
      </w:r>
    </w:p>
    <w:p>
      <w:r>
        <w:rPr>
          <w:b/>
        </w:rPr>
        <w:t xml:space="preserve">[18:40] </w:t>
      </w:r>
      <w:r>
        <w:t>jo jannat ko discover kar le. to kya aalam hoga is ka? woh super hero ban jayega.</w:t>
      </w:r>
    </w:p>
    <w:p>
      <w:pPr>
        <w:jc w:val="right"/>
      </w:pPr>
      <w:r>
        <w:t>جو جنت کو ڈسکور کر لے۔ تو کیا عالم ہوگا اس کا؟ وہ سپر ہیرو بن جائے گا۔</w:t>
      </w:r>
    </w:p>
    <w:p>
      <w:r>
        <w:rPr>
          <w:b/>
        </w:rPr>
        <w:t xml:space="preserve">[18:50] </w:t>
      </w:r>
      <w:r>
        <w:t>aap ghor kijiye. jis aadmi ko is baat ki, ka is baat ko realize kar le. ke dunya ki zindagi jo hai, yahi ek hi zindagi hai.</w:t>
      </w:r>
    </w:p>
    <w:p>
      <w:pPr>
        <w:jc w:val="right"/>
      </w:pPr>
      <w:r>
        <w:t>آپ غور کیجیے۔ جس آدمی کو اس بات کی، کا اس بات کو ریلائز کر لے۔ کہ دنیا کی زندگی جو ہے، یہی ایک ہی زندگی ہے۔</w:t>
      </w:r>
    </w:p>
    <w:p>
      <w:r>
        <w:rPr>
          <w:b/>
        </w:rPr>
        <w:t xml:space="preserve">[19:04] </w:t>
      </w:r>
      <w:r>
        <w:t>is dunya mein ya to mujhe jannat ke liye apne aap ko deserving candidate banana hai ya nahi banana hai.</w:t>
      </w:r>
    </w:p>
    <w:p>
      <w:pPr>
        <w:jc w:val="right"/>
      </w:pPr>
      <w:r>
        <w:t>اس دنیا میں یا تو مجھے جنت کے لیے اپنے آپ کو ڈیزرونگ کینڈیڈیٹ بنانا ہے یا نہیں بنانا ہے۔</w:t>
      </w:r>
    </w:p>
    <w:p>
      <w:r>
        <w:rPr>
          <w:b/>
        </w:rPr>
        <w:t xml:space="preserve">[19:16] </w:t>
      </w:r>
      <w:r>
        <w:t>aur jannat kaisi ajeeb o ghareeb cheez hai, is ko jaan le woh. to marifat jannat ke baad lazman yahi hoga jo is khatoon ka hua.</w:t>
      </w:r>
    </w:p>
    <w:p>
      <w:pPr>
        <w:jc w:val="right"/>
      </w:pPr>
      <w:r>
        <w:t>اور جنت کیسی عجیب و غریب چیز ہے، اس کو جان لے وہ۔ تو معرفت جنت کے بعد لازماً یہی ہوگا جو اس خاتون کا ہوا۔</w:t>
      </w:r>
    </w:p>
    <w:p>
      <w:r>
        <w:rPr>
          <w:b/>
        </w:rPr>
        <w:t xml:space="preserve">[19:34] </w:t>
      </w:r>
      <w:r>
        <w:t>to "yudkhuluhumul jannata 'alar rafaalumi" yeh koi dekhiye mysterious cheez nahi hai. koi purasar baat nahi hai. is ka matlab yeh hai ke jis aadmi ko is haqeeqat ki daryaft ho jaye.</w:t>
      </w:r>
    </w:p>
    <w:p>
      <w:pPr>
        <w:jc w:val="right"/>
      </w:pPr>
      <w:r>
        <w:t>تو "یُدْخَلُوهُمُ الجَّنَّةَ عَلَىٰ الرَّفَالُمِ" یہ کوئی دیکھیے مسٹیریس چیز نہیں ہے۔ کوئی پراسرار بات نہیں ہے۔ اس کا مطلب یہ ہے کہ جس آدمی کو اس حقیقت کی دریافت ہو جائے۔</w:t>
      </w:r>
    </w:p>
    <w:p>
      <w:r>
        <w:rPr>
          <w:b/>
        </w:rPr>
        <w:t xml:space="preserve">[19:46] </w:t>
      </w:r>
      <w:r>
        <w:t>ke zindagi kya hai, akhirat kya hai, jannat kya hai,</w:t>
      </w:r>
    </w:p>
    <w:p>
      <w:pPr>
        <w:jc w:val="right"/>
      </w:pPr>
      <w:r>
        <w:t>کہ زندگی کیا ہے، آخرت کیا ہے، جنت کیا ہے،</w:t>
      </w:r>
    </w:p>
    <w:p>
      <w:r>
        <w:rPr>
          <w:b/>
        </w:rPr>
        <w:t xml:space="preserve">[19:53] </w:t>
      </w:r>
      <w:r>
        <w:t>eternity kya hai, in sab baton ko jaan le. to woh kya hoga is ka haal? woh hero ban jayega. woh super hero ban jayega. woh isi dunya mein Miss Paradise aur Mr. Paradise ban jayega.</w:t>
      </w:r>
    </w:p>
    <w:p>
      <w:pPr>
        <w:jc w:val="right"/>
      </w:pPr>
      <w:r>
        <w:t>ایٹرنیٹی کیا ہے، ان سب باتوں کو جان لے۔ تو وہ کیا ہوگا اس کا حال؟ وہ ہیرو بن جائے گا۔ وہ سپر ہیرو بن جائے گا۔ وہ اسی دنیا میں مس Paradise اور مسٹر Paradise بن جائے گا۔</w:t>
      </w:r>
    </w:p>
    <w:p>
      <w:r>
        <w:rPr>
          <w:b/>
        </w:rPr>
        <w:t xml:space="preserve">[20:08] </w:t>
      </w:r>
      <w:r>
        <w:t>woh isi dunya mein paradise ki saans lega. isi ki zindagi guzarega.</w:t>
      </w:r>
    </w:p>
    <w:p>
      <w:pPr>
        <w:jc w:val="right"/>
      </w:pPr>
      <w:r>
        <w:t>وہ اسی دنیا میں Paradise کی سانس لے گا۔ اسی کی زندگی گزارے گا۔</w:t>
      </w:r>
    </w:p>
    <w:p>
      <w:r>
        <w:rPr>
          <w:b/>
        </w:rPr>
        <w:t xml:space="preserve">[20:20] </w:t>
      </w:r>
      <w:r>
        <w:t>to phir zahir hai ke is ki ek shakhsiyat banegi. is darje mein jo aadmi jannat ko daryaft kar le. to is ki shakhsiyat mein ek bhonchal aayega.</w:t>
      </w:r>
    </w:p>
    <w:p>
      <w:pPr>
        <w:jc w:val="right"/>
      </w:pPr>
      <w:r>
        <w:t>تو پھر ظاہر ہے کہ اس کی ایک شخصیت بنے گی۔ اس درجے میں جو آدمی جنت کو دریافت کر لے۔ تو اس کی شخصیت میں ایک بھونچال آئے گا۔</w:t>
      </w:r>
    </w:p>
    <w:p>
      <w:r>
        <w:rPr>
          <w:b/>
        </w:rPr>
        <w:t xml:space="preserve">[20:32] </w:t>
      </w:r>
      <w:r>
        <w:t>ek ek transformation aayega. ek naya emergency hoga. isi ka naam hai muzakkar shakhsiyat. yeh jo Quran majeed mein hai ke muzakkar afraad hi jannat mein dakhil kiye jayenge to woh koi, is ko koi purasar cheez nahi hai.</w:t>
      </w:r>
    </w:p>
    <w:p>
      <w:pPr>
        <w:jc w:val="right"/>
      </w:pPr>
      <w:r>
        <w:t>ایک ایک ٹرانسفارمیشن آئے گا۔ ایک نیا ایمرجنسی ہوگا۔ اسی کا نام ہے مذکر شخصیت۔ یہ جو قرآن مجید میں ہے کہ مذکر افراد ہی جنت میں داخل کیے جائیں گے تو وہ کوئی، اس کو کوئی پراسرار چیز نہیں ہے۔</w:t>
      </w:r>
    </w:p>
    <w:p>
      <w:r>
        <w:rPr>
          <w:b/>
        </w:rPr>
        <w:t xml:space="preserve">[20:50] </w:t>
      </w:r>
      <w:r>
        <w:t>yahi hai muzakkar shakhsiyat. ke jannat ki marifat se, jannat ko realize kar ke ek ajeeb o ghareeb shakhsiyat banegi.</w:t>
      </w:r>
    </w:p>
    <w:p>
      <w:pPr>
        <w:jc w:val="right"/>
      </w:pPr>
      <w:r>
        <w:t>یہی ہے مذکر شخصیت۔ کہ جنت کی معرفت سے، جنت کو ریلائز کر کے ایک عجیب و غریب شخصیت بنے گی۔</w:t>
      </w:r>
    </w:p>
    <w:p>
      <w:r>
        <w:rPr>
          <w:b/>
        </w:rPr>
        <w:t xml:space="preserve">[21:03] </w:t>
      </w:r>
      <w:r>
        <w:t>ek ajeeb o ghareeb shakhsiyat. isi dunya mein woh jannat mein jiye ga. isi dunya mein woh jannat ki neend soyega, jannat ki neend, jannat ke liye jagega.</w:t>
      </w:r>
    </w:p>
    <w:p>
      <w:pPr>
        <w:jc w:val="right"/>
      </w:pPr>
      <w:r>
        <w:t>ایک عجیب و غریب شخصیت۔ اسی دنیا میں وہ جنت میں جیئے گا۔ اسی دنیا میں وہ جنت کی نیند سوئے گا، جنت کی نیند، جنت کے لیے جاگے گا۔</w:t>
      </w:r>
    </w:p>
    <w:p>
      <w:r>
        <w:rPr>
          <w:b/>
        </w:rPr>
        <w:t xml:space="preserve">[21:14] </w:t>
      </w:r>
      <w:r>
        <w:t>woh isi dunya mein woh Miss Paradise aur Mr. Paradise ban jayega.</w:t>
      </w:r>
    </w:p>
    <w:p>
      <w:pPr>
        <w:jc w:val="right"/>
      </w:pPr>
      <w:r>
        <w:t>وہ اسی دنیا میں وہ مس Paradise اور مسٹر Paradise بن جائے گا۔</w:t>
      </w:r>
    </w:p>
    <w:p>
      <w:r>
        <w:rPr>
          <w:b/>
        </w:rPr>
        <w:t xml:space="preserve">[21:23] </w:t>
      </w:r>
      <w:r>
        <w:t>to goya ke intellectually woh is dunya mein jannat dakhil ho jayega. physically woh akhirat dakhil hoga.</w:t>
      </w:r>
    </w:p>
    <w:p>
      <w:pPr>
        <w:jc w:val="right"/>
      </w:pPr>
      <w:r>
        <w:t>تو گویا کہ انٹلیکچولی وہ اس دنیا میں جنت داخل ہو جائے گا۔ فزیکلی وہ آخرت داخل ہوگا۔</w:t>
      </w:r>
    </w:p>
    <w:p>
      <w:r>
        <w:rPr>
          <w:b/>
        </w:rPr>
        <w:t xml:space="preserve">[21:38] </w:t>
      </w:r>
      <w:r>
        <w:t>intellectually woh isi dunya mein paradise mein dakhil ho jayega. physically woh akhirat mein, jannat mein dakhil kiya jayega.</w:t>
      </w:r>
    </w:p>
    <w:p>
      <w:pPr>
        <w:jc w:val="right"/>
      </w:pPr>
      <w:r>
        <w:t>انٹلیکچولی وہ اسی دنیا میں Paradise میں داخل ہو جائے گا۔ فزیکلی وہ آخرت میں، جنت میں داخل کیا جائے گا۔</w:t>
      </w:r>
    </w:p>
    <w:p>
      <w:r>
        <w:rPr>
          <w:b/>
        </w:rPr>
        <w:t xml:space="preserve">[21:56] </w:t>
      </w:r>
      <w:r>
        <w:t>to dekhiye insaan ke liye sab se bara goal yahi hai ke woh paradise mein dakhla pa le. is se bara koi goal nahi.</w:t>
      </w:r>
    </w:p>
    <w:p>
      <w:pPr>
        <w:jc w:val="right"/>
      </w:pPr>
      <w:r>
        <w:t>تو دیکھیے انسان کے لیے سب سے بڑا گول یہی ہے کہ وہ Paradise میں داخلہ پا لے۔ اس سے بڑا کوئی گول نہیں۔</w:t>
      </w:r>
    </w:p>
    <w:p>
      <w:r>
        <w:rPr>
          <w:b/>
        </w:rPr>
        <w:t xml:space="preserve">[22:08] </w:t>
      </w:r>
      <w:r>
        <w:t>lekin paradise ko paane ke liye koi sasta nuskha nahi hai.</w:t>
      </w:r>
    </w:p>
    <w:p>
      <w:pPr>
        <w:jc w:val="right"/>
      </w:pPr>
      <w:r>
        <w:t>لیکن Paradise کو پانے کے لیے کوئی سستا نسخہ نہیں ہے۔</w:t>
      </w:r>
    </w:p>
    <w:p>
      <w:r>
        <w:rPr>
          <w:b/>
        </w:rPr>
        <w:t xml:space="preserve">[22:20] </w:t>
      </w:r>
      <w:r>
        <w:t>aaj subah mere paas ek telephone aaya. UP ke ek shehar se. aap ko maloom hoga ke UP ke ek shehar mein kamra right ho gaya hai.</w:t>
      </w:r>
    </w:p>
    <w:p>
      <w:pPr>
        <w:jc w:val="right"/>
      </w:pPr>
      <w:r>
        <w:t>آج صبح میرے پاس ایک ٹیلی فون آیا۔ یو پی کے ایک شہر سے۔ آپ کو معلوم ہوگا کہ یو پی کے ایک شہر میں کمرہ رائٹ ہو گیا ہے۔</w:t>
      </w:r>
    </w:p>
    <w:p>
      <w:r>
        <w:rPr>
          <w:b/>
        </w:rPr>
        <w:t xml:space="preserve">[22:31] </w:t>
      </w:r>
      <w:r>
        <w:t>abhi bhi chal raha hai. yani aaj tak ki khabar ke mutabiq abhi wahan kamra right khatam nahi hua.</w:t>
      </w:r>
    </w:p>
    <w:p>
      <w:pPr>
        <w:jc w:val="right"/>
      </w:pPr>
      <w:r>
        <w:t>ابھی بھی چل رہا ہے۔ یعنی آج تک کی خبر کے مطابق ابھی وہاں کمرہ رائٹ ختم نہیں ہوا۔</w:t>
      </w:r>
    </w:p>
    <w:p>
      <w:r>
        <w:rPr>
          <w:b/>
        </w:rPr>
        <w:t xml:space="preserve">[22:41] </w:t>
      </w:r>
      <w:r>
        <w:t>itna shadeed hai ke dono community ke bohat se log mare gaye hain.</w:t>
      </w:r>
    </w:p>
    <w:p>
      <w:pPr>
        <w:jc w:val="right"/>
      </w:pPr>
      <w:r>
        <w:t>اتنا شدید ہے کہ دونوں کمیونٹی کے بہت سے لوگ مارے گئے ہیں۔</w:t>
      </w:r>
    </w:p>
    <w:p>
      <w:r>
        <w:rPr>
          <w:b/>
        </w:rPr>
        <w:t xml:space="preserve">[22:50] </w:t>
      </w:r>
      <w:r>
        <w:t>shayad aap ko maloom ho. to jis sahib ka telephone aaya mere paas woh isi shehar mein rehte hain. to unhon ne kaha ke maine tehqeeq ki ke kamra right shuru kahan se hua?</w:t>
      </w:r>
    </w:p>
    <w:p>
      <w:pPr>
        <w:jc w:val="right"/>
      </w:pPr>
      <w:r>
        <w:t>شاید آپ کو معلوم ہو۔ تو جس صاحب کا ٹیلی فون آیا میرے پاس وہ اسی شہر میں رہتے ہیں۔ تو انہوں نے کہا کہ میں نے تحقیق کی کہ کمرہ رائٹ شروع کہاں سے ہوا؟</w:t>
      </w:r>
    </w:p>
    <w:p>
      <w:r>
        <w:rPr>
          <w:b/>
        </w:rPr>
        <w:t xml:space="preserve">[23:05] </w:t>
      </w:r>
      <w:r>
        <w:t>shuru kahan se hua?</w:t>
      </w:r>
    </w:p>
    <w:p>
      <w:pPr>
        <w:jc w:val="right"/>
      </w:pPr>
      <w:r>
        <w:t>شروع کہاں سے ہوا؟</w:t>
      </w:r>
    </w:p>
    <w:p>
      <w:r>
        <w:rPr>
          <w:b/>
        </w:rPr>
        <w:t xml:space="preserve">[23:09] </w:t>
      </w:r>
      <w:r>
        <w:t>kyunke Quran mein hai ke: "wa hum badu kum awlal amri". jo shuru kare wohi asal responsible hota hai. "al badi yazlimu".</w:t>
      </w:r>
    </w:p>
    <w:p>
      <w:pPr>
        <w:jc w:val="right"/>
      </w:pPr>
      <w:r>
        <w:t>کیونکہ قرآن میں ہے کہ: "وَهُمْ بَدَوْكُمْ أَوْلَ الْأَمْرِ"۔ جو شروع کرے وہی اصل ریسپانسبل ہوتا ہے۔ "الْبَادِ يَظْلَمُ"۔</w:t>
      </w:r>
    </w:p>
    <w:p>
      <w:r>
        <w:rPr>
          <w:b/>
        </w:rPr>
        <w:t xml:space="preserve">[23:22] </w:t>
      </w:r>
      <w:r>
        <w:t>to unhon ne telephone par bataya ke shuru yahan se hua ke ek community ka ladka aur doosri community ki ladki se is ne rape kiya.</w:t>
      </w:r>
    </w:p>
    <w:p>
      <w:pPr>
        <w:jc w:val="right"/>
      </w:pPr>
      <w:r>
        <w:t>تو انہوں نے ٹیلی فون پر بتایا کہ شروع یہاں سے ہوا کہ ایک کمیونٹی کا لڑکا اور دوسری کمیونٹی کی لڑکی سے اس نے ریپ کیا۔</w:t>
      </w:r>
    </w:p>
    <w:p>
      <w:r>
        <w:rPr>
          <w:b/>
        </w:rPr>
        <w:t xml:space="preserve">[23:33] </w:t>
      </w:r>
      <w:r>
        <w:t>bohat buri tarah is ke sath.</w:t>
      </w:r>
    </w:p>
    <w:p>
      <w:pPr>
        <w:jc w:val="right"/>
      </w:pPr>
      <w:r>
        <w:t>بہت بری طرح اس کے ساتھ۔</w:t>
      </w:r>
    </w:p>
    <w:p>
      <w:r>
        <w:rPr>
          <w:b/>
        </w:rPr>
        <w:t xml:space="preserve">[23:41] </w:t>
      </w:r>
      <w:r>
        <w:t>to ab zahir hai ke yeh to bara hi yani provoke karne wala waqea tha. to victim jo community thi us ke afraad nikle aur kuch ihtijaj karne lage is ke khilaf.</w:t>
      </w:r>
    </w:p>
    <w:p>
      <w:pPr>
        <w:jc w:val="right"/>
      </w:pPr>
      <w:r>
        <w:t>تو اب ظاہر ہے کہ یہ تو بڑا ہی یعنی پرووک کرنے والا واقعہ تھا۔ تو وکٹم جو کمیونٹی تھی اس کے افراد نکلے اور کچھ احتجاج کرنے لگے اس کے خلاف۔</w:t>
      </w:r>
    </w:p>
    <w:p>
      <w:r>
        <w:rPr>
          <w:b/>
        </w:rPr>
        <w:t xml:space="preserve">[24:00] </w:t>
      </w:r>
      <w:r>
        <w:t>to doosri community jo hai aur bhark uthi. is ne marna peetna shuru kiya. ab dono taraf se maar kaat hui. aur abhi tak woh maar kaat jari hai.</w:t>
      </w:r>
    </w:p>
    <w:p>
      <w:pPr>
        <w:jc w:val="right"/>
      </w:pPr>
      <w:r>
        <w:t>تو دوسری کمیونٹی جو ہے اور بھڑک اٹھی۔ اس نے مارنا پیٹنا شروع کیا۔ اب دونوں طرف سے مار کاٹ ہوئی۔ اور ابھی تک وہ مار کاٹ جاری ہے۔</w:t>
      </w:r>
    </w:p>
    <w:p>
      <w:r>
        <w:rPr>
          <w:b/>
        </w:rPr>
        <w:t xml:space="preserve">[24:12] </w:t>
      </w:r>
      <w:r>
        <w:t>bohat hi bhayanak soorat-e-haal hai. to unhon ne bataya ke main ne jis community ke ladke ne yeh harkat ki thi.</w:t>
      </w:r>
    </w:p>
    <w:p>
      <w:pPr>
        <w:jc w:val="right"/>
      </w:pPr>
      <w:r>
        <w:t>بہت ہی بھیانک صورتحال ہے۔ تو انہوں نے بتایا کہ میں نے جس کمیونٹی کے لڑکے نے یہ حرکت کی تھی۔</w:t>
      </w:r>
    </w:p>
    <w:p>
      <w:r>
        <w:rPr>
          <w:b/>
        </w:rPr>
        <w:t xml:space="preserve">[24:23] </w:t>
      </w:r>
      <w:r>
        <w:t>un se kaha ke aap log jo hain apni community ke naujawan ko himayat kar rahe hain. sab log himayat karne lage is ki. is ko condemn kyon nahin karte?</w:t>
      </w:r>
    </w:p>
    <w:p>
      <w:pPr>
        <w:jc w:val="right"/>
      </w:pPr>
      <w:r>
        <w:t>ان سے کہا کہ آپ لوگ جو ہیں اپنی کمیونٹی کے نوجوان کو حمایت کر رہے ہیں۔ سب لوگ حمایت کرنے لگے اس کی۔ اس کو کنڈیم کیوں نہیں کرتے؟</w:t>
      </w:r>
    </w:p>
    <w:p>
      <w:r>
        <w:rPr>
          <w:b/>
        </w:rPr>
        <w:t xml:space="preserve">[24:34] </w:t>
      </w:r>
      <w:r>
        <w:t>is ko condemn kyon nahin karte? quran o hadees mein sakhti se kaha gaya hai ke tum zalimon ka ke ke supporter na bano.</w:t>
      </w:r>
    </w:p>
    <w:p>
      <w:pPr>
        <w:jc w:val="right"/>
      </w:pPr>
      <w:r>
        <w:t>اس کو کنڈیم کیوں نہیں کرتے؟ قرآن و حدیث میں سختی سے کہا گیا ہے کہ تم ظالموں کا کے کے سپورٹر نہ بنو۔</w:t>
      </w:r>
    </w:p>
    <w:p>
      <w:r>
        <w:rPr>
          <w:b/>
        </w:rPr>
        <w:t xml:space="preserve">[24:49] </w:t>
      </w:r>
      <w:r>
        <w:t>to unhon ne kya kaha? kaha ke kisi buzdi ki baatein karte hain aap? is kisi buzdi ki baat karte hain aap? yani is ko buzdi kaha samajh liya unhon ne.</w:t>
      </w:r>
    </w:p>
    <w:p>
      <w:pPr>
        <w:jc w:val="right"/>
      </w:pPr>
      <w:r>
        <w:t>تو انہوں نے کیا کہا؟ کہا کہ کسی بزدلی کی باتیں کرتے ہیں آپ؟ اس کسی بزدلی کی بات کرتے ہیں آپ؟ یعنی اس کو بزدلی کہا سمجھ لیا انہوں نے۔</w:t>
      </w:r>
    </w:p>
    <w:p>
      <w:r>
        <w:rPr>
          <w:b/>
        </w:rPr>
        <w:t xml:space="preserve">[25:03] </w:t>
      </w:r>
      <w:r>
        <w:t>apni community ke naujawan ki ghalti par is ko condemn karna yeh buzdi ki baat hai. chunancha yak-tarfa tor par apni community, ab kaha community ke saare log yak-tarfa tor par apne naujawan ki himayat karne lage.</w:t>
      </w:r>
    </w:p>
    <w:p>
      <w:pPr>
        <w:jc w:val="right"/>
      </w:pPr>
      <w:r>
        <w:t>اپنی کمیونٹی کے نوجوان کی غلطی پر اس کو کنڈیم کرنا یہ بزدلی کی بات ہے۔ چنانچہ یکطرفہ طور پر اپنی کمیونٹی، اب کہا کمیونٹی کے سارے لوگ یکطرفہ طور پر اپنے نوجوان کی حمایت کرنے لگے۔</w:t>
      </w:r>
    </w:p>
    <w:p>
      <w:r>
        <w:rPr>
          <w:b/>
        </w:rPr>
        <w:t xml:space="preserve">[25:24] </w:t>
      </w:r>
      <w:r>
        <w:t>main ne un se poocha yeh yeh yeh fasad poore zile mein phail gaya hai, gaon mein. shehar se gaon tak. to main ne un se poocha ke aap koi aur paya aap ne jo condemn kare apne naujawan ke jo jis ne yeh harkat ki hai?</w:t>
      </w:r>
    </w:p>
    <w:p>
      <w:pPr>
        <w:jc w:val="right"/>
      </w:pPr>
      <w:r>
        <w:t>میں نے ان سے پوچھا یہ یہ یہ فساد پورے ضلعے میں پھیل گیا ہے، گاؤں میں۔ شہر سے گاؤں تک۔ تو میں نے ان سے پوچھا کہ آپ کوئی اور پایا آپ نے جو کنڈیم کرے اپنے نوجوان کے جو جس نے یہ حرکت کی ہے؟</w:t>
      </w:r>
    </w:p>
    <w:p>
      <w:r>
        <w:rPr>
          <w:b/>
        </w:rPr>
        <w:t xml:space="preserve">[25:41] </w:t>
      </w:r>
      <w:r>
        <w:t>kaha koi nahin, mere siwa koi bhi nahin. is mani hai ke log itne be-khauf hain, unhein ehsas nahin ke Allah ke haan pakar hogi.</w:t>
      </w:r>
    </w:p>
    <w:p>
      <w:pPr>
        <w:jc w:val="right"/>
      </w:pPr>
      <w:r>
        <w:t>کہا کوئی نہیں، میرے سوا کوئی بھی نہیں۔ اس معنی ہے کہ لوگ اتنے بے خوف ہیں، انہیں احساس نہیں کہ اللہ کے ہاں پکڑ ہوگی۔</w:t>
      </w:r>
    </w:p>
    <w:p>
      <w:r>
        <w:rPr>
          <w:b/>
        </w:rPr>
        <w:t xml:space="preserve">[25:50] </w:t>
      </w:r>
      <w:r>
        <w:t>Allah ke haan poocha jayega. "yaum-a-yaqoom-un-naasu li-rabbil-aalameen".</w:t>
      </w:r>
    </w:p>
    <w:p>
      <w:pPr>
        <w:jc w:val="right"/>
      </w:pPr>
      <w:r>
        <w:t>اللہ کے ہاں پوچھا جائے گا۔ "یَوْمَ يَقُومُ النَّاسُ لِرَبِّ الْعَالَمِينَ"۔</w:t>
      </w:r>
    </w:p>
    <w:p>
      <w:r>
        <w:rPr>
          <w:b/>
        </w:rPr>
        <w:t xml:space="preserve">[26:00] </w:t>
      </w:r>
      <w:r>
        <w:t>"yaum-a-yaqoom-un-naasu li-rabbil-aalameen". jis din log khade kiye jayenge Allah ke samne. agar yeh ehsas ho ke hamein Allah ke samne khada hona hai.</w:t>
      </w:r>
    </w:p>
    <w:p>
      <w:pPr>
        <w:jc w:val="right"/>
      </w:pPr>
      <w:r>
        <w:t>"یَوْمَ يَقُومُ النَّاسُ لِرَبِّ الْعَالَمِينَ"۔ جس دن لوگ کھڑے کیے جائیں گے اللہ کے سامنے۔ اگر یہ احساس ہو کہ ہمیں اللہ کے سامنے کھڑا ہونا ہے۔</w:t>
      </w:r>
    </w:p>
    <w:p>
      <w:r>
        <w:rPr>
          <w:b/>
        </w:rPr>
        <w:t xml:space="preserve">[26:16] </w:t>
      </w:r>
      <w:r>
        <w:t>to aap batayein is ka haal hoga is ka?</w:t>
      </w:r>
    </w:p>
    <w:p>
      <w:pPr>
        <w:jc w:val="right"/>
      </w:pPr>
      <w:r>
        <w:t>تو آپ بتائیں اس کا حال ہوگا اس کا؟</w:t>
      </w:r>
    </w:p>
    <w:p>
      <w:r>
        <w:rPr>
          <w:b/>
        </w:rPr>
        <w:t xml:space="preserve">[26:24] </w:t>
      </w:r>
      <w:r>
        <w:t>abhi abhi jab main yahan baitha hua tha is intezar mein ke</w:t>
      </w:r>
    </w:p>
    <w:p>
      <w:pPr>
        <w:jc w:val="right"/>
      </w:pPr>
      <w:r>
        <w:t>ابھی ابھی جب میں یہاں بیٹھا ہوا تھا اس انتظار میں کہ</w:t>
      </w:r>
    </w:p>
    <w:p>
      <w:r>
        <w:rPr>
          <w:b/>
        </w:rPr>
        <w:t xml:space="preserve">[26:35] </w:t>
      </w:r>
      <w:r>
        <w:t>red signal mile to main baat shuru karoon. to ek ajib taassur mujh par taari hua.</w:t>
      </w:r>
    </w:p>
    <w:p>
      <w:pPr>
        <w:jc w:val="right"/>
      </w:pPr>
      <w:r>
        <w:t>ریڈ سگنل ملے تو میں بات شروع کروں۔ تو ایک عجیب تاثر مجھ پر طاری ہوا۔</w:t>
      </w:r>
    </w:p>
    <w:p>
      <w:r>
        <w:rPr>
          <w:b/>
        </w:rPr>
        <w:t xml:space="preserve">[26:44] </w:t>
      </w:r>
      <w:r>
        <w:t>mujhe aisa laga ke main intezar kar raha hoon us waqt ka jab ke qayamat ka sur phoonk diya jayega. aur saare logon ko Allah ke darbar mein hazir hona padega.</w:t>
      </w:r>
    </w:p>
    <w:p>
      <w:pPr>
        <w:jc w:val="right"/>
      </w:pPr>
      <w:r>
        <w:t>مجھے ایسا لگا کہ میں انتظار کر رہا ہوں اس وقت کا جب کہ قیامت کا سور پھونک دیا جائے گا۔ اور سارے لوگوں کو اللہ کے دربار میں حاضر ہونا پڑے گا۔</w:t>
      </w:r>
    </w:p>
    <w:p>
      <w:r>
        <w:rPr>
          <w:b/>
        </w:rPr>
        <w:t xml:space="preserve">[26:56] </w:t>
      </w:r>
      <w:r>
        <w:t>to main ne socha ke shayad mujhe ko sab se pehle wahan pesh kiya jaye. aur meri peshi mein itna waqt lag jaye ke baqi log chhod diye jayen. jao.</w:t>
      </w:r>
    </w:p>
    <w:p>
      <w:pPr>
        <w:jc w:val="right"/>
      </w:pPr>
      <w:r>
        <w:t>تو میں نے سوچا کہ شاید مجھے کو سب سے پہلے وہاں پیش کیا جائے۔ اور میری پیشی میں اتنا وقت لگ جائے کہ باقی لوگ چھوڑ دیے جائیں۔ جاؤ۔</w:t>
      </w:r>
    </w:p>
    <w:p>
      <w:r>
        <w:rPr>
          <w:b/>
        </w:rPr>
        <w:t xml:space="preserve">[27:06] </w:t>
      </w:r>
      <w:r>
        <w:t>ek hi aadmi par hisab kitab band kar diya aap ne. jao tum log. to jab aap ko yeh ehsas ho ke hamein Allah ke samne khada hona hai to sab kuch samet kar aap ke upar aa jata hai.</w:t>
      </w:r>
    </w:p>
    <w:p>
      <w:pPr>
        <w:jc w:val="right"/>
      </w:pPr>
      <w:r>
        <w:t>ایک ہی آدمی پر حساب کتاب بند کر دیا آپ نے۔ جاؤ تم لوگ۔ تو جب آپ کو یہ احساس ہو کہ ہمیں اللہ کے سامنے کھڑا ہونا ہے تو سب کچھ سمیٹ کر آپ کے اوپر آ جاتا ہے۔</w:t>
      </w:r>
    </w:p>
    <w:p>
      <w:r>
        <w:rPr>
          <w:b/>
        </w:rPr>
        <w:t xml:space="preserve">[27:20] </w:t>
      </w:r>
      <w:r>
        <w:t>jaise ke mujhe koi hisab dena hai. mujhe koi sab se zyada sakht marhale se guzarna hai. to aap ghaur kijiye ke aisa zamana aa gaya hai ke log.</w:t>
      </w:r>
    </w:p>
    <w:p>
      <w:pPr>
        <w:jc w:val="right"/>
      </w:pPr>
      <w:r>
        <w:t>جیسے کہ مجھے کوئی حساب دینا ہے۔ مجھے کوئی سب سے زیادہ سخت مرحلے سے گزرنا ہے۔ تو آپ غور کیجیے کہ ایسا زمانہ آ گیا ہے کہ لوگ۔</w:t>
      </w:r>
    </w:p>
    <w:p>
      <w:r>
        <w:rPr>
          <w:b/>
        </w:rPr>
        <w:t xml:space="preserve">[27:32] </w:t>
      </w:r>
      <w:r>
        <w:t>my community right or wrong. my community right or wrong. bas break community ka aadmi hai to bas mujhe himayat karni hai.</w:t>
      </w:r>
    </w:p>
    <w:p>
      <w:pPr>
        <w:jc w:val="right"/>
      </w:pPr>
      <w:r>
        <w:t>مائی کمیونٹی رائٹ آر رانگ۔ مائی کمیونٹی رائٹ آر رانگ۔ بس بریک کمیونٹی کا آدمی ہے تو بس مجھے حمایت کرنی ہے۔</w:t>
      </w:r>
    </w:p>
    <w:p>
      <w:r>
        <w:rPr>
          <w:b/>
        </w:rPr>
        <w:t xml:space="preserve">[27:42] </w:t>
      </w:r>
      <w:r>
        <w:t>chahe is ne kuch bhi zulm kiya ho.</w:t>
      </w:r>
    </w:p>
    <w:p>
      <w:pPr>
        <w:jc w:val="right"/>
      </w:pPr>
      <w:r>
        <w:t>چاہے اس نے کچھ بھی ظلم کیا ہو۔</w:t>
      </w:r>
    </w:p>
    <w:p>
      <w:r>
        <w:rPr>
          <w:b/>
        </w:rPr>
        <w:t xml:space="preserve">[27:50] </w:t>
      </w:r>
      <w:r>
        <w:t>quran mein hai ke: "fa-lan akunanna zaheeran lil-mujrimeen". yani mujrim ka ke supporter na bano.</w:t>
      </w:r>
    </w:p>
    <w:p>
      <w:pPr>
        <w:jc w:val="right"/>
      </w:pPr>
      <w:r>
        <w:t>قرآن میں ہے کہ: "فَلَنْ أَكُونَنَّ زَهِيرًا لِلْمُجْرِمِينَ"۔ یعنی مجرم کا کے سپورٹر نہ بنو۔</w:t>
      </w:r>
    </w:p>
    <w:p>
      <w:r>
        <w:rPr>
          <w:b/>
        </w:rPr>
        <w:t xml:space="preserve">[28:00] </w:t>
      </w:r>
      <w:r>
        <w:t>yeh mana kiya gaya hai ke tum mujrim ke supporter bano. mujrim ko condemn karna hamara kaam hai. lekin yeh itne zyada log be-khauf ho chuke hain.</w:t>
      </w:r>
    </w:p>
    <w:p>
      <w:pPr>
        <w:jc w:val="right"/>
      </w:pPr>
      <w:r>
        <w:t>یہ منع کیا گیا ہے کہ تم مجرم کے سپورٹر بنو۔ مجرم کو کنڈیم کرنا ہمارا کام ہے۔ لیکن یہ اتنے زیادہ لوگ بے خوف ہو چکے ہیں۔</w:t>
      </w:r>
    </w:p>
    <w:p>
      <w:r>
        <w:rPr>
          <w:b/>
        </w:rPr>
        <w:t xml:space="preserve">[28:11] </w:t>
      </w:r>
      <w:r>
        <w:t>unhein na Allah ka dar hai, na qayamat ka khauf hai. na hashar ke maidan mein khade kiye jaane ka un ko pata hai.</w:t>
      </w:r>
    </w:p>
    <w:p>
      <w:pPr>
        <w:jc w:val="right"/>
      </w:pPr>
      <w:r>
        <w:t>انہیں نہ اللہ کا ڈر ہے، نہ قیامت کا خوف ہے۔ نہ حشر کے میدان میں کھڑے کیے جانے کا ان کو پتہ ہے۔</w:t>
      </w:r>
    </w:p>
    <w:p>
      <w:r>
        <w:rPr>
          <w:b/>
        </w:rPr>
        <w:t xml:space="preserve">[28:21] </w:t>
      </w:r>
      <w:r>
        <w:t>na jannat ki khabar, na dozakh ki khabar. bas kaha apni community ko. har aadmi ka jo maabood hai us ki apni community hai.</w:t>
      </w:r>
    </w:p>
    <w:p>
      <w:pPr>
        <w:jc w:val="right"/>
      </w:pPr>
      <w:r>
        <w:t>نہ جنت کی خبر، نہ دوزخ کی خبر۔ بس کہا اپنی کمیونٹی کو۔ ہر آدمی کا جو معبود ہے اس کی اپنی کمیونٹی ہے۔</w:t>
      </w:r>
    </w:p>
    <w:p>
      <w:r>
        <w:rPr>
          <w:b/>
        </w:rPr>
        <w:t xml:space="preserve">[28:31] </w:t>
      </w:r>
      <w:r>
        <w:t>us ke aage kuch nahin.</w:t>
      </w:r>
    </w:p>
    <w:p>
      <w:pPr>
        <w:jc w:val="right"/>
      </w:pPr>
      <w:r>
        <w:t>اس کے آگے کچھ نہیں۔</w:t>
      </w:r>
    </w:p>
    <w:p>
      <w:r>
        <w:rPr>
          <w:b/>
        </w:rPr>
        <w:t xml:space="preserve">[28:37] </w:t>
      </w:r>
      <w:r>
        <w:t>to phir maine socha ke aakhir aisa kyun hai? to maine socha ke is ka sabab hai in awareness. log be khabar hain. to hamari aap ki zimmedari yeh hai ke un ke in awareness ko torein.</w:t>
      </w:r>
    </w:p>
    <w:p>
      <w:pPr>
        <w:jc w:val="right"/>
      </w:pPr>
      <w:r>
        <w:t>تو پھر میں نے سوچا کہ آخر ایسا کیوں ہے؟ تو میں نے سوچا کہ اس کا سبب ہے ان اویئرنس۔ لوگ بے خبر ہیں۔ تو ہماری آپ کی ذمہ داری یہ ہے کہ ان کے ان اویئرنس کو توڑیں۔</w:t>
      </w:r>
    </w:p>
    <w:p>
      <w:r>
        <w:rPr>
          <w:b/>
        </w:rPr>
        <w:t xml:space="preserve">[28:54] </w:t>
      </w:r>
      <w:r>
        <w:t>un ki ghaflat ko torein. yeh soorat-e-haal hamari zimmedari ko barha deti hai.</w:t>
      </w:r>
    </w:p>
    <w:p>
      <w:pPr>
        <w:jc w:val="right"/>
      </w:pPr>
      <w:r>
        <w:t>ان کی غفلت کو توڑیں۔ یہ صورتحال ہماری ذمہ داری کو بڑھا دیتی ہے۔</w:t>
      </w:r>
    </w:p>
    <w:p>
      <w:r>
        <w:rPr>
          <w:b/>
        </w:rPr>
        <w:t xml:space="preserve">[29:03] </w:t>
      </w:r>
      <w:r>
        <w:t>yeh soorat-e-haal hamari zimmedari ko barha deti hai.</w:t>
      </w:r>
    </w:p>
    <w:p>
      <w:pPr>
        <w:jc w:val="right"/>
      </w:pPr>
      <w:r>
        <w:t>یہ صورتحال ہماری ذمہ داری کو بڑھا دیتی ہے۔</w:t>
      </w:r>
    </w:p>
    <w:p>
      <w:r>
        <w:rPr>
          <w:b/>
        </w:rPr>
        <w:t xml:space="preserve">[29:12] </w:t>
      </w:r>
      <w:r>
        <w:t>yaani yahi kaafi nahin ke hum logon ko bura kahein. bura keh kar ke samjhein ke hum ne haq ada kar diya. nahin. yeh soorat-e-haal hamein yaad dilaye hamari hamari apni zimmedari ko.</w:t>
      </w:r>
    </w:p>
    <w:p>
      <w:pPr>
        <w:jc w:val="right"/>
      </w:pPr>
      <w:r>
        <w:t>یعنی یہی کافی نہیں کہ ہم لوگوں کو برا کہیں۔ برا کہہ کر کے سمجھیں کہ ہم نے حق ادا کر دیا۔ نہیں۔ یہ صورتحال ہمیں یاد دلائے ہماری ہماری اپنی ذمہ داری کو۔</w:t>
      </w:r>
    </w:p>
    <w:p>
      <w:r>
        <w:rPr>
          <w:b/>
        </w:rPr>
        <w:t xml:space="preserve">[29:27] </w:t>
      </w:r>
      <w:r>
        <w:t>ke hamein logon ko batana hai, logon ko ba khabar karna hai. log so rahe hain unhein jagana hai. yaani Hazrat Ali ki zuban mein log so rahe hain hum ko unhein jagana hai.</w:t>
      </w:r>
    </w:p>
    <w:p>
      <w:pPr>
        <w:jc w:val="right"/>
      </w:pPr>
      <w:r>
        <w:t>کہ ہمیں لوگوں کو بتانا ہے، لوگوں کو باخبر کرنا ہے۔ لوگ سو رہے ہیں انہیں جگانا ہے۔ یعنی حضرت علی کی زبان میں لوگ سو رہے ہیں ہم کو انہیں جگانا ہے۔</w:t>
      </w:r>
    </w:p>
    <w:p>
      <w:r>
        <w:rPr>
          <w:b/>
        </w:rPr>
        <w:t xml:space="preserve">[29:39] </w:t>
      </w:r>
      <w:r>
        <w:t>log be khabar hain hum ko unhein ba khabar karna hai.</w:t>
      </w:r>
    </w:p>
    <w:p>
      <w:pPr>
        <w:jc w:val="right"/>
      </w:pPr>
      <w:r>
        <w:t>لوگ بے خبر ہیں ہم کو انہیں باخبر کرنا ہے۔</w:t>
      </w:r>
    </w:p>
    <w:p>
      <w:r>
        <w:rPr>
          <w:b/>
        </w:rPr>
        <w:t xml:space="preserve">[29:52] </w:t>
      </w:r>
      <w:r>
        <w:t>hamara jo mission hai woh sach poochhein to yahi hai ke logon ki be khabari ko toda jaye.</w:t>
      </w:r>
    </w:p>
    <w:p>
      <w:pPr>
        <w:jc w:val="right"/>
      </w:pPr>
      <w:r>
        <w:t>ہمارا جو مشن ہے وہ سچ پوچھیں تو یہی ہے کہ لوگوں کی بے خبری کو توڑا جائے۔</w:t>
      </w:r>
    </w:p>
    <w:p>
      <w:r>
        <w:rPr>
          <w:b/>
        </w:rPr>
        <w:t xml:space="preserve">[30:02] </w:t>
      </w:r>
      <w:r>
        <w:t>logon ko Allah ke ki jo scheme of things hai, Allah ka jo creation plan hai us se ba khabar karna. us se ba khabar karna.</w:t>
      </w:r>
    </w:p>
    <w:p>
      <w:pPr>
        <w:jc w:val="right"/>
      </w:pPr>
      <w:r>
        <w:t>لوگوں کو اللہ کے کی جو سکیم آف تھنگز ہے، اللہ کا جو کریشن پلان ہے اس سے باخبر کرنا۔ اس سے باخبر کرنا۔</w:t>
      </w:r>
    </w:p>
    <w:p>
      <w:r>
        <w:rPr>
          <w:b/>
        </w:rPr>
        <w:t xml:space="preserve">[30:18] </w:t>
      </w:r>
      <w:r>
        <w:t>aur is mein dekhiye mayoosi ki baat nahin hai. jinka telephone aaya tha mere paas to unhone bataya ke pehle to poore district mein main akela tha jo ja ja kar logon se kehta tha ke is mein community ka baat dekho zalim kaun hai is ko condemn karo.</w:t>
      </w:r>
    </w:p>
    <w:p>
      <w:pPr>
        <w:jc w:val="right"/>
      </w:pPr>
      <w:r>
        <w:t>اور اس میں دیکھیے مایوسی کی بات نہیں ہے۔ جن کا ٹیلی فون آیا تھا میرے پاس تو انہوں نے بتایا کہ پہلے تو پورے ڈسٹرکٹ میں میں اکیلا تھا جو جا جا کر لوگوں سے کہتا تھا کہ اس میں کمیونٹی کا بات دیکھو ظالم کون ہے اس کو کنڈیم کرو۔</w:t>
      </w:r>
    </w:p>
    <w:p>
      <w:r>
        <w:rPr>
          <w:b/>
        </w:rPr>
        <w:t xml:space="preserve">[30:41] </w:t>
      </w:r>
      <w:r>
        <w:t>to unhone bataya ke ek sahab the un ki apni community ke to unhone kaha yeh kya kar rahe hain aap? aap to hamari community ko apni community ko bura bhala keh rahe hain.</w:t>
      </w:r>
    </w:p>
    <w:p>
      <w:pPr>
        <w:jc w:val="right"/>
      </w:pPr>
      <w:r>
        <w:t>تو انہوں نے بتایا کہ ایک صاحب تھے ان کی اپنی کمیونٹی کے تو انہوں نے کہا یہ کیا کر رہے ہیں آپ؟ آپ تو ہماری کمیونٹی کو اپنی کمیونٹی کو برا بھلا کہہ رہے ہیں۔</w:t>
      </w:r>
    </w:p>
    <w:p>
      <w:r>
        <w:rPr>
          <w:b/>
        </w:rPr>
        <w:t xml:space="preserve">[30:54] </w:t>
      </w:r>
      <w:r>
        <w:t>to unhone un ko samjhaya. Quran o Hadees ki aayatein sunayin un ko. to keh rahe the ke woh bilkul badal gaye ab woh mere saath hain. to pehle main ek tha ab main do hoon.</w:t>
      </w:r>
    </w:p>
    <w:p>
      <w:pPr>
        <w:jc w:val="right"/>
      </w:pPr>
      <w:r>
        <w:t>تو انہوں نے ان کو سمجھایا۔ قرآن و حدیث کی آیتیں سنائیں ان کو۔ تو کہہ رہے تھے کہ وہ بالکل بدل گئے اب وہ میرے ساتھ ہیں۔ تو پہلے میں ایک تھا اب میں دو ہوں۔</w:t>
      </w:r>
    </w:p>
    <w:p>
      <w:r>
        <w:rPr>
          <w:b/>
        </w:rPr>
        <w:t xml:space="preserve">[31:10] </w:t>
      </w:r>
      <w:r>
        <w:t>to ek taraf woh waqea hai ke log kitne zyada door ja ja chuke hain sachai se. doosri taraf yeh waqea hai ke logon ke andar phir bhi zamir maujood hai, fitrat maujood hai, un ka nature maujood hai.</w:t>
      </w:r>
    </w:p>
    <w:p>
      <w:pPr>
        <w:jc w:val="right"/>
      </w:pPr>
      <w:r>
        <w:t>تو ایک طرف وہ واقعہ ہے کہ لوگ کتنے زیادہ دور جا جا چکے ہیں سچائی سے۔ دوسری طرف یہ واقعہ ہے کہ لوگوں کے اندر پھر بھی ضمیر موجود ہے، فطرت موجود ہے، ان کا نیچر موجود ہے۔</w:t>
      </w:r>
    </w:p>
    <w:p>
      <w:r>
        <w:rPr>
          <w:b/>
        </w:rPr>
        <w:t xml:space="preserve">[31:26] </w:t>
      </w:r>
      <w:r>
        <w:t>is ko khat khat khat khat khatkanay ki zaroorat hai, is ko knock karne ki zaroorat hai.</w:t>
      </w:r>
    </w:p>
    <w:p>
      <w:pPr>
        <w:jc w:val="right"/>
      </w:pPr>
      <w:r>
        <w:t>اس کو کھٹ کھٹ کھٹ کھٹ کھٹکانے کی ضرورت ہے، اس کو ناک کرنے کی ضرورت ہے۔</w:t>
      </w:r>
    </w:p>
    <w:p>
      <w:r>
        <w:rPr>
          <w:b/>
        </w:rPr>
        <w:t xml:space="preserve">[31:35] </w:t>
      </w:r>
      <w:r>
        <w:t>to unhone mujhe telephone par bataya ke shuru shuru mein bilkul main poore district mein akela tha.</w:t>
      </w:r>
    </w:p>
    <w:p>
      <w:pPr>
        <w:jc w:val="right"/>
      </w:pPr>
      <w:r>
        <w:t>تو انہوں نے مجھے ٹیلی فون پر بتایا کہ شروع شروع میں بالکل میں پورے ڈسٹرکٹ میں اکیلا تھا۔</w:t>
      </w:r>
    </w:p>
    <w:p>
      <w:r>
        <w:rPr>
          <w:b/>
        </w:rPr>
        <w:t xml:space="preserve">[31:45] </w:t>
      </w:r>
      <w:r>
        <w:t>ke ab ek sahab jo khud bhi un ke khilaf the pehle lekin jab unhone samjhaya un ko bataya to ab poori tarah un ke saathi ban gaye hain.</w:t>
      </w:r>
    </w:p>
    <w:p>
      <w:pPr>
        <w:jc w:val="right"/>
      </w:pPr>
      <w:r>
        <w:t>کہ اب ایک صاحب جو خود بھی ان کے خلاف تھے پہلے لیکن جب انہوں نے سمجھایا ان کو بتایا تو اب پوری طرح ان کے ساتھی بن گئے ہیں۔</w:t>
      </w:r>
    </w:p>
    <w:p>
      <w:r>
        <w:rPr>
          <w:b/>
        </w:rPr>
        <w:t xml:space="preserve">[31:56] </w:t>
      </w:r>
      <w:r>
        <w:t>ab dono aadmi mil kar woh kaam kar rahe hain. is mani mein jab ek se do hua to phir teen hota ho sakta hai, phir char ho sakta hai, paanch ho sakta hai.</w:t>
      </w:r>
    </w:p>
    <w:p>
      <w:pPr>
        <w:jc w:val="right"/>
      </w:pPr>
      <w:r>
        <w:t>اب دونوں آدمی مل کر وہ کام کر رہے ہیں۔ اس معنی میں جب ایک سے دو ہوا تو پھر تین ہوتا ہو سکتا ہے، پھر چار ہو سکتا ہے، پانچ ہو سکتا ہے۔</w:t>
      </w:r>
    </w:p>
    <w:p>
      <w:r>
        <w:rPr>
          <w:b/>
        </w:rPr>
        <w:t xml:space="preserve">[32:05] </w:t>
      </w:r>
      <w:r>
        <w:t>phir ginti barh sakti hai.</w:t>
      </w:r>
    </w:p>
    <w:p>
      <w:pPr>
        <w:jc w:val="right"/>
      </w:pPr>
      <w:r>
        <w:t>پھر گنتی بڑھ سکتی ہے۔</w:t>
      </w:r>
    </w:p>
    <w:p>
      <w:r>
        <w:rPr>
          <w:b/>
        </w:rPr>
        <w:t xml:space="preserve">[32:12] </w:t>
      </w:r>
      <w:r>
        <w:t>to un ke telephone par pehle to mujhe bohat ajeeb ehsas hua. lekin jab unhone doosri baat batayi ke samjhane pohnchanay ke baad ek aur aadmi un ko apna saathi mil gaya hai.</w:t>
      </w:r>
    </w:p>
    <w:p>
      <w:pPr>
        <w:jc w:val="right"/>
      </w:pPr>
      <w:r>
        <w:t>تو ان کے ٹیلی فون پر پہلے تو مجھے بہت عجیب احساس ہوا۔ لیکن جب انہوں نے دوسری بات بتائی کہ سمجھانے پہنچانے کے بعد ایک اور آدمی ان کو اپنا ساتھی مل گیا ہے۔</w:t>
      </w:r>
    </w:p>
    <w:p>
      <w:r>
        <w:rPr>
          <w:b/>
        </w:rPr>
        <w:t xml:space="preserve">[32:27] </w:t>
      </w:r>
      <w:r>
        <w:t>to maine socha ke here is a silver lining.</w:t>
      </w:r>
    </w:p>
    <w:p>
      <w:pPr>
        <w:jc w:val="right"/>
      </w:pPr>
      <w:r>
        <w:t>تو میں نے سوچا کہ ہیر از اے سلور لائننگ۔</w:t>
      </w:r>
    </w:p>
    <w:p>
      <w:r>
        <w:rPr>
          <w:b/>
        </w:rPr>
        <w:t xml:space="preserve">[32:35] </w:t>
      </w:r>
      <w:r>
        <w:t>silver lining kahan hai? insaan ke nature mein hai, insaan ki fitrat mein hai, insaan ke apne consciousness mein hai.</w:t>
      </w:r>
    </w:p>
    <w:p>
      <w:pPr>
        <w:jc w:val="right"/>
      </w:pPr>
      <w:r>
        <w:t>سلور لائننگ کہاں ہے؟ انسان کے نیچر میں ہے، انسان کی فطرت میں ہے، انسان کے اپنے کانشیس میں ہے۔</w:t>
      </w:r>
    </w:p>
    <w:p>
      <w:r>
        <w:rPr>
          <w:b/>
        </w:rPr>
        <w:t xml:space="preserve">[32:45] </w:t>
      </w:r>
      <w:r>
        <w:t>is ko knock kijiye, is ko khatkhataiye.</w:t>
      </w:r>
    </w:p>
    <w:p>
      <w:pPr>
        <w:jc w:val="right"/>
      </w:pPr>
      <w:r>
        <w:t>اس کو ناک کیجیے، اس کو کھٹکھٹائیے۔</w:t>
      </w:r>
    </w:p>
    <w:p>
      <w:r>
        <w:rPr>
          <w:b/>
        </w:rPr>
        <w:t xml:space="preserve">[32:53] </w:t>
      </w:r>
      <w:r>
        <w:t>azam ghaflat ke parde itne zyada par jatay hain kabhi aadmi ki aqal kaam nahin karti.</w:t>
      </w:r>
    </w:p>
    <w:p>
      <w:pPr>
        <w:jc w:val="right"/>
      </w:pPr>
      <w:r>
        <w:t>عزم غفلت کے پردے اتنے زیادہ پڑ جاتے ہیں کبھی آدمی کی عقل کام نہیں کرتی۔</w:t>
      </w:r>
    </w:p>
    <w:p>
      <w:r>
        <w:rPr>
          <w:b/>
        </w:rPr>
        <w:t xml:space="preserve">[33:02] </w:t>
      </w:r>
      <w:r>
        <w:t>aise log kam hote hain jo intentionally bilkul sarkash hon, intentionally bilkul bure hon. soch samajh kar. zyada tar log aise hote hain jo ghaflat ki wajah se bure ban jatay hain.</w:t>
      </w:r>
    </w:p>
    <w:p>
      <w:pPr>
        <w:jc w:val="right"/>
      </w:pPr>
      <w:r>
        <w:t>ایسے لوگ کم ہوتے ہیں جو انٹینشنلی بالکل سرکش ہوں، انٹینشنلی بالکل برے ہوں۔ سوچ سمجھ کر۔ زیادہ تر لوگ ایسے ہوتے ہیں جو غفلت کی وجہ سے برے بن جاتے ہیں۔</w:t>
      </w:r>
    </w:p>
    <w:p>
      <w:r>
        <w:rPr>
          <w:b/>
        </w:rPr>
        <w:t xml:space="preserve">[33:15] </w:t>
      </w:r>
      <w:r>
        <w:t>obsession, ta'assub aur ghalat soch bas sochna.</w:t>
      </w:r>
    </w:p>
    <w:p>
      <w:pPr>
        <w:jc w:val="right"/>
      </w:pPr>
      <w:r>
        <w:t>آبسیشن، تعصب اور غلط دھک بس سوچنا۔</w:t>
      </w:r>
    </w:p>
    <w:p>
      <w:r>
        <w:rPr>
          <w:b/>
        </w:rPr>
        <w:t xml:space="preserve">[33:25] </w:t>
      </w:r>
      <w:r>
        <w:t>logon ke andar right thinking nahin hoti hai. is liye bhag jatay hain woh.</w:t>
      </w:r>
    </w:p>
    <w:p>
      <w:pPr>
        <w:jc w:val="right"/>
      </w:pPr>
      <w:r>
        <w:t>لوگوں کے اندر رائٹ تھنکنگ نہیں ہوتی ہے۔ اس لیے بھاگ جاتے ہیں وہ۔</w:t>
      </w:r>
    </w:p>
    <w:p>
      <w:r>
        <w:rPr>
          <w:b/>
        </w:rPr>
        <w:t xml:space="preserve">[33:34] </w:t>
      </w:r>
      <w:r>
        <w:t>to agar in ko samjhaya jaye, in ke soch ko badla jaye. to ain mumkin hai ke in ka zamir jaag uthe.</w:t>
      </w:r>
    </w:p>
    <w:p>
      <w:pPr>
        <w:jc w:val="right"/>
      </w:pPr>
      <w:r>
        <w:t>تو اگر ان کو سمجھایا جائے، ان کے سوچ کو بدلا جائے۔ تو عین ممکن ہے کہ ان کا ضمیر جاگ اٹھے۔</w:t>
      </w:r>
    </w:p>
    <w:p>
      <w:r>
        <w:rPr>
          <w:b/>
        </w:rPr>
        <w:t xml:space="preserve">[33:52] </w:t>
      </w:r>
      <w:r>
        <w:t>rasool Allah sal Allah aleh wasalam ne jab makka mein dawat ka aghaz kiya to zahir hai ke akele the wo. to kitabon mein ek waqia aata hai ke shuru zamaney mein jab makka mein aap ne apna kaam shuru kiya tha.</w:t>
      </w:r>
    </w:p>
    <w:p>
      <w:pPr>
        <w:jc w:val="right"/>
      </w:pPr>
      <w:r>
        <w:t>رسول اللہ صلی اللہ علیہ وسلم نے جب مکہ میں دعوت کا آغاز کیا تو ظاہر ہے کہ اکیلے تھے وہ۔ تو کتابوں میں ایک واقعہ آتا ہے کہ شروع زمانے میں جب مکہ میں آپ نے اپنا کام شروع کیا تھا۔</w:t>
      </w:r>
    </w:p>
    <w:p>
      <w:r>
        <w:rPr>
          <w:b/>
        </w:rPr>
        <w:t xml:space="preserve">[34:10] </w:t>
      </w:r>
      <w:r>
        <w:t>to bahar ke qabile ka ek admi makka aya, wahan ate rehte the log kyunke is ki kaba ki ziyarat ke liye.</w:t>
      </w:r>
    </w:p>
    <w:p>
      <w:pPr>
        <w:jc w:val="right"/>
      </w:pPr>
      <w:r>
        <w:t>تو باہر کے قبیلے کا ایک آدمی مکہ آیا، وہاں آتے رہتے تھے لوگ کیونکہ اس کی کعبہ کی زیارت کے لیے۔</w:t>
      </w:r>
    </w:p>
    <w:p>
      <w:r>
        <w:rPr>
          <w:b/>
        </w:rPr>
        <w:t xml:space="preserve">[34:23] </w:t>
      </w:r>
      <w:r>
        <w:t>to jab wo wapas gaye apne qabile mein to logon ne poocha ke bhai makke ka kuch hal batao. to us ne kaha ke: "Muhammad and Abu Bakr ibn Abi Qahafa".</w:t>
      </w:r>
    </w:p>
    <w:p>
      <w:pPr>
        <w:jc w:val="right"/>
      </w:pPr>
      <w:r>
        <w:t>تو جب وہ واپس گئے اپنے قبیلے میں تو لوگوں نے پوچھا کہ بھئی مکے کا کچھ حال بتاؤ۔ تو اس نے کہا کہ: "محمد تنب و تبہ ابن ابی قحافہ"۔</w:t>
      </w:r>
    </w:p>
    <w:p>
      <w:r>
        <w:rPr>
          <w:b/>
        </w:rPr>
        <w:t xml:space="preserve">[34:41] </w:t>
      </w:r>
      <w:r>
        <w:t>yani is ka matlab ye hoga ke ek shakhs jis ka naam muhammad hai is ne nabi hone ka dawa kiya hai. aur ek shakhs jis ko abu qahafa kaha jata hai wo is ka sath de raha hai.</w:t>
      </w:r>
    </w:p>
    <w:p>
      <w:pPr>
        <w:jc w:val="right"/>
      </w:pPr>
      <w:r>
        <w:t>یعنی اس کا مطلب یہ ہوگا کہ ایک شخص جس کا نام محمد ہے اس نے نبی ہونے کا دعویٰ کیا ہے۔ اور ایک شخص جس کو ابو قحافہ کہا جاتا ہے وہ اس کا ساتھ دے رہا ہے۔</w:t>
      </w:r>
    </w:p>
    <w:p>
      <w:r>
        <w:rPr>
          <w:b/>
        </w:rPr>
        <w:t xml:space="preserve">[34:58] </w:t>
      </w:r>
      <w:r>
        <w:t>"That was the beginning of dawah in Makkah". Is tarah samajh sakte hain is jawab se ke us waqt kya image rahi hogi Rasool Allah ki?</w:t>
      </w:r>
    </w:p>
    <w:p>
      <w:pPr>
        <w:jc w:val="right"/>
      </w:pPr>
      <w:r>
        <w:t>"دس واز دا بگننگ آف دعویٰ ان مکہ"۔ اس طرح سمجھ سکتے ہیں اس جواب سے کہ اس وقت کیا امیج رہی ہوگی رسول اللہ کی؟</w:t>
      </w:r>
    </w:p>
    <w:p>
      <w:r>
        <w:rPr>
          <w:b/>
        </w:rPr>
        <w:t xml:space="preserve">[35:07] </w:t>
      </w:r>
      <w:r>
        <w:t>kya image rahi hogi islam ki? kya is image rahi hogi us waqt dawat-e-towheed ki? lekin aap jante hain ke phir waqt aya ke pura arab islamize ho gaya.</w:t>
      </w:r>
    </w:p>
    <w:p>
      <w:pPr>
        <w:jc w:val="right"/>
      </w:pPr>
      <w:r>
        <w:t>کیا امیج رہی ہوگی اسلام کی؟ کیا اس امیج رہی ہوگی اس وقت دعوت توحید کی؟ لیکن آپ جانتے ہیں کہ پھر وقت آیا کہ پورا عرب اسلامائز ہو گیا۔</w:t>
      </w:r>
    </w:p>
    <w:p>
      <w:r>
        <w:rPr>
          <w:b/>
        </w:rPr>
        <w:t xml:space="preserve">[35:22] </w:t>
      </w:r>
      <w:r>
        <w:t>yahan tak ke puri duniya mein dawat-e-towheed ki dawat phail gayi.</w:t>
      </w:r>
    </w:p>
    <w:p>
      <w:pPr>
        <w:jc w:val="right"/>
      </w:pPr>
      <w:r>
        <w:t>یہاں تک کہ پوری دنیا میں دعوت توحید کی دعوت پھیل گئی۔</w:t>
      </w:r>
    </w:p>
    <w:p>
      <w:r>
        <w:rPr>
          <w:b/>
        </w:rPr>
        <w:t xml:space="preserve">[35:31] </w:t>
      </w:r>
      <w:r>
        <w:t>to agarchay logon mein bohat fisad hai, bohat sarkashi hai.</w:t>
      </w:r>
    </w:p>
    <w:p>
      <w:pPr>
        <w:jc w:val="right"/>
      </w:pPr>
      <w:r>
        <w:t>تو اگرچہ لوگوں میں بہت فساد ہے، بہت سرکشی ہے۔</w:t>
      </w:r>
    </w:p>
    <w:p>
      <w:r>
        <w:rPr>
          <w:b/>
        </w:rPr>
        <w:t xml:space="preserve">[35:38] </w:t>
      </w:r>
      <w:r>
        <w:t>lekin phir bhi hamein mayous nahi hona hai. balkay umeed ke sath, azm ke sath, naye hosle ke sath apne kaam le kar agey barhte rehna hai.</w:t>
      </w:r>
    </w:p>
    <w:p>
      <w:pPr>
        <w:jc w:val="right"/>
      </w:pPr>
      <w:r>
        <w:t>لیکن پھر بھی ہمیں مایوس نہیں ہونا ہے۔ بلکہ امید کے ساتھ، عزم کے ساتھ، نئے حوصلے کے ساتھ اپنے کام لے کر آگے بڑھتے رہنا ہے۔</w:t>
      </w:r>
    </w:p>
    <w:p>
      <w:r>
        <w:rPr>
          <w:b/>
        </w:rPr>
        <w:t xml:space="preserve">[36:02] </w:t>
      </w:r>
      <w:r>
        <w:t>aur jo hamare cps ke jo sathi hain wo jo kaam kar rahe hain wo bohat encouraging hai. rozana mujhe aisi khabrein milti hain jis se andaza hota hai ke musalsal kaam agey barh raha hai.</w:t>
      </w:r>
    </w:p>
    <w:p>
      <w:pPr>
        <w:jc w:val="right"/>
      </w:pPr>
      <w:r>
        <w:t>اور جو ہمارے سی پی ایس کے جو ساتھی ہیں وہ جو کام کر رہے ہیں وہ بہت انکریجنگ ہے۔ روزانہ مجھے ایسی خبریں ملتی ہیں جس سے اندازہ ہوتا ہے کہ مسلسل کام آگے بڑھ رہا ہے۔</w:t>
      </w:r>
    </w:p>
    <w:p>
      <w:r>
        <w:rPr>
          <w:b/>
        </w:rPr>
        <w:t xml:space="preserve">[36:18] </w:t>
      </w:r>
      <w:r>
        <w:t>aaj bhi mujhe kuch khabrein milin. khas tor par mujhe is baat ki bohat khushi hoti hai. ke cps ke har member ek creative member ban gaya hai.</w:t>
      </w:r>
    </w:p>
    <w:p>
      <w:pPr>
        <w:jc w:val="right"/>
      </w:pPr>
      <w:r>
        <w:t>آج بھی مجھے کچھ خبریں ملیں۔ خاص طور پر مجھے اس بات کی بہت خوشی ہوتی ہے۔ کہ سی پی ایس کے ہر ممبر ایک کریٹیو ممبر بن گیا ہے۔</w:t>
      </w:r>
    </w:p>
    <w:p>
      <w:r>
        <w:rPr>
          <w:b/>
        </w:rPr>
        <w:t xml:space="preserve">[36:34] </w:t>
      </w:r>
      <w:r>
        <w:t>har admi creative andaz mein sochta hai. ye nahi ke wo lakeer ka faqeer ho. ye intezar kare ke upar se kuch bataya jayega to hum kar lenge.</w:t>
      </w:r>
    </w:p>
    <w:p>
      <w:pPr>
        <w:jc w:val="right"/>
      </w:pPr>
      <w:r>
        <w:t>ہر آدمی کریٹیو انداز میں سوچتا ہے۔ یہ نہیں کہ وہ لکیر کا فقیر ہو۔ یہ انتظار کرے کہ اوپر سے کچھ بتایا جائے گا تو ہم کر لیں گے۔</w:t>
      </w:r>
    </w:p>
    <w:p>
      <w:r>
        <w:rPr>
          <w:b/>
        </w:rPr>
        <w:t xml:space="preserve">[36:45] </w:t>
      </w:r>
      <w:r>
        <w:t>har admi khud sochta hai. har admi khud is ko execute karta hai. to isi ka naam hai creativity.</w:t>
      </w:r>
    </w:p>
    <w:p>
      <w:pPr>
        <w:jc w:val="right"/>
      </w:pPr>
      <w:r>
        <w:t>ہر آدمی خود سوچتا ہے۔ ہر آدمی خود اس کو ایگزیکیوٹ کرتا ہے۔ تو اسی کا نام ہے کریٹیوٹی۔</w:t>
      </w:r>
    </w:p>
    <w:p>
      <w:r>
        <w:rPr>
          <w:b/>
        </w:rPr>
        <w:t xml:space="preserve">[36:58] </w:t>
      </w:r>
      <w:r>
        <w:t>to mujhe ab is baat ki bohat hi khushi hoti hai ke cps ka har member creative member hai. khud se sochna, khud se execute karna, khud se naye naye raste talash karna.</w:t>
      </w:r>
    </w:p>
    <w:p>
      <w:pPr>
        <w:jc w:val="right"/>
      </w:pPr>
      <w:r>
        <w:t>تو مجھے اب اس بات کی بہت ہی خوشی ہوتی ہے کہ سی پی ایس کا ہر ممبر کریٹیو ممبر ہے۔ خود سے سوچنا، خود سے ایگزیکیوٹ کرنا، خود سے نئے نئے راستے تلاش کرنا۔</w:t>
      </w:r>
    </w:p>
    <w:p>
      <w:r>
        <w:rPr>
          <w:b/>
        </w:rPr>
        <w:t xml:space="preserve">[37:14] </w:t>
      </w:r>
      <w:r>
        <w:t>naye naye method talash karna. naye naye andaz se mission ko agey barhane ki koshish karna.</w:t>
      </w:r>
    </w:p>
    <w:p>
      <w:pPr>
        <w:jc w:val="right"/>
      </w:pPr>
      <w:r>
        <w:t>نئے نئے میتھڈ تلاش کرنا۔ نئے نئے انداز سے مشن کو آگے بڑھانے کی کوشش کرنا۔</w:t>
      </w:r>
    </w:p>
    <w:p>
      <w:r>
        <w:rPr>
          <w:b/>
        </w:rPr>
        <w:t xml:space="preserve">[37:24] </w:t>
      </w:r>
      <w:r>
        <w:t>baghair kisi upar ke direction ke. to ye jo hamare sathiyon mein jo creativity aayi hai ye bohat bari umeed ki baat hai.</w:t>
      </w:r>
    </w:p>
    <w:p>
      <w:pPr>
        <w:jc w:val="right"/>
      </w:pPr>
      <w:r>
        <w:t>بغیر کسی اوپر کے ڈائریکشن کے۔ تو یہ جو ہمارے ساتھیوں میں جو کریٹیوٹی آئی ہے یہ بہت بڑی امید کی بات ہے۔</w:t>
      </w:r>
    </w:p>
    <w:p>
      <w:r>
        <w:rPr>
          <w:b/>
        </w:rPr>
        <w:t xml:space="preserve">[37:37] </w:t>
      </w:r>
      <w:r>
        <w:t>main samajhta hoon ke kisi bhi mission mein, kisi bhi group mein ye creativity hai nahi. sab log ek ek dhancha hota hai, ek tanzeem hoti hai, ek central guidance hoti hai.</w:t>
      </w:r>
    </w:p>
    <w:p>
      <w:pPr>
        <w:jc w:val="right"/>
      </w:pPr>
      <w:r>
        <w:t>میں سمجھتا ہوں کہ کسی بھی مشن میں، کسی بھی گروپ میں یہ کریٹیوٹی ہے نہیں۔ سب لوگ ایک ایک ڈھانچہ ہوتا ہے، ایک تنظیم ہوتی ہے، ایک سنٹرل گائیڈنس ہوتی ہے۔</w:t>
      </w:r>
    </w:p>
    <w:p>
      <w:r>
        <w:rPr>
          <w:b/>
        </w:rPr>
        <w:t xml:space="preserve">[37:49] </w:t>
      </w:r>
      <w:r>
        <w:t>is ke tehat kaam karte hain. khud hi khud har member kare. mere ilm mein aisa koi group nahi koi. puri duniya mein koi group nahi hai.</w:t>
      </w:r>
    </w:p>
    <w:p>
      <w:pPr>
        <w:jc w:val="right"/>
      </w:pPr>
      <w:r>
        <w:t>اس کے تحت کام کرتے ہیں۔ خود ہی خود ہر ممبر کرے۔ میرے علم میں ایسا کوئی گروپ نہیں کوئی۔ پوری دنیا میں کوئی گروپ نہیں ہے۔</w:t>
      </w:r>
    </w:p>
    <w:p>
      <w:r>
        <w:rPr>
          <w:b/>
        </w:rPr>
        <w:t xml:space="preserve">[38:04] </w:t>
      </w:r>
      <w:r>
        <w:t>jo issue kaha gaya hai quran mein sabiqoon. quran mein aya hai ke sabiqoon ka darja sab se zyada hai. sabiqoon ka darja sab se zyada hai.</w:t>
      </w:r>
    </w:p>
    <w:p>
      <w:pPr>
        <w:jc w:val="right"/>
      </w:pPr>
      <w:r>
        <w:t>جو ایشو کہا گیا ہے قرآن میں السابقون۔ قرآن میں آیا ہے کہ السابقون کا درجہ سب سے زیادہ ہے۔ السابقون کا درجہ سب سے زیادہ ہے۔</w:t>
      </w:r>
    </w:p>
    <w:p>
      <w:r>
        <w:rPr>
          <w:b/>
        </w:rPr>
        <w:t xml:space="preserve">[38:17] </w:t>
      </w:r>
      <w:r>
        <w:t>as-sabiqoon ka matlab hota hai agey barhne wale. agey barh kar kaam karne wale. to ye kya hai? yahi to hai sabiqoon.</w:t>
      </w:r>
    </w:p>
    <w:p>
      <w:pPr>
        <w:jc w:val="right"/>
      </w:pPr>
      <w:r>
        <w:t>السابقون کا مطلب ہوتا ہے آگے بڑھنے والے۔ آگے بڑھ کر کام کرنے والے۔ تو یہ کیا ہے؟ یہی تو ہے السابقون۔</w:t>
      </w:r>
    </w:p>
    <w:p>
      <w:r>
        <w:rPr>
          <w:b/>
        </w:rPr>
        <w:t xml:space="preserve">[38:27] </w:t>
      </w:r>
      <w:r>
        <w:t>yani wo log jo jinke andar creativity ho, khud sochen, khud agey barhen. khud execute karen.</w:t>
      </w:r>
    </w:p>
    <w:p>
      <w:pPr>
        <w:jc w:val="right"/>
      </w:pPr>
      <w:r>
        <w:t>یعنی وہ لوگ جو جن کے اندر کریٹیوٹی ہو، خود سوچیں، خود آگے بڑھیں۔ خود ایگزیکیوٹ کریں۔</w:t>
      </w:r>
    </w:p>
    <w:p>
      <w:r>
        <w:rPr>
          <w:b/>
        </w:rPr>
        <w:t xml:space="preserve">[38:39] </w:t>
      </w:r>
      <w:r>
        <w:t>main bataon ke aaj kal ki zuban mein agar kaha jaye to sabiqoon ka matlab hoga creative log. creative people aaj kal ki zuban mein.</w:t>
      </w:r>
    </w:p>
    <w:p>
      <w:pPr>
        <w:jc w:val="right"/>
      </w:pPr>
      <w:r>
        <w:t>میں بتاؤں کہ آج کل کی زبان میں اگر کہا جائے تو السابقون کا مطلب ہوگا کریٹیو لوگ۔ کریٹیو پیپل آج کل کی زبان میں۔</w:t>
      </w:r>
    </w:p>
    <w:p>
      <w:r>
        <w:rPr>
          <w:b/>
        </w:rPr>
        <w:t xml:space="preserve">[38:53] </w:t>
      </w:r>
      <w:r>
        <w:t>khud soch kar agey barhna, khud plan karna. is ka matlab ye nahi ke mashwara nahi hai. mashwara to karte hi hain.</w:t>
      </w:r>
    </w:p>
    <w:p>
      <w:pPr>
        <w:jc w:val="right"/>
      </w:pPr>
      <w:r>
        <w:t>خود سوچ کر آگے بڑھنا، خود پلان کرنا۔ اس کا مطلب یہ نہیں کہ مشورہ نہیں ہے۔ مشورہ تو کرتے ہی ہیں۔</w:t>
      </w:r>
    </w:p>
    <w:p>
      <w:r>
        <w:rPr>
          <w:b/>
        </w:rPr>
        <w:t xml:space="preserve">[39:02] </w:t>
      </w:r>
      <w:r>
        <w:t>mashwara to zaroori hai. aap khud bhi sochenge aur aur discuss bhi karenge. mashwara bhi karenge. to discussion to ek bohat hi qeemti wo bhi ek ek bohat bari nemat hai, bohat bari sawab ki baat hai.</w:t>
      </w:r>
    </w:p>
    <w:p>
      <w:pPr>
        <w:jc w:val="right"/>
      </w:pPr>
      <w:r>
        <w:t>مشورہ تو ضروری ہے۔ آپ خود بھی سوچیں گے اور اور ڈسکس بھی کریں گے۔ مشورہ بھی کریں گے۔ تو ڈسکشن تو ایک بہت ہی قیمتی وہ بھی ایک ایک بہت بڑی نعمت ہے، بہت بڑی ثواب کی بات ہے۔</w:t>
      </w:r>
    </w:p>
    <w:p>
      <w:r>
        <w:rPr>
          <w:b/>
        </w:rPr>
        <w:t xml:space="preserve">[39:18] </w:t>
      </w:r>
      <w:r>
        <w:t>to aap ko khud sochna hai, apne sathiyon se mashwara karna hai. chahe zabani mashwara karen ya telephone se karen ya electronicaly karen.</w:t>
      </w:r>
    </w:p>
    <w:p>
      <w:pPr>
        <w:jc w:val="right"/>
      </w:pPr>
      <w:r>
        <w:t>تو آپ کو خود سوچنا ہے، اپنے ساتھیوں سے مشورہ کرنا ہے۔ چاہے زبانی مشورہ کریں یا ٹیلی فون سے کریں یا الیکٹرانکلی کریں۔</w:t>
      </w:r>
    </w:p>
    <w:p>
      <w:r>
        <w:rPr>
          <w:b/>
        </w:rPr>
        <w:t xml:space="preserve">[39:29] </w:t>
      </w:r>
      <w:r>
        <w:t>beh-haal sab ko sath le kar chalna hai. to ye baaten bohat hi zyada hosla afza hain.</w:t>
      </w:r>
    </w:p>
    <w:p>
      <w:pPr>
        <w:jc w:val="right"/>
      </w:pPr>
      <w:r>
        <w:t>بہرحال سب کو ساتھ لے کر چلنا ہے۔ تو یہ باتیں بہت ہی زیادہ حوصلہ افزا ہیں۔</w:t>
      </w:r>
    </w:p>
    <w:p>
      <w:r>
        <w:rPr>
          <w:b/>
        </w:rPr>
        <w:t xml:space="preserve">[39:45] </w:t>
      </w:r>
      <w:r>
        <w:t>jin ka telephone mere pas aya tha jo maine zikr kiya hai ek yani jahan right ho raha hai wahan wahan se to wo ye wo bhi arsalah ke qari hain.</w:t>
      </w:r>
    </w:p>
    <w:p>
      <w:pPr>
        <w:jc w:val="right"/>
      </w:pPr>
      <w:r>
        <w:t>جن کا ٹیلی فون میرے پاس آیا تھا جو میں نے ذکر کیا ہے ایک یعنی جہاں رائٹ ہو رہا ہے وہاں وہاں سے تو وہ یہ وہ بھی ارسالہ کے قاری ہیں۔</w:t>
      </w:r>
    </w:p>
    <w:p>
      <w:r>
        <w:rPr>
          <w:b/>
        </w:rPr>
        <w:t xml:space="preserve">[39:56] </w:t>
      </w:r>
      <w:r>
        <w:t>pure district mein ek hi aadmi utha wo tha arsalah ka qari. yani CPS ka member.</w:t>
      </w:r>
    </w:p>
    <w:p>
      <w:pPr>
        <w:jc w:val="right"/>
      </w:pPr>
      <w:r>
        <w:t>پورے ڈسٹرکٹ میں ایک ہی آدمی اٹھا وہ تھا ارسالہ کا قاری۔ یعنی سی پی ایس کا ممبر۔</w:t>
      </w:r>
    </w:p>
    <w:p>
      <w:r>
        <w:rPr>
          <w:b/>
        </w:rPr>
        <w:t xml:space="preserve">[40:06] </w:t>
      </w:r>
      <w:r>
        <w:t>to unhon ne bataya ke wahan ke jo sanjeeda log hain unhon ne mehsoos kiya ke bhai ye hai sahi tareeqa kaam karne ka.</w:t>
      </w:r>
    </w:p>
    <w:p>
      <w:pPr>
        <w:jc w:val="right"/>
      </w:pPr>
      <w:r>
        <w:t>تو انہوں نے بتایا کہ وہاں کے جو سنجیدہ لوگ ہیں انہوں نے محسوس کیا کہ بھئی یہ ہے صحیح طریقہ کام کرنے کا۔</w:t>
      </w:r>
    </w:p>
    <w:p>
      <w:r>
        <w:rPr>
          <w:b/>
        </w:rPr>
        <w:t xml:space="preserve">[40:19] </w:t>
      </w:r>
      <w:r>
        <w:t>to mujhe umeed hai ke ye misalen barhen gi aur pure mulk mein aur pure dunya mein phail jayen gi ye misalen inshallah.</w:t>
      </w:r>
    </w:p>
    <w:p>
      <w:pPr>
        <w:jc w:val="right"/>
      </w:pPr>
      <w:r>
        <w:t>تو مجھے امید ہے کہ یہ مثالیں بڑھیں گی اور پورے ملک میں اور پوری دنیا میں پھیل جائیں گی یہ مثالیں انشاءاللہ۔</w:t>
      </w:r>
    </w:p>
    <w:p>
      <w:r>
        <w:rPr>
          <w:b/>
        </w:rPr>
        <w:t xml:space="preserve">[40:36] </w:t>
      </w:r>
      <w:r>
        <w:t>to main aap har shakhs ko kahunga ke har aadmi ko, har har mard o aurat ko miss world aur ki tarah miss paradise aur mister paradise banna hai.</w:t>
      </w:r>
    </w:p>
    <w:p>
      <w:pPr>
        <w:jc w:val="right"/>
      </w:pPr>
      <w:r>
        <w:t>تو میں آپ مس ہرست کو کہوں گا کہ ہر آدمی کو، ہر ہر مرد و عورت کو مس ورلڈ اور کی طرح مس پیراڈائز اور مسٹر پیراڈائز بننا ہے۔</w:t>
      </w:r>
    </w:p>
    <w:p>
      <w:r>
        <w:rPr>
          <w:b/>
        </w:rPr>
        <w:t xml:space="preserve">[40:53] </w:t>
      </w:r>
      <w:r>
        <w:t>jis tarah ye khatoon jo hai miss world banne ke liye hero ban gayi hai. aise hi aap logon ko miss paradise aur mister paradise banne ke liye hero ban jana hai.</w:t>
      </w:r>
    </w:p>
    <w:p>
      <w:pPr>
        <w:jc w:val="right"/>
      </w:pPr>
      <w:r>
        <w:t>جس طرح یہ خاتون جو ہے مس ورلڈ بننے کے لیے ہیرو بن گئی ہے۔ ایسے ہی آپ لوگوں کو مس پیراڈائز اور مسٹر پیراڈائز بننے کے لیے ہیرو بن جانا ہے۔</w:t>
      </w:r>
    </w:p>
    <w:p>
      <w:r>
        <w:rPr>
          <w:b/>
        </w:rPr>
        <w:t xml:space="preserve">[41:05] </w:t>
      </w:r>
      <w:r>
        <w:t>hero, super hero.</w:t>
      </w:r>
    </w:p>
    <w:p>
      <w:pPr>
        <w:jc w:val="right"/>
      </w:pPr>
      <w:r>
        <w:t>ہیرو، سپر ہیرو۔</w:t>
      </w:r>
    </w:p>
    <w:p>
      <w:r>
        <w:rPr>
          <w:b/>
        </w:rPr>
        <w:t xml:space="preserve">[41:11] </w:t>
      </w:r>
      <w:r>
        <w:t>aur is ko to khud apni taqat se aage barhna hai. aap ke liye Allah ki madad ka wada hai. ek bohat bara farq hai miss world banne mein aur miss paradise banne mein.</w:t>
      </w:r>
    </w:p>
    <w:p>
      <w:pPr>
        <w:jc w:val="right"/>
      </w:pPr>
      <w:r>
        <w:t>اور اس کو تو خود اپنی طاقت سے آگے بڑھنا ہے۔ آپ کے لیے اللہ کی مدد کا وعدہ ہے۔ ایک بہت بڑا فرق ہے مس ورلڈ بننے میں اور مس پیراڈائز بننے میں۔</w:t>
      </w:r>
    </w:p>
    <w:p>
      <w:r>
        <w:rPr>
          <w:b/>
        </w:rPr>
        <w:t xml:space="preserve">[41:27] </w:t>
      </w:r>
      <w:r>
        <w:t>mister world banne mein aur mister paradise banne mein. jo aadmi paradise ko apna goal banaye ga, jo aadmi Allah ko apna goal banaye ga.</w:t>
      </w:r>
    </w:p>
    <w:p>
      <w:pPr>
        <w:jc w:val="right"/>
      </w:pPr>
      <w:r>
        <w:t>مسٹر ورلڈ بننے میں اور مسٹر پیراڈائز بننے میں۔ جو آدمی پیراڈائز کو اپنا گول بنائے گا، جو آدمی اللہ کو اپنا گول بنائے گا۔</w:t>
      </w:r>
    </w:p>
    <w:p>
      <w:r>
        <w:rPr>
          <w:b/>
        </w:rPr>
        <w:t xml:space="preserve">[41:40] </w:t>
      </w:r>
      <w:r>
        <w:t>to wo akela nahi hoga. Allah taala ki poori support, Allah taala ke farishton ki poori support is ko hasil ho jayegi.</w:t>
      </w:r>
    </w:p>
    <w:p>
      <w:pPr>
        <w:jc w:val="right"/>
      </w:pPr>
      <w:r>
        <w:t>تو وہ اکیلا نہیں ہوگا۔ اللہ تعالیٰ کی پوری سپورٹ، اللہ تعالیٰ کے فرشتوں کی پوری سپورٹ اس کو حاصل ہو جائے گی۔</w:t>
      </w:r>
    </w:p>
    <w:p>
      <w:r>
        <w:rPr>
          <w:b/>
        </w:rPr>
        <w:t xml:space="preserve">[41:51] </w:t>
      </w:r>
      <w:r>
        <w:t>to ye kitna bara aap ghor kijiye. kitni bari good timing hai. kitni bari ye khushkhabri hai.</w:t>
      </w:r>
    </w:p>
    <w:p>
      <w:pPr>
        <w:jc w:val="right"/>
      </w:pPr>
      <w:r>
        <w:t>تو یہ کتنا بڑا آپ غور کیجیے۔ کتنی بڑی گڈ ٹائمنگ ہے۔ کتنی بڑی یہ خوشخبری ہے۔</w:t>
      </w:r>
    </w:p>
    <w:p>
      <w:r>
        <w:rPr>
          <w:b/>
        </w:rPr>
        <w:t xml:space="preserve">[42:05] </w:t>
      </w:r>
      <w:r>
        <w:t>kitni bari khushkhabri hai ye.</w:t>
      </w:r>
    </w:p>
    <w:p>
      <w:pPr>
        <w:jc w:val="right"/>
      </w:pPr>
      <w:r>
        <w:t>کتنی بڑی خوشخبری ہے یہ۔</w:t>
      </w:r>
    </w:p>
    <w:p>
      <w:r>
        <w:rPr>
          <w:b/>
        </w:rPr>
        <w:t xml:space="preserve">[42:13] </w:t>
      </w:r>
      <w:r>
        <w:t>to main aap sab logon ke jo yahan hain un ko bhi aur jo yahan nahi hain lekin wo technology ke zariye se meri awaz sun rahe hain.</w:t>
      </w:r>
    </w:p>
    <w:p>
      <w:pPr>
        <w:jc w:val="right"/>
      </w:pPr>
      <w:r>
        <w:t>تو میں آپ سب لوگوں کے جو یہاں ہیں ان کو بھی اور جو یہاں نہیں ہیں لیکن وہ ٹیکنالوجی کے ذریعے سے میری آواز سن رہے ہیں۔</w:t>
      </w:r>
    </w:p>
    <w:p>
      <w:r>
        <w:rPr>
          <w:b/>
        </w:rPr>
        <w:t xml:space="preserve">[42:24] </w:t>
      </w:r>
      <w:r>
        <w:t>aaj sun rahe hain ya aap baad ko wo download kar ke sunen ge. un sab se main ye kahunga. ke ek hi chance mila hai humein.</w:t>
      </w:r>
    </w:p>
    <w:p>
      <w:pPr>
        <w:jc w:val="right"/>
      </w:pPr>
      <w:r>
        <w:t>آج سن رہے ہیں یا آپ بعد کو وہ ڈاؤن لوڈ کر کے سنیں گے۔ ان سب سے میں یہ کہوں گا۔ کہ ایک ہی چانس ملا ہے ہمیں۔</w:t>
      </w:r>
    </w:p>
    <w:p>
      <w:r>
        <w:rPr>
          <w:b/>
        </w:rPr>
        <w:t xml:space="preserve">[42:37] </w:t>
      </w:r>
      <w:r>
        <w:t>is se bohat zyada zindagi jo hamari ek hi chance hai. koi doosra chance nahi hai. to is chance ko avail kijiye.</w:t>
      </w:r>
    </w:p>
    <w:p>
      <w:pPr>
        <w:jc w:val="right"/>
      </w:pPr>
      <w:r>
        <w:t>اس سے بہت زیادہ زندگی جو ہماری ایک ہی چانس ہے۔ کوئی دوسرا چانس نہیں ہے۔ تو اس چانس کو اویل کیجیے۔</w:t>
      </w:r>
    </w:p>
    <w:p>
      <w:r>
        <w:rPr>
          <w:b/>
        </w:rPr>
        <w:t xml:space="preserve">[42:49] </w:t>
      </w:r>
      <w:r>
        <w:t>koi bhi shakhs nahi jis ko do bar chance mile. is dunya se jab aap rokhsat ho gaye to bas is baat khatam.</w:t>
      </w:r>
    </w:p>
    <w:p>
      <w:pPr>
        <w:jc w:val="right"/>
      </w:pPr>
      <w:r>
        <w:t>کوئی بھی شخص نہیں جس کو دو بار چانس ملے۔ اس دنیا سے جب آپ رخصت ہو گئے تو بس اس بات ختم۔</w:t>
      </w:r>
    </w:p>
    <w:p>
      <w:r>
        <w:rPr>
          <w:b/>
        </w:rPr>
        <w:t xml:space="preserve">[42:58] </w:t>
      </w:r>
      <w:r>
        <w:t>lotna nahi hai. to hamein har shakhs ko ye sochna hai. ke ek hi chance mila hai mujhe.</w:t>
      </w:r>
    </w:p>
    <w:p>
      <w:pPr>
        <w:jc w:val="right"/>
      </w:pPr>
      <w:r>
        <w:t>لوٹنا نہیں ہے۔ تو ہمیں ہر شخص کو یہ سوچنا ہے۔ کہ ایک ہی چانس ملا ہے مجھے۔</w:t>
      </w:r>
    </w:p>
    <w:p>
      <w:r>
        <w:rPr>
          <w:b/>
        </w:rPr>
        <w:t xml:space="preserve">[43:07] </w:t>
      </w:r>
      <w:r>
        <w:t>is chance ko mujhe aakhri had tak bharpoor tor par avail karna hai.</w:t>
      </w:r>
    </w:p>
    <w:p>
      <w:pPr>
        <w:jc w:val="right"/>
      </w:pPr>
      <w:r>
        <w:t>اس چانس کو مجھے آخری حد تک بھرپور طور پر اویل کرنا ہے۔</w:t>
      </w:r>
    </w:p>
    <w:p>
      <w:r>
        <w:rPr>
          <w:b/>
        </w:rPr>
        <w:t xml:space="preserve">[43:15] </w:t>
      </w:r>
      <w:r>
        <w:t>taake baad ko mujhe hasrat na rahe ke main ek chance mila tha aur is ko avail kiye baghair main dunya se rokhsat ho gaya.</w:t>
      </w:r>
    </w:p>
    <w:p>
      <w:pPr>
        <w:jc w:val="right"/>
      </w:pPr>
      <w:r>
        <w:t>تاکہ بعد کو مجھے حسرت نہ رہے کہ میں ایک چانس ملا تھا اور اس کو اویل کیے بغیر میں دنیا سے رخصت ہو گیا۔</w:t>
      </w:r>
    </w:p>
    <w:p>
      <w:r>
        <w:rPr>
          <w:b/>
        </w:rPr>
        <w:t xml:space="preserve">[43:33] </w:t>
      </w:r>
      <w:r>
        <w:t>main aap ko yaad dilaoonga ke hamare mission yani CPS ka mission na to koi political mission hai. na hi koi community empowerment ka mission hai.</w:t>
      </w:r>
    </w:p>
    <w:p>
      <w:pPr>
        <w:jc w:val="right"/>
      </w:pPr>
      <w:r>
        <w:t>میں آپ کو یاد دلاؤں گا کہ ہمارے مشن یعنی سی پی ایس کا مشن نہ تو کوئی پولیٹیکل مشن ہے۔ نہ ہی کوئی کمیونٹی ایمپاورمنٹ کا مشن ہے۔</w:t>
      </w:r>
    </w:p>
    <w:p>
      <w:r>
        <w:rPr>
          <w:b/>
        </w:rPr>
        <w:t xml:space="preserve">[43:49] </w:t>
      </w:r>
      <w:r>
        <w:t>na koi material mission hai. ye sirf akhirat ka mission hai. Allah ka mission hai, paradise ka mission hai.</w:t>
      </w:r>
    </w:p>
    <w:p>
      <w:pPr>
        <w:jc w:val="right"/>
      </w:pPr>
      <w:r>
        <w:t>نہ کوئی مٹیریل مشن ہے۔ یہ صرف آخرت کا مشن ہے۔ اللہ کا مشن ہے، پیراڈائز کا مشن ہے۔</w:t>
      </w:r>
    </w:p>
    <w:p>
      <w:r>
        <w:rPr>
          <w:b/>
        </w:rPr>
        <w:t xml:space="preserve">[44:03] </w:t>
      </w:r>
      <w:r>
        <w:t>koi bhi dunyavi interest nahi is mein. koi bhi material goal is mein nahi.</w:t>
      </w:r>
    </w:p>
    <w:p>
      <w:pPr>
        <w:jc w:val="right"/>
      </w:pPr>
      <w:r>
        <w:t>کوئی بھی دنیاوی انٹرسٹ نہیں اس میں۔ کوئی بھی مٹیریل گول اس میں نہیں۔</w:t>
      </w:r>
    </w:p>
    <w:p>
      <w:r>
        <w:rPr>
          <w:b/>
        </w:rPr>
        <w:t xml:space="preserve">[44:14] </w:t>
      </w:r>
      <w:r>
        <w:t>pure ma'ne mein aap ko</w:t>
      </w:r>
    </w:p>
    <w:p>
      <w:pPr>
        <w:jc w:val="right"/>
      </w:pPr>
      <w:r>
        <w:t>پورے معنی میں آپ کو</w:t>
      </w:r>
    </w:p>
    <w:p>
      <w:r>
        <w:rPr>
          <w:b/>
        </w:rPr>
        <w:t xml:space="preserve">[44:19] </w:t>
      </w:r>
      <w:r>
        <w:t>khuda ki soch mein jeena hai. paradise ki soch mein jeena hai. aur apni sari energy aakhirat ki kamyabi ke liye lagana hai.</w:t>
      </w:r>
    </w:p>
    <w:p>
      <w:pPr>
        <w:jc w:val="right"/>
      </w:pPr>
      <w:r>
        <w:t>خدا کی سوچ میں جینا ہے۔ پیراڈائز کی سوچ میں جینا ہے۔ اور اپنی ساری انرجی آخرت کی کامیابی کے لیے لگانا ہے۔</w:t>
      </w:r>
    </w:p>
    <w:p>
      <w:r>
        <w:rPr>
          <w:b/>
        </w:rPr>
        <w:t xml:space="preserve">[44:37] </w:t>
      </w:r>
      <w:r>
        <w:t>jis ko mein kaha karta hoon aakhirat oriented life.</w:t>
      </w:r>
    </w:p>
    <w:p>
      <w:pPr>
        <w:jc w:val="right"/>
      </w:pPr>
      <w:r>
        <w:t>جس کو میں کہا کرتا ہوں آخرت اورینٹڈ لائف۔</w:t>
      </w:r>
    </w:p>
    <w:p>
      <w:r>
        <w:rPr>
          <w:b/>
        </w:rPr>
        <w:t xml:space="preserve">[44:44] </w:t>
      </w:r>
      <w:r>
        <w:t>to hum sab ka jo hai mission yahi hai. ke hum aakhirat ke liye jein, allah ke liye jein, paradise ke liye jein.</w:t>
      </w:r>
    </w:p>
    <w:p>
      <w:pPr>
        <w:jc w:val="right"/>
      </w:pPr>
      <w:r>
        <w:t>تو ہم سب کا جو ہے مشن یہی ہے۔ کہ ہم آخرت کے لیے جئیں، اللہ کے لیے جئیں، پیراڈائز کے لیے جئیں۔</w:t>
      </w:r>
    </w:p>
    <w:p>
      <w:r>
        <w:rPr>
          <w:b/>
        </w:rPr>
        <w:t xml:space="preserve">[45:01] </w:t>
      </w:r>
      <w:r>
        <w:t>taake hamein aakhirat mein kamyabi hasil ho. aqool qawli haza wastaghfirullaha li walakum ajmaeen.</w:t>
      </w:r>
    </w:p>
    <w:p>
      <w:pPr>
        <w:jc w:val="right"/>
      </w:pPr>
      <w:r>
        <w:t>تاکہ ہمیں آخرت میں کامیابی حاصل ہو۔ اقول قولیھذا واستغفراللہ لی ولکم اجمعین۔</w:t>
      </w:r>
    </w:p>
    <w:p>
      <w:r>
        <w:rPr>
          <w:b/>
        </w:rPr>
        <w:t xml:space="preserve">[45:27] </w:t>
      </w:r>
      <w:r>
        <w:t>maulana yeh pehla sawal aaya hai chennai se maulana israr umri ka. ke kehte hain: "a seminar was held on neutralizing of communal polarization in saturday in chennai.</w:t>
      </w:r>
    </w:p>
    <w:p>
      <w:pPr>
        <w:jc w:val="right"/>
      </w:pPr>
      <w:r>
        <w:t>مولانا یہ پہلا سوال آیا ہے چنئی سے مولانا اسرار عمری کا۔ کہ کہتے ہیں: "ا سیمینار واز ہیلڈ ان نیوٹرلائزنگ اف کمیونل پولرائزیشن ان سیٹرڈے ان چنئی۔</w:t>
      </w:r>
    </w:p>
    <w:p>
      <w:r>
        <w:rPr>
          <w:b/>
        </w:rPr>
        <w:t xml:space="preserve">[45:44] </w:t>
      </w:r>
      <w:r>
        <w:t>team chennai attended this program but they didn't get any single formula. maulana we want your view on this topic.</w:t>
      </w:r>
    </w:p>
    <w:p>
      <w:pPr>
        <w:jc w:val="right"/>
      </w:pPr>
      <w:r>
        <w:t>ٹیم چنئی اٹینڈڈ دس پروگرام بٹ دے ڈن گیٹ اینی سنگل فارمولا۔ مولانا وی وانٹ یور ویو ان دس ٹاپک۔</w:t>
      </w:r>
    </w:p>
    <w:p>
      <w:r>
        <w:rPr>
          <w:b/>
        </w:rPr>
        <w:t xml:space="preserve">[46:04] </w:t>
      </w:r>
      <w:r>
        <w:t>dekhein communal harmony har ek boli bolta hai us ki communal harmony to boli lekin har ek chahta hai us ki apni condition par har ek ki apni condition hai chahta hai ke doosra aadmi is ko accept kare.</w:t>
      </w:r>
    </w:p>
    <w:p>
      <w:pPr>
        <w:jc w:val="right"/>
      </w:pPr>
      <w:r>
        <w:t>دیکھیں کمیونل ہارمونی ہر ایک بولی بولتا ہے اس کی کمیونل ہارمونی تو بولی لیکن ہر ایک چاہتا ہے اس کی اپنی کنڈیشن پر ہر ایک کی اپنی کنڈیشن ہے چاہتا ہے کہ دوسرا آدمی اس کو ایکسیپٹ کرے۔</w:t>
      </w:r>
    </w:p>
    <w:p>
      <w:r>
        <w:rPr>
          <w:b/>
        </w:rPr>
        <w:t xml:space="preserve">[46:23] </w:t>
      </w:r>
      <w:r>
        <w:t>mein is formula ko nahi manta.</w:t>
      </w:r>
    </w:p>
    <w:p>
      <w:pPr>
        <w:jc w:val="right"/>
      </w:pPr>
      <w:r>
        <w:t>میں اس فارمولے کو نہیں مانتا۔</w:t>
      </w:r>
    </w:p>
    <w:p>
      <w:r>
        <w:rPr>
          <w:b/>
        </w:rPr>
        <w:t xml:space="preserve">[46:28] </w:t>
      </w:r>
      <w:r>
        <w:t>mein ne dekhein jo formula jo islam ne diya hai wo sirf yeh hai ke khud aap problem create na karein bas.</w:t>
      </w:r>
    </w:p>
    <w:p>
      <w:pPr>
        <w:jc w:val="right"/>
      </w:pPr>
      <w:r>
        <w:t>میں نے دیکھیں جو فارمولا جو اسلام نے دیا ہے وہ صرف یہ ہے کہ خود آپ پرابلم کریٹ نہ کریں بس۔</w:t>
      </w:r>
    </w:p>
    <w:p>
      <w:r>
        <w:rPr>
          <w:b/>
        </w:rPr>
        <w:t xml:space="preserve">[46:39] </w:t>
      </w:r>
      <w:r>
        <w:t>lekin ek hadith hai ke: "wallah la yuman wallah la yuman wallah la yuman alladhi la yaman jaroqwa".</w:t>
      </w:r>
    </w:p>
    <w:p>
      <w:pPr>
        <w:jc w:val="right"/>
      </w:pPr>
      <w:r>
        <w:t>لیکن ایک حدیث ہے کہ: "واللہ لا یومن واللہ لا یومن واللہ لا یومن الذی لا یامن جار بواق"۔</w:t>
      </w:r>
    </w:p>
    <w:p>
      <w:r>
        <w:rPr>
          <w:b/>
        </w:rPr>
        <w:t xml:space="preserve">[46:51] </w:t>
      </w:r>
      <w:r>
        <w:t>khuda qasam wo momin nahi hai, khuda qasam momin nahi hai, khuda qasam momin nahi hai jo apne padosi ke liye problem create kare.</w:t>
      </w:r>
    </w:p>
    <w:p>
      <w:pPr>
        <w:jc w:val="right"/>
      </w:pPr>
      <w:r>
        <w:t>خدا قسم وہ مومن نہیں ہے، خدا قسم مومن نہیں ہے، خدا قسم مومن نہیں ہے جو اپنے پڑوسی کے لیے پرابلم کریٹ کرے۔</w:t>
      </w:r>
    </w:p>
    <w:p>
      <w:r>
        <w:rPr>
          <w:b/>
        </w:rPr>
        <w:t xml:space="preserve">[47:03] </w:t>
      </w:r>
      <w:r>
        <w:t>dekhein yeh saada taur par religious formula nahi hai, yeh social harmony ka formula hai.</w:t>
      </w:r>
    </w:p>
    <w:p>
      <w:pPr>
        <w:jc w:val="right"/>
      </w:pPr>
      <w:r>
        <w:t>دیکھیں یہ سادہ طور پر ریلیجس فارمولا نہیں ہے، یہ سوشل ہارمونی کا فارمولا ہے۔</w:t>
      </w:r>
    </w:p>
    <w:p>
      <w:r>
        <w:rPr>
          <w:b/>
        </w:rPr>
        <w:t xml:space="preserve">[47:13] </w:t>
      </w:r>
      <w:r>
        <w:t>how to establish social harmony is ka formula hai, wo kya hai? apne aap ko problem create karne se bachaiye, is ke baad samaj mein harmony hogi.</w:t>
      </w:r>
    </w:p>
    <w:p>
      <w:pPr>
        <w:jc w:val="right"/>
      </w:pPr>
      <w:r>
        <w:t>ہاؤ ٹو اسٹیبلش سوشل ہارمونی اس کا فارمولا ہے، وہ کیا ہے؟ اپنے آپ کو پرابلم کریٹ کرنے سے بچائیے، اس کے بعد سماج میں ہارمونی ہوگی۔</w:t>
      </w:r>
    </w:p>
    <w:p>
      <w:r>
        <w:rPr>
          <w:b/>
        </w:rPr>
        <w:t xml:space="preserve">[47:27] </w:t>
      </w:r>
      <w:r>
        <w:t>doosron ka kehna hai ke tum karo, police kare, government kare, is se kuch hone wala nahi hai. har ek pass ek, har ek ke paas ek list hoti hai ke police yeh kare, government yeh kare, doosri community yeh kare, falan yeh kare, falan wo kare, kuch nahi.</w:t>
      </w:r>
    </w:p>
    <w:p>
      <w:pPr>
        <w:jc w:val="right"/>
      </w:pPr>
      <w:r>
        <w:t>دوسروں کا کہنا ہے کہ تم کرو، پولیس کرے، گورنمنٹ کرے، اس سے کچھ ہونے والا نہیں ہے۔ ہر ایک پاس ایک، ہر ایک کے پاس ایک لسٹ ہوتی ہے کہ پولیس یہ کرے، گورنمنٹ یہ کرے، دوسری کمیونٹی یہ کرے، فلاں یہ کرے، فلاں وہ کرے، کچھ نہیں۔</w:t>
      </w:r>
    </w:p>
    <w:p>
      <w:r>
        <w:rPr>
          <w:b/>
        </w:rPr>
        <w:t xml:space="preserve">[47:43] </w:t>
      </w:r>
      <w:r>
        <w:t>simple formula hai ke aap khud ko is se bachaiye ke aap koi problem create karein doosron ke liye, bas is ke baad harmony hogi.</w:t>
      </w:r>
    </w:p>
    <w:p>
      <w:pPr>
        <w:jc w:val="right"/>
      </w:pPr>
      <w:r>
        <w:t>سمپل فارمولا ہے کہ آپ خود کو اس سے بچائیے کہ آپ کوئی پرابلم کریٹ کریں دوسروں کے لیے، بس اس کے بعد ہارمونی ہوگی۔</w:t>
      </w:r>
    </w:p>
    <w:p>
      <w:r>
        <w:rPr>
          <w:b/>
        </w:rPr>
        <w:t xml:space="preserve">[47:57] </w:t>
      </w:r>
      <w:r>
        <w:t>yahi formula diya gaya hai quran mein aur hadith mein.</w:t>
      </w:r>
    </w:p>
    <w:p>
      <w:pPr>
        <w:jc w:val="right"/>
      </w:pPr>
      <w:r>
        <w:t>یہی فارمولا دیا گیا ہے قرآن میں اور حدیث میں۔</w:t>
      </w:r>
    </w:p>
    <w:p>
      <w:r>
        <w:rPr>
          <w:b/>
        </w:rPr>
        <w:t xml:space="preserve">[48:04] </w:t>
      </w:r>
      <w:r>
        <w:t>aur is ke siwa koi bhi formula nahi, koi bhi formula nahi.</w:t>
      </w:r>
    </w:p>
    <w:p>
      <w:pPr>
        <w:jc w:val="right"/>
      </w:pPr>
      <w:r>
        <w:t>اور اس کے سوا کوئی بھی فارمولا نہیں، کوئی بھی فارمولا نہیں۔</w:t>
      </w:r>
    </w:p>
    <w:p>
      <w:r>
        <w:rPr>
          <w:b/>
        </w:rPr>
        <w:t xml:space="preserve">[48:13] </w:t>
      </w:r>
      <w:r>
        <w:t>ek bohat hi zabardast ek ek ek sahabi ka qaul hai ke: "jo aadmi doosre ke chote sar par</w:t>
      </w:r>
    </w:p>
    <w:p>
      <w:pPr>
        <w:jc w:val="right"/>
      </w:pPr>
      <w:r>
        <w:t>ایک بہت ہی زبردست ایک ایک ایک صحابی کا قول ہے کہ: "جو آدمی دوسرے کے چھوٹے سر پر</w:t>
      </w:r>
    </w:p>
    <w:p>
      <w:r>
        <w:rPr>
          <w:b/>
        </w:rPr>
        <w:t xml:space="preserve">[48:33] </w:t>
      </w:r>
      <w:r>
        <w:t>ko bardasht nahi karega, us ko us ke bare sar ko bardasht karna parega". is ka matlab kya hai? agar bil farz samaj mein koi aadmi aap ko koi aisa waqia kare jis se aap ko takleef pahunche to us ko sabr ke khane mein daliye,</w:t>
      </w:r>
    </w:p>
    <w:p>
      <w:pPr>
        <w:jc w:val="right"/>
      </w:pPr>
      <w:r>
        <w:t>کو برداشت نہیں کرے گا، اس کو اس کے بڑے سر کو برداشت کرنا پڑے گا"۔ اس کا مطلب کیا ہے؟ اگر بالفرض سماج میں کوئی آدمی آپ کو کوئی ایسا واقعہ کرے جس سے آپ کو تکلیف پہنچے تو اس کو صبر کے خانے میں ڈالیے،</w:t>
      </w:r>
    </w:p>
    <w:p>
      <w:r>
        <w:rPr>
          <w:b/>
        </w:rPr>
        <w:t xml:space="preserve">[48:52] </w:t>
      </w:r>
      <w:r>
        <w:t>sabr ke khane mein. kyunke agar aap ne is se jawab al jawab ka issue banaya to kya hoga?</w:t>
      </w:r>
    </w:p>
    <w:p>
      <w:pPr>
        <w:jc w:val="right"/>
      </w:pPr>
      <w:r>
        <w:t>صبر کے خانے میں۔ کیونکہ اگر آپ نے اس سے جواب الجواب کا ایشو بنایا تو کیا ہوگا؟</w:t>
      </w:r>
    </w:p>
    <w:p>
      <w:r>
        <w:rPr>
          <w:b/>
        </w:rPr>
        <w:t xml:space="preserve">[49:00] </w:t>
      </w:r>
      <w:r>
        <w:t>phir masla badhega. abhi agar kisi ne koi ek aap ke khilaf ek baat boli thi to us ke baad gun chalegi, bomb chalega. to mein dekh yahi social harmony ka formula hai aur koi doosra formula nahi.</w:t>
      </w:r>
    </w:p>
    <w:p>
      <w:pPr>
        <w:jc w:val="right"/>
      </w:pPr>
      <w:r>
        <w:t>پھر مسئلہ بڑھے گا۔ ابھی اگر کسی نے کوئی ایک آپ کے خلاف ایک بات بولی تھی تو اس کے بعد گن چلے گی، بم چلے گا۔ تو میں دیکھ یہی سوشل ہارمونی کا فارمولا ہے اور کوئی دوسرا فارمولا نہیں۔</w:t>
      </w:r>
    </w:p>
    <w:p>
      <w:r>
        <w:rPr>
          <w:b/>
        </w:rPr>
        <w:t xml:space="preserve">[49:19] </w:t>
      </w:r>
      <w:r>
        <w:t>maulana yeh agla sawal aaya hai ans ka muzaffarnagar se. yeh kehte hain: "muzaffarnagar mein jo communal right ho raha hai, us ko log political interference keh rahe hain.</w:t>
      </w:r>
    </w:p>
    <w:p>
      <w:pPr>
        <w:jc w:val="right"/>
      </w:pPr>
      <w:r>
        <w:t>مولانا یہ اگلا سوال آیا ہے انس کا مظفرنگر سے۔ یہ کہتے ہیں: "مظفرنگر میں جو کمیونل رائٹ ہو رہا ہے، اس کو لوگ پولیٹیکل انٹرفیرنس کہہ رہے ہیں۔</w:t>
      </w:r>
    </w:p>
    <w:p>
      <w:r>
        <w:rPr>
          <w:b/>
        </w:rPr>
        <w:t xml:space="preserve">[49:36] </w:t>
      </w:r>
      <w:r>
        <w:t>aise halaat mein mein apni family aur apne logon ko kya message pahunchaoon?" dekhein yeh to ek zaban hai ke bas political logon pe blame dena,</w:t>
      </w:r>
    </w:p>
    <w:p>
      <w:pPr>
        <w:jc w:val="right"/>
      </w:pPr>
      <w:r>
        <w:t>ایسے حالات میں میں اپنی فیملی اور اپنے لوگوں کو کیا میسج پہنچاؤں؟" دیکھیں یہ تو ایک زبان ہے کہ بس پولیٹیکل لوگوں پہ بلیم دینا،</w:t>
      </w:r>
    </w:p>
    <w:p>
      <w:r>
        <w:rPr>
          <w:b/>
        </w:rPr>
        <w:t xml:space="preserve">[49:51] </w:t>
      </w:r>
      <w:r>
        <w:t>is tarah kabhi bhi masla khatam nahi hoga. hamare india mein hamesha mein koi bhi aap baat ho, dekho bhai is ko politicize kar rahe hain. bohat aasan formula hai doosre ke upar dalne ka, partitions par dalne ka.</w:t>
      </w:r>
    </w:p>
    <w:p>
      <w:pPr>
        <w:jc w:val="right"/>
      </w:pPr>
      <w:r>
        <w:t>اس طرح کبھی بھی مسئلہ ختم نہیں ہوگا۔ ہمارے انڈیا میں ہمیشہ میں کوئی بھی آپ بات ہو، دیکھو بھئی اس کو پولیٹیسائز کر رہے ہیں۔ بہت آسان فارمولا ہے دوسرے کے اوپر ڈالنے کا، پارٹیشنز پر ڈالنے کا۔</w:t>
      </w:r>
    </w:p>
    <w:p>
      <w:r>
        <w:rPr>
          <w:b/>
        </w:rPr>
        <w:t xml:space="preserve">[50:06] </w:t>
      </w:r>
      <w:r>
        <w:t>koi baat ho, yeh is ko dekho politicize kiya ja raha hai, is ke peeche political logon ka hath hai, kuch nahi. yeh sab bas sochiye aap.</w:t>
      </w:r>
    </w:p>
    <w:p>
      <w:pPr>
        <w:jc w:val="right"/>
      </w:pPr>
      <w:r>
        <w:t>کوئی بات ہو، یہ اس کو دیکھو پولیٹیسائز کیا جا رہا ہے، اس کے پیچھے پولیٹیکل لوگوں کا ہاتھ ہے، کچھ نہیں۔ یہ سب بس سوچیے آپ۔</w:t>
      </w:r>
    </w:p>
    <w:p>
      <w:r>
        <w:rPr>
          <w:b/>
        </w:rPr>
        <w:t xml:space="preserve">[50:16] </w:t>
      </w:r>
      <w:r>
        <w:t>aap aap sirf aik aik kaam kijiye ke badi kon hai, shuru karne wala kon hai, is ko pata kijiye aur is ko ja kar condemn kijiye.</w:t>
      </w:r>
    </w:p>
    <w:p>
      <w:pPr>
        <w:jc w:val="right"/>
      </w:pPr>
      <w:r>
        <w:t>آپ آپ صرف ایک ایک کام کیجیے کہ بادی کون ہے، شروع کرنے والا کون ہے، اس کو پتہ کیجیے اور اس کو جا کر کنڈیم کیجیے۔</w:t>
      </w:r>
    </w:p>
    <w:p>
      <w:r>
        <w:rPr>
          <w:b/>
        </w:rPr>
        <w:t xml:space="preserve">[50:27] </w:t>
      </w:r>
      <w:r>
        <w:t>bas aur koi doosra kaam nahin. agar aap ki community ka aadmi hai to apni ghalti ko maniye, doosri community se maafi mangiye ke hamari company ne ghalti ki hai, hum maafi chahte hain, hum is ka samjha bujha kar theek karenge.</w:t>
      </w:r>
    </w:p>
    <w:p>
      <w:pPr>
        <w:jc w:val="right"/>
      </w:pPr>
      <w:r>
        <w:t>بس اور کوئی دوسرا کام نہیں۔ اگر آپ کی کمیونٹی کا آدمی ہے تو اپنی غلطی کو مانیے، دوسری کمیونٹی سے معافی مانگیے کہ ہماری کمپنی نے غلطی کی ہے، ہم معافی چاہتے ہیں، ہم اس کا سمجھا بجھا کر ٹھیک کریں گے۔</w:t>
      </w:r>
    </w:p>
    <w:p>
      <w:r>
        <w:rPr>
          <w:b/>
        </w:rPr>
        <w:t xml:space="preserve">[50:44] </w:t>
      </w:r>
      <w:r>
        <w:t>aur koi bhi hal nahin ke political logon ko aap blame dein, police ko blame dein aur admissions, admission blame dein, is se kuch hone wala nahin hai.</w:t>
      </w:r>
    </w:p>
    <w:p>
      <w:pPr>
        <w:jc w:val="right"/>
      </w:pPr>
      <w:r>
        <w:t>اور کوئی بھی حل نہیں کہ پولیٹیکل لوگوں کو آپ بلیم دیں، پولیس کو بلیم دیں اور ایڈمیشنز، ایڈمیشن بلیم دیں، اس سے کچھ ہونے والا نہیں ہے۔</w:t>
      </w:r>
    </w:p>
    <w:p>
      <w:r>
        <w:rPr>
          <w:b/>
        </w:rPr>
        <w:t xml:space="preserve">[50:58] </w:t>
      </w:r>
      <w:r>
        <w:t>aap ko sirf yeh aik kaam karna hai ke ho is a beginner, yeh is ko pata karein kis ne shuru kiya hai.</w:t>
      </w:r>
    </w:p>
    <w:p>
      <w:pPr>
        <w:jc w:val="right"/>
      </w:pPr>
      <w:r>
        <w:t>آپ کو صرف یہ ایک کام کرنا ہے کہ ہو از ا بگنر، یہ اس کو پتہ کریں کس نے شروع کیا ہے۔</w:t>
      </w:r>
    </w:p>
    <w:p>
      <w:r>
        <w:rPr>
          <w:b/>
        </w:rPr>
        <w:t xml:space="preserve">[51:10] </w:t>
      </w:r>
      <w:r>
        <w:t>islaah wahan hai, is is jis ne shuru kiya hai, is ko pakdiye, is ko samjhaiye, is ki</w:t>
      </w:r>
    </w:p>
    <w:p>
      <w:pPr>
        <w:jc w:val="right"/>
      </w:pPr>
      <w:r>
        <w:t>اصلاح وہاں ہے، اس اس جس نے شروع کیا ہے، اس کو پکڑیے، اس کو سمجھائیے، اس کی</w:t>
      </w:r>
    </w:p>
    <w:p>
      <w:r>
        <w:rPr>
          <w:b/>
        </w:rPr>
        <w:t xml:space="preserve">[51:21] </w:t>
      </w:r>
      <w:r>
        <w:t>is ki taadeeb kijiye, agar zaroorat hai to. baqi yeh hai ke yaani apni company ke aadmi ki ki side aap lenge, doosri aadmi is ki side lega aur phir jhagda khatam nahin hoga.</w:t>
      </w:r>
    </w:p>
    <w:p>
      <w:pPr>
        <w:jc w:val="right"/>
      </w:pPr>
      <w:r>
        <w:t>اس کی تادیب کیجیے، اگر ضرورت ہے تو۔ باقی یہ ہے کہ یعنی اپنی کمپنی کے آدمی کی کی سائیڈ آپ لیں گے، دوسری آدمی اس کی سائیڈ لے گا اور پھر جھگڑا ختم نہیں ہوگا۔</w:t>
      </w:r>
    </w:p>
    <w:p>
      <w:r>
        <w:rPr>
          <w:b/>
        </w:rPr>
        <w:t xml:space="preserve">[51:41] </w:t>
      </w:r>
      <w:r>
        <w:t>to beharhal mein quran o hadees se jo samjha hoon woh yahi hai ke aisi halat mein</w:t>
      </w:r>
    </w:p>
    <w:p>
      <w:pPr>
        <w:jc w:val="right"/>
      </w:pPr>
      <w:r>
        <w:t>تو بہرحال میں قرآن و حدیث سے جو سمجھا ہوں وہ یہی ہے کہ ایسی حالت میں</w:t>
      </w:r>
    </w:p>
    <w:p>
      <w:r>
        <w:rPr>
          <w:b/>
        </w:rPr>
        <w:t xml:space="preserve">[51:48] </w:t>
      </w:r>
      <w:r>
        <w:t>beginner ko talash karna chahiye</w:t>
      </w:r>
    </w:p>
    <w:p>
      <w:pPr>
        <w:jc w:val="right"/>
      </w:pPr>
      <w:r>
        <w:t>بگنر کو تلاش کرنا چاہیے</w:t>
      </w:r>
    </w:p>
    <w:p>
      <w:r>
        <w:rPr>
          <w:b/>
        </w:rPr>
        <w:t xml:space="preserve">[51:51] </w:t>
      </w:r>
      <w:r>
        <w:t>aur us ko samjhana chahiye</w:t>
      </w:r>
    </w:p>
    <w:p>
      <w:pPr>
        <w:jc w:val="right"/>
      </w:pPr>
      <w:r>
        <w:t>اور اس کو سمجھانا چاہیے</w:t>
      </w:r>
    </w:p>
    <w:p>
      <w:r>
        <w:rPr>
          <w:b/>
        </w:rPr>
        <w:t xml:space="preserve">[51:55] </w:t>
      </w:r>
      <w:r>
        <w:t>aur aindah logon ko batana chahiye ke ke</w:t>
      </w:r>
    </w:p>
    <w:p>
      <w:pPr>
        <w:jc w:val="right"/>
      </w:pPr>
      <w:r>
        <w:t>اور آئندہ لوگوں کو بتانا چاہیے کہ کہ</w:t>
      </w:r>
    </w:p>
    <w:p>
      <w:r>
        <w:rPr>
          <w:b/>
        </w:rPr>
        <w:t xml:space="preserve">[52:00] </w:t>
      </w:r>
      <w:r>
        <w:t>apne aap ko aisi karrawai se bachao jis se reaction ho aur fasad</w:t>
      </w:r>
    </w:p>
    <w:p>
      <w:pPr>
        <w:jc w:val="right"/>
      </w:pPr>
      <w:r>
        <w:t>اپنے آپ کو ایسی کارروائی سے بچاؤ جس سے ری ایکشن ہو اور فساد</w:t>
      </w:r>
    </w:p>
    <w:p>
      <w:r>
        <w:rPr>
          <w:b/>
        </w:rPr>
        <w:t xml:space="preserve">[52:07] </w:t>
      </w:r>
      <w:r>
        <w:t>ki soorat paida ho jaye aur koi hal nahi hai.</w:t>
      </w:r>
    </w:p>
    <w:p>
      <w:pPr>
        <w:jc w:val="right"/>
      </w:pPr>
      <w:r>
        <w:t>کی صورت پیدا ہو جائے اور کوئی حل نہیں ہے۔</w:t>
      </w:r>
    </w:p>
    <w:p>
      <w:r>
        <w:rPr>
          <w:b/>
        </w:rPr>
        <w:t xml:space="preserve">[52:12] </w:t>
      </w:r>
      <w:r>
        <w:t>maulana yeh comment aaya hai doctor safina ka ajmer se. yeh kehti hain ke: "maulana thanks a lot for making us aware of the goal of our life.</w:t>
      </w:r>
    </w:p>
    <w:p>
      <w:pPr>
        <w:jc w:val="right"/>
      </w:pPr>
      <w:r>
        <w:t>مولانا یہ کمنٹ آیا ہے ڈاکٹر صفینہ کا اجمیر سے۔ یہ کہتی ہیں کہ: "مولانا تھینکس ا لاٹ فار میکنگ اس اویئر اف دا گول اف اور لائف۔</w:t>
      </w:r>
    </w:p>
    <w:p>
      <w:r>
        <w:rPr>
          <w:b/>
        </w:rPr>
        <w:t xml:space="preserve">[52:23] </w:t>
      </w:r>
      <w:r>
        <w:t>otherwise we also would have been running for the material goal. thanks for making us discover the creation plan of god."</w:t>
      </w:r>
    </w:p>
    <w:p>
      <w:pPr>
        <w:jc w:val="right"/>
      </w:pPr>
      <w:r>
        <w:t>ادروائز وی السو وڈ ہیو بین رننگ فار دا مٹیریل گول۔ تھینکس فار میکنگ اس ڈسکور دا کریشن پلان اف گاڈ۔"</w:t>
      </w:r>
    </w:p>
    <w:p>
      <w:r>
        <w:rPr>
          <w:b/>
        </w:rPr>
        <w:t xml:space="preserve">[52:35] </w:t>
      </w:r>
      <w:r>
        <w:t>masha allah. yeh agla sawal aaya hai sajid anwar sahib ka rurki se. yeh kehte hain: "maulana sometimes i find myself between two opposite demands,</w:t>
      </w:r>
    </w:p>
    <w:p>
      <w:pPr>
        <w:jc w:val="right"/>
      </w:pPr>
      <w:r>
        <w:t>ماشاءاللہ۔ یہ اگلا سوال آیا ہے ساجد انور صاحب کا رڑکی سے۔ یہ کہتے ہیں: "مولانا سم ٹائمز ائی فائنڈ مائی سیلف بٹوین ٹو اپوزٹ ڈیمانڈز،</w:t>
      </w:r>
    </w:p>
    <w:p>
      <w:r>
        <w:rPr>
          <w:b/>
        </w:rPr>
        <w:t xml:space="preserve">[52:48] </w:t>
      </w:r>
      <w:r>
        <w:t>whether to engage in a dawah activity or to engage in self study. please guide how to balance between these conflicting but equally important tasks."</w:t>
      </w:r>
    </w:p>
    <w:p>
      <w:pPr>
        <w:jc w:val="right"/>
      </w:pPr>
      <w:r>
        <w:t>ویدر ٹو انگیج ان ا دعوی ایکٹیویٹی اور ٹو انگیج ان سیلف سٹڈی۔ پلیز گائیڈ ہاؤ ٹو بیلنس بٹوین دیز کانفلکٹنگ بٹ ایکولی امپورٹنٹ ٹاسکس۔"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