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Universal Message of Hajj May 25, 2025</w:t>
      </w:r>
    </w:p>
    <w:p>
      <w:r>
        <w:t>https://youtu.be/dr_sfN8NMzQ</w:t>
      </w:r>
    </w:p>
    <w:p>
      <w:r>
        <w:rPr>
          <w:b/>
        </w:rPr>
        <w:t xml:space="preserve">[00:10] </w:t>
      </w:r>
      <w:r>
        <w:t>assalam o alaikum. in continuation to the hajj series, ah, we will have conversation today with doctor farida khan on the subject "the universal message of hajj".</w:t>
      </w:r>
    </w:p>
    <w:p>
      <w:pPr>
        <w:jc w:val="right"/>
      </w:pPr>
      <w:r>
        <w:t>السلامعلیکم۔ ان کنٹینیویشن ٹودی حجسی ریز، آہ،ویویلہیوکان ورسیشنٹوڈے ود ڈاکٹر فریدہخان م آندا سبجیکٹ "دی یونیورسل میسج آف حج"۔</w:t>
      </w:r>
    </w:p>
    <w:p>
      <w:r>
        <w:rPr>
          <w:b/>
        </w:rPr>
        <w:t xml:space="preserve">[00:23] </w:t>
      </w:r>
      <w:r>
        <w:t>hajj, is one of, is the fifth pillar of islam; it is one of the most important aspects of worship in a believer's life. every year, millions of pilgrims gather at makkah for this sacred pilgrimage</w:t>
      </w:r>
    </w:p>
    <w:p>
      <w:pPr>
        <w:jc w:val="right"/>
      </w:pPr>
      <w:r>
        <w:t>حج،ایزوینو،ازدا ففتھپلرآف اسلام ؛اٹازونآفداموسٹ امپورٹنٹ ایسپیکٹآف ور شپ اناب یلیورزلائف۔ ایوری ایئر، ملینزآف پلگرمزگیدرایٹمک ہ فار دسسیکرٹ پلگرمی</w:t>
      </w:r>
    </w:p>
    <w:p>
      <w:r>
        <w:rPr>
          <w:b/>
        </w:rPr>
        <w:t xml:space="preserve">[00:37] </w:t>
      </w:r>
      <w:r>
        <w:t>hajj. this is more than a physical journey, as people are reminded of unity, equality, and devotion to god almighty.</w:t>
      </w:r>
    </w:p>
    <w:p>
      <w:pPr>
        <w:jc w:val="right"/>
      </w:pPr>
      <w:r>
        <w:t>ج۔ دساز موردینافزیکل جرنی ،ایزپیپلآر ریمائنڈڈ آف یون ٹی،ایکوال ٹی ، اینڈ ڈیوشنٹوگاڈآلمائٹی۔</w:t>
      </w:r>
    </w:p>
    <w:p>
      <w:r>
        <w:rPr>
          <w:b/>
        </w:rPr>
        <w:t xml:space="preserve">[00:46] </w:t>
      </w:r>
      <w:r>
        <w:t>the rituals of hajj are full of spiritual meaning. it helps us remember the sacrifice that prophet ibrahim made and his family made, and helps us reflect on the faith and commitment to god almighty.</w:t>
      </w:r>
    </w:p>
    <w:p>
      <w:pPr>
        <w:jc w:val="right"/>
      </w:pPr>
      <w:r>
        <w:t>دا ریچ ولزآف حجآرفلآفسپرچولمیننگ۔ اٹہیلپاسریممبر دا سیکریفائس دیٹپرافٹابراہیم میڈ اینڈہزفیملیمیڈ ،اینڈہیلپاس ریفلیکٹ آن دا فیتھ اینڈ کمٹمنٹٹوگاڈآلمائٹی۔</w:t>
      </w:r>
    </w:p>
    <w:p>
      <w:r>
        <w:rPr>
          <w:b/>
        </w:rPr>
        <w:t xml:space="preserve">[01:01] </w:t>
      </w:r>
      <w:r>
        <w:t>the pilgrimage lasts only for a few days, but its impact lasts lifelong</w:t>
      </w:r>
    </w:p>
    <w:p>
      <w:pPr>
        <w:jc w:val="right"/>
      </w:pPr>
      <w:r>
        <w:t>دی پلگرمیجلاسٹاونلیفار فیوڈی ز ،بٹاٹامپیکٹاز لائفلانگ</w:t>
      </w:r>
    </w:p>
    <w:p>
      <w:r>
        <w:rPr>
          <w:b/>
        </w:rPr>
        <w:t xml:space="preserve">[01:07] </w:t>
      </w:r>
      <w:r>
        <w:t>. it is a journey that transforms the hearts of people, reshapes character, and renews our commitment in leading a god oriented life.</w:t>
      </w:r>
    </w:p>
    <w:p>
      <w:pPr>
        <w:jc w:val="right"/>
      </w:pPr>
      <w:r>
        <w:t>۔اٹ ازاجرنیدیٹ ٹرانسفارمزدی ہارٹسآف پیپل ، ریشیپسکریکٹر،اینڈرینیوز آر کمٹمنٹ ان لیڈنگ اگاڈ اورینٹڈلائف۔</w:t>
      </w:r>
    </w:p>
    <w:p>
      <w:r>
        <w:rPr>
          <w:b/>
        </w:rPr>
        <w:t xml:space="preserve">[01:18] </w:t>
      </w:r>
      <w:r>
        <w:t>so let me kickstart by inviting doctor farida khan to discuss on today's subject. assalam o alaikum, apa. wa alaikum assalam. apa, ah, the pilgrimage is such a powerful experience, whoever performs it. so my first question is that, ah, what is the importance of hajj?</w:t>
      </w:r>
    </w:p>
    <w:p>
      <w:pPr>
        <w:jc w:val="right"/>
      </w:pPr>
      <w:r>
        <w:t>سولیٹمیٹیکیوسٹریٹٹوڈاکٹرفریدہخانمٹوڈسکس آن ٹوڈےسب جیکٹ۔ السلامعلیکم،آپا۔ وعلیکمالسلام ۔ آپا، آہ،دی پلگر میج از سچ ا پاورفل ایکسپیرینس،ہوایورپرفارمزاٹ ۔سو مائیفر سٹکوئسچنازدیٹ،آہ،واٹازدیامپورٹنس آف حج؟</w:t>
      </w:r>
    </w:p>
    <w:p>
      <w:r>
        <w:rPr>
          <w:b/>
        </w:rPr>
        <w:t xml:space="preserve">[01:38] </w:t>
      </w:r>
      <w:r>
        <w:t>dekhen, hajj jo hamare pillars hain islam ke, ismein most important pillar of islam hai hajj. kyunke hajj ek aisi ibadat hai jismein jo tamam ibadat ka majmooa kaha ja sakta hai.</w:t>
      </w:r>
    </w:p>
    <w:p>
      <w:pPr>
        <w:jc w:val="right"/>
      </w:pPr>
      <w:r>
        <w:t>دیکھیں،حج جوہمارے پلرزہیںاسلام کے ، اسمیں موسٹ امپورٹنٹ پلرآف اسلام ہےحج ۔کیونکہحجایکایسی عبادتہے جسمیں جو تمام عبادات کا مجموع ہ کہاجاسکتاہے۔</w:t>
      </w:r>
    </w:p>
    <w:p>
      <w:r>
        <w:rPr>
          <w:b/>
        </w:rPr>
        <w:t xml:space="preserve">[01:55] </w:t>
      </w:r>
      <w:r>
        <w:t>doosri ibadaton mein to ek ek pehlu shamil hain, misaal ke taur par namaz hai, ismein hum uska jo ultimate experience hai woh rab se sargoshi hai,</w:t>
      </w:r>
    </w:p>
    <w:p>
      <w:pPr>
        <w:jc w:val="right"/>
      </w:pPr>
      <w:r>
        <w:t>دوسریعباداتمیںتو ایک ایکپہلو شامل ہیں،مثال کےطورپر نمازہے، اسمیںہم اسکا جو الٹیمیٹایکسپیرینسہےوہ ربسے سر گوشیہے،</w:t>
      </w:r>
    </w:p>
    <w:p>
      <w:r>
        <w:rPr>
          <w:b/>
        </w:rPr>
        <w:t xml:space="preserve">[02:06] </w:t>
      </w:r>
      <w:r>
        <w:t>jisko quran mein kaha gaya hai "wa sajdu wakterbu". aur jo roza hai, woh ismein jo samaani shaqt hai, bardasht hai, sabr hai, bhook pyas ki, neend ki, to yeh saari cheezen jo ek believer bardasht karta hai,</w:t>
      </w:r>
    </w:p>
    <w:p>
      <w:pPr>
        <w:jc w:val="right"/>
      </w:pPr>
      <w:r>
        <w:t>جسکو قرآنمیںکہاگیاہے "وس جد واقترض"۔ اور جو روزہہے، وہاسمیں ج سمانیمش قتہے، برداشت ہے، صبرہے، بھوکپیاس کی،نیندکی ، تو یہ ساری چیزیںجو ایک بیلیور برداشت کرتاہے،</w:t>
      </w:r>
    </w:p>
    <w:p>
      <w:r>
        <w:rPr>
          <w:b/>
        </w:rPr>
        <w:t xml:space="preserve">[02:28] </w:t>
      </w:r>
      <w:r>
        <w:t>to ismein usko tarah tarah ke spiritual experiences hote hain. aur zakat jo hai woh maal ki ibadat hai,</w:t>
      </w:r>
    </w:p>
    <w:p>
      <w:pPr>
        <w:jc w:val="right"/>
      </w:pPr>
      <w:r>
        <w:t>تو اسمیں اسکو طرح طرح کے سپرچولایکسپیرینسزہوتےہیں۔ اور زکوۃجوہےوہ مال کیعبادتہے،</w:t>
      </w:r>
    </w:p>
    <w:p>
      <w:r>
        <w:rPr>
          <w:b/>
        </w:rPr>
        <w:t xml:space="preserve">[02:39] </w:t>
      </w:r>
      <w:r>
        <w:t>lekin hajj jo hai ismein tamam pehlu ikattha ho gaye hain. hajj, lekin hajj jo hi hajj jo ke sirf ek set of rituals na ho, ek zahiri aamal na hon, jaise log aajkal samajhte hain ke zahiri aamal jo hain man iske, inki kitaab mein le lete hain, woh duaen le lete hain, isko parhte rehte hain.</w:t>
      </w:r>
    </w:p>
    <w:p>
      <w:pPr>
        <w:jc w:val="right"/>
      </w:pPr>
      <w:r>
        <w:t>لیکن حججوہے اسمیں تمام پہلو اکٹھاہوگئےہیں۔ حج، لیکن حجوہی حججوکہ صرف ایک سیٹآف ریچ ولز نہہو، ایک ظاہری اعمال نہہوں، جیسےلوگ آجکل سمجھتےہیں کہ ظاہری اعمال جوہیں من اسکہیں،انکیکتاب یںلےلیتےہیں، وہدعائیںلےلیتےہیں،اسکو پڑھتےرہتےہیں۔</w:t>
      </w:r>
    </w:p>
    <w:p>
      <w:r>
        <w:rPr>
          <w:b/>
        </w:rPr>
        <w:t xml:space="preserve">[03:03] </w:t>
      </w:r>
      <w:r>
        <w:t>woh nahin, woh jo poore intention ke saath, poore dil o jaan ke saath jo ibadat ki jaye, wohi ibadat Khuda ke haan qabil e qubool hoti hai.</w:t>
      </w:r>
    </w:p>
    <w:p>
      <w:pPr>
        <w:jc w:val="right"/>
      </w:pPr>
      <w:r>
        <w:t>وہ نہیں، وہجو پورے انٹینشنکےساتھ ،پورے دلوجان کےساتھ جو عبادتکیجائے، وہی عبادت خداکےہاں قابل قبولہوتیہے۔</w:t>
      </w:r>
    </w:p>
    <w:p>
      <w:r>
        <w:rPr>
          <w:b/>
        </w:rPr>
        <w:t xml:space="preserve">[03:13] </w:t>
      </w:r>
      <w:r>
        <w:t>to poori spirit ke saath, agar poori spirit ke saath aap nahin karenge to woh to bilkul aise hi hai jaise koi outing.</w:t>
      </w:r>
    </w:p>
    <w:p>
      <w:pPr>
        <w:jc w:val="right"/>
      </w:pPr>
      <w:r>
        <w:t>تو پوری سپرٹکےساتھ ،اگر پوریسپرٹکےساتھ آپنہیں کریںگے تو وہ توبالکل ایسےہیہےجیسےکوئی آؤٹنگ۔</w:t>
      </w:r>
    </w:p>
    <w:p>
      <w:r>
        <w:rPr>
          <w:b/>
        </w:rPr>
        <w:t xml:space="preserve">[03:23] </w:t>
      </w:r>
      <w:r>
        <w:t>kyunke hadith mein aaya hai ke momin jab hajj karke apne ghar wapas lautta hai to woh ek new born bachay ki tarah hota hai, matlab uske saare gunah maaf ho jate hain.</w:t>
      </w:r>
    </w:p>
    <w:p>
      <w:pPr>
        <w:jc w:val="right"/>
      </w:pPr>
      <w:r>
        <w:t>کیونکہ حدیثمیںآیاہے کہ مومنجب حجکرکے اپنے گھر واپس لوٹتاہے تو وہایک نیو بورن بچےکیطرح ہوتاہے، مطلباسکے سارےگناہ معافہوجاتےہیں۔</w:t>
      </w:r>
    </w:p>
    <w:p>
      <w:r>
        <w:rPr>
          <w:b/>
        </w:rPr>
        <w:t xml:space="preserve">[03:37] </w:t>
      </w:r>
      <w:r>
        <w:t>to chaalis din ki jo ibadat karta hai sachay dil ke saath, to woh Allah taala ko qabool karte hain, aur aur woh tamam conditions poori kare, jisko hajj mabroor kehte hain, yaani tamam gunahon se pak.</w:t>
      </w:r>
    </w:p>
    <w:p>
      <w:pPr>
        <w:jc w:val="right"/>
      </w:pPr>
      <w:r>
        <w:t>تو چالیسدن کیجو عبادتکرتاہے سچےدل کےساتھ ،تو وہ اللہ تعالیٰکو قبولکرتے ہیں، اور اور وہ تمام کنڈیشنز پوریکرے، جسکو حج مبرورکہتےہیں،یعنی تمام گناہوںسے پاک ۔</w:t>
      </w:r>
    </w:p>
    <w:p>
      <w:r>
        <w:rPr>
          <w:b/>
        </w:rPr>
        <w:t xml:space="preserve">[03:53] </w:t>
      </w:r>
      <w:r>
        <w:t>kyunke hajj mein aap koi galat kaam nahin kar sakte, aap jhagda nahin kar sakte, aap bilkul hi ah kisi ke saath confrontation wala approach nahin kar sakte, koi violence nahin kar sakte,</w:t>
      </w:r>
    </w:p>
    <w:p>
      <w:pPr>
        <w:jc w:val="right"/>
      </w:pPr>
      <w:r>
        <w:t>کیونکہ حجمیں آپ کوئیغلطکام نہیںکرسکتے،آپ جھگڑانہیںکرسکتے ، آپ بالکل ہی آہ کسی کےساتھ کنفرنٹیشن والا اپروچنہیںکرسکتے ، کوئی وائل نسنہیںکرسکتے،</w:t>
      </w:r>
    </w:p>
    <w:p>
      <w:r>
        <w:rPr>
          <w:b/>
        </w:rPr>
        <w:t xml:space="preserve">[04:09] </w:t>
      </w:r>
      <w:r>
        <w:t>siwaye mozi janwar ke aap kisi ko maar nahin sakte. to yeh woh hajj hai jo Allah taala ko qabool hota hai.</w:t>
      </w:r>
    </w:p>
    <w:p>
      <w:pPr>
        <w:jc w:val="right"/>
      </w:pPr>
      <w:r>
        <w:t>سوائےموزیجانورکےآپکسی کو مار نہیںسکتے۔ تو یہ وہ حجہے جو اللہ تعالیٰکو قبولہوتاہے۔</w:t>
      </w:r>
    </w:p>
    <w:p>
      <w:r>
        <w:rPr>
          <w:b/>
        </w:rPr>
        <w:t xml:space="preserve">[04:18] </w:t>
      </w:r>
      <w:r>
        <w:t>Hasan Basri kehte hain hajj mabroor woh hai jismein aadmi is tarah laute ke woh dunya se be-raghbat ho aur uske andar akhirat ka shauq paida ho jaye.</w:t>
      </w:r>
    </w:p>
    <w:p>
      <w:pPr>
        <w:jc w:val="right"/>
      </w:pPr>
      <w:r>
        <w:t>حسن بصریکہتےہیں حج مبروروہہے جسمیں آدمی اسطرح لوٹے کہوہ دنیا سے بےرغبتہو اور اسکےاندر آخرتکا شوقپیدا ہوجائے۔</w:t>
      </w:r>
    </w:p>
    <w:p>
      <w:r>
        <w:rPr>
          <w:b/>
        </w:rPr>
        <w:t xml:space="preserve">[04:30] </w:t>
      </w:r>
      <w:r>
        <w:t>to mein ne sirf ek hi aadmi ko mein jaanti hoon, aah, aur log honge lekin mein ek sitara bhai hain jhar khand ke, to woh haj karke aaye chaalees din ki ibaadat karne ke baad</w:t>
      </w:r>
    </w:p>
    <w:p>
      <w:pPr>
        <w:jc w:val="right"/>
      </w:pPr>
      <w:r>
        <w:t>تومیںنےصرف ایکہی آدمیکومیںجانتیہوں، آہ،اور لوگ ہوںگےلیکن میں ایک ستاربھائیہیں جارکھنڈکے، تووہحجکرکےآئے چالیسدن کیعبادتکرنے کےبعد</w:t>
      </w:r>
    </w:p>
    <w:p>
      <w:r>
        <w:rPr>
          <w:b/>
        </w:rPr>
        <w:t xml:space="preserve">[04:43] </w:t>
      </w:r>
      <w:r>
        <w:t>phir unhon ne yahan par aake chaalees din isi tarah ibaadat ki. phir chaalees din ke baad unhon ne apne bachon se kaha jo ke business class the, aah, to unhon ne kaha dekh ab tum log business sambhalo, mujhe sirf ibaadat karni hai aur naik kaam jo bhi karna hai kyun ke woh logon ki bohat ziyada khidmat karte hain to woh karna hai aur ibaadat karni hai, mujhe koi doosra kaam nahin karna hai.</w:t>
      </w:r>
    </w:p>
    <w:p>
      <w:pPr>
        <w:jc w:val="right"/>
      </w:pPr>
      <w:r>
        <w:t>پھرانہوںنے یہاںپر آکےچالیسدن اسیطرح عبادتکی۔ پھر چالیسدنکےبعد انہوںنے اپنےبچوںسے کہاجوکہبزنس کلاس تھے، آہ، توانہوںنےکہادیکھوابتملوگ بزنسسنبھالو، مجھےصرف عبادت کرنیہے اور نیککام جوبھیکرناہےکیونکہوہلوگوںکیبہت زیادہ خدم تکرتے ہیں تووہ کرناہےاور عبادتکرنیہے،مجھےکوئیدوسرا کامنہیں کرناہے۔</w:t>
      </w:r>
    </w:p>
    <w:p>
      <w:r>
        <w:rPr>
          <w:b/>
        </w:rPr>
        <w:t xml:space="preserve">[05:08] </w:t>
      </w:r>
      <w:r>
        <w:t>to hum achhe kaam karen, is ke baad matlab gunah ke kaam sab chhod den. kyun ke haji wohi hai jo is spiritual life ko apni baad ki zindagi mein continue kar sake.</w:t>
      </w:r>
    </w:p>
    <w:p>
      <w:pPr>
        <w:jc w:val="right"/>
      </w:pPr>
      <w:r>
        <w:t>تو ہماچھےکام کریں،اسکےبعد مطلب گناہکےکام سب چھوڑدیں۔ کیونکہحاجیوہیہےجو اس سپرچ وللائفکو اپنی بعد کی زندگی میں کنٹینیوکرسکے۔</w:t>
      </w:r>
    </w:p>
    <w:p>
      <w:r>
        <w:rPr>
          <w:b/>
        </w:rPr>
        <w:t xml:space="preserve">[05:21] </w:t>
      </w:r>
      <w:r>
        <w:t>jaisa ke molana ne apni kitaab "haqeeqat e haj" mein likha hai, haj ka safar Khuda ki taraf safar hai. haj Allah taala se mulaqaat hai.</w:t>
      </w:r>
    </w:p>
    <w:p>
      <w:pPr>
        <w:jc w:val="right"/>
      </w:pPr>
      <w:r>
        <w:t>جیساکہمول انانےاپنیکتاب "حقیقت حج"میںلکھاہے، حجکا سفر خداکیطرف سفرہے۔ حج اللہ تعالیٰسے ملاقاتہے۔</w:t>
      </w:r>
    </w:p>
    <w:p>
      <w:r>
        <w:rPr>
          <w:b/>
        </w:rPr>
        <w:t xml:space="preserve">[05:31] </w:t>
      </w:r>
      <w:r>
        <w:t>doosri ibaadaten Allah taala ki yaad hain, jab ke haj goya khud Allah taala tak pahunch jaane ki koshish hai.</w:t>
      </w:r>
    </w:p>
    <w:p>
      <w:pPr>
        <w:jc w:val="right"/>
      </w:pPr>
      <w:r>
        <w:t>دوسری عبادتیں اللہ تعالیٰکی یادہیں، جب کہ حج گویا خود اللہ تعالیٰتک پہنچجانےکیکوش شہے۔</w:t>
      </w:r>
    </w:p>
    <w:p>
      <w:r>
        <w:rPr>
          <w:b/>
        </w:rPr>
        <w:t xml:space="preserve">[05:42] </w:t>
      </w:r>
      <w:r>
        <w:t>molana likhte hain Al-Risala February ninety seven mein . woh haji jo na sirf dhul hijjah ka haji ho balkeh poori umar aur poori zindagi ka haji ban jaye to aisa hi haj Allah taala ke haan qabil e qabool hoga.</w:t>
      </w:r>
    </w:p>
    <w:p>
      <w:pPr>
        <w:jc w:val="right"/>
      </w:pPr>
      <w:r>
        <w:t>مول انالکھتےہیں الرسالہفروری نائنٹی سیونمیں ۔وہ حاجیجو نہصرف ذوال حجہکاحاجیہو بل کہ پوری عمر اور پوری زندگی کاحاجیبنجائے تو ایسا ہی حجاللہ تعالیٰکےہاں قابل قبولہوگا۔</w:t>
      </w:r>
    </w:p>
    <w:p>
      <w:r>
        <w:rPr>
          <w:b/>
        </w:rPr>
        <w:t xml:space="preserve">[05:58] </w:t>
      </w:r>
      <w:r>
        <w:t>Mash</w:t>
      </w:r>
    </w:p>
    <w:p>
      <w:pPr>
        <w:jc w:val="right"/>
      </w:pPr>
      <w:r>
        <w:t>ماش</w:t>
      </w:r>
    </w:p>
    <w:p>
      <w:r>
        <w:rPr>
          <w:b/>
        </w:rPr>
        <w:t xml:space="preserve">[05:59] </w:t>
      </w:r>
      <w:r>
        <w:t>allah. apa, jab hum profit Ibrahim ki zindagi ko dekhte hain, aah, to we find that, aah, jab woh settle kar dete hain apni family ko desert mein aur phir baad mein, aah, Hazrat Ismail bade hote hain, aah, to unko ek dream aata hai.</w:t>
      </w:r>
    </w:p>
    <w:p>
      <w:pPr>
        <w:jc w:val="right"/>
      </w:pPr>
      <w:r>
        <w:t>اءاللہ۔ آپا،جب ہم پرافٹابراہیمکی زندگی کودیکھتےہیں، آہ،تو وی فائنڈدیٹ،آہ، جب وہ سیٹلکردیتےہیں اپنیفیملیکو ڈیزرٹمیں اورپھربعدمیں، آہ،حضرت اسماعیل بڑےہوتےہیں، آہ،توانکو ایک ڈریمآتاہے۔</w:t>
      </w:r>
    </w:p>
    <w:p>
      <w:r>
        <w:rPr>
          <w:b/>
        </w:rPr>
        <w:t xml:space="preserve">[06:16] </w:t>
      </w:r>
      <w:r>
        <w:t>and in that dream he sees that he is sacrificing his son with his own hands. to in accordance with that dream he prepares himself to sacrifice his son Ismail.</w:t>
      </w:r>
    </w:p>
    <w:p>
      <w:pPr>
        <w:jc w:val="right"/>
      </w:pPr>
      <w:r>
        <w:t>اینڈاندیٹڈریمہی سیزدیٹہیازسیکریفائز نگہزسن ودہزاونہینڈز۔ تو ان اکارڈنسوددیٹڈریمہیپریپیرزہمسیلف ٹو سیکریفائز ہزسن اسم اعیل۔</w:t>
      </w:r>
    </w:p>
    <w:p>
      <w:r>
        <w:rPr>
          <w:b/>
        </w:rPr>
        <w:t xml:space="preserve">[06:28] </w:t>
      </w:r>
      <w:r>
        <w:t>to yeh dream kya hai, is ka kya significance hai, is ke bare mein aap hum sab ko bataen. jahan, yeh itna bada ek act tha ke ek Hazrat Ibrahim علیہالسلام hi hain jinko Khaleelullah kaha gaya hai, yani Allah ka dost.</w:t>
      </w:r>
    </w:p>
    <w:p>
      <w:pPr>
        <w:jc w:val="right"/>
      </w:pPr>
      <w:r>
        <w:t>تویہ ڈریم کیا ہے، اسکاکیا سگنیفیکنسہے،اسکےبارےمیں آپ ہمسبکوبتائیں۔ جیہاں،یہاتنا بڑا ایکٹتھا کہ ایکحضرت ابراہیم علیہالسلامہیہیں جنکوخلیل اللہ کہاگیاہے، یعنی اللہ کا دوست۔</w:t>
      </w:r>
    </w:p>
    <w:p>
      <w:r>
        <w:rPr>
          <w:b/>
        </w:rPr>
        <w:t xml:space="preserve">[06:47] </w:t>
      </w:r>
      <w:r>
        <w:t>to yeh Quran ke chapter thirty one mein yeh baat aayi hai aur verse hai ek do do.</w:t>
      </w:r>
    </w:p>
    <w:p>
      <w:pPr>
        <w:jc w:val="right"/>
      </w:pPr>
      <w:r>
        <w:t>تویہ قرآنکےچیپٹر تھرٹیسیونمیں یہ بات آئیہےاور ورسہےایک سودو ۔</w:t>
      </w:r>
    </w:p>
    <w:p>
      <w:r>
        <w:rPr>
          <w:b/>
        </w:rPr>
        <w:t xml:space="preserve">[06:55] </w:t>
      </w:r>
      <w:r>
        <w:t>to aur Hazrat Ismail ka bhi kya kirdar hai ke jab un se bataya Hazrat Ibrahim ne ke mein aisa aisa khwab dekh raha hoon to Hazrat Ismail bina takleef, bina doubt, without any hesitation tayyar ho gaye ke aap ko jaisa hukm diya gaya hai waisa kar daliye, inshallah aap mujh ko sabireen mein se payenge.</w:t>
      </w:r>
    </w:p>
    <w:p>
      <w:pPr>
        <w:jc w:val="right"/>
      </w:pPr>
      <w:r>
        <w:t>تو اورحضرتاسماعیلکابھی کیا کرد ارہے کہجب انسے بت ایا حضرت ابراہیمنےکہمیںایساایساخوابدیکھرہاہوں توحضرت اسماعیل بلا ت وقف،بلا وداآؤٹاینی ہیزیٹیشن تیارہوگئے کہآپکوجیساحکمدیاگیاہےویساکرڈالیے، انشاءاللہآپ مجھکو صابروںمیںسےپائیںگے۔</w:t>
      </w:r>
    </w:p>
    <w:p>
      <w:r>
        <w:rPr>
          <w:b/>
        </w:rPr>
        <w:t xml:space="preserve">[07:17] </w:t>
      </w:r>
      <w:r>
        <w:t>to un ko lita diya Hazrat Ibrahim ne aur haath mein chhuri le li</w:t>
      </w:r>
    </w:p>
    <w:p>
      <w:pPr>
        <w:jc w:val="right"/>
      </w:pPr>
      <w:r>
        <w:t>تو انکو لٹادیا حضرت ابراہیمنے اور ہاتھمیں چھریلےلی</w:t>
      </w:r>
    </w:p>
    <w:p>
      <w:r>
        <w:rPr>
          <w:b/>
        </w:rPr>
        <w:t xml:space="preserve">[07:22] </w:t>
      </w:r>
      <w:r>
        <w:t>to aine waqt par Allah taala ke haan se awaaz aayi aur ek farishta aaya hai ek dinbeh le kar aur awaaz aayi kaha ae Ibrahim tum ne khwab ko sach kar dikhaya.</w:t>
      </w:r>
    </w:p>
    <w:p>
      <w:pPr>
        <w:jc w:val="right"/>
      </w:pPr>
      <w:r>
        <w:t>تو عینوقت پر اللہ تعالیٰکےہاںسےآواز آئیاورایک فرشتہآیاہے ایک دن بہلےکر اور آوازآئیکہاےابراہیم تم نےخوابکوسچکردکھایا۔</w:t>
      </w:r>
    </w:p>
    <w:p>
      <w:r>
        <w:rPr>
          <w:b/>
        </w:rPr>
        <w:t xml:space="preserve">[07:34] </w:t>
      </w:r>
      <w:r>
        <w:t>is se yeh bhi pata chalta hai ke asal Khuda ko intention chahiye. koi jaise janwar qurbani karte hain woh khoon aur gosht nahin chahiye, hamare dil ka taqwa chahiye, intention hamari poori ho,</w:t>
      </w:r>
    </w:p>
    <w:p>
      <w:pPr>
        <w:jc w:val="right"/>
      </w:pPr>
      <w:r>
        <w:t>اسسےیہبھیپتہچلتاہےکہ اصل خداکو انٹینشنچاہیے۔ کوئی جیسےجانور قربانی کرتے ہیںوہ خوناور گوشتنہیںچاہیے، ہمارے دل کا تقویٰچاہیے،ان ٹینشنہماریپوریہو ،</w:t>
      </w:r>
    </w:p>
    <w:p>
      <w:r>
        <w:rPr>
          <w:b/>
        </w:rPr>
        <w:t xml:space="preserve">[07:48] </w:t>
      </w:r>
      <w:r>
        <w:t>Khuda ki raza ki khatir hum ko jo bhi qurbani ki zaroorat ho hum qurban kar den. to Allah taala ne yeh farmaya hum ne ek badi qurbani ke awaz is ko chhudaliya.</w:t>
      </w:r>
    </w:p>
    <w:p>
      <w:pPr>
        <w:jc w:val="right"/>
      </w:pPr>
      <w:r>
        <w:t>خداکیرضا کیخاطرہم کوجوبھی قربانی کیضرورت ہوہمقربانکردیں۔ تو اللہ تعالیٰنےیہفرمایا ہمنےایکبڑی قربانی کے عوض اسکو چھڑالیا۔</w:t>
      </w:r>
    </w:p>
    <w:p>
      <w:r>
        <w:rPr>
          <w:b/>
        </w:rPr>
        <w:t xml:space="preserve">[08:03] </w:t>
      </w:r>
      <w:r>
        <w:t>wa fadaynahu bi zibhin azeem, hum ne Ismail ko ek azeem qurbani ke zariye bacha liya.</w:t>
      </w:r>
    </w:p>
    <w:p>
      <w:pPr>
        <w:jc w:val="right"/>
      </w:pPr>
      <w:r>
        <w:t>وف د ناب ذبح عظیم، ہمنےاسم اعیلکوایک عظیم قربانی کے ذریعےبچالیا۔</w:t>
      </w:r>
    </w:p>
    <w:p>
      <w:r>
        <w:rPr>
          <w:b/>
        </w:rPr>
        <w:t xml:space="preserve">[08:11] </w:t>
      </w:r>
      <w:r>
        <w:t>abi yeh zibhe azeem ka lafz jo hai to log samajhte hain ke koi jannat se dinbeh aaya tha usi ko zibhe azeem kaha gaya hai. balkeh aisa nahin hai, yeh asal mein symbol tha.</w:t>
      </w:r>
    </w:p>
    <w:p>
      <w:pPr>
        <w:jc w:val="right"/>
      </w:pPr>
      <w:r>
        <w:t>ابیہذبحعظیم کالفظجوہے تولوگ سمجھتےہیںکہکوئی جنتسے دنبہآیاتھا اسیکوذبحعظیمکہاگیاہے۔ بلکہ ایسانہیں ہے، یہ اصلمیں سمبال کتھا۔</w:t>
      </w:r>
    </w:p>
    <w:p>
      <w:r>
        <w:rPr>
          <w:b/>
        </w:rPr>
        <w:t xml:space="preserve">[08:25] </w:t>
      </w:r>
      <w:r>
        <w:t>bohat sari cheezen symbol hain, is ko literal lenge to samajh mein nahin aayega.</w:t>
      </w:r>
    </w:p>
    <w:p>
      <w:pPr>
        <w:jc w:val="right"/>
      </w:pPr>
      <w:r>
        <w:t>بہت ساریچیزیں سمبالکہیں، اسکو لٹرللیںگےتوسمجھمیںنہیںآئےگا۔</w:t>
      </w:r>
    </w:p>
    <w:p>
      <w:r>
        <w:rPr>
          <w:b/>
        </w:rPr>
        <w:t xml:space="preserve">[08:30] </w:t>
      </w:r>
      <w:r>
        <w:t>to asal mein masla kya tha ke Hazrat Ismail ko jo sehra mein basaya gaya to wohi sab se bada zibha tha, zibha karna tha.</w:t>
      </w:r>
    </w:p>
    <w:p>
      <w:pPr>
        <w:jc w:val="right"/>
      </w:pPr>
      <w:r>
        <w:t>تو اصلمیں مسئلہکیا تھاکہ حضرت اسماعیلکو جو صح رامیں بسایاگیا تو وہی سبسےبڑا ذبیحہتھا،ذبحکرناتھا۔</w:t>
      </w:r>
    </w:p>
    <w:p>
      <w:r>
        <w:rPr>
          <w:b/>
        </w:rPr>
        <w:t xml:space="preserve">[08:41] </w:t>
      </w:r>
      <w:r>
        <w:t>kyun ke wahan na aadmi, na aadmi zaad, na pani, na khana, kuch bhi nahin tha. to Hazrat Hajra ne itni himmat dikhai ke jaisa Allah taala ka hukm hai to Allah humein zaya nahin karega.</w:t>
      </w:r>
    </w:p>
    <w:p>
      <w:pPr>
        <w:jc w:val="right"/>
      </w:pPr>
      <w:r>
        <w:t>کیونکہوہاں نہ آدم،نہآدم زاد،نہ پانی،نہکھانا، کچھبھی نہیں تھا۔ توحضرت ہاجرہنےاتنیہمت دکھائی کہجباللہ تعالیٰکاحکمہےتواللہ ہمیں ضائعنہیںکرےگا۔</w:t>
      </w:r>
    </w:p>
    <w:p>
      <w:r>
        <w:rPr>
          <w:b/>
        </w:rPr>
        <w:t xml:space="preserve">[08:55] </w:t>
      </w:r>
      <w:r>
        <w:t>asal mein woh aisa zamana tha ke aap jante hain ke bohat beshumar paighambar aaye lekin kisi paighambar ko support nahin mili, followers nahin mile.</w:t>
      </w:r>
    </w:p>
    <w:p>
      <w:pPr>
        <w:jc w:val="right"/>
      </w:pPr>
      <w:r>
        <w:t>اصلمیںوہایسا زمان ہتھا کہ آپجانتےہیںکہ بہت بےشمار پیغمبرآئے لیکن کسی پیغمبرکو سپورٹنہیں ملی ، فالوورزنہیںملے۔</w:t>
      </w:r>
    </w:p>
    <w:p>
      <w:r>
        <w:rPr>
          <w:b/>
        </w:rPr>
        <w:t xml:space="preserve">[09:08] </w:t>
      </w:r>
      <w:r>
        <w:t>kyun ke log logon ke andar bohat ziyada conditioning ho gayi thi. un ke andar bohat sari moral values thin, un ke andar shirk tha,</w:t>
      </w:r>
    </w:p>
    <w:p>
      <w:pPr>
        <w:jc w:val="right"/>
      </w:pPr>
      <w:r>
        <w:t>کیونکہ لوگ لوگوںکےاندر بہت زیادہ کنڈیشننگہوگئیتھی۔ انکےاندربہت ساری مورلایولزتھیں، انکےاندر شرکتھا،</w:t>
      </w:r>
    </w:p>
    <w:p>
      <w:r>
        <w:rPr>
          <w:b/>
        </w:rPr>
        <w:t xml:space="preserve">[09:18] </w:t>
      </w:r>
      <w:r>
        <w:t>un ke andar tarah tarah ki buraiyan thin aur doosra yeh ke woh sachai ko samajhne ke qabil nahin the. daleel ki ahmiyat ko nahin samajhte the, madi raunaqen un ko nazar aati thin.</w:t>
      </w:r>
    </w:p>
    <w:p>
      <w:pPr>
        <w:jc w:val="right"/>
      </w:pPr>
      <w:r>
        <w:t>انکےاندر طرح طرحکیبرائیاںتھیںاوردوسرایہ کہ وہ سچائی کو سمجھنے کے قابلنہیں تھے۔ دلیل کی اہمیتکونہیںسمجھتےتھے، مادی رونقیںانکونظر آتیتھیں۔</w:t>
      </w:r>
    </w:p>
    <w:p>
      <w:r>
        <w:rPr>
          <w:b/>
        </w:rPr>
        <w:t xml:space="preserve">[09:31] </w:t>
      </w:r>
      <w:r>
        <w:t>to jab bhi koi paighambar aata to paighambar to madi raunaq ke sath nahin aata tha. to woh us ko, woh us ko accept karne se inkar kar dete, us ko reject kar dete</w:t>
      </w:r>
    </w:p>
    <w:p>
      <w:pPr>
        <w:jc w:val="right"/>
      </w:pPr>
      <w:r>
        <w:t>توجب بھیکوئی پیغمبرآتا تو پیغمبرتو مادیرونق کےساتھ نہیں آتاتھا۔ تو وہ اسکو، وہ اسکو ایکسیپٹکرنےسے انکارکردیتے، اسکو ریجیکٹکردیت</w:t>
      </w:r>
    </w:p>
    <w:p>
      <w:r>
        <w:rPr>
          <w:b/>
        </w:rPr>
        <w:t xml:space="preserve">[09:44] </w:t>
      </w:r>
      <w:r>
        <w:t>e. to is wajh se koi bhi paighambar aisa nahi kar saka ke is ek ek tauheed par mabni ek inqilab le aata. kyunke is supporter chahiye the, followers chahiye the, woh milte nahi the.</w:t>
      </w:r>
    </w:p>
    <w:p>
      <w:pPr>
        <w:jc w:val="right"/>
      </w:pPr>
      <w:r>
        <w:t>ے۔ تو اسوجہ سے کوئیبھی پیغمبر ایسانہیں کر سکا کہ اس ایک ایک توحیدپر مبنیایک انقلاب لےآتا۔کیونکہ اس سپورٹرچاہیےتھے، فالوورزچاہیےتھے،وہ ملتےنہیںتھے۔</w:t>
      </w:r>
    </w:p>
    <w:p>
      <w:r>
        <w:rPr>
          <w:b/>
        </w:rPr>
        <w:t xml:space="preserve">[09:59] </w:t>
      </w:r>
      <w:r>
        <w:t>koi team nahi ban paati thi. to Allah taala ne yeh bohat bada ek ah jo hai plan planning ki ke ek qaum, ek qaum banai jaye sah</w:t>
      </w:r>
    </w:p>
    <w:p>
      <w:pPr>
        <w:jc w:val="right"/>
      </w:pPr>
      <w:r>
        <w:t>کوئی ٹیمنہیں بن پاتیتھی۔ تو اللہ تعالیٰنےیہبہت بڑا ایک آہ جوہے پلان پلاننگکی کہ ایک قوم،ایک قومبنائیجائے صح</w:t>
      </w:r>
    </w:p>
    <w:p>
      <w:r>
        <w:rPr>
          <w:b/>
        </w:rPr>
        <w:t xml:space="preserve">[10:11] </w:t>
      </w:r>
      <w:r>
        <w:t>ra mein. ke woh sahara mein aap jante hain koi bhi burai, burai ka mahaul nahi hota. wahan to kuch aisi cheez hai nahi jisse aadmi burai seekhe.</w:t>
      </w:r>
    </w:p>
    <w:p>
      <w:pPr>
        <w:jc w:val="right"/>
      </w:pPr>
      <w:r>
        <w:t>رامیں۔ کہوہصحرامیںآپجانتےہیںکوئیبھی بر ائی، برائیکاماحولہینہیںہوتا۔ وہاںتو کچھایسیچیز ہینہیںجسسےآدمیبرائیسیکھے۔</w:t>
      </w:r>
    </w:p>
    <w:p>
      <w:r>
        <w:rPr>
          <w:b/>
        </w:rPr>
        <w:t xml:space="preserve">[10:21] </w:t>
      </w:r>
      <w:r>
        <w:t>neechay hoti hai, pahad hain aur babool ke peR wahan hote hain, hote the. to koi cheez aisi hoti nahi thi jisse aadmi burai seekhe.</w:t>
      </w:r>
    </w:p>
    <w:p>
      <w:pPr>
        <w:jc w:val="right"/>
      </w:pPr>
      <w:r>
        <w:t>نیچرہوتیہے،پہاڑہیں اور ببولکےپیڑوہاںہوتےہیں، ہوتےتھے۔ تو کوئیچیزایسیہوتینہیںتھیجسسےآدمیبرائیسیکھے۔</w:t>
      </w:r>
    </w:p>
    <w:p>
      <w:r>
        <w:rPr>
          <w:b/>
        </w:rPr>
        <w:t xml:space="preserve">[10:31] </w:t>
      </w:r>
      <w:r>
        <w:t>aur chunke sakht zindagi hoti thi to iski wajh se unke andar bohat jafa kashi paida hoti thi.</w:t>
      </w:r>
    </w:p>
    <w:p>
      <w:pPr>
        <w:jc w:val="right"/>
      </w:pPr>
      <w:r>
        <w:t>اور چونکہ سخت زندگی ہوتیتھی تو اسکیوجہ سے انکےاندر بہت جفا کشی پیدا ہوتیتھی۔</w:t>
      </w:r>
    </w:p>
    <w:p>
      <w:r>
        <w:rPr>
          <w:b/>
        </w:rPr>
        <w:t xml:space="preserve">[10:41] </w:t>
      </w:r>
      <w:r>
        <w:t>to ek jo sahrai qaum ki khusoosiyaat, ah, professor Philip K. Hitti ne kaha hai al-marwah yani manliness.</w:t>
      </w:r>
    </w:p>
    <w:p>
      <w:pPr>
        <w:jc w:val="right"/>
      </w:pPr>
      <w:r>
        <w:t>تو ایک جو صحرائیقومکیخصوص یات، آہ ،پروفیسرفل پکےہٹینےکہاہے المروہ یعنی مینلینس۔</w:t>
      </w:r>
    </w:p>
    <w:p>
      <w:r>
        <w:rPr>
          <w:b/>
        </w:rPr>
        <w:t xml:space="preserve">[10:49] </w:t>
      </w:r>
      <w:r>
        <w:t>to jo ek ek ek khusoosiyaat honi chahiye insaan mein woh sab is qaum ke andar theen.</w:t>
      </w:r>
    </w:p>
    <w:p>
      <w:pPr>
        <w:jc w:val="right"/>
      </w:pPr>
      <w:r>
        <w:t>تو جو ایک ایک ایک خصوص یات ہونیچاہیے انسان میں وہ سب اس قومکےاندر تھیں۔</w:t>
      </w:r>
    </w:p>
    <w:p>
      <w:r>
        <w:rPr>
          <w:b/>
        </w:rPr>
        <w:t xml:space="preserve">[10:58] </w:t>
      </w:r>
      <w:r>
        <w:t>aur Philip K. Hitti ne isko ek nirali qaum kaha hai. kaha hai ke woh nursery of heroes the. woh bohat zabardast bahadur the,</w:t>
      </w:r>
    </w:p>
    <w:p>
      <w:pPr>
        <w:jc w:val="right"/>
      </w:pPr>
      <w:r>
        <w:t>اور فل پکےہ ٹینےاسکوایک نرالیقومکہاہے۔ کہاہےکہ وہ نرسریآفہیروزتھے۔ وہبہت زبرد ست بہادر تھے،</w:t>
      </w:r>
    </w:p>
    <w:p>
      <w:r>
        <w:rPr>
          <w:b/>
        </w:rPr>
        <w:t xml:space="preserve">[11:09] </w:t>
      </w:r>
      <w:r>
        <w:t>mushkil ke waqt woh bardasht kar sakte the. padosi ke huqooq ada karte, auraton ki izzat karte, wada poora karte, jhoot to unko bolna nahi aata tha.</w:t>
      </w:r>
    </w:p>
    <w:p>
      <w:pPr>
        <w:jc w:val="right"/>
      </w:pPr>
      <w:r>
        <w:t>مشکل کےوقت وہبرداشتکرسکتےتھے۔ پڑ وسیکےحقوق اداکرتے ،ع ورتوںکیعزت کرتے ، وعدہپوراکرتے ، جھوٹ توانکوبول ناہینہیںآتاتھا۔</w:t>
      </w:r>
    </w:p>
    <w:p>
      <w:r>
        <w:rPr>
          <w:b/>
        </w:rPr>
        <w:t xml:space="preserve">[11:20] </w:t>
      </w:r>
      <w:r>
        <w:t>aur jo sabse badi cheez thi ke mujarrad haq ko pehchan sakte the. matlab Rasool Allah Sallallahu Alaihi Wasallam aaye to unke saath koi laoo lashkar nahi tha.</w:t>
      </w:r>
    </w:p>
    <w:p>
      <w:pPr>
        <w:jc w:val="right"/>
      </w:pPr>
      <w:r>
        <w:t>اورجوسبسے بڑیچیز تھیکہ مج رد حق کوپہچانسکتےتھے۔ مطلب رسولاللہ صلیاللہعلیہوسلم آئے تو انکےساتھ کوئی لاؤلشکرنہیںتھا۔</w:t>
      </w:r>
    </w:p>
    <w:p>
      <w:r>
        <w:rPr>
          <w:b/>
        </w:rPr>
        <w:t xml:space="preserve">[11:31] </w:t>
      </w:r>
      <w:r>
        <w:t>woh farishton ko le kar nahi aaye the, sirf haq ko unhone pehchana.</w:t>
      </w:r>
    </w:p>
    <w:p>
      <w:pPr>
        <w:jc w:val="right"/>
      </w:pPr>
      <w:r>
        <w:t>وہفرشتوںکولےکرنہیں آئےتھے، صرف حق کوانہوںنےپہچانا۔</w:t>
      </w:r>
    </w:p>
    <w:p>
      <w:r>
        <w:rPr>
          <w:b/>
        </w:rPr>
        <w:t xml:space="preserve">[11:35] </w:t>
      </w:r>
      <w:r>
        <w:t>bas Rasool Allah kehte hain ke main, mujhe Allah ne paighambar banaya hai, woh maan lete. aur ek baar ek ek badu aaya jo ke paRh likha bhi nahi tha.</w:t>
      </w:r>
    </w:p>
    <w:p>
      <w:pPr>
        <w:jc w:val="right"/>
      </w:pPr>
      <w:r>
        <w:t>بسرسولاللہ کہتےہیںکہمیں ،مجھےاللہ نے پیغمبر بنایاہے، وہ مانلیتے۔ اور ایکبار ایک ایک بد وآیاجوکہپڑھالکھابھینہیںتھا۔</w:t>
      </w:r>
    </w:p>
    <w:p>
      <w:r>
        <w:rPr>
          <w:b/>
        </w:rPr>
        <w:t xml:space="preserve">[11:45] </w:t>
      </w:r>
      <w:r>
        <w:t>kaha ke bas aap, aap qasam kha kar Khuda ki kahiye ke aap paighambar hain aur aap ko Khuda ne yahi hukm diya hai. aap ne qasam kha kar kaha, woh foran maan gaya aur aap ka follower ho gaya.</w:t>
      </w:r>
    </w:p>
    <w:p>
      <w:pPr>
        <w:jc w:val="right"/>
      </w:pPr>
      <w:r>
        <w:t>کہاکہبسآپ، آپ قسم کھاکےخداکیکہیےکہآپپیغمبرہیں اورآپکو خدانےیہیہحکمدیاہے۔ آپ نےقسم کھاکےکہا، وہ فوراًمان گیا اور آپکا فالوورہوگیا۔</w:t>
      </w:r>
    </w:p>
    <w:p>
      <w:r>
        <w:rPr>
          <w:b/>
        </w:rPr>
        <w:t xml:space="preserve">[11:58] </w:t>
      </w:r>
      <w:r>
        <w:t>to yeh log nahi tha pehle ke log haq ko nahi pehchante the. to</w:t>
      </w:r>
    </w:p>
    <w:p>
      <w:pPr>
        <w:jc w:val="right"/>
      </w:pPr>
      <w:r>
        <w:t>تو یہ لوگ نہیں تھا پہلے کہلوگ حق کونہیں پہچانتےتھے۔ تو</w:t>
      </w:r>
    </w:p>
    <w:p>
      <w:r>
        <w:rPr>
          <w:b/>
        </w:rPr>
        <w:t xml:space="preserve">[12:04] </w:t>
      </w:r>
      <w:r>
        <w:t>is wajh se ek nai ummat, nai community bani paRi, naya giroh banana paRa. to inhi logon mein se jo hain, jo Muhajir, Ansar, inhi logon mein se nikle.</w:t>
      </w:r>
    </w:p>
    <w:p>
      <w:pPr>
        <w:jc w:val="right"/>
      </w:pPr>
      <w:r>
        <w:t>اسوجہ سے ایک نئی ام، نئی کمیونٹیبن انیپڑی،نیا گروہبناناپڑا۔ تو انہی لوگوںمیںسے جوہیں ،جو مہاجرین، انصار، انہیلوگوںمیںسےنکلے۔</w:t>
      </w:r>
    </w:p>
    <w:p>
      <w:r>
        <w:rPr>
          <w:b/>
        </w:rPr>
        <w:t xml:space="preserve">[12:17] </w:t>
      </w:r>
      <w:r>
        <w:t>to inhi ko Quran mein khair ul ummah kaha gaya hai. yani behtareen giroh, aaj Musalman samajhte hain hum sab behtareen giroh hain.</w:t>
      </w:r>
    </w:p>
    <w:p>
      <w:pPr>
        <w:jc w:val="right"/>
      </w:pPr>
      <w:r>
        <w:t>تو انہیکو قرآنمیں خیر امتکہاگیاہے۔ یعنی بہترین گروہ،آجمسلمان سمجھتےہیںہمسببہترین گروہہیں۔</w:t>
      </w:r>
    </w:p>
    <w:p>
      <w:r>
        <w:rPr>
          <w:b/>
        </w:rPr>
        <w:t xml:space="preserve">[12:26] </w:t>
      </w:r>
      <w:r>
        <w:t>woh in logon ko behtareen giroh kaha gaya hai aur jo log unke naqsh e qadam par chalein to woh is mein shamil honge. to inhi logon ne jo khair ul ummah the, in logon ne zabardast qurbani de kar Khuda ke deen ko ghalib kiya aur Prophet ka poora poora saath diya.</w:t>
      </w:r>
    </w:p>
    <w:p>
      <w:pPr>
        <w:jc w:val="right"/>
      </w:pPr>
      <w:r>
        <w:t>وہ انلوگوںکو بہترین گروہکہاگیاہےاور جو لوگ انکے نقش قدم پر چلیں تو وہ اسمیں شامل ہوںگے۔ تو انہیلوگوںنے جو خیر امتتھے، انلوگوںنے زبرد ست قربانیدےکرکے خداکےدینکو غالبکیا اور پرافٹکاپوراپوراساتھ دیا۔</w:t>
      </w:r>
    </w:p>
    <w:p>
      <w:r>
        <w:rPr>
          <w:b/>
        </w:rPr>
        <w:t xml:space="preserve">[12:46] </w:t>
      </w:r>
      <w:r>
        <w:t>bohat ta'ajjub hota hai ke woh log Shib-e-Abi Talib mein jahan na khana tha, na pani tha, garmi mein wahan wahan rahe, koi bhi ek aadmi bhi Prophet ko chhod kar nahi gaya.</w:t>
      </w:r>
    </w:p>
    <w:p>
      <w:pPr>
        <w:jc w:val="right"/>
      </w:pPr>
      <w:r>
        <w:t>بہت تع جبہوتاہےکہ وہ لوگ شیبابیطالبمیںجہاںکہنہ کھاناتھا،نہ پانیتھی،گر میمیں وہاں وہاںرہے،کوئیبھی ایک آدمیبھی پرافٹکوچھوڑکرنہیںگیا۔</w:t>
      </w:r>
    </w:p>
    <w:p>
      <w:r>
        <w:rPr>
          <w:b/>
        </w:rPr>
        <w:t xml:space="preserve">[12:58] </w:t>
      </w:r>
      <w:r>
        <w:t>to itna zabardast unke andar yeh tha ke ek baar unhone wada kar liya to usko poora karna hi unka farz hai.</w:t>
      </w:r>
    </w:p>
    <w:p>
      <w:pPr>
        <w:jc w:val="right"/>
      </w:pPr>
      <w:r>
        <w:t>تو اتنا زبرد ست انکےاندریہتھا کہایکبار انہوںنے وعدہ کرلیاتواسکوپوراکرناجوہےانکا فرضہے۔</w:t>
      </w:r>
    </w:p>
    <w:p>
      <w:r>
        <w:rPr>
          <w:b/>
        </w:rPr>
        <w:t xml:space="preserve">[13:09] </w:t>
      </w:r>
      <w:r>
        <w:t>to yeh unhone inhi logon ne Prophet ka saath diya aur inhi logon ko hum aaj Sahaba kehte</w:t>
      </w:r>
    </w:p>
    <w:p>
      <w:pPr>
        <w:jc w:val="right"/>
      </w:pPr>
      <w:r>
        <w:t>تو یہ انہوںنےانہیلوگوںنے پرافٹکا ساتھدیا اور انہیلوگوںکوہم آج صحابہکہتے</w:t>
      </w:r>
    </w:p>
    <w:p>
      <w:r>
        <w:rPr>
          <w:b/>
        </w:rPr>
        <w:t xml:space="preserve">[13:15] </w:t>
      </w:r>
      <w:r>
        <w:t>hain. to in logon ne saari dunya mein Khuda ka paigham, us waqt ki jo abad dunya thi, wahan Khuda ka paigham pahuNcha diya. to yeh kaam jo hai na qurbani ke level par hua.</w:t>
      </w:r>
    </w:p>
    <w:p>
      <w:pPr>
        <w:jc w:val="right"/>
      </w:pPr>
      <w:r>
        <w:t>ہیں۔ تو انلوگوںنے ساریدنیا میں خداکاپیغام ،اسوقت کیجو آباد دنیا تھی، وہاںخداکاپیغامپہنچادیا۔ تویہ کام جوہے ناقربانیکےلیولپر ہوا۔</w:t>
      </w:r>
    </w:p>
    <w:p>
      <w:r>
        <w:rPr>
          <w:b/>
        </w:rPr>
        <w:t xml:space="preserve">[13:27] </w:t>
      </w:r>
      <w:r>
        <w:t>ji ji, aaj bhi qurbani darkar hai agar hum koi bada kaam karna chahte hain to. ji achha apa, history mein agar hum dekhein na to we also find that women also played a very critical and significant role in furthering the cause of g</w:t>
      </w:r>
    </w:p>
    <w:p>
      <w:pPr>
        <w:jc w:val="right"/>
      </w:pPr>
      <w:r>
        <w:t>جیجی، آجبھی قربانی درکارہےاگرہمکوئی بڑاکام کرناچاہتےہیںتو ۔ جی اچھاآپا،ہسٹریمیںاگرہمدیکھیںناتو وی الس وفائنڈدیٹ وومنہیوالسوپلیڈاویریکریٹیکل اینڈسگنیفیکنٹ رول ان فردرنگدی کازافگ</w:t>
      </w:r>
    </w:p>
    <w:p>
      <w:r>
        <w:rPr>
          <w:b/>
        </w:rPr>
        <w:t xml:space="preserve">[13:44] </w:t>
      </w:r>
      <w:r>
        <w:t>od. ek foundation role jo hai woh Hazrat Hajra, Prophet Ibrahim ki jo wife hai, unhone bhi play kara. to main chahunga ke aap bataein ke what is that historic role that Hazrat Hajra played? iske bare mein aap hum sab ko bataein.</w:t>
      </w:r>
    </w:p>
    <w:p>
      <w:pPr>
        <w:jc w:val="right"/>
      </w:pPr>
      <w:r>
        <w:t>اڈ۔ ایک فاؤنڈیشنلرول جوہےوہ حضرت ہاجرہ، پرافٹابراہیمکیجووائفہے،انہوںنےبھیپلےکرا۔ تو میںچاہوںگاکہآپبت ائیںکہواٹازدیٹہسٹورک رول دیٹحضرت ہاجرہپلیڈ؟اسکےبارےمیں آپہمسبکوبتائیں۔</w:t>
      </w:r>
    </w:p>
    <w:p>
      <w:r>
        <w:rPr>
          <w:b/>
        </w:rPr>
        <w:t xml:space="preserve">[14:00] </w:t>
      </w:r>
      <w:r>
        <w:t>Hazrat Hajra jo hain, one of the greatest women hain. ji, ismein Hazrat Maryam ka naam aata hai, Hazrat Asiya ka aata hai aur Hazrat Khadija ka aata hai.</w:t>
      </w:r>
    </w:p>
    <w:p>
      <w:pPr>
        <w:jc w:val="right"/>
      </w:pPr>
      <w:r>
        <w:t>حضرت ہاجرہجوہیں، ون افدی گریٹسٹ وومنہیں۔ جی، اسمیں حضرت مریمکانام آتاہے،حضرت اسیہکاآتاہے اور حضرت خدیجہکاآتاہے۔</w:t>
      </w:r>
    </w:p>
    <w:p>
      <w:r>
        <w:rPr>
          <w:b/>
        </w:rPr>
        <w:t xml:space="preserve">[14:13] </w:t>
      </w:r>
      <w:r>
        <w:t>to Hazrat Hajra ka role ke hisab se mere khayal mein bohat bohat azeem khatoon hain woh. kyunke Hazrat Hajra ki qurbani agar na hoti to aaj tauheed ki history hi wajood mein na aati.</w:t>
      </w:r>
    </w:p>
    <w:p>
      <w:pPr>
        <w:jc w:val="right"/>
      </w:pPr>
      <w:r>
        <w:t>تو حضرت ہاجرہ کا رول کےحسابسے میرےخیالمیںبہت بہت عظیم خاتونہیںوہ ۔ کیونکہحضرت ہاجرہکیقربانی اگر نہ ہوتی تو آج تو حیدکیتاریخ ہی وجود میںنہآتی</w:t>
      </w:r>
    </w:p>
    <w:p>
      <w:r>
        <w:rPr>
          <w:b/>
        </w:rPr>
        <w:t xml:space="preserve">[14:30] </w:t>
      </w:r>
      <w:r>
        <w:t>unhonne jo qurbani di ke is haalat mein jab ke kuch bhi nahin tha sahara mein, sirf Khuda ke bharose woh wohan reh gayin ke jab Allah ka hukam hai to Allah hamein zaya nahin karega.</w:t>
      </w:r>
    </w:p>
    <w:p>
      <w:pPr>
        <w:jc w:val="right"/>
      </w:pPr>
      <w:r>
        <w:t>۔ انہوںنےجوقربانی دی کہاسحالتمیںجب کہکچھبھی نہیں تھاصحرامیں، صرف خداکےبھروسے وہوہاںرہگئیں کہجب اللہ کاحکمہے تو اللہ ہمیں ضائعنہیںکرےگا۔</w:t>
      </w:r>
    </w:p>
    <w:p>
      <w:r>
        <w:rPr>
          <w:b/>
        </w:rPr>
        <w:t xml:space="preserve">[14:45] </w:t>
      </w:r>
      <w:r>
        <w:t>to is tareeqe se ek nayi nasal wajood mein aayi Hazrat Hajra ki qurbani se.</w:t>
      </w:r>
    </w:p>
    <w:p>
      <w:pPr>
        <w:jc w:val="right"/>
      </w:pPr>
      <w:r>
        <w:t>تو اسطریقےسے ایک نئی نسل وجود میں آئی حضرت ہاجرہکیقربانیسے ۔</w:t>
      </w:r>
    </w:p>
    <w:p>
      <w:r>
        <w:rPr>
          <w:b/>
        </w:rPr>
        <w:t xml:space="preserve">[14:52] </w:t>
      </w:r>
      <w:r>
        <w:t>to yeh nayi nasal sirf tauheed based inqilab nahin tha balkeh iske saath saath bohat saare relative iske aspect hote hain.</w:t>
      </w:r>
    </w:p>
    <w:p>
      <w:pPr>
        <w:jc w:val="right"/>
      </w:pPr>
      <w:r>
        <w:t>تو یہنئینسل صرف توحید بیسڈانقلابنہیںتھابلکہ اسکےساتھ ساتھ بہت سارے ریلیٹو اسکے ایسپیکٹہوتےہیں۔</w:t>
      </w:r>
    </w:p>
    <w:p>
      <w:r>
        <w:rPr>
          <w:b/>
        </w:rPr>
        <w:t xml:space="preserve">[15:03] </w:t>
      </w:r>
      <w:r>
        <w:t>aman ka daur aaya, masawaat ka daur aaya, ek walteeka aur auraton ki aazadi ka daur aaya.</w:t>
      </w:r>
    </w:p>
    <w:p>
      <w:pPr>
        <w:jc w:val="right"/>
      </w:pPr>
      <w:r>
        <w:t>امنکادور آیا، مساواتکادور آیا،ایک وال ٹیکا اور ع ورتوںکی آزادی کا دور آیا۔</w:t>
      </w:r>
    </w:p>
    <w:p>
      <w:r>
        <w:rPr>
          <w:b/>
        </w:rPr>
        <w:t xml:space="preserve">[15:13] </w:t>
      </w:r>
      <w:r>
        <w:t>sabse badi cheez woh yeh hai ke daleel ki, ke ke zor par haq ko pehchanna.</w:t>
      </w:r>
    </w:p>
    <w:p>
      <w:pPr>
        <w:jc w:val="right"/>
      </w:pPr>
      <w:r>
        <w:t>سبسےبڑیچیز وہیہےکہدلیل کی ،کہ کہ زورپر حق کوپہچاننا۔</w:t>
      </w:r>
    </w:p>
    <w:p>
      <w:r>
        <w:rPr>
          <w:b/>
        </w:rPr>
        <w:t xml:space="preserve">[15:20] </w:t>
      </w:r>
      <w:r>
        <w:t>to yeh saari cheezein is se pehle jo hum dekhte hain, Hazrat Ibrahim ke se pehle religious persecution tha. Koi bhi koi naya kaam nahin kar sakta tha, usko maar dalte the, kuch bhi karne nahin dete the.</w:t>
      </w:r>
    </w:p>
    <w:p>
      <w:pPr>
        <w:jc w:val="right"/>
      </w:pPr>
      <w:r>
        <w:t>تو یہ ساریچیزیں اسسے پہلے جو ہم دیکھتےہیں،حضرت ابراہیم کے سے پہلے ریلیجسپرزیکیوشنتھا۔ کوئیبھیکوئینیاکامنہیں کرسکتاتھا، اسکو مار ڈالتےتھے،کچھبھی کرنے نہیںدیتےتھے۔</w:t>
      </w:r>
    </w:p>
    <w:p>
      <w:r>
        <w:rPr>
          <w:b/>
        </w:rPr>
        <w:t xml:space="preserve">[15:34] </w:t>
      </w:r>
      <w:r>
        <w:t>bas jo chal raha hai baap dada ke zamane se, bas wohi chalta tha. Kuch karne nahin dete the, kehte the hum hamare baap dada ne to aisa kiya hai.</w:t>
      </w:r>
    </w:p>
    <w:p>
      <w:pPr>
        <w:jc w:val="right"/>
      </w:pPr>
      <w:r>
        <w:t>بس جو چلرہاہے باپداداکےزمانےسے، بسوہیچلتاتھا۔ کچھ کرنے نہیںدیتےتھے،کہتےتھےہمہمارےباپدادانےتوایساکیا ہے۔</w:t>
      </w:r>
    </w:p>
    <w:p>
      <w:r>
        <w:rPr>
          <w:b/>
        </w:rPr>
        <w:t xml:space="preserve">[15:43] </w:t>
      </w:r>
      <w:r>
        <w:t>to isi liye woh sachai ko samajh nahin paate the.</w:t>
      </w:r>
    </w:p>
    <w:p>
      <w:pPr>
        <w:jc w:val="right"/>
      </w:pPr>
      <w:r>
        <w:t>تو اسیلیےوہ سچائیکو سمجھ نہیںپاتےتھے۔</w:t>
      </w:r>
    </w:p>
    <w:p>
      <w:r>
        <w:rPr>
          <w:b/>
        </w:rPr>
        <w:t xml:space="preserve">[15:48] </w:t>
      </w:r>
      <w:r>
        <w:t>to Hazrat Hajra wahan rahin aur itni badi Allah ki madad aayi ke is sahara mein Allah Taala ne pani ka darya baha diya. To is tareeqe se wahan par Khuda ka pehla ghar bana, jis ko hum keh sakte hain ke Khuda ki mission ka ek center bana.</w:t>
      </w:r>
    </w:p>
    <w:p>
      <w:pPr>
        <w:jc w:val="right"/>
      </w:pPr>
      <w:r>
        <w:t>تو حضرت ہاجرہ وہاں رہیں اور اتنی بڑی اللہ کیمد دآئی کہ اسصح رامیںاللہ تعالینے پانی کادریا بہادیا۔ تو اسطریقےسے وہاںپر خداکاپہلاگھربنا، جسکوہمکہہسکتےہیںکہ خدائی مشنکاایک سینٹربنا۔</w:t>
      </w:r>
    </w:p>
    <w:p>
      <w:r>
        <w:rPr>
          <w:b/>
        </w:rPr>
        <w:t xml:space="preserve">[16:08] </w:t>
      </w:r>
      <w:r>
        <w:t>to yeh bohat zabardast Hazrat Hajra ka kaam tha. Aur is mein hamare liye har har mauqe par ek lesson hai ke Khuda ki madad, jis ko kehte hain, chappar phaar kar aati hai ke kis tareeqe se madad aati hai. Jab aadmi ek dum at the end aur jab helpless hota hai,</w:t>
      </w:r>
    </w:p>
    <w:p>
      <w:pPr>
        <w:jc w:val="right"/>
      </w:pPr>
      <w:r>
        <w:t>تو یہ بہت زبرد ست حضرت ہاجرہکاکام تھا۔ اوراسمیں ہمارےلیے ہر ہر موقعپر ایک لیسنہے کہ خدا کی مد د، جسکوکہتےہیں،چھپر پھاڑکرآتیہے کہکسطریقےسے مد دآتیہے۔جبآدمیایکدم ایٹدا ورجب ہیلپلیسنسہوتاہے،</w:t>
      </w:r>
    </w:p>
    <w:p>
      <w:r>
        <w:rPr>
          <w:b/>
        </w:rPr>
        <w:t xml:space="preserve">[16:28] </w:t>
      </w:r>
      <w:r>
        <w:t>jab bachcha ek dum rone laga, pani ke liye bilakne laga, tab us waqt Allah Taala ne farishte ko bhej diya. To</w:t>
      </w:r>
    </w:p>
    <w:p>
      <w:pPr>
        <w:jc w:val="right"/>
      </w:pPr>
      <w:r>
        <w:t>جب بچہ ایکدم رونےلگا، پانیکےلیے بل کنےلگا، تب اس وقت اللہ تعالینے فرشتےکوبھیجدیا۔ تو</w:t>
      </w:r>
    </w:p>
    <w:p>
      <w:r>
        <w:rPr>
          <w:b/>
        </w:rPr>
        <w:t xml:space="preserve">[16:37] </w:t>
      </w:r>
      <w:r>
        <w:t>isi tareeqe se hum ko har mauqe par learning apni karni hai ke hum Khuda ki raah mein apne aap ko qurban karein, apni time, apna paisa sab lagayein, aur jab zaroorat hogi to Allah Taala isi tarah hamari bhi madad karega.</w:t>
      </w:r>
    </w:p>
    <w:p>
      <w:pPr>
        <w:jc w:val="right"/>
      </w:pPr>
      <w:r>
        <w:t>اسیطریقےسےہمکو ہر موقع پر لرننگاپنی کرنیہے کہہم خداکی راہمیں اپنے آپکو قربانکریں، اپنی ٹائم،اپنا پیسہ سبلگائیں، اور جب ضرورت ہوگیتواللہ تعالی اسیطرح ہماریبھیمددکرےگا۔</w:t>
      </w:r>
    </w:p>
    <w:p>
      <w:r>
        <w:rPr>
          <w:b/>
        </w:rPr>
        <w:t xml:space="preserve">[16:55] </w:t>
      </w:r>
      <w:r>
        <w:t>to farishte ne jaise Hazrat Hajra se kaha ke tum zaya hone ka andesha na karo, yeh Allah ka ghar hai,</w:t>
      </w:r>
    </w:p>
    <w:p>
      <w:pPr>
        <w:jc w:val="right"/>
      </w:pPr>
      <w:r>
        <w:t>تو فرشتےنے جیسےحضرت ہاجرہسےکہا کہتم ضائعہونے کااندیشہنہکرو ، یہاللہ کاگھرہے،</w:t>
      </w:r>
    </w:p>
    <w:p>
      <w:r>
        <w:rPr>
          <w:b/>
        </w:rPr>
        <w:t xml:space="preserve">[17:03] </w:t>
      </w:r>
      <w:r>
        <w:t>yeh bachcha aur iske baap dono is ghar ko banayenge. To is tareeqe se Hazrat Ibrahim ne jo jo duayein ki, woh sab qabool huin.</w:t>
      </w:r>
    </w:p>
    <w:p>
      <w:pPr>
        <w:jc w:val="right"/>
      </w:pPr>
      <w:r>
        <w:t>یہ بچہاور اسکے باپ دونوں اسگھرکو بن ائیںگے۔ تواسطریقےسےحضرت ابراہیمنے جو جو دعائیںکیں،وہسب قبولہوئیں۔</w:t>
      </w:r>
    </w:p>
    <w:p>
      <w:r>
        <w:rPr>
          <w:b/>
        </w:rPr>
        <w:t xml:space="preserve">[17:14] </w:t>
      </w:r>
      <w:r>
        <w:t>Hazrat Ibrahim ne duaa ki thi ke is qaum se, is ummat se, is nasal se ek farmanbardar ummat uthe.</w:t>
      </w:r>
    </w:p>
    <w:p>
      <w:pPr>
        <w:jc w:val="right"/>
      </w:pPr>
      <w:r>
        <w:t>حضرت ابراہیمنے دعاکیتھی کہ اس قومسے، اس امتسے، اس نسلسےایک فرمانبرد ار امتاٹھا۔</w:t>
      </w:r>
    </w:p>
    <w:p>
      <w:r>
        <w:rPr>
          <w:b/>
        </w:rPr>
        <w:t xml:space="preserve">[17:23] </w:t>
      </w:r>
      <w:r>
        <w:t>to woh hua, aise log to duniya ne kabhi dekhe nahin the.</w:t>
      </w:r>
    </w:p>
    <w:p>
      <w:pPr>
        <w:jc w:val="right"/>
      </w:pPr>
      <w:r>
        <w:t>تو وہیہوا، ایسےلوگ تو دنیا نےکبھیدیکھےنہیں تھے۔</w:t>
      </w:r>
    </w:p>
    <w:p>
      <w:r>
        <w:rPr>
          <w:b/>
        </w:rPr>
        <w:t xml:space="preserve">[17:28] </w:t>
      </w:r>
      <w:r>
        <w:t>isi liye usko Philip K. Hitti ne Nursery of Heroes kaha hai. To Hajra ki qurbani ne tauheed ki dawat ko fikri marhale se inqilab ke marhale tak pahunchaya.</w:t>
      </w:r>
    </w:p>
    <w:p>
      <w:pPr>
        <w:jc w:val="right"/>
      </w:pPr>
      <w:r>
        <w:t>اسیلیےاسکو فلپکےہٹینے نرسریآفہیروزکہاہے۔ تو ہاجرہکیقربانی نے توحیدکیدعوتکو فکری مرحلےسے انقلابکےمرحلےتکپہنچایا۔</w:t>
      </w:r>
    </w:p>
    <w:p>
      <w:r>
        <w:rPr>
          <w:b/>
        </w:rPr>
        <w:t xml:space="preserve">[17:42] </w:t>
      </w:r>
      <w:r>
        <w:t>matlab jab bhi paighambar aate to sirf ideology ke level par kaam hota. Ji, matlab log nahin milte the ke isko practical revolution ke level par baat aage badhe.</w:t>
      </w:r>
    </w:p>
    <w:p>
      <w:pPr>
        <w:jc w:val="right"/>
      </w:pPr>
      <w:r>
        <w:t>مطلب جب بھی پیغمبرآتے تو صرف آئیڈیالوجیکےلیولپر کامہوتا۔ جی، مطلب لوگ نہیں ملتےتھے کہاسکو پریکٹیکل ریولیوشن کےلیولپر باتآگےبڑھے۔</w:t>
      </w:r>
    </w:p>
    <w:p>
      <w:r>
        <w:rPr>
          <w:b/>
        </w:rPr>
        <w:t xml:space="preserve">[17:57] </w:t>
      </w:r>
      <w:r>
        <w:t>to kyunke ek bohat aala darje ki ek team darkar thi, aur team kisi paighambar ke paas thi nahin. Bade bade paighambar the, koi paighambar kisi se kam nahin tha, lekin ek team chahiye.</w:t>
      </w:r>
    </w:p>
    <w:p>
      <w:pPr>
        <w:jc w:val="right"/>
      </w:pPr>
      <w:r>
        <w:t>تو کیونکہ ایکبہت اعلیٰدرج ےکیایکٹیم درکار تھی، اور ٹیم کسی پیغمبرکےپاس تھینہیں ۔ بڑےبڑےپیغمبرتھے،کوئی پیغمبر کسی سےکمنہیںتھا ، لیکن ایک ٹیم چاہیے۔</w:t>
      </w:r>
    </w:p>
    <w:p>
      <w:r>
        <w:rPr>
          <w:b/>
        </w:rPr>
        <w:t xml:space="preserve">[18:11] </w:t>
      </w:r>
      <w:r>
        <w:t>to sahara mein mahol mein jo team tayyar hui, woh wohi Ismaeelites kehte hain, Bani Ismaeel kehte hain inhi ko.</w:t>
      </w:r>
    </w:p>
    <w:p>
      <w:pPr>
        <w:jc w:val="right"/>
      </w:pPr>
      <w:r>
        <w:t>تو صحرائی ماحولمیں جو ٹیم تیار ہوئی،وہ وہی اسماع یلائٹسکہتےہیں، بنواسماعیلکہتےہیںانہیکو ۔</w:t>
      </w:r>
    </w:p>
    <w:p>
      <w:r>
        <w:rPr>
          <w:b/>
        </w:rPr>
        <w:t xml:space="preserve">[18:20] </w:t>
      </w:r>
      <w:r>
        <w:t>to is tareeqe se hum dekhte hain ke Hazrat Hajra ka role mere khayal mein auraton mein sabse bada role hai.</w:t>
      </w:r>
    </w:p>
    <w:p>
      <w:pPr>
        <w:jc w:val="right"/>
      </w:pPr>
      <w:r>
        <w:t>تواسطریقےسےہمدیکھتےہیں کہحضرت ہاجرہکارول میرےخیالمیں ع ورتوںمیںسبسےبڑا رولہے۔</w:t>
      </w:r>
    </w:p>
    <w:p>
      <w:r>
        <w:rPr>
          <w:b/>
        </w:rPr>
        <w:t xml:space="preserve">[18:27] </w:t>
      </w:r>
      <w:r>
        <w:t>ji, isi liye yeh na yeh saying woh hai, inke upar poori tarah apply karti hai. The greatest women at the beginning of all great things.</w:t>
      </w:r>
    </w:p>
    <w:p>
      <w:pPr>
        <w:jc w:val="right"/>
      </w:pPr>
      <w:r>
        <w:t>جی،اسیلیے یہ نہ یہ سینگجوہے، انکےاوپر پوریطرح اپلائیکرتیہے۔ دیرازاوومن ایٹدابگننگاف ال گریٹتھنگز۔</w:t>
      </w:r>
    </w:p>
    <w:p>
      <w:r>
        <w:rPr>
          <w:b/>
        </w:rPr>
        <w:t xml:space="preserve">[18:37] </w:t>
      </w:r>
      <w:r>
        <w:t>ji, aur aap, yeh bhi hum dekhte hain ke Hajj ke dauran Muslim world wide they perform a ritual of sacrificing an animal in the name of God.</w:t>
      </w:r>
    </w:p>
    <w:p>
      <w:pPr>
        <w:jc w:val="right"/>
      </w:pPr>
      <w:r>
        <w:t>جی، اورآپا، یہبھیہمدیکھتےہیںکہ حجکےدوران مسلمزورلڈوائیڈ دےپرفارماریچولاف سیکریفائزنگاینڈاینیملاندانیمافگاڈ۔</w:t>
      </w:r>
    </w:p>
    <w:p>
      <w:r>
        <w:rPr>
          <w:b/>
        </w:rPr>
        <w:t xml:space="preserve">[18:48] </w:t>
      </w:r>
      <w:r>
        <w:t>to what was the significance of this sacrifice? Iske bare mein bhi aap batayein.</w:t>
      </w:r>
    </w:p>
    <w:p>
      <w:pPr>
        <w:jc w:val="right"/>
      </w:pPr>
      <w:r>
        <w:t>تو واٹازداسگنیفیکنساف دسسیکریفائز؟اسکےبارےمیںبھی آپ بتائیں۔</w:t>
      </w:r>
    </w:p>
    <w:p>
      <w:r>
        <w:rPr>
          <w:b/>
        </w:rPr>
        <w:t xml:space="preserve">[18:55] </w:t>
      </w:r>
      <w:r>
        <w:t>ek Sahabi ne Rasool Allah Sallallahu Alaihi Wasallam se poocha, ma dhul ahai ya Rasool Allah? To aap ne farmaya, yeh tumhare baap Ibrahim ki sunnat hai.</w:t>
      </w:r>
    </w:p>
    <w:p>
      <w:pPr>
        <w:jc w:val="right"/>
      </w:pPr>
      <w:r>
        <w:t>ایک صحابینےرسول اللہ صلیاللہعلیہوسلم سےپوچھا، ماذ ہ الاضاحی یارسولاللہ ؟توآپنےفرمایا، یہ تمہارےباپ ابراہیم کیسن تہے۔</w:t>
      </w:r>
    </w:p>
    <w:p>
      <w:r>
        <w:rPr>
          <w:b/>
        </w:rPr>
        <w:t xml:space="preserve">[19:08] </w:t>
      </w:r>
      <w:r>
        <w:t>to qurbani ki spirit ko samajhne ke liye hum ko Hazrat Ismail, Hazrat Ibrahim ki zindagi ko samajhna padega.</w:t>
      </w:r>
    </w:p>
    <w:p>
      <w:pPr>
        <w:jc w:val="right"/>
      </w:pPr>
      <w:r>
        <w:t>تو قربانی کی سپرٹکوسمجھنےکےلیے ہمکوحضرت اسم اعیل،حضرت ابراہیم کی زندگی کوسمجھناپڑےگا۔</w:t>
      </w:r>
    </w:p>
    <w:p>
      <w:r>
        <w:rPr>
          <w:b/>
        </w:rPr>
        <w:t xml:space="preserve">[19:19] </w:t>
      </w:r>
      <w:r>
        <w:t>Hazrat Ibrahim ka be-aab o giya sahara mein abad karna,</w:t>
      </w:r>
    </w:p>
    <w:p>
      <w:pPr>
        <w:jc w:val="right"/>
      </w:pPr>
      <w:r>
        <w:t>حضرت ابراہیم کا بےابوگیا صح رامیں آباد کرنا،</w:t>
      </w:r>
    </w:p>
    <w:p>
      <w:r>
        <w:rPr>
          <w:b/>
        </w:rPr>
        <w:t xml:space="preserve">[19:24] </w:t>
      </w:r>
      <w:r>
        <w:t>Hazrat Ismail ko yeh zibah ki qurbani se bhi badhkar, asal mein log samajhte hain qurbani ki bahut dhoom machate hain, samajhte hain ke yahi asal qurbani hai.</w:t>
      </w:r>
    </w:p>
    <w:p>
      <w:pPr>
        <w:jc w:val="right"/>
      </w:pPr>
      <w:r>
        <w:t>حضرت اسماعیلکو یہ ذبحکیقربانیسےبھیبڑھکر، اصلمیںلوگسمجھتےہیں قربانیکیبہت دھوممچاتےہیں،سمجھتےہیںکہ یہی اصل قربانی ہے۔</w:t>
      </w:r>
    </w:p>
    <w:p>
      <w:r>
        <w:rPr>
          <w:b/>
        </w:rPr>
        <w:t xml:space="preserve">[19:35] </w:t>
      </w:r>
      <w:r>
        <w:t>wo asal qurbani thodi thi, wo to fidiya tha. Asal qurbani to Hazrat Ismail ki thi.</w:t>
      </w:r>
    </w:p>
    <w:p>
      <w:pPr>
        <w:jc w:val="right"/>
      </w:pPr>
      <w:r>
        <w:t>وہ اصلقربانیتھوڑیتھی،وہتو فدیہتھا۔ اصلقربانیتوحضرت اسماعیلکیتھی۔</w:t>
      </w:r>
    </w:p>
    <w:p>
      <w:r>
        <w:rPr>
          <w:b/>
        </w:rPr>
        <w:t xml:space="preserve">[19:41] </w:t>
      </w:r>
      <w:r>
        <w:t>to jab hum qurbani dein to hum yeh is is baat ko pure tareeqe se apne zehan mein rakhein ke Khuda ki raza ki khatir humein har tarah ki qurbani dene ke liye tayyar rehna chahiye.</w:t>
      </w:r>
    </w:p>
    <w:p>
      <w:pPr>
        <w:jc w:val="right"/>
      </w:pPr>
      <w:r>
        <w:t>توجبہم قربانی دیں تو ہم یہ اس اس باتکو پورےطریقےسے اپنے ذہنمیںرکھ یں کہ خداکیرضاکیخاطر ہمیںہرطرح کیقربانیدینےکےلیے تیار رہناچاہیے۔</w:t>
      </w:r>
    </w:p>
    <w:p>
      <w:r>
        <w:rPr>
          <w:b/>
        </w:rPr>
        <w:t xml:space="preserve">[19:57] </w:t>
      </w:r>
      <w:r>
        <w:t>to qurbani sirf ek makhsoos din ki baat nahi, balkeh insaan ki poori zindagi mein qurbani ki zaroorat hoti hai. Ab kab kis qurbani ki zaroorat hai?</w:t>
      </w:r>
    </w:p>
    <w:p>
      <w:pPr>
        <w:jc w:val="right"/>
      </w:pPr>
      <w:r>
        <w:t>تو قربانیصرف ایک مخصوصدنکیباتنہیں، بل کہ انسان کی پوری زندگی میں قربانی کیضرورت ہوتیہے۔ ابکبکیسیقربانیکیضرورت ہے؟</w:t>
      </w:r>
    </w:p>
    <w:p>
      <w:r>
        <w:rPr>
          <w:b/>
        </w:rPr>
        <w:t xml:space="preserve">[20:08] </w:t>
      </w:r>
      <w:r>
        <w:t>to humein Khuda ke liye, aakhirat ke liye, jannat ke liye qurbani dene ke liye humein tayyar rehna chahiye. To yeh yeh hai ke qurbani ke bare mein hum logon ko bahut kam maloomat hain.</w:t>
      </w:r>
    </w:p>
    <w:p>
      <w:pPr>
        <w:jc w:val="right"/>
      </w:pPr>
      <w:r>
        <w:t>تو ہمیں خداکےلیے، آخرتکےلیے،جنتکےلیے قربانی دینےکےلیے ہمیں تیار رہناچاہیے۔ تو یہیہے کہقربانیکےبارےمیں ہملوگوںکو بہت کم معلوماتہیں۔</w:t>
      </w:r>
    </w:p>
    <w:p>
      <w:r>
        <w:rPr>
          <w:b/>
        </w:rPr>
        <w:t xml:space="preserve">[20:22] </w:t>
      </w:r>
      <w:r>
        <w:t>bade bade jaanwar mehange mehange kharidte hain, samajhte hain ke yahi asal qurbani hai. Lekin Quran mein jo humein bataya gaya hai, wo yeh nahi hai.</w:t>
      </w:r>
    </w:p>
    <w:p>
      <w:pPr>
        <w:jc w:val="right"/>
      </w:pPr>
      <w:r>
        <w:t>بڑےبڑےجان ور مہنگےمہنگےخریدتےہیں، سمجھتےہیںکہیہی اصل قربانی ہے۔ لیکن قرآنمیںجوہمیںبتایاگیاہے، وہ یہنہیں ہے۔</w:t>
      </w:r>
    </w:p>
    <w:p>
      <w:r>
        <w:rPr>
          <w:b/>
        </w:rPr>
        <w:t xml:space="preserve">[20:32] </w:t>
      </w:r>
      <w:r>
        <w:t>Quran mein saaf saaf aaya hai ke Khuda ko jaanwar ka gosht aur khoon nahi pahunchta hai, balkeh tumhare dil ka taqwa pahunchta hai.</w:t>
      </w:r>
    </w:p>
    <w:p>
      <w:pPr>
        <w:jc w:val="right"/>
      </w:pPr>
      <w:r>
        <w:t>قرآنمیں صافصافآیاہے کہ خداکو جان ورکا گوشتاورخوننہیں پہنچتاہے، بلکہتمہارےدلکا تقویٰپہنچتاہے۔</w:t>
      </w:r>
    </w:p>
    <w:p>
      <w:r>
        <w:rPr>
          <w:b/>
        </w:rPr>
        <w:t xml:space="preserve">[20:43] </w:t>
      </w:r>
      <w:r>
        <w:t>to</w:t>
      </w:r>
    </w:p>
    <w:p>
      <w:pPr>
        <w:jc w:val="right"/>
      </w:pPr>
      <w:r>
        <w:t>تو</w:t>
      </w:r>
    </w:p>
    <w:p>
      <w:r>
        <w:rPr>
          <w:b/>
        </w:rPr>
        <w:t xml:space="preserve">[20:44] </w:t>
      </w:r>
      <w:r>
        <w:t>jo taqwa of God consciousness hai, yahi required hai. Humein chahiye ke hum Khuda ki yaad mein zindagi guzarein.</w:t>
      </w:r>
    </w:p>
    <w:p>
      <w:pPr>
        <w:jc w:val="right"/>
      </w:pPr>
      <w:r>
        <w:t>جو الائفآفگاڈکانشیسنس ،یہی ریکوائرڈہے۔ ہمیںچاہیےکہہم خداکییادمیں زندگی گزار یں۔</w:t>
      </w:r>
    </w:p>
    <w:p>
      <w:r>
        <w:rPr>
          <w:b/>
        </w:rPr>
        <w:t xml:space="preserve">[20:53] </w:t>
      </w:r>
      <w:r>
        <w:t>har waqt hum dekhte rahein ke Khuda ki raza kis cheez mein hai, aur uske liye hum hum na sirf apna time, apna maal, apni ana ki qurbani ki bhi bhi ikhtilaf ho jata hai.</w:t>
      </w:r>
    </w:p>
    <w:p>
      <w:pPr>
        <w:jc w:val="right"/>
      </w:pPr>
      <w:r>
        <w:t>ہروقت ہم دیکھتے رہیںکہ خدا کیرضا کسچیزمیںہے، اور اسکےلیے ہم ہم نہصرفاپنا ٹائم، اپنا مال ،اپنی انا کیقربانیکبھیکبھی اختلافہوجاتاہے۔</w:t>
      </w:r>
    </w:p>
    <w:p>
      <w:r>
        <w:rPr>
          <w:b/>
        </w:rPr>
        <w:t xml:space="preserve">[21:06] </w:t>
      </w:r>
      <w:r>
        <w:t>ab log apni ana ki wajah se is ikhtilaf ko hal nahi kar paate hain. To wo sab qurbani hai.</w:t>
      </w:r>
    </w:p>
    <w:p>
      <w:pPr>
        <w:jc w:val="right"/>
      </w:pPr>
      <w:r>
        <w:t>ابلوگ اپنی اناکیوجہ سے اس اختلافکو حلنہیںکرپاتےہیں۔ تو وہسبقربانیہے۔</w:t>
      </w:r>
    </w:p>
    <w:p>
      <w:r>
        <w:rPr>
          <w:b/>
        </w:rPr>
        <w:t xml:space="preserve">[21:13] </w:t>
      </w:r>
      <w:r>
        <w:t>kab kis cheez ki qurbani chahiye? To wo humein deni padegi, tabhi humein bahut bada reward mil sakta hai. Lekin dekhein, qurbani karte waqt jo alfaaz bole jaate hain, wo beshak meri namaz aur meri qurbani aur mera jeena aur mera marna sab Allah ke liye hai.</w:t>
      </w:r>
    </w:p>
    <w:p>
      <w:pPr>
        <w:jc w:val="right"/>
      </w:pPr>
      <w:r>
        <w:t>کبکسچیزکیقربانی چاہیے؟ تو وہ ہمیں دینیپڑےگی،تبھیہمکو بہت بڑا ریوارڈملسکتاہے۔ لیکن دیکھیں،قربانی کرتے وقت جوالفاظبولاجاتےہیں، وہ بےشکمیری نمازاور میری قربانی اور میرا جینااورمیرا مر نا سب اللہ کےلیے ہے۔</w:t>
      </w:r>
    </w:p>
    <w:p>
      <w:r>
        <w:rPr>
          <w:b/>
        </w:rPr>
        <w:t xml:space="preserve">[21:33] </w:t>
      </w:r>
      <w:r>
        <w:t>to yeh sab cheezein agar hum barabar yaad rakhein to iska humare daily life par asar padega,</w:t>
      </w:r>
    </w:p>
    <w:p>
      <w:pPr>
        <w:jc w:val="right"/>
      </w:pPr>
      <w:r>
        <w:t>تویہسب چیزیںاگرہمبرابر یادرکھ یں تو اسکاہمارے جبلائفپر اثرپڑےگا،</w:t>
      </w:r>
    </w:p>
    <w:p>
      <w:r>
        <w:rPr>
          <w:b/>
        </w:rPr>
        <w:t xml:space="preserve">[21:41] </w:t>
      </w:r>
      <w:r>
        <w:t>is se hum apni zindagi ko isi ke mutabiq mold karenge. To poori zindagi ko humein dedicate kar dena hai isi ke liye ke hum Allah ki khatir jab jis qurbani ki zaroorat ho, hum uske liye apne aap ko tayyar paayein.</w:t>
      </w:r>
    </w:p>
    <w:p>
      <w:pPr>
        <w:jc w:val="right"/>
      </w:pPr>
      <w:r>
        <w:t>اسسےہم اپنی زندگی کو اسیکےمطابق مولڈکریںگے۔ تو پوریزندگی کوہمیں ڈیڈیکیٹکردیناہے اسیکےلیےکہہم اللہ کی خاطر جب جس قربانی کیضرورتہو ، ہماسکےلیے اپنےآپکوتیار پائیں۔</w:t>
      </w:r>
    </w:p>
    <w:p>
      <w:r>
        <w:rPr>
          <w:b/>
        </w:rPr>
        <w:t xml:space="preserve">[21:58] </w:t>
      </w:r>
      <w:r>
        <w:t>ji,</w:t>
      </w:r>
    </w:p>
    <w:p>
      <w:pPr>
        <w:jc w:val="right"/>
      </w:pPr>
      <w:r>
        <w:t>جی،</w:t>
      </w:r>
    </w:p>
    <w:p>
      <w:r>
        <w:rPr>
          <w:b/>
        </w:rPr>
        <w:t xml:space="preserve">[21:59] </w:t>
      </w:r>
      <w:r>
        <w:t>aap jazaak Allah, apa, bahut acche se aap ne isko wazeh kiya hai. Kyun ke aksar yeh hota hai ke logon ka jo emphasis hai, wo ritual pe pahunch jaata hai, uske peeche jo spirit hai, us par itna nahi jaata.</w:t>
      </w:r>
    </w:p>
    <w:p>
      <w:pPr>
        <w:jc w:val="right"/>
      </w:pPr>
      <w:r>
        <w:t>آپ جزاک اللہ،آپا،بہتاچھےسےآپنےاسکو واضحکیاہے۔کیونکہ اکثریہیہوتاہےکہلوگوںکاجو ایمفس زہے، وہ ریچ ولپہچلاجاتاہے،اسکےپیچھےجو سپرٹہے، اسپراتنانہیںجاتا ۔</w:t>
      </w:r>
    </w:p>
    <w:p>
      <w:r>
        <w:rPr>
          <w:b/>
        </w:rPr>
        <w:t xml:space="preserve">[22:11] </w:t>
      </w:r>
      <w:r>
        <w:t>jaisa ke aap a, aap dekhein, five pillars of Islam are fundamental acts of worship in a believer's life. Lekin har pillar ka ek form hai aur expression hai.</w:t>
      </w:r>
    </w:p>
    <w:p>
      <w:pPr>
        <w:jc w:val="right"/>
      </w:pPr>
      <w:r>
        <w:t>جیساکہ آپ ا،آپدیکھیں، فائیو پلرزآف اسلام آر فنڈامینٹلایکٹسآف ورشپانابیلیورزلائف۔ لیکن ہر پلرکاایک فارمہےاورایکسپرٹہے۔</w:t>
      </w:r>
    </w:p>
    <w:p>
      <w:r>
        <w:rPr>
          <w:b/>
        </w:rPr>
        <w:t xml:space="preserve">[22:22] </w:t>
      </w:r>
      <w:r>
        <w:t>jaisa ke Maulana sahib kaha karte the ke, "ah ah, salat le lijiye, prayer." Ahda</w:t>
      </w:r>
    </w:p>
    <w:p>
      <w:pPr>
        <w:jc w:val="right"/>
      </w:pPr>
      <w:r>
        <w:t>جیسےمول اناصاحب کہاکرتے تھےکہ، "اہ اہ ،صلاۃلےلیجئے،پریئر۔ "اہدا</w:t>
      </w:r>
    </w:p>
    <w:p>
      <w:r>
        <w:rPr>
          <w:b/>
        </w:rPr>
        <w:t xml:space="preserve">[22:28] </w:t>
      </w:r>
      <w:r>
        <w:t>spirit of prayer is humility, and similarly the spirit of zakat, which is alms giving, is social service. Spirit of Ramadan or fasting is patience.</w:t>
      </w:r>
    </w:p>
    <w:p>
      <w:pPr>
        <w:jc w:val="right"/>
      </w:pPr>
      <w:r>
        <w:t>سپرٹآفپریئرازہیومیلٹی، اینڈسمیلرلی داسپرٹآف زکوۃ،وچاز ارمزگیونگ، ازسوشلسروس۔ سپرٹآف رمضان اور فاسٹنگ از پیشنس۔</w:t>
      </w:r>
    </w:p>
    <w:p>
      <w:r>
        <w:rPr>
          <w:b/>
        </w:rPr>
        <w:t xml:space="preserve">[22:39] </w:t>
      </w:r>
      <w:r>
        <w:t>to spirit of Hajj bhi hai ek. To aap a, main chahunga ke aap isi ko aur extend karte hue thoda aur wazeh se humein batayein ke, "ah what is the spirit of Hajj?" Hmm, yeh bahut zaro</w:t>
      </w:r>
    </w:p>
    <w:p>
      <w:pPr>
        <w:jc w:val="right"/>
      </w:pPr>
      <w:r>
        <w:t>تو سپرٹآف حجبھیہے ایک ۔تو آپ ا،میں چاہوںگاکہآپاسیکو اور ایکسٹینڈکرتے ہوئےتھوڑااور واضحسےہمیںبتائیںکہ، "اہ واٹازداسپرٹآف حج ؟" ہمم،یہبہت ضر</w:t>
      </w:r>
    </w:p>
    <w:p>
      <w:r>
        <w:rPr>
          <w:b/>
        </w:rPr>
        <w:t xml:space="preserve">[22:53] </w:t>
      </w:r>
      <w:r>
        <w:t>ori hai isko jaanna. Kyun ke log samajhte hain ke falan falan manasik hain, usko ada kar diya jaaye, Hajj ho gaya. Aisa nahi hai. Wo manasik wohi, Hazrat Ibrahim ki zindagi ke ek ek aspect ko remind karte hain.</w:t>
      </w:r>
    </w:p>
    <w:p>
      <w:pPr>
        <w:jc w:val="right"/>
      </w:pPr>
      <w:r>
        <w:t>وری ہے اسکوجان نا۔کیونکہلوگسمجھتےہیں کہ فلاںفلاںمناسکہیں،اسکو اداکردیاجائے،حجہوگیا۔ ایسانہیںہے۔ وہ من اسکجوہیں،حضرت ابراہیم کی زندگی کےایکایک ایسپیکٹکو ریمائنڈکرتے ہیں۔</w:t>
      </w:r>
    </w:p>
    <w:p>
      <w:r>
        <w:rPr>
          <w:b/>
        </w:rPr>
        <w:t xml:space="preserve">[23:08] </w:t>
      </w:r>
      <w:r>
        <w:t>Hazrat Ibrahim, jo ke bahut bade paighambar the, unhone jab Khuda ke deen ka paigham aam karne ke liye unki zindagi mein kya kya waqiyat aaye,</w:t>
      </w:r>
    </w:p>
    <w:p>
      <w:pPr>
        <w:jc w:val="right"/>
      </w:pPr>
      <w:r>
        <w:t>حضرت ابراہیم،جوکہبہت بڑے پیغمبرتھے، انہوں نے جب خداکا دینکا پیغام عامکرنے کےلیے انکیزندگی میںکیا کیا واقع ات آئے،</w:t>
      </w:r>
    </w:p>
    <w:p>
      <w:r>
        <w:rPr>
          <w:b/>
        </w:rPr>
        <w:t xml:space="preserve">[23:19] </w:t>
      </w:r>
      <w:r>
        <w:t>to is waqiyat ko hum usko is is waqiyat ke mutabiq saare manasik dein. To hum isko rehearsal samajh lijiye. Hajj ek rehearsal hai Hazrat Ibrahim ki zindagi ka.</w:t>
      </w:r>
    </w:p>
    <w:p>
      <w:pPr>
        <w:jc w:val="right"/>
      </w:pPr>
      <w:r>
        <w:t>تو اس واقع ات کو ہم اسکو اس اس واقع ات کے مط ابق سارےمناسکہیں۔ توہماسکو ریہرسل سمجھلیجئے۔حج ایک ریہرسلہے حضرت ابراہیم کیزندگی کا ۔</w:t>
      </w:r>
    </w:p>
    <w:p>
      <w:r>
        <w:rPr>
          <w:b/>
        </w:rPr>
        <w:t xml:space="preserve">[23:34] </w:t>
      </w:r>
      <w:r>
        <w:t>to hazrat ibrahim ne jis tarah khuda ko apna rasool qarar banaya, woh apna ek apna mehboob beta qurban karne ke liye tayyar ho gaye.</w:t>
      </w:r>
    </w:p>
    <w:p>
      <w:pPr>
        <w:jc w:val="right"/>
      </w:pPr>
      <w:r>
        <w:t>تو حضرتابراہیم نےجسطرح خداکواپنا سول کنسرنبنایا، وہاپناایک اپنا محبوببیٹا ق ربان کرنےکےلیے تیار ہوگئے۔</w:t>
      </w:r>
    </w:p>
    <w:p>
      <w:r>
        <w:rPr>
          <w:b/>
        </w:rPr>
        <w:t xml:space="preserve">[23:44] </w:t>
      </w:r>
      <w:r>
        <w:t>to qurbani ki had tak woh unhone ah khuda ke deen ke liye kaam kiya. to hamein har cheez se sabak lena chahiye.</w:t>
      </w:r>
    </w:p>
    <w:p>
      <w:pPr>
        <w:jc w:val="right"/>
      </w:pPr>
      <w:r>
        <w:t>تو قربانی کیحد تکوہ انہوںنے اہ خداکےدین کےلیے کام کیا۔ تو ہمیں ہرچیز سے سبقلیناچاہیے۔</w:t>
      </w:r>
    </w:p>
    <w:p>
      <w:r>
        <w:rPr>
          <w:b/>
        </w:rPr>
        <w:t xml:space="preserve">[23:55] </w:t>
      </w:r>
      <w:r>
        <w:t>aur ismein hum mein to bohat bade bade sabak hain. to hum ko sochen, is se sabak len. aur yeh nahi ke sirf kuch duaein ratta maar ke apna hajj ke jo arkan hain, poore kar liye, ho gaya.</w:t>
      </w:r>
    </w:p>
    <w:p>
      <w:pPr>
        <w:jc w:val="right"/>
      </w:pPr>
      <w:r>
        <w:t>اور اسمیں حجمیںتو بہت بڑےبڑے سبقہیں۔ تو ہمکو سو چیں، اسسےسبقلیں۔ اوریہنہیں کہصرف کچھ دعائیں رٹرٹاکےاپنا حجکے جو ارکانہیں،پورےکرلیے،ہوگیا۔</w:t>
      </w:r>
    </w:p>
    <w:p>
      <w:r>
        <w:rPr>
          <w:b/>
        </w:rPr>
        <w:t xml:space="preserve">[24:12] </w:t>
      </w:r>
      <w:r>
        <w:t>to jab haji jaata hai, jab jaise jahaz mein baithta hai, tab hi labbaik allahumma labbaik kehna shuru kar deta hai. mere khayal mein woh is ko bhain nahi samajhta hai ke is ka matlab kya hai.</w:t>
      </w:r>
    </w:p>
    <w:p>
      <w:pPr>
        <w:jc w:val="right"/>
      </w:pPr>
      <w:r>
        <w:t>تو جب حاجی جاتاہے،جب جیسےجہازمیںبیٹھتاہے، تب ھیلب یکاللہم لب یککہناشروع کردیتاہے۔ میرےخیالمیںوہاسکوبھینہیںسمجھتاہےکہ اسکامطلبکیاہے۔</w:t>
      </w:r>
    </w:p>
    <w:p>
      <w:r>
        <w:rPr>
          <w:b/>
        </w:rPr>
        <w:t xml:space="preserve">[24:23] </w:t>
      </w:r>
      <w:r>
        <w:t>jab labbaik ka matlab hi yeh hai ke, "ae khuda, hum hazir hain, har har is ke liye hazir hain, jo jis cheez ki bhi zaroorat hogi tere deen ke liye, is ke liye hum apne aap ko tayyar karenge."</w:t>
      </w:r>
    </w:p>
    <w:p>
      <w:pPr>
        <w:jc w:val="right"/>
      </w:pPr>
      <w:r>
        <w:t>جب لب یککامطلب ہییہہےکہ،"اےخدا،ہمحاضرہیں، ہر ہر اسکےلیے حاضرہیں،جو جس چیز کیبھیضرورت ہوگی تیرے دینکےلیے، اسکےلیےہم اپنےآپکو تیار کریںگے۔"</w:t>
      </w:r>
    </w:p>
    <w:p>
      <w:r>
        <w:rPr>
          <w:b/>
        </w:rPr>
        <w:t xml:space="preserve">[24:38] </w:t>
      </w:r>
      <w:r>
        <w:t>ab jab hum ehram pehente hain to ehram ek do do sada sil ghair sile hue kapde hote hain. is se pata chalta hai ke simplicity kitni zyada zaroori hai.</w:t>
      </w:r>
    </w:p>
    <w:p>
      <w:pPr>
        <w:jc w:val="right"/>
      </w:pPr>
      <w:r>
        <w:t>اب جب ہم احرام پہنتےہیں تو احرام ایک دودو سادہ سل غیر سلےہوئےکپڑےہوتےہیں۔ اسسےپتہچلتاہےکہ سمپلیسٹی کتنیزیادہ ضروریہے۔</w:t>
      </w:r>
    </w:p>
    <w:p>
      <w:r>
        <w:rPr>
          <w:b/>
        </w:rPr>
        <w:t xml:space="preserve">[24:51] </w:t>
      </w:r>
      <w:r>
        <w:t>to hum apni zindagi mein sabak len ke apni zindagi mein hum simplicity ikhtiyar karen, sadgi ikhtiyar karen.</w:t>
      </w:r>
    </w:p>
    <w:p>
      <w:pPr>
        <w:jc w:val="right"/>
      </w:pPr>
      <w:r>
        <w:t>تو ہم اپنیزندگی میں سبقیہلیں کہ اپنیزندگی میں ہم سمپلیسٹی اختیارکریں، سادگیاختیارکریں۔</w:t>
      </w:r>
    </w:p>
    <w:p>
      <w:r>
        <w:rPr>
          <w:b/>
        </w:rPr>
        <w:t xml:space="preserve">[25:01] </w:t>
      </w:r>
      <w:r>
        <w:t>kyun ke agar hum sadgi ikhtiyar nahi karenge to is ka matlab hai ke hum distract ho jayenge.</w:t>
      </w:r>
    </w:p>
    <w:p>
      <w:pPr>
        <w:jc w:val="right"/>
      </w:pPr>
      <w:r>
        <w:t>کیونکہ اگر ہم سادگیاختیارنہیںکریںگے تو اسکامطلبہےکہہم ڈسٹریکٹہوجائیںگے۔</w:t>
      </w:r>
    </w:p>
    <w:p>
      <w:r>
        <w:rPr>
          <w:b/>
        </w:rPr>
        <w:t xml:space="preserve">[25:07] </w:t>
      </w:r>
      <w:r>
        <w:t>duniya mein beshumar aisi cheezein hain, beshumar attractions hain. to woh woh sab hamein apni taraf kheenchenge. aur hum khuda ke liye jo kaam hamein karna hai, kyun ke is duniya mein hum isi liye aaye hain ke hum khuda ki marzi ke mutabiq zindagi ikhtiyar karen, to is se hum distract ho jayenge, door ho jayenge.</w:t>
      </w:r>
    </w:p>
    <w:p>
      <w:pPr>
        <w:jc w:val="right"/>
      </w:pPr>
      <w:r>
        <w:t>دنیا میں بےشمار ایسیچیزیںہیں، بےشمار اٹریکشنہیں۔ تو وہ وہ سبہمیں اپنیطرف کھینچیںگے۔ اور ہم خداکےلیے جو کام ہمیںکرناہے، کیونکہاسدنیا میںہماسیلیےآئےہیں کہہم خداکی مرضیکےمط ابق زندگی اختیارکریں، تو اسسےہم ڈسٹریکٹہوجائیںگے،دورہوجائیںگے۔</w:t>
      </w:r>
    </w:p>
    <w:p>
      <w:r>
        <w:rPr>
          <w:b/>
        </w:rPr>
        <w:t xml:space="preserve">[25:31] </w:t>
      </w:r>
      <w:r>
        <w:t>ab tawaf jab hum karte hain to is ka matlab yeh hai ke hum isi tarah se hum hamari zindagi khuda ke khuda ke gird ghoomegi.</w:t>
      </w:r>
    </w:p>
    <w:p>
      <w:pPr>
        <w:jc w:val="right"/>
      </w:pPr>
      <w:r>
        <w:t>اب طوافجبہمکرتے ہیںتواسکامطلب یہہےکہہم اسیطریقےسےہ ماری زندگی خداکے خداکےگرد گھومےگی۔</w:t>
      </w:r>
    </w:p>
    <w:p>
      <w:r>
        <w:rPr>
          <w:b/>
        </w:rPr>
        <w:t xml:space="preserve">[25:41] </w:t>
      </w:r>
      <w:r>
        <w:t>to woh ek ek misaal hai. yeh saare wohi, sambhal kahin cheezein hain. to ek misaal ke taur par ke isi tarah se tum apni zindagi ko banao ke khuda ke gird ghoome. yani har waqt yeh socho ke khuda ki marzi ke mutabiq hamein apni zindagi guzarni hai.</w:t>
      </w:r>
    </w:p>
    <w:p>
      <w:pPr>
        <w:jc w:val="right"/>
      </w:pPr>
      <w:r>
        <w:t>تو وہ ایک ایک مثالہے۔ یہسارےجوہیں ،سمبال کہیں چیزیں۔توایک مثال کےطورپر کہاسیطریقےسےتم اپنیزندگی کو بناؤ کہخداکےگرد گھومے۔یعنی ہروقت یہسوچوکہخداکی مرضی کے مط ابق ہمیںاپنیزندگی گزار نیہے۔</w:t>
      </w:r>
    </w:p>
    <w:p>
      <w:r>
        <w:rPr>
          <w:b/>
        </w:rPr>
        <w:t xml:space="preserve">[25:59] </w:t>
      </w:r>
      <w:r>
        <w:t>saheeh ka matlab hai Allah ki raza hasil karne ke liye daurna. yani sab qatla jaana. jab bhi koi aisi zaroorat pade deen ko to is ke liye hum ko poore dil o jaan se ah tayyar rehna.</w:t>
      </w:r>
    </w:p>
    <w:p>
      <w:pPr>
        <w:jc w:val="right"/>
      </w:pPr>
      <w:r>
        <w:t>صحیحکامطلبہے اللہ کیرضاحاصل کرنے کےلیے دوڑنا۔ یعنی سب قتلےجانا۔ جب بھیکوئیایسیضرورت پڑےدینکو تو اسکےلیےہمکو پورےدل وجانسے اہ تیار رہنا۔</w:t>
      </w:r>
    </w:p>
    <w:p>
      <w:r>
        <w:rPr>
          <w:b/>
        </w:rPr>
        <w:t xml:space="preserve">[26:15] </w:t>
      </w:r>
      <w:r>
        <w:t>to baitullah jab aadmi dekhta hai to khuda ki rehmaton ka mushahida karta hai. aur woh saari baatein yaad aati hain ke kis tarah se Allah ta'ala ne Hazrat Ibrahim, Hazrat Ismail, Hazrat Hajra ah ko ki madad ki, apne tamam peghambaron ki madad ki.</w:t>
      </w:r>
    </w:p>
    <w:p>
      <w:pPr>
        <w:jc w:val="right"/>
      </w:pPr>
      <w:r>
        <w:t>تو بیتاللہ جب آدمیدیکھتاہےتو خداکیرحمتوںکامشاہدہکرتاہے۔ اور وہ ساری باتیں یاد آتیہیں کہکسطریقےسے اللہ تعالینے حضرت ابراہیم،حضرت اسماعیل،حضرت ہاجرہ اہ کو کیمددکی ، اپنے تمام پیغمبروںکیمددکی۔</w:t>
      </w:r>
    </w:p>
    <w:p>
      <w:r>
        <w:rPr>
          <w:b/>
        </w:rPr>
        <w:t xml:space="preserve">[26:33] </w:t>
      </w:r>
      <w:r>
        <w:t>to isi tarah se hamein ah hum bhi, hamari bhi Allah ta'ala madad karega.</w:t>
      </w:r>
    </w:p>
    <w:p>
      <w:pPr>
        <w:jc w:val="right"/>
      </w:pPr>
      <w:r>
        <w:t>تو اسیطریقےسےہمیں اہہمبھی ،ہماریبھیاللہ تعالیمددکرےگا۔</w:t>
      </w:r>
    </w:p>
    <w:p>
      <w:r>
        <w:rPr>
          <w:b/>
        </w:rPr>
        <w:t xml:space="preserve">[26:39] </w:t>
      </w:r>
      <w:r>
        <w:t>agar hum ah khuda ki marzi ke mutabiq apni zindagi guzarnay ka ah ah-tamam karen. to jab hum arafat mein qayam karte hain to is ka matlab yeh hai ke maidan e hashar mein khuda ke samne apni hazri ko yaad karna.</w:t>
      </w:r>
    </w:p>
    <w:p>
      <w:pPr>
        <w:jc w:val="right"/>
      </w:pPr>
      <w:r>
        <w:t>اگر ہم اہخداکیمرضیکےمط ابق اپنیزندگی گزار نےکا اہ اہتمامکریں۔ توجبہم عرفاتمیںقیامکرتے ہیں تو اسکامطلب یہہےکہ میدان حشرمیں خداکےسامنے اپنی حاضریکویادکرنا۔</w:t>
      </w:r>
    </w:p>
    <w:p>
      <w:r>
        <w:rPr>
          <w:b/>
        </w:rPr>
        <w:t xml:space="preserve">[26:58] </w:t>
      </w:r>
      <w:r>
        <w:t>yeh arafat mein qayam woh hai, yeh sab se zyada aham hissa hai hajj ke jo doosre manasik hain. kyun ke yeh bohat zyada hamein yaad rakhne ki cheez hai ke isi tarah se hum aakhirat mein roz e mahshar ke din khuda ke samne hazir honge aur hamari jawab dehi hogi.</w:t>
      </w:r>
    </w:p>
    <w:p>
      <w:pPr>
        <w:jc w:val="right"/>
      </w:pPr>
      <w:r>
        <w:t>یہ عرفاتمیں قیامجوہے، یہ سبسےزیادہ اہم حص ہہے حجکےجو دوسرےمناسکہیں۔ کیونکہ یہ بہت زیادہ ہمیںیادرکھنےکیچیزہے کہاسیطریقےسےہمآخرتمیں روز محشرکےدن خداکےسامنےحاضرہوںگے اور ہماریجوابدہیہوگی۔</w:t>
      </w:r>
    </w:p>
    <w:p>
      <w:r>
        <w:rPr>
          <w:b/>
        </w:rPr>
        <w:t xml:space="preserve">[27:19] </w:t>
      </w:r>
      <w:r>
        <w:t>to</w:t>
      </w:r>
    </w:p>
    <w:p>
      <w:pPr>
        <w:jc w:val="right"/>
      </w:pPr>
      <w:r>
        <w:t>تو</w:t>
      </w:r>
    </w:p>
    <w:p>
      <w:r>
        <w:rPr>
          <w:b/>
        </w:rPr>
        <w:t xml:space="preserve">[27:20] </w:t>
      </w:r>
      <w:r>
        <w:t>hum jo kaam bhi karen, yeh soch ke karen ke hamein is ke liye khuda ke aage jawab dena padega. ram jmaraj woh hota hai ke matlab Hazrat Ibrahim jab ah jab abas deen ke liye kar kaam kar rahe the to ek mauqa aisa aaya tha ke shaitan ne un ko behkaya tha.</w:t>
      </w:r>
    </w:p>
    <w:p>
      <w:pPr>
        <w:jc w:val="right"/>
      </w:pPr>
      <w:r>
        <w:t>ہم جو کامبھیکریں، یہ سوچکےکریںکہہمکو اسکےلیے خداکےآگے جوابدیناپڑےگا۔ رم جمارجوہوتاہے کہمطلبحضرت ابراہیم جب اہ جب اباسدین کےلیے کر کام کررہےتھے تو ایک موقع ایساآیاتھاکہ شیطاننےانکو بہکایاتھا۔</w:t>
      </w:r>
    </w:p>
    <w:p>
      <w:r>
        <w:rPr>
          <w:b/>
        </w:rPr>
        <w:t xml:space="preserve">[27:44] </w:t>
      </w:r>
      <w:r>
        <w:t>to aap ne is ko kankri phenka. matlab aisa nahi tha ke woh jo ab jo pillars hain, aisa nahi hai ke woh shaitan wahan par hai.</w:t>
      </w:r>
    </w:p>
    <w:p>
      <w:pPr>
        <w:jc w:val="right"/>
      </w:pPr>
      <w:r>
        <w:t>تو آپ نے اسکو کنکریپھینکا۔ مطلب ایسانہیں تھا کہ وہجو ابجو پلرزہیں، ایسانہیںہےکہوہشیطان وہاںپرہے۔</w:t>
      </w:r>
    </w:p>
    <w:p>
      <w:r>
        <w:rPr>
          <w:b/>
        </w:rPr>
        <w:t xml:space="preserve">[27:53] </w:t>
      </w:r>
      <w:r>
        <w:t>lekin woh yaad dilane ke liye kyun ke kuch tangible cheezein hoti hain, mehsoos cheezein hoti hain jisko dekh kar hamein yaad karte hain.</w:t>
      </w:r>
    </w:p>
    <w:p>
      <w:pPr>
        <w:jc w:val="right"/>
      </w:pPr>
      <w:r>
        <w:t>لیکن وہ یاد دل انےکےلیے کیونکہکچھ ٹینجیبلچیزیںہوتیہیں، محسوسچیزیںہوتیہیںجسکودیکھکر ہمیاد کرتے ہیں۔</w:t>
      </w:r>
    </w:p>
    <w:p>
      <w:r>
        <w:rPr>
          <w:b/>
        </w:rPr>
        <w:t xml:space="preserve">[28:02] </w:t>
      </w:r>
      <w:r>
        <w:t>log is ko samajhte hain ke bilkul yeh shaitan hai, ise qareeb ja ke phenkna chahte hain kankri. ise bohat log hurt bhi ho jaate</w:t>
      </w:r>
    </w:p>
    <w:p>
      <w:pPr>
        <w:jc w:val="right"/>
      </w:pPr>
      <w:r>
        <w:t>لوگاسکوسمجھتےہیںکہبالکل یہیشیطانہے، اسے قریب جاکے پھینکناچاہتےہیں کن کری۔ اسے بہت لوگ ہرٹبھیہوجات</w:t>
      </w:r>
    </w:p>
    <w:p>
      <w:r>
        <w:rPr>
          <w:b/>
        </w:rPr>
        <w:t xml:space="preserve">[28:11] </w:t>
      </w:r>
      <w:r>
        <w:t>hain. to aisa nahi hai, door se bhi phenk dein to woh ho jaata hai. ab insaan kyun ke ek psychological being hai, woh har cheez ko mehsoos karna chahta hai.</w:t>
      </w:r>
    </w:p>
    <w:p>
      <w:pPr>
        <w:jc w:val="right"/>
      </w:pPr>
      <w:r>
        <w:t>ےہیں۔ تو ایسانہیں ہے،ابدورسےبھیپھینکدیں تو وہہوجاتا ہے۔ ابانسان چونکہایکسائیکلوجیکل بینگہے، وہہرچیزکو محسوس کرناچاہتاہے۔</w:t>
      </w:r>
    </w:p>
    <w:p>
      <w:r>
        <w:rPr>
          <w:b/>
        </w:rPr>
        <w:t xml:space="preserve">[28:22] </w:t>
      </w:r>
      <w:r>
        <w:t>to is wajah se saari cheezein isi ke mutabiq hain ke wahan par woh khuda ko mehsoos kare. jaise hajar e aswad hai, jab is par hath rakhta hai to is ko aisa lagta hai jaise woh khuda ke bohat qareeb ho gaya hai.</w:t>
      </w:r>
    </w:p>
    <w:p>
      <w:pPr>
        <w:jc w:val="right"/>
      </w:pPr>
      <w:r>
        <w:t>تواسوجہ سے ساریچیزیں اسیکےمطابق ہیں کہوہاں پر وہ خداکو محسوس کرے۔ جیسےحجر اسودہے، جب اسپرہاتھرکھتاہےتواسکوایسالگتاہے جیسے وہ خداکےبہت قریبہوگیاہے۔</w:t>
      </w:r>
    </w:p>
    <w:p>
      <w:r>
        <w:rPr>
          <w:b/>
        </w:rPr>
        <w:t xml:space="preserve">[28:37] </w:t>
      </w:r>
      <w:r>
        <w:t>to is ko khuda ke contact mein aa gaya hai.</w:t>
      </w:r>
    </w:p>
    <w:p>
      <w:pPr>
        <w:jc w:val="right"/>
      </w:pPr>
      <w:r>
        <w:t>تو اسکو خداکے کانٹیکٹمیںآگیاہے۔</w:t>
      </w:r>
    </w:p>
    <w:p>
      <w:r>
        <w:rPr>
          <w:b/>
        </w:rPr>
        <w:t xml:space="preserve">[28:41] </w:t>
      </w:r>
      <w:r>
        <w:t>to is tarah se is ko bar bar is tarah ki ah woh aisa mehsoos hota hai, ehsas hota hai ke woh khuda ke huzoor mein hai, khuda se is ka contact ho raha hai.</w:t>
      </w:r>
    </w:p>
    <w:p>
      <w:pPr>
        <w:jc w:val="right"/>
      </w:pPr>
      <w:r>
        <w:t>تو اسطریقےسےاسکو بار بار اسطریقےکی اہ وہایسا محسوسہوتاہے،احساسہوتاہے کہوہخداکے حضورمیںہے،خداسے اسکا کانٹیکٹہورہاہے۔</w:t>
      </w:r>
    </w:p>
    <w:p>
      <w:r>
        <w:rPr>
          <w:b/>
        </w:rPr>
        <w:t xml:space="preserve">[28:54] </w:t>
      </w:r>
      <w:r>
        <w:t>to yeh mehsoos tajurba doosri ibadat mein nahi hota hai. asal mein kahan kahan Khuda ne apne bando ki khaas madad ki hai.</w:t>
      </w:r>
    </w:p>
    <w:p>
      <w:pPr>
        <w:jc w:val="right"/>
      </w:pPr>
      <w:r>
        <w:t>تویہ محسوس تجربہ دوسری عباداتمیںنہیںہوتاہے۔ اصلمیں کہاں کہاں خ دانے اپنے بندوںکیخاص مددکیہے۔</w:t>
      </w:r>
    </w:p>
    <w:p>
      <w:r>
        <w:rPr>
          <w:b/>
        </w:rPr>
        <w:t xml:space="preserve">[29:05] </w:t>
      </w:r>
      <w:r>
        <w:t>jaise jab Hazrat Hajra ki madad hui, pani Allah ta'ala ne wahan pani nikal diya Sahra mein. jee to khaas khaas jo madad hui hai, usko yaad karen.</w:t>
      </w:r>
    </w:p>
    <w:p>
      <w:pPr>
        <w:jc w:val="right"/>
      </w:pPr>
      <w:r>
        <w:t>جیسے جب حضرت ہاجرہکیمد دہوئی ، پانی اللہ تعالینےوہاں پانی نکالدیا صح رامیں۔ جی توخاص خاص جومد دہوئیہے، اسکوہمیادکریں۔</w:t>
      </w:r>
    </w:p>
    <w:p>
      <w:r>
        <w:rPr>
          <w:b/>
        </w:rPr>
        <w:t xml:space="preserve">[29:17] </w:t>
      </w:r>
      <w:r>
        <w:t>yeh waqiyat to aise apne har mauqe ko, unko unhon ne festival bana diya hai. usko baqayda usko yaad rakhte hain ke yahan yahan unke paighambaron ka Khuda se contact hua hai.</w:t>
      </w:r>
    </w:p>
    <w:p>
      <w:pPr>
        <w:jc w:val="right"/>
      </w:pPr>
      <w:r>
        <w:t>یہ ودیتوایسےاپنے ہرموقعکو، انکو انہوںنے فیسٹیولبنادیےہیں۔ اسکو باقاعدہاسکویادرکھ تےہیں کہیہاں یہاں ان اہ انکےپیغمبروںکا خداسے کانٹیکٹہواہے۔</w:t>
      </w:r>
    </w:p>
    <w:p>
      <w:r>
        <w:rPr>
          <w:b/>
        </w:rPr>
        <w:t xml:space="preserve">[29:31] </w:t>
      </w:r>
      <w:r>
        <w:t>to yeh yahi Hajj ke zariye se hum bhi wohi aise tamam mauqe ko yaad karen. kyunke isse yeh hota hai na ke isi tarike se Allah ta'ala humko poora yaqeen hota hai ke isi tarike se Allah ta'ala hamari bhi madad karega.</w:t>
      </w:r>
    </w:p>
    <w:p>
      <w:pPr>
        <w:jc w:val="right"/>
      </w:pPr>
      <w:r>
        <w:t>تو یہ یہیحجکےذریعےسے اہہمبھی وہایسے تمام مواقعکو یادکریں۔ کیونکہ اسسےیہہوتاہےنا کہ اسیطریقےسےاللہ تعالی ہمکوپورایقینہوتاہےکہاسیطریقےسے اللہ تعالیہماریبھیمددکرےگا۔</w:t>
      </w:r>
    </w:p>
    <w:p>
      <w:r>
        <w:rPr>
          <w:b/>
        </w:rPr>
        <w:t xml:space="preserve">[29:48] </w:t>
      </w:r>
      <w:r>
        <w:t>aur humein aur bahut zyada conviction hota hai ke hum sachhe raaste par hain. to Hazrat Ibrahim ki family ne bahut hi aala namune qaim kiye hain.</w:t>
      </w:r>
    </w:p>
    <w:p>
      <w:pPr>
        <w:jc w:val="right"/>
      </w:pPr>
      <w:r>
        <w:t>اور ہمیں اوربہتزیادہ کنوکشنہوتاہے کہہمسچےراستےپر ہیں۔ تو حضرتابراہیمکی فیملینے بہت ہی اعلینم ونے قائمکیے۔</w:t>
      </w:r>
    </w:p>
    <w:p>
      <w:r>
        <w:rPr>
          <w:b/>
        </w:rPr>
        <w:t xml:space="preserve">[30:00] </w:t>
      </w:r>
      <w:r>
        <w:t>to hamare liye yeh sab cheezein inspiration ka kaam karti hain. jee to Hajj ke safar mein humko ahad karna hai ke hum Khuda ko marifat ke darje mein hasil karenge.</w:t>
      </w:r>
    </w:p>
    <w:p>
      <w:pPr>
        <w:jc w:val="right"/>
      </w:pPr>
      <w:r>
        <w:t>توہمارےلیے یہسب چیزیں انسپیریشن کاکام کرتیہیں۔ جی تو حجکےسفرمیںہمکو عہدکرناہے کہہمخداکو معرفت کے درج ےمیںحاصل کریںگے۔</w:t>
      </w:r>
    </w:p>
    <w:p>
      <w:r>
        <w:rPr>
          <w:b/>
        </w:rPr>
        <w:t xml:space="preserve">[30:12] </w:t>
      </w:r>
      <w:r>
        <w:t>aur yahi Hajj mabroor hai ke hum is is ibadat ko uski spirit ke saath ada karen.</w:t>
      </w:r>
    </w:p>
    <w:p>
      <w:pPr>
        <w:jc w:val="right"/>
      </w:pPr>
      <w:r>
        <w:t>اور یہی حج مبرورہے کہہم اس اسعبادتکو اسکی سپرٹکےساتھ اداکریں۔</w:t>
      </w:r>
    </w:p>
    <w:p>
      <w:r>
        <w:rPr>
          <w:b/>
        </w:rPr>
        <w:t xml:space="preserve">[30:21] </w:t>
      </w:r>
      <w:r>
        <w:t>to sachha haji wohi hai jo in tamam rasoom ko uski jo Hajj ki jo matloob spirit hai, uske saath woh ada kare.</w:t>
      </w:r>
    </w:p>
    <w:p>
      <w:pPr>
        <w:jc w:val="right"/>
      </w:pPr>
      <w:r>
        <w:t>تو سچاحاجیوہیہےجو انتمام مراسمکو اسکیجو حجکیجومطلوب سپرٹہے، اسکےساتھ وہ اداکرے۔</w:t>
      </w:r>
    </w:p>
    <w:p>
      <w:r>
        <w:rPr>
          <w:b/>
        </w:rPr>
        <w:t xml:space="preserve">[30:31] </w:t>
      </w:r>
      <w:r>
        <w:t>jee aap jazakallah, these are very important insights that you shared with us. I find the ritual of Sa'i, tracing the steps from Safa to Marwa, a very moving ritual.</w:t>
      </w:r>
    </w:p>
    <w:p>
      <w:pPr>
        <w:jc w:val="right"/>
      </w:pPr>
      <w:r>
        <w:t>جی آپ اجزاکاللہ،دیزارویریامپورٹنٹانسائٹسدیٹیو شیئرڈود الافاس۔ ائیفائنڈدا ریچولاف صحیحدیٹازرننگفر ام ص فاٹومروہ، اویریموونگ ریچ ول۔</w:t>
      </w:r>
    </w:p>
    <w:p>
      <w:r>
        <w:rPr>
          <w:b/>
        </w:rPr>
        <w:t xml:space="preserve">[30:45] </w:t>
      </w:r>
      <w:r>
        <w:t>it ascertains the misconception that in Islam woman is considered inferior to men. Just imagine millions of pilgrims, both men and women, retracing the steps of a woman. It's incredible.</w:t>
      </w:r>
    </w:p>
    <w:p>
      <w:pPr>
        <w:jc w:val="right"/>
      </w:pPr>
      <w:r>
        <w:t>اٹان سرزٹودامس کنسیپشندیٹاناسلام وومن از کنسیڈر ڈانفیریرٹومین۔ جسٹامیجن مل ینزاف پلگرمز،بوتھمیناینڈوومن، ری ٹریس دیسٹیپسافاوومن۔اٹاز انکریڈیبل۔</w:t>
      </w:r>
    </w:p>
    <w:p>
      <w:r>
        <w:rPr>
          <w:b/>
        </w:rPr>
        <w:t xml:space="preserve">[31:00] </w:t>
      </w:r>
      <w:r>
        <w:t>it's not the retracing of steps of a king or a prophet, but that of a woman, a mother, who ran between the two hills in search for water for her son.</w:t>
      </w:r>
    </w:p>
    <w:p>
      <w:pPr>
        <w:jc w:val="right"/>
      </w:pPr>
      <w:r>
        <w:t>اٹازناٹ دی ریٹریسنگافسٹیپساف اکنگاوراپرافٹ ،بٹدیٹافاوومن،امدر ،ہو رنبٹویندا ٹوہلز انسرچ فار وا ٹر فار ہرسن ۔</w:t>
      </w:r>
    </w:p>
    <w:p>
      <w:r>
        <w:rPr>
          <w:b/>
        </w:rPr>
        <w:t xml:space="preserve">[31:13] </w:t>
      </w:r>
      <w:r>
        <w:t>and God honored her struggle by making it a permanent part of Hajj. Now does that sound as if it's demeaning to women?</w:t>
      </w:r>
    </w:p>
    <w:p>
      <w:pPr>
        <w:jc w:val="right"/>
      </w:pPr>
      <w:r>
        <w:t>اینڈگاڈ ان رڈ ہرسٹرگل بائے میکنگاٹایزا پرماننٹ پارٹاف حج۔ ناؤڈزدیٹساؤنڈ ایزاریلیجندیٹ سائیڈلائنزاوومن؟</w:t>
      </w:r>
    </w:p>
    <w:p>
      <w:r>
        <w:rPr>
          <w:b/>
        </w:rPr>
        <w:t xml:space="preserve">[31:23] </w:t>
      </w:r>
      <w:r>
        <w:t>not at all. In fact, it's a direct statement by God that on His side superiority lies in sacrifice, in patience, in devotion, and not on gender or status.</w:t>
      </w:r>
    </w:p>
    <w:p>
      <w:pPr>
        <w:jc w:val="right"/>
      </w:pPr>
      <w:r>
        <w:t>ناٹایٹال ۔انفیکٹ،اٹساڈائریکٹ سٹیٹمنٹبائےگاڈ دیٹان ہز سائیڈ سپ ریور ٹی لائز ان سیکریفائس، ان پیشنس،ان ڈیو شن، اینڈناٹان ج ینڈر اور سٹیٹس۔</w:t>
      </w:r>
    </w:p>
    <w:p>
      <w:r>
        <w:rPr>
          <w:b/>
        </w:rPr>
        <w:t xml:space="preserve">[31:36] </w:t>
      </w:r>
      <w:r>
        <w:t>Quran in chapter three reminds us that they are members of one ummah.</w:t>
      </w:r>
    </w:p>
    <w:p>
      <w:pPr>
        <w:jc w:val="right"/>
      </w:pPr>
      <w:r>
        <w:t>قران انچیپٹرتھریریمائنڈزاس دیٹیوار ممبرز وناف انادر ۔</w:t>
      </w:r>
    </w:p>
    <w:p>
      <w:r>
        <w:rPr>
          <w:b/>
        </w:rPr>
        <w:t xml:space="preserve">[31:42] </w:t>
      </w:r>
      <w:r>
        <w:t>When Prophet Muhammad, may peace be upon him, was standing at the plain of Arafat, giving his farewell sermon, he said, "Fear God in respect to women." On another occasion, he said that men and women are the equal half of our being. Again, he said that the best of you are those who are best to women.</w:t>
      </w:r>
    </w:p>
    <w:p>
      <w:pPr>
        <w:jc w:val="right"/>
      </w:pPr>
      <w:r>
        <w:t>وینپرافٹمحمد ،می پیسبیاپونہم،وازسٹینڈنگایٹداپلینافعرفات ، گیونگہز فیئرویل سرمن ،ہی سیڈ، "فی ئرگاڈ ان ریسپیکٹ ٹووومن۔" انانادراوکیژن،ہیسیڈ دیٹ میناینڈوومنار ٹوایکول ہاف اف اسنگ لیون ٹ۔یٹاگین،ہیسیڈ دیٹ دا بیسٹاف یواردوز ہو ار بیسٹٹوداوومن۔</w:t>
      </w:r>
    </w:p>
    <w:p>
      <w:r>
        <w:rPr>
          <w:b/>
        </w:rPr>
        <w:t xml:space="preserve">[32:06] </w:t>
      </w:r>
      <w:r>
        <w:t>So if you see inequality in a society between men and women, ask yourself, is it the Islam that is unequal, or is it the misunderstanding of it?</w:t>
      </w:r>
    </w:p>
    <w:p>
      <w:pPr>
        <w:jc w:val="right"/>
      </w:pPr>
      <w:r>
        <w:t>سوافیوسی ان یکوال ٹیاناسوسائٹیبٹوین میناینڈوومن، اسک یورسیلف ،ازاٹدی اسلام دیٹاز انیکول ،اور ازاٹدا مسانڈرسٹینڈنگافاٹ؟</w:t>
      </w:r>
    </w:p>
    <w:p>
      <w:r>
        <w:rPr>
          <w:b/>
        </w:rPr>
        <w:t xml:space="preserve">[32:16] </w:t>
      </w:r>
      <w:r>
        <w:t>Islam does not consider women to be inferior. Inferior is the understanding of those Muslim men who did not grasp the role of women.</w:t>
      </w:r>
    </w:p>
    <w:p>
      <w:pPr>
        <w:jc w:val="right"/>
      </w:pPr>
      <w:r>
        <w:t>اسلام ڈزناٹ کنسیڈر وومنٹوبی انفیریر ۔ انفیریرازدی انڈرسٹینڈنگاف دوز مسلم مین ہو ڈیڈناٹ گراسپدی رولاف اوومن۔</w:t>
      </w:r>
    </w:p>
    <w:p>
      <w:r>
        <w:rPr>
          <w:b/>
        </w:rPr>
        <w:t xml:space="preserve">[32:26] </w:t>
      </w:r>
      <w:r>
        <w:t>far</w:t>
      </w:r>
    </w:p>
    <w:p>
      <w:pPr>
        <w:jc w:val="right"/>
      </w:pPr>
      <w:r>
        <w:t>فر</w:t>
      </w:r>
    </w:p>
    <w:p>
      <w:r>
        <w:rPr>
          <w:b/>
        </w:rPr>
        <w:t xml:space="preserve">[32:27] </w:t>
      </w:r>
      <w:r>
        <w:t>Um Hazrat Hajra, to Hazrat Maryam, Hazrat Khadijah, Hazrat Aisha, Hazrat Fatima, and Hazrat Asiya, whose names have been mentioned in the Quran, Islam holds women not as secondary but central to the spiritual and moral fabric of the faith.</w:t>
      </w:r>
    </w:p>
    <w:p>
      <w:pPr>
        <w:jc w:val="right"/>
      </w:pPr>
      <w:r>
        <w:t>امحضرت ہاجرہٹوحضرت مریم، حضرت خدیجہ،حضرت عائشہ،حضرتفاطمہ،اور حضرت اسیہ،ہوزنیمہیزبین مینشنان داقر ان، اسلام ہولڈزاوومن ناٹایزسیکنڈری بٹ سینٹرلٹودا سپرچ ولاینڈ مورل فیبرکافدافیتھ۔</w:t>
      </w:r>
    </w:p>
    <w:p>
      <w:r>
        <w:rPr>
          <w:b/>
        </w:rPr>
        <w:t xml:space="preserve">[32:45] </w:t>
      </w:r>
      <w:r>
        <w:t>So next time when you hear someone say that Islam does not value women, you simply say, "We walk in the steps of a woman every year at Hajj."</w:t>
      </w:r>
    </w:p>
    <w:p>
      <w:pPr>
        <w:jc w:val="right"/>
      </w:pPr>
      <w:r>
        <w:t>سو نیکسٹ ٹائموینیوہیئرسمون سی دیٹ اسلام ڈزناٹ ویلیواوومن، یو سمپلی سی ،"وی واکانداسٹیپسافاوومن ایوری ایئر ایٹحج۔"</w:t>
      </w:r>
    </w:p>
    <w:p>
      <w:r>
        <w:rPr>
          <w:b/>
        </w:rPr>
        <w:t xml:space="preserve">[32:57] </w:t>
      </w:r>
      <w:r>
        <w:t>This is how Islam honors or values women. So, let me come to the last question.</w:t>
      </w:r>
    </w:p>
    <w:p>
      <w:pPr>
        <w:jc w:val="right"/>
      </w:pPr>
      <w:r>
        <w:t>دساز ہاؤ اسلام ان رز اور ویلیواوومن۔ سوآپ ا، لیٹمیکمٹودا لاسٹ کوس چن۔</w:t>
      </w:r>
    </w:p>
    <w:p>
      <w:r>
        <w:rPr>
          <w:b/>
        </w:rPr>
        <w:t xml:space="preserve">[33:06] </w:t>
      </w:r>
      <w:r>
        <w:t>ek riwayat bhi hai Musnad Ahmad mein Hazrat Jabir bin Abdullah se ke Rasool Allah ne kaha ke, "Main ne Hajj ki jo reward hai, except paradise." To companions ne poocha ke iski kya nishani hai?</w:t>
      </w:r>
    </w:p>
    <w:p>
      <w:pPr>
        <w:jc w:val="right"/>
      </w:pPr>
      <w:r>
        <w:t>ایک روایتبھیہےمسنداحمد میں حضرت جب یربنعبداللہسے کہ رسولاللہنےکہاکہ، " انایکسیپٹڈ حجہیزنو ریوارڈ ایکسیپٹپیراڈائز ۔" تو کمپینرزنےپوچھاکہ اسکینش انیکیاہے؟</w:t>
      </w:r>
    </w:p>
    <w:p>
      <w:r>
        <w:rPr>
          <w:b/>
        </w:rPr>
        <w:t xml:space="preserve">[33:21] </w:t>
      </w:r>
      <w:r>
        <w:t>to unhon ne kaha ke, "Feeding others and spreading peace."</w:t>
      </w:r>
    </w:p>
    <w:p>
      <w:pPr>
        <w:jc w:val="right"/>
      </w:pPr>
      <w:r>
        <w:t>تو انہوںنےکہاکہ،" فیڈنگادر اینڈ سپریڈنگپیس۔</w:t>
      </w:r>
    </w:p>
    <w:p>
      <w:r>
        <w:rPr>
          <w:b/>
        </w:rPr>
        <w:t xml:space="preserve">[33:26] </w:t>
      </w:r>
      <w:r>
        <w:t>"to aap, isse yeh bhi pata chalta hai ke Hajj has a transformative impact on every pilgrim who performs it.</w:t>
      </w:r>
    </w:p>
    <w:p>
      <w:pPr>
        <w:jc w:val="right"/>
      </w:pPr>
      <w:r>
        <w:t>"توآپا،اسسےیہبھیپتہچلتاہےکہ حج ہیزاٹرانس فارمیٹیو امپیکٹان ایوری پلگرمہوپرفارمزاٹ۔</w:t>
      </w:r>
    </w:p>
    <w:p>
      <w:r>
        <w:rPr>
          <w:b/>
        </w:rPr>
        <w:t xml:space="preserve">[33:35] </w:t>
      </w:r>
      <w:r>
        <w:t>So sawal yeh aata hai ke, "How does Hajj help in building a peaceful society?" Iske bare mein bataiye.</w:t>
      </w:r>
    </w:p>
    <w:p>
      <w:pPr>
        <w:jc w:val="right"/>
      </w:pPr>
      <w:r>
        <w:t>سو سوال یہآتاہےکہ،"ہاؤڈزحج ہیلپ ان بلڈنگا پیسفل سوسائٹی؟"اسکےبارےمیںبت ائیں۔</w:t>
      </w:r>
    </w:p>
    <w:p>
      <w:r>
        <w:rPr>
          <w:b/>
        </w:rPr>
        <w:t xml:space="preserve">[33:47] </w:t>
      </w:r>
      <w:r>
        <w:t>sahih, achha sawal hai.</w:t>
      </w:r>
    </w:p>
    <w:p>
      <w:pPr>
        <w:jc w:val="right"/>
      </w:pPr>
      <w:r>
        <w:t>صحیح،اچھاسوال ہے۔</w:t>
      </w:r>
    </w:p>
    <w:p>
      <w:r>
        <w:rPr>
          <w:b/>
        </w:rPr>
        <w:t xml:space="preserve">[33:49] </w:t>
      </w:r>
      <w:r>
        <w:t>asl mein haj mein is tareeqe se chuki jahan lakhon log jama ho rahe hon aur phir wahan mana kar diya jaye ke yahan ladai jhagda, koi bure alfaaz nahi nikal sakte, koi violence nahi kar sakte, to haj nahi hoga. To aadmi bahut zyada,</w:t>
      </w:r>
    </w:p>
    <w:p>
      <w:pPr>
        <w:jc w:val="right"/>
      </w:pPr>
      <w:r>
        <w:t>اصلمیں حجمیں اسطریقے سےچونکہ جہاں لاکھوںلوگ جمع ہورہےہوںاور پھروہاں منعکردیاجائے کہیہاں لڑائیجھگڑا، کوئیبرےالفاظنہیں نکالسکتے ، کوئی وائیلنسنہیںکرسکتے ، تو حجنہیںہوگا۔تو آدمیبہت زیادہ،</w:t>
      </w:r>
    </w:p>
    <w:p>
      <w:r>
        <w:rPr>
          <w:b/>
        </w:rPr>
        <w:t xml:space="preserve">[34:06] </w:t>
      </w:r>
      <w:r>
        <w:t>bahut zyada woh karta hai, iska khayal rakhta hai ke yahan koi galat kaam nahi karna hai. To yeh chalis din ki training jo hai, bahut zabardast hoti hai.</w:t>
      </w:r>
    </w:p>
    <w:p>
      <w:pPr>
        <w:jc w:val="right"/>
      </w:pPr>
      <w:r>
        <w:t>بہت زیادہ وہ کرتاہے،اسکاخیالرکھتاہے کہیہاںکوئیغلطکامنہیں کرناہے۔ تو یہ چالیسدن کی ٹریننگجوہے، بہت زبرد ست ہوتیہے۔</w:t>
      </w:r>
    </w:p>
    <w:p>
      <w:r>
        <w:rPr>
          <w:b/>
        </w:rPr>
        <w:t xml:space="preserve">[34:17] </w:t>
      </w:r>
      <w:r>
        <w:t>wahan par poori duniya se log aate hain, mukhtalif mulkon ke, mukhtalif cultures ke, mukhtalif zaban wale. To tarah tarah ke provocation bhi hote hain.</w:t>
      </w:r>
    </w:p>
    <w:p>
      <w:pPr>
        <w:jc w:val="right"/>
      </w:pPr>
      <w:r>
        <w:t>وہاںپر پوریدنیا سےلوگ آتےہیں، مختلف ملکوںکے،مختلف کلچرز کے ،مختلف زبان والے۔ تو طرح طرح کے پرو وکیشنبھیہوتےہیں۔</w:t>
      </w:r>
    </w:p>
    <w:p>
      <w:r>
        <w:rPr>
          <w:b/>
        </w:rPr>
        <w:t xml:space="preserve">[34:30] </w:t>
      </w:r>
      <w:r>
        <w:t>aur wahan par jo chuki bilkul allowed nahi hai ke jhagda karna, zaban se kisi ko takleef pahanchana, kisi janwar ko marna ya zakhami karna, sab kuch forbid na ho.</w:t>
      </w:r>
    </w:p>
    <w:p>
      <w:pPr>
        <w:jc w:val="right"/>
      </w:pPr>
      <w:r>
        <w:t>اور وہاںپر جوچونکہ بالکل الا ؤڈہینہیںہے کہجھگڑاکرنا،زبان سےکسی کو تکلیفپہنچانا، کسی جان ورکو مارنایا زخمیکرنا، سبکچھ فار بیڈنہے۔</w:t>
      </w:r>
    </w:p>
    <w:p>
      <w:r>
        <w:rPr>
          <w:b/>
        </w:rPr>
        <w:t xml:space="preserve">[34:43] </w:t>
      </w:r>
      <w:r>
        <w:t>to is wajah se insan bahut zyada iska dhyan rakhta hai. Aur ab psychology mein aisa hai ke agar ek ek ek muddat tak aadmi ek ek iska woh kare, khayal rakhe in sababaton ka, to usko aadat si iski pad jati hai.</w:t>
      </w:r>
    </w:p>
    <w:p>
      <w:pPr>
        <w:jc w:val="right"/>
      </w:pPr>
      <w:r>
        <w:t>تو اس وجہ سے انسان بہت زیادہ اسکادھیانرکھتاہے۔ اور اب سائیکالوجیمیںایساہےکہاگر ایک ایک ایک مدتتک آدمی ایک ایک اسکا وہکرے، خیالرکھ ے انسبباتوںکا ،تو اسکو عادتسیاسکیپڑجاتیہے۔</w:t>
      </w:r>
    </w:p>
    <w:p>
      <w:r>
        <w:rPr>
          <w:b/>
        </w:rPr>
        <w:t xml:space="preserve">[35:02] </w:t>
      </w:r>
      <w:r>
        <w:t>to chalis din toh bahut ho jate hain ke usko aadat pad jaye ke woh peaceful tareeqe se society mein rahega.</w:t>
      </w:r>
    </w:p>
    <w:p>
      <w:pPr>
        <w:jc w:val="right"/>
      </w:pPr>
      <w:r>
        <w:t>تو چالیسدنتوبہتہوجاتےہیںکہاسکو عادتپڑجائےکہ وہ پیسفلطریقےسے سوسائٹیمیںرہےگا۔</w:t>
      </w:r>
    </w:p>
    <w:p>
      <w:r>
        <w:rPr>
          <w:b/>
        </w:rPr>
        <w:t xml:space="preserve">[35:10] </w:t>
      </w:r>
      <w:r>
        <w:t>to ek hadith hai ke jo shakhs haj is tarah ada kare ke log uski zaban aur uske hath se mehfooz rahen, to uske tamam gunah maaf ho jayenge.</w:t>
      </w:r>
    </w:p>
    <w:p>
      <w:pPr>
        <w:jc w:val="right"/>
      </w:pPr>
      <w:r>
        <w:t>تو ایکحدیثہےکہجو شخص حجاسطرح اداکرے کہلوگ اسکی زبان اور اسکے ہاتھسے محفوظرہیں، تو اسکے تمام گناہ معافہوجائیںگے۔</w:t>
      </w:r>
    </w:p>
    <w:p>
      <w:r>
        <w:rPr>
          <w:b/>
        </w:rPr>
        <w:t xml:space="preserve">[35:21] </w:t>
      </w:r>
      <w:r>
        <w:t>to yeh toh bahut hi bada incentive hai ke hum haj karen aur poore aadab ke sath haj karen, to hamare pichhle bhi tamam gunah maaf ho jayenge.</w:t>
      </w:r>
    </w:p>
    <w:p>
      <w:pPr>
        <w:jc w:val="right"/>
      </w:pPr>
      <w:r>
        <w:t>تویہتوبہتہی بڑا انسنٹیوہے کہہم حجکریںاور پورے آدابکےساتھ حجکریں، توہمارے پچھلےبھی تمام گناہمعافہوجائیںگے۔</w:t>
      </w:r>
    </w:p>
    <w:p>
      <w:r>
        <w:rPr>
          <w:b/>
        </w:rPr>
        <w:t xml:space="preserve">[35:31] </w:t>
      </w:r>
      <w:r>
        <w:t>aur aindah jo hai, iska poora khayal rakhen. To aise bahut sare misalein</w:t>
      </w:r>
    </w:p>
    <w:p>
      <w:pPr>
        <w:jc w:val="right"/>
      </w:pPr>
      <w:r>
        <w:t>اور آئندہجوہے،اسکاپورالحاظرکھیں۔ تو ایسےبہت سارے مثالیں</w:t>
      </w:r>
    </w:p>
    <w:p>
      <w:r>
        <w:rPr>
          <w:b/>
        </w:rPr>
        <w:t xml:space="preserve">[35:37] </w:t>
      </w:r>
      <w:r>
        <w:t>hain. Ek misal mein abhi isi saal mere bhatije Adnan Khan, jo Dr. Sani Hasnain Khan sahib ke sahibzade hain, woh Umrah karne gaye the.</w:t>
      </w:r>
    </w:p>
    <w:p>
      <w:pPr>
        <w:jc w:val="right"/>
      </w:pPr>
      <w:r>
        <w:t>ہیں۔ ایک مثال میں ابھی اسی سال میرے بھتیجے عدنان خان ، جو ڈاکٹرثانیحسنین خانصاحبکےصاحبزادےہیں، وہ عمرہکرنے گئےتھے۔</w:t>
      </w:r>
    </w:p>
    <w:p>
      <w:r>
        <w:rPr>
          <w:b/>
        </w:rPr>
        <w:t xml:space="preserve">[35:51] </w:t>
      </w:r>
      <w:r>
        <w:t>to aisa ittefaq hua ke unke peeche peeche koi boodhi aurat ismein thi wheelchair pe. To iska koi beti hogi, koi hoga, us wheelchair ko chala raha tha.</w:t>
      </w:r>
    </w:p>
    <w:p>
      <w:pPr>
        <w:jc w:val="right"/>
      </w:pPr>
      <w:r>
        <w:t>تو ایسا اتفاق ہوا کہانکےپیچھےپیچھے کوئی بوڑھیعورت اسمیں تھی ویلچیئرپہ۔ تو اسکیکوئی بیٹیہوگی،کوئیہوگا،اسویلچیئرکوچلارہاتھا۔</w:t>
      </w:r>
    </w:p>
    <w:p>
      <w:r>
        <w:rPr>
          <w:b/>
        </w:rPr>
        <w:t xml:space="preserve">[36:04] </w:t>
      </w:r>
      <w:r>
        <w:t>to Adnan ko bahut tez chot lag gayi ke khoon behne lag gaya. To ab chuki wahan kuch allowed nahi hai, ladai jhagda, to aadmi jo hai, sab ke sab peaceful tareeqe se rehna chahte hain.</w:t>
      </w:r>
    </w:p>
    <w:p>
      <w:pPr>
        <w:jc w:val="right"/>
      </w:pPr>
      <w:r>
        <w:t>تو عدنانکوبہت تیز چوٹلگگئی کہ خون بہنےلگگیا۔ توابچونکہوہاںکچھ الا ؤڈہینہیںہے،لڑ ائی جھگڑا، تو آدمیجوہے،سب کےسب پیسفلطریقےسے رہناچاہتےہیں۔</w:t>
      </w:r>
    </w:p>
    <w:p>
      <w:r>
        <w:rPr>
          <w:b/>
        </w:rPr>
        <w:t xml:space="preserve">[36:18] </w:t>
      </w:r>
      <w:r>
        <w:t>to Adnan ne sirf itna kaha ke, "Behan, tum ne kya kar diya?" Aur yeh keh ke aage badh gaye. To ab aapas sochiye ke jab aadmi tis din, chalis din aise mahaul mein rahega ke koi galat kaam woh nahi kar sake</w:t>
      </w:r>
    </w:p>
    <w:p>
      <w:pPr>
        <w:jc w:val="right"/>
      </w:pPr>
      <w:r>
        <w:t>تو عدنان نےصرف اتناکہا کہ،"بہن، تم نے کیا کردیا ؟" اور یہکہہکےآگےبڑھگئے۔ توابآپسوچیےکہجبآدمی تیسدن،چالیسدن ایسے ماحولمیںرہےگاکہکوئیغلطکام وہنہیںکر سکے</w:t>
      </w:r>
    </w:p>
    <w:p>
      <w:r>
        <w:rPr>
          <w:b/>
        </w:rPr>
        <w:t xml:space="preserve">[36:33] </w:t>
      </w:r>
      <w:r>
        <w:t>ga, kyunke agar galat kaam kiya to haj qabool nahi hoga. To iski wajah se woh bahut zyada alert rehta hai aur zyada se zyada aise har kaam se bachna chahta hai.</w:t>
      </w:r>
    </w:p>
    <w:p>
      <w:pPr>
        <w:jc w:val="right"/>
      </w:pPr>
      <w:r>
        <w:t>گا، کیونکہاگر غلطکام کیا تو حج قبولنہیںہوگا۔ تو اسکیوجہ سے وہ بہت زیادہ الر ٹرہتاہے اور زیادہ سےزیادہ ایسےہرکامسےبچناچاہتاہے۔</w:t>
      </w:r>
    </w:p>
    <w:p>
      <w:r>
        <w:rPr>
          <w:b/>
        </w:rPr>
        <w:t xml:space="preserve">[36:47] </w:t>
      </w:r>
      <w:r>
        <w:t>mujhe apna bhi ek waqia yaad aata hai jab mein haj karne gayi thi to Makkah mein bahut sakht garmi thi. Ab pankha shayad ek hi tha. Ab doosre log jo hain, apni taraf pankha kar lete the. Hum ko bahut garmi lagti thi lekin hum kuch boli bolte hi nahi the,</w:t>
      </w:r>
    </w:p>
    <w:p>
      <w:pPr>
        <w:jc w:val="right"/>
      </w:pPr>
      <w:r>
        <w:t>مجھےاپنابھیایک واقع ہیادآتاہےجبمیںحجکرنے گئی تھی تومی نامیںبہت سخت گرمیتھی۔ ابپنکھاشایدایکہیتھا۔ ابدوسرےلوگ جوہیں،اپنیطرف پنکھاکرلیتےتھے۔ہم کوبہت گرمیلگتیتھیلیکن ہمکچھبولی بولتےہینہیںتھے،</w:t>
      </w:r>
    </w:p>
    <w:p>
      <w:r>
        <w:rPr>
          <w:b/>
        </w:rPr>
        <w:t xml:space="preserve">[37:03] </w:t>
      </w:r>
      <w:r>
        <w:t>kyunke maloom hai ke wahan kuch allowed nahi hai, jhagda ladai karna, kuch sakht kalimi bhi karna, kuch allowed nahi hai. To is tareeqe se sab ke sath aise waqiat pesh aate hain.</w:t>
      </w:r>
    </w:p>
    <w:p>
      <w:pPr>
        <w:jc w:val="right"/>
      </w:pPr>
      <w:r>
        <w:t>کیونکہ معلومہےکہوہاںکچھالاؤڈہینہیںہے،جھگڑالڑائیکرنا ، کچھ سخت کلامیبھیکرنا،کچھالاؤڈنہیںہے۔ تو اسطریقےسےسبھیکےساتھ ایسےواقع ات پیش آتےہیں۔</w:t>
      </w:r>
    </w:p>
    <w:p>
      <w:r>
        <w:rPr>
          <w:b/>
        </w:rPr>
        <w:t xml:space="preserve">[37:14] </w:t>
      </w:r>
      <w:r>
        <w:t>yeh haj jo hai na, ek rehearsal hai ke hamein isi tareeqe se duniya mein rehna hai.</w:t>
      </w:r>
    </w:p>
    <w:p>
      <w:pPr>
        <w:jc w:val="right"/>
      </w:pPr>
      <w:r>
        <w:t>یہ حججوہےنا،ایک ریہرسل ہے کہہمیںاسیطریقےسے دنیا میںرہناہے۔</w:t>
      </w:r>
    </w:p>
    <w:p>
      <w:r>
        <w:rPr>
          <w:b/>
        </w:rPr>
        <w:t xml:space="preserve">[37:20] </w:t>
      </w:r>
      <w:r>
        <w:t>jitna zyada hum peaceful tareeqe se is duniya mein rahenge, utna hi hum kamyabi hasil karenge duniya ke mamlaat mein bhi aur akhirat ke liye bhi. Jo kuch hamein karna hai, Khuda ki marifat hasil karna hai, Khuda ki discovery karna hai, to woh sab peaceful mahaul mein hi ho sakta hai.</w:t>
      </w:r>
    </w:p>
    <w:p>
      <w:pPr>
        <w:jc w:val="right"/>
      </w:pPr>
      <w:r>
        <w:t>جتنا زیادہ ہم پیسفلطریقےسے اسدنیا میںرہیںگے، اتناہی ہم کامیابی حاصل کریںگے دنیا کے معاملات میںبھی اور آخرتکےلیےبھی۔جوکچھہمیںکرناہے، خداکیمعرفت حاصل کرناہے، خداکیڈسکوریکرناہے، تو وہ سب پیسفل ماحولمیںہی ہو سکتاہے۔</w:t>
      </w:r>
    </w:p>
    <w:p>
      <w:r>
        <w:rPr>
          <w:b/>
        </w:rPr>
        <w:t xml:space="preserve">[37:40] </w:t>
      </w:r>
      <w:r>
        <w:t>ab aap soch sakte hain ke jang ke zamane mein hum kya kar sakte hain</w:t>
      </w:r>
    </w:p>
    <w:p>
      <w:pPr>
        <w:jc w:val="right"/>
      </w:pPr>
      <w:r>
        <w:t>ابآپ سوچسکتےہیںکہ جنگ کےزمان ےمیںہمکیاکرسکتےہیں</w:t>
      </w:r>
    </w:p>
    <w:p>
      <w:r>
        <w:rPr>
          <w:b/>
        </w:rPr>
        <w:t xml:space="preserve">[37:45] </w:t>
      </w:r>
      <w:r>
        <w:t>? Koi bhi peaceful kaam jo humko karna hai, is zindagi mein itne zyada insan potential ke sath paida kiya gaya hai. To isi liye na ke constructive andaaz mein kaam karen, aur iski hamein misalein milti hain Paighambaron se.</w:t>
      </w:r>
    </w:p>
    <w:p>
      <w:pPr>
        <w:jc w:val="right"/>
      </w:pPr>
      <w:r>
        <w:t>؟ کوئیبھی پیسفلکام جو ہمکو کرناہے، اسزندگی میں اتنےزیادہ انسان پوٹینشلکےساتھ پیدا کیاگیاہے۔تواسیلیے نا کہ کنسٹرکٹیو اندازمیںکامکریں، اور اسکیہمیں مثالیںملتیہیں پیغمبروںسے ۔</w:t>
      </w:r>
    </w:p>
    <w:p>
      <w:r>
        <w:rPr>
          <w:b/>
        </w:rPr>
        <w:t xml:space="preserve">[38:02] </w:t>
      </w:r>
      <w:r>
        <w:t>Paighambaron ne kabhi bhi jang ki pehal nahi ki. Kitna zyada logon ne opposition ki, kitna bura bhala kaha, pathar mare,</w:t>
      </w:r>
    </w:p>
    <w:p>
      <w:pPr>
        <w:jc w:val="right"/>
      </w:pPr>
      <w:r>
        <w:t>پیغمبروںنےکبھیبھی جنگ کیپہلنہیںکی۔ کتنا زیادہ لوگوںنے اپوزیشنکی،کتنا برابھلاکہا، پتھرمارے،</w:t>
      </w:r>
    </w:p>
    <w:p>
      <w:r>
        <w:rPr>
          <w:b/>
        </w:rPr>
        <w:t xml:space="preserve">[38:12] </w:t>
      </w:r>
      <w:r>
        <w:t>lekin unhone iska koi retaliation nahi kiya. Rasool Allah (SAW) ne bataya ke ek Paighambar hain, aur unke chehre se khoon gir raha hai, tapak raha hai, lekin woh bas yeh kehte hain, "Allah, Allah hidayat de meri qaum ko."</w:t>
      </w:r>
    </w:p>
    <w:p>
      <w:pPr>
        <w:jc w:val="right"/>
      </w:pPr>
      <w:r>
        <w:t>لیکن انہوں نے اسکاکوئی ریٹیلیٹنہیںکیا۔ رسولاللہصلیاللہعلیہوسلمنےبتایاکہ ایک پیغمبر ہیں، اورانکے چہرےسےخون گر رہاہے،ٹپکرہاہے، لیکن وہ بسیہیکہتےہیں،"اللہ ،اللہ ہدایت دے میریقومکو ۔</w:t>
      </w:r>
    </w:p>
    <w:p>
      <w:r>
        <w:rPr>
          <w:b/>
        </w:rPr>
        <w:t xml:space="preserve">[38:32] </w:t>
      </w:r>
      <w:r>
        <w:t>" To yehi Rasool Allah (SAW) ne bhi kiya ke Taif walon ne jab mara, aur itna khoon beh raha tha, to aap yeh hi keh rahe the, "Allah inko hidayat de."</w:t>
      </w:r>
    </w:p>
    <w:p>
      <w:pPr>
        <w:jc w:val="right"/>
      </w:pPr>
      <w:r>
        <w:t>"تویہی رسولاللہ صلیاللہعلیہوسلمنےبھیکیا کہ طائفوالوںنےجب مارا، اور اتنا خون بہہرہاتھا،توآپیہیکہہرہےتھے،"اللہ انکوہدایت دے۔"</w:t>
      </w:r>
    </w:p>
    <w:p>
      <w:r>
        <w:rPr>
          <w:b/>
        </w:rPr>
        <w:t xml:space="preserve">[38:42] </w:t>
      </w:r>
      <w:r>
        <w:t>To is tareeqe se tamam Paighambar, achha, agar bahut zyada opposition ho jaye, jab jaan ka hi khatra ho jaye, to Paighambar jo hain, woh jagah badal dete the, kyunke kaam toh karna hi tha Paighambar ko, jis kaam ke liye woh bheje gaye the, to woh jagah badal dete the. Jaise Rasool Allah (SAW) ne Makkah chhod kar Madinah khamoshi se raat ko chale gaye, Madinah, aur wahan kaam shuru kar diya.</w:t>
      </w:r>
    </w:p>
    <w:p>
      <w:pPr>
        <w:jc w:val="right"/>
      </w:pPr>
      <w:r>
        <w:t>تو اسطریقےسے تمام پیغمبر ،اچھا،اگر بہت زیادہ اپوزیشنہوجائے، جبجان کاہیخطرہہوجائے، تو پیغمبر جوہیں، وہجگہبدلدیتےتھے، کیونکہ کامتو کرناہیتھاپیغمبرکو ،جسکام کےلیےوہبھیجےگئےتھے، تو وہجگہبدلدیتےتھے۔جیسے رسولاللہ صلیاللہعلیہوسلمنے مکہچھوڑکر مدینہ خاموشی سےراتکو چلےگئے، مدینہ ،اوروہاں کامشروع کردیا۔</w:t>
      </w:r>
    </w:p>
    <w:p>
      <w:r>
        <w:rPr>
          <w:b/>
        </w:rPr>
        <w:t xml:space="preserve">[39:10] </w:t>
      </w:r>
      <w:r>
        <w:t>ab wahan ke halat saz gaar the, aur bohat jald inko kami ayi hui apne mission mein. to isi tareeqe se hazrat ibrahim alehالسلام iraq mein, jahan woh hain, woh jahan rehte the, to bohat zabardast opposition hui. inke baap ne aur aur doosre logon ne mil kar inko aag mein phenk diya.</w:t>
      </w:r>
    </w:p>
    <w:p>
      <w:pPr>
        <w:jc w:val="right"/>
      </w:pPr>
      <w:r>
        <w:t>ابوہاںکےحالات ساز گارتھے،اوربہت جلد انکو کامی ابی ہوئی اپنے مشنمیں۔ تو اسیطریقےسےحضرت ابراہیمعلیہالسلام عراق میں،جہاںوہ عرمیں،وہجہاںرہتےتھے، تو بہت زبرد ست اپوزیشنہوئی۔انکےباپنےاور اوردوسرے لوگوںنےملکرانکو آگمیںپھینکدیا۔</w:t>
      </w:r>
    </w:p>
    <w:p>
      <w:r>
        <w:rPr>
          <w:b/>
        </w:rPr>
        <w:t xml:space="preserve">[39:28] </w:t>
      </w:r>
      <w:r>
        <w:t>to Allah taala ne us aag ko thanda kar diya.</w:t>
      </w:r>
    </w:p>
    <w:p>
      <w:pPr>
        <w:jc w:val="right"/>
      </w:pPr>
      <w:r>
        <w:t>تو اللہ تعالینےاسآگکوٹھنڈاکردیا۔</w:t>
      </w:r>
    </w:p>
    <w:p>
      <w:r>
        <w:rPr>
          <w:b/>
        </w:rPr>
        <w:t xml:space="preserve">[39:31] </w:t>
      </w:r>
      <w:r>
        <w:t>phir unhon ne koi jawab nahi diya iska, balkeh us jagah chhod kar woh doosre doosre maqamat par chale gaye, aur hazrat hajra ko sahra mein basa diya ke yahan par ek nayi nasal uthegi, aur woh nature ke mahol mein, jis ko Maulana mister nature kehte the, to nature ke mahol mein woh tamam khusoosiyat ko le kar, jis ko Huda ne Almarwa kaha hai, main lines, woh le kar paida</w:t>
      </w:r>
    </w:p>
    <w:p>
      <w:pPr>
        <w:jc w:val="right"/>
      </w:pPr>
      <w:r>
        <w:t>پھرانہوںنےکوئی جوابنہیں دیا اسکا ،بلکہ اسجگہکوچھوڑکروہ دوسرےدوسرے مقام اتپرچلےگئے، اور حضرت ہاجرہکو صح رامیںبسادیا کہیہاںپرایک نئی نسل اٹھےگی، اور وہ نیچرکےماحولمیں ،جسکو مول انا مسٹرنیچرکہتےتھے، تو نیچرکے ماحولمیں وہتمام خصوصیات کولےکر، جسکو ہٹینے المروہکہاہے، مینلینس، وہ لےکر پیدا</w:t>
      </w:r>
    </w:p>
    <w:p>
      <w:r>
        <w:rPr>
          <w:b/>
        </w:rPr>
        <w:t xml:space="preserve">[40:00] </w:t>
      </w:r>
      <w:r>
        <w:t>hogi. phir dhai hazar saal ke baad isi qom mein Rasool Allah Sallallahu Alaihi Wasallam aaye, aur unhon ne is qom ke sath mission ka kaam kiya, aur is qom ne dil o jaan ke sath aap ko support kiya,</w:t>
      </w:r>
    </w:p>
    <w:p>
      <w:pPr>
        <w:jc w:val="right"/>
      </w:pPr>
      <w:r>
        <w:t>ہوگی۔پھرڈھائیہزار سالکےبعد اسی قوممیںرسولاللہ صلیاللہعلیہوسلمآئے، اور انہوں نے اسقومکےساتھ مشنکاکام کیا،اور اسقوممیں نے دل و جان کےساتھ آپ کوسپورٹکیا،</w:t>
      </w:r>
    </w:p>
    <w:p>
      <w:r>
        <w:rPr>
          <w:b/>
        </w:rPr>
        <w:t xml:space="preserve">[40:16] </w:t>
      </w:r>
      <w:r>
        <w:t>aur isi wajah se aap apne mission mein kamyab hue. Jazak Allah Aapa for doing a very good session today, Alhamdulillah.</w:t>
      </w:r>
    </w:p>
    <w:p>
      <w:pPr>
        <w:jc w:val="right"/>
      </w:pPr>
      <w:r>
        <w:t>اوراسیوجہسےآپ اپنے مشنمیں کامیابرہے۔ جزاک اللہآپا فارڈوئنگاویریگڈسیشن ٹوڈے، الحمدللہ۔</w:t>
      </w:r>
    </w:p>
    <w:p>
      <w:r>
        <w:rPr>
          <w:b/>
        </w:rPr>
        <w:t xml:space="preserve">[40:25] </w:t>
      </w:r>
      <w:r>
        <w:t>So we will end today's session, and we will be back next Sunday at 10:30 AM. Thank you.</w:t>
      </w:r>
    </w:p>
    <w:p>
      <w:pPr>
        <w:jc w:val="right"/>
      </w:pPr>
      <w:r>
        <w:t>سو ویول وددس اینڈٹوڈےسیشن،اینڈویبی بیکنیکسٹسنڈےایٹ 10:30اےایم۔تھینکیو۔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