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June 9, 2013 - Maulana Wahiduddin Khan</w:t>
      </w:r>
    </w:p>
    <w:p>
      <w:r>
        <w:t>https://www.youtube.com/watch?v=qQsm7giv3Mk</w:t>
      </w:r>
    </w:p>
    <w:p>
      <w:r>
        <w:rPr>
          <w:b/>
        </w:rPr>
        <w:t xml:space="preserve">[00:14] </w:t>
      </w:r>
      <w:r>
        <w:t>bismillah hir rahman nir rahim, wa salla allah ala nabiyyil karim.</w:t>
      </w:r>
    </w:p>
    <w:p>
      <w:pPr>
        <w:jc w:val="right"/>
      </w:pPr>
      <w:r>
        <w:t>بسم اللہ الرحمن الرحیم، و 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[00:33] </w:t>
      </w:r>
      <w:r>
        <w:t>aaj</w:t>
      </w:r>
    </w:p>
    <w:p>
      <w:pPr>
        <w:jc w:val="right"/>
      </w:pPr>
      <w:r>
        <w:t>آج</w:t>
      </w:r>
    </w:p>
    <w:p>
      <w:r>
        <w:rPr>
          <w:b/>
        </w:rPr>
        <w:t xml:space="preserve">[00:37] </w:t>
      </w:r>
      <w:r>
        <w:t>june 2013 ki 9 tareekh hai.</w:t>
      </w:r>
    </w:p>
    <w:p>
      <w:pPr>
        <w:jc w:val="right"/>
      </w:pPr>
      <w:r>
        <w:t>جون 2013 کی 9 تاریخ ہے۔</w:t>
      </w:r>
    </w:p>
    <w:p>
      <w:r>
        <w:rPr>
          <w:b/>
        </w:rPr>
        <w:t xml:space="preserve">[00:43] </w:t>
      </w:r>
      <w:r>
        <w:t>aaj ka topic hai: "man and paradise", jannat aur insan.</w:t>
      </w:r>
    </w:p>
    <w:p>
      <w:pPr>
        <w:jc w:val="right"/>
      </w:pPr>
      <w:r>
        <w:t>آج کا ٹاپک ہے: "مین اینڈ پیراڈائز"، جنت اور انسان۔</w:t>
      </w:r>
    </w:p>
    <w:p>
      <w:r>
        <w:rPr>
          <w:b/>
        </w:rPr>
        <w:t xml:space="preserve">[01:01] </w:t>
      </w:r>
      <w:r>
        <w:t>lakhi hai aik hadees hai: "ma rahe to misl jannat naam taliba".</w:t>
      </w:r>
    </w:p>
    <w:p>
      <w:pPr>
        <w:jc w:val="right"/>
      </w:pPr>
      <w:r>
        <w:t>لکھی ہے ایک حدیث ہے: "ما رہے تو مثل جنت نام طالبہ"۔</w:t>
      </w:r>
    </w:p>
    <w:p>
      <w:r>
        <w:rPr>
          <w:b/>
        </w:rPr>
        <w:t xml:space="preserve">[01:12] </w:t>
      </w:r>
      <w:r>
        <w:t>is ka matlab yeh hai ke insan ko paida kiya tha, paida kiya gaya tha jannat ke talib ki hesiyat se, magar woh jannat ko apna matloob na bana saka.</w:t>
      </w:r>
    </w:p>
    <w:p>
      <w:pPr>
        <w:jc w:val="right"/>
      </w:pPr>
      <w:r>
        <w:t>اس کا مطلب یہ ہے کہ انسان کو پیدا کیا تھا، پیدا کیا گیا تھا جنت کے طالب کی حیثیت سے، مگر وہ جنت کو اپنا مطلوب نہ بنا سکا۔</w:t>
      </w:r>
    </w:p>
    <w:p>
      <w:r>
        <w:rPr>
          <w:b/>
        </w:rPr>
        <w:t xml:space="preserve">[01:32] </w:t>
      </w:r>
      <w:r>
        <w:t>yaani main baat: "born as a paradise seeking animal".</w:t>
      </w:r>
    </w:p>
    <w:p>
      <w:pPr>
        <w:jc w:val="right"/>
      </w:pPr>
      <w:r>
        <w:t>یعنی مین بات: "بورن ایز اے پیراڈائز سیکنگ اینیمل"۔</w:t>
      </w:r>
    </w:p>
    <w:p>
      <w:r>
        <w:rPr>
          <w:b/>
        </w:rPr>
        <w:t xml:space="preserve">[01:42] </w:t>
      </w:r>
      <w:r>
        <w:t>but he failed to adopt this as his goal.</w:t>
      </w:r>
    </w:p>
    <w:p>
      <w:pPr>
        <w:jc w:val="right"/>
      </w:pPr>
      <w:r>
        <w:t>بٹ ہی فیلڈ ٹو اڈاپٹ دس ایز ہز گول۔</w:t>
      </w:r>
    </w:p>
    <w:p>
      <w:r>
        <w:rPr>
          <w:b/>
        </w:rPr>
        <w:t xml:space="preserve">[01:49] </w:t>
      </w:r>
      <w:r>
        <w:t>yeh poori tareekh ke baray mein hadees rasool ka tabsarah hai.</w:t>
      </w:r>
    </w:p>
    <w:p>
      <w:pPr>
        <w:jc w:val="right"/>
      </w:pPr>
      <w:r>
        <w:t>یہ پوری تاریخ کے بارے میں حدیث رسول کا تبصرہ ہے۔</w:t>
      </w:r>
    </w:p>
    <w:p>
      <w:r>
        <w:rPr>
          <w:b/>
        </w:rPr>
        <w:t xml:space="preserve">[01:58] </w:t>
      </w:r>
      <w:r>
        <w:t>yeh bohat hi ajeeb baat hai ke sare insan jo bhi paida hue hain is zameen par, sab aik aik romantic khwab le ke paida hote hain.</w:t>
      </w:r>
    </w:p>
    <w:p>
      <w:pPr>
        <w:jc w:val="right"/>
      </w:pPr>
      <w:r>
        <w:t>یہ بہت ہی عجیب بات ہے کہ سارے انسان جو بھی پیدا ہوئے ہیں اس زمین پر، سب ایک ایک رومینٹک خواب لے کے پیدا ہوتے ہیں۔</w:t>
      </w:r>
    </w:p>
    <w:p>
      <w:r>
        <w:rPr>
          <w:b/>
        </w:rPr>
        <w:t xml:space="preserve">[02:14] </w:t>
      </w:r>
      <w:r>
        <w:t>aik guardian world ka concept in ke mind mein bra hota hai. isi ka reflection hai tamam dunya ke novel. jitne novel likhe jatay hain, un sab mein yahi hota hai ke is ka jo hero hota hai,</w:t>
      </w:r>
    </w:p>
    <w:p>
      <w:pPr>
        <w:jc w:val="right"/>
      </w:pPr>
      <w:r>
        <w:t>ایک گارڈین ورلڈ کا کانسیپٹ ان کے مائنڈ میں برا ہوتا ہے۔ اسی کا ریفلیکشن ہے تمام دنیا کے ناول۔ جتنے ناول لکھے جاتے ہیں، ان سب میں یہی ہوتا ہے کہ اس کا جو ہیرو ہوتا ہے،</w:t>
      </w:r>
    </w:p>
    <w:p>
      <w:r>
        <w:rPr>
          <w:b/>
        </w:rPr>
        <w:t xml:space="preserve">[02:32] </w:t>
      </w:r>
      <w:r>
        <w:t>woh aik kisi aik romantic khwab mein jeeta hai jo us ko kabhi milta nahin. tamam behtareen novel jo hain, tragedy par khatam hote hain.</w:t>
      </w:r>
    </w:p>
    <w:p>
      <w:pPr>
        <w:jc w:val="right"/>
      </w:pPr>
      <w:r>
        <w:t>وہ ایک کسی ایک رومینٹک خواب میں جیتا ہے جو اس کو کبھی ملتا نہیں۔ تمام بہترین ناول جو ہیں، ٹریٹی پر ختم ہوتے ہیں۔</w:t>
      </w:r>
    </w:p>
    <w:p>
      <w:r>
        <w:rPr>
          <w:b/>
        </w:rPr>
        <w:t xml:space="preserve">[02:47] </w:t>
      </w:r>
      <w:r>
        <w:t>to aik taraf yeh cheez apne aap mein establish hai ke insan aik ideal world ka talib hai.</w:t>
      </w:r>
    </w:p>
    <w:p>
      <w:pPr>
        <w:jc w:val="right"/>
      </w:pPr>
      <w:r>
        <w:t>تو ایک طرف یہ چیز اپنے آپ میں اسٹیبلش ہے کہ انسان ایک آئیڈیل ورلڈ کا طالب ہے۔</w:t>
      </w:r>
    </w:p>
    <w:p>
      <w:r>
        <w:rPr>
          <w:b/>
        </w:rPr>
        <w:t xml:space="preserve">[02:57] </w:t>
      </w:r>
      <w:r>
        <w:t>aur doosri cheez yeh bhi apni jagah par establish hai ke woh ideal world insaan ko milti nahin.</w:t>
      </w:r>
    </w:p>
    <w:p>
      <w:pPr>
        <w:jc w:val="right"/>
      </w:pPr>
      <w:r>
        <w:t>اور دوسری چیز یہ بھی اپنی جگہ پر اسٹیبلش ہے کہ وہ آئیڈیل ورلڈ انسان کو ملتی نہیں۔</w:t>
      </w:r>
    </w:p>
    <w:p>
      <w:r>
        <w:rPr>
          <w:b/>
        </w:rPr>
        <w:t xml:space="preserve">[03:06] </w:t>
      </w:r>
      <w:r>
        <w:t>yeh bohat ajeeb tragedy hai saare insaan ki.</w:t>
      </w:r>
    </w:p>
    <w:p>
      <w:pPr>
        <w:jc w:val="right"/>
      </w:pPr>
      <w:r>
        <w:t>یہ بہت عجیب ٹریجڈی ہے سارے انسان کی۔</w:t>
      </w:r>
    </w:p>
    <w:p>
      <w:r>
        <w:rPr>
          <w:b/>
        </w:rPr>
        <w:t xml:space="preserve">[03:13] </w:t>
      </w:r>
      <w:r>
        <w:t>isi ka isi sawal ka jawab maloom karna, main samajhta hoon ke zindagi ka sab se bara sawal hai.</w:t>
      </w:r>
    </w:p>
    <w:p>
      <w:pPr>
        <w:jc w:val="right"/>
      </w:pPr>
      <w:r>
        <w:t>اسی کا اسی سوال کا جواب معلوم کرنا، میں سمجھتا ہوں کہ زندگی کا سب سے بڑا سوال ہے۔</w:t>
      </w:r>
    </w:p>
    <w:p>
      <w:r>
        <w:rPr>
          <w:b/>
        </w:rPr>
        <w:t xml:space="preserve">[03:27] </w:t>
      </w:r>
      <w:r>
        <w:t>main samajhta hoon ke momin woh hai jo is sawal ka jawab pa le, jo is raaz ko discover kar le, wohi momin hai.</w:t>
      </w:r>
    </w:p>
    <w:p>
      <w:pPr>
        <w:jc w:val="right"/>
      </w:pPr>
      <w:r>
        <w:t>میں سمجھتا ہوں کہ مومن وہ ہے جو اس سوال کا جواب پا لے، جو اس راز کو ڈسکور کر لے، وہی مومن ہے۔</w:t>
      </w:r>
    </w:p>
    <w:p>
      <w:r>
        <w:rPr>
          <w:b/>
        </w:rPr>
        <w:t xml:space="preserve">[03:38] </w:t>
      </w:r>
      <w:r>
        <w:t>yaani momin woh hai jo yeh jaan le ke paida karne wale ne mujhe kis liye paida kiya, mera goal kya hai, aur is goal ke liye apni zindagi ko woh dedicate kar de.</w:t>
      </w:r>
    </w:p>
    <w:p>
      <w:pPr>
        <w:jc w:val="right"/>
      </w:pPr>
      <w:r>
        <w:t>یعنی مومن وہ ہے جو یہ جان لے کہ پیدا کرنے والے نے مجھے کس لیے پیدا کیا، میرا گول کیا ہے، اور اس گول کے لیے اپنی زندگی کو وہ ڈیڈیکیٹ کر دے۔</w:t>
      </w:r>
    </w:p>
    <w:p>
      <w:r>
        <w:rPr>
          <w:b/>
        </w:rPr>
        <w:t xml:space="preserve">[03:56] </w:t>
      </w:r>
      <w:r>
        <w:t>yahan mujhe aik parallel waqea yaad aata hai. dekhen, aik qissa hai</w:t>
      </w:r>
    </w:p>
    <w:p>
      <w:pPr>
        <w:jc w:val="right"/>
      </w:pPr>
      <w:r>
        <w:t>یہاں مجھے ایک پیرلل واقعہ یاد آتا ہے۔ دیکھیں، ایک قصہ ہے</w:t>
      </w:r>
    </w:p>
    <w:p>
      <w:r>
        <w:rPr>
          <w:b/>
        </w:rPr>
        <w:t xml:space="preserve">[04:09] </w:t>
      </w:r>
      <w:r>
        <w:t>aik aik american priest ka. us ne likha hai ke</w:t>
      </w:r>
    </w:p>
    <w:p>
      <w:pPr>
        <w:jc w:val="right"/>
      </w:pPr>
      <w:r>
        <w:t>ایک ایک امریکن پریسٹ کا۔ اس نے لکھا ہے کہ</w:t>
      </w:r>
    </w:p>
    <w:p>
      <w:r>
        <w:rPr>
          <w:b/>
        </w:rPr>
        <w:t xml:space="preserve">[04:19] </w:t>
      </w:r>
      <w:r>
        <w:t>aik baar main safar mein tha.</w:t>
      </w:r>
    </w:p>
    <w:p>
      <w:pPr>
        <w:jc w:val="right"/>
      </w:pPr>
      <w:r>
        <w:t>ایک بار میں سفر میں تھا۔</w:t>
      </w:r>
    </w:p>
    <w:p>
      <w:r>
        <w:rPr>
          <w:b/>
        </w:rPr>
        <w:t xml:space="preserve">[04:24] </w:t>
      </w:r>
      <w:r>
        <w:t>mujhe aik message mila aik aik billionaire ki taraf se, America ke aik billionaire, bohat ziyada paise wala aadmi ke tum foran mujh se milo.</w:t>
      </w:r>
    </w:p>
    <w:p>
      <w:pPr>
        <w:jc w:val="right"/>
      </w:pPr>
      <w:r>
        <w:t>مجھے ایک میسج ملا ایک ایک بلینیئر کی طرف سے، امریکہ کے ایک بلینیئر، بہت زیادہ پیسے والا آدمی کہ تم فوراً مجھ سے ملو۔</w:t>
      </w:r>
    </w:p>
    <w:p>
      <w:r>
        <w:rPr>
          <w:b/>
        </w:rPr>
        <w:t xml:space="preserve">[04:37] </w:t>
      </w:r>
      <w:r>
        <w:t>to safar ko cut kar ke woh un ke paas gaya. pahunchte hi us ko aik kamre mein le jaya gaya jahan woh tha aur woh daulatmand aadmi jo boodha ho chuka tha.</w:t>
      </w:r>
    </w:p>
    <w:p>
      <w:pPr>
        <w:jc w:val="right"/>
      </w:pPr>
      <w:r>
        <w:t>تو سفر کو کٹ کر کے وہ ان کے پاس گیا۔ پہنچتے ہی اس کو ایک کمرے میں لے جایا گیا جہاں وہ تھا اور وہ دولت مند آدمی جو بوڑھا ہو چکا تھا۔</w:t>
      </w:r>
    </w:p>
    <w:p>
      <w:r>
        <w:rPr>
          <w:b/>
        </w:rPr>
        <w:t xml:space="preserve">[04:54] </w:t>
      </w:r>
      <w:r>
        <w:t>to us ne kaha is tamheed ke baghair: "you see, i am an old man.</w:t>
      </w:r>
    </w:p>
    <w:p>
      <w:pPr>
        <w:jc w:val="right"/>
      </w:pPr>
      <w:r>
        <w:t>تو اس نے کہا اس تمہید کے بغیر: "یو سی، آئی ایم این اولڈ مین۔</w:t>
      </w:r>
    </w:p>
    <w:p>
      <w:r>
        <w:rPr>
          <w:b/>
        </w:rPr>
        <w:t xml:space="preserve">[05:06] </w:t>
      </w:r>
      <w:r>
        <w:t>life has lost all meaning. i am going to take a fateful leap into the unknown. young man, can you give me a ray of hope?"</w:t>
      </w:r>
    </w:p>
    <w:p>
      <w:pPr>
        <w:jc w:val="right"/>
      </w:pPr>
      <w:r>
        <w:t>لائف ہیز لاسٹ ال میننگ۔ آئی ایم گوئنگ ٹو ٹیک ا فیٹ فل لیپ انٹو دا ان نون۔ینگ مین، کین یو گیو می اریہ اف ہوپ؟"</w:t>
      </w:r>
    </w:p>
    <w:p>
      <w:r>
        <w:rPr>
          <w:b/>
        </w:rPr>
        <w:t xml:space="preserve">[05:22] </w:t>
      </w:r>
      <w:r>
        <w:t>yeh hai is insaan ka haal jis ne is baat ko discover nahin kiya ke is ka goal paradise hai.</w:t>
      </w:r>
    </w:p>
    <w:p>
      <w:pPr>
        <w:jc w:val="right"/>
      </w:pPr>
      <w:r>
        <w:t>یہ ہے اس انسان کا حال جس نے اس بات کو ڈسکور نہیں کیا کہ اس کا گول پیراڈائز ہے۔</w:t>
      </w:r>
    </w:p>
    <w:p>
      <w:r>
        <w:rPr>
          <w:b/>
        </w:rPr>
        <w:t xml:space="preserve">[05:36] </w:t>
      </w:r>
      <w:r>
        <w:t>to woh kehta hai ke ab main aik maloom duniya mein goya aik andhere mein chhalang lagane wala hoon. kuch nahin pata ke aage kya hone wala hai.</w:t>
      </w:r>
    </w:p>
    <w:p>
      <w:pPr>
        <w:jc w:val="right"/>
      </w:pPr>
      <w:r>
        <w:t>تو وہ کہتا ہے کہ اب میں ایک لامعلوم دنیا میں گویا ایک اندھیرے میں چھلانگ لگانے والا ہوں۔ کچھ نہیں پتہ کہ آگے کیا ہونے والا ہے۔</w:t>
      </w:r>
    </w:p>
    <w:p>
      <w:r>
        <w:rPr>
          <w:b/>
        </w:rPr>
        <w:t xml:space="preserve">[05:50] </w:t>
      </w:r>
      <w:r>
        <w:t>ab main aap ko aik sahabi ka qissa batata hoon. aik sahabi boodhe ho gaye, phir bimar hue, marne ke qareeb ho gaye.</w:t>
      </w:r>
    </w:p>
    <w:p>
      <w:pPr>
        <w:jc w:val="right"/>
      </w:pPr>
      <w:r>
        <w:t>اب میں آپ کو ایک صحابی کا قصہ بتاتا ہوں۔ ایک صحابی بوڑھے ہو گئے، پھر بیمار ہوئے، مرنے کے قریب ہو گئے۔</w:t>
      </w:r>
    </w:p>
    <w:p>
      <w:r>
        <w:rPr>
          <w:b/>
        </w:rPr>
        <w:t xml:space="preserve">[06:02] </w:t>
      </w:r>
      <w:r>
        <w:t>to un ki takleef ko dekh kar ghar walon ne kaha, ghar walon ki zuban se nikla: "wah karbah</w:t>
      </w:r>
    </w:p>
    <w:p>
      <w:pPr>
        <w:jc w:val="right"/>
      </w:pPr>
      <w:r>
        <w:t>تو ان کی تکلیف کو دیکھ کر گھر والوں نے کہا، گھر والوں کی زبان سے نکلا: "واہ کرباہ</w:t>
      </w:r>
    </w:p>
    <w:p>
      <w:r>
        <w:rPr>
          <w:b/>
        </w:rPr>
        <w:t xml:space="preserve">[06:10] </w:t>
      </w:r>
      <w:r>
        <w:t>! haaye takleef!" "wah karbah" ka matlab hota hai: haaye takleef. to sahabi ki zuban se nikla: "wah karbah!</w:t>
      </w:r>
    </w:p>
    <w:p>
      <w:pPr>
        <w:jc w:val="right"/>
      </w:pPr>
      <w:r>
        <w:t>! ہائے تکلیف!" "واہ کرباہ" کا مطلب ہوتا ہے: ہائے تکلیف۔ تو صحابی کی زبان سے نکلا: "واہ کرباہ!</w:t>
      </w:r>
    </w:p>
    <w:p>
      <w:r>
        <w:rPr>
          <w:b/>
        </w:rPr>
        <w:t xml:space="preserve">[06:20] </w:t>
      </w:r>
      <w:r>
        <w:t>haaye</w:t>
      </w:r>
    </w:p>
    <w:p>
      <w:pPr>
        <w:jc w:val="right"/>
      </w:pPr>
      <w:r>
        <w:t>ہائے</w:t>
      </w:r>
    </w:p>
    <w:p>
      <w:r>
        <w:rPr>
          <w:b/>
        </w:rPr>
        <w:t xml:space="preserve">[06:21] </w:t>
      </w:r>
      <w:r>
        <w:t>khushi!</w:t>
      </w:r>
    </w:p>
    <w:p>
      <w:pPr>
        <w:jc w:val="right"/>
      </w:pPr>
      <w:r>
        <w:t>خوشی!"</w:t>
      </w:r>
    </w:p>
    <w:p>
      <w:r>
        <w:rPr>
          <w:b/>
        </w:rPr>
        <w:t xml:space="preserve">[06:25] </w:t>
      </w:r>
      <w:r>
        <w:t>kyun aisa unhon ne kaha? to unhon ne kaha ke aaj to main</w:t>
      </w:r>
    </w:p>
    <w:p>
      <w:pPr>
        <w:jc w:val="right"/>
      </w:pPr>
      <w:r>
        <w:t>کیوں ایسا انہوں نے کہا؟ تو انہوں نے کہا کہ آج تو میں</w:t>
      </w:r>
    </w:p>
    <w:p>
      <w:r>
        <w:rPr>
          <w:b/>
        </w:rPr>
        <w:t xml:space="preserve">[06:33] </w:t>
      </w:r>
      <w:r>
        <w:t>Payamber se miloon ga, Payamber ke saahibiyon se miloon ga. yeh to khushi ka lamha hai.</w:t>
      </w:r>
    </w:p>
    <w:p>
      <w:pPr>
        <w:jc w:val="right"/>
      </w:pPr>
      <w:r>
        <w:t>پیغمبر سے ملوں گا، پیغمبر کے ساتھیوں سے ملوں گا۔ یہ تو خوشی کا لمحہ ہے۔</w:t>
      </w:r>
    </w:p>
    <w:p>
      <w:r>
        <w:rPr>
          <w:b/>
        </w:rPr>
        <w:t xml:space="preserve">[06:45] </w:t>
      </w:r>
      <w:r>
        <w:t>aisa mehsoos hota hai ke aik aadmi jo sachai ko pa chuka ho, jis ne apne aap ko Allah ke raaste mein daal diya ho, jo jannat ki manzil ki taraf barh raha ho.</w:t>
      </w:r>
    </w:p>
    <w:p>
      <w:pPr>
        <w:jc w:val="right"/>
      </w:pPr>
      <w:r>
        <w:t>ایسا محسوس ہوتا ہے کہ ایک آدمی جو سچائی کو پا چکا ہو، جس نے اپنے آپ کو اللہ کے راستے میں ڈال دیا ہو، جو جنت کی منزل کی طرف بڑھ رہا ہو۔</w:t>
      </w:r>
    </w:p>
    <w:p>
      <w:r>
        <w:rPr>
          <w:b/>
        </w:rPr>
        <w:t xml:space="preserve">[06:57] </w:t>
      </w:r>
      <w:r>
        <w:t>to jab aakhir waqt aaye ga to is ka dil kahe ga ke ab to main wahan pahunch raha hoon. yaani is ko jannat ki khushboo aane lage gi.</w:t>
      </w:r>
    </w:p>
    <w:p>
      <w:pPr>
        <w:jc w:val="right"/>
      </w:pPr>
      <w:r>
        <w:t>تو جب آخر وقت آئے گا تو اس کا دل کہے گا کہ اب تو میں وہاں پہنچ رہا ہوں۔ یعنی اس کو جنت کی خوشبو آنے لگے گی۔</w:t>
      </w:r>
    </w:p>
    <w:p>
      <w:r>
        <w:rPr>
          <w:b/>
        </w:rPr>
        <w:t xml:space="preserve">[07:07] </w:t>
      </w:r>
      <w:r>
        <w:t>jaise aik sahabi ne kaha tha ke Uhud pahad ke idhar se mujhe jannat ki khushboo aa rahi hai.</w:t>
      </w:r>
    </w:p>
    <w:p>
      <w:pPr>
        <w:jc w:val="right"/>
      </w:pPr>
      <w:r>
        <w:t>جیسے ایک صحابی نے کہا تھا کہ احد پہاڑ کے ادھر سے مجھے جنت کی خوشبو آ رہی ہے۔</w:t>
      </w:r>
    </w:p>
    <w:p>
      <w:r>
        <w:rPr>
          <w:b/>
        </w:rPr>
        <w:t xml:space="preserve">[07:16] </w:t>
      </w:r>
      <w:r>
        <w:t>to woh baraks baat kahe ga ke "I am reaching my journey, is reaching its final destination.</w:t>
      </w:r>
    </w:p>
    <w:p>
      <w:pPr>
        <w:jc w:val="right"/>
      </w:pPr>
      <w:r>
        <w:t>تو وہ برعکس بات کہے گا کہ "آئی ایم ریچنگ مائی جرنی، از ریچنگ اٹس اس فائنل ڈیسٹینیشن۔</w:t>
      </w:r>
    </w:p>
    <w:p>
      <w:r>
        <w:rPr>
          <w:b/>
        </w:rPr>
        <w:t xml:space="preserve">[07:28] </w:t>
      </w:r>
      <w:r>
        <w:t>mai journey is reaching its final destination. that is paradise."</w:t>
      </w:r>
    </w:p>
    <w:p>
      <w:pPr>
        <w:jc w:val="right"/>
      </w:pPr>
      <w:r>
        <w:t>مائی جرنی از ریچنگ اٹس فائنل ڈیسٹینیشن۔ دیٹ از پیراڈائز۔"</w:t>
      </w:r>
    </w:p>
    <w:p>
      <w:r>
        <w:rPr>
          <w:b/>
        </w:rPr>
        <w:t xml:space="preserve">[07:35] </w:t>
      </w:r>
      <w:r>
        <w:t>to kitna farq hai! aap ghore kijiye do insaan mein.</w:t>
      </w:r>
    </w:p>
    <w:p>
      <w:pPr>
        <w:jc w:val="right"/>
      </w:pPr>
      <w:r>
        <w:t>تو کتنا فرق ہے! آپ غور کیجئے دو انسان میں۔</w:t>
      </w:r>
    </w:p>
    <w:p>
      <w:r>
        <w:rPr>
          <w:b/>
        </w:rPr>
        <w:t xml:space="preserve">[07:43] </w:t>
      </w:r>
      <w:r>
        <w:t>kitna farq hai!</w:t>
      </w:r>
    </w:p>
    <w:p>
      <w:pPr>
        <w:jc w:val="right"/>
      </w:pPr>
      <w:r>
        <w:t>کتنا فرق ہے!</w:t>
      </w:r>
    </w:p>
    <w:p>
      <w:r>
        <w:rPr>
          <w:b/>
        </w:rPr>
        <w:t xml:space="preserve">[07:49] </w:t>
      </w:r>
      <w:r>
        <w:t>ab mein aap ko yani yeh baat to bar bar aa chuki hai is class mein ke insaan ki goal jo hai woh paradise hai.</w:t>
      </w:r>
    </w:p>
    <w:p>
      <w:pPr>
        <w:jc w:val="right"/>
      </w:pPr>
      <w:r>
        <w:t>اب میں آپ کو یعنی یہ بات تو بار بار آ چکی ہے اس کلاس میں کہ انسان کی گول جو ہے وہ پیراڈائز ہے۔</w:t>
      </w:r>
    </w:p>
    <w:p>
      <w:r>
        <w:rPr>
          <w:b/>
        </w:rPr>
        <w:t xml:space="preserve">[08:00] </w:t>
      </w:r>
      <w:r>
        <w:t>aaj mein aap ko yeh batana chahta hoon ke paradise paane ke liye kya shart hai? woh kya cheez hai jo aap ko paradise mein le jayegi?</w:t>
      </w:r>
    </w:p>
    <w:p>
      <w:pPr>
        <w:jc w:val="right"/>
      </w:pPr>
      <w:r>
        <w:t>آج میں آپ کو یہ بتانا چاہتا ہوں کہ پیراڈائز پانے کے لیے کیا شرط ہے؟ وہ کیا چیز ہے جو آپ کو پیراڈائز میں لے جائے گی؟</w:t>
      </w:r>
    </w:p>
    <w:p>
      <w:r>
        <w:rPr>
          <w:b/>
        </w:rPr>
        <w:t xml:space="preserve">[08:17] </w:t>
      </w:r>
      <w:r>
        <w:t>is ke maamle mein quran ki aik aayat se mujhe qulo milta hai. qulo! woh aayat yeh hai ke "yadkhuluhu aljannata alrafialam".</w:t>
      </w:r>
    </w:p>
    <w:p>
      <w:pPr>
        <w:jc w:val="right"/>
      </w:pPr>
      <w:r>
        <w:t>اس کے معاملے میں قرآن کی ایک آیت سے مجھے قلو ملتا ہے۔ قلو! وہ آیت یہ ہے کہ "یدخلوہ الجنت الرفعالم"۔</w:t>
      </w:r>
    </w:p>
    <w:p>
      <w:r>
        <w:rPr>
          <w:b/>
        </w:rPr>
        <w:t xml:space="preserve">[08:33] </w:t>
      </w:r>
      <w:r>
        <w:t>jannat mein allah in logon ko dakhil karega jin ko is ki pehchan kara di hai. alrafialam jin ko is ki marifat ho gayi hai.</w:t>
      </w:r>
    </w:p>
    <w:p>
      <w:pPr>
        <w:jc w:val="right"/>
      </w:pPr>
      <w:r>
        <w:t>جنت میں اللہ ان لوگوں کو داخل کرے گا جن کو اس کی پہچان کرا دی ہے۔ الرفعالم جن کو اس کی معرفت ہو گئی ہے۔</w:t>
      </w:r>
    </w:p>
    <w:p>
      <w:r>
        <w:rPr>
          <w:b/>
        </w:rPr>
        <w:t xml:space="preserve">[08:45] </w:t>
      </w:r>
      <w:r>
        <w:t>yeh pehchan ya marifat kya hai? yeh realization kya hai? is ko mein bohat durust sochta raha, sochta raha, sochta raha.</w:t>
      </w:r>
    </w:p>
    <w:p>
      <w:pPr>
        <w:jc w:val="right"/>
      </w:pPr>
      <w:r>
        <w:t>یہ پہچان یا معرفت کیا ہے؟ یہ ریلائزیشن کیا ہے؟ اس کو میں بہت درست سوچتا رہا، سوچتا رہا، سوچتا رہا۔</w:t>
      </w:r>
    </w:p>
    <w:p>
      <w:r>
        <w:rPr>
          <w:b/>
        </w:rPr>
        <w:t xml:space="preserve">[09:00] </w:t>
      </w:r>
      <w:r>
        <w:t>to meri samajh mein aik baat aayi. isi ko mein aap ke samne arz karna chahta hoon. dekhen, mein yeh aaj ka akhbar hai.</w:t>
      </w:r>
    </w:p>
    <w:p>
      <w:pPr>
        <w:jc w:val="right"/>
      </w:pPr>
      <w:r>
        <w:t>تو میری سمجھ میں ایک بات آئی۔ اسی کو میں آپ کے سامنے عرض کرنا چاہتا ہوں۔ دیکھیں، میں یہ آج کا اخبار ہے۔</w:t>
      </w:r>
    </w:p>
    <w:p>
      <w:r>
        <w:rPr>
          <w:b/>
        </w:rPr>
        <w:t xml:space="preserve">[09:10] </w:t>
      </w:r>
      <w:r>
        <w:t>yeh</w:t>
      </w:r>
    </w:p>
    <w:p>
      <w:pPr>
        <w:jc w:val="right"/>
      </w:pPr>
      <w:r>
        <w:t>یہ</w:t>
      </w:r>
    </w:p>
    <w:p>
      <w:r>
        <w:rPr>
          <w:b/>
        </w:rPr>
        <w:t xml:space="preserve">[09:14] </w:t>
      </w:r>
      <w:r>
        <w:t>is mein aap dekhiye, bohat khoobsurat makan hai, bohat khoobsurat mahaul hai. wa masahiba tayyiba fi jannat adil ka mahaul hai.</w:t>
      </w:r>
    </w:p>
    <w:p>
      <w:pPr>
        <w:jc w:val="right"/>
      </w:pPr>
      <w:r>
        <w:t>اس میں آپ دیکھیے، بہت خوبصورت مکان ہے، بہت خوبصورت ماحول ہے۔ و مصاحبہ طیبۃ فی جنات عادل کا ماحول ہے۔</w:t>
      </w:r>
    </w:p>
    <w:p>
      <w:r>
        <w:rPr>
          <w:b/>
        </w:rPr>
        <w:t xml:space="preserve">[09:26] </w:t>
      </w:r>
      <w:r>
        <w:t>is mein aik insaan aap dekh rahe hain.</w:t>
      </w:r>
    </w:p>
    <w:p>
      <w:pPr>
        <w:jc w:val="right"/>
      </w:pPr>
      <w:r>
        <w:t>اس میں ایک انسان آپ دیکھ رہے ہیں۔</w:t>
      </w:r>
    </w:p>
    <w:p>
      <w:r>
        <w:rPr>
          <w:b/>
        </w:rPr>
        <w:t xml:space="preserve">[09:31] </w:t>
      </w:r>
      <w:r>
        <w:t>is ko dekh kar mujhe aik ajeeb ehsas hua.</w:t>
      </w:r>
    </w:p>
    <w:p>
      <w:pPr>
        <w:jc w:val="right"/>
      </w:pPr>
      <w:r>
        <w:t>اس کو دیکھ کر مجھے ایک عجیب احساس ہوا۔</w:t>
      </w:r>
    </w:p>
    <w:p>
      <w:r>
        <w:rPr>
          <w:b/>
        </w:rPr>
        <w:t xml:space="preserve">[09:39] </w:t>
      </w:r>
      <w:r>
        <w:t>aik ajeeb ehsas hua. woh yeh ke is dunya mein allah taala ne har cheez mein jannat ka aik aik pehchan rakh di hai, aik glimpse rakh diya hai.</w:t>
      </w:r>
    </w:p>
    <w:p>
      <w:pPr>
        <w:jc w:val="right"/>
      </w:pPr>
      <w:r>
        <w:t>ایک عجیب احساس ہوا۔ وہ یہ کہ اس دنیا میں اللہ تعالی نے ہر چیز میں جنت کا ایک ایک پہچان رکھ دی ہے، ایک گلمس رکھ دیا ہے۔</w:t>
      </w:r>
    </w:p>
    <w:p>
      <w:r>
        <w:rPr>
          <w:b/>
        </w:rPr>
        <w:t xml:space="preserve">[09:53] </w:t>
      </w:r>
      <w:r>
        <w:t>is ko dekh kar aik mere dil mein yeh dua nikli ke khuda dunya mein insaan ko to ne jannat ka aik aik glimpse dikha diya.</w:t>
      </w:r>
    </w:p>
    <w:p>
      <w:pPr>
        <w:jc w:val="right"/>
      </w:pPr>
      <w:r>
        <w:t>اس کو دیکھ کر ایک میرے دل میں یہ دعا نکلی کہ خدا دنیا میں انسان کو تو نے جنت کا ایک ایک گلمس دکھا دیا۔</w:t>
      </w:r>
    </w:p>
    <w:p>
      <w:r>
        <w:rPr>
          <w:b/>
        </w:rPr>
        <w:t xml:space="preserve">[10:03] </w:t>
      </w:r>
      <w:r>
        <w:t>jannat glimpse hai yeh. yeh jo photo hai, woh jannat jis ke bare mein quran mein aaya hai ke "wamasakin tayyibatin fi jannat adil".</w:t>
      </w:r>
    </w:p>
    <w:p>
      <w:pPr>
        <w:jc w:val="right"/>
      </w:pPr>
      <w:r>
        <w:t>جنت گلمس ہے یہ۔ یہ جو فوٹو ہے، وہ جنت جس کے بارے میں قرآن میں آیا ہے کہ "ومساکن طیبۃ فی جنات عادل"۔</w:t>
      </w:r>
    </w:p>
    <w:p>
      <w:r>
        <w:rPr>
          <w:b/>
        </w:rPr>
        <w:t xml:space="preserve">[10:13] </w:t>
      </w:r>
      <w:r>
        <w:t>is ki glimpse hai yeh, is ki aik jhalak hai.</w:t>
      </w:r>
    </w:p>
    <w:p>
      <w:pPr>
        <w:jc w:val="right"/>
      </w:pPr>
      <w:r>
        <w:t>اس کی گلمس ہے یہ، اس کی ایک جھلک ہے۔</w:t>
      </w:r>
    </w:p>
    <w:p>
      <w:r>
        <w:rPr>
          <w:b/>
        </w:rPr>
        <w:t xml:space="preserve">[10:18] </w:t>
      </w:r>
      <w:r>
        <w:t>to is ko dekh kar aik dua nikli ke khudae dunya mein to ne jis cheez ki jhalak dikha di, us ko akhirat mein haqeeqat mein de de.</w:t>
      </w:r>
    </w:p>
    <w:p>
      <w:pPr>
        <w:jc w:val="right"/>
      </w:pPr>
      <w:r>
        <w:t>تو اس کو دیکھ کر ایک دعا نکلی کہ خدائے دنیا میں تو نے جس چیز کی جھلک دکھا دی، اس کو آخرت میں حقیقت میں دے دے۔</w:t>
      </w:r>
    </w:p>
    <w:p>
      <w:r>
        <w:rPr>
          <w:b/>
        </w:rPr>
        <w:t xml:space="preserve">[10:34] </w:t>
      </w:r>
      <w:r>
        <w:t>to dunya mein is tarah ke jo jo cheezen hain, woh gaya hum ko aik point of reference dete hain jannat ki dua karne ke liye.</w:t>
      </w:r>
    </w:p>
    <w:p>
      <w:pPr>
        <w:jc w:val="right"/>
      </w:pPr>
      <w:r>
        <w:t>تو دنیا میں اس طرح کے جو جو چیزیں ہیں، وہ گیا ہم کو ایک پوائنٹ آف ریفرنس دیتے ہیں جنت کی دعا کرنے کے لیے۔</w:t>
      </w:r>
    </w:p>
    <w:p>
      <w:r>
        <w:rPr>
          <w:b/>
        </w:rPr>
        <w:t xml:space="preserve">[10:44] </w:t>
      </w:r>
      <w:r>
        <w:t>yeh isi ka naam hai pehchan. is ko aik aur misaal se mein wazeh karoon. dekhen, allah taala ne phool paida kiye.</w:t>
      </w:r>
    </w:p>
    <w:p>
      <w:pPr>
        <w:jc w:val="right"/>
      </w:pPr>
      <w:r>
        <w:t>یہ اسی کا نام ہے پہچان۔ اس کو ایک اور مثال سے میں واضح کروں۔ دیکھیں، اللہ تعالی نے پھول پیدا کیے۔</w:t>
      </w:r>
    </w:p>
    <w:p>
      <w:r>
        <w:rPr>
          <w:b/>
        </w:rPr>
        <w:t xml:space="preserve">[10:56] </w:t>
      </w:r>
      <w:r>
        <w:t>phoolon mein aik cheez hoti hai, us ko kehte hain nectar. aik bohat hi lazeez mithas jis ko ke shahad jama karti hai.</w:t>
      </w:r>
    </w:p>
    <w:p>
      <w:pPr>
        <w:jc w:val="right"/>
      </w:pPr>
      <w:r>
        <w:t>پھولوں میں ایک چیز ہوتی ہے، اس کو کہتے ہیں نیکٹر۔ ایک بہت ہی لذیذ مٹھاس جس کو کہ شہد جمع کرتی ہے۔</w:t>
      </w:r>
    </w:p>
    <w:p>
      <w:r>
        <w:rPr>
          <w:b/>
        </w:rPr>
        <w:t xml:space="preserve">[11:05] </w:t>
      </w:r>
      <w:r>
        <w:t>to phoolon mein aik nectar hota hai.</w:t>
      </w:r>
    </w:p>
    <w:p>
      <w:pPr>
        <w:jc w:val="right"/>
      </w:pPr>
      <w:r>
        <w:t>تو پھولوں میں ایک نیکٹر ہوتا ہے۔</w:t>
      </w:r>
    </w:p>
    <w:p>
      <w:r>
        <w:rPr>
          <w:b/>
        </w:rPr>
        <w:t xml:space="preserve">[11:12] </w:t>
      </w:r>
      <w:r>
        <w:t>aik nectar content yun keh sakte hain ke phoolon ke andar aik nectar content content hota hai. aise hi tamam cheezon mein paradise content hai.</w:t>
      </w:r>
    </w:p>
    <w:p>
      <w:pPr>
        <w:jc w:val="right"/>
      </w:pPr>
      <w:r>
        <w:t>ایک نیکٹر کنٹینٹ یوں کہہ سکتے ہیں کہ پھولوں کے اندر ایک نیکٹر کنٹینٹ کنٹینٹ ہوتا ہے۔ ایسے ہی تمام چیزوں میں پیراڈائز کنٹینٹ ہے۔</w:t>
      </w:r>
    </w:p>
    <w:p>
      <w:r>
        <w:rPr>
          <w:b/>
        </w:rPr>
        <w:t xml:space="preserve">[11:25] </w:t>
      </w:r>
      <w:r>
        <w:t>dunya mein jitni cheezen hain, yeh jo aayat hai ke "yadkhuluhu aljannata alrafialam", is se matlab yahi hai ke tamam cheezen dunya mein jitni bhi hain, un sab mein aik paradise content hai.</w:t>
      </w:r>
    </w:p>
    <w:p>
      <w:pPr>
        <w:jc w:val="right"/>
      </w:pPr>
      <w:r>
        <w:t>دنیا میں جتنی چیزیں ہیں، یہ جو آیت ہے کہ "یدخلوہ الجنت عرفعالم"، اس سے مطلب یہی ہے کہ تمام چیزیں دنیا میں جتنی بھی ہیں، ان سب میں ایک پیراڈائز کنٹینٹ ہے۔</w:t>
      </w:r>
    </w:p>
    <w:p>
      <w:r>
        <w:rPr>
          <w:b/>
        </w:rPr>
        <w:t xml:space="preserve">[11:39] </w:t>
      </w:r>
      <w:r>
        <w:t>jaise phool mein nectar content hota hai, is ko paalo tum to tum ko aik point of reference mil jayega. is ko le kar aap jannat ki dua karen.</w:t>
      </w:r>
    </w:p>
    <w:p>
      <w:pPr>
        <w:jc w:val="right"/>
      </w:pPr>
      <w:r>
        <w:t>جیسے پھول میں نیکٹر کنٹینٹ ہوتا ہے، اس کو پالو تم تو تم کو ایک پوائنٹ آف ریفرنس مل جائے گا۔ اس کو لے کر آپ جنت کی دعا کریں۔</w:t>
      </w:r>
    </w:p>
    <w:p>
      <w:r>
        <w:rPr>
          <w:b/>
        </w:rPr>
        <w:t xml:space="preserve">[11:50] </w:t>
      </w:r>
      <w:r>
        <w:t>to tamam cheezon mein aik aik paradise content hai, is ko paal lena yahi marifat hai. to "yadkhulohul jannata urziquna" ka matlab yeh hai ke woh insaan jis ka shaoor develop hua,</w:t>
      </w:r>
    </w:p>
    <w:p>
      <w:pPr>
        <w:jc w:val="right"/>
      </w:pPr>
      <w:r>
        <w:t>تو تمام چیزوں میں ایک ایک پیراڈائز کنٹینٹ ہے، اس کو پال لینا یہی معرفت ہے۔ تو "یدخلوہ الجنت عرفعالم" کا مطلب یہ ہے کہ وہ انسان جس کا شعور ڈیولپ ہوا،</w:t>
      </w:r>
    </w:p>
    <w:p>
      <w:r>
        <w:rPr>
          <w:b/>
        </w:rPr>
        <w:t xml:space="preserve">[12:08] </w:t>
      </w:r>
      <w:r>
        <w:t>jis ne Allah ko daryaft kiya, phir us ne Allah ke azeem nemat jannat ko daryaft kiya, isi par apne raah, isi par uska shaoor chalne laga.</w:t>
      </w:r>
    </w:p>
    <w:p>
      <w:pPr>
        <w:jc w:val="right"/>
      </w:pPr>
      <w:r>
        <w:t>جس نے اللہ کو دریافت کیا، پھر اس نے اللہ کے عظیم نعمت جنت کو دریافت کیا، اسی پر اپنے راہ، اسی پر اس کا شعور چلنے لگا۔</w:t>
      </w:r>
    </w:p>
    <w:p>
      <w:r>
        <w:rPr>
          <w:b/>
        </w:rPr>
        <w:t xml:space="preserve">[12:20] </w:t>
      </w:r>
      <w:r>
        <w:t>is is ki soch isi par chal pari, uska thinking process isi par chal pada. to kya hoga? har cheez mein us ko paradise content milega.</w:t>
      </w:r>
    </w:p>
    <w:p>
      <w:pPr>
        <w:jc w:val="right"/>
      </w:pPr>
      <w:r>
        <w:t>اس اس کی سوچ اسی پر چل پڑی، اس کا تھنکنگ پراسیس اسی پر چل پڑا۔ تو کیا ہوگا؟ ہر چیز میں اس کو پیراڈائز کنٹینٹ ملے گا۔</w:t>
      </w:r>
    </w:p>
    <w:p>
      <w:r>
        <w:rPr>
          <w:b/>
        </w:rPr>
        <w:t xml:space="preserve">[12:30] </w:t>
      </w:r>
      <w:r>
        <w:t>har cheez mein, har cheez mein, har cheez mein.</w:t>
      </w:r>
    </w:p>
    <w:p>
      <w:pPr>
        <w:jc w:val="right"/>
      </w:pPr>
      <w:r>
        <w:t>ہر چیز میں، ہر چیز میں، ہر چیز میں۔</w:t>
      </w:r>
    </w:p>
    <w:p>
      <w:r>
        <w:rPr>
          <w:b/>
        </w:rPr>
        <w:t xml:space="preserve">[12:36] </w:t>
      </w:r>
      <w:r>
        <w:t>jaise hum aap yahan hain, yeh aik aik program kar rahe hain. to is mein bhi aik paradise content hai ke is ko le kar aap sochen, khudaaya dunya ke hisab ke lehaz se hamara aik program hai.</w:t>
      </w:r>
    </w:p>
    <w:p>
      <w:pPr>
        <w:jc w:val="right"/>
      </w:pPr>
      <w:r>
        <w:t>جیسے ہم آپ یہاں ہیں، یہ ایک ایک پروگرام کر رہے ہیں۔ تو اس میں بھی ایک پیراڈائز کنٹینٹ ہے کہ اس کو لے کر آپ سوچیں، خدایا دنیا کے حساب کے لحاظ سے ہمارا ایک پروگرام ہے۔</w:t>
      </w:r>
    </w:p>
    <w:p>
      <w:r>
        <w:rPr>
          <w:b/>
        </w:rPr>
        <w:t xml:space="preserve">[12:50] </w:t>
      </w:r>
      <w:r>
        <w:t>yeh yahan par is ka saman hum ne ikhatta kiya hai. isi cheez ko tum jannat akhirat mein bare paane peymane peh de de.</w:t>
      </w:r>
    </w:p>
    <w:p>
      <w:pPr>
        <w:jc w:val="right"/>
      </w:pPr>
      <w:r>
        <w:t>یہ یہاں پر اس کا سامان ہم نے اکٹھا کیا ہے۔ اسی چیز کو تم جنت آخرت میں بڑے پانے پیمانے پہ دے دے۔</w:t>
      </w:r>
    </w:p>
    <w:p>
      <w:r>
        <w:rPr>
          <w:b/>
        </w:rPr>
        <w:t xml:space="preserve">[13:01] </w:t>
      </w:r>
      <w:r>
        <w:t>wahan ki speech, wahan ke camera, wahan ki seatain, wahan ke saman is se billion time better honge. to yeh aik yahan bhi aik paradise content hai, aik jhalak hai.</w:t>
      </w:r>
    </w:p>
    <w:p>
      <w:pPr>
        <w:jc w:val="right"/>
      </w:pPr>
      <w:r>
        <w:t>وہاں کی اسپیچ، وہاں کے کیمرے، وہاں کی سیٹیں، وہاں کے سامان اس سے بلین ٹائم بٹر ہوں گے۔ تو یہ ایک یہاں بھی ایک پیراڈائز کنٹینٹ ہے، ایک جھلک ہے۔</w:t>
      </w:r>
    </w:p>
    <w:p>
      <w:r>
        <w:rPr>
          <w:b/>
        </w:rPr>
        <w:t xml:space="preserve">[13:15] </w:t>
      </w:r>
      <w:r>
        <w:t>yahan bhi aap ko paradise ki ke is ko le kar ke aap sochen ke dunya ke lehaz se yeh tune hamein de diya hai, akhirat ke lehaz se de de jo is se bohat ziyada bari cheez hogi.</w:t>
      </w:r>
    </w:p>
    <w:p>
      <w:pPr>
        <w:jc w:val="right"/>
      </w:pPr>
      <w:r>
        <w:t>یہاں بھی آپ کو پیراڈائز کی کہ اس کو لے کر کے آپ سوچیں کہ دنیا کے لحاظ سے یہ تو نے ہمیں دے دیا ہے، آخرت کے لحاظ سے دے دے جو اس سے بہت زیادہ بڑی چیز ہوگی۔</w:t>
      </w:r>
    </w:p>
    <w:p>
      <w:r>
        <w:rPr>
          <w:b/>
        </w:rPr>
        <w:t xml:space="preserve">[13:32] </w:t>
      </w:r>
      <w:r>
        <w:t>to mein samajhta hoon ke har cheez mein aik paradise content hai. is tarah har phool mein nectar content hota hai. is ko daryaft karna, is ko aap kab daryaft kar paate hain?</w:t>
      </w:r>
    </w:p>
    <w:p>
      <w:pPr>
        <w:jc w:val="right"/>
      </w:pPr>
      <w:r>
        <w:t>تو میں سمجھتا ہوں کہ ہر چیز میں ایک پیراڈائز کنٹینٹ ہے۔ اس طرح ہر پھول میں نیکٹر کنٹینٹ ہوتا ہے۔ اس کو دریافت کرنا، اس کو آپ کب دریافت کر پاتے ہیں؟</w:t>
      </w:r>
    </w:p>
    <w:p>
      <w:r>
        <w:rPr>
          <w:b/>
        </w:rPr>
        <w:t xml:space="preserve">[13:44] </w:t>
      </w:r>
      <w:r>
        <w:t>jab aap ka shaoor bohat ziyada develop kar jaye, bohat ziyada develop kar jaye ke har cheez mein aap ko wohi dikhai dene lage.</w:t>
      </w:r>
    </w:p>
    <w:p>
      <w:pPr>
        <w:jc w:val="right"/>
      </w:pPr>
      <w:r>
        <w:t>جب آپ کا شعور بہت زیادہ ڈیولپ کر جائے، بہت زیادہ ڈیولپ کر جائے کہ ہر چیز میں آپ کو وہی دکھائی دینے لگے۔</w:t>
      </w:r>
    </w:p>
    <w:p>
      <w:r>
        <w:rPr>
          <w:b/>
        </w:rPr>
        <w:t xml:space="preserve">[13:54] </w:t>
      </w:r>
      <w:r>
        <w:t>kab aisa hoga? aur yeh yeh aam tajurba hai ke jab aadmi par koi cheez bohat ziyada chha jati hai to har cheez mein us ko wohi cheez dikhai deti hai.</w:t>
      </w:r>
    </w:p>
    <w:p>
      <w:pPr>
        <w:jc w:val="right"/>
      </w:pPr>
      <w:r>
        <w:t>کب ایسا ہوگا؟ اور یہ یہ عام تجربہ ہے کہ جب آدمی پر کوئی چیز بہت زیادہ چھا جاتی ہے تو ہر چیز میں اس کو وہی چیز دکھائی دیتی ہے۔</w:t>
      </w:r>
    </w:p>
    <w:p>
      <w:r>
        <w:rPr>
          <w:b/>
        </w:rPr>
        <w:t xml:space="preserve">[14:04] </w:t>
      </w:r>
      <w:r>
        <w:t>jaise aik shayar tha arab mein, uska bhai mar gaya</w:t>
      </w:r>
    </w:p>
    <w:p>
      <w:pPr>
        <w:jc w:val="right"/>
      </w:pPr>
      <w:r>
        <w:t>جیسے ایک شاعر تھا عرب میں، اس کا بھائی مر گیا</w:t>
      </w:r>
    </w:p>
    <w:p>
      <w:r>
        <w:rPr>
          <w:b/>
        </w:rPr>
        <w:t xml:space="preserve">[14:11] </w:t>
      </w:r>
      <w:r>
        <w:t>jawani ki umar mein, to bohat gham tha us ko. to woh phool le kar gaya wahan us ki qabr par phool charhane ke liye.</w:t>
      </w:r>
    </w:p>
    <w:p>
      <w:pPr>
        <w:jc w:val="right"/>
      </w:pPr>
      <w:r>
        <w:t>جوانی کی عمر میں، تو بہت غم تھا اس کو۔ تو وہ پھول لے کر گیا وہاں اس کی قبر پر پھول چڑھانے کے لیے۔</w:t>
      </w:r>
    </w:p>
    <w:p>
      <w:r>
        <w:rPr>
          <w:b/>
        </w:rPr>
        <w:t xml:space="preserve">[14:21] </w:t>
      </w:r>
      <w:r>
        <w:t>to wahan bohat si qabrein thin, to woh woh phool nahi charha saka kyunke woh to har qabr us ko lagta tha ke mere bhai ki qabr hai, uska shair hai: "kul qabr maliki,</w:t>
      </w:r>
    </w:p>
    <w:p>
      <w:pPr>
        <w:jc w:val="right"/>
      </w:pPr>
      <w:r>
        <w:t>تو وہاں بہت سی قبریں تھیں، تو وہ وہ پھول نہیں چڑھا سکا کیونکہ وہ تو ہر قبر اس کو لگتا تھا کہ میرے بھائی کی قبر ہے، اس کا شعر ہے: "کل قبر مالکی،</w:t>
      </w:r>
    </w:p>
    <w:p>
      <w:r>
        <w:rPr>
          <w:b/>
        </w:rPr>
        <w:t xml:space="preserve">[14:35] </w:t>
      </w:r>
      <w:r>
        <w:t>kul qabr maliki". har qabr mujhe maliki ki qabr dikhai parti thi. to koi cheez aap ke upar mustoli ho jaye, woh aap ka obsession ban jaye, woh aap ke shaoor par chha jaye to har taraf usi ki jhalakiyan dikhai padti hain.</w:t>
      </w:r>
    </w:p>
    <w:p>
      <w:pPr>
        <w:jc w:val="right"/>
      </w:pPr>
      <w:r>
        <w:t>کل قبر مالکی"۔ ہر قبر مجھے مالکی کی قبر دکھائی پڑتی تھی۔ تو کوئی چیز آپ کے اوپر مستولی ہو جائے، وہ آپ کا ابسیشن بن جائے، وہ آپ کے شعور پر چھا جائے تو ہر طرف اسی کی جھلکیاں دکھائی پڑتی ہیں۔</w:t>
      </w:r>
    </w:p>
    <w:p>
      <w:r>
        <w:rPr>
          <w:b/>
        </w:rPr>
        <w:t xml:space="preserve">[14:50] </w:t>
      </w:r>
      <w:r>
        <w:t>aap ko har cheez mein, dunya ki har beauty, dunya ka har acha tajurba, dunya ke har mahak, har acha zaeqa, har cheez mein aap ko lagega ke yeh paradise ka ke door ki aik jhalak hai.</w:t>
      </w:r>
    </w:p>
    <w:p>
      <w:pPr>
        <w:jc w:val="right"/>
      </w:pPr>
      <w:r>
        <w:t>آپ کو ہر چیز میں، دنیا کی ہر بیوٹی، دنیا کا ہر اچھا تجربہ، دنیا کے ہر محق، ہر اچھا ذائقہ، ہر چیز میں آپ کو لگے گا کہ یہ پیراڈائز کا کہ دور کی ایک جھلک ہے۔</w:t>
      </w:r>
    </w:p>
    <w:p>
      <w:r>
        <w:rPr>
          <w:b/>
        </w:rPr>
        <w:t xml:space="preserve">[15:10] </w:t>
      </w:r>
      <w:r>
        <w:t>yahan mein aap ko aik ayat yaad dilana chahta hoon. surah baqarah ke shuru mein hai ke jab log jannat mein chale jayenge aur wahan par un ko har qism ka jo saman jannat hai, usay mil jayega,</w:t>
      </w:r>
    </w:p>
    <w:p>
      <w:pPr>
        <w:jc w:val="right"/>
      </w:pPr>
      <w:r>
        <w:t>یہاں میں آپ کو ایک آیت یاد دلانا چاہتا ہوں۔ سورہ بقرہ کے شروع میں ہے کہ جب لوگ جنت میں چلے جائیں گے اور وہاں پر ان کو ہر قسم کا جو سامان جنت ہے، اسے مل جائے گا،</w:t>
      </w:r>
    </w:p>
    <w:p>
      <w:r>
        <w:rPr>
          <w:b/>
        </w:rPr>
        <w:t xml:space="preserve">[15:29] </w:t>
      </w:r>
      <w:r>
        <w:t>us se woh enjoy kar rahe honge to us waqt un ki zuban se niklega ke</w:t>
      </w:r>
    </w:p>
    <w:p>
      <w:pPr>
        <w:jc w:val="right"/>
      </w:pPr>
      <w:r>
        <w:t>اس سے وہ انجوائے کر رہے ہوں گے تو اس وقت ان کی زبان سے نکلے گا کہ</w:t>
      </w:r>
    </w:p>
    <w:p>
      <w:r>
        <w:rPr>
          <w:b/>
        </w:rPr>
        <w:t xml:space="preserve">[15:41] </w:t>
      </w:r>
      <w:r>
        <w:t>un ke bare mein jo tajurba un logon ko hoga, us par us ke tajurbe ko is tarah bayan kiya gaya hai ke "kul rizqun minha min thamar rizqan qalu hadha alladhi rizqna min qabl wa tubah bitashabuh" ke jannat mein jo un ko meway milenge to woh kahengay isi tarah ke meway hum ko dunya mein mile thay.</w:t>
      </w:r>
    </w:p>
    <w:p>
      <w:pPr>
        <w:jc w:val="right"/>
      </w:pPr>
      <w:r>
        <w:t>ان کے بارے میں جو تجربہ ان لوگوں کو ہوگا، اس پر اس کے تجربے کو اس طرح بیان کیا گیا ہے کہ کل رزق منہا من ثمر رزقا قالوھذا الذی رزقنا من قبل وطوبہ بتشابہ کہ جنت میں جو ان کو میوے ملیں گے تو وہ کہیں گے اسی طرح کے میوے ہم کو دنیا میں ملے تھے۔</w:t>
      </w:r>
    </w:p>
    <w:p>
      <w:r>
        <w:rPr>
          <w:b/>
        </w:rPr>
        <w:t xml:space="preserve">[16:05] </w:t>
      </w:r>
      <w:r>
        <w:t>meway se murad yeh nahi ke sirf seb aur anar, har cheez wa tubah bitashabuh, aur un ko akhirat mein nematein di jayengi.</w:t>
      </w:r>
    </w:p>
    <w:p>
      <w:pPr>
        <w:jc w:val="right"/>
      </w:pPr>
      <w:r>
        <w:t>میوے سے مراد یہ نہیں کہ صرف سیب اور انار، ہر چیز وطوبہ بتشابہ، اور ان کو آخرت میں نعمتیں دی جائیں گی۔</w:t>
      </w:r>
    </w:p>
    <w:p>
      <w:r>
        <w:rPr>
          <w:b/>
        </w:rPr>
        <w:t xml:space="preserve">[16:16] </w:t>
      </w:r>
      <w:r>
        <w:t>similar dunya ki, similar dunya mein jo achi cheezein aap ko mili hain, us se similar matlab yahan imperfect tha, wahan perfect hoga.</w:t>
      </w:r>
    </w:p>
    <w:p>
      <w:pPr>
        <w:jc w:val="right"/>
      </w:pPr>
      <w:r>
        <w:t>سمیلر دنیا کی، سمیلر دنیا میں جو اچھی چیزیں آپ کو ملی ہیں، اس سے سمیلر مطلب یہاں امپرفیکٹ تھا، وہاں پرفیکٹ ہوگا۔</w:t>
      </w:r>
    </w:p>
    <w:p>
      <w:r>
        <w:rPr>
          <w:b/>
        </w:rPr>
        <w:t xml:space="preserve">[16:29] </w:t>
      </w:r>
      <w:r>
        <w:t>yahan less than ideal tha, wahan ideal hoga. to goya ke mutashabih jannat ka tajurba aap ko isi dunya mein hona hai.</w:t>
      </w:r>
    </w:p>
    <w:p>
      <w:pPr>
        <w:jc w:val="right"/>
      </w:pPr>
      <w:r>
        <w:t>یہاں لیس دین آئیڈیل تھا، وہاں آئیڈیل ہوگا۔ تو گویا کہ متشابہ جنت کا تجربہ آپ کو اسی دنیا میں ہونا ہے۔</w:t>
      </w:r>
    </w:p>
    <w:p>
      <w:r>
        <w:rPr>
          <w:b/>
        </w:rPr>
        <w:t xml:space="preserve">[16:40] </w:t>
      </w:r>
      <w:r>
        <w:t>yahi hai marifat. yeh jo quran mein hai ke jannat mein un ko dakhla milega jin ko jannat ki marifat hi dunya mein ho gayi hai.</w:t>
      </w:r>
    </w:p>
    <w:p>
      <w:pPr>
        <w:jc w:val="right"/>
      </w:pPr>
      <w:r>
        <w:t>یہی ہے معرفت۔ یہ جو قرآن میں ہے کہ جنت میں ان کو داخلہ ملے گا جن کو جنت کی معرفت ہی دنیا میں ہو گئی ہے۔</w:t>
      </w:r>
    </w:p>
    <w:p>
      <w:r>
        <w:rPr>
          <w:b/>
        </w:rPr>
        <w:t xml:space="preserve">[16:51] </w:t>
      </w:r>
      <w:r>
        <w:t>to woh kon log hain jo cheezon ko mutashabih ke roop mein dekh saken, yani similar ke roop mein dekh saken?</w:t>
      </w:r>
    </w:p>
    <w:p>
      <w:pPr>
        <w:jc w:val="right"/>
      </w:pPr>
      <w:r>
        <w:t>تو وہ کون لوگ ہیں جو چیزوں کو متشابہ کے روپ میں دیکھ سکیں، یعنی سمیلر کے روپ میں دیکھ سکیں؟</w:t>
      </w:r>
    </w:p>
    <w:p>
      <w:r>
        <w:rPr>
          <w:b/>
        </w:rPr>
        <w:t xml:space="preserve">[17:02] </w:t>
      </w:r>
      <w:r>
        <w:t>yani wohi jo mein ne kaha ke paradise content yahi unhein milne lage dunya mein. paradise ki glimpse, us ki jhalak is dunya mein un ko milne lage.</w:t>
      </w:r>
    </w:p>
    <w:p>
      <w:pPr>
        <w:jc w:val="right"/>
      </w:pPr>
      <w:r>
        <w:t>یعنی وہی جو میں نے کہا کہ پیراڈائز کنٹینٹ یہی انہیں ملنے لگے دنیا میں۔ پیراڈائز کی گلمس، اس کی جھلکی اس دنیا میں ان کو ملنے لگے۔</w:t>
      </w:r>
    </w:p>
    <w:p>
      <w:r>
        <w:rPr>
          <w:b/>
        </w:rPr>
        <w:t xml:space="preserve">[17:14] </w:t>
      </w:r>
      <w:r>
        <w:t>tabhi to un ke andar dua uble gi. agar paradise bilkul un ke un noon ho, ek dam un noon ho to aala dua nahi nikal sakti hai.</w:t>
      </w:r>
    </w:p>
    <w:p>
      <w:pPr>
        <w:jc w:val="right"/>
      </w:pPr>
      <w:r>
        <w:t>تبھی تو ان کے اندر دعا ابلے گی۔ اگر پیراڈائز بالکل ان کے ان نون ہو، ایک دم ان نون ہو تو اعلیٰ دعا نہیں نکل سکتی ہے۔</w:t>
      </w:r>
    </w:p>
    <w:p>
      <w:r>
        <w:rPr>
          <w:b/>
        </w:rPr>
        <w:t xml:space="preserve">[17:28] </w:t>
      </w:r>
      <w:r>
        <w:t>agar paradise bilkul un noon ho, kuch bhi is ke bare mein na jaan payen to is ke liye bari dua aap ke andar se uble gi.</w:t>
      </w:r>
    </w:p>
    <w:p>
      <w:pPr>
        <w:jc w:val="right"/>
      </w:pPr>
      <w:r>
        <w:t>اگر پیراڈائز بالکل ان نون ہو، کچھ بھی اس کے بارے میں نہ جان پائیں تو اس کے لیے بڑی دعا آپ کے اندر سے ابلے گی۔</w:t>
      </w:r>
    </w:p>
    <w:p>
      <w:r>
        <w:rPr>
          <w:b/>
        </w:rPr>
        <w:t xml:space="preserve">[17:40] </w:t>
      </w:r>
      <w:r>
        <w:t>to Allah taala ne mutashabeh jannat isi duniya mein rakh diya. isi ko kaha gaya hai marifat. to is mutashabeh, yani similar jannat ko dekh kar ke yaad karna asal jannat ko, aur is ke liye duaen karna ke Khuda wo jannat hamein de de jo abadi hai, jo asal hai, jo perfect hai, jo ideal hai.</w:t>
      </w:r>
    </w:p>
    <w:p>
      <w:pPr>
        <w:jc w:val="right"/>
      </w:pPr>
      <w:r>
        <w:t>تو اللہ تعالی نے متشابہ جنت اسی دنیا میں رکھ دیا۔ اسی کو کہا گیا ہے معرفت۔ تو اس متشابہ، یعنی سمیلر جنت کو دیکھ کر کے یاد کرنا اصل جنت کو، اور اس کے لیے دعائیں کرنا کہ خدا وہ جنت ہمیں دے دے جو ابدی ہے، جو اصل ہے، جو پرفیکٹ ہے، جو آئیڈیل ہے۔</w:t>
      </w:r>
    </w:p>
    <w:p>
      <w:r>
        <w:rPr>
          <w:b/>
        </w:rPr>
        <w:t xml:space="preserve">[18:03] </w:t>
      </w:r>
      <w:r>
        <w:t>is liye Allah taala ne duniya mein jannat glimpses rakh di, jhalakiyan rakh di, mutashabeh jannat rakh di isi duniya mein. is ko pana.</w:t>
      </w:r>
    </w:p>
    <w:p>
      <w:pPr>
        <w:jc w:val="right"/>
      </w:pPr>
      <w:r>
        <w:t>اس لیے اللہ تعالی نے دنیا میں جنت گلمس رکھ دی، جھلکیاں رکھ دیں، متشابہ جنت رکھ دی اسی دنیا میں۔ اس کو پانا۔</w:t>
      </w:r>
    </w:p>
    <w:p>
      <w:r>
        <w:rPr>
          <w:b/>
        </w:rPr>
        <w:t xml:space="preserve">[18:22] </w:t>
      </w:r>
      <w:r>
        <w:t>jannat kitni zyada qeemti hai aur jahannum kitni zyada buri cheez hai, is ke bare mein ek hadith aati hai.</w:t>
      </w:r>
    </w:p>
    <w:p>
      <w:pPr>
        <w:jc w:val="right"/>
      </w:pPr>
      <w:r>
        <w:t>جنت کتنی زیادہ قیمتی ہے اور جہنم کتنی زیادہ بری چیز ہے، اس کے بارے میں ایک حدیث آتی ہے۔</w:t>
      </w:r>
    </w:p>
    <w:p>
      <w:r>
        <w:rPr>
          <w:b/>
        </w:rPr>
        <w:t xml:space="preserve">[18:32] </w:t>
      </w:r>
      <w:r>
        <w:t>ek hadith hai ke ek insan laya jayega jis ko duniya mein sab se zyada takleef pahunchi hogi.</w:t>
      </w:r>
    </w:p>
    <w:p>
      <w:pPr>
        <w:jc w:val="right"/>
      </w:pPr>
      <w:r>
        <w:t>ایک حدیث ہے کہ ایک انسان لایا جائے گا جس کو دنیا میں سب سے زیادہ تکلیف پہنچی ہوگی۔</w:t>
      </w:r>
    </w:p>
    <w:p>
      <w:r>
        <w:rPr>
          <w:b/>
        </w:rPr>
        <w:t xml:space="preserve">[18:43] </w:t>
      </w:r>
      <w:r>
        <w:t>bohat takleef, bohat takleef.</w:t>
      </w:r>
    </w:p>
    <w:p>
      <w:pPr>
        <w:jc w:val="right"/>
      </w:pPr>
      <w:r>
        <w:t>بہت تکلیف، بہت تکلیف۔</w:t>
      </w:r>
    </w:p>
    <w:p>
      <w:r>
        <w:rPr>
          <w:b/>
        </w:rPr>
        <w:t xml:space="preserve">[18:49] </w:t>
      </w:r>
      <w:r>
        <w:t>to is ko thori der ke liye, ek second ke liye jannat mein dakhil kiya jayega, phir nikal liya jayega. yani ek second ke liye wo jannat ka tajurba karega, is ka us ko experience hoga.</w:t>
      </w:r>
    </w:p>
    <w:p>
      <w:pPr>
        <w:jc w:val="right"/>
      </w:pPr>
      <w:r>
        <w:t>تو اس کو تھوڑی دیر کے لیے، ایک سیکنڈ کے لیے جنت میں داخل کیا جائے گا، پھر نکال لیا جائے گا۔ یعنی ایک سیکنڈ کے لیے وہ جنت کا تجربہ کرے گا، اس کا اس کو ایکسپیرینس ہوگا۔</w:t>
      </w:r>
    </w:p>
    <w:p>
      <w:r>
        <w:rPr>
          <w:b/>
        </w:rPr>
        <w:t xml:space="preserve">[19:03] </w:t>
      </w:r>
      <w:r>
        <w:t>to use poocha jayega: "kabhi tum ko takleef hui hai?" to wo kahega ke "mujhe to kabhi takleef nahi hui." yani ek second ka jannat ka test itna overwhelming hoga ke duniya ki takleefen bhool jayega wo.</w:t>
      </w:r>
    </w:p>
    <w:p>
      <w:pPr>
        <w:jc w:val="right"/>
      </w:pPr>
      <w:r>
        <w:t>تو اسے پوچھا جائے گا: "کبھی تم کو تکلیف ہوئی ہے؟" تو وہ کہے گا کہ "مجھے تو کبھی تکلیف نہیں ہوئی۔" یعنی ایک سیکنڈ کا جنت کا ٹیسٹ اتنا اوور ویلمنگ ہوگا کہ دنیا کی تکلیفیں بھول جائے گا وہ۔</w:t>
      </w:r>
    </w:p>
    <w:p>
      <w:r>
        <w:rPr>
          <w:b/>
        </w:rPr>
        <w:t xml:space="preserve">[19:20] </w:t>
      </w:r>
      <w:r>
        <w:t>aisi cheez jannat. phir ek aadmi laya jayega jis ne duniya mein har qism ki comfort, har qism ki luxury, har qism ka aaram uthaya hoga poori zindagi.</w:t>
      </w:r>
    </w:p>
    <w:p>
      <w:pPr>
        <w:jc w:val="right"/>
      </w:pPr>
      <w:r>
        <w:t>ایسی چیز جنت۔ پھر ایک آدمی لایا جائے گا جس نے دنیا میں ہر قسم کی کمفرٹ، ہر قسم کی لگزری، ہر قسم کا آرام اٹھایا ہوگا پوری زندگی۔</w:t>
      </w:r>
    </w:p>
    <w:p>
      <w:r>
        <w:rPr>
          <w:b/>
        </w:rPr>
        <w:t xml:space="preserve">[19:32] </w:t>
      </w:r>
      <w:r>
        <w:t>phir is ko laya jayega, is ko jahannum mein dala jayega ek second ke liye, phir nikala jayega. to poocha jayega ke "tum ne kabhi aaram dekha hai?" to ek second ka tajurba jahannum ka aisa sakht hoga ke wo sab bhool jayega us ko.</w:t>
      </w:r>
    </w:p>
    <w:p>
      <w:pPr>
        <w:jc w:val="right"/>
      </w:pPr>
      <w:r>
        <w:t>پھر اس کو لایا جائے گا، اس کو جہنم میں ڈالا جائے گا ایک سیکنڈ کے لیے، پھر نکالا جائے گا۔ تو پوچھا جائے گا کہ "تم نے کبھی آرام دیکھا ہے؟" تو ایک سیکنڈ کا تجربہ جہنم کا ایسا سخت ہوگا کہ وہ سب بھول جائے گا اس کو۔</w:t>
      </w:r>
    </w:p>
    <w:p>
      <w:r>
        <w:rPr>
          <w:b/>
        </w:rPr>
        <w:t xml:space="preserve">[19:50] </w:t>
      </w:r>
      <w:r>
        <w:t>is ne kaha ke "mujhe to kabhi aaram duniya mein nahi hua."</w:t>
      </w:r>
    </w:p>
    <w:p>
      <w:pPr>
        <w:jc w:val="right"/>
      </w:pPr>
      <w:r>
        <w:t>اس نے کہا کہ "مجھے تو کبھی آرام دنیا میں نہیں ہوا۔"</w:t>
      </w:r>
    </w:p>
    <w:p>
      <w:r>
        <w:rPr>
          <w:b/>
        </w:rPr>
        <w:t xml:space="preserve">[19:55] </w:t>
      </w:r>
      <w:r>
        <w:t>to is hadith mein bataya gaya ke jannat itni achi jagah hai, jahannum ko itni buri jagah hai.</w:t>
      </w:r>
    </w:p>
    <w:p>
      <w:pPr>
        <w:jc w:val="right"/>
      </w:pPr>
      <w:r>
        <w:t>تو اس حدیث میں بتایا گیا کہ جنت اتنی اچھی جگہ ہے، جہنم کو اتنی بری جگہ ہے۔</w:t>
      </w:r>
    </w:p>
    <w:p>
      <w:r>
        <w:rPr>
          <w:b/>
        </w:rPr>
        <w:t xml:space="preserve">[20:06] </w:t>
      </w:r>
      <w:r>
        <w:t>ye is liye bataya gaya ke aadmi jahannum se bhage aur jannat ka talib bane.</w:t>
      </w:r>
    </w:p>
    <w:p>
      <w:pPr>
        <w:jc w:val="right"/>
      </w:pPr>
      <w:r>
        <w:t>یہ اس لیے بتایا گیا کہ آدمی جہنم سے بھاگے اور جنت کا طالب بنے۔</w:t>
      </w:r>
    </w:p>
    <w:p>
      <w:r>
        <w:rPr>
          <w:b/>
        </w:rPr>
        <w:t xml:space="preserve">[20:20] </w:t>
      </w:r>
      <w:r>
        <w:t>is duniya mein aadmi</w:t>
      </w:r>
    </w:p>
    <w:p>
      <w:pPr>
        <w:jc w:val="right"/>
      </w:pPr>
      <w:r>
        <w:t>اس دنیا میں آدمی</w:t>
      </w:r>
    </w:p>
    <w:p>
      <w:r>
        <w:rPr>
          <w:b/>
        </w:rPr>
        <w:t xml:space="preserve">[20:24] </w:t>
      </w:r>
      <w:r>
        <w:t>aap jante hain ke thoray din rehta hai, 60, 70 saal rehta hai, to mar jata hai wo.</w:t>
      </w:r>
    </w:p>
    <w:p>
      <w:pPr>
        <w:jc w:val="right"/>
      </w:pPr>
      <w:r>
        <w:t>آپ جانتے ہیں کہ تھوڑے دن رہتا ہے، 60، 70 سال رہتا ہے، تو مر جاتا ہے وہ۔</w:t>
      </w:r>
    </w:p>
    <w:p>
      <w:r>
        <w:rPr>
          <w:b/>
        </w:rPr>
        <w:t xml:space="preserve">[20:35] </w:t>
      </w:r>
      <w:r>
        <w:t>to 60, 70 saal ki zindagi aaram ho gaya, takleef ki is mein, is mein is se kya hua? asal to ye hai ke jo abadi zindagi us ki hai, wahan par us ko aaram mile.</w:t>
      </w:r>
    </w:p>
    <w:p>
      <w:pPr>
        <w:jc w:val="right"/>
      </w:pPr>
      <w:r>
        <w:t>تو 60، 70 سال کی زندگی آرام ہو گیا، تکلیف کی اس میں، اس میں اس سے کیا ہوا؟ اصل تو یہ ہے کہ جو ابدی زندگی اس کی ہے، وہاں پر اس کو آرام ملے۔</w:t>
      </w:r>
    </w:p>
    <w:p>
      <w:r>
        <w:rPr>
          <w:b/>
        </w:rPr>
        <w:t xml:space="preserve">[20:45] </w:t>
      </w:r>
      <w:r>
        <w:t>to sab se bara goal kisi insan ke liye ye hai ke wo jannat ko apni manzil banaye, jannat ka talib bane. isi ke liye farmaya hadith mein ke ma ra'aytu mithla al-jannati taliban wa ma ra'aytu mithla al-nari mahariban</w:t>
      </w:r>
    </w:p>
    <w:p>
      <w:pPr>
        <w:jc w:val="right"/>
      </w:pPr>
      <w:r>
        <w:t>تو سب سے بڑا گول کسی انسان کے لیے یہ ہے کہ وہ جنت کو اپنی منزل بنائے، جنت کا طالب بنے۔ اسی کے لیے فرمایا حدیث میں کہ ما رأيت مثل جنت نام طالب وما رأيت مثل مثل نار نام محارب</w:t>
      </w:r>
    </w:p>
    <w:p>
      <w:r>
        <w:rPr>
          <w:b/>
        </w:rPr>
        <w:t xml:space="preserve">[21:05] </w:t>
      </w:r>
      <w:r>
        <w:t>yani jannat jaisi cheez se main jannat jaisi cheez ka talib nahi bana. duniya mein insan doosri cheezon mein phansa hua hai.</w:t>
      </w:r>
    </w:p>
    <w:p>
      <w:pPr>
        <w:jc w:val="right"/>
      </w:pPr>
      <w:r>
        <w:t>یعنی جنت جیسی چیز سے میں جنت جیسی چیز کا طالب نہیں بنا۔ دنیا میں انسان دوسری چیزوں میں پھنسا ہوا ہے۔</w:t>
      </w:r>
    </w:p>
    <w:p>
      <w:r>
        <w:rPr>
          <w:b/>
        </w:rPr>
        <w:t xml:space="preserve">[21:15] </w:t>
      </w:r>
      <w:r>
        <w:t>aisi jahannum jaisi cheez se bhagne wala nahi bana aadmi. wo bhi duniya mein phansa hua hai.</w:t>
      </w:r>
    </w:p>
    <w:p>
      <w:pPr>
        <w:jc w:val="right"/>
      </w:pPr>
      <w:r>
        <w:t>ایسی جہنم جیسی چیز سے بھاگنے والا نہیں بنا آدمی۔ وہ بھی دنیا میں پھنسا ہوا ہے۔</w:t>
      </w:r>
    </w:p>
    <w:p>
      <w:r>
        <w:rPr>
          <w:b/>
        </w:rPr>
        <w:t xml:space="preserve">[21:25] </w:t>
      </w:r>
      <w:r>
        <w:t>ye dono cheezen kab hoti hain? jab aadmi ka shaoor jo hai develop na hua ho, us ne haqiqaton ko discover na kiya ho, us ne sachai ko na jana ho.</w:t>
      </w:r>
    </w:p>
    <w:p>
      <w:pPr>
        <w:jc w:val="right"/>
      </w:pPr>
      <w:r>
        <w:t>یہ دونوں چیزیں کب ہوتی ہیں؟ جب آدمی کا شعور جو ہے ڈیولپ نہ ہوا ہو، اس نے حقیقتوں کو ڈسکور نہ کیا ہو، اس نے سچائی کو نہ جانا ہو۔</w:t>
      </w:r>
    </w:p>
    <w:p>
      <w:r>
        <w:rPr>
          <w:b/>
        </w:rPr>
        <w:t xml:space="preserve">[21:47] </w:t>
      </w:r>
      <w:r>
        <w:t>insan ko main samajhta hoon ke sab se bari cheez jo aap dekh sakte hain, de sakte hain insan ko, wo yahi ke aap us ko ye bata payen ke tumhara manzil kya hai, tumhara maqsad hayat kya hai, aur eternal life mein tumhein kis hisab ka peshana hai.</w:t>
      </w:r>
    </w:p>
    <w:p>
      <w:pPr>
        <w:jc w:val="right"/>
      </w:pPr>
      <w:r>
        <w:t>انسان کو میں سمجھتا ہوں کہ سب سے بڑی چیز جو آپ دیکھ سکتے ہیں، دے سکتے ہیں انسان کو، وہ یہی کہ آپ اس کو یہ بتا پائیں کہ تمہارا منزل کیا ہے، تمہارا مقصد حیات کیا ہے، اور ایٹرنل لائف میں تمہیں کس حساب کا پیشانہ ہے۔</w:t>
      </w:r>
    </w:p>
    <w:p>
      <w:r>
        <w:rPr>
          <w:b/>
        </w:rPr>
        <w:t xml:space="preserve">[22:08] </w:t>
      </w:r>
      <w:r>
        <w:t>main aksar sochta hoon ke log mamooli mamooli faidon ke liye subah sham daurte rehte hain,</w:t>
      </w:r>
    </w:p>
    <w:p>
      <w:pPr>
        <w:jc w:val="right"/>
      </w:pPr>
      <w:r>
        <w:t>میں اکثر سوچتا ہوں کہ لوگ معمولی معمولی فائدوں کے لیے صبح شام دوڑتے رہتے ہیں،</w:t>
      </w:r>
    </w:p>
    <w:p>
      <w:r>
        <w:rPr>
          <w:b/>
        </w:rPr>
        <w:t xml:space="preserve">[22:18] </w:t>
      </w:r>
      <w:r>
        <w:t>mamooli mamooli material faiday ke liye, lekin phir ek waqt aata hai ke mar jate hain. to marne ke baad wo sochte honge ke kaisa ajeeb tha hamari zindagi ka mamla ke chand saal ke liye hum ne apni zindagi ko tabah kar diya aur jo eternal life thi, us ke liye kuch nahi kiya,</w:t>
      </w:r>
    </w:p>
    <w:p>
      <w:pPr>
        <w:jc w:val="right"/>
      </w:pPr>
      <w:r>
        <w:t>معمولی معمولی مٹیریل فائدے کے لیے، لیکن پھر ایک وقت آتا ہے کہ مر جاتے ہیں۔ تو مرنے کے بعد وہ سوچتے ہوں گے کہ کیسا عجیب تھا ہماری زندگی کا معاملہ کہ چند سال کے لیے ہم نے اپنی زندگی کو تباہ کر دیا اور جو ایٹرنل لائف تھی، اس کے لیے کچھ نہیں کیا،</w:t>
      </w:r>
    </w:p>
    <w:p>
      <w:r>
        <w:rPr>
          <w:b/>
        </w:rPr>
        <w:t xml:space="preserve">[22:38] </w:t>
      </w:r>
      <w:r>
        <w:t>us ke liye kuch nahi kiya.</w:t>
      </w:r>
    </w:p>
    <w:p>
      <w:pPr>
        <w:jc w:val="right"/>
      </w:pPr>
      <w:r>
        <w:t>اس کے لیے کچھ نہیں کیا۔</w:t>
      </w:r>
    </w:p>
    <w:p>
      <w:r>
        <w:rPr>
          <w:b/>
        </w:rPr>
        <w:t xml:space="preserve">[22:44] </w:t>
      </w:r>
      <w:r>
        <w:t>kitna ajeeb anjam hai insaan ka ke jo eternal life saamne hai, jahan ke maut ke baad hamein mustaqil taur par rehna hai, is ki kisi ko fikr hi nahin.</w:t>
      </w:r>
    </w:p>
    <w:p>
      <w:pPr>
        <w:jc w:val="right"/>
      </w:pPr>
      <w:r>
        <w:t>کتنا عجیب انجام ہے انسان کا کہ جو ایٹرنل لائف سامنے ہے، جہاں کہ موت کے بعد ہمیں مستقل طور پر رہنا ہے، اس کی کسی کو فکر ہی نہیں۔</w:t>
      </w:r>
    </w:p>
    <w:p>
      <w:r>
        <w:rPr>
          <w:b/>
        </w:rPr>
        <w:t xml:space="preserve">[22:59] </w:t>
      </w:r>
      <w:r>
        <w:t>is ka kisi ko, is ko, woh kisi ko, kisi ne is ko apna maqsad hayat nahin banaya.</w:t>
      </w:r>
    </w:p>
    <w:p>
      <w:pPr>
        <w:jc w:val="right"/>
      </w:pPr>
      <w:r>
        <w:t>اس کا کسی کو، اس کو، وہ کسی کو، کسی نے اس کو اپنا مقصد حیات نہیں بنایا۔</w:t>
      </w:r>
    </w:p>
    <w:p>
      <w:r>
        <w:rPr>
          <w:b/>
        </w:rPr>
        <w:t xml:space="preserve">[23:12] </w:t>
      </w:r>
      <w:r>
        <w:t>ek hadith hai, is hadith mein bohat ajeeb tareeqe par is baat ko bataya gaya hai ke</w:t>
      </w:r>
    </w:p>
    <w:p>
      <w:pPr>
        <w:jc w:val="right"/>
      </w:pPr>
      <w:r>
        <w:t>ایک حدیث ہے، اس حدیث میں بہت عجیب طریقے پر اس بات کو بتایا گیا ہے کہ</w:t>
      </w:r>
    </w:p>
    <w:p>
      <w:r>
        <w:rPr>
          <w:b/>
        </w:rPr>
        <w:t xml:space="preserve">[23:26] </w:t>
      </w:r>
      <w:r>
        <w:t>qayamat aati hai, sab log khatm ho jaate hain, is dunya ke bajaye doosri dunya mein pahuncha diye jaate hain.</w:t>
      </w:r>
    </w:p>
    <w:p>
      <w:pPr>
        <w:jc w:val="right"/>
      </w:pPr>
      <w:r>
        <w:t>قیامت آتی ہے، سب لوگ ختم ہو جاتے ہیں، اس دنیا کے بجائے دوسری دنیا میں پہنچا دیے جاتے ہیں۔</w:t>
      </w:r>
    </w:p>
    <w:p>
      <w:r>
        <w:rPr>
          <w:b/>
        </w:rPr>
        <w:t xml:space="preserve">[23:36] </w:t>
      </w:r>
      <w:r>
        <w:t>wahan sab ki qismat ka faisla hota hai, to saare logon ka faisla ho jata hai, kisi kisi ke liye jannat ka, kisi ke liye jahannum ka.</w:t>
      </w:r>
    </w:p>
    <w:p>
      <w:pPr>
        <w:jc w:val="right"/>
      </w:pPr>
      <w:r>
        <w:t>وہاں سب کی قسمت کا فیصلہ ہوتا ہے، تو سارے لوگوں کا فیصلہ ہو جاتا ہے، کسی کسی کے لیے جنت کا، کسی کے لیے جہنم کا۔</w:t>
      </w:r>
    </w:p>
    <w:p>
      <w:r>
        <w:rPr>
          <w:b/>
        </w:rPr>
        <w:t xml:space="preserve">[23:46] </w:t>
      </w:r>
      <w:r>
        <w:t>to ek aadmi abhi hashr ke maidan mein khada hua hai, is ka faisla abhi nahin hua.</w:t>
      </w:r>
    </w:p>
    <w:p>
      <w:pPr>
        <w:jc w:val="right"/>
      </w:pPr>
      <w:r>
        <w:t>تو ایک آدمی ابھی حشر کے میدان میں کھڑا ہوا ہے، اس کا فیصلہ ابھی نہیں ہوا۔</w:t>
      </w:r>
    </w:p>
    <w:p>
      <w:r>
        <w:rPr>
          <w:b/>
        </w:rPr>
        <w:t xml:space="preserve">[23:56] </w:t>
      </w:r>
      <w:r>
        <w:t>to woh aadmi kehta hai ke: "Ae Allah</w:t>
      </w:r>
    </w:p>
    <w:p>
      <w:pPr>
        <w:jc w:val="right"/>
      </w:pPr>
      <w:r>
        <w:t>تو وہ آدمی کہتا ہے کہ: "اے اللہ</w:t>
      </w:r>
    </w:p>
    <w:p>
      <w:r>
        <w:rPr>
          <w:b/>
        </w:rPr>
        <w:t xml:space="preserve">[23:58] </w:t>
      </w:r>
      <w:r>
        <w:t>! to ne mujhe jannat nahin di, to kam az kam dikha de ke jannat kya cheez hai, jannat hai kya?" to farishton ko hukum hota hai ke is ko jannat dikha do, ek jhalak dikha do sirf.</w:t>
      </w:r>
    </w:p>
    <w:p>
      <w:pPr>
        <w:jc w:val="right"/>
      </w:pPr>
      <w:r>
        <w:t>! تو نے مجھے جنت نہیں دی، تو کم از کم دکھا دے کہ جنت کیا چیز ہے، جنت ہے کیا؟" تو فرشتوں کو حکم ہوتا ہے کہ اس کو جنت دکھا دو، ایک جھلک دکھا دو صرف۔</w:t>
      </w:r>
    </w:p>
    <w:p>
      <w:r>
        <w:rPr>
          <w:b/>
        </w:rPr>
        <w:t xml:space="preserve">[24:15] </w:t>
      </w:r>
      <w:r>
        <w:t>to is ko jannat ki ek jhalak dikhai jaati hai. is ko dekh kar itna zyada overwhelm ho jata hai woh ke woh kehta hai ke: "Khuda</w:t>
      </w:r>
    </w:p>
    <w:p>
      <w:pPr>
        <w:jc w:val="right"/>
      </w:pPr>
      <w:r>
        <w:t>تو اس کو جنت کی ایک جھلک دکھائی جاتی ہے۔ اس کو دیکھ کر اتنا زیادہ اوور ویلم ہو جاتا ہے وہ کہ وہ کہتا ہے کہ: "خد</w:t>
      </w:r>
    </w:p>
    <w:p>
      <w:r>
        <w:rPr>
          <w:b/>
        </w:rPr>
        <w:t xml:space="preserve">[24:24] </w:t>
      </w:r>
      <w:r>
        <w:t>aya! jannat dikha di aap ne, to mujhe jannat mein dakhil bhi kar de." to Khuda is se kehta hai ke: "to jannat mein dakhle ka mustahiq nahin hai, istihqaq paida karne ki jagah woh to maut se pehle ki zindagi thi, wahan tum ne kuch kiya nahin."</w:t>
      </w:r>
    </w:p>
    <w:p>
      <w:pPr>
        <w:jc w:val="right"/>
      </w:pPr>
      <w:r>
        <w:t>ایا! جنت دکھا دی آپ نے، تو مجھے جنت میں داخل بھی کر دے۔" تو خدا اس سے کہتا ہے کہ: "تو جنت میں داخلے کا مستحق نہیں ہے، استحقاق پیدا کرنے کی جگہ وہ تو موت سے پہلے کی زندگی تھی، وہاں تم نے کچھ کیا نہیں۔"</w:t>
      </w:r>
    </w:p>
    <w:p>
      <w:r>
        <w:rPr>
          <w:b/>
        </w:rPr>
        <w:t xml:space="preserve">[24:47] </w:t>
      </w:r>
      <w:r>
        <w:t>to Allah taala is is aadmi se kehte hain ke: "tum ko jis dunya ko tum chhod kar aaye ho, yeh dunya jo hai, yeh material world, jahan bari bari sharar hain, bari bari nematein hain,</w:t>
      </w:r>
    </w:p>
    <w:p>
      <w:pPr>
        <w:jc w:val="right"/>
      </w:pPr>
      <w:r>
        <w:t>تو اللہ تعالی اس اس آدمی سے کہتے ہیں کہ: "تم کو جس دنیا کو تم چھوڑ کر آئے ہو، یہ دنیا جو ہے، یہ مٹیریل ورلڈ، جہاں بڑی بڑی شرار ہیں، بڑی بڑی نعمتیں ہیں،</w:t>
      </w:r>
    </w:p>
    <w:p>
      <w:r>
        <w:rPr>
          <w:b/>
        </w:rPr>
        <w:t xml:space="preserve">[25:02] </w:t>
      </w:r>
      <w:r>
        <w:t>woh dunya isi ki wajah se ek aur dunya hum tum ko de dete hain, do dunya poori ki poori tum ko de dete hain, tum jannat mat mango." to woh banda kehta hai ke:</w:t>
      </w:r>
    </w:p>
    <w:p>
      <w:pPr>
        <w:jc w:val="right"/>
      </w:pPr>
      <w:r>
        <w:t>وہ دنیا اسی کی وجہ سے ایک اور دنیا ہم تم کو دے دیتے ہیں، دو دنیا پوری کی پوری تم کو دے دیتے ہیں، تم جنت مت مانگو۔" تو وہ بندہ کہتا ہے کہ:</w:t>
      </w:r>
    </w:p>
    <w:p>
      <w:r>
        <w:rPr>
          <w:b/>
        </w:rPr>
        <w:t xml:space="preserve">[25:17] </w:t>
      </w:r>
      <w:r>
        <w:t>Ya Rab!</w:t>
      </w:r>
    </w:p>
    <w:p>
      <w:pPr>
        <w:jc w:val="right"/>
      </w:pPr>
      <w:r>
        <w:t>یا رب!</w:t>
      </w:r>
    </w:p>
    <w:p>
      <w:r>
        <w:rPr>
          <w:b/>
        </w:rPr>
        <w:t xml:space="preserve">[25:18] </w:t>
      </w:r>
      <w:r>
        <w:t>kaif kun ashaqaa ibaadak</w:t>
      </w:r>
    </w:p>
    <w:p>
      <w:pPr>
        <w:jc w:val="right"/>
      </w:pPr>
      <w:r>
        <w:t>کیف کون اشقاء عبادک</w:t>
      </w:r>
    </w:p>
    <w:p>
      <w:r>
        <w:rPr>
          <w:b/>
        </w:rPr>
        <w:t xml:space="preserve">[25:23] </w:t>
      </w:r>
      <w:r>
        <w:t>Ae Allah! main hi tere bondon mein sab se zyada badbakht banda kyun banun? aap ghore kijiye, yeh bohat hi sochne wali baat hai ke jis dunya ke liye aadmi apne aap deewana ho raha hai, jis dunya ko hasil karne ke liye apni poori tawanaai, apni poori energy energy lagai hui hai,</w:t>
      </w:r>
    </w:p>
    <w:p>
      <w:pPr>
        <w:jc w:val="right"/>
      </w:pPr>
      <w:r>
        <w:t>اے اللہ! میں ہی تیرے بندوں میں سب سے زیادہ بدبخت بندہ کیوں بنوں؟ آپ غور کیجئے، یہ بہت ہی سوچنے والی بات ہے کہ جس دنیا کے لیے آدمی اپنے آپ دیوانہ ہو رہا ہے، جس دنیا کو حاصل کرنے کے لیے اپنی پوری توانائی، اپنی پوری انرجی انرجی لگائی ہوئی ہے،</w:t>
      </w:r>
    </w:p>
    <w:p>
      <w:r>
        <w:rPr>
          <w:b/>
        </w:rPr>
        <w:t xml:space="preserve">[25:48] </w:t>
      </w:r>
      <w:r>
        <w:t>is ka poori dunya bhi nahin hai, is ka ek juz paane ke liye. poori dunya to kisi ko milti nahin hai, is ka ek juz milta hai, ek part milta hai, aur sari zindagi sari energy lagaya jata hai is ke liye.</w:t>
      </w:r>
    </w:p>
    <w:p>
      <w:pPr>
        <w:jc w:val="right"/>
      </w:pPr>
      <w:r>
        <w:t>اس کا پوری دنیا بھی نہیں ہے، اس کا ایک جز پانے کے لیے۔ پوری دنیا تو کسی کو ملتی نہیں ہے، اس کا ایک جز ملتا ہے، ایک پارٹ ملتا ہے، اور ساری زندگی ساری انرجی لگایا جاتا ہے اس کے لیے۔</w:t>
      </w:r>
    </w:p>
    <w:p>
      <w:r>
        <w:rPr>
          <w:b/>
        </w:rPr>
        <w:t xml:space="preserve">[26:04] </w:t>
      </w:r>
      <w:r>
        <w:t>aur wahan jab woh jannat ko dekh lega to aisi do dunya bhi aise lagega us ko ke jannat ko chhod kar aisi do dunya lena to bohat badbakhti ki baat hai,</w:t>
      </w:r>
    </w:p>
    <w:p>
      <w:pPr>
        <w:jc w:val="right"/>
      </w:pPr>
      <w:r>
        <w:t>اور وہاں جب وہ جنت کو دیکھ لے گا تو ایسی دو دنیا بھی ایسے لگے گا اس کو کہ جنت کو چھوڑ کر ایسی دو دنیا لینا تو بہت بدبختی کی بات ہے،</w:t>
      </w:r>
    </w:p>
    <w:p>
      <w:r>
        <w:rPr>
          <w:b/>
        </w:rPr>
        <w:t xml:space="preserve">[26:18] </w:t>
      </w:r>
      <w:r>
        <w:t>bohat zyada badbakhti ki baat hai. yeh to aisa kyun hoga? is par sochiye. aisa is liye hoga ke is dunya ka har cheez imperfect hai, less than ideal hai.</w:t>
      </w:r>
    </w:p>
    <w:p>
      <w:pPr>
        <w:jc w:val="right"/>
      </w:pPr>
      <w:r>
        <w:t>بہت زیادہ بدبختی کی بات ہے۔ یہ تو ایسا کیوں ہوگا؟ اس پر سوچیے۔ ایسا اس لیے ہوگا کہ اس دنیا کا ہر چیز امپرفیکٹ ہے، لیس دین آئیڈیل ہے۔</w:t>
      </w:r>
    </w:p>
    <w:p>
      <w:r>
        <w:rPr>
          <w:b/>
        </w:rPr>
        <w:t xml:space="preserve">[26:34] </w:t>
      </w:r>
      <w:r>
        <w:t>is dunya mein koi bhi cheez perfect nahin, koi nemmat, koi achhi cheez, koi bhi aisi cheez nahin is dunya mein jo perfect ho.</w:t>
      </w:r>
    </w:p>
    <w:p>
      <w:pPr>
        <w:jc w:val="right"/>
      </w:pPr>
      <w:r>
        <w:t>اس دنیا میں کوئی بھی چیز پرفیکٹ نہیں، کوئی نعمت، کوئی اچھی چیز، کوئی بھی ایسی چیز نہیں اس دنیا میں جو پرفیکٹ ہو۔</w:t>
      </w:r>
    </w:p>
    <w:p>
      <w:r>
        <w:rPr>
          <w:b/>
        </w:rPr>
        <w:t xml:space="preserve">[26:44] </w:t>
      </w:r>
      <w:r>
        <w:t>har cheez imperfect hai, aur jannat mein har cheez perfect hogi.</w:t>
      </w:r>
    </w:p>
    <w:p>
      <w:pPr>
        <w:jc w:val="right"/>
      </w:pPr>
      <w:r>
        <w:t>ہر چیز امپرفیکٹ ہے، اور جنت میں ہر چیز پرفیکٹ ہوگی۔</w:t>
      </w:r>
    </w:p>
    <w:p>
      <w:r>
        <w:rPr>
          <w:b/>
        </w:rPr>
        <w:t xml:space="preserve">[26:52] </w:t>
      </w:r>
      <w:r>
        <w:t>to yaad rakhiye, imperfect ki koi bhi miqdaar perfect ka badal nahin ban sakti.</w:t>
      </w:r>
    </w:p>
    <w:p>
      <w:pPr>
        <w:jc w:val="right"/>
      </w:pPr>
      <w:r>
        <w:t>تو یاد رکھیے، امپرفیکٹ کی کوئی بھی مقدار پرفیکٹ کا بدل نہیں بن سکتی۔</w:t>
      </w:r>
    </w:p>
    <w:p>
      <w:r>
        <w:rPr>
          <w:b/>
        </w:rPr>
        <w:t xml:space="preserve">[27:04] </w:t>
      </w:r>
      <w:r>
        <w:t>imperfect ki koi bhi miqdaar perfect ka badal nahin ban sakti.</w:t>
      </w:r>
    </w:p>
    <w:p>
      <w:pPr>
        <w:jc w:val="right"/>
      </w:pPr>
      <w:r>
        <w:t>امپرفیکٹ کی کوئی بھی مقدار پرفیکٹ کا بدل نہیں بن سکتی۔</w:t>
      </w:r>
    </w:p>
    <w:p>
      <w:r>
        <w:rPr>
          <w:b/>
        </w:rPr>
        <w:t xml:space="preserve">[27:14] </w:t>
      </w:r>
      <w:r>
        <w:t>aap ghore kijiye ke plastic ke phal aap ke paas pahad ke barabar hon to ek ek ek achha phal jo drakht se tayyar ho kar tapakta hai, is ka barabar ho sakta hai?</w:t>
      </w:r>
    </w:p>
    <w:p>
      <w:pPr>
        <w:jc w:val="right"/>
      </w:pPr>
      <w:r>
        <w:t>آپ غور کیجئے کہ پلاسٹک کے پھل آپ کے پاس پہاڑ کے برابر ہوں تو ایک ایک ایک اچھا پھل جو درخت سے تیار ہو کر ٹپکتا ہے، اس کا برابر ہو سکتا ہے؟</w:t>
      </w:r>
    </w:p>
    <w:p>
      <w:r>
        <w:rPr>
          <w:b/>
        </w:rPr>
        <w:t xml:space="preserve">[27:30] </w:t>
      </w:r>
      <w:r>
        <w:t>woh woh kya karenge? aap plastic ke phal ko le kar, woh to is mein to na zaiqa hai, na aap ka pet bharega, na use koi energy mile gi. lekin ek phal, agar sachha phal jo drakht se tayyar hua, us ko aap khayenge to us se aap ko energy mile gi.</w:t>
      </w:r>
    </w:p>
    <w:p>
      <w:pPr>
        <w:jc w:val="right"/>
      </w:pPr>
      <w:r>
        <w:t>وہ وہ کیا کریں گے؟ آپ پلاسٹک کے پھل کو لے کر، وہ تو اس میں تو نہ ذائقہ ہے، نہ آپ کا پیٹ بھرے گا، نہ اسے کوئی انرجی ملے گی۔ لیکن ایک پھل، اگر سچا پھل جو درخت سے تیار ہوا، اس کو آپ کھائیں گے تو اس سے آپ کو انرجی ملے گی۔</w:t>
      </w:r>
    </w:p>
    <w:p>
      <w:r>
        <w:rPr>
          <w:b/>
        </w:rPr>
        <w:t xml:space="preserve">[27:50] </w:t>
      </w:r>
      <w:r>
        <w:t>aap ke paas ek ek achha TV hai, aur kisi ke paas bohat hi kharab qism ke bohat se TV hain, woh kahe ke: "mere sab TV tum le lo." yani koi aadmi kanwariya se bohat sare TV khareed kar laya hua hai,</w:t>
      </w:r>
    </w:p>
    <w:p>
      <w:pPr>
        <w:jc w:val="right"/>
      </w:pPr>
      <w:r>
        <w:t>آپ کے پاس ایک ایک اچھا ٹی وی ہے، اور کسی کے پاس بہت ہی خراب قسم کے بہت سے ٹی وی ہیں، وہ کہے کہ: "میرے سب ٹی وی تم لے لو۔" یعنی کوئی آدمی کنواڑیاں سے بہت سارے ٹی وی خرید کے لایا ہوا ہے،</w:t>
      </w:r>
    </w:p>
    <w:p>
      <w:r>
        <w:rPr>
          <w:b/>
        </w:rPr>
        <w:t xml:space="preserve">[28:09] </w:t>
      </w:r>
      <w:r>
        <w:t>aur aap ke paas aik bilkul naya</w:t>
      </w:r>
    </w:p>
    <w:p>
      <w:pPr>
        <w:jc w:val="right"/>
      </w:pPr>
      <w:r>
        <w:t>اور آپ کے پاس ایک بالکل نیا</w:t>
      </w:r>
    </w:p>
    <w:p>
      <w:r>
        <w:rPr>
          <w:b/>
        </w:rPr>
        <w:t xml:space="preserve">[28:15] </w:t>
      </w:r>
      <w:r>
        <w:t>TV ho jo aap ne liya ho kisi achhi company se, to woh kahe ke: "mera sara TV tum le lo, aur to woh apna wala de do." to aap kahein ge ke: "main us ko is is kwar ko le ke kya karunga?</w:t>
      </w:r>
    </w:p>
    <w:p>
      <w:pPr>
        <w:jc w:val="right"/>
      </w:pPr>
      <w:r>
        <w:t>ٹی وی ہو جو آپ نے لیا ہو کسی اچھی کمپنی سے، تو وہ کہے کہ: "میرا سارا ٹی وی تم لے لو، اور تو وہ اپنا والا دے دو۔" تو آپ کہیں کہ: "میں اس کو اس اس کواڑ کو لے کے کیا کروں گا؟</w:t>
      </w:r>
    </w:p>
    <w:p>
      <w:r>
        <w:rPr>
          <w:b/>
        </w:rPr>
        <w:t xml:space="preserve">[28:29] </w:t>
      </w:r>
      <w:r>
        <w:t>kyunke mera aik TV tumhare aik so kwar ke barabar nahi ho sakta."</w:t>
      </w:r>
    </w:p>
    <w:p>
      <w:pPr>
        <w:jc w:val="right"/>
      </w:pPr>
      <w:r>
        <w:t>کیونکہ میرا ایک ٹی وی تمہارے ایک سو کواڑ کے برابر نہیں ہو سکتا۔"</w:t>
      </w:r>
    </w:p>
    <w:p>
      <w:r>
        <w:rPr>
          <w:b/>
        </w:rPr>
        <w:t xml:space="preserve">[28:36] </w:t>
      </w:r>
      <w:r>
        <w:t>to yeh duniya aisi lage gi aadmi ko ke ke do dunyayon ko le kar ke jannat ko chhodna goya ke bohat bara hamakat ka kaam kiya maine.</w:t>
      </w:r>
    </w:p>
    <w:p>
      <w:pPr>
        <w:jc w:val="right"/>
      </w:pPr>
      <w:r>
        <w:t>تو یہ دنیا ایسی لگے گی آدمی کو کہ کہ دو دنیاؤں کو لے کر کے جنت کو چھوڑنا گویا کہ بہت بڑا حماقت کا کام کیا میں نے۔</w:t>
      </w:r>
    </w:p>
    <w:p>
      <w:r>
        <w:rPr>
          <w:b/>
        </w:rPr>
        <w:t xml:space="preserve">[28:49] </w:t>
      </w:r>
      <w:r>
        <w:t>aisa lage ga us ko. to jannat aisi jagah hai.</w:t>
      </w:r>
    </w:p>
    <w:p>
      <w:pPr>
        <w:jc w:val="right"/>
      </w:pPr>
      <w:r>
        <w:t>ایسا لگے گا اس کو۔ تو جنت ایسی جگہ ہے۔</w:t>
      </w:r>
    </w:p>
    <w:p>
      <w:r>
        <w:rPr>
          <w:b/>
        </w:rPr>
        <w:t xml:space="preserve">[28:59] </w:t>
      </w:r>
      <w:r>
        <w:t>to Allah taala ne jannat ko jannat ki khabar di insaan ko paighambaron ke zariye se, apni wahi ke zariye se, aur mazeed yeh kiya ke aap ke andar jannat ki talab rakh di.</w:t>
      </w:r>
    </w:p>
    <w:p>
      <w:pPr>
        <w:jc w:val="right"/>
      </w:pPr>
      <w:r>
        <w:t>تو اللہ تعالی نے جنت کو جنت کی خبر دی انسان کو پیغمبروں کے ذریعے سے، اپنی وحی کے ذریعے سے، اور مزید یہ کیا کہ آپ کے اندر جنت کی طلب رکھ دی۔</w:t>
      </w:r>
    </w:p>
    <w:p>
      <w:r>
        <w:rPr>
          <w:b/>
        </w:rPr>
        <w:t xml:space="preserve">[29:13] </w:t>
      </w:r>
      <w:r>
        <w:t>yeh bohat ajeeb baat hai. har aadmi ke andar aik talab hai, aik ideal ki talash hai, aik marey duniya ki talash hai. woh kya hai?</w:t>
      </w:r>
    </w:p>
    <w:p>
      <w:pPr>
        <w:jc w:val="right"/>
      </w:pPr>
      <w:r>
        <w:t>یہ بہت عجیب بات ہے۔ ہر آدمی کے اندر ایک طلب ہے، ایک آئیڈیل کی تلاش ہے، ایک مرے دنیا کی تلاش ہے۔ وہ کیا ہے؟</w:t>
      </w:r>
    </w:p>
    <w:p>
      <w:r>
        <w:rPr>
          <w:b/>
        </w:rPr>
        <w:t xml:space="preserve">[29:21] </w:t>
      </w:r>
      <w:r>
        <w:t>woh jannati ki to talash hai, kyunke duniya mein to milti nahi hai. woh</w:t>
      </w:r>
    </w:p>
    <w:p>
      <w:pPr>
        <w:jc w:val="right"/>
      </w:pPr>
      <w:r>
        <w:t>وہ جنتی کی تو تلاش ہے، کیونکہ دنیا میں تو ملتی نہیں ہے۔ وہ</w:t>
      </w:r>
    </w:p>
    <w:p>
      <w:r>
        <w:rPr>
          <w:b/>
        </w:rPr>
        <w:t xml:space="preserve">[29:28] </w:t>
      </w:r>
      <w:r>
        <w:t>yani jo aap chah rahe hain, maslan aap fame chahte hain, aap political power chahte hain, aap daulat chahte hain, aap materialistic comfort chahte hain, in logon ko dekhein jin ko yeh cheezein mil chuki hui hain.</w:t>
      </w:r>
    </w:p>
    <w:p>
      <w:pPr>
        <w:jc w:val="right"/>
      </w:pPr>
      <w:r>
        <w:t>یعنی جو آپ چاہ رہے ہیں، مثلاً آپ فیم چاہتے ہیں، آپ پولیٹیکل پاور چاہتے ہیں، آپ دولت چاہتے ہیں، آپ مٹیریلسٹ کمفرٹ چاہتے ہیں، ان لوگوں کو دیکھیں جن کو یہ چیزیں مل چکی ہوئی ہیں۔</w:t>
      </w:r>
    </w:p>
    <w:p>
      <w:r>
        <w:rPr>
          <w:b/>
        </w:rPr>
        <w:t xml:space="preserve">[29:45] </w:t>
      </w:r>
      <w:r>
        <w:t>ke agar farz kijiyega ke mujhe nahi yeh cheezein mili hain to mere is aas paas aise bohat se log hain jin ko yeh cheezein mili hui hain. un ki zindagi ko read kijiyega aap.</w:t>
      </w:r>
    </w:p>
    <w:p>
      <w:pPr>
        <w:jc w:val="right"/>
      </w:pPr>
      <w:r>
        <w:t>کہ اگر فرض کیجئے کہ مجھے نہیں یہ چیزیں ملی ہیں تو میرے اس پاس ایسے بہت سے لوگ ہیں جن کو یہ چیزیں ملی ہوئی ہیں۔ ان کی زندگی کو ریڈ کیجئے آپ۔</w:t>
      </w:r>
    </w:p>
    <w:p>
      <w:r>
        <w:rPr>
          <w:b/>
        </w:rPr>
        <w:t xml:space="preserve">[29:55] </w:t>
      </w:r>
      <w:r>
        <w:t>har aik ki zindagi bohat mazloom dikhai de gi, bohat hi mazloom. un ki health kharab, un ko neend nahi aati, un ko aik aik waqt nahi ke woh sukoon ke sath, aaram ke sath guzarein.</w:t>
      </w:r>
    </w:p>
    <w:p>
      <w:pPr>
        <w:jc w:val="right"/>
      </w:pPr>
      <w:r>
        <w:t>ہر ایک کی زندگی بہت مظلوم دکھائی دے گی، بہت ہی مظلوم۔ ان کی ہیلتھ خراب، ان کو نیند نہیں آتی، ان کو ایک ایک وقت نہیں کہ وہ سکون کے ساتھ، آرام کے ساتھ گزاریں۔</w:t>
      </w:r>
    </w:p>
    <w:p>
      <w:r>
        <w:rPr>
          <w:b/>
        </w:rPr>
        <w:t xml:space="preserve">[30:11] </w:t>
      </w:r>
      <w:r>
        <w:t>har waqt telephone aa raha hai, har waqt koi milne aa raha hai, har waqt koi problem hai.</w:t>
      </w:r>
    </w:p>
    <w:p>
      <w:pPr>
        <w:jc w:val="right"/>
      </w:pPr>
      <w:r>
        <w:t>ہر وقت ٹیلی فون آ رہا ہے، ہر وقت کوئی ملنے آ رہا ہے، ہر وقت کوئی پرابلم ہے۔</w:t>
      </w:r>
    </w:p>
    <w:p>
      <w:r>
        <w:rPr>
          <w:b/>
        </w:rPr>
        <w:t xml:space="preserve">[30:18] </w:t>
      </w:r>
      <w:r>
        <w:t>to duniya ka milna aur na milna dono barabar hain.</w:t>
      </w:r>
    </w:p>
    <w:p>
      <w:pPr>
        <w:jc w:val="right"/>
      </w:pPr>
      <w:r>
        <w:t>تو دنیا کا ملنا اور نہ ملنا دونوں برابر ہیں۔</w:t>
      </w:r>
    </w:p>
    <w:p>
      <w:r>
        <w:rPr>
          <w:b/>
        </w:rPr>
        <w:t xml:space="preserve">[30:26] </w:t>
      </w:r>
      <w:r>
        <w:t>jo jo kaifiyat us ki hai jo us ko mila hua nahi hai, wahi kaifiyat us ki bhi us ko mila hua hai.</w:t>
      </w:r>
    </w:p>
    <w:p>
      <w:pPr>
        <w:jc w:val="right"/>
      </w:pPr>
      <w:r>
        <w:t>جو جو کیفیت اس کی ہے جو اس کو ملا ہوا نہیں ہے، وہی کیفیت اس کی بھی اس کو ملا ہوا ہے۔</w:t>
      </w:r>
    </w:p>
    <w:p>
      <w:r>
        <w:rPr>
          <w:b/>
        </w:rPr>
        <w:t xml:space="preserve">[30:37] </w:t>
      </w:r>
      <w:r>
        <w:t>jis ke paas bhi kafi daulat hai, jis ke paas political power hai, jis ke paas jo fame wala aadmi hai, koi bhi cheez jis ko log achha samajhte hain, aise bohat se log hain aap ke is aas paas jinhein woh cheezein mili hui hain, un ko mili hui hain.</w:t>
      </w:r>
    </w:p>
    <w:p>
      <w:pPr>
        <w:jc w:val="right"/>
      </w:pPr>
      <w:r>
        <w:t>جس کے پاس بھی کافی دولت ہے، جس کے پاس پولیٹیکل پاور ہے، جس کے پاس جو فیم والا آدمی ہے، کوئی بھی چیز جس کو لوگ اچھا سمجھتے ہیں، ایسے بہت سے لوگ ہیں آپ کے اس پاس جنہیں وہ چیزیں ملی ہوئی ہیں، ان کو ملی ہوئی ہیں۔</w:t>
      </w:r>
    </w:p>
    <w:p>
      <w:r>
        <w:rPr>
          <w:b/>
        </w:rPr>
        <w:t xml:space="preserve">[30:51] </w:t>
      </w:r>
      <w:r>
        <w:t>aap un se un ke halaat maloom kijiyega. sab ka haal bura,</w:t>
      </w:r>
    </w:p>
    <w:p>
      <w:pPr>
        <w:jc w:val="right"/>
      </w:pPr>
      <w:r>
        <w:t>آپ ان سے ان کے حالات معلوم کیجئے۔ سب کا حال برا،</w:t>
      </w:r>
    </w:p>
    <w:p>
      <w:r>
        <w:rPr>
          <w:b/>
        </w:rPr>
        <w:t xml:space="preserve">[31:01] </w:t>
      </w:r>
      <w:r>
        <w:t>sab ka sehat kharab, sukoon nahi, har waqt tension, har waqt despair, har waqt stress.</w:t>
      </w:r>
    </w:p>
    <w:p>
      <w:pPr>
        <w:jc w:val="right"/>
      </w:pPr>
      <w:r>
        <w:t>سب کا صحت خراب، سکون نہیں، ہر وقت ٹینشن، ہر وقت ڈسپیئر، ہر وقت اسٹریس۔</w:t>
      </w:r>
    </w:p>
    <w:p>
      <w:r>
        <w:rPr>
          <w:b/>
        </w:rPr>
        <w:t xml:space="preserve">[31:11] </w:t>
      </w:r>
      <w:r>
        <w:t>to is ke maani kya hue hain? ke aik taraf aap ke andar jannat ki talab hai, aur doosri taraf yeh hai ke woh cheez milti nahi duniya mein. aap talib to pure maani mein hain, matloob milta nahi aap ko.</w:t>
      </w:r>
    </w:p>
    <w:p>
      <w:pPr>
        <w:jc w:val="right"/>
      </w:pPr>
      <w:r>
        <w:t>تو اس کے معنی کیا ہوئے ہیں؟ کہ ایک طرف آپ کے اندر جنت کی طلب ہے، اور دوسری طرف یہ ہے کہ وہ چیز ملتی نہیں دنیا میں۔ آپ طالب تو پورے معنی میں ہیں، مطلوب ملتا نہیں آپ کو۔</w:t>
      </w:r>
    </w:p>
    <w:p>
      <w:r>
        <w:rPr>
          <w:b/>
        </w:rPr>
        <w:t xml:space="preserve">[31:25] </w:t>
      </w:r>
      <w:r>
        <w:t>yeh cheez apne aap mein is baat ko indicate karti hai ke aap ka matloob kahin aur hai, is duniya mein nahi hai.</w:t>
      </w:r>
    </w:p>
    <w:p>
      <w:pPr>
        <w:jc w:val="right"/>
      </w:pPr>
      <w:r>
        <w:t>یہ چیز اپنے آپ میں اس بات کو انڈیکیٹ کرتی ہے کہ آپ کا مطلوب کہیں اور ہے، اس دنیا میں نہیں ہے۔</w:t>
      </w:r>
    </w:p>
    <w:p>
      <w:r>
        <w:rPr>
          <w:b/>
        </w:rPr>
        <w:t xml:space="preserve">[31:35] </w:t>
      </w:r>
      <w:r>
        <w:t>to paighambaron ko Allah ne isi liye bheja ke woh batayein ke tumhara matloob jis ke liye tum deewane ho rahe ho, woh yahan hai nahi, woh to akhirat mein hai.</w:t>
      </w:r>
    </w:p>
    <w:p>
      <w:pPr>
        <w:jc w:val="right"/>
      </w:pPr>
      <w:r>
        <w:t>تو پیغمبروں کو اللہ نے اسی لیے بھیجا کہ وہ بتائیں کہ تمہارا مطلوب جس کے لیے تم دیوانے ہو رہے ہو، وہ یہاں ہے نہیں، وہ تو آخرت میں ہے۔</w:t>
      </w:r>
    </w:p>
    <w:p>
      <w:r>
        <w:rPr>
          <w:b/>
        </w:rPr>
        <w:t xml:space="preserve">[31:45] </w:t>
      </w:r>
      <w:r>
        <w:t>yahan to sirf us ki glimpse hai, us ki jhalak hai.</w:t>
      </w:r>
    </w:p>
    <w:p>
      <w:pPr>
        <w:jc w:val="right"/>
      </w:pPr>
      <w:r>
        <w:t>یہاں تو صرف اس کی گلمپس ہے، اس کی جھلک ہے۔</w:t>
      </w:r>
    </w:p>
    <w:p>
      <w:r>
        <w:rPr>
          <w:b/>
        </w:rPr>
        <w:t xml:space="preserve">[31:54] </w:t>
      </w:r>
      <w:r>
        <w:t>to kaisi ajeeb baat hai ke wahi cheez jis ka aadmi sab se ziyada talib hai, usi ke liye kuch nahi kar raha hai. woh kaisi ajeeb baat hai?</w:t>
      </w:r>
    </w:p>
    <w:p>
      <w:pPr>
        <w:jc w:val="right"/>
      </w:pPr>
      <w:r>
        <w:t>تو کیسی عجیب بات ہے کہ وہی چیز جس کا آدمی سب سے زیادہ طالب ہے، اسی کے لیے کچھ نہیں کر رہا ہے۔ وہ کیسی عجیب بات ہے؟</w:t>
      </w:r>
    </w:p>
    <w:p>
      <w:r>
        <w:rPr>
          <w:b/>
        </w:rPr>
        <w:t xml:space="preserve">[32:05] </w:t>
      </w:r>
      <w:r>
        <w:t>wahi cheez jis ke liye aadmi sab se ziyada apne andar khwahish rakhta hai, sab se ziyada jis ki talab hai, us ke andar usi ke liye woh kuch nahi kar raha, aur jis cheez ke liye kar raha hai, woh woh us ki talab ke mutabiq nahi.</w:t>
      </w:r>
    </w:p>
    <w:p>
      <w:pPr>
        <w:jc w:val="right"/>
      </w:pPr>
      <w:r>
        <w:t>وہی چیز جس کے لیے آدمی سب سے زیادہ اپنے اندر خواہش رکھتا ہے، سب سے زیادہ جس کی طلب ہے، اس کے اندر اسی کے لیے وہ کچھ نہیں کر رہا، اور جس چیز کے لیے کر رہا ہے، وہ وہ اس کی طلب کے مطابق نہیں۔</w:t>
      </w:r>
    </w:p>
    <w:p>
      <w:r>
        <w:rPr>
          <w:b/>
        </w:rPr>
        <w:t xml:space="preserve">[32:32] </w:t>
      </w:r>
      <w:r>
        <w:t>kaisi ajeeb baat hai?</w:t>
      </w:r>
    </w:p>
    <w:p>
      <w:pPr>
        <w:jc w:val="right"/>
      </w:pPr>
      <w:r>
        <w:t>کیسی عجیب بات ہے؟</w:t>
      </w:r>
    </w:p>
    <w:p>
      <w:r>
        <w:rPr>
          <w:b/>
        </w:rPr>
        <w:t xml:space="preserve">[32:42] </w:t>
      </w:r>
      <w:r>
        <w:t>to is hadith, woh ayat jo maine padhi, is ayat ka matlab yeh hai ke aap ko jannat ka shu'oor itna ziyada aap ke andar barh jaye, aap ka intellectual development itna ziyada taraqqi kar jaye ke aap aap ki poori soch jannat rukhi ho jaye, poori thinking aap ka paradise oriented oriented ho jaye.</w:t>
      </w:r>
    </w:p>
    <w:p>
      <w:pPr>
        <w:jc w:val="right"/>
      </w:pPr>
      <w:r>
        <w:t>تو اس حدیث، وہ آیت جو میں نے پڑھی، اس آیت کا مطلب یہ ہے کہ آپ کو جنت کا شعور اتنا زیادہ آپ کے اندر بڑھ جائے، آپ کا انٹلیکچول ڈیولپمنٹ اتنا زیادہ ترقی کر جائے کہ آپ آپ کی پوری سوچ جنت رخی ہو جائے، پوری تھنکنگ آپ کا پیراڈائز اورینٹڈ اورینٹڈ ہو جائے۔</w:t>
      </w:r>
    </w:p>
    <w:p>
      <w:r>
        <w:rPr>
          <w:b/>
        </w:rPr>
        <w:t xml:space="preserve">[33:08] </w:t>
      </w:r>
      <w:r>
        <w:t>jab yeh hoga to har cheez mein aap ko woh jo maine kaha ke pe</w:t>
      </w:r>
    </w:p>
    <w:p>
      <w:pPr>
        <w:jc w:val="right"/>
      </w:pPr>
      <w:r>
        <w:t>جب یہ ہوگا تو ہر چیز میں آپ کو وہ جو میں نے کہا کہ 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