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Role of Dayee in the Modern Age Sept 22, 2012 - Maulana Wahiduddin Khan</w:t>
      </w:r>
    </w:p>
    <w:p>
      <w:r>
        <w:t>https://www.youtube.com/watch?v=kRdsp_EkGX4</w:t>
      </w:r>
    </w:p>
    <w:p>
      <w:r>
        <w:rPr>
          <w:b/>
        </w:rPr>
        <w:t xml:space="preserve">[00:15] </w:t>
      </w:r>
      <w:r>
        <w:t>bismillah rahman rahim, wasallallahu ala nabiyil karim.</w:t>
      </w:r>
    </w:p>
    <w:p>
      <w:pPr>
        <w:jc w:val="right"/>
      </w:pPr>
      <w:r>
        <w:t>بسم اللہ الرحمن الرحیم، وصلی اللہ علی النبی الکریم۔</w:t>
      </w:r>
    </w:p>
    <w:p>
      <w:r>
        <w:rPr>
          <w:b/>
        </w:rPr>
        <w:t xml:space="preserve">[00:25] </w:t>
      </w:r>
      <w:r>
        <w:t>rabishrah li sadri, wayassir li amri, wahalul uqdatam min lisani, yafqahu qawli.</w:t>
      </w:r>
    </w:p>
    <w:p>
      <w:pPr>
        <w:jc w:val="right"/>
      </w:pPr>
      <w:r>
        <w:t>رب اشرح لی صدری، ویسر لی امری، واحل العقدۃ من لسانی، یفقہ قولی۔</w:t>
      </w:r>
    </w:p>
    <w:p>
      <w:r>
        <w:rPr>
          <w:b/>
        </w:rPr>
        <w:t xml:space="preserve">[00:39] </w:t>
      </w:r>
      <w:r>
        <w:t>aaj september 2012 ki 22 tareekh hai. is waqt mein cps ke hall mein hoon.</w:t>
      </w:r>
    </w:p>
    <w:p>
      <w:pPr>
        <w:jc w:val="right"/>
      </w:pPr>
      <w:r>
        <w:t>آج ستمبر 2012 کی 22 تاریخ ہے۔ اس وقت میں سی پی ایس کے ہال میں ہوں۔</w:t>
      </w:r>
    </w:p>
    <w:p>
      <w:r>
        <w:rPr>
          <w:b/>
        </w:rPr>
        <w:t xml:space="preserve">[00:59] </w:t>
      </w:r>
      <w:r>
        <w:t>yahan cps ke woh log ekatha hain jo amli taur par dawat ka kaam kar rahe hain, jinhon ne apne aap ko amalan da'wah work mein involve kiya hai.</w:t>
      </w:r>
    </w:p>
    <w:p>
      <w:pPr>
        <w:jc w:val="right"/>
      </w:pPr>
      <w:r>
        <w:t>یہاں سی پی ایس کے وہ لوگ اکٹھا ہیں جو عملی طور پر دعوت کا کام کر رہے ہیں، جنہوں نے اپنے آپ کو عملاً داؤ ورک میں انوالو کیا ہے۔</w:t>
      </w:r>
    </w:p>
    <w:p>
      <w:r>
        <w:rPr>
          <w:b/>
        </w:rPr>
        <w:t xml:space="preserve">[01:20] </w:t>
      </w:r>
      <w:r>
        <w:t>is nisbat se main</w:t>
      </w:r>
    </w:p>
    <w:p>
      <w:pPr>
        <w:jc w:val="right"/>
      </w:pPr>
      <w:r>
        <w:t>اس نسبت سے میں</w:t>
      </w:r>
    </w:p>
    <w:p>
      <w:r>
        <w:rPr>
          <w:b/>
        </w:rPr>
        <w:t xml:space="preserve">[01:27] </w:t>
      </w:r>
      <w:r>
        <w:t>da'i ke role ke baray mein kuch kehna chahta hoon.</w:t>
      </w:r>
    </w:p>
    <w:p>
      <w:pPr>
        <w:jc w:val="right"/>
      </w:pPr>
      <w:r>
        <w:t>داعی کے رول کے بارے میں کچھ کہنا چاہتا ہوں۔</w:t>
      </w:r>
    </w:p>
    <w:p>
      <w:r>
        <w:rPr>
          <w:b/>
        </w:rPr>
        <w:t xml:space="preserve">[01:35] </w:t>
      </w:r>
      <w:r>
        <w:t>dekhiye,</w:t>
      </w:r>
    </w:p>
    <w:p>
      <w:pPr>
        <w:jc w:val="right"/>
      </w:pPr>
      <w:r>
        <w:t>دیکھیے،</w:t>
      </w:r>
    </w:p>
    <w:p>
      <w:r>
        <w:rPr>
          <w:b/>
        </w:rPr>
        <w:t xml:space="preserve">[01:40] </w:t>
      </w:r>
      <w:r>
        <w:t>dawat hum ko karni hai kahan? modern world mein, scientific world mein. ek kadi duniya mein jis ko kaha jata hai ke ilm ka explosion hua hai,</w:t>
      </w:r>
    </w:p>
    <w:p>
      <w:pPr>
        <w:jc w:val="right"/>
      </w:pPr>
      <w:r>
        <w:t>دعوت ہم کو کرنی ہے کہاں؟ ماڈرن ورلڈ میں، سائنٹیفک ورلڈ میں۔ ایک کڑی دنیا میں جس کو کہا جاتا ہے کہ علم کا ایکسپلوژن ہوا ہے،</w:t>
      </w:r>
    </w:p>
    <w:p>
      <w:r>
        <w:rPr>
          <w:b/>
        </w:rPr>
        <w:t xml:space="preserve">[02:01] </w:t>
      </w:r>
      <w:r>
        <w:t>to isi nisbat se hum ko da'wati kaam karna hai.</w:t>
      </w:r>
    </w:p>
    <w:p>
      <w:pPr>
        <w:jc w:val="right"/>
      </w:pPr>
      <w:r>
        <w:t>تو اسی نسبت سے ہم کو دعوتی کام کرنا ہے۔</w:t>
      </w:r>
    </w:p>
    <w:p>
      <w:r>
        <w:rPr>
          <w:b/>
        </w:rPr>
        <w:t xml:space="preserve">[02:09] </w:t>
      </w:r>
      <w:r>
        <w:t>main samajhta hoon ke aaj ki duniya mein dawat ka kaam karne ke liye da'i ke andar sab se pehli sifat jo honi chahiye woh hai creativity.</w:t>
      </w:r>
    </w:p>
    <w:p>
      <w:pPr>
        <w:jc w:val="right"/>
      </w:pPr>
      <w:r>
        <w:t>میں سمجھتا ہوں کہ آج کی دنیا میں دعوت کا کام کرنے کے لیے داعی کے اندر سب سے پہلی صفت جو ہونی چاہیے وہ ہے کریٹیوٹی۔</w:t>
      </w:r>
    </w:p>
    <w:p>
      <w:r>
        <w:rPr>
          <w:b/>
        </w:rPr>
        <w:t xml:space="preserve">[02:27] </w:t>
      </w:r>
      <w:r>
        <w:t>creativity. is zamane mein sirf creative mind hi dawat ka matloob kaam kar sakta hai.</w:t>
      </w:r>
    </w:p>
    <w:p>
      <w:pPr>
        <w:jc w:val="right"/>
      </w:pPr>
      <w:r>
        <w:t>کریٹیوٹی۔ اس زمانے میں صرف کریٹیو مائنڈ ہی دعوت کا مطلوب کام کر سکتا ہے۔</w:t>
      </w:r>
    </w:p>
    <w:p>
      <w:r>
        <w:rPr>
          <w:b/>
        </w:rPr>
        <w:t xml:space="preserve">[02:40] </w:t>
      </w:r>
      <w:r>
        <w:t>dawat koi announcement nahi hai. dawat koi fazail ki kahaniyan sunane ka naam nahi hai.</w:t>
      </w:r>
    </w:p>
    <w:p>
      <w:pPr>
        <w:jc w:val="right"/>
      </w:pPr>
      <w:r>
        <w:t>دعوت کوئی اناؤنسمنٹ نہیں ہے۔ دعوت کوئی فضائل کی کہانیاں سنانے کا نام نہیں ہے۔</w:t>
      </w:r>
    </w:p>
    <w:p>
      <w:r>
        <w:rPr>
          <w:b/>
        </w:rPr>
        <w:t xml:space="preserve">[02:51] </w:t>
      </w:r>
      <w:r>
        <w:t>dawat koi barkat aur aashirwad dene ka naam nahi hai. dawat aaj ke mind ko address karne ka naam hai.</w:t>
      </w:r>
    </w:p>
    <w:p>
      <w:pPr>
        <w:jc w:val="right"/>
      </w:pPr>
      <w:r>
        <w:t>دعوت کوئی برکت اور آشیرواد دینے کا نام نہیں ہے۔ دعوت آج کے مائنڈ کو ایڈریس کرنے کا نام ہے۔</w:t>
      </w:r>
    </w:p>
    <w:p>
      <w:r>
        <w:rPr>
          <w:b/>
        </w:rPr>
        <w:t xml:space="preserve">[03:04] </w:t>
      </w:r>
      <w:r>
        <w:t>aur aaj ke mind ko wahi aadmi address kar sakta hai jis ke andar bohat ziyada creativity ho.</w:t>
      </w:r>
    </w:p>
    <w:p>
      <w:pPr>
        <w:jc w:val="right"/>
      </w:pPr>
      <w:r>
        <w:t>اور آج کے مائنڈ کو وہی آدمی ایڈریس کر سکتا ہے جس کے اندر بہت زیادہ کریٹیوٹی ہو۔</w:t>
      </w:r>
    </w:p>
    <w:p>
      <w:r>
        <w:rPr>
          <w:b/>
        </w:rPr>
        <w:t xml:space="preserve">[03:18] </w:t>
      </w:r>
      <w:r>
        <w:t>iska shaoor bohat jaga hua ho.</w:t>
      </w:r>
    </w:p>
    <w:p>
      <w:pPr>
        <w:jc w:val="right"/>
      </w:pPr>
      <w:r>
        <w:t>اس کا شعور بہت جاگا ہوا ہو۔</w:t>
      </w:r>
    </w:p>
    <w:p>
      <w:r>
        <w:rPr>
          <w:b/>
        </w:rPr>
        <w:t xml:space="preserve">[03:23] </w:t>
      </w:r>
      <w:r>
        <w:t>iske andar awakened mind paida ho chuka ho.</w:t>
      </w:r>
    </w:p>
    <w:p>
      <w:pPr>
        <w:jc w:val="right"/>
      </w:pPr>
      <w:r>
        <w:t>اس کے اندر اویکنڈ مائنڈ پیدا ہو چکا ہو۔</w:t>
      </w:r>
    </w:p>
    <w:p>
      <w:r>
        <w:rPr>
          <w:b/>
        </w:rPr>
        <w:t xml:space="preserve">[03:30] </w:t>
      </w:r>
      <w:r>
        <w:t>iske andar woh cheez ho jis ko quran mein kaha gaya hai tasawwum. tasawwum kya hai? wahi cheez hai jis ko aaj kal kaha jata hai creativity.</w:t>
      </w:r>
    </w:p>
    <w:p>
      <w:pPr>
        <w:jc w:val="right"/>
      </w:pPr>
      <w:r>
        <w:t>اس کے اندر وہ چیز ہو جس کو قرآن میں کہا گیا ہے توسم۔ توسم کیا ہے؟ وہی چیز ہے جس کو آج کل کہا جاتا ہے کریٹیوٹی۔</w:t>
      </w:r>
    </w:p>
    <w:p>
      <w:r>
        <w:rPr>
          <w:b/>
        </w:rPr>
        <w:t xml:space="preserve">[03:44] </w:t>
      </w:r>
      <w:r>
        <w:t>to jab tak yeh sifat na ho aadmi ke andar, woh haqeeqi ma'non mein dawat ka kaam nahi kar sakta.</w:t>
      </w:r>
    </w:p>
    <w:p>
      <w:pPr>
        <w:jc w:val="right"/>
      </w:pPr>
      <w:r>
        <w:t>تو جب تک یہ صفت نہ ہو آدمی کے اندر، وہ حقیقی معنوں میں دعوت کا کام نہیں کر سکتا۔</w:t>
      </w:r>
    </w:p>
    <w:p>
      <w:r>
        <w:rPr>
          <w:b/>
        </w:rPr>
        <w:t xml:space="preserve">[03:59] </w:t>
      </w:r>
      <w:r>
        <w:t>dekhiye,</w:t>
      </w:r>
    </w:p>
    <w:p>
      <w:pPr>
        <w:jc w:val="right"/>
      </w:pPr>
      <w:r>
        <w:t>دیکھیے،</w:t>
      </w:r>
    </w:p>
    <w:p>
      <w:r>
        <w:rPr>
          <w:b/>
        </w:rPr>
        <w:t xml:space="preserve">[04:03] </w:t>
      </w:r>
      <w:r>
        <w:t>da'i kis ko kaha jayega? da'i ki definition kya hai?</w:t>
      </w:r>
    </w:p>
    <w:p>
      <w:pPr>
        <w:jc w:val="right"/>
      </w:pPr>
      <w:r>
        <w:t>داعی کس کو کہا جائے گا؟ داعی کی ڈیفینیشن کیا ہے؟</w:t>
      </w:r>
    </w:p>
    <w:p>
      <w:r>
        <w:rPr>
          <w:b/>
        </w:rPr>
        <w:t xml:space="preserve">[04:13] </w:t>
      </w:r>
      <w:r>
        <w:t>main samajhta hoon ke yeh koi sadah baat nahi hai.</w:t>
      </w:r>
    </w:p>
    <w:p>
      <w:pPr>
        <w:jc w:val="right"/>
      </w:pPr>
      <w:r>
        <w:t>میں سمجھتا ہوں کہ یہ کوئی سادہ بات نہیں ہے۔</w:t>
      </w:r>
    </w:p>
    <w:p>
      <w:r>
        <w:rPr>
          <w:b/>
        </w:rPr>
        <w:t xml:space="preserve">[04:21] </w:t>
      </w:r>
      <w:r>
        <w:t>dawat kya hai? dawat rasoolullah sallallahu alaihi wasallam ke paigham ko</w:t>
      </w:r>
    </w:p>
    <w:p>
      <w:pPr>
        <w:jc w:val="right"/>
      </w:pPr>
      <w:r>
        <w:t>دعوت کیا ہے؟ دعوت رسول اللہ صلی اللہ علیہ وسلم کے پیغام کو</w:t>
      </w:r>
    </w:p>
    <w:p>
      <w:r>
        <w:rPr>
          <w:b/>
        </w:rPr>
        <w:t xml:space="preserve">[04:30] </w:t>
      </w:r>
      <w:r>
        <w:t>logon tak pohnchanay ka naam hai.</w:t>
      </w:r>
    </w:p>
    <w:p>
      <w:pPr>
        <w:jc w:val="right"/>
      </w:pPr>
      <w:r>
        <w:t>لوگوں تک پہنچانے کا نام ہے۔</w:t>
      </w:r>
    </w:p>
    <w:p>
      <w:r>
        <w:rPr>
          <w:b/>
        </w:rPr>
        <w:t xml:space="preserve">[04:37] </w:t>
      </w:r>
      <w:r>
        <w:t>dawat aap ka koi</w:t>
      </w:r>
    </w:p>
    <w:p>
      <w:pPr>
        <w:jc w:val="right"/>
      </w:pPr>
      <w:r>
        <w:t>دعوت آپ کا کوئی</w:t>
      </w:r>
    </w:p>
    <w:p>
      <w:r>
        <w:rPr>
          <w:b/>
        </w:rPr>
        <w:t xml:space="preserve">[04:44] </w:t>
      </w:r>
      <w:r>
        <w:t>khud sakhta kaam nahi hai. is message ko jo rasool Allah sal Allah alaihi wasallam ne diya tha, us ko har generation mein pohnchaney ka naam dawat hai.</w:t>
      </w:r>
    </w:p>
    <w:p>
      <w:pPr>
        <w:jc w:val="right"/>
      </w:pPr>
      <w:r>
        <w:t>خود ساختہ کام نہیں ہے۔ اس میسج کو جو رسول اللہ صلی اللہ علیہ وسلم نے دیا تھا، اس کو ہر جنریشن میں پہنچانے کا نام دعوت ہے۔</w:t>
      </w:r>
    </w:p>
    <w:p>
      <w:r>
        <w:rPr>
          <w:b/>
        </w:rPr>
        <w:t xml:space="preserve">[05:01] </w:t>
      </w:r>
      <w:r>
        <w:t>to dawat ki shart kya hai? is ki mein aik misaal deta hoon aap ko.</w:t>
      </w:r>
    </w:p>
    <w:p>
      <w:pPr>
        <w:jc w:val="right"/>
      </w:pPr>
      <w:r>
        <w:t>تو دعوت کی شرط کیا ہے؟ اس کی میں ایک مثال دیتا ہوں آپ کو۔</w:t>
      </w:r>
    </w:p>
    <w:p>
      <w:r>
        <w:rPr>
          <w:b/>
        </w:rPr>
        <w:t xml:space="preserve">[05:10] </w:t>
      </w:r>
      <w:r>
        <w:t>rasool Allah sal Allah alaihi wasallam ne apni umar ke aakhri hissay mein hajj kiya tha.</w:t>
      </w:r>
    </w:p>
    <w:p>
      <w:pPr>
        <w:jc w:val="right"/>
      </w:pPr>
      <w:r>
        <w:t>رسول اللہ صلی اللہ علیہ وسلم نے اپنی عمر کے آخری حصے میں حج کیا تھا۔</w:t>
      </w:r>
    </w:p>
    <w:p>
      <w:r>
        <w:rPr>
          <w:b/>
        </w:rPr>
        <w:t xml:space="preserve">[05:20] </w:t>
      </w:r>
      <w:r>
        <w:t>wahan aap ne oont ke upar baith kar logon ko khitab kiya tha. is zamaney mein stage jo tha, aaj kal ki tarah nahi hota tha.</w:t>
      </w:r>
    </w:p>
    <w:p>
      <w:pPr>
        <w:jc w:val="right"/>
      </w:pPr>
      <w:r>
        <w:t>وہاں آپ نے اونٹ کے اوپر بیٹھ کر لوگوں کو خطاب کیا تھا۔ اس زمانے میں اسٹیج جو تھا، آج کل کی طرح نہیں ہوتا تھا۔</w:t>
      </w:r>
    </w:p>
    <w:p>
      <w:r>
        <w:rPr>
          <w:b/>
        </w:rPr>
        <w:t xml:space="preserve">[05:32] </w:t>
      </w:r>
      <w:r>
        <w:t>to oont par baithna goya stage par khara hone ka kehmana tha.</w:t>
      </w:r>
    </w:p>
    <w:p>
      <w:pPr>
        <w:jc w:val="right"/>
      </w:pPr>
      <w:r>
        <w:t>تو اونٹ پر بیٹھنا گویا اسٹیج پر کھڑا ہونے کا کہمانا تھا۔</w:t>
      </w:r>
    </w:p>
    <w:p>
      <w:r>
        <w:rPr>
          <w:b/>
        </w:rPr>
        <w:t xml:space="preserve">[05:41] </w:t>
      </w:r>
      <w:r>
        <w:t>us waqt sahaba ki jamaat jo wahan maujood thi, to kaha jata hai ke woh aik lakh chobees hazar log thay.</w:t>
      </w:r>
    </w:p>
    <w:p>
      <w:pPr>
        <w:jc w:val="right"/>
      </w:pPr>
      <w:r>
        <w:t>اس وقت صحابہ کی جماعت جو وہاں موجود تھی، تو کہا جاتا ہے کہ وہ ایک لاکھ چوبیس ہزار لوگ تھے۔</w:t>
      </w:r>
    </w:p>
    <w:p>
      <w:r>
        <w:rPr>
          <w:b/>
        </w:rPr>
        <w:t xml:space="preserve">[05:55] </w:t>
      </w:r>
      <w:r>
        <w:t>taqreeban. is waqt aap ne kaha tha sab ko khitab karte hue,</w:t>
      </w:r>
    </w:p>
    <w:p>
      <w:pPr>
        <w:jc w:val="right"/>
      </w:pPr>
      <w:r>
        <w:t>تقریباً۔ اس وقت آپ نے کہا تھا سب کو خطاب کرتے ہوئے،</w:t>
      </w:r>
    </w:p>
    <w:p>
      <w:r>
        <w:rPr>
          <w:b/>
        </w:rPr>
        <w:t xml:space="preserve">[06:05] </w:t>
      </w:r>
      <w:r>
        <w:t>"in Allah</w:t>
      </w:r>
    </w:p>
    <w:p>
      <w:pPr>
        <w:jc w:val="right"/>
      </w:pPr>
      <w:r>
        <w:t>"إن الله</w:t>
      </w:r>
    </w:p>
    <w:p>
      <w:r>
        <w:rPr>
          <w:b/>
        </w:rPr>
        <w:t xml:space="preserve">[06:11] </w:t>
      </w:r>
      <w:r>
        <w:t>ja'alani rahmah lil nas kafatan fad'u 'annee."</w:t>
      </w:r>
    </w:p>
    <w:p>
      <w:pPr>
        <w:jc w:val="right"/>
      </w:pPr>
      <w:r>
        <w:t>جعلني رحمة للناس کافتاً فدو عنی۔"</w:t>
      </w:r>
    </w:p>
    <w:p>
      <w:r>
        <w:rPr>
          <w:b/>
        </w:rPr>
        <w:t xml:space="preserve">[06:21] </w:t>
      </w:r>
      <w:r>
        <w:t>mujh ko Allah ne rehmat banaya hai saarey insanon ke liye. yaani saari generation jo akhirat qyamat tak aayengi un sab ke liye.</w:t>
      </w:r>
    </w:p>
    <w:p>
      <w:pPr>
        <w:jc w:val="right"/>
      </w:pPr>
      <w:r>
        <w:t>مجھ کو اللہ نے رحمت بنایا ہے سارے انسانوں کے لیے۔ یعنی ساری جنریشن جو آخرت قیامت تک آئیں گی ان سب کے لیے۔</w:t>
      </w:r>
    </w:p>
    <w:p>
      <w:r>
        <w:rPr>
          <w:b/>
        </w:rPr>
        <w:t xml:space="preserve">[06:35] </w:t>
      </w:r>
      <w:r>
        <w:t>to tum log mere paigham ko sab tak pohncha do. ab zahir hai ke jo log wahan maujood thay maidan e arafat mein, woh to pohncha nahi sakte.</w:t>
      </w:r>
    </w:p>
    <w:p>
      <w:pPr>
        <w:jc w:val="right"/>
      </w:pPr>
      <w:r>
        <w:t>تو تم لوگ میرے پیغام کو سب تک پہنچا دو۔ اب ظاہر ہے کہ جو لوگ وہاں موجود تھے میدان عرفات میں، وہ تو پہنچا نہیں سکتے۔</w:t>
      </w:r>
    </w:p>
    <w:p>
      <w:r>
        <w:rPr>
          <w:b/>
        </w:rPr>
        <w:t xml:space="preserve">[06:50] </w:t>
      </w:r>
      <w:r>
        <w:t>un ko to sab ko maut aane wali thi. to is ka matlab tha ke aap ka yeh khitab poori ummat se tha.</w:t>
      </w:r>
    </w:p>
    <w:p>
      <w:pPr>
        <w:jc w:val="right"/>
      </w:pPr>
      <w:r>
        <w:t>ان کو تو سب کو موت آنے والی تھی۔ تو اس کا مطلب تھا کہ آپ کا یہ خطاب پوری امت سے تھا۔</w:t>
      </w:r>
    </w:p>
    <w:p>
      <w:r>
        <w:rPr>
          <w:b/>
        </w:rPr>
        <w:t xml:space="preserve">[07:01] </w:t>
      </w:r>
      <w:r>
        <w:t>yaani bawasta sahaba poori ummat se tha.</w:t>
      </w:r>
    </w:p>
    <w:p>
      <w:pPr>
        <w:jc w:val="right"/>
      </w:pPr>
      <w:r>
        <w:t>یعنی بواسطہ صحابہ پوری امت سے تھا۔</w:t>
      </w:r>
    </w:p>
    <w:p>
      <w:r>
        <w:rPr>
          <w:b/>
        </w:rPr>
        <w:t xml:space="preserve">[07:09] </w:t>
      </w:r>
      <w:r>
        <w:t>aane waley tamam ahle iman jo qyamat tak aayenge un sab se tha.</w:t>
      </w:r>
    </w:p>
    <w:p>
      <w:pPr>
        <w:jc w:val="right"/>
      </w:pPr>
      <w:r>
        <w:t>آنے والے تمام اہل ایمان جو قیامت تک آئیں گے ان سب سے تھا۔</w:t>
      </w:r>
    </w:p>
    <w:p>
      <w:r>
        <w:rPr>
          <w:b/>
        </w:rPr>
        <w:t xml:space="preserve">[07:17] </w:t>
      </w:r>
      <w:r>
        <w:t>to is ka matlab kya hai?</w:t>
      </w:r>
    </w:p>
    <w:p>
      <w:pPr>
        <w:jc w:val="right"/>
      </w:pPr>
      <w:r>
        <w:t>تو اس کا مطلب کیا ہے؟</w:t>
      </w:r>
    </w:p>
    <w:p>
      <w:r>
        <w:rPr>
          <w:b/>
        </w:rPr>
        <w:t xml:space="preserve">[07:22] </w:t>
      </w:r>
      <w:r>
        <w:t>agar aap ke andar gehri soch ho, aap ka shaoor jaaga hua ho,</w:t>
      </w:r>
    </w:p>
    <w:p>
      <w:pPr>
        <w:jc w:val="right"/>
      </w:pPr>
      <w:r>
        <w:t>اگر آپ کے اندر گہری سوچ ہو، آپ کا شعور جاگا ہوا ہو،</w:t>
      </w:r>
    </w:p>
    <w:p>
      <w:r>
        <w:rPr>
          <w:b/>
        </w:rPr>
        <w:t xml:space="preserve">[07:33] </w:t>
      </w:r>
      <w:r>
        <w:t>to jantey hain kya hoga?</w:t>
      </w:r>
    </w:p>
    <w:p>
      <w:pPr>
        <w:jc w:val="right"/>
      </w:pPr>
      <w:r>
        <w:t>تو جانتے ہیں کیا ہوگا؟</w:t>
      </w:r>
    </w:p>
    <w:p>
      <w:r>
        <w:rPr>
          <w:b/>
        </w:rPr>
        <w:t xml:space="preserve">[07:37] </w:t>
      </w:r>
      <w:r>
        <w:t>aap ko aisa mehsoos hoga ke woh awaz</w:t>
      </w:r>
    </w:p>
    <w:p>
      <w:pPr>
        <w:jc w:val="right"/>
      </w:pPr>
      <w:r>
        <w:t>آپ کو ایسا محسوس ہوگا کہ وہ آواز</w:t>
      </w:r>
    </w:p>
    <w:p>
      <w:r>
        <w:rPr>
          <w:b/>
        </w:rPr>
        <w:t xml:space="preserve">[07:43] </w:t>
      </w:r>
      <w:r>
        <w:t>generation of generation chalti hui mujh tak pohnch rahi hai. aaj aap ko woh awaz sunai degi.</w:t>
      </w:r>
    </w:p>
    <w:p>
      <w:pPr>
        <w:jc w:val="right"/>
      </w:pPr>
      <w:r>
        <w:t>جنریشن آف جنریشن چلتی ہوئی مجھ تک پہنچ رہی ہے۔ آج آپ کو وہ آواز سنائی دے گی۔</w:t>
      </w:r>
    </w:p>
    <w:p>
      <w:r>
        <w:rPr>
          <w:b/>
        </w:rPr>
        <w:t xml:space="preserve">[07:54] </w:t>
      </w:r>
      <w:r>
        <w:t>aap sochen ge ke aap ki awaz ko suna sab se pehle sahaba ne, phir un se suna tab'een ne, phir un se suna tab'e tab'een ne, phir agli nasal, agli nasal, agli nasal.</w:t>
      </w:r>
    </w:p>
    <w:p>
      <w:pPr>
        <w:jc w:val="right"/>
      </w:pPr>
      <w:r>
        <w:t>آپ سوچیں گے کہ آپ کی آواز کو سنا سب سے پہلے صحابہ نے، پھر ان سے سنا تابعین نے، پھر ان سے سنا تبع تابعین نے، پھر اگلی نسل، اگلی نسل، اگلی نسل۔</w:t>
      </w:r>
    </w:p>
    <w:p>
      <w:r>
        <w:rPr>
          <w:b/>
        </w:rPr>
        <w:t xml:space="preserve">[08:09] </w:t>
      </w:r>
      <w:r>
        <w:t>to generation of generation log sunte chale aa rahe hain.</w:t>
      </w:r>
    </w:p>
    <w:p>
      <w:pPr>
        <w:jc w:val="right"/>
      </w:pPr>
      <w:r>
        <w:t>تو جنریشن آف جنریشن لوگ سنتے چلے آ رہے ہیں۔</w:t>
      </w:r>
    </w:p>
    <w:p>
      <w:r>
        <w:rPr>
          <w:b/>
        </w:rPr>
        <w:t xml:space="preserve">[08:16] </w:t>
      </w:r>
      <w:r>
        <w:t>to aap agar bohat ziyada aap ka aap bohat sensitive hon, aap ka ehsas bohat ziyada jaaga hua ho, to aap ko lagega ke rasool Allah direct aap se keh rahe hain.</w:t>
      </w:r>
    </w:p>
    <w:p>
      <w:pPr>
        <w:jc w:val="right"/>
      </w:pPr>
      <w:r>
        <w:t>تو آپ اگر بہت زیادہ آپ کا آپ بہت سینسٹیو ہوں، آپ کا احساس بہت زیادہ جاگا ہوا ہو، تو آپ کو لگے گا کہ رسول اللہ ڈائریکٹ آپ سے کہہ رہے ہیں۔</w:t>
      </w:r>
    </w:p>
    <w:p>
      <w:r>
        <w:rPr>
          <w:b/>
        </w:rPr>
        <w:t xml:space="preserve">[08:34] </w:t>
      </w:r>
      <w:r>
        <w:t>direct taur par aap se keh rahe hain ke ae insan uth, tujh ke upar aap paigham pohnchana hai.</w:t>
      </w:r>
    </w:p>
    <w:p>
      <w:pPr>
        <w:jc w:val="right"/>
      </w:pPr>
      <w:r>
        <w:t>ڈائریکٹ طور پر آپ سے کہہ رہے ہیں کہ اے انسان اٹھ، تجھ کے اوپر آپ پیغام پہنچانا ہے۔</w:t>
      </w:r>
    </w:p>
    <w:p>
      <w:r>
        <w:rPr>
          <w:b/>
        </w:rPr>
        <w:t xml:space="preserve">[08:44] </w:t>
      </w:r>
      <w:r>
        <w:t>jaise jibril ne kaha tha rasool Allah se, "ya ayyuhal muddaththir qum fa andhir."</w:t>
      </w:r>
    </w:p>
    <w:p>
      <w:pPr>
        <w:jc w:val="right"/>
      </w:pPr>
      <w:r>
        <w:t>جیسے جبرائیل نے کہا تھا رسول اللہ سے، "یا ایہا المدثر قم فانظر۔" اے لیٹنے والے اٹھ۔</w:t>
      </w:r>
    </w:p>
    <w:p>
      <w:r>
        <w:rPr>
          <w:b/>
        </w:rPr>
        <w:t xml:space="preserve">[08:55] </w:t>
      </w:r>
      <w:r>
        <w:t>aur logon ko ba khabar kar de. to aap lagega mujh se bhi wohi kaha ja raha hai. utho aur sab ko ba khabar kar do.</w:t>
      </w:r>
    </w:p>
    <w:p>
      <w:pPr>
        <w:jc w:val="right"/>
      </w:pPr>
      <w:r>
        <w:t>اور لوگوں کو باخبر کر دے۔ تو آپ لگے گا مجھ سے بھی وہی کہا جا رہا ہے۔ اٹھو اور سب کو باخبر کر دو۔</w:t>
      </w:r>
    </w:p>
    <w:p>
      <w:r>
        <w:rPr>
          <w:b/>
        </w:rPr>
        <w:t xml:space="preserve">[09:10] </w:t>
      </w:r>
      <w:r>
        <w:t>jab tak aap ke andar itna gehra shaoor, itna gehra ehsaas na jaage, aap haqeeqi maanon mein dawat ka kaam nahin kar sakte.</w:t>
      </w:r>
    </w:p>
    <w:p>
      <w:pPr>
        <w:jc w:val="right"/>
      </w:pPr>
      <w:r>
        <w:t>جب تک آپ کے اندر اتنا گہرا شعور، اتنا گہرا احساس نہ جاگے، آپ حقیقی معنوں میں دعوت کا کام نہیں کر سکتے۔</w:t>
      </w:r>
    </w:p>
    <w:p>
      <w:r>
        <w:rPr>
          <w:b/>
        </w:rPr>
        <w:t xml:space="preserve">[09:27] </w:t>
      </w:r>
      <w:r>
        <w:t>dawat ka woh kaam jo rasool Allah ka matloob tha, jis par sahaba ne amal kiya, is tarah aap nahin dawat ka kaam kar paayenge.</w:t>
      </w:r>
    </w:p>
    <w:p>
      <w:pPr>
        <w:jc w:val="right"/>
      </w:pPr>
      <w:r>
        <w:t>دعوت کا وہ کام جو رسول اللہ کا مطلوب تھا، جس پر صحابہ نے عمل کیا، اس طرح آپ نہیں دعوت کا کام کر پائیں گے۔</w:t>
      </w:r>
    </w:p>
    <w:p>
      <w:r>
        <w:rPr>
          <w:b/>
        </w:rPr>
        <w:t xml:space="preserve">[09:37] </w:t>
      </w:r>
      <w:r>
        <w:t>aap ko itna zyada hassas hona chahiye ke aap mehsoos karein ke main bhi wahi khara hua sun raha hoon jahan sahaba sun rahe the.</w:t>
      </w:r>
    </w:p>
    <w:p>
      <w:pPr>
        <w:jc w:val="right"/>
      </w:pPr>
      <w:r>
        <w:t>آپ کو اتنا زیادہ حساس ہونا چاہیے کہ آپ محسوس کریں کہ میں بھی وہی کھڑا ہوا سن رہا ہوں جہاں صحابہ سن رہے تھے۔</w:t>
      </w:r>
    </w:p>
    <w:p>
      <w:r>
        <w:rPr>
          <w:b/>
        </w:rPr>
        <w:t xml:space="preserve">[09:50] </w:t>
      </w:r>
      <w:r>
        <w:t>tab aap ke andar responsibility jaagegi, zimmedari ka ehsaas jaagega.</w:t>
      </w:r>
    </w:p>
    <w:p>
      <w:pPr>
        <w:jc w:val="right"/>
      </w:pPr>
      <w:r>
        <w:t>تب آپ کے اندر ریسپانسبیلٹی جاگے گی، ذمہ داری کا احساس جاگے گا۔</w:t>
      </w:r>
    </w:p>
    <w:p>
      <w:r>
        <w:rPr>
          <w:b/>
        </w:rPr>
        <w:t xml:space="preserve">[10:00] </w:t>
      </w:r>
      <w:r>
        <w:t>aur aap bilkul tarap uthenge.</w:t>
      </w:r>
    </w:p>
    <w:p>
      <w:pPr>
        <w:jc w:val="right"/>
      </w:pPr>
      <w:r>
        <w:t>اور آپ بالکل تڑپ اٹھیں گے۔</w:t>
      </w:r>
    </w:p>
    <w:p>
      <w:r>
        <w:rPr>
          <w:b/>
        </w:rPr>
        <w:t xml:space="preserve">[10:05] </w:t>
      </w:r>
      <w:r>
        <w:t>phir har cheez mein aap ko wahi sabak nazar aayega. wahi same sabak.</w:t>
      </w:r>
    </w:p>
    <w:p>
      <w:pPr>
        <w:jc w:val="right"/>
      </w:pPr>
      <w:r>
        <w:t>پھر ہر چیز میں آپ کو وہی سبق نظر آئے گا۔ وہی سیم سبق۔</w:t>
      </w:r>
    </w:p>
    <w:p>
      <w:r>
        <w:rPr>
          <w:b/>
        </w:rPr>
        <w:t xml:space="preserve">[10:15] </w:t>
      </w:r>
      <w:r>
        <w:t>jaise ek misaal deta hoon main.</w:t>
      </w:r>
    </w:p>
    <w:p>
      <w:pPr>
        <w:jc w:val="right"/>
      </w:pPr>
      <w:r>
        <w:t>جیسے ایک مثال دیتا ہوں میں۔</w:t>
      </w:r>
    </w:p>
    <w:p>
      <w:r>
        <w:rPr>
          <w:b/>
        </w:rPr>
        <w:t xml:space="preserve">[10:21] </w:t>
      </w:r>
      <w:r>
        <w:t>india mein sab se pehle british company aayi thi. british.</w:t>
      </w:r>
    </w:p>
    <w:p>
      <w:pPr>
        <w:jc w:val="right"/>
      </w:pPr>
      <w:r>
        <w:t>انڈیا میں سب سے پہلے برٹش کمپنی آئی تھی۔ برٹش۔</w:t>
      </w:r>
    </w:p>
    <w:p>
      <w:r>
        <w:rPr>
          <w:b/>
        </w:rPr>
        <w:t xml:space="preserve">[10:32] </w:t>
      </w:r>
      <w:r>
        <w:t>east india company.</w:t>
      </w:r>
    </w:p>
    <w:p>
      <w:pPr>
        <w:jc w:val="right"/>
      </w:pPr>
      <w:r>
        <w:t>ایسٹ انڈیا کمپنی۔</w:t>
      </w:r>
    </w:p>
    <w:p>
      <w:r>
        <w:rPr>
          <w:b/>
        </w:rPr>
        <w:t xml:space="preserve">[10:37] </w:t>
      </w:r>
      <w:r>
        <w:t>east india company mein ek clerk tha jis ka naam tha robert clive. atharah saal ki umar mein is ke maa baap ne is ko india bhej diya tha.</w:t>
      </w:r>
    </w:p>
    <w:p>
      <w:pPr>
        <w:jc w:val="right"/>
      </w:pPr>
      <w:r>
        <w:t>ایسٹ انڈیا کمپنی میں ایک کلرک تھا جس کا نام تھا رابرٹ کلائیو۔ اٹھارہ سال کی عمر میں اس کے ماں باپ نے اس کو انڈیا بھیج دیا تھا۔</w:t>
      </w:r>
    </w:p>
    <w:p>
      <w:r>
        <w:rPr>
          <w:b/>
        </w:rPr>
        <w:t xml:space="preserve">[10:50] </w:t>
      </w:r>
      <w:r>
        <w:t>to yahan par woh aa kar clerk ho gaya tha, clerk. to clerk ke hasiyat se is ko jo salary milti thi woh is ke kharch ke liye kaafi nahin thi.</w:t>
      </w:r>
    </w:p>
    <w:p>
      <w:pPr>
        <w:jc w:val="right"/>
      </w:pPr>
      <w:r>
        <w:t>تو یہاں پر وہ آ کر کلرک ہو گیا تھا، کلرک۔ تو کلرک کے حیثیت سے اس کو جو سیلری ملتی تھی وہ اس کے خرچ کے لیے کافی نہیں تھی۔</w:t>
      </w:r>
    </w:p>
    <w:p>
      <w:r>
        <w:rPr>
          <w:b/>
        </w:rPr>
        <w:t xml:space="preserve">[11:06] </w:t>
      </w:r>
      <w:r>
        <w:t>woh pareshan tha. aakhir kaar ek din is ne reward uthaya. aur reward ko yahan par laga diya.</w:t>
      </w:r>
    </w:p>
    <w:p>
      <w:pPr>
        <w:jc w:val="right"/>
      </w:pPr>
      <w:r>
        <w:t>وہ پریشان تھا۔ آخر کار ایک دن اس نے ریوارڈ اٹھایا۔ اور ریوارڈ کو یہاں پر لگا دیا۔</w:t>
      </w:r>
    </w:p>
    <w:p>
      <w:r>
        <w:rPr>
          <w:b/>
        </w:rPr>
        <w:t xml:space="preserve">[11:18] </w:t>
      </w:r>
      <w:r>
        <w:t>is ka trigger daba diya is ne. woh to khudkushi karna chahta tha. khudkushi karna chahta tha woh. lekin woh misfire ho gaya.</w:t>
      </w:r>
    </w:p>
    <w:p>
      <w:pPr>
        <w:jc w:val="right"/>
      </w:pPr>
      <w:r>
        <w:t>اس کا ٹریگر دبا دیا اس نے۔ وہ تو خودکشی کرنا چاہتا تھا۔ خودکشی کرنا چاہتا تھا وہ۔ لیکن وہ مس فائر ہو گیا۔</w:t>
      </w:r>
    </w:p>
    <w:p>
      <w:r>
        <w:rPr>
          <w:b/>
        </w:rPr>
        <w:t xml:space="preserve">[11:33] </w:t>
      </w:r>
      <w:r>
        <w:t>reward jo tha woh misfire ho gaya.</w:t>
      </w:r>
    </w:p>
    <w:p>
      <w:pPr>
        <w:jc w:val="right"/>
      </w:pPr>
      <w:r>
        <w:t>ریوارڈ جو تھا وہ مس فائر ہو گیا۔</w:t>
      </w:r>
    </w:p>
    <w:p>
      <w:r>
        <w:rPr>
          <w:b/>
        </w:rPr>
        <w:t xml:space="preserve">[11:37] </w:t>
      </w:r>
      <w:r>
        <w:t>to kya hua? is ke baad woh chalaya. chala kar is ne kaha ke "Surely I'm reserved for something great."</w:t>
      </w:r>
    </w:p>
    <w:p>
      <w:pPr>
        <w:jc w:val="right"/>
      </w:pPr>
      <w:r>
        <w:t>تو کیا ہوا؟ اس کے بعد وہ چلایا۔ چلا کر اس نے کہا کہ "Surely I'm reserved for something great."</w:t>
      </w:r>
    </w:p>
    <w:p>
      <w:r>
        <w:rPr>
          <w:b/>
        </w:rPr>
        <w:t xml:space="preserve">[11:55] </w:t>
      </w:r>
      <w:r>
        <w:t>"Surely I'm reserved for something great." mujhe kisi barhe kaam ke liye bachaya gaya hai.</w:t>
      </w:r>
    </w:p>
    <w:p>
      <w:pPr>
        <w:jc w:val="right"/>
      </w:pPr>
      <w:r>
        <w:t>"Surely I'm reserved for something great." مجھے کسی بڑے کام کے لیے بچایا گیا ہے۔</w:t>
      </w:r>
    </w:p>
    <w:p>
      <w:r>
        <w:rPr>
          <w:b/>
        </w:rPr>
        <w:t xml:space="preserve">[12:06] </w:t>
      </w:r>
      <w:r>
        <w:t>to agar aap ka ehsaas jaaga hua ho to is waqeye mein aap ko khud apni tasveer dikhai degi. khud apni tasveer.</w:t>
      </w:r>
    </w:p>
    <w:p>
      <w:pPr>
        <w:jc w:val="right"/>
      </w:pPr>
      <w:r>
        <w:t>تو اگر آپ کا احساس جاگا ہوا ہو تو اس واقعے میں آپ کو خود اپنی تصویر دکھائی دے گی۔ خود اپنی تصویر۔</w:t>
      </w:r>
    </w:p>
    <w:p>
      <w:r>
        <w:rPr>
          <w:b/>
        </w:rPr>
        <w:t xml:space="preserve">[12:20] </w:t>
      </w:r>
      <w:r>
        <w:t>aur har din dikhai degi. maslan jab aap raat ko soenge aur subah ko jab uthenge to aap ka kya haal hoga?</w:t>
      </w:r>
    </w:p>
    <w:p>
      <w:pPr>
        <w:jc w:val="right"/>
      </w:pPr>
      <w:r>
        <w:t>اور ہر دن دکھائی دے گی۔ مثلاً جب آپ رات کو سوئیں گے اور صبح کو جب اٹھیں گے تو آپ کا کیا حال ہوگا؟</w:t>
      </w:r>
    </w:p>
    <w:p>
      <w:r>
        <w:rPr>
          <w:b/>
        </w:rPr>
        <w:t xml:space="preserve">[12:33] </w:t>
      </w:r>
      <w:r>
        <w:t>aap sochenge ke dobara Allah ne mujhe zindagi ka mauqa diya hai.</w:t>
      </w:r>
    </w:p>
    <w:p>
      <w:pPr>
        <w:jc w:val="right"/>
      </w:pPr>
      <w:r>
        <w:t>آپ سوچیں گے کہ دوبارہ اللہ نے مجھے زندگی کا موقع دیا ہے۔</w:t>
      </w:r>
    </w:p>
    <w:p>
      <w:r>
        <w:rPr>
          <w:b/>
        </w:rPr>
        <w:t xml:space="preserve">[12:41] </w:t>
      </w:r>
      <w:r>
        <w:t>koi kaam Allah mujh se lena chahta hai. warna raat hi raat ko meri maut aa jaati.</w:t>
      </w:r>
    </w:p>
    <w:p>
      <w:pPr>
        <w:jc w:val="right"/>
      </w:pPr>
      <w:r>
        <w:t>کوئی کام اللہ مجھ سے لینا چاہتا ہے۔ ورنہ رات ہی رات کو میری موت آ جاتی۔</w:t>
      </w:r>
    </w:p>
    <w:p>
      <w:r>
        <w:rPr>
          <w:b/>
        </w:rPr>
        <w:t xml:space="preserve">[12:50] </w:t>
      </w:r>
      <w:r>
        <w:t>to har din aap ko aap ke is spirit ko revive karne wala ban jayega.</w:t>
      </w:r>
    </w:p>
    <w:p>
      <w:pPr>
        <w:jc w:val="right"/>
      </w:pPr>
      <w:r>
        <w:t>تو ہر دن آپ کو آپ کے اس اسپرٹ کو ریوائیو کرنے والا بن جائے گا۔</w:t>
      </w:r>
    </w:p>
    <w:p>
      <w:r>
        <w:rPr>
          <w:b/>
        </w:rPr>
        <w:t xml:space="preserve">[13:00] </w:t>
      </w:r>
      <w:r>
        <w:t>jab robert clive ka reward misfire ho gaya to is ke baad kya hua? pehle woh apne ko zero banaya hua tha, ab woh hero ban gaya.</w:t>
      </w:r>
    </w:p>
    <w:p>
      <w:pPr>
        <w:jc w:val="right"/>
      </w:pPr>
      <w:r>
        <w:t>جب رابرٹ کلائیو کا ریوارڈ مس فائر ہو گیا تو اس کے بعد کیا ہوا؟ پہلے وہ اپنے کو زیرو بنایا ہوا تھا، اب وہ ہیرو بن گیا۔</w:t>
      </w:r>
    </w:p>
    <w:p>
      <w:r>
        <w:rPr>
          <w:b/>
        </w:rPr>
        <w:t xml:space="preserve">[13:13] </w:t>
      </w:r>
      <w:r>
        <w:t>ab woh hero ban gaya.</w:t>
      </w:r>
    </w:p>
    <w:p>
      <w:pPr>
        <w:jc w:val="right"/>
      </w:pPr>
      <w:r>
        <w:t>اب وہ ہیرو بن گیا۔</w:t>
      </w:r>
    </w:p>
    <w:p>
      <w:r>
        <w:rPr>
          <w:b/>
        </w:rPr>
        <w:t xml:space="preserve">[13:18] </w:t>
      </w:r>
      <w:r>
        <w:t>to aap ko har subah hero banane wali ban jayegi. kyun ke quran mein hai ke insaan par jis tarah maut aati hai, usi tarah insaan par neend aati hai.</w:t>
      </w:r>
    </w:p>
    <w:p>
      <w:pPr>
        <w:jc w:val="right"/>
      </w:pPr>
      <w:r>
        <w:t>تو آپ کو ہر صبح ہیرو بنانے والی بن جائے گی۔ کیوں کہ قرآن میں ہے کہ انسان پر جس طرح موت آتی ہے، اسی طرح انسان پر نیند آتی ہے۔</w:t>
      </w:r>
    </w:p>
    <w:p>
      <w:r>
        <w:rPr>
          <w:b/>
        </w:rPr>
        <w:t xml:space="preserve">[13:33] </w:t>
      </w:r>
      <w:r>
        <w:t>jab aadmi sota hai to partially is ki rooh Khuda utha leta hai. phir subah ko dobara is par daal deta hai aur woh jaag uthta hai.</w:t>
      </w:r>
    </w:p>
    <w:p>
      <w:pPr>
        <w:jc w:val="right"/>
      </w:pPr>
      <w:r>
        <w:t>جب آدمی سوتا ہے تو پارشلی اس کی روح خدا اٹھا لیتا ہے۔ پھر صبح کو دوبارہ اس پر ڈال دیتا ہے اور وہ جاگ اٹھتا ہے۔</w:t>
      </w:r>
    </w:p>
    <w:p>
      <w:r>
        <w:rPr>
          <w:b/>
        </w:rPr>
        <w:t xml:space="preserve">[13:44] </w:t>
      </w:r>
      <w:r>
        <w:t>goya ke sone ke baad jaagna, marne ke baad uthne ka hum ma'ani hai. to yeh waqea hum mein saare har shakhs ke saath rozana ho raha hai.</w:t>
      </w:r>
    </w:p>
    <w:p>
      <w:pPr>
        <w:jc w:val="right"/>
      </w:pPr>
      <w:r>
        <w:t>گویا کہ سونے کے بعد جاگنا، مرنے کے بعد اٹھنے کا ہم معنی ہے۔ تو یہ واقعہ ہم میں سارے ہر شخص کے ساتھ روزانہ ہو رہا ہے۔</w:t>
      </w:r>
    </w:p>
    <w:p>
      <w:r>
        <w:rPr>
          <w:b/>
        </w:rPr>
        <w:t xml:space="preserve">[13:59] </w:t>
      </w:r>
      <w:r>
        <w:t>robert clive ka reward to ek din mis fire kiya tha. aap ka rozana ho raha hai. to har subah ko aap sochenge ke khuda ya ne, khuda ne mujhe dobara zindagi de di.</w:t>
      </w:r>
    </w:p>
    <w:p>
      <w:pPr>
        <w:jc w:val="right"/>
      </w:pPr>
      <w:r>
        <w:t>رابرٹ کلائیو کا ریوارڈ تو ایک دن مس فائر کیا تھا۔ آپ کا روزانہ ہو رہا ہے۔ تو ہر صبح کو آپ سوچیں گے کہ خدایا نے، خدا نے مجھے دوبارہ زندگی دے دی۔</w:t>
      </w:r>
    </w:p>
    <w:p>
      <w:r>
        <w:rPr>
          <w:b/>
        </w:rPr>
        <w:t xml:space="preserve">[14:12] </w:t>
      </w:r>
      <w:r>
        <w:t>goya ke khuda mujh se koi bara kaam lena chahta hai.</w:t>
      </w:r>
    </w:p>
    <w:p>
      <w:pPr>
        <w:jc w:val="right"/>
      </w:pPr>
      <w:r>
        <w:t>گویا کہ خدا مجھ سے کوئی بڑا کام لینا چاہتا ہے۔</w:t>
      </w:r>
    </w:p>
    <w:p>
      <w:r>
        <w:rPr>
          <w:b/>
        </w:rPr>
        <w:t xml:space="preserve">[14:19] </w:t>
      </w:r>
      <w:r>
        <w:t>yeh soch kar aap tarap uthenge.</w:t>
      </w:r>
    </w:p>
    <w:p>
      <w:pPr>
        <w:jc w:val="right"/>
      </w:pPr>
      <w:r>
        <w:t>یہ سوچ کر آپ تڑپ اٹھیں گے۔</w:t>
      </w:r>
    </w:p>
    <w:p>
      <w:r>
        <w:rPr>
          <w:b/>
        </w:rPr>
        <w:t xml:space="preserve">[14:26] </w:t>
      </w:r>
      <w:r>
        <w:t>aur is ke baad sara insaan aap ko nazar aayega ke sab insaan mere mad'u hain. sab insano ko mujhe dawat dena hai.</w:t>
      </w:r>
    </w:p>
    <w:p>
      <w:pPr>
        <w:jc w:val="right"/>
      </w:pPr>
      <w:r>
        <w:t>اور اس کے بعد سارا انسان آپ کو نظر آئے گا کہ سب انسان میرے مدعو ہیں۔ سب انسانوں کو مجھے دعوت دینا ہے۔</w:t>
      </w:r>
    </w:p>
    <w:p>
      <w:r>
        <w:rPr>
          <w:b/>
        </w:rPr>
        <w:t xml:space="preserve">[14:38] </w:t>
      </w:r>
      <w:r>
        <w:t>dekhiye main aap ko ek cheez yaad dilata hoon.</w:t>
      </w:r>
    </w:p>
    <w:p>
      <w:pPr>
        <w:jc w:val="right"/>
      </w:pPr>
      <w:r>
        <w:t>دیکھیے میں آپ کو ایک چیز یاد دلاتا ہوں۔</w:t>
      </w:r>
    </w:p>
    <w:p>
      <w:r>
        <w:rPr>
          <w:b/>
        </w:rPr>
        <w:t xml:space="preserve">[14:44] </w:t>
      </w:r>
      <w:r>
        <w:t>karl marx ek bohat bara inqilabi maana jata hai.</w:t>
      </w:r>
    </w:p>
    <w:p>
      <w:pPr>
        <w:jc w:val="right"/>
      </w:pPr>
      <w:r>
        <w:t>کارل مارکس ایک بہت بڑا انقلابی مانا جاتا ہے۔</w:t>
      </w:r>
    </w:p>
    <w:p>
      <w:r>
        <w:rPr>
          <w:b/>
        </w:rPr>
        <w:t xml:space="preserve">[14:50] </w:t>
      </w:r>
      <w:r>
        <w:t>is ne ek kitaab likhi thi "Communist Manifesto". is kitaab ka khulasa kya tha?</w:t>
      </w:r>
    </w:p>
    <w:p>
      <w:pPr>
        <w:jc w:val="right"/>
      </w:pPr>
      <w:r>
        <w:t>اس نے ایک کتاب لکھی تھی "Communist Manifesto"۔ اس کتاب کا خلاصہ کیا تھا؟</w:t>
      </w:r>
    </w:p>
    <w:p>
      <w:r>
        <w:rPr>
          <w:b/>
        </w:rPr>
        <w:t xml:space="preserve">[14:59] </w:t>
      </w:r>
      <w:r>
        <w:t>is ka khulasa is ke aakhri jumle mein tha. "Workers of World Unite". dunya ke mazdooron mutahid ho jao.</w:t>
      </w:r>
    </w:p>
    <w:p>
      <w:pPr>
        <w:jc w:val="right"/>
      </w:pPr>
      <w:r>
        <w:t>اس کا خلاصہ اس کے آخری جملے میں تھا۔ "Workers of World Unite"۔ دنیا کے مزدوروں متحد ہو جاؤ۔</w:t>
      </w:r>
    </w:p>
    <w:p>
      <w:r>
        <w:rPr>
          <w:b/>
        </w:rPr>
        <w:t xml:space="preserve">[15:11] </w:t>
      </w:r>
      <w:r>
        <w:t>yani kis ke liye? apne haq lene ke liye. "Workers of World Unite".</w:t>
      </w:r>
    </w:p>
    <w:p>
      <w:pPr>
        <w:jc w:val="right"/>
      </w:pPr>
      <w:r>
        <w:t>یعنی کس کے لیے؟ اپنے حق لینے کے لیے۔ "Workers of World Unite"۔</w:t>
      </w:r>
    </w:p>
    <w:p>
      <w:r>
        <w:rPr>
          <w:b/>
        </w:rPr>
        <w:t xml:space="preserve">[15:20] </w:t>
      </w:r>
      <w:r>
        <w:t>dunya ke mazdooron mutahid ho jao. kis ke liye? apne haq lene ke liye. yani lad kar apne haq chheen ne ke liye.</w:t>
      </w:r>
    </w:p>
    <w:p>
      <w:pPr>
        <w:jc w:val="right"/>
      </w:pPr>
      <w:r>
        <w:t>دنیا کے مزدوروں متحد ہو جاؤ۔ کس کے لیے؟ اپنے حق لینے کے لیے۔ یعنی لڑ کر اپنے حق چھیننے کے لیے۔</w:t>
      </w:r>
    </w:p>
    <w:p>
      <w:r>
        <w:rPr>
          <w:b/>
        </w:rPr>
        <w:t xml:space="preserve">[15:34] </w:t>
      </w:r>
      <w:r>
        <w:t>aise hi russo ne jo kitaab likhi jis ke baad wahan democracy ka inqilab aaya. to us ki kitaab ka naam tha "Social Contract".</w:t>
      </w:r>
    </w:p>
    <w:p>
      <w:pPr>
        <w:jc w:val="right"/>
      </w:pPr>
      <w:r>
        <w:t>ایسے ہی روسو نے جو کتاب لکھی جس کے بعد وہاں ڈیموکریسی کا انقلاب آیا۔ تو اس کی کتاب کا نام تھا "Social Contract"۔</w:t>
      </w:r>
    </w:p>
    <w:p>
      <w:r>
        <w:rPr>
          <w:b/>
        </w:rPr>
        <w:t xml:space="preserve">[15:48] </w:t>
      </w:r>
      <w:r>
        <w:t>is ka pehla jumla yeh tha,</w:t>
      </w:r>
    </w:p>
    <w:p>
      <w:pPr>
        <w:jc w:val="right"/>
      </w:pPr>
      <w:r>
        <w:t>اس کا پہلا جملہ یہ تھا،</w:t>
      </w:r>
    </w:p>
    <w:p>
      <w:r>
        <w:rPr>
          <w:b/>
        </w:rPr>
        <w:t xml:space="preserve">[15:54] </w:t>
      </w:r>
      <w:r>
        <w:t>"Man was born free I see him in chains". insaan aazad paida hua tha. magar main is ko dekhta hoon ke woh jjarron mein jakra hua hai.</w:t>
      </w:r>
    </w:p>
    <w:p>
      <w:pPr>
        <w:jc w:val="right"/>
      </w:pPr>
      <w:r>
        <w:t>"Man was born free I see him in chains"۔ انسان آزاد پیدا ہوا تھا۔ مگر میں اس کو دیکھتا ہوں کہ وہ ججروں میں جکڑا ہوا ہے۔</w:t>
      </w:r>
    </w:p>
    <w:p>
      <w:r>
        <w:rPr>
          <w:b/>
        </w:rPr>
        <w:t xml:space="preserve">[16:06] </w:t>
      </w:r>
      <w:r>
        <w:t>is ka matlab bhi kya tha? har insaan ko yeh message de raha tha ke kuch log hain jinho ne tum ko chain mein baandh rakha hai.</w:t>
      </w:r>
    </w:p>
    <w:p>
      <w:pPr>
        <w:jc w:val="right"/>
      </w:pPr>
      <w:r>
        <w:t>اس کا مطلب بھی کیا تھا؟ ہر انسان کو یہ میسج دے رہا تھا کہ کچھ لوگ ہیں جنہوں نے تم کو چین میں باندھ رکھا ہے۔</w:t>
      </w:r>
    </w:p>
    <w:p>
      <w:r>
        <w:rPr>
          <w:b/>
        </w:rPr>
        <w:t xml:space="preserve">[16:15] </w:t>
      </w:r>
      <w:r>
        <w:t>ise lado, lad kar chain ko kholo.</w:t>
      </w:r>
    </w:p>
    <w:p>
      <w:pPr>
        <w:jc w:val="right"/>
      </w:pPr>
      <w:r>
        <w:t>اسے لڑو، لڑ کر چین کو کھولو۔</w:t>
      </w:r>
    </w:p>
    <w:p>
      <w:r>
        <w:rPr>
          <w:b/>
        </w:rPr>
        <w:t xml:space="preserve">[16:21] </w:t>
      </w:r>
      <w:r>
        <w:t>to jitne bhi mufakkir uthe, jitne bhi thinker uthe, jitne bhi reformer uthe, unho ne kya sabak diya insaan ko?</w:t>
      </w:r>
    </w:p>
    <w:p>
      <w:pPr>
        <w:jc w:val="right"/>
      </w:pPr>
      <w:r>
        <w:t>تو جتنے بھی مفکر اٹھے، جتنے بھی تھنکر اٹھے، جتنے بھی ریفارمر اٹھے، انہوں نے کیا سبق دیا انسان کو؟</w:t>
      </w:r>
    </w:p>
    <w:p>
      <w:r>
        <w:rPr>
          <w:b/>
        </w:rPr>
        <w:t xml:space="preserve">[16:30] </w:t>
      </w:r>
      <w:r>
        <w:t>chheen ne ka sabak. doosron se lad kar apne haq lene ka sabak.</w:t>
      </w:r>
    </w:p>
    <w:p>
      <w:pPr>
        <w:jc w:val="right"/>
      </w:pPr>
      <w:r>
        <w:t>چھیننے کا سبق۔ دوسروں سے لڑ کر اپنے حق لینے کا سبق۔</w:t>
      </w:r>
    </w:p>
    <w:p>
      <w:r>
        <w:rPr>
          <w:b/>
        </w:rPr>
        <w:t xml:space="preserve">[16:38] </w:t>
      </w:r>
      <w:r>
        <w:t>ab dekhiye rasool Allah sal Allahu alaihi wasallam ko jo quran diya gaya to pehli surah jo aap par utri woh thi "Al Alaq".</w:t>
      </w:r>
    </w:p>
    <w:p>
      <w:pPr>
        <w:jc w:val="right"/>
      </w:pPr>
      <w:r>
        <w:t>اب دیکھیے رسول اللہ صلی اللہ علیہ وسلم کو جو قرآن دیا گیا تو پہلی سورہ جو آپ پر اتری وہ تھی "العلق"۔</w:t>
      </w:r>
    </w:p>
    <w:p>
      <w:r>
        <w:rPr>
          <w:b/>
        </w:rPr>
        <w:t xml:space="preserve">[16:54] </w:t>
      </w:r>
      <w:r>
        <w:t>aur shuru zamaney mein jo surah utarti woh thi "Al Muddathir".</w:t>
      </w:r>
    </w:p>
    <w:p>
      <w:pPr>
        <w:jc w:val="right"/>
      </w:pPr>
      <w:r>
        <w:t>اور شروع زمانے میں جو سورہ اترتی وہ تھی "المدثر"۔</w:t>
      </w:r>
    </w:p>
    <w:p>
      <w:r>
        <w:rPr>
          <w:b/>
        </w:rPr>
        <w:t xml:space="preserve">[17:00] </w:t>
      </w:r>
      <w:r>
        <w:t>"Al Alaq" mein tha iqra bismi rabbika allazi khalaq khalaqa al insana min alaq.</w:t>
      </w:r>
    </w:p>
    <w:p>
      <w:pPr>
        <w:jc w:val="right"/>
      </w:pPr>
      <w:r>
        <w:t>"العلق" میں تھا اقراء بسم ربک الذی خلق خلق الانسان من علق۔</w:t>
      </w:r>
    </w:p>
    <w:p>
      <w:r>
        <w:rPr>
          <w:b/>
        </w:rPr>
        <w:t xml:space="preserve">[17:09] </w:t>
      </w:r>
      <w:r>
        <w:t>is ka matlab kya hai? is ko agar doosre lafzon mein hum kahein to is ka matlab yeh hoga ke "Know the Creation Plan of God".</w:t>
      </w:r>
    </w:p>
    <w:p>
      <w:pPr>
        <w:jc w:val="right"/>
      </w:pPr>
      <w:r>
        <w:t>اس کا مطلب کیا ہے؟ اس کو اگر دوسرے لفظوں میں ہم کہیں تو اس کا مطلب یہ ہوگا کہ "Know the Christian Plan of God"۔</w:t>
      </w:r>
    </w:p>
    <w:p>
      <w:r>
        <w:rPr>
          <w:b/>
        </w:rPr>
        <w:t xml:space="preserve">[17:22] </w:t>
      </w:r>
      <w:r>
        <w:t>phir jo surah utri shuru zamaney mein "Ya ayyuhal muddathir qum fa anzir" is ka matlab kya tha? logon ko Allah ke takhleeqi mansoobe se aagah kar do.</w:t>
      </w:r>
    </w:p>
    <w:p>
      <w:pPr>
        <w:jc w:val="right"/>
      </w:pPr>
      <w:r>
        <w:t>پھر جو سورہ اتری شروع زمانے میں "یا ایہا المدثر قم فانظر" اس کا مطلب کیا تھا؟ لوگوں کو اللہ کے تخلیقی منصوبے سے آگاہ کر دو۔</w:t>
      </w:r>
    </w:p>
    <w:p>
      <w:r>
        <w:rPr>
          <w:b/>
        </w:rPr>
        <w:t xml:space="preserve">[17:39] </w:t>
      </w:r>
      <w:r>
        <w:t>taake woh jannat ka rasta pakrein, Allah ki rehmaton mein hissa daar banen.</w:t>
      </w:r>
    </w:p>
    <w:p>
      <w:pPr>
        <w:jc w:val="right"/>
      </w:pPr>
      <w:r>
        <w:t>تاکہ وہ جنت کا راستہ پکڑیں، اللہ کی رحمتوں میں حصہ دار بنیں۔</w:t>
      </w:r>
    </w:p>
    <w:p>
      <w:r>
        <w:rPr>
          <w:b/>
        </w:rPr>
        <w:t xml:space="preserve">[17:50] </w:t>
      </w:r>
      <w:r>
        <w:t>ab aap mawazana kijiye. doosre jitne reformers the unho ne sabak diya ke doosron se apna haq chheeno.</w:t>
      </w:r>
    </w:p>
    <w:p>
      <w:pPr>
        <w:jc w:val="right"/>
      </w:pPr>
      <w:r>
        <w:t>اب آپ موازنہ کیجیے۔ دوسرے جتنے ریفارمرز تھے انہوں نے سبق دیا کہ دوسروں سے اپنا حق چھینو۔</w:t>
      </w:r>
    </w:p>
    <w:p>
      <w:r>
        <w:rPr>
          <w:b/>
        </w:rPr>
        <w:t xml:space="preserve">[18:01] </w:t>
      </w:r>
      <w:r>
        <w:t>doosron se apna haq chheen kar lo. lekin rasool Allah ne jo sab ko jo sabaq diya gaya woh kya tha?</w:t>
      </w:r>
    </w:p>
    <w:p>
      <w:pPr>
        <w:jc w:val="right"/>
      </w:pPr>
      <w:r>
        <w:t>دوسروں سے اپنا حق چھین کر لو۔ لیکن رسول اللہ نے جو سب کو جو سبق دیا گیا وہ کیا تھا؟</w:t>
      </w:r>
    </w:p>
    <w:p>
      <w:r>
        <w:rPr>
          <w:b/>
        </w:rPr>
        <w:t xml:space="preserve">[18:14] </w:t>
      </w:r>
      <w:r>
        <w:t>doosron ko Khuda ka tohfa pahunchao. doosron ko Khuda ki rehmat pahunchao. doosron ko Khuda ki jannat ka rasta dikhao.</w:t>
      </w:r>
    </w:p>
    <w:p>
      <w:pPr>
        <w:jc w:val="right"/>
      </w:pPr>
      <w:r>
        <w:t>دوسروں کو خدا کا تحفہ پہنچاؤ۔ دوسروں کو خدا کی رحمت پہنچاؤ۔ دوسروں کو خدا کی جنت کا راستہ دکھاؤ۔</w:t>
      </w:r>
    </w:p>
    <w:p>
      <w:r>
        <w:rPr>
          <w:b/>
        </w:rPr>
        <w:t xml:space="preserve">[18:27] </w:t>
      </w:r>
      <w:r>
        <w:t>ab aap ghore kijiye ke woh mission jo hai woh kitna mehdood mission hai. kitna mission hai. aur yeh jo mission hai woh kitna zyada universal hai.</w:t>
      </w:r>
    </w:p>
    <w:p>
      <w:pPr>
        <w:jc w:val="right"/>
      </w:pPr>
      <w:r>
        <w:t>اب آپ غور کیجیے کہ وہ مشن جو ہے وہ کتنا محدود مشن ہے۔ کتنا مشن ہے۔ اور یہ جو مشن ہے وہ کتنا زیادہ یونیورسل ہے۔</w:t>
      </w:r>
    </w:p>
    <w:p>
      <w:r>
        <w:rPr>
          <w:b/>
        </w:rPr>
        <w:t xml:space="preserve">[18:41] </w:t>
      </w:r>
      <w:r>
        <w:t>yani sari duniya ke aik aik insaan tak is mein shamil hain.</w:t>
      </w:r>
    </w:p>
    <w:p>
      <w:pPr>
        <w:jc w:val="right"/>
      </w:pPr>
      <w:r>
        <w:t>یعنی ساری دنیا کے ایک ایک انسان تک اس میں شامل ہیں۔</w:t>
      </w:r>
    </w:p>
    <w:p>
      <w:r>
        <w:rPr>
          <w:b/>
        </w:rPr>
        <w:t xml:space="preserve">[18:50] </w:t>
      </w:r>
      <w:r>
        <w:t>toh is is ke liye jo jo spirit jaagti hai, jo activity aati hai us se billion time zyada aap ke andar aani chahiye is Khudaai mission ke liye.</w:t>
      </w:r>
    </w:p>
    <w:p>
      <w:pPr>
        <w:jc w:val="right"/>
      </w:pPr>
      <w:r>
        <w:t>تو اس اس کے لیے جو جو اسپرٹ جاگتی ہے، جو ایکٹیویٹی آتی ہے اس سے بلین ٹائم زیادہ آپ کے اندر آنی چاہیے اس خدائی مشن کے لیے۔</w:t>
      </w:r>
    </w:p>
    <w:p>
      <w:r>
        <w:rPr>
          <w:b/>
        </w:rPr>
        <w:t xml:space="preserve">[19:05] </w:t>
      </w:r>
      <w:r>
        <w:t>kaisi ajeeb baat hai.</w:t>
      </w:r>
    </w:p>
    <w:p>
      <w:pPr>
        <w:jc w:val="right"/>
      </w:pPr>
      <w:r>
        <w:t>کیسی عجیب بات ہے۔</w:t>
      </w:r>
    </w:p>
    <w:p>
      <w:r>
        <w:rPr>
          <w:b/>
        </w:rPr>
        <w:t xml:space="preserve">[19:11] </w:t>
      </w:r>
      <w:r>
        <w:t>kaisi ajeeb baat hai.</w:t>
      </w:r>
    </w:p>
    <w:p>
      <w:pPr>
        <w:jc w:val="right"/>
      </w:pPr>
      <w:r>
        <w:t>کیسی عجیب بات ہے۔</w:t>
      </w:r>
    </w:p>
    <w:p>
      <w:r>
        <w:rPr>
          <w:b/>
        </w:rPr>
        <w:t xml:space="preserve">[19:17] </w:t>
      </w:r>
      <w:r>
        <w:t>toh aap ko yeh sab baatein aap sochein toh dawat aap ka soul concern ban jayega.</w:t>
      </w:r>
    </w:p>
    <w:p>
      <w:pPr>
        <w:jc w:val="right"/>
      </w:pPr>
      <w:r>
        <w:t>تو آپ کو یہ سب باتیں آپ سوچیں تو دعوت آپ کا سول کنسرن بن جائے گا۔</w:t>
      </w:r>
    </w:p>
    <w:p>
      <w:r>
        <w:rPr>
          <w:b/>
        </w:rPr>
        <w:t xml:space="preserve">[19:28] </w:t>
      </w:r>
      <w:r>
        <w:t>har doosri cheez se zyada aap ko dawat ka kaam aham dikhai dega.</w:t>
      </w:r>
    </w:p>
    <w:p>
      <w:pPr>
        <w:jc w:val="right"/>
      </w:pPr>
      <w:r>
        <w:t>ہر دوسری چیز سے زیادہ آپ کو دعوت کا کام اہم دکھائی دے گا۔</w:t>
      </w:r>
    </w:p>
    <w:p>
      <w:r>
        <w:rPr>
          <w:b/>
        </w:rPr>
        <w:t xml:space="preserve">[19:38] </w:t>
      </w:r>
      <w:r>
        <w:t>is se zyada aham kuch bhi nahi reh jayega aap ki zindagi mein. soul concern aap ka dawat. aur dawat jab aayegi toh khair khwahi aayegi.</w:t>
      </w:r>
    </w:p>
    <w:p>
      <w:pPr>
        <w:jc w:val="right"/>
      </w:pPr>
      <w:r>
        <w:t>اس سے زیادہ اہم کچھ بھی نہیں رہ جائے گا آپ کی زندگی میں۔ سول کنسرن آپ کا دعوت۔ اور دعوت جب آئے گی تو خیر خواہی آئے گی۔</w:t>
      </w:r>
    </w:p>
    <w:p>
      <w:r>
        <w:rPr>
          <w:b/>
        </w:rPr>
        <w:t xml:space="preserve">[19:49] </w:t>
      </w:r>
      <w:r>
        <w:t>peace aayega, aman aayega. kyun ke dawat ka kaam yaad rakhiye peace aur mohabbat aur khair khwahi aur aman ke baghair nahi ho sakta.</w:t>
      </w:r>
    </w:p>
    <w:p>
      <w:pPr>
        <w:jc w:val="right"/>
      </w:pPr>
      <w:r>
        <w:t>پیس آئے گا، امن آئے گا۔ کیوں کہ دعوت کا کام یاد رکھیے پیس اور محبت اور خیر خواہی اور امن کے بغیر نہیں ہو سکتا۔</w:t>
      </w:r>
    </w:p>
    <w:p>
      <w:r>
        <w:rPr>
          <w:b/>
        </w:rPr>
        <w:t xml:space="preserve">[20:02] </w:t>
      </w:r>
      <w:r>
        <w:t>mo'tadil halaat ke baghair nahi ho sakta.</w:t>
      </w:r>
    </w:p>
    <w:p>
      <w:pPr>
        <w:jc w:val="right"/>
      </w:pPr>
      <w:r>
        <w:t>معتدل حالات کے بغیر نہیں ہو سکتا۔</w:t>
      </w:r>
    </w:p>
    <w:p>
      <w:r>
        <w:rPr>
          <w:b/>
        </w:rPr>
        <w:t xml:space="preserve">[20:09] </w:t>
      </w:r>
      <w:r>
        <w:t>toh aap aakhri had tak misbat ban jayenge. aakhri had tak aap ke andar human friendly behaviour paida hoga.</w:t>
      </w:r>
    </w:p>
    <w:p>
      <w:pPr>
        <w:jc w:val="right"/>
      </w:pPr>
      <w:r>
        <w:t>تو آپ آخری حد تک مثبت بن جائیں گے۔ آخری حد تک آپ کے اندر ہیومن فرینڈلی بیہیویئر پیدا ہوگا۔</w:t>
      </w:r>
    </w:p>
    <w:p>
      <w:r>
        <w:rPr>
          <w:b/>
        </w:rPr>
        <w:t xml:space="preserve">[20:21] </w:t>
      </w:r>
      <w:r>
        <w:t>ab aap aik aur pehlu se dekhiye.</w:t>
      </w:r>
    </w:p>
    <w:p>
      <w:pPr>
        <w:jc w:val="right"/>
      </w:pPr>
      <w:r>
        <w:t>اب آپ ایک اور پہلو سے دیکھیے۔</w:t>
      </w:r>
    </w:p>
    <w:p>
      <w:r>
        <w:rPr>
          <w:b/>
        </w:rPr>
        <w:t xml:space="preserve">[20:26] </w:t>
      </w:r>
      <w:r>
        <w:t>rasool Allah ne jin logon ko khitab kiya tha, sahaba ko us zamane mein communication nahi tha. printing press nahi tha.</w:t>
      </w:r>
    </w:p>
    <w:p>
      <w:pPr>
        <w:jc w:val="right"/>
      </w:pPr>
      <w:r>
        <w:t>رسول اللہ نے جن لوگوں کو خطاب کیا تھا، صحابہ کو اس زمانے میں کمیونیکیشن نہیں تھا۔ پرنٹنگ پریس نہیں تھا۔</w:t>
      </w:r>
    </w:p>
    <w:p>
      <w:r>
        <w:rPr>
          <w:b/>
        </w:rPr>
        <w:t xml:space="preserve">[20:37] </w:t>
      </w:r>
      <w:r>
        <w:t>karrawaiyat nahi tha. yeh jab communication abhi nahi aaya tha.</w:t>
      </w:r>
    </w:p>
    <w:p>
      <w:pPr>
        <w:jc w:val="right"/>
      </w:pPr>
      <w:r>
        <w:t>کارروائیات نہیں تھا۔ یہ جب کمیونیکیشن ابھی نہیں آیا تھا۔</w:t>
      </w:r>
    </w:p>
    <w:p>
      <w:r>
        <w:rPr>
          <w:b/>
        </w:rPr>
        <w:t xml:space="preserve">[20:46] </w:t>
      </w:r>
      <w:r>
        <w:t>is liye un ke kaam ka dayera kya tha? jitna woh pahunch chal kar pahunchein ya oont aur ghore par baith kar jahan tak pahunchein.</w:t>
      </w:r>
    </w:p>
    <w:p>
      <w:pPr>
        <w:jc w:val="right"/>
      </w:pPr>
      <w:r>
        <w:t>اس لیے ان کے کام کا دائرہ کیا تھا؟ جتنا وہ پہنچ چل کر پہنچیں یا اونٹ اور گھوڑے پر بیٹھ کر جہاں تک پہنچیں۔</w:t>
      </w:r>
    </w:p>
    <w:p>
      <w:r>
        <w:rPr>
          <w:b/>
        </w:rPr>
        <w:t xml:space="preserve">[20:59] </w:t>
      </w:r>
      <w:r>
        <w:t>apni zaban se bol kar jitna logon ko sunayein.</w:t>
      </w:r>
    </w:p>
    <w:p>
      <w:pPr>
        <w:jc w:val="right"/>
      </w:pPr>
      <w:r>
        <w:t>اپنی زبان سے بول کر جتنا لوگوں کو سنائیں۔</w:t>
      </w:r>
    </w:p>
    <w:p>
      <w:r>
        <w:rPr>
          <w:b/>
        </w:rPr>
        <w:t xml:space="preserve">[21:10] </w:t>
      </w:r>
      <w:r>
        <w:t>is ke liye un ki zimmedari banti thi.</w:t>
      </w:r>
    </w:p>
    <w:p>
      <w:pPr>
        <w:jc w:val="right"/>
      </w:pPr>
      <w:r>
        <w:t>اس کے لحاظ سے ان کی ذمہ داری بنتی تھی۔</w:t>
      </w:r>
    </w:p>
    <w:p>
      <w:r>
        <w:rPr>
          <w:b/>
        </w:rPr>
        <w:t xml:space="preserve">[21:15] </w:t>
      </w:r>
      <w:r>
        <w:t>aaj aap ki zimmedari banegi aaj ke halaat ke liye.</w:t>
      </w:r>
    </w:p>
    <w:p>
      <w:pPr>
        <w:jc w:val="right"/>
      </w:pPr>
      <w:r>
        <w:t>آج آپ کی ذمہ داری بنے گی آج کے حالات کے لحاظ سے۔</w:t>
      </w:r>
    </w:p>
    <w:p>
      <w:r>
        <w:rPr>
          <w:b/>
        </w:rPr>
        <w:t xml:space="preserve">[21:25] </w:t>
      </w:r>
      <w:r>
        <w:t>aaj aap aik aise zamane mein hain jabke printing press ka zamana aa chuka hai. kitabein chhap chhap kar</w:t>
      </w:r>
    </w:p>
    <w:p>
      <w:pPr>
        <w:jc w:val="right"/>
      </w:pPr>
      <w:r>
        <w:t>آج آپ ایک ایسے زمانے میں ہیں جبکہ پرنٹنگ پریس کا زمانہ آ چکا ہے۔ کتابیں چھپ چھپ کر</w:t>
      </w:r>
    </w:p>
    <w:p>
      <w:r>
        <w:rPr>
          <w:b/>
        </w:rPr>
        <w:t xml:space="preserve">[21:37] </w:t>
      </w:r>
      <w:r>
        <w:t>unki isha'at ho rahi hain.</w:t>
      </w:r>
    </w:p>
    <w:p>
      <w:pPr>
        <w:jc w:val="right"/>
      </w:pPr>
      <w:r>
        <w:t>ان کی اشاعت ہو رہی ہیں۔</w:t>
      </w:r>
    </w:p>
    <w:p>
      <w:r>
        <w:rPr>
          <w:b/>
        </w:rPr>
        <w:t xml:space="preserve">[21:43] </w:t>
      </w:r>
      <w:r>
        <w:t>quran ke tarjume chhap rahe hain. islami kitabein chhap rahi hain.</w:t>
      </w:r>
    </w:p>
    <w:p>
      <w:pPr>
        <w:jc w:val="right"/>
      </w:pPr>
      <w:r>
        <w:t>قرآن کے ترجمے چھپ رہے ہیں۔ اسلامی کتابیں چھپ رہی ہیں۔</w:t>
      </w:r>
    </w:p>
    <w:p>
      <w:r>
        <w:rPr>
          <w:b/>
        </w:rPr>
        <w:t xml:space="preserve">[21:52] </w:t>
      </w:r>
      <w:r>
        <w:t>isi tarah se telephone aur internet print media aur electronic media ke zariye se aap universal level par apni baat kar sakte hain.</w:t>
      </w:r>
    </w:p>
    <w:p>
      <w:pPr>
        <w:jc w:val="right"/>
      </w:pPr>
      <w:r>
        <w:t>اسی طریقے سے ٹیلی فون اور انٹرنیٹ پرنٹ میڈیا اور الیکٹرانک میڈیا کے ذریعے سے آپ یونیورسل لیول پر اپنی بات کر سکتے ہیں۔</w:t>
      </w:r>
    </w:p>
    <w:p>
      <w:r>
        <w:rPr>
          <w:b/>
        </w:rPr>
        <w:t xml:space="preserve">[22:06] </w:t>
      </w:r>
      <w:r>
        <w:t>universal level par.</w:t>
      </w:r>
    </w:p>
    <w:p>
      <w:pPr>
        <w:jc w:val="right"/>
      </w:pPr>
      <w:r>
        <w:t>یونیورسل لیول پر۔</w:t>
      </w:r>
    </w:p>
    <w:p>
      <w:r>
        <w:rPr>
          <w:b/>
        </w:rPr>
        <w:t xml:space="preserve">[22:15] </w:t>
      </w:r>
      <w:r>
        <w:t>yani aap dilli mein bolen aur sari dunya mein aik aik shakhs aap ki baat sune ga.</w:t>
      </w:r>
    </w:p>
    <w:p>
      <w:pPr>
        <w:jc w:val="right"/>
      </w:pPr>
      <w:r>
        <w:t>یعنی آپ دلی میں بولیں اور ساری دنیا میں ایک ایک شخص آپ کی بات سنے گا۔</w:t>
      </w:r>
    </w:p>
    <w:p>
      <w:r>
        <w:rPr>
          <w:b/>
        </w:rPr>
        <w:t xml:space="preserve">[22:26] </w:t>
      </w:r>
      <w:r>
        <w:t>to aap aik aisi age mein hain jabke aap ki zimmedariyan universal ban gayi hain. global ban gayi hain aap.</w:t>
      </w:r>
    </w:p>
    <w:p>
      <w:pPr>
        <w:jc w:val="right"/>
      </w:pPr>
      <w:r>
        <w:t>تو آپ ایک ایسی ایج میں ہیں جبکہ آپ کی ذمہ داریاں یونیورسل بن گئی ہیں۔ گلوبل بن گئی ہیں آپ۔</w:t>
      </w:r>
    </w:p>
    <w:p>
      <w:r>
        <w:rPr>
          <w:b/>
        </w:rPr>
        <w:t xml:space="preserve">[22:38] </w:t>
      </w:r>
      <w:r>
        <w:t>rasool Allah ne jo paigham diya tha to direct tor par jin logon ne suna tha un ki zimmedariyan banti theen apne halaat ke lehaz se.</w:t>
      </w:r>
    </w:p>
    <w:p>
      <w:pPr>
        <w:jc w:val="right"/>
      </w:pPr>
      <w:r>
        <w:t>رسول اللہ نے جو پیغام دیا تھا تو ڈائریکٹ طور پر جن لوگوں نے سنا تھا ان کی ذمہ داریاں بنتی تھیں اپنے حالات کے لحاظ سے۔</w:t>
      </w:r>
    </w:p>
    <w:p>
      <w:r>
        <w:rPr>
          <w:b/>
        </w:rPr>
        <w:t xml:space="preserve">[22:48] </w:t>
      </w:r>
      <w:r>
        <w:t>aap ki zimmedariyan banen gi apne halaat ke lehaz se.</w:t>
      </w:r>
    </w:p>
    <w:p>
      <w:pPr>
        <w:jc w:val="right"/>
      </w:pPr>
      <w:r>
        <w:t>آپ کی ذمہ داریاں بنیں گی اپنے حالات کے لحاظ سے۔</w:t>
      </w:r>
    </w:p>
    <w:p>
      <w:r>
        <w:rPr>
          <w:b/>
        </w:rPr>
        <w:t xml:space="preserve">[23:00] </w:t>
      </w:r>
      <w:r>
        <w:t>aaj ke halaat mein dekhiye. kal mein check kar raha tha ke british empire bohat bara empire tha.</w:t>
      </w:r>
    </w:p>
    <w:p>
      <w:pPr>
        <w:jc w:val="right"/>
      </w:pPr>
      <w:r>
        <w:t>آج کے حالات میں دیکھیے۔ کل میں چیک کر رہا تھا کہ برٹش ایمپائر بہت بڑا ایمپائر تھا۔</w:t>
      </w:r>
    </w:p>
    <w:p>
      <w:r>
        <w:rPr>
          <w:b/>
        </w:rPr>
        <w:t xml:space="preserve">[23:17] </w:t>
      </w:r>
      <w:r>
        <w:t>to chote chote to bohat sare ilaqe is ke thay, chote jazeere. lekin jo major mulk thay woh chhe chhe thay.</w:t>
      </w:r>
    </w:p>
    <w:p>
      <w:pPr>
        <w:jc w:val="right"/>
      </w:pPr>
      <w:r>
        <w:t>تو چھوٹے چھوٹے تو بہت سارے علاقے اس کے تھے، چھوٹے جزیرے۔ لیکن جو میجر ملک تھے وہ چھ چھ تھے۔</w:t>
      </w:r>
    </w:p>
    <w:p>
      <w:r>
        <w:rPr>
          <w:b/>
        </w:rPr>
        <w:t xml:space="preserve">[23:28] </w:t>
      </w:r>
      <w:r>
        <w:t>chhe mulk. chhe mulkon par un ka empire qaim tha. do so saal ke baad un ka empire toot gaya. lekin isi britania mein aaj BBC London hai.</w:t>
      </w:r>
    </w:p>
    <w:p>
      <w:pPr>
        <w:jc w:val="right"/>
      </w:pPr>
      <w:r>
        <w:t>چھ ملک۔ چھ ملکوں پر ان کا ایمپائر قائم تھا۔ دو سو سال کے بعد ان کا ایمپائر ٹوٹ گیا۔ لیکن اسی برطانیہ میں آج بی بی سی لندن ہے۔</w:t>
      </w:r>
    </w:p>
    <w:p>
      <w:r>
        <w:rPr>
          <w:b/>
        </w:rPr>
        <w:t xml:space="preserve">[23:43] </w:t>
      </w:r>
      <w:r>
        <w:t>british broadcasting corporation. woh practically sari dunya ke har mulk tak is ki reach hai. yani is ka empire sari dunya ko cover kiye hue hai.</w:t>
      </w:r>
    </w:p>
    <w:p>
      <w:pPr>
        <w:jc w:val="right"/>
      </w:pPr>
      <w:r>
        <w:t>برٹش براڈکاسٹنگ کارپوریشن۔ وہ پریکٹیکلی ساری دنیا کے ہر ملک تک اس کی ریچ ہے۔ یعنی اس کا ای ایمپائر ساری دنیا کو کور کیے ہوئے ہے۔</w:t>
      </w:r>
    </w:p>
    <w:p>
      <w:r>
        <w:rPr>
          <w:b/>
        </w:rPr>
        <w:t xml:space="preserve">[23:59] </w:t>
      </w:r>
      <w:r>
        <w:t>to qadeem british empire jo tha woh political empire tha.</w:t>
      </w:r>
    </w:p>
    <w:p>
      <w:pPr>
        <w:jc w:val="right"/>
      </w:pPr>
      <w:r>
        <w:t>تو قدیم برٹش ایمپائر جو تھا وہ پولیٹیکل ایمپائر تھا۔</w:t>
      </w:r>
    </w:p>
    <w:p>
      <w:r>
        <w:rPr>
          <w:b/>
        </w:rPr>
        <w:t xml:space="preserve">[24:05] </w:t>
      </w:r>
      <w:r>
        <w:t>political empire dunya ke aik chote raqbe mein tha. six countries mein. aaj isi mulk mein jo BBC London hai is ka raqba sari hi dunya hai.</w:t>
      </w:r>
    </w:p>
    <w:p>
      <w:pPr>
        <w:jc w:val="right"/>
      </w:pPr>
      <w:r>
        <w:t>پولیٹیکل ایمپائر دنیا کے ایک چھوٹے رقبے میں تھا۔ سکس کنٹریز میں۔ آج اسی ملک میں جو بی بی سی لندن ہے اس کا رقبہ ساری ہی دنیا ہے۔</w:t>
      </w:r>
    </w:p>
    <w:p>
      <w:r>
        <w:rPr>
          <w:b/>
        </w:rPr>
        <w:t xml:space="preserve">[24:23] </w:t>
      </w:r>
      <w:r>
        <w:t>dunya mein do so se ziyada mulk hain aur sare mulkon mein un ki pohanch hai.</w:t>
      </w:r>
    </w:p>
    <w:p>
      <w:pPr>
        <w:jc w:val="right"/>
      </w:pPr>
      <w:r>
        <w:t>دنیا میں دو سو سے زیادہ ملک ہیں اور سارے ملکوں میں ان کی پہنچ ہے۔</w:t>
      </w:r>
    </w:p>
    <w:p>
      <w:r>
        <w:rPr>
          <w:b/>
        </w:rPr>
        <w:t xml:space="preserve">[24:33] </w:t>
      </w:r>
      <w:r>
        <w:t>jab mein is ko sochta hoon to mujhe woh hadith yaad aati hai. ke "la yabaqa ala wajh al arz bait madar wa la wabar illa adkhal Allah kalimat al Islam".</w:t>
      </w:r>
    </w:p>
    <w:p>
      <w:pPr>
        <w:jc w:val="right"/>
      </w:pPr>
      <w:r>
        <w:t>جب میں اس کو سوچتا ہوں تو مجھے وہ حدیث یاد آتی ہے۔ کہ "لا یبقٰی علی وجه الارض بیت مدرن ولا وبر الا ادخل اللہ کلمۃ الاسلام"۔</w:t>
      </w:r>
    </w:p>
    <w:p>
      <w:r>
        <w:rPr>
          <w:b/>
        </w:rPr>
        <w:t xml:space="preserve">[24:52] </w:t>
      </w:r>
      <w:r>
        <w:t>zameen par koi chota ya bara ghar nahi bache ga jahan Allah Islam kalma dakhil na kar de. ab is par ghor kijiye.</w:t>
      </w:r>
    </w:p>
    <w:p>
      <w:pPr>
        <w:jc w:val="right"/>
      </w:pPr>
      <w:r>
        <w:t>زمین پر کوئی چھوٹا یا بڑا گھر نہیں بچے گا جہاں اللہ اسلام کلمہ داخل نہ کر دے۔ اب اس پر غور کیجیے۔</w:t>
      </w:r>
    </w:p>
    <w:p>
      <w:r>
        <w:rPr>
          <w:b/>
        </w:rPr>
        <w:t xml:space="preserve">[25:04] </w:t>
      </w:r>
      <w:r>
        <w:t>rasool Allah ne yeh lafz, rasool Allah ne yeh baat kahi thi choda so saal pehle. choda so saal pehle.</w:t>
      </w:r>
    </w:p>
    <w:p>
      <w:pPr>
        <w:jc w:val="right"/>
      </w:pPr>
      <w:r>
        <w:t>رسول اللہ نے یہ لفظ، رسول اللہ نے یہ بات کہی تھی چودہ سو سال پہلے۔ چودہ سو سال پہلے۔</w:t>
      </w:r>
    </w:p>
    <w:p>
      <w:r>
        <w:rPr>
          <w:b/>
        </w:rPr>
        <w:t xml:space="preserve">[25:16] </w:t>
      </w:r>
      <w:r>
        <w:t>aap ghor kijiye ke choda so saal pehle yeh to mumkin nahi tha.</w:t>
      </w:r>
    </w:p>
    <w:p>
      <w:pPr>
        <w:jc w:val="right"/>
      </w:pPr>
      <w:r>
        <w:t>آپ غور کیجیے کہ چودہ سو سال پہلے یہ تو ممکن نہیں تھا۔</w:t>
      </w:r>
    </w:p>
    <w:p>
      <w:r>
        <w:rPr>
          <w:b/>
        </w:rPr>
        <w:t xml:space="preserve">[25:24] </w:t>
      </w:r>
      <w:r>
        <w:t>choda so saal pehle koi yeh bhi nahi janta tha ke zameen ka raqba kya hai. dunya mein kitne mulk hain.</w:t>
      </w:r>
    </w:p>
    <w:p>
      <w:pPr>
        <w:jc w:val="right"/>
      </w:pPr>
      <w:r>
        <w:t>چودہ سو سال پہلے کوئی یہ بھی نہیں جانتا تھا کہ زمین کا رقبہ کیا ہے۔ دنیا میں کتنے ملک ہیں۔</w:t>
      </w:r>
    </w:p>
    <w:p>
      <w:r>
        <w:rPr>
          <w:b/>
        </w:rPr>
        <w:t xml:space="preserve">[25:33] </w:t>
      </w:r>
      <w:r>
        <w:t>kaise yani is waqt dunya ke har ghar mein har ghar mein Allah ke paigham pohanchana sarr se mumkin nahi tha.</w:t>
      </w:r>
    </w:p>
    <w:p>
      <w:pPr>
        <w:jc w:val="right"/>
      </w:pPr>
      <w:r>
        <w:t>کیسے یعنی اس وقت دنیا کے ہر گھر میں ہر گھر میں اللہ کے پیغام پہنچانا سرے سے ممکن نہیں تھا۔</w:t>
      </w:r>
    </w:p>
    <w:p>
      <w:r>
        <w:rPr>
          <w:b/>
        </w:rPr>
        <w:t xml:space="preserve">[25:45] </w:t>
      </w:r>
      <w:r>
        <w:t>is waqt aap ne yeh farmaya.</w:t>
      </w:r>
    </w:p>
    <w:p>
      <w:pPr>
        <w:jc w:val="right"/>
      </w:pPr>
      <w:r>
        <w:t>اس وقت آپ نے یہ فرمایا۔</w:t>
      </w:r>
    </w:p>
    <w:p>
      <w:r>
        <w:rPr>
          <w:b/>
        </w:rPr>
        <w:t xml:space="preserve">[25:49] </w:t>
      </w:r>
      <w:r>
        <w:t>ab aap ghor kijiye ke jab mumkin nahi tha to is ka mukhateb kaun tha? yeh bohat ziyada sochne wali baat hai.</w:t>
      </w:r>
    </w:p>
    <w:p>
      <w:pPr>
        <w:jc w:val="right"/>
      </w:pPr>
      <w:r>
        <w:t>اب آپ غور کیجیے کہ جب ممکن نہیں تھا تو اس کا مخاطب کون تھا؟ یہ بہت زیادہ سوچنے والی بات ہے۔</w:t>
      </w:r>
    </w:p>
    <w:p>
      <w:r>
        <w:rPr>
          <w:b/>
        </w:rPr>
        <w:t xml:space="preserve">[25:59] </w:t>
      </w:r>
      <w:r>
        <w:t>jab rasool Allah yeh farma rahe hain ke Allah ka mansooba hai, Allah ka mansooba hai ke sari dunya ke ghar mein Allah ka masjid pohanch jaye.</w:t>
      </w:r>
    </w:p>
    <w:p>
      <w:pPr>
        <w:jc w:val="right"/>
      </w:pPr>
      <w:r>
        <w:t>جب رسول اللہ یہ فرما رہے ہیں کہ اللہ کا منصوبہ ہے، اللہ کا منصوبہ ہے کہ ساری دنیا کے گھر میں اللہ کا مسجد پہنچ جائے۔</w:t>
      </w:r>
    </w:p>
    <w:p>
      <w:r>
        <w:rPr>
          <w:b/>
        </w:rPr>
        <w:t xml:space="preserve">[26:14] </w:t>
      </w:r>
      <w:r>
        <w:t>to us waqt jo log aap ki baat sun rahe thay</w:t>
      </w:r>
    </w:p>
    <w:p>
      <w:pPr>
        <w:jc w:val="right"/>
      </w:pPr>
      <w:r>
        <w:t>تو اس وقت جو لوگ آپ کی بات سن رہے تھے</w:t>
      </w:r>
    </w:p>
    <w:p>
      <w:r>
        <w:rPr>
          <w:b/>
        </w:rPr>
        <w:t xml:space="preserve">[26:20] </w:t>
      </w:r>
      <w:r>
        <w:t>woh to unhein ilm bhi nahi tha ke dunya kitni bari hai.</w:t>
      </w:r>
    </w:p>
    <w:p>
      <w:pPr>
        <w:jc w:val="right"/>
      </w:pPr>
      <w:r>
        <w:t>وہ تو انہیں علم بھی نہیں تھا کہ دنیا کتنی بڑی ہے۔</w:t>
      </w:r>
    </w:p>
    <w:p>
      <w:r>
        <w:rPr>
          <w:b/>
        </w:rPr>
        <w:t xml:space="preserve">[26:26] </w:t>
      </w:r>
      <w:r>
        <w:t>us waqt na to communication tha na printing press tha. na print media tha na electronic media tha. to us waqt practically namumkin tha ke is ki taameel ki jaye.</w:t>
      </w:r>
    </w:p>
    <w:p>
      <w:pPr>
        <w:jc w:val="right"/>
      </w:pPr>
      <w:r>
        <w:t>اس وقت نہ تو کمیونیکیشن تھا نہ پرنٹنگ پریس تھا۔ نہ پرنٹ میڈیا تھا نہ الیکٹرانک میڈیا تھا۔ تو اس وقت پریکٹیکلی ناممکن تھا کہ اس کی تعمیل کی جائے۔</w:t>
      </w:r>
    </w:p>
    <w:p>
      <w:r>
        <w:rPr>
          <w:b/>
        </w:rPr>
        <w:t xml:space="preserve">[26:44] </w:t>
      </w:r>
      <w:r>
        <w:t>to rasool Allah ne us waqt kyun kaha? kaun mukhateb tha is ka? agar aap ke andar takhleeqi salahiyat hai, aap ke andar aap ka shaoor jaaga hua hai.</w:t>
      </w:r>
    </w:p>
    <w:p>
      <w:pPr>
        <w:jc w:val="right"/>
      </w:pPr>
      <w:r>
        <w:t>تو رسول اللہ نے اس وقت کیوں کہا؟ کون مخاطب تھا اس کا؟ اگر آپ کے اندر تخلیقی صلاحیت ہے، آپ کے اندر آپ کا شعور جاگا ہوا ہے۔</w:t>
      </w:r>
    </w:p>
    <w:p>
      <w:r>
        <w:rPr>
          <w:b/>
        </w:rPr>
        <w:t xml:space="preserve">[26:56] </w:t>
      </w:r>
      <w:r>
        <w:t>aap cheekh uthen ge, cheekh uthen ge. yeh to rasool Allah ne mujhe khitab kiya hai.</w:t>
      </w:r>
    </w:p>
    <w:p>
      <w:pPr>
        <w:jc w:val="right"/>
      </w:pPr>
      <w:r>
        <w:t>آپ چیخ اٹھیں گے، چیخ اٹھیں گے۔ یہ تو رسول اللہ نے مجھے خطاب کیا ہے۔</w:t>
      </w:r>
    </w:p>
    <w:p>
      <w:r>
        <w:rPr>
          <w:b/>
        </w:rPr>
        <w:t xml:space="preserve">[27:11] </w:t>
      </w:r>
      <w:r>
        <w:t>yeh to rasool Allah ne mujh ko khitab kiya hai. Kyun ke main hi is zamane mein paida hua hoon jabke aise halaat hain ke hum dunya ke aik aik hisse ko jaan sakte hain.</w:t>
      </w:r>
    </w:p>
    <w:p>
      <w:pPr>
        <w:jc w:val="right"/>
      </w:pPr>
      <w:r>
        <w:t>یہ تو رسول اللہ نے مجھ کو خطاب کیا ہے۔ کیوں کہ میں ہی اس زمانے میں پیدا ہوا ہوں جبکہ ایسے حالات ہیں کہ ہم دنیا کے ایک ایک حصے کو جان سکتے ہیں۔</w:t>
      </w:r>
    </w:p>
    <w:p>
      <w:r>
        <w:rPr>
          <w:b/>
        </w:rPr>
        <w:t xml:space="preserve">[27:25] </w:t>
      </w:r>
      <w:r>
        <w:t>Aik aik ghar mein apna paigham pohncha sakte hain.</w:t>
      </w:r>
    </w:p>
    <w:p>
      <w:pPr>
        <w:jc w:val="right"/>
      </w:pPr>
      <w:r>
        <w:t>ایک ایک گھر میں اپنا پیغام پہنچا سکتے ہیں۔</w:t>
      </w:r>
    </w:p>
    <w:p>
      <w:r>
        <w:rPr>
          <w:b/>
        </w:rPr>
        <w:t xml:space="preserve">[27:32] </w:t>
      </w:r>
      <w:r>
        <w:t>Pehle zamane mein political empire ka kaam hua karta tha. Ab mumkin ho gaya hai ke electronic empire qaim kiya jaye.</w:t>
      </w:r>
    </w:p>
    <w:p>
      <w:pPr>
        <w:jc w:val="right"/>
      </w:pPr>
      <w:r>
        <w:t>پہلے زمانے میں پولیٹیکل ایمپائر کا کام ہوا کرتا تھا۔ اب ممکن ہو گیا ہے کہ الیکٹرانک ایمپائر قائم کیا جائے۔</w:t>
      </w:r>
    </w:p>
    <w:p>
      <w:r>
        <w:rPr>
          <w:b/>
        </w:rPr>
        <w:t xml:space="preserve">[27:42] </w:t>
      </w:r>
      <w:r>
        <w:t>Aur electronic empire ki koi koi koi is ki rokk nahin. Har mulk mein woh dakhil ho sakta hai. Har ghar mein dakhil ho sakta hai.</w:t>
      </w:r>
    </w:p>
    <w:p>
      <w:pPr>
        <w:jc w:val="right"/>
      </w:pPr>
      <w:r>
        <w:t>اور الیکٹرانک ایمپائر کی کوئی کوئی کوئی اس کی روک نہیں۔ ہر ملک میں وہ داخل ہو سکتا ہے۔ ہر گھر میں داخل ہو سکتا ہے۔</w:t>
      </w:r>
    </w:p>
    <w:p>
      <w:r>
        <w:rPr>
          <w:b/>
        </w:rPr>
        <w:t xml:space="preserve">[27:55] </w:t>
      </w:r>
      <w:r>
        <w:t>To aap is daur mein hain jabke dunya mein electronic empire banana mumkin ho gaya hai. Aap jante hain ke aaj CNN ki awaz ghar ghar pohnch rahi hai.</w:t>
      </w:r>
    </w:p>
    <w:p>
      <w:pPr>
        <w:jc w:val="right"/>
      </w:pPr>
      <w:r>
        <w:t>تو آپ اس دور میں ہیں جبکہ دنیا میں الیکٹرانک ایمپائر بنانا ممکن ہو گیا ہے۔ آپ جانتے ہیں کہ آج سی این این کی آواز گھر گھر پہنچ رہی ہے۔</w:t>
      </w:r>
    </w:p>
    <w:p>
      <w:r>
        <w:rPr>
          <w:b/>
        </w:rPr>
        <w:t xml:space="preserve">[28:07] </w:t>
      </w:r>
      <w:r>
        <w:t>BBC ki awaz ghar ghar pohnch rahi hai. Aur jo itne bare bare TV channel hain un ki awaz ghar ghar pohnch rahi hai. Yeh hai age.</w:t>
      </w:r>
    </w:p>
    <w:p>
      <w:pPr>
        <w:jc w:val="right"/>
      </w:pPr>
      <w:r>
        <w:t>بی بی سی کی آواز گھر گھر پہنچ رہی ہے۔ اور جو اتنے بڑے بڑے ٹی وی چینل ہیں ان کی آواز گھر گھر پہنچ رہی ہے۔ یہ ہے ایج۔</w:t>
      </w:r>
    </w:p>
    <w:p>
      <w:r>
        <w:rPr>
          <w:b/>
        </w:rPr>
        <w:t xml:space="preserve">[28:19] </w:t>
      </w:r>
      <w:r>
        <w:t>Ya'ni age of global communication ka age hai yeh. To aap jab sochen sochen sochen to aap cheek uthenge yeh to rasool Allah ne mujh ko khitab kiya hai.</w:t>
      </w:r>
    </w:p>
    <w:p>
      <w:pPr>
        <w:jc w:val="right"/>
      </w:pPr>
      <w:r>
        <w:t>یعنی ایج آف گلوبل کمیونیکیشن کا ایج ہے یہ۔ تو آپ جب سوچیں سوچیں سوچیں تو آپ چیخ اٹھیں گے یہ تو رسول اللہ نے مجھ کو خطاب کیا ہے۔</w:t>
      </w:r>
    </w:p>
    <w:p>
      <w:r>
        <w:rPr>
          <w:b/>
        </w:rPr>
        <w:t xml:space="preserve">[28:31] </w:t>
      </w:r>
      <w:r>
        <w:t>Yeh to Khuda mujh se keh raha hai.</w:t>
      </w:r>
    </w:p>
    <w:p>
      <w:pPr>
        <w:jc w:val="right"/>
      </w:pPr>
      <w:r>
        <w:t>یہ تو خدا مجھ سے کہہ رہا ہے۔</w:t>
      </w:r>
    </w:p>
    <w:p>
      <w:r>
        <w:rPr>
          <w:b/>
        </w:rPr>
        <w:t xml:space="preserve">[28:39] </w:t>
      </w:r>
      <w:r>
        <w:t>To aap ka wahi haal hoga ke jo aik waqia aata hai ke rasool Allah jab shuru mein aap ko nabuwat mili.</w:t>
      </w:r>
    </w:p>
    <w:p>
      <w:pPr>
        <w:jc w:val="right"/>
      </w:pPr>
      <w:r>
        <w:t>تو آپ کا وہی حال ہوگا کہ جو ایک واقعہ آتا ہے کہ رسول اللہ جب شروع میں آپ کو نبوت ملی۔</w:t>
      </w:r>
    </w:p>
    <w:p>
      <w:r>
        <w:rPr>
          <w:b/>
        </w:rPr>
        <w:t xml:space="preserve">[28:53] </w:t>
      </w:r>
      <w:r>
        <w:t>Aap ghar aaye to Hazrat Khadija jo aap ki aaliya theen hasb e ma'mool unhon ne aap ke liye bistar kar diya aur kaha ke aaram kijiye yahan par.</w:t>
      </w:r>
    </w:p>
    <w:p>
      <w:pPr>
        <w:jc w:val="right"/>
      </w:pPr>
      <w:r>
        <w:t>آپ گھر آئے تو حضرت خدیجہ جو آپ کی عالیہ تھیں حسب معمول انہوں نے آپ کے لیے بستر کر دیا اور کہا کہ آرام کیجیے یہاں پر۔</w:t>
      </w:r>
    </w:p>
    <w:p>
      <w:r>
        <w:rPr>
          <w:b/>
        </w:rPr>
        <w:t xml:space="preserve">[29:08] </w:t>
      </w:r>
      <w:r>
        <w:t>"Ana al-raha ya Khadija".</w:t>
      </w:r>
    </w:p>
    <w:p>
      <w:pPr>
        <w:jc w:val="right"/>
      </w:pPr>
      <w:r>
        <w:t>تو آپ نے فرمایا تھا "أنا الراحة يا خديجة"۔</w:t>
      </w:r>
    </w:p>
    <w:p>
      <w:r>
        <w:rPr>
          <w:b/>
        </w:rPr>
        <w:t xml:space="preserve">[29:14] </w:t>
      </w:r>
      <w:r>
        <w:t>"Ana al-raha ya Khadija". Aye Khadija aap aaram kahan?</w:t>
      </w:r>
    </w:p>
    <w:p>
      <w:pPr>
        <w:jc w:val="right"/>
      </w:pPr>
      <w:r>
        <w:t>"أنا الراحة يا خديجة"۔ اے خدیجہ آپ آرام کہاں؟</w:t>
      </w:r>
    </w:p>
    <w:p>
      <w:r>
        <w:rPr>
          <w:b/>
        </w:rPr>
        <w:t xml:space="preserve">[29:21] </w:t>
      </w:r>
      <w:r>
        <w:t>Aye Khadija aap aaram kahan?</w:t>
      </w:r>
    </w:p>
    <w:p>
      <w:pPr>
        <w:jc w:val="right"/>
      </w:pPr>
      <w:r>
        <w:t>اے خدیجہ آپ آرام کہاں؟</w:t>
      </w:r>
    </w:p>
    <w:p>
      <w:r>
        <w:rPr>
          <w:b/>
        </w:rPr>
        <w:t xml:space="preserve">[29:25] </w:t>
      </w:r>
      <w:r>
        <w:t>Isi tarah aap ko agar yeh daryaft ho jaye ke Khuda ne mujh ko address kiya hai, rasool Allah ne mujh ko khitab kiya hai.</w:t>
      </w:r>
    </w:p>
    <w:p>
      <w:pPr>
        <w:jc w:val="right"/>
      </w:pPr>
      <w:r>
        <w:t>اسی طرح آپ کو اگر یہ دریافت ہو جائے کہ خدا نے مجھ کو ایڈریس کیا ہے، رسول اللہ نے مجھ کو خطاب کیا ہے۔</w:t>
      </w:r>
    </w:p>
    <w:p>
      <w:r>
        <w:rPr>
          <w:b/>
        </w:rPr>
        <w:t xml:space="preserve">[29:35] </w:t>
      </w:r>
      <w:r>
        <w:t>Kyun ke main hi is zamane mein hoon. Meri hi zuban mein mumkin hua hai ke ghar ghar awaz pohnchai jaye Allah taala ki. To aap cheek uthenge ke Khuda ne mujh ko itna bara darja diya ke mujh ko khitab kiya rasool Allah, Allah taala ne direct.</w:t>
      </w:r>
    </w:p>
    <w:p>
      <w:pPr>
        <w:jc w:val="right"/>
      </w:pPr>
      <w:r>
        <w:t>کیوں کہ میں ہی اس زمانے میں ہوں۔ میری ہی زبان میں ممکن ہوا ہے کہ گھر گھر آواز پہنچائی جائے اللہ تعالیٰ کی۔ تو آپ چیخ اٹھیں گے کہ خدا نے مجھ کو اتنا بڑا درجہ دیا کہ مجھ کو خطاب کیا رسول اللہ، اللہ تعالیٰ نے ڈائریکٹ۔</w:t>
      </w:r>
    </w:p>
    <w:p>
      <w:r>
        <w:rPr>
          <w:b/>
        </w:rPr>
        <w:t xml:space="preserve">[29:57] </w:t>
      </w:r>
      <w:r>
        <w:t>Zahir hai ke is is hadith mein jo baat kahi gayi hai to is ka matlab yeh nahin hai ke farishte aa kar ke Allah ki baat ghar ghar pohnchainge.</w:t>
      </w:r>
    </w:p>
    <w:p>
      <w:pPr>
        <w:jc w:val="right"/>
      </w:pPr>
      <w:r>
        <w:t>ظاہر ہے کہ اس اس حدیث میں جو بات کہی گئی ہے تو اس کا مطلب یہ نہیں ہے کہ فرشتے آ کر کے اللہ کی بات گھر گھر پہنچائیں گے۔</w:t>
      </w:r>
    </w:p>
    <w:p>
      <w:r>
        <w:rPr>
          <w:b/>
        </w:rPr>
        <w:t xml:space="preserve">[30:08] </w:t>
      </w:r>
      <w:r>
        <w:t>Yeh Allah ki sunnat ke khilaf hai.</w:t>
      </w:r>
    </w:p>
    <w:p>
      <w:pPr>
        <w:jc w:val="right"/>
      </w:pPr>
      <w:r>
        <w:t>یہ اللہ کی سنت کے خلاف ہے۔</w:t>
      </w:r>
    </w:p>
    <w:p>
      <w:r>
        <w:rPr>
          <w:b/>
        </w:rPr>
        <w:t xml:space="preserve">[30:15] </w:t>
      </w:r>
      <w:r>
        <w:t>Aisa na kabhi pehle hua na kabhi aaj hoga. To is ka matlab yeh hai ke insan pohnchainge.</w:t>
      </w:r>
    </w:p>
    <w:p>
      <w:pPr>
        <w:jc w:val="right"/>
      </w:pPr>
      <w:r>
        <w:t>ایسا نہ کبھی پہلے ہوا نہ کبھی آج ہوگا۔ تو اس کا مطلب یہ ہے کہ انسان پہنچائیں گے۔</w:t>
      </w:r>
    </w:p>
    <w:p>
      <w:r>
        <w:rPr>
          <w:b/>
        </w:rPr>
        <w:t xml:space="preserve">[30:25] </w:t>
      </w:r>
      <w:r>
        <w:t>To aap ghor kijiye ke is hadith ke mutabiq agar aap sochen to Allah directly aap se khitab kar raha hai.</w:t>
      </w:r>
    </w:p>
    <w:p>
      <w:pPr>
        <w:jc w:val="right"/>
      </w:pPr>
      <w:r>
        <w:t>تو آپ غور کیجیے کہ اس حدیث کے مطابق اگر آپ سوچیں تو اللہ ڈائریکٹلی آپ سے خطاب کر رہا ہے۔</w:t>
      </w:r>
    </w:p>
    <w:p>
      <w:r>
        <w:rPr>
          <w:b/>
        </w:rPr>
        <w:t xml:space="preserve">[30:35] </w:t>
      </w:r>
      <w:r>
        <w:t>Aye insan uth tujh ko main ne age of communication paida kiya. Tujh ko main ne printing media aur electronic media ke daur mein pohncha diya.</w:t>
      </w:r>
    </w:p>
    <w:p>
      <w:pPr>
        <w:jc w:val="right"/>
      </w:pPr>
      <w:r>
        <w:t>اے انسان اٹھ تجھ کو میں نے ایج آف کمیونیکیشن پیدا کیا۔ تجھ کو میں نے پرنٹنگ میڈیا اور الیکٹرانک میڈیا کے دور میں پہنچا دیا۔</w:t>
      </w:r>
    </w:p>
    <w:p>
      <w:r>
        <w:rPr>
          <w:b/>
        </w:rPr>
        <w:t xml:space="preserve">[30:50] </w:t>
      </w:r>
      <w:r>
        <w:t>Koi main ne is zamane mein paida kiya jabke electronic empire banaya ja sakta hai.</w:t>
      </w:r>
    </w:p>
    <w:p>
      <w:pPr>
        <w:jc w:val="right"/>
      </w:pPr>
      <w:r>
        <w:t>کوئی میں نے اس زمانے میں پیدا کیا جبکہ الیکٹرانک ایمپائر بنایا جا سکتا ہے۔</w:t>
      </w:r>
    </w:p>
    <w:p>
      <w:r>
        <w:rPr>
          <w:b/>
        </w:rPr>
        <w:t xml:space="preserve">[30:59] </w:t>
      </w:r>
      <w:r>
        <w:t>To kaisa aap ko ehsas hoga ke mujh se Khuda mujh se keh raha hai. Mujh se Khuda khitab kar raha hai.</w:t>
      </w:r>
    </w:p>
    <w:p>
      <w:pPr>
        <w:jc w:val="right"/>
      </w:pPr>
      <w:r>
        <w:t>تو کیسا آپ کو احساس ہوگا کہ مجھ سے خدا مجھ سے کہہ رہا ہے۔ مجھ سے خدا خطاب کر رہا ہے۔</w:t>
      </w:r>
    </w:p>
    <w:p>
      <w:r>
        <w:rPr>
          <w:b/>
        </w:rPr>
        <w:t xml:space="preserve">[31:15] </w:t>
      </w:r>
      <w:r>
        <w:t>To aap ko har kaam se bara kaam yeh nazar ayega ke aap Allah ki is awaz ko sunein aur us ke liye sar'garm ho jayen.</w:t>
      </w:r>
    </w:p>
    <w:p>
      <w:pPr>
        <w:jc w:val="right"/>
      </w:pPr>
      <w:r>
        <w:t>تو آپ کو ہر کام سے بڑا کام یہ نظر آئے گا کہ آپ اللہ کی اس آواز کو سنیں اور اس کے لیے سرگرم ہو جائیں۔</w:t>
      </w:r>
    </w:p>
    <w:p>
      <w:r>
        <w:rPr>
          <w:b/>
        </w:rPr>
        <w:t xml:space="preserve">[31:33] </w:t>
      </w:r>
      <w:r>
        <w:t>Dekhiye yahan main phir woh baat kahunga jo main aksar kehta raha tha, kehta raha hoon. Aur shuru mein aaj bhi main ne kaha ke da'i ko takhleeqi hona chahiye.</w:t>
      </w:r>
    </w:p>
    <w:p>
      <w:pPr>
        <w:jc w:val="right"/>
      </w:pPr>
      <w:r>
        <w:t>دیکھیے یہاں میں پھر وہ بات کہوں گا جو میں اکثر کہتا رہا تھا، کہتا رہا ہوں۔ اور شروع میں آج بھی میں نے کہا کہ داعی کو تخلیقی ہونا چاہیے۔</w:t>
      </w:r>
    </w:p>
    <w:p>
      <w:r>
        <w:rPr>
          <w:b/>
        </w:rPr>
        <w:t xml:space="preserve">[31:43] </w:t>
      </w:r>
      <w:r>
        <w:t>Dekhiye main ya koi doosra aadmi aap ko koi program nahin de sakta. Aap ko khud program banana hai, khud us ko implement karna hai.</w:t>
      </w:r>
    </w:p>
    <w:p>
      <w:pPr>
        <w:jc w:val="right"/>
      </w:pPr>
      <w:r>
        <w:t>دیکھیے میں یا کوئی دوسرا آدمی آپ کو کوئی پروگرام نہیں دے سکتا۔ آپ کو خود پروگرام بنانا ہے، خود اس کو امپلیمنٹ کرنا ہے۔</w:t>
      </w:r>
    </w:p>
    <w:p>
      <w:r>
        <w:rPr>
          <w:b/>
        </w:rPr>
        <w:t xml:space="preserve">[31:54] </w:t>
      </w:r>
      <w:r>
        <w:t>aap ko khud janna hai ke aap ko kya karna chahie. aur kya nahin karna chahie.</w:t>
      </w:r>
    </w:p>
    <w:p>
      <w:pPr>
        <w:jc w:val="right"/>
      </w:pPr>
      <w:r>
        <w:t>آپ کو خود جاننا ہے کہ آپ کو کیا کرنا چاہیے۔ اور کیا نہیں کرنا چاہیے۔</w:t>
      </w:r>
    </w:p>
    <w:p>
      <w:r>
        <w:rPr>
          <w:b/>
        </w:rPr>
        <w:t xml:space="preserve">[32:05] </w:t>
      </w:r>
      <w:r>
        <w:t>kuchh baaten woh bhi hoti hain jo nahin karne ki hoti hain. kuchh baaten woh hoti hain jo karne ki hoti hain. kuchh baaten woh hain jin ko aap karen to sara kaam jabrtize ho jata hai.</w:t>
      </w:r>
    </w:p>
    <w:p>
      <w:pPr>
        <w:jc w:val="right"/>
      </w:pPr>
      <w:r>
        <w:t>کچھ باتیں وہ بھی ہوتی ہیں جو نہیں کرنے کی ہوتی ہیں۔ کچھ باتیں وہ ہوتی ہیں جو کرنے کی ہوتی ہیں۔ کچھ باتیں وہ ہیں جن کو آپ کریں تو سارا کام جبرٹائز ہو جاتا ہے۔</w:t>
      </w:r>
    </w:p>
    <w:p>
      <w:r>
        <w:rPr>
          <w:b/>
        </w:rPr>
        <w:t xml:space="preserve">[32:19] </w:t>
      </w:r>
      <w:r>
        <w:t>kuchh baaten woh hoti hain jis ko aap karen to sara kaam jabrtize ho jata hai. chahe aap bahut hi mخلص hon, chahe aap ke mind mein ho ke main to achhe maqsad ke liye kar raha hoon, tab bhi jabrtize ho jayega.</w:t>
      </w:r>
    </w:p>
    <w:p>
      <w:pPr>
        <w:jc w:val="right"/>
      </w:pPr>
      <w:r>
        <w:t>کچھ باتیں وہ ہوتی ہیں جس کو آپ کریں تو سارا کام جبرٹائز ہو جاتا ہے۔ چاہے آپ بہت ہی مخلص ہوں، چاہے آپ کے مائنڈ میں ہو کہ میں تو اچھے مقصد کے لیے کر رہا ہوں، تب بھی جبرٹائز ہو جائے گا۔</w:t>
      </w:r>
    </w:p>
    <w:p>
      <w:r>
        <w:rPr>
          <w:b/>
        </w:rPr>
        <w:t xml:space="preserve">[32:37] </w:t>
      </w:r>
      <w:r>
        <w:t>to aap ko khud hi khud yeh janna hai ke mujhko kya kaam nahin karna hai. aap ko khud hi khud yeh janna hai ke mujhko kya kaam karna hai.</w:t>
      </w:r>
    </w:p>
    <w:p>
      <w:pPr>
        <w:jc w:val="right"/>
      </w:pPr>
      <w:r>
        <w:t>تو آپ کو خود ہی خود یہ جاننا ہے کہ مجھ کو کیا کام نہیں کرنا ہے۔ آپ کو خود ہی خود یہ جاننا ہے کہ مجھ کو کیا کام کرنا ہے۔</w:t>
      </w:r>
    </w:p>
    <w:p>
      <w:r>
        <w:rPr>
          <w:b/>
        </w:rPr>
        <w:t xml:space="preserve">[32:47] </w:t>
      </w:r>
      <w:r>
        <w:t>koi doosra nahin batayega aap ko. sare quran mein kahin bhi koi program nahin. koi schedule nahin. sara quran sirf</w:t>
      </w:r>
    </w:p>
    <w:p>
      <w:pPr>
        <w:jc w:val="right"/>
      </w:pPr>
      <w:r>
        <w:t>کوئی دوسرا نہیں بتائے گا آپ کو۔ سارے قرآن میں کہیں بھی کوئی پروگرام نہیں۔ کوئی شیڈول نہیں۔ سارا قرآن صرف</w:t>
      </w:r>
    </w:p>
    <w:p>
      <w:r>
        <w:rPr>
          <w:b/>
        </w:rPr>
        <w:t xml:space="preserve">[33:01] </w:t>
      </w:r>
      <w:r>
        <w:t>ubhaarta hai. aap ke jazbat ko bedar karta hai, aap ki soch ko jagata hai. taake aap khud program maker banen.</w:t>
      </w:r>
    </w:p>
    <w:p>
      <w:pPr>
        <w:jc w:val="right"/>
      </w:pPr>
      <w:r>
        <w:t>ابھارتا ہے۔ آپ کے جذبات کو بیدار کرتا ہے، آپ کی سوچ کو جگاتا ہے۔ تاکہ آپ خود پروگرام میکر بنیں۔</w:t>
      </w:r>
    </w:p>
    <w:p>
      <w:r>
        <w:rPr>
          <w:b/>
        </w:rPr>
        <w:t xml:space="preserve">[33:18] </w:t>
      </w:r>
      <w:r>
        <w:t>to aap hi ko apne dose ko bhi janna hai aur apne don'ts ko bhi janna hai. aap ke dawat ke aitbar se aap ke don'ts kya hain, aap ke dose kya hain, dono aap ko khud discover karna hai.</w:t>
      </w:r>
    </w:p>
    <w:p>
      <w:pPr>
        <w:jc w:val="right"/>
      </w:pPr>
      <w:r>
        <w:t>تو آپ ہی کو اپنے ڈوز کو بھی جاننا ہے اور اپنے ڈونٹس کو بھی جاننا ہے۔ آپ کے دعوت کے اعتبار سے آپ کے ڈونٹس کیا ہیں، آپ کے ڈوز کیا ہیں، دونوں آپ کو خود ڈسکور کرنا ہے۔</w:t>
      </w:r>
    </w:p>
    <w:p>
      <w:r>
        <w:rPr>
          <w:b/>
        </w:rPr>
        <w:t xml:space="preserve">[33:36] </w:t>
      </w:r>
      <w:r>
        <w:t>koi nahin batayega aap ko. doosra aadmi aap ko sirf yeh keh sakta hai ke dawat ek farz hai. dawat ek farz hai.</w:t>
      </w:r>
    </w:p>
    <w:p>
      <w:pPr>
        <w:jc w:val="right"/>
      </w:pPr>
      <w:r>
        <w:t>کوئی نہیں بتائے گا آپ کو۔ دوسرا آدمی آپ کو صرف یہ کہہ سکتا ہے کہ دعوت ایک فرض ہے۔ دعوت ایک فرض ہے۔</w:t>
      </w:r>
    </w:p>
    <w:p>
      <w:r>
        <w:rPr>
          <w:b/>
        </w:rPr>
        <w:t xml:space="preserve">[33:47] </w:t>
      </w:r>
      <w:r>
        <w:t>baqi jo us ki programming hai, us ki jo planning hai. us ke liye practically jo kuchh karna hai woh sab aap ko khud karna hai, khud janna hai.</w:t>
      </w:r>
    </w:p>
    <w:p>
      <w:pPr>
        <w:jc w:val="right"/>
      </w:pPr>
      <w:r>
        <w:t>باقی جو اس کی پروگرامنگ ہے، اس کی جو پلاننگ ہے۔ اس کے لیے پریکٹیکلی جو کچھ کرنا ہے وہ سب آپ کو خود کرنا ہے، خود جاننا ہے۔</w:t>
      </w:r>
    </w:p>
    <w:p>
      <w:r>
        <w:rPr>
          <w:b/>
        </w:rPr>
        <w:t xml:space="preserve">[34:00] </w:t>
      </w:r>
      <w:r>
        <w:t>isi liye maine kaha ke dawat ka kaam takhleeqi salahiyat chahta hai. takhleeqi salahiyat ke baghair dawat ka kaam hargiz nahin ho sakta.</w:t>
      </w:r>
    </w:p>
    <w:p>
      <w:pPr>
        <w:jc w:val="right"/>
      </w:pPr>
      <w:r>
        <w:t>اسی لیے میں نے کہا کہ دعوت کا کام تخلیقی صلاحیت چاہتا ہے۔ تخلیقی صلاحیت کے بغیر دعوت کا کام ہرگز نہیں ہو سکتا۔</w:t>
      </w:r>
    </w:p>
    <w:p>
      <w:r>
        <w:rPr>
          <w:b/>
        </w:rPr>
        <w:t xml:space="preserve">[34:16] </w:t>
      </w:r>
      <w:r>
        <w:t>takhleeqi salahiyat ke baghair dawat ka kaam kabhi nahin ho sakta.</w:t>
      </w:r>
    </w:p>
    <w:p>
      <w:pPr>
        <w:jc w:val="right"/>
      </w:pPr>
      <w:r>
        <w:t>تخلیقی صلاحیت کے بغیر دعوت کا کام کبھی نہیں ہو سکتا۔</w:t>
      </w:r>
    </w:p>
    <w:p>
      <w:r>
        <w:rPr>
          <w:b/>
        </w:rPr>
        <w:t xml:space="preserve">[34:26] </w:t>
      </w:r>
      <w:r>
        <w:t>takhleeqi salahiyat ki pehchan yeh hai ke har cheez mein aap ko dawat ka sabaq milne laga hai.</w:t>
      </w:r>
    </w:p>
    <w:p>
      <w:pPr>
        <w:jc w:val="right"/>
      </w:pPr>
      <w:r>
        <w:t>تخلیقی صلاحیت کی پہچان یہ ہے کہ ہر چیز میں آپ کو دعوت کا سبق ملنے لگا ہے۔</w:t>
      </w:r>
    </w:p>
    <w:p>
      <w:r>
        <w:rPr>
          <w:b/>
        </w:rPr>
        <w:t xml:space="preserve">[34:38] </w:t>
      </w:r>
      <w:r>
        <w:t>takhleeqi salahiyat ki pehchan yeh hai ke har cheez mein aap ko dawat ka sabaq milne laga hai.</w:t>
      </w:r>
    </w:p>
    <w:p>
      <w:pPr>
        <w:jc w:val="right"/>
      </w:pPr>
      <w:r>
        <w:t>تخلیقی صلاحیت کی پہچان یہ ہے کہ ہر چیز میں آپ کو دعوت کا سبق ملنے لگا ہے۔</w:t>
      </w:r>
    </w:p>
    <w:p>
      <w:r>
        <w:rPr>
          <w:b/>
        </w:rPr>
        <w:t xml:space="preserve">[34:48] </w:t>
      </w:r>
      <w:r>
        <w:t>har cheez mein, har cheez mein, har cheez mein. sari duniya aap ke liye dawat mein dhal jaye. yahi pehchan hai.</w:t>
      </w:r>
    </w:p>
    <w:p>
      <w:pPr>
        <w:jc w:val="right"/>
      </w:pPr>
      <w:r>
        <w:t>ہر چیز میں، ہر چیز میں، ہر چیز میں۔ ساری دنیا آپ کے لیے دعوت میں ڈھل جائے۔ یہی پہچان ہے۔</w:t>
      </w:r>
    </w:p>
    <w:p>
      <w:r>
        <w:rPr>
          <w:b/>
        </w:rPr>
        <w:t xml:space="preserve">[35:00] </w:t>
      </w:r>
      <w:r>
        <w:t>har cheez ko aap dawat ke zaawie se dekhen.</w:t>
      </w:r>
    </w:p>
    <w:p>
      <w:pPr>
        <w:jc w:val="right"/>
      </w:pPr>
      <w:r>
        <w:t>ہر چیز کو آپ دعوت کے زاویے سے دیکھیں۔</w:t>
      </w:r>
    </w:p>
    <w:p>
      <w:r>
        <w:rPr>
          <w:b/>
        </w:rPr>
        <w:t xml:space="preserve">[35:06] </w:t>
      </w:r>
      <w:r>
        <w:t>har cheez mein aap ko dawat ka sabaq to dikhai de.</w:t>
      </w:r>
    </w:p>
    <w:p>
      <w:pPr>
        <w:jc w:val="right"/>
      </w:pPr>
      <w:r>
        <w:t>ہر چیز میں آپ کو دعوت کا سبق تو دکھائی دے۔</w:t>
      </w:r>
    </w:p>
    <w:p>
      <w:r>
        <w:rPr>
          <w:b/>
        </w:rPr>
        <w:t xml:space="preserve">[35:12] </w:t>
      </w:r>
      <w:r>
        <w:t>har cheez mein aap ko dawat ke koi naye mawaqe nazar ayen.</w:t>
      </w:r>
    </w:p>
    <w:p>
      <w:pPr>
        <w:jc w:val="right"/>
      </w:pPr>
      <w:r>
        <w:t>ہر چیز میں آپ کو دعوت کے کوئی نئے مواقع نظر آئیں۔</w:t>
      </w:r>
    </w:p>
    <w:p>
      <w:r>
        <w:rPr>
          <w:b/>
        </w:rPr>
        <w:t xml:space="preserve">[35:20] </w:t>
      </w:r>
      <w:r>
        <w:t>yahi pehchan hai aur koi doosri pehchan nahin hai.</w:t>
      </w:r>
    </w:p>
    <w:p>
      <w:pPr>
        <w:jc w:val="right"/>
      </w:pPr>
      <w:r>
        <w:t>یہی پہچان ہے اور کوئی دوسری پہچان نہیں ہے۔</w:t>
      </w:r>
    </w:p>
    <w:p>
      <w:r>
        <w:rPr>
          <w:b/>
        </w:rPr>
        <w:t xml:space="preserve">[35:32] </w:t>
      </w:r>
      <w:r>
        <w:t>to sab se zyada jo cheez aap ke andar paida hona chahie woh yeh hai ke aap mein se har shakhs ke andar yeh rooh ho ke "I will do it".</w:t>
      </w:r>
    </w:p>
    <w:p>
      <w:pPr>
        <w:jc w:val="right"/>
      </w:pPr>
      <w:r>
        <w:t>تو سب سے زیادہ جو چیز آپ کے اندر پیدا ہونا چاہیے وہ یہ ہے کہ آپ میں سے ہر شخص کے اندر یہ روح ہو کہ "I will do it"۔</w:t>
      </w:r>
    </w:p>
    <w:p>
      <w:r>
        <w:rPr>
          <w:b/>
        </w:rPr>
        <w:t xml:space="preserve">[35:44] </w:t>
      </w:r>
      <w:r>
        <w:t>mujh ko yeh kaam karna hai.</w:t>
      </w:r>
    </w:p>
    <w:p>
      <w:pPr>
        <w:jc w:val="right"/>
      </w:pPr>
      <w:r>
        <w:t>مجھ کو یہ کام کرنا ہے۔</w:t>
      </w:r>
    </w:p>
    <w:p>
      <w:r>
        <w:rPr>
          <w:b/>
        </w:rPr>
        <w:t xml:space="preserve">[35:50] </w:t>
      </w:r>
      <w:r>
        <w:t>"I will do it". aap kisi ka intezar na karen.</w:t>
      </w:r>
    </w:p>
    <w:p>
      <w:pPr>
        <w:jc w:val="right"/>
      </w:pPr>
      <w:r>
        <w:t>"I will do it"۔ آپ کسی کا انتظار نہ کریں۔</w:t>
      </w:r>
    </w:p>
    <w:p>
      <w:r>
        <w:rPr>
          <w:b/>
        </w:rPr>
        <w:t xml:space="preserve">[35:58] </w:t>
      </w:r>
      <w:r>
        <w:t>is ke siwa koi aur cheez nahin hai jo aap ko achha daai banaye.</w:t>
      </w:r>
    </w:p>
    <w:p>
      <w:pPr>
        <w:jc w:val="right"/>
      </w:pPr>
      <w:r>
        <w:t>اس کے سوا کوئی اور چیز نہیں ہے جو آپ کو اچھا داعی بنائے۔</w:t>
      </w:r>
    </w:p>
    <w:p>
      <w:r>
        <w:rPr>
          <w:b/>
        </w:rPr>
        <w:t xml:space="preserve">[36:05] </w:t>
      </w:r>
      <w:r>
        <w:t>"I will do" ki rooh hi woh wahid cheez hai jo aap ko achha daai bana sakti hai.</w:t>
      </w:r>
    </w:p>
    <w:p>
      <w:pPr>
        <w:jc w:val="right"/>
      </w:pPr>
      <w:r>
        <w:t>"I will do" کی روح ہی وہ واحد چیز ہے جو آپ کو اچھا داعی بنا سکتی ہے۔</w:t>
      </w:r>
    </w:p>
    <w:p>
      <w:r>
        <w:rPr>
          <w:b/>
        </w:rPr>
        <w:t xml:space="preserve">[36:17] </w:t>
      </w:r>
      <w:r>
        <w:t>is ka sabab dekhiye, is ki yeh yeh saada baat nahin hai. koi yeh koi yeh baat nahin hai yeh. dekhiye har har insaan ek mukhtalif insaan hai.</w:t>
      </w:r>
    </w:p>
    <w:p>
      <w:pPr>
        <w:jc w:val="right"/>
      </w:pPr>
      <w:r>
        <w:t>اس کا سبب دیکھیے، اس کی یہ یہ سادہ بات نہیں ہے۔ کوئی یہ کوئی یہ بات نہیں ہے یہ۔ دیکھیے ہر ہر انسان ایک مختلف انسان ہے۔</w:t>
      </w:r>
    </w:p>
    <w:p>
      <w:r>
        <w:rPr>
          <w:b/>
        </w:rPr>
        <w:t xml:space="preserve">[36:30] </w:t>
      </w:r>
      <w:r>
        <w:t>har khatoon mister mukhtalif hai aur har mard mister mukhtalif hai. har insaan ek alag case hai.</w:t>
      </w:r>
    </w:p>
    <w:p>
      <w:pPr>
        <w:jc w:val="right"/>
      </w:pPr>
      <w:r>
        <w:t>ہر خاتون مسٹر مختلف ہے اور ہر مرد مسٹر مختلف ہے۔ ہر انسان ایک الگ کیس ہے۔</w:t>
      </w:r>
    </w:p>
    <w:p>
      <w:r>
        <w:rPr>
          <w:b/>
        </w:rPr>
        <w:t xml:space="preserve">[36:43] </w:t>
      </w:r>
      <w:r>
        <w:t>jo aala rooh jab wazeer-e-azam hue the India ke nineteen forty seven mein. us waqt India ki abadi chhatis crore thi.</w:t>
      </w:r>
    </w:p>
    <w:p>
      <w:pPr>
        <w:jc w:val="right"/>
      </w:pPr>
      <w:r>
        <w:t>جو اعلیٰ روح جب وزیراعظم ہوئے تھے انڈیا کے نائنٹین فورٹی سیون میں۔ اس وقت انڈیا کی آبادی چھتیس کروڑ تھی۔</w:t>
      </w:r>
    </w:p>
    <w:p>
      <w:r>
        <w:rPr>
          <w:b/>
        </w:rPr>
        <w:t xml:space="preserve">[36:54] </w:t>
      </w:r>
      <w:r>
        <w:t>ab to bohat zyada ho chuki hai.</w:t>
      </w:r>
    </w:p>
    <w:p>
      <w:pPr>
        <w:jc w:val="right"/>
      </w:pPr>
      <w:r>
        <w:t>اب تو بہت زیادہ ہو چکی ہے۔</w:t>
      </w:r>
    </w:p>
    <w:p>
      <w:r>
        <w:rPr>
          <w:b/>
        </w:rPr>
        <w:t xml:space="preserve">[36:58] </w:t>
      </w:r>
      <w:r>
        <w:t>us waqt chhatis crore thi. to ek taqreeb mein unhon ne kaha tha ke India mein agar chhatis crore aadmi hain to hum ko chhatis crore kaam karna hai.</w:t>
      </w:r>
    </w:p>
    <w:p>
      <w:pPr>
        <w:jc w:val="right"/>
      </w:pPr>
      <w:r>
        <w:t>اس وقت چھتیس کروڑ تھی۔ تو ایک تقریب میں انہوں نے کہا تھا کہ انڈیا میں اگر چھتیس کروڑ آدمی ہیں تو ہم کو چھتیس کروڑ کام کرنا ہے۔</w:t>
      </w:r>
    </w:p>
    <w:p>
      <w:r>
        <w:rPr>
          <w:b/>
        </w:rPr>
        <w:t xml:space="preserve">[37:13] </w:t>
      </w:r>
      <w:r>
        <w:t>India mein agar chhatis crore aadmi hain to hum ko chhatis crore kaam karna hai. ab aaj dekhiye aap ka mission to universal mission hai, global mission hai.</w:t>
      </w:r>
    </w:p>
    <w:p>
      <w:pPr>
        <w:jc w:val="right"/>
      </w:pPr>
      <w:r>
        <w:t>انڈیا میں اگر چھتیس کروڑ آدمی ہیں تو ہم کو چھتیس کروڑ کام کرنا ہے۔ اب آج دیکھیے آپ کا مشن تو یونیورسل مشن ہے، گلوبل مشن ہے۔</w:t>
      </w:r>
    </w:p>
    <w:p>
      <w:r>
        <w:rPr>
          <w:b/>
        </w:rPr>
        <w:t xml:space="preserve">[37:24] </w:t>
      </w:r>
      <w:r>
        <w:t>poori insaniyat ko cover karta hai. to aaj kya insaan agar seven billion hain to aap ko seven billion kaam karna hai.</w:t>
      </w:r>
    </w:p>
    <w:p>
      <w:pPr>
        <w:jc w:val="right"/>
      </w:pPr>
      <w:r>
        <w:t>پوری انسانیت کو کور کرتا ہے۔ تو آج کیا انسان اگر سیون بلین ہیں تو آپ کو سیون بلین کام کرنا ہے۔</w:t>
      </w:r>
    </w:p>
    <w:p>
      <w:r>
        <w:rPr>
          <w:b/>
        </w:rPr>
        <w:t xml:space="preserve">[37:38] </w:t>
      </w:r>
      <w:r>
        <w:t>to aap ab kaun hai jo aap ko seven billion program de? woh to aap ko khud hi banana parega.</w:t>
      </w:r>
    </w:p>
    <w:p>
      <w:pPr>
        <w:jc w:val="right"/>
      </w:pPr>
      <w:r>
        <w:t>تو آپ اب کون ہے جو آپ کو سیون بلین پروگرام دے؟ وہ تو آپ کو خود ہی بنانا پڑے گا۔</w:t>
      </w:r>
    </w:p>
    <w:p>
      <w:r>
        <w:rPr>
          <w:b/>
        </w:rPr>
        <w:t xml:space="preserve">[37:48] </w:t>
      </w:r>
      <w:r>
        <w:t>khud sochna hoga, har mauqe par khud faisla karna hoga.</w:t>
      </w:r>
    </w:p>
    <w:p>
      <w:pPr>
        <w:jc w:val="right"/>
      </w:pPr>
      <w:r>
        <w:t>خود سوچنا ہوگا، ہر موقع پر خود فیصلہ کرنا ہوگا۔</w:t>
      </w:r>
    </w:p>
    <w:p>
      <w:r>
        <w:rPr>
          <w:b/>
        </w:rPr>
        <w:t xml:space="preserve">[37:56] </w:t>
      </w:r>
      <w:r>
        <w:t>mere paas aksar telephone is tarah ke aate hain ke hum dawati kaam karna chahte hain. hum ko program bataiye. main kabhi kisi ko program nahi batata.</w:t>
      </w:r>
    </w:p>
    <w:p>
      <w:pPr>
        <w:jc w:val="right"/>
      </w:pPr>
      <w:r>
        <w:t>میرے پاس اکثر ٹیلی فون اس طرح کے آتے ہیں کہ ہم دعوتی کام کرنا چاہتے ہیں۔ ہم کو پروگرام بتائیے۔ میں کبھی کسی کو پروگرام نہیں بتاتا۔</w:t>
      </w:r>
    </w:p>
    <w:p>
      <w:r>
        <w:rPr>
          <w:b/>
        </w:rPr>
        <w:t xml:space="preserve">[38:10] </w:t>
      </w:r>
      <w:r>
        <w:t>main ne kaha program kab batana hai? woh to aap ko khud sochna hai. aap ko khud program saaz banna hai.</w:t>
      </w:r>
    </w:p>
    <w:p>
      <w:pPr>
        <w:jc w:val="right"/>
      </w:pPr>
      <w:r>
        <w:t>میں نے کہا پروگرام کب بتانا ہے؟ وہ تو آپ کو خود سوچنا ہے۔ آپ کو خود پروگرام ساز بننا ہے۔</w:t>
      </w:r>
    </w:p>
    <w:p>
      <w:r>
        <w:rPr>
          <w:b/>
        </w:rPr>
        <w:t xml:space="preserve">[38:25] </w:t>
      </w:r>
      <w:r>
        <w:t>aur yeh baat yeh jo baat main kar raha hoon is ka sab se bara saboot yeh hai is ke sachay hone ka ke Quran mein koi program diya hi nahi gaya.</w:t>
      </w:r>
    </w:p>
    <w:p>
      <w:pPr>
        <w:jc w:val="right"/>
      </w:pPr>
      <w:r>
        <w:t>اور یہ بات یہ جو بات میں کر رہا ہوں اس کا سب سے بڑا ثبوت یہ ہے اس کے سچے ہونے کا کہ قرآن میں کوئی پروگرام دیا ہی نہیں گیا۔</w:t>
      </w:r>
    </w:p>
    <w:p>
      <w:r>
        <w:rPr>
          <w:b/>
        </w:rPr>
        <w:t xml:space="preserve">[38:34] </w:t>
      </w:r>
      <w:r>
        <w:t>saare Quran mein. Rasool Allah salallahu alaihi wasallam ke paas log aate the, Islam qabool karte the. to kabhi aap ne kisi ko koi program nahi diya. program to is insaan ko khud banana hai.</w:t>
      </w:r>
    </w:p>
    <w:p>
      <w:pPr>
        <w:jc w:val="right"/>
      </w:pPr>
      <w:r>
        <w:t>سارے قرآن میں۔ رسول اللہ صلی اللہ علیہ وسلم کے پاس لوگ آتے تھے، اسلام قبول کرتے تھے۔ تو کبھی آپ نے کسی کو کوئی پروگرام نہیں دیا۔ پروگرام تو اس انسان کو خود بنانا ہے۔</w:t>
      </w:r>
    </w:p>
    <w:p>
      <w:r>
        <w:rPr>
          <w:b/>
        </w:rPr>
        <w:t xml:space="preserve">[38:51] </w:t>
      </w:r>
      <w:r>
        <w:t>isi liye main kehta hoon ke takhleeqi salahiyat shart awal hai acha daai banne ke liye.</w:t>
      </w:r>
    </w:p>
    <w:p>
      <w:pPr>
        <w:jc w:val="right"/>
      </w:pPr>
      <w:r>
        <w:t>اسی لیے میں کہتا ہوں کہ تخلیقی صلاحیت شرط اول ہے اچھا داعی بننے کے لیے۔</w:t>
      </w:r>
    </w:p>
    <w:p>
      <w:r>
        <w:rPr>
          <w:b/>
        </w:rPr>
        <w:t xml:space="preserve">[39:03] </w:t>
      </w:r>
      <w:r>
        <w:t>albata Rasool Allah salallahu alaihi wasallam ek baat bohat zor dete the.</w:t>
      </w:r>
    </w:p>
    <w:p>
      <w:pPr>
        <w:jc w:val="right"/>
      </w:pPr>
      <w:r>
        <w:t>البتہ رسول اللہ صلی اللہ علیہ وسلم ایک بات بہت زور دیتے تھے۔</w:t>
      </w:r>
    </w:p>
    <w:p>
      <w:r>
        <w:rPr>
          <w:b/>
        </w:rPr>
        <w:t xml:space="preserve">[39:08] </w:t>
      </w:r>
      <w:r>
        <w:t>koi misbat program to khud to aadmi ko banana parta tha. woh aap nahi bata dete un ko. lekin ek baat par zor zaroor dete the aap ke tum log aapas ke ikhtilaf ko haram samjho.</w:t>
      </w:r>
    </w:p>
    <w:p>
      <w:pPr>
        <w:jc w:val="right"/>
      </w:pPr>
      <w:r>
        <w:t>کوئی مثبت پروگرام تو خود تو آدمی کو بنانا پڑتا تھا۔ وہ آپ نہیں بتا دیتے ان کو۔ لیکن ایک بات پر زور ضرور دیتے تھے آپ کہ تم لوگ آپس کے اختلاف کو حرام سمجھو۔</w:t>
      </w:r>
    </w:p>
    <w:p>
      <w:r>
        <w:rPr>
          <w:b/>
        </w:rPr>
        <w:t xml:space="preserve">[39:26] </w:t>
      </w:r>
      <w:r>
        <w:t>is par bohat zor dete the aap. aap agar hadithain parhein kis tarah aap ne bait li logon se to aap bohat zyada is par zor dete the.</w:t>
      </w:r>
    </w:p>
    <w:p>
      <w:pPr>
        <w:jc w:val="right"/>
      </w:pPr>
      <w:r>
        <w:t>اس پر بہت زور دیتے تھے آپ۔ آپ اگر حدیثیں پڑھیں کس طرح آپ نے بیعت لی لوگوں سے تو آپ بہت زیادہ اس پر زور دیتے تھے۔</w:t>
      </w:r>
    </w:p>
    <w:p>
      <w:r>
        <w:rPr>
          <w:b/>
        </w:rPr>
        <w:t xml:space="preserve">[39:40] </w:t>
      </w:r>
      <w:r>
        <w:t>aapas ke ikhtilaf. kyun ke aapas ke ikhtilaf hi woh cheez hai jo jo kisi ijtimaai kaam ko jeopardize karta hai.</w:t>
      </w:r>
    </w:p>
    <w:p>
      <w:pPr>
        <w:jc w:val="right"/>
      </w:pPr>
      <w:r>
        <w:t>آپس کے اختلاف۔ کیوں کہ آپس کے اختلاف ہی وہ چیز ہے جو جو کسی اجتماعی کام کو جبرٹائز کرتا ہے۔</w:t>
      </w:r>
    </w:p>
    <w:p>
      <w:r>
        <w:rPr>
          <w:b/>
        </w:rPr>
        <w:t xml:space="preserve">[39:55] </w:t>
      </w:r>
      <w:r>
        <w:t>bohat sari hadithain is par hain. aap parh lijiye.</w:t>
      </w:r>
    </w:p>
    <w:p>
      <w:pPr>
        <w:jc w:val="right"/>
      </w:pPr>
      <w:r>
        <w:t>بہت ساری حدیثیں اس پر ہیں۔ آپ پڑھ لیجیے۔</w:t>
      </w:r>
    </w:p>
    <w:p>
      <w:r>
        <w:rPr>
          <w:b/>
        </w:rPr>
        <w:t xml:space="preserve">[40:01] </w:t>
      </w:r>
      <w:r>
        <w:t>acha ikhtilaf ki dekhiye kya ikhtilaf ki logic kya hoti hai. har aadmi jo ikhtilaf karta hai to apne zehan ke mutabiq samajhta hai ke main sachai par hoon.</w:t>
      </w:r>
    </w:p>
    <w:p>
      <w:pPr>
        <w:jc w:val="right"/>
      </w:pPr>
      <w:r>
        <w:t>اچھا اختلاف کی دیکھیے کیا اختلاف کی لاجک کیا ہوتی ہے۔ ہر آدمی جو اختلاف کرتا ہے تو اپنے ذہن کے مطابق سمجھتا ہے کہ میں سچائی پر ہوں۔</w:t>
      </w:r>
    </w:p>
    <w:p>
      <w:r>
        <w:rPr>
          <w:b/>
        </w:rPr>
        <w:t xml:space="preserve">[40:14] </w:t>
      </w:r>
      <w:r>
        <w:t>main sahi ikhtilaf kar raha hoon. yahi sab se bari yani ikhtilaf ki sab se zyada khatarnak pehlu hai.</w:t>
      </w:r>
    </w:p>
    <w:p>
      <w:pPr>
        <w:jc w:val="right"/>
      </w:pPr>
      <w:r>
        <w:t>میں صحیح اختلاف کر رہا ہوں۔ یہی سب سے بڑی یعنی اختلاف کی سب سے زیادہ خطرناک پہلو ہے۔</w:t>
      </w:r>
    </w:p>
    <w:p>
      <w:r>
        <w:rPr>
          <w:b/>
        </w:rPr>
        <w:t xml:space="preserve">[40:30] </w:t>
      </w:r>
      <w:r>
        <w:t>dekhiye ikhtilaf se jab aap bachenge ikhtilaf bilashuba jurm azeem hai.</w:t>
      </w:r>
    </w:p>
    <w:p>
      <w:pPr>
        <w:jc w:val="right"/>
      </w:pPr>
      <w:r>
        <w:t>دیکھیے اختلاف سے جب آپ بچیں گے اختلاف بلاشبہ جرم عظیم ہے۔</w:t>
      </w:r>
    </w:p>
    <w:p>
      <w:r>
        <w:rPr>
          <w:b/>
        </w:rPr>
        <w:t xml:space="preserve">[40:42] </w:t>
      </w:r>
      <w:r>
        <w:t>yeh unity ko khatam karne wala hai aur dawat ko jeopardize karne wala hai. lekin kab bachenge is se aap?</w:t>
      </w:r>
    </w:p>
    <w:p>
      <w:pPr>
        <w:jc w:val="right"/>
      </w:pPr>
      <w:r>
        <w:t>یہ یونیٹی کو ختم کرنے والا ہے اور دعوت کو جبرٹائز کرنے والا ہے۔ لیکن کب بچیں گے اس سے آپ؟</w:t>
      </w:r>
    </w:p>
    <w:p>
      <w:r>
        <w:rPr>
          <w:b/>
        </w:rPr>
        <w:t xml:space="preserve">[40:50] </w:t>
      </w:r>
      <w:r>
        <w:t>jab ke aap ka nazariya ho "blame thyself".</w:t>
      </w:r>
    </w:p>
    <w:p>
      <w:pPr>
        <w:jc w:val="right"/>
      </w:pPr>
      <w:r>
        <w:t>جب کہ آپ کا نظریہ ہو "blame thyself"۔</w:t>
      </w:r>
    </w:p>
    <w:p>
      <w:r>
        <w:rPr>
          <w:b/>
        </w:rPr>
        <w:t xml:space="preserve">[40:57] </w:t>
      </w:r>
      <w:r>
        <w:t>aap sirf ikhtilaf ke maamle mein izhaar ko apna haq samjhein. bas implement karne ko nahi. yeh bohat aham baat hai jo Rasool Allah salallahu alaihi wasallam ki hadithon ko parh kar main ne samjha hai.</w:t>
      </w:r>
    </w:p>
    <w:p>
      <w:pPr>
        <w:jc w:val="right"/>
      </w:pPr>
      <w:r>
        <w:t>آپ صرف اختلاف کے معاملے میں اظہار کو اپنا حق سمجھیں۔ بس امپلیمنٹ کرنے کو نہیں۔ یہ بہت اہم بات ہے جو رسول اللہ صلی اللہ علیہ وسلم کی حدیثوں کو پڑھ کر میں نے سمجھا ہے۔</w:t>
      </w:r>
    </w:p>
    <w:p>
      <w:r>
        <w:rPr>
          <w:b/>
        </w:rPr>
        <w:t xml:space="preserve">[41:15] </w:t>
      </w:r>
      <w:r>
        <w:t>ke izhaar ikhtilaf to zaroor tumhara haq hai lekin tum yeh insist nahi kar sakte ke isi ko implement kiya jaye. doosre log is ko manen.</w:t>
      </w:r>
    </w:p>
    <w:p>
      <w:pPr>
        <w:jc w:val="right"/>
      </w:pPr>
      <w:r>
        <w:t>کہ اظہار اختلاف تو ضرور تمہارا حق ہے لیکن تم یہ انسسٹ نہیں کر سکتے کہ اسی کو امپلیمنٹ کیا جائے۔ دوسرے لوگ اس کو مانیں۔</w:t>
      </w:r>
    </w:p>
    <w:p>
      <w:r>
        <w:rPr>
          <w:b/>
        </w:rPr>
        <w:t xml:space="preserve">[41:25] </w:t>
      </w:r>
      <w:r>
        <w:t>izhaar ikhtilaf ke baad bas Allah ke hawale.</w:t>
      </w:r>
    </w:p>
    <w:p>
      <w:pPr>
        <w:jc w:val="right"/>
      </w:pPr>
      <w:r>
        <w:t>اظہار اختلاف کے بعد بس اللہ کے حوالے۔</w:t>
      </w:r>
    </w:p>
    <w:p>
      <w:r>
        <w:rPr>
          <w:b/>
        </w:rPr>
        <w:t xml:space="preserve">[41:33] </w:t>
      </w:r>
      <w:r>
        <w:t>yeh bohat hi zyada important nuqta hai jo maine hadithon ke mutalliq samjha hai.</w:t>
      </w:r>
    </w:p>
    <w:p>
      <w:pPr>
        <w:jc w:val="right"/>
      </w:pPr>
      <w:r>
        <w:t>یہ بہت ہی زیادہ امپورٹنٹ نقطہ ہے جو میں نے حدیثوں کے متعلق سمجھا ہے۔</w:t>
      </w:r>
    </w:p>
    <w:p>
      <w:r>
        <w:rPr>
          <w:b/>
        </w:rPr>
        <w:t xml:space="preserve">[41:44] </w:t>
      </w:r>
      <w:r>
        <w:t>Aap apne taur par qatayi samajhte hon ke main haq par hoon. Kuch bhi samjhein ke main haq par hoon. Qatayi zyada samjhein. Lekin aap ko ikhtilaf ke izhaar se aage ek qadam bhi nahi jana chahiye.</w:t>
      </w:r>
    </w:p>
    <w:p>
      <w:pPr>
        <w:jc w:val="right"/>
      </w:pPr>
      <w:r>
        <w:t>آپ اپنے طور پر قطعی سمجھتے ہوں کہ میں حق پر ہوں۔ کچھ بھی سمجھیں کہ میں حق پر ہوں۔ قطعی زیادہ سمجھیں۔ لیکن آپ کو اختلاف کے اظہار سے آگے ایک قدم بھی نہیں جانا چاہیے۔</w:t>
      </w:r>
    </w:p>
    <w:p>
      <w:r>
        <w:rPr>
          <w:b/>
        </w:rPr>
        <w:t xml:space="preserve">[41:58] </w:t>
      </w:r>
      <w:r>
        <w:t>Matlab yeh ke agar doosre aap ki baat na maani jaye to aap lagein propaganda karne. Aap ki baat na maani jaye to lagein doosron ko kehne ke dekho yeh kaisa CPS hai.</w:t>
      </w:r>
    </w:p>
    <w:p>
      <w:pPr>
        <w:jc w:val="right"/>
      </w:pPr>
      <w:r>
        <w:t>مطلب یہ کہ اگر دوسرے آپ کی بات نہ مانی جائے تو آپ لگیں پروپیگنڈا کرنے۔ آپ کی بات نہ مانی جائے تو لگیں دوسروں کو کہنے کہ دیکھو یہ کیسا سی پی ایس ہے۔</w:t>
      </w:r>
    </w:p>
    <w:p>
      <w:r>
        <w:rPr>
          <w:b/>
        </w:rPr>
        <w:t xml:space="preserve">[42:12] </w:t>
      </w:r>
      <w:r>
        <w:t>Ke hamari baat suni nahi jati. Yeh sab haram ke darje mein qabil e tark hai yaad rakhiye. Haram.</w:t>
      </w:r>
    </w:p>
    <w:p>
      <w:pPr>
        <w:jc w:val="right"/>
      </w:pPr>
      <w:r>
        <w:t>کہ ہماری بات سنی نہیں جاتی۔ یہ سب حرام کے درجے میں قابلِ ترک ہے یاد رکھیے۔ حرام۔</w:t>
      </w:r>
    </w:p>
    <w:p>
      <w:r>
        <w:rPr>
          <w:b/>
        </w:rPr>
        <w:t xml:space="preserve">[42:22] </w:t>
      </w:r>
      <w:r>
        <w:t>Is ko aap phir se jis ko shakk ho woh phir se hadithon ko parhe.</w:t>
      </w:r>
    </w:p>
    <w:p>
      <w:pPr>
        <w:jc w:val="right"/>
      </w:pPr>
      <w:r>
        <w:t>اس کو آپ پھر سے جس کو شک ہو وہ پھر سے حدیثوں کو پڑھے۔</w:t>
      </w:r>
    </w:p>
    <w:p>
      <w:r>
        <w:rPr>
          <w:b/>
        </w:rPr>
        <w:t xml:space="preserve">[42:28] </w:t>
      </w:r>
      <w:r>
        <w:t>Hadithon ka jo mizaj hai yeh hai ke ijtimai kaam mein, dawat work mein, Islami mission mein kisi ek fard ko sirf haq e izhaar hota hai.</w:t>
      </w:r>
    </w:p>
    <w:p>
      <w:pPr>
        <w:jc w:val="right"/>
      </w:pPr>
      <w:r>
        <w:t>حدیثوں کا جو مزاج ہے یہ ہے کہ اجتماعی کام میں، دعوت ورک میں، اسلامی مشن میں کسی ایک فرد کو صرف حقِ اظہار ہوتا ہے۔</w:t>
      </w:r>
    </w:p>
    <w:p>
      <w:r>
        <w:rPr>
          <w:b/>
        </w:rPr>
        <w:t xml:space="preserve">[42:40] </w:t>
      </w:r>
      <w:r>
        <w:t>Bas haq e izhaar hota hai. Is ka haq is ko harghiz nahi hota ke doosre is ki baat manen. Isi ki raah chale. Isi ko amal ikhtiyar kiya jaye.</w:t>
      </w:r>
    </w:p>
    <w:p>
      <w:pPr>
        <w:jc w:val="right"/>
      </w:pPr>
      <w:r>
        <w:t>بس حقِ اظہار ہوتا ہے۔ اس کا حق اس کو ہرگز نہیں ہوتا کہ دوسرے اس کی بات مانیں۔ اسی کی راہ چلے۔ اسی کو عمل اختیار کیا جائے۔</w:t>
      </w:r>
    </w:p>
    <w:p>
      <w:r>
        <w:rPr>
          <w:b/>
        </w:rPr>
        <w:t xml:space="preserve">[42:50] </w:t>
      </w:r>
      <w:r>
        <w:t>Is ka haq is ko nahi hota. Apni baat keh diya us ke baad baat khatam.</w:t>
      </w:r>
    </w:p>
    <w:p>
      <w:pPr>
        <w:jc w:val="right"/>
      </w:pPr>
      <w:r>
        <w:t>اس کا حق اس کو نہیں ہوتا۔ اپنی بات کہہ دیا اس کے بعد بات ختم۔</w:t>
      </w:r>
    </w:p>
    <w:p>
      <w:r>
        <w:rPr>
          <w:b/>
        </w:rPr>
        <w:t xml:space="preserve">[43:02] </w:t>
      </w:r>
      <w:r>
        <w:t>Main aap ko ek misaal deta hoon. Rasool Allah ne ek baar ek maqam par kuch dasta bhejna tha. To kuch logon ke sath aap ne Hazrat Umar Ibn Al-Aas ko bhej diya.</w:t>
      </w:r>
    </w:p>
    <w:p>
      <w:pPr>
        <w:jc w:val="right"/>
      </w:pPr>
      <w:r>
        <w:t>میں آپ کو ایک مثال دیتا ہوں۔ رسول اللہ نے ایک بار ایک مقام پر کچھ دستہ بھیجنا تھا۔ تو کچھ لوگوں کے ساتھ آپ نے حضرت عمر ابن العاص کو بھیج دیا۔</w:t>
      </w:r>
    </w:p>
    <w:p>
      <w:r>
        <w:rPr>
          <w:b/>
        </w:rPr>
        <w:t xml:space="preserve">[43:16] </w:t>
      </w:r>
      <w:r>
        <w:t>Sara jitna bara dasta banana tha utna bara abhi nahi bana tha to ek giroh ke sath aap ne bhej diya un ko. Baad ko aap ne bhejha Hazrat Abu Ubaidah Ibn Al-Jarrah ke sath kuch aur logon ko.</w:t>
      </w:r>
    </w:p>
    <w:p>
      <w:pPr>
        <w:jc w:val="right"/>
      </w:pPr>
      <w:r>
        <w:t>سارا جتنا بڑا دستہ بنانا تھا اتنا بڑا ابھی نہیں بنا تھا تو ایک گروہ کے ساتھ آپ نے بھیج دیا ان کو۔ بعد کو آپ نے بھیجا حضرت ابو عبیدہ ابن الجراح کے ساتھ کچھ اور لوگوں کو۔</w:t>
      </w:r>
    </w:p>
    <w:p>
      <w:r>
        <w:rPr>
          <w:b/>
        </w:rPr>
        <w:t xml:space="preserve">[43:31] </w:t>
      </w:r>
      <w:r>
        <w:t>Ke ja kar un se milo. To jab bhejha aap ne to aap ne naseehat ki Hazrat Abu Ubaidah Ibn Al-Jarrah ko ke jab tum milo Umar Ibn Al-Aas se to kabhi bhi ikhtilaf na karna mil kar kaam karna.</w:t>
      </w:r>
    </w:p>
    <w:p>
      <w:pPr>
        <w:jc w:val="right"/>
      </w:pPr>
      <w:r>
        <w:t>کہ جا کر ان سے ملو۔ تو جب بھیجا آپ نے تو آپ نے نصیحت کی حضرت ابو عبیدہ ابن الجراح کو کہ جب تم ملو عمر ابن العاص سے تو کبھی بھی اختلاف نہ کرنا مل کر کام کرنا۔</w:t>
      </w:r>
    </w:p>
    <w:p>
      <w:r>
        <w:rPr>
          <w:b/>
        </w:rPr>
        <w:t xml:space="preserve">[43:57] </w:t>
      </w:r>
      <w:r>
        <w:t>Fatawawwa'a wala takhtalifu mil kar kaam karna hai ikhtilaf mat karna. To jab wahan pohanche woh jahan Umar Ibn Al-Aas padao dale hue thay to namaz ka waqt aya.</w:t>
      </w:r>
    </w:p>
    <w:p>
      <w:pPr>
        <w:jc w:val="right"/>
      </w:pPr>
      <w:r>
        <w:t>فتطاوع ولا تختلف مل کر کام کرنا ہے اختلاف مت کرنا۔ تو جب وہاں پہنچے وہ جہاں عمر ابن العاص پڑاؤ ڈالے ہوئے تھے تو نماز کا وقت آیا۔</w:t>
      </w:r>
    </w:p>
    <w:p>
      <w:r>
        <w:rPr>
          <w:b/>
        </w:rPr>
        <w:t xml:space="preserve">[44:11] </w:t>
      </w:r>
      <w:r>
        <w:t>To Umar Ibn Al-Aas chhote thay aur Ubaidah Ibn Al-Jarrah bade thay senior thay yeh. To wahan jo log thay unhone chaha ke senior hone ke nate Abu Ubaidah Ibn Al-Jarrah jo hain wahi namaz padhayen.</w:t>
      </w:r>
    </w:p>
    <w:p>
      <w:pPr>
        <w:jc w:val="right"/>
      </w:pPr>
      <w:r>
        <w:t>تو عمر ابن العاص چھوٹے تھے اور عبیدہ ابن الجراح بڑے تھے سینئر تھے یہ۔ تو وہاں جو لوگ تھے انہوں نے چاہا کہ سینئر ہونے کے ناطے ابو عبیدہ ابن الجراح جو ہیں وہی نماز پڑھائیں۔</w:t>
      </w:r>
    </w:p>
    <w:p>
      <w:r>
        <w:rPr>
          <w:b/>
        </w:rPr>
        <w:t xml:space="preserve">[44:27] </w:t>
      </w:r>
      <w:r>
        <w:t>To Umar Ibn Al-Aas ne kaha ke nahi main namaz padhaunga. Kyun ke asal to main hoon woh to meri madad ke liye bhejhe gaye hain. Is par niza'a qaim hui.</w:t>
      </w:r>
    </w:p>
    <w:p>
      <w:pPr>
        <w:jc w:val="right"/>
      </w:pPr>
      <w:r>
        <w:t>تو عمر ابن العاص نے کہا کہ نہیں میں نماز پڑھاؤں گا۔ کیوں کہ اصل تو میں ہوں وہ تو میری مدد کے لیے بھیجے گئے ہیں۔ اس پر نزاع قائم ہوئی۔</w:t>
      </w:r>
    </w:p>
    <w:p>
      <w:r>
        <w:rPr>
          <w:b/>
        </w:rPr>
        <w:t xml:space="preserve">[44:40] </w:t>
      </w:r>
      <w:r>
        <w:t>To Hazrat Abu Ubaidah Ibn Al-Jarrah ne yeh keh kar baat ko khatam kar diya. Ke Rasool Allah Sal Allahu Alaihi Wa Sallam ne kaha tha ke tum ikhtilaf mat karna.</w:t>
      </w:r>
    </w:p>
    <w:p>
      <w:pPr>
        <w:jc w:val="right"/>
      </w:pPr>
      <w:r>
        <w:t>تو حضرت ابو عبیدہ ابن الجراح نے یہ کہہ کر بات کو ختم کر دیا۔ کہ رسول اللہ صلی اللہ علیہ وسلم نے کہا تھا کہ تم اختلاف مت کرنا۔</w:t>
      </w:r>
    </w:p>
    <w:p>
      <w:r>
        <w:rPr>
          <w:b/>
        </w:rPr>
        <w:t xml:space="preserve">[44:50] </w:t>
      </w:r>
      <w:r>
        <w:t>To unhone kaha ke is</w:t>
      </w:r>
    </w:p>
    <w:p>
      <w:pPr>
        <w:jc w:val="right"/>
      </w:pPr>
      <w:r>
        <w:t>تو انہوں نے کہا کہ اس</w:t>
      </w:r>
    </w:p>
    <w:p>
      <w:r>
        <w:rPr>
          <w:b/>
        </w:rPr>
        <w:t xml:space="preserve">[44:57] </w:t>
      </w:r>
      <w:r>
        <w:t>Rooh ko dekhiye aap.</w:t>
      </w:r>
    </w:p>
    <w:p>
      <w:pPr>
        <w:jc w:val="right"/>
      </w:pPr>
      <w:r>
        <w:t>روح کو دیکھیے آپ۔</w:t>
      </w:r>
    </w:p>
    <w:p>
      <w:r>
        <w:rPr>
          <w:b/>
        </w:rPr>
        <w:t xml:space="preserve">[45:06] </w:t>
      </w:r>
      <w:r>
        <w:t>Khuda ki qasam agar tum meri baat na mano tab bhi main tumhari itaat karunga.</w:t>
      </w:r>
    </w:p>
    <w:p>
      <w:pPr>
        <w:jc w:val="right"/>
      </w:pPr>
      <w:r>
        <w:t>خدا کی قسم اگر تم میری بات نہ مانو تب بھی میں تمہاری اطاعت کروں گا۔</w:t>
      </w:r>
    </w:p>
    <w:p>
      <w:r>
        <w:rPr>
          <w:b/>
        </w:rPr>
        <w:t xml:space="preserve">[45:15] </w:t>
      </w:r>
      <w:r>
        <w:t>Yeh thay woh log jin ko hum Sahaba kehte hain. Yeh thay woh log jinhone Islam ko qaim kiya. Yeh woh thay woh log jinhone Islam ki jarrein jamayin aaj is ka hum phal kha rahe hain.</w:t>
      </w:r>
    </w:p>
    <w:p>
      <w:pPr>
        <w:jc w:val="right"/>
      </w:pPr>
      <w:r>
        <w:t>یہ تھے وہ لوگ جن کو ہم صحابہ کہتے ہیں۔ یہ تھے وہ لوگ جنہوں نے اسلام کو قائم کیا۔ یہ وہ تھے وہ لوگ جنہوں نے اسلام کی جڑیں جمائیں آج اس کا ہم پھل کھا رہے ہیں۔</w:t>
      </w:r>
    </w:p>
    <w:p>
      <w:r>
        <w:rPr>
          <w:b/>
        </w:rPr>
        <w:t xml:space="preserve">[45:34] </w:t>
      </w:r>
      <w:r>
        <w:t>Khuda ki qasam agar tum meri baat na mano tab bhi main tumhari itaat karunga.</w:t>
      </w:r>
    </w:p>
    <w:p>
      <w:pPr>
        <w:jc w:val="right"/>
      </w:pPr>
      <w:r>
        <w:t>خدا کی قسم اگر تم میری بات نہ مانو تب بھی میں تمہاری اطاعت کروں گا۔</w:t>
      </w:r>
    </w:p>
    <w:p>
      <w:r>
        <w:rPr>
          <w:b/>
        </w:rPr>
        <w:t xml:space="preserve">[45:42] </w:t>
      </w:r>
      <w:r>
        <w:t>To main ne kai baar yeh baat kahi ke yeh mission dawat ka mission jo hai is ko koi bhi khatra kisi cheez se nahi hai. Sirf aapas ke ikhtilaf se khatra ho sakta hai agar ho sakta hai to.</w:t>
      </w:r>
    </w:p>
    <w:p>
      <w:pPr>
        <w:jc w:val="right"/>
      </w:pPr>
      <w:r>
        <w:t>تو میں نے کئی بار یہ بات کہی کہ یہ مشن دعوت کا مشن جو ہے اس کو کوئی بھی خطرہ کسی چیز سے نہیں ہے۔ صرف آپس کے اختلاف سے خطرہ ہو سکتا ہے اگر ہو سکتا ہے تو۔</w:t>
      </w:r>
    </w:p>
    <w:p>
      <w:r>
        <w:rPr>
          <w:b/>
        </w:rPr>
        <w:t xml:space="preserve">[45:56] </w:t>
      </w:r>
      <w:r>
        <w:t>Yeh Rasool Allah Sal Allahu Alaihi Wa Sallam ne yeh baat kahi thi. Yeh baat Rasool Allah ne kahi thi ke is mission ko koi khatra nahi hai. Agar hoga to sirf aapas ke ikhtilaf se khatra hoga.</w:t>
      </w:r>
    </w:p>
    <w:p>
      <w:pPr>
        <w:jc w:val="right"/>
      </w:pPr>
      <w:r>
        <w:t>یہ رسول اللہ صلی اللہ علیہ وسلم نے یہ بات کہی تھی۔ یہ بات رسول اللہ نے کہی تھی کہ اس مشن کو کوئی خطرہ نہیں ہے۔ اگر ہوگا تو صرف آپس کے اختلاف سے خطرہ ہوگا۔</w:t>
      </w:r>
    </w:p>
    <w:p>
      <w:r>
        <w:rPr>
          <w:b/>
        </w:rPr>
        <w:t xml:space="preserve">[46:09] </w:t>
      </w:r>
      <w:r>
        <w:t>Wahi hamare CPS ke mission mein bhi hai.</w:t>
      </w:r>
    </w:p>
    <w:p>
      <w:pPr>
        <w:jc w:val="right"/>
      </w:pPr>
      <w:r>
        <w:t>وہی ہمارے سی پی ایس کے مشن میں بھی ہے۔</w:t>
      </w:r>
    </w:p>
    <w:p>
      <w:r>
        <w:rPr>
          <w:b/>
        </w:rPr>
        <w:t xml:space="preserve">[46:16] </w:t>
      </w:r>
      <w:r>
        <w:t>Sab se bari cheez jo Shaitan dakhil karta hai woh aapas ka ikhtilaf hai. Dekhiye ek hai ikhtilaf e rai is ko main nahi keh raha hoon.</w:t>
      </w:r>
    </w:p>
    <w:p>
      <w:pPr>
        <w:jc w:val="right"/>
      </w:pPr>
      <w:r>
        <w:t>سب سے بڑی چیز جو شیطان داخل کرتا ہے وہ آپس کا اختلاف ہے۔ دیکھیے ایک ہے اختلاف رائے اس کو میں نہیں کہہ رہا ہوں۔</w:t>
      </w:r>
    </w:p>
    <w:p>
      <w:r>
        <w:rPr>
          <w:b/>
        </w:rPr>
        <w:t xml:space="preserve">[46:27] </w:t>
      </w:r>
      <w:r>
        <w:t>Ikhtilaf e rai ko main nahi keh raha hoon. Main jis cheez ko keh raha hoon woh yeh hai ke kisi ki rai alag ho to usi chahe ke wahi rai chale. Aur na chale to woh lage propaganda karne.</w:t>
      </w:r>
    </w:p>
    <w:p>
      <w:pPr>
        <w:jc w:val="right"/>
      </w:pPr>
      <w:r>
        <w:t>اختلاف رائے کو میں نہیں کہہ رہا ہوں۔ میں جس چیز کو کہہ رہا ہوں وہ یہ ہے کہ کسی کی رائے الگ ہو تو اسی چاہے کہ وہی رائے چلے۔ اور نہ چلے تو وہ لگے پروپیگنڈا کرنے۔</w:t>
      </w:r>
    </w:p>
    <w:p>
      <w:r>
        <w:rPr>
          <w:b/>
        </w:rPr>
        <w:t xml:space="preserve">[46:43] </w:t>
      </w:r>
      <w:r>
        <w:t>aur negative khayalat phailane yeh haram se zyada buri cheez hai yaqeen kijie. main samajhta hoon ke sharab peena gunah hai khanzir ka ka gosht khana gunah hai lekin is se bhi zyada bada gunah yeh hai ke dawat ke liye koi ijtimaaiyat qaim ho.</w:t>
      </w:r>
    </w:p>
    <w:p>
      <w:pPr>
        <w:jc w:val="right"/>
      </w:pPr>
      <w:r>
        <w:t>اور نیگیٹیو خیالات پھیلانے یہ حرام سے زیادہ بری چیز ہے یقین کیجیے۔ میں سمجھتا ہوں کہ شراب پینا گناہ ہے خنزیر کا کا گوشت کھانا گناہ ہے لیکن اس سے بھی زیادہ بڑا گناہ یہ ہے کہ دعوت کے لیے کوئی اجتماعیت قائم ہو۔</w:t>
      </w:r>
    </w:p>
    <w:p>
      <w:r>
        <w:rPr>
          <w:b/>
        </w:rPr>
        <w:t xml:space="preserve">[47:02] </w:t>
      </w:r>
      <w:r>
        <w:t>dawat ke liye koi kaam uthe aur koi shakhs apni ek zaati rai ko le kar is mein khalal daalne lage.</w:t>
      </w:r>
    </w:p>
    <w:p>
      <w:pPr>
        <w:jc w:val="right"/>
      </w:pPr>
      <w:r>
        <w:t>دعوت کے لیے کوئی کام اٹھے اور کوئی شخص اپنی ایک ذاتی رائے کو لے کر اس میں خلل ڈالنے لگے۔</w:t>
      </w:r>
    </w:p>
    <w:p>
      <w:r>
        <w:rPr>
          <w:b/>
        </w:rPr>
        <w:t xml:space="preserve">[47:11] </w:t>
      </w:r>
      <w:r>
        <w:t>is se bada haram aur koi nahi hai.</w:t>
      </w:r>
    </w:p>
    <w:p>
      <w:pPr>
        <w:jc w:val="right"/>
      </w:pPr>
      <w:r>
        <w:t>اس سے بڑا حرام اور کوئی نہیں ہے۔</w:t>
      </w:r>
    </w:p>
    <w:p>
      <w:r>
        <w:rPr>
          <w:b/>
        </w:rPr>
        <w:t xml:space="preserve">[47:18] </w:t>
      </w:r>
      <w:r>
        <w:t>bahut hi zyada is mein aap ko</w:t>
      </w:r>
    </w:p>
    <w:p>
      <w:pPr>
        <w:jc w:val="right"/>
      </w:pPr>
      <w:r>
        <w:t>بہت ہی زیادہ اس میں آپ کو</w:t>
      </w:r>
    </w:p>
    <w:p>
      <w:r>
        <w:rPr>
          <w:b/>
        </w:rPr>
        <w:t xml:space="preserve">[47:24] </w:t>
      </w:r>
      <w:r>
        <w:t>dekhiye ek baat mein yeh arz karna chahunga ke</w:t>
      </w:r>
    </w:p>
    <w:p>
      <w:pPr>
        <w:jc w:val="right"/>
      </w:pPr>
      <w:r>
        <w:t>دیکھیے ایک بات میں یہ عرض کرنا چاہوں گا کہ</w:t>
      </w:r>
    </w:p>
    <w:p>
      <w:r>
        <w:rPr>
          <w:b/>
        </w:rPr>
        <w:t xml:space="preserve">[47:31] </w:t>
      </w:r>
      <w:r>
        <w:t>Allah taala ne anbiya bheje anbiya ne kaam kiya. phir sahaba karam uthe sahaba karam ne kaam kiya. is ke baad hadith mein aata hai ke aakhri zamane mein ek giroh uthega jo jin ko ikhwan e rasool kaha gaya hai woh kaam karenge.</w:t>
      </w:r>
    </w:p>
    <w:p>
      <w:pPr>
        <w:jc w:val="right"/>
      </w:pPr>
      <w:r>
        <w:t>اللہ تعالیٰ نے انبیاء بھیجے انبیاء نے کام کیا۔ پھر صحابہ کرام اٹھے صحابہ کرام نے کام کیا۔ اس کے بعد حدیث میں آتا ہے کہ آخری زمانے میں ایک گروہ اٹھے گا جو جن کو اخوان رسول کہا گیا ہے وہ کام کریں گے۔</w:t>
      </w:r>
    </w:p>
    <w:p>
      <w:r>
        <w:rPr>
          <w:b/>
        </w:rPr>
        <w:t xml:space="preserve">[47:55] </w:t>
      </w:r>
      <w:r>
        <w:t>to yahan mein kahunga ke khair o ahbat ke bare mein bahut se logon ki rai hai ke khair o ahbat se bada sahaba hain.</w:t>
      </w:r>
    </w:p>
    <w:p>
      <w:pPr>
        <w:jc w:val="right"/>
      </w:pPr>
      <w:r>
        <w:t>تو یہاں میں کہوں گا کہ خیر و احبت کے بارے میں بہت سے لوگوں کی رائے ہے کہ خیر و احبت سے بڑا صحابہ ہیں۔</w:t>
      </w:r>
    </w:p>
    <w:p>
      <w:r>
        <w:rPr>
          <w:b/>
        </w:rPr>
        <w:t xml:space="preserve">[48:05] </w:t>
      </w:r>
      <w:r>
        <w:t>to khair o ahbat ke bare mein Hazrat Umar ne farmaya tha ke man sarra an yakuna mithlahu shartullah jo</w:t>
      </w:r>
    </w:p>
    <w:p>
      <w:pPr>
        <w:jc w:val="right"/>
      </w:pPr>
      <w:r>
        <w:t>تو خیر و احبت کے بارے میں حضرت عمر نے فرمایا تھا کہ من سرہ ان یکون مثلہ شرط اللہ جو</w:t>
      </w:r>
    </w:p>
    <w:p>
      <w:r>
        <w:rPr>
          <w:b/>
        </w:rPr>
        <w:t xml:space="preserve">[48:19] </w:t>
      </w:r>
      <w:r>
        <w:t>aadmi yeh chahta ho ke woh is khair o ummat mein is ka shumar ho to us ki shart poora kare us ki condition poori kar.</w:t>
      </w:r>
    </w:p>
    <w:p>
      <w:pPr>
        <w:jc w:val="right"/>
      </w:pPr>
      <w:r>
        <w:t>آدمی یہ چاہتا ہو کہ وہ اس خیر و امت میں اس کا شمار ہو تو اس کی شرط پورا کرے اس کی کنڈیشن پوری کرے۔</w:t>
      </w:r>
    </w:p>
    <w:p>
      <w:r>
        <w:rPr>
          <w:b/>
        </w:rPr>
        <w:t xml:space="preserve">[48:31] </w:t>
      </w:r>
      <w:r>
        <w:t>to wohi mamla aakhri zamane mein uthne wale ikhwan e rasool ka hai. ikhwan e rasool koi title nahi koi paidaishi haq nahi hai.</w:t>
      </w:r>
    </w:p>
    <w:p>
      <w:pPr>
        <w:jc w:val="right"/>
      </w:pPr>
      <w:r>
        <w:t>تو وہی معاملہ آخری زمانے میں اٹھنے والے اخوان رسول کا ہے۔ اخوان رسول کوئی ٹائٹل نہیں کوئی پیدائشی حق نہیں ہے۔</w:t>
      </w:r>
    </w:p>
    <w:p>
      <w:r>
        <w:rPr>
          <w:b/>
        </w:rPr>
        <w:t xml:space="preserve">[48:43] </w:t>
      </w:r>
      <w:r>
        <w:t>koi ab apna naam rakh le ikhwan e rasool is se koi nahi banta hai ikhwan e rasool. main aur aap declare kar dein ke hum ikhwan e rasool hon to is se nahi ban jayenge aap ikhwan e rasool.</w:t>
      </w:r>
    </w:p>
    <w:p>
      <w:pPr>
        <w:jc w:val="right"/>
      </w:pPr>
      <w:r>
        <w:t>کوئی اب اپنا نام رکھ لے اخوان رسول اس سے کوئی نہیں بنتا ہے اخوان رسول۔ میں اور آپ ڈیکلیئر کر دیں کہ ہم اخوان رسول ہوں تو اس سے نہیں بن جائیں گے آپ اخوان رسول۔</w:t>
      </w:r>
    </w:p>
    <w:p>
      <w:r>
        <w:rPr>
          <w:b/>
        </w:rPr>
        <w:t xml:space="preserve">[48:58] </w:t>
      </w:r>
      <w:r>
        <w:t>is ki shart poori karni hogi. aur shart yahi hai ke ashaab e rasool ke jo model hai us ko ikhtiyar karna.</w:t>
      </w:r>
    </w:p>
    <w:p>
      <w:pPr>
        <w:jc w:val="right"/>
      </w:pPr>
      <w:r>
        <w:t>اس کی شرط پوری کرنی ہوگی۔ اور شرط یہی ہے کہ اصحاب رسول کے جو ماڈل ہے اس کو اختیار کرنا۔</w:t>
      </w:r>
    </w:p>
    <w:p>
      <w:r>
        <w:rPr>
          <w:b/>
        </w:rPr>
        <w:t xml:space="preserve">[49:10] </w:t>
      </w:r>
      <w:r>
        <w:t>is model ko ke sole concern sirf dawat ko banana. ikhtilaf ko haram samajhna. ek doosre se sirf mohabbat karna.</w:t>
      </w:r>
    </w:p>
    <w:p>
      <w:pPr>
        <w:jc w:val="right"/>
      </w:pPr>
      <w:r>
        <w:t>اس ماڈل کو کہ سول کنسرن صرف دعوت کو بنانا۔ اختلاف کو حرام سمجھنا۔ ایک دوسرے سے صرف محبت کرنا۔</w:t>
      </w:r>
    </w:p>
    <w:p>
      <w:r>
        <w:rPr>
          <w:b/>
        </w:rPr>
        <w:t xml:space="preserve">[49:22] </w:t>
      </w:r>
      <w:r>
        <w:t>hai na kabhi bhi nafrat mein mubtala na hona. yeh model hai sahaba ka. to is model ko jo log apna apnaenge wohi ikhwan e rasool qarar payenge.</w:t>
      </w:r>
    </w:p>
    <w:p>
      <w:pPr>
        <w:jc w:val="right"/>
      </w:pPr>
      <w:r>
        <w:t>ہے نا کبھی بھی نفرت میں مبتلا نہ ہونا۔ یہ ماڈل ہے صحابہ کا۔ تو اس ماڈل کو جو لوگ اپنا اپنائیں گے وہی اخوان رسول قرار پائیں گے۔</w:t>
      </w:r>
    </w:p>
    <w:p>
      <w:r>
        <w:rPr>
          <w:b/>
        </w:rPr>
        <w:t xml:space="preserve">[49:35] </w:t>
      </w:r>
      <w:r>
        <w:t>mere aap ke aelan karne se koi ikhwan e rasool nahi nahi ban jayega. is ki shart poora karne se ikhwan e rasool banega.</w:t>
      </w:r>
    </w:p>
    <w:p>
      <w:pPr>
        <w:jc w:val="right"/>
      </w:pPr>
      <w:r>
        <w:t>میرے آپ کے اعلان کرنے سے کوئی اخوان رسول نہیں نہیں بن جائے گا۔ اس کی شرط پورا کرنے سے اخوان رسول بنے گا۔</w:t>
      </w:r>
    </w:p>
    <w:p>
      <w:r>
        <w:rPr>
          <w:b/>
        </w:rPr>
        <w:t xml:space="preserve">[49:44] </w:t>
      </w:r>
      <w:r>
        <w:t>main sirf yeh keh sakta hoon ke aakhri zamane mein ab agar koi seat khali hai to wohi hai ikhwan e rasool ki seat.</w:t>
      </w:r>
    </w:p>
    <w:p>
      <w:pPr>
        <w:jc w:val="right"/>
      </w:pPr>
      <w:r>
        <w:t>میں صرف یہ کہہ سکتا ہوں کہ آخری زمانے میں اب اگر کوئی سیٹ خالی ہے تو وہی ہے اخوان رسول کی سیٹ۔</w:t>
      </w:r>
    </w:p>
    <w:p>
      <w:r>
        <w:rPr>
          <w:b/>
        </w:rPr>
        <w:t xml:space="preserve">[49:54] </w:t>
      </w:r>
      <w:r>
        <w:t>sari seatain bhar chuki hain.</w:t>
      </w:r>
    </w:p>
    <w:p>
      <w:pPr>
        <w:jc w:val="right"/>
      </w:pPr>
      <w:r>
        <w:t>ساری سیٹیں بھر چکی ہیں۔</w:t>
      </w:r>
    </w:p>
    <w:p>
      <w:r>
        <w:rPr>
          <w:b/>
        </w:rPr>
        <w:t xml:space="preserve">[49:58] </w:t>
      </w:r>
      <w:r>
        <w:t>sari seatain bhar chuki hain. ab agar koi seat khali hai jahan kisi ko mile mauqa to woh ikhwan e rasool ki seat hai.</w:t>
      </w:r>
    </w:p>
    <w:p>
      <w:pPr>
        <w:jc w:val="right"/>
      </w:pPr>
      <w:r>
        <w:t>ساری سیٹیں بھر چکی ہیں۔ اب اگر کوئی سیٹ خالی ہے جہاں کسی کو ملے موقع تو وہ اخوان رسول کی سیٹ ہے۔</w:t>
      </w:r>
    </w:p>
    <w:p>
      <w:r>
        <w:rPr>
          <w:b/>
        </w:rPr>
        <w:t xml:space="preserve">[50:13] </w:t>
      </w:r>
      <w:r>
        <w:t>is ke baad to dunya ka khatma hai is ke baad to qayamat hai.</w:t>
      </w:r>
    </w:p>
    <w:p>
      <w:pPr>
        <w:jc w:val="right"/>
      </w:pPr>
      <w:r>
        <w:t>اس کے بعد تو دنیا کا خاتمہ ہے اس کے بعد تو قیامت ہے۔</w:t>
      </w:r>
    </w:p>
    <w:p>
      <w:r>
        <w:rPr>
          <w:b/>
        </w:rPr>
        <w:t xml:space="preserve">[50:20] </w:t>
      </w:r>
      <w:r>
        <w:t>to wohi Hazrat Umar ke alfaaz hain main kahunga ke jo insaan is seat jo insaan yeh chahe ke is seat par mujhe ikhwan e rasool ki seat par mujhe jagah mile to us ki shart poori kare woh.</w:t>
      </w:r>
    </w:p>
    <w:p>
      <w:pPr>
        <w:jc w:val="right"/>
      </w:pPr>
      <w:r>
        <w:t>تو وہی حضرت عمر کے الفاظ ہیں میں کہوں گا کہ جو انسان اس سیٹ جو انسان یہ چاہے کہ اس سیٹ پر مجھے اخوان رسول کی سیٹ پر مجھے جگہ ملے تو اس کی شرط پوری کرے وہ۔</w:t>
      </w:r>
    </w:p>
    <w:p>
      <w:r>
        <w:rPr>
          <w:b/>
        </w:rPr>
        <w:t xml:space="preserve">[50:39] </w:t>
      </w:r>
      <w:r>
        <w:t>woh sahaba ki zindagi ko parhe sahaba ke mizaj ko parhe. sahaba kaise kaam karte the us ko woh jaane.</w:t>
      </w:r>
    </w:p>
    <w:p>
      <w:pPr>
        <w:jc w:val="right"/>
      </w:pPr>
      <w:r>
        <w:t>وہ صحابہ کی زندگی کو پڑھے صحابہ کے مزاج کو پڑھے۔ صحابہ کیسے کام کرتے تھے اس کو وہ جانے۔</w:t>
      </w:r>
    </w:p>
    <w:p>
      <w:r>
        <w:rPr>
          <w:b/>
        </w:rPr>
        <w:t xml:space="preserve">[50:49] </w:t>
      </w:r>
      <w:r>
        <w:t>isi andaaz ko aaj is ikkiswin sadi mein ikhtiyar kare.</w:t>
      </w:r>
    </w:p>
    <w:p>
      <w:pPr>
        <w:jc w:val="right"/>
      </w:pPr>
      <w:r>
        <w:t>اسی انداز کو آج اس اکیسویں صدی میں اختیار کرے۔</w:t>
      </w:r>
    </w:p>
    <w:p>
      <w:r>
        <w:rPr>
          <w:b/>
        </w:rPr>
        <w:t xml:space="preserve">[50:56] </w:t>
      </w:r>
      <w:r>
        <w:t>to ikhwan e rasool jo hain woh ashaab e rasool hi ka model par chalne wale log honge. koi ek jamaat banaye aur kahe ke yeh sab ikhwan e rasool hain to yeh bahut badi sarkashi hai sarkashi.</w:t>
      </w:r>
    </w:p>
    <w:p>
      <w:pPr>
        <w:jc w:val="right"/>
      </w:pPr>
      <w:r>
        <w:t>تو اخوان رسول جو ہیں وہ اصحاب رسول ہی کا کہ ماڈل پر چلنے والے لوگ ہوں گے۔ کوئی ایک جماعت بنائے اور کہے کہ یہ سب اخوان رسول ہیں تو یہ بہت بڑی سرکشی ہے سرکشی۔</w:t>
      </w:r>
    </w:p>
    <w:p>
      <w:r>
        <w:rPr>
          <w:b/>
        </w:rPr>
        <w:t xml:space="preserve">[51:15] </w:t>
      </w:r>
      <w:r>
        <w:t>koi ek jamaat banaye aur keh de ke ikhwan e rasool hain yeh to yeh sarkashi hai. ikhwan e rasool dekhiye ferda ferda hoga giroh ke aitbar se nahi hoga.</w:t>
      </w:r>
    </w:p>
    <w:p>
      <w:pPr>
        <w:jc w:val="right"/>
      </w:pPr>
      <w:r>
        <w:t>کوئی ایک جماعت بنائے اور کہہ دے کہ اخوان رسول ہیں یہ تو یہ سرکشی ہے۔ اخوان رسول دیکھیے فردا فردا ہوگا گروہ کے اعتبار سے نہیں ہوگا۔</w:t>
      </w:r>
    </w:p>
    <w:p>
      <w:r>
        <w:rPr>
          <w:b/>
        </w:rPr>
        <w:t xml:space="preserve">[51:30] </w:t>
      </w:r>
      <w:r>
        <w:t>ikhwan e rasool ka faisla fard fard ke aitbar se hoga. individual ke aitbar se hoga. yani jo fard is condition ko poori kare woh ikhwan e rasool mein shamil hoga.</w:t>
      </w:r>
    </w:p>
    <w:p>
      <w:pPr>
        <w:jc w:val="right"/>
      </w:pPr>
      <w:r>
        <w:t>اخوان رسول کا فیصلہ فرد فرد کے اعتبار سے ہوگا۔ انڈیویجول کے اعتبار سے ہوگا۔ یعنی جو فرد اس کنڈیشن کو پوری کرے وہ اخوان رسول میں شامل ہوگا۔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