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Issues of Islam in the Present World 11 Nov, 2012 - Maulana Wahiduddin Khan</w:t>
      </w:r>
    </w:p>
    <w:p>
      <w:r>
        <w:t>https://www.youtube.com/watch?v=_2hQa846Qzc</w:t>
      </w:r>
    </w:p>
    <w:p>
      <w:r>
        <w:rPr>
          <w:b/>
        </w:rPr>
        <w:t xml:space="preserve">[00:14] </w:t>
      </w:r>
      <w:r>
        <w:t>bismillah-al-rahman-al-rahim, wa-salla-allah-ala-al-nabi-al-karim. rab-ishrah-li-sadri, wa-yassir-li-amri,</w:t>
      </w:r>
    </w:p>
    <w:p>
      <w:pPr>
        <w:jc w:val="right"/>
      </w:pPr>
      <w:r>
        <w:t>بسم اللہ الرحمن الرحیم، وصلی اللہ علی النبی الکریم۔ رب اشرح لی صدری، ویسر لی امری،</w:t>
      </w:r>
    </w:p>
    <w:p>
      <w:r>
        <w:rPr>
          <w:b/>
        </w:rPr>
        <w:t xml:space="preserve">[00:28] </w:t>
      </w:r>
      <w:r>
        <w:t>wa-ahlul-uqdatan-min-lisani, yafqahu-qawli.</w:t>
      </w:r>
    </w:p>
    <w:p>
      <w:pPr>
        <w:jc w:val="right"/>
      </w:pPr>
      <w:r>
        <w:t>واحل العقدۃ من لسانی، یفقہ قولی۔</w:t>
      </w:r>
    </w:p>
    <w:p>
      <w:r>
        <w:rPr>
          <w:b/>
        </w:rPr>
        <w:t xml:space="preserve">[00:36] </w:t>
      </w:r>
      <w:r>
        <w:t>aaj ka topic hai: mauzu zamanay mein islam aur musalmanon ke masail. mukhtasar taur par main kahunga ke issues in islam.</w:t>
      </w:r>
    </w:p>
    <w:p>
      <w:pPr>
        <w:jc w:val="right"/>
      </w:pPr>
      <w:r>
        <w:t>آج کا ٹاپک ہے: موضوع زمانے میں اسلام اور مسلمانوں کے مسائل۔ مختصر طور پر میں کہوں گا کہ ایشوز ان اسلام۔</w:t>
      </w:r>
    </w:p>
    <w:p>
      <w:r>
        <w:rPr>
          <w:b/>
        </w:rPr>
        <w:t xml:space="preserve">[00:54] </w:t>
      </w:r>
      <w:r>
        <w:t>yeh bohat hi important topic hai, kyunke aaj har jagah,</w:t>
      </w:r>
    </w:p>
    <w:p>
      <w:pPr>
        <w:jc w:val="right"/>
      </w:pPr>
      <w:r>
        <w:t>یہ بہت ہی امپورٹنٹ ٹاپک ہے، کیونکہ آج ہر جگہ،</w:t>
      </w:r>
    </w:p>
    <w:p>
      <w:r>
        <w:rPr>
          <w:b/>
        </w:rPr>
        <w:t xml:space="preserve">[01:04] </w:t>
      </w:r>
      <w:r>
        <w:t>saari duniya mein, chahe musalman kisi bhi mulk mein hon, woh masail se dochar hain. islam har jagah</w:t>
      </w:r>
    </w:p>
    <w:p>
      <w:pPr>
        <w:jc w:val="right"/>
      </w:pPr>
      <w:r>
        <w:t>ساری دنیا میں، چاہے مسلمان کسی بھی ملک میں ہوں، وہ مسائل سے دوچار ہیں۔ اسلام ہر جگہ</w:t>
      </w:r>
    </w:p>
    <w:p>
      <w:r>
        <w:rPr>
          <w:b/>
        </w:rPr>
        <w:t xml:space="preserve">[01:18] </w:t>
      </w:r>
      <w:r>
        <w:t>badnami ka title mil raha hai islam ko. islam religion of vices. islam religion of vices. musalmanon mein kaha ja raha hai ke musalman ka mazhab aisa hai ke woh kai har jagah misfit hain.</w:t>
      </w:r>
    </w:p>
    <w:p>
      <w:pPr>
        <w:jc w:val="right"/>
      </w:pPr>
      <w:r>
        <w:t>بدنامی کا ٹائٹل مل رہا ہے اسلام کو۔ اسلام ریلیجن اف وائسز۔ اسلام ریلیجن اف وائسز۔ مسلمانوں میں کہا جا رہا ہے کہ مسلمان کا مذہب ایسا ہے کہ وہ کئی ہر جگہ مس فٹ ہیں۔</w:t>
      </w:r>
    </w:p>
    <w:p>
      <w:r>
        <w:rPr>
          <w:b/>
        </w:rPr>
        <w:t xml:space="preserve">[01:33] </w:t>
      </w:r>
      <w:r>
        <w:t>har jagah misfit hain woh. to goya islam mauzu zamanay mein irrelevant ban gaya hai. is par bohat zyada gehrai ke sath sochne ki zarurat hai.</w:t>
      </w:r>
    </w:p>
    <w:p>
      <w:pPr>
        <w:jc w:val="right"/>
      </w:pPr>
      <w:r>
        <w:t>ہر جگہ مس فٹ ہیں وہ۔ تو گویا اسلام موضوع زمانے میں ارریلیونٹ بن گیا ہے۔ اس پر بہت زیادہ گہرائی کے ساتھ سوچنے کی ضرورت ہے۔</w:t>
      </w:r>
    </w:p>
    <w:p>
      <w:r>
        <w:rPr>
          <w:b/>
        </w:rPr>
        <w:t xml:space="preserve">[01:50] </w:t>
      </w:r>
      <w:r>
        <w:t>bohat zyada gehrai ke sath. dekhiye, islam ki</w:t>
      </w:r>
    </w:p>
    <w:p>
      <w:pPr>
        <w:jc w:val="right"/>
      </w:pPr>
      <w:r>
        <w:t>بہت زیادہ گہرائی کے ساتھ۔ دیکھیے، اسلام کی</w:t>
      </w:r>
    </w:p>
    <w:p>
      <w:r>
        <w:rPr>
          <w:b/>
        </w:rPr>
        <w:t xml:space="preserve">[01:58] </w:t>
      </w:r>
      <w:r>
        <w:t>jo talimat hain ya paighambaron ki jo talimat hain, un mein se ek sunnat hai jis ko aaj kal ke zamanay mein kahunga reassessment.</w:t>
      </w:r>
    </w:p>
    <w:p>
      <w:pPr>
        <w:jc w:val="right"/>
      </w:pPr>
      <w:r>
        <w:t>جو تعلیمات ہیں یا پیغمبروں کی جو تعلیمات ہیں، ان میں سے ایک سنت ہے جس کو آج کل کے زمانے میں کہوں گا ری اسسمنٹ۔</w:t>
      </w:r>
    </w:p>
    <w:p>
      <w:r>
        <w:rPr>
          <w:b/>
        </w:rPr>
        <w:t xml:space="preserve">[02:10] </w:t>
      </w:r>
      <w:r>
        <w:t>dobara ghor karna. reassessment. ke ek step liya aap ne, ek dhang par aap ne planning ki,</w:t>
      </w:r>
    </w:p>
    <w:p>
      <w:pPr>
        <w:jc w:val="right"/>
      </w:pPr>
      <w:r>
        <w:t>دوبارہ غور کرنا۔ ری اسسمنٹ۔ کہ ایک اسٹیپ لیا آپ نے، ایک ڈھنگ پر آپ نے پلاننگ کی،</w:t>
      </w:r>
    </w:p>
    <w:p>
      <w:r>
        <w:rPr>
          <w:b/>
        </w:rPr>
        <w:t xml:space="preserve">[02:23] </w:t>
      </w:r>
      <w:r>
        <w:t>lekin woh planning</w:t>
      </w:r>
    </w:p>
    <w:p>
      <w:pPr>
        <w:jc w:val="right"/>
      </w:pPr>
      <w:r>
        <w:t>لیکن وہ پلاننگ</w:t>
      </w:r>
    </w:p>
    <w:p>
      <w:r>
        <w:rPr>
          <w:b/>
        </w:rPr>
        <w:t xml:space="preserve">[02:29] </w:t>
      </w:r>
      <w:r>
        <w:t>jo jo result chahte the aap unhein nikla. Then you have to revise the whole thing.</w:t>
      </w:r>
    </w:p>
    <w:p>
      <w:pPr>
        <w:jc w:val="right"/>
      </w:pPr>
      <w:r>
        <w:t>جو جو رزلٹ چاہتے تھے آپ انہیں نکلا۔ دین یو ہیو ٹو ریوائز دا ہول تھنگ۔</w:t>
      </w:r>
    </w:p>
    <w:p>
      <w:r>
        <w:rPr>
          <w:b/>
        </w:rPr>
        <w:t xml:space="preserve">[02:40] </w:t>
      </w:r>
      <w:r>
        <w:t>you have to reassess the whole matter. Yeh bhi Islam ki ek sunnat hai. Is ka ek saboot yeh hai ke Rasool Allah sallallahu alaihi wasallam ke zamanay mein dekhiye,</w:t>
      </w:r>
    </w:p>
    <w:p>
      <w:pPr>
        <w:jc w:val="right"/>
      </w:pPr>
      <w:r>
        <w:t>یو ہیو ٹو ری اسس دا ہول میٹر۔ یہ بھی اسلام کی ایک سنت ہے۔ اس کا ایک ثبوت یہ ہے کہ رسول اللہ صلی اللہ علیہ وسلم کے زمانے میں دیکھیے،</w:t>
      </w:r>
    </w:p>
    <w:p>
      <w:r>
        <w:rPr>
          <w:b/>
        </w:rPr>
        <w:t xml:space="preserve">[02:54] </w:t>
      </w:r>
      <w:r>
        <w:t>badr ka ghazwa hua, hunain ka ghazwa hua, uhud ka ghazwa hua, aur chhote chhote ghazwat hue.</w:t>
      </w:r>
    </w:p>
    <w:p>
      <w:pPr>
        <w:jc w:val="right"/>
      </w:pPr>
      <w:r>
        <w:t>بدر کا غزوہ ہوا، حنین کا غزوہ ہوا، احد کا غزوہ ہوا، اور چھوٹے چھوٹے غزوات ہوئے۔</w:t>
      </w:r>
    </w:p>
    <w:p>
      <w:r>
        <w:rPr>
          <w:b/>
        </w:rPr>
        <w:t xml:space="preserve">[03:06] </w:t>
      </w:r>
      <w:r>
        <w:t>lekin masla hal nahi hota tha.</w:t>
      </w:r>
    </w:p>
    <w:p>
      <w:pPr>
        <w:jc w:val="right"/>
      </w:pPr>
      <w:r>
        <w:t>لیکن مسئلہ حل نہیں ہوتا تھا۔</w:t>
      </w:r>
    </w:p>
    <w:p>
      <w:r>
        <w:rPr>
          <w:b/>
        </w:rPr>
        <w:t xml:space="preserve">[03:12] </w:t>
      </w:r>
      <w:r>
        <w:t>shirk ka dard khatm nahi hota tha. to aap ne reassess kiya, revise kiya, aur aap ne replanning ki.</w:t>
      </w:r>
    </w:p>
    <w:p>
      <w:pPr>
        <w:jc w:val="right"/>
      </w:pPr>
      <w:r>
        <w:t>شرک کا درد ختم نہیں ہوتا تھا۔ تو آپ نے ری اسس کیا، ریوائز کیا، اور آپ نے ری پلاننگ کی۔</w:t>
      </w:r>
    </w:p>
    <w:p>
      <w:r>
        <w:rPr>
          <w:b/>
        </w:rPr>
        <w:t xml:space="preserve">[03:24] </w:t>
      </w:r>
      <w:r>
        <w:t>yani</w:t>
      </w:r>
    </w:p>
    <w:p>
      <w:pPr>
        <w:jc w:val="right"/>
      </w:pPr>
      <w:r>
        <w:t>یعنی</w:t>
      </w:r>
    </w:p>
    <w:p>
      <w:r>
        <w:rPr>
          <w:b/>
        </w:rPr>
        <w:t xml:space="preserve">[03:28] </w:t>
      </w:r>
      <w:r>
        <w:t>war ke bajaye peace par mabni planning. woh thi hudaybiyah. bohat hi zyada sochne ki baat hai ke makki daur se le kar madani taur tak bar bar takrao hota raha, chhote baday.</w:t>
      </w:r>
    </w:p>
    <w:p>
      <w:pPr>
        <w:jc w:val="right"/>
      </w:pPr>
      <w:r>
        <w:t>وار کے بجائے پیس پر مبنی پلاننگ۔ وہ تھی حدیبیہ۔ بہت ہی زیادہ سوچنے کی بات ہے کہ مکی دور سے لے کر بدنی طور تک بار بار ٹکراؤ ہوتا رہا، چھوٹے بڑے۔</w:t>
      </w:r>
    </w:p>
    <w:p>
      <w:r>
        <w:rPr>
          <w:b/>
        </w:rPr>
        <w:t xml:space="preserve">[03:52] </w:t>
      </w:r>
      <w:r>
        <w:t>lekin masla hal nahi hota tha.</w:t>
      </w:r>
    </w:p>
    <w:p>
      <w:pPr>
        <w:jc w:val="right"/>
      </w:pPr>
      <w:r>
        <w:t>لیکن مسئلہ حل نہیں ہوتا تھا۔</w:t>
      </w:r>
    </w:p>
    <w:p>
      <w:r>
        <w:rPr>
          <w:b/>
        </w:rPr>
        <w:t xml:space="preserve">[03:57] </w:t>
      </w:r>
      <w:r>
        <w:t>masla yeh tha ke shirk ka dard khatm ho aur tauheed ka daur aaye. to woh nahi aata tha woh. to rasool allah sallallahu alaihi wasallam ne allah ki tawfeeq se replanning ki.</w:t>
      </w:r>
    </w:p>
    <w:p>
      <w:pPr>
        <w:jc w:val="right"/>
      </w:pPr>
      <w:r>
        <w:t>مسئلہ یہ تھا کہ شرک کا درد ختم ہو اور توحید کا دور آئے۔ تو وہ نہیں آتا تھا وہ۔ تو رسول اللہ صلی اللہ علیہ وسلم نے اللہ کی توفیق سے ری پلاننگ کی۔</w:t>
      </w:r>
    </w:p>
    <w:p>
      <w:r>
        <w:rPr>
          <w:b/>
        </w:rPr>
        <w:t xml:space="preserve">[04:15] </w:t>
      </w:r>
      <w:r>
        <w:t>ke is se pehle jo aap ki struggle thi, us mein bar bar war pesh aati thi, skirmishes pesh aati thin, takrao pesh aata tha.</w:t>
      </w:r>
    </w:p>
    <w:p>
      <w:pPr>
        <w:jc w:val="right"/>
      </w:pPr>
      <w:r>
        <w:t>کہ اس سے پہلے جو آپ کی سٹرگل تھی، اس میں بار بار وار پیش آتی تھی، اسکرمیشنز پیش آتی تھیں، ٹکراؤ پیش آتا تھا۔</w:t>
      </w:r>
    </w:p>
    <w:p>
      <w:r>
        <w:rPr>
          <w:b/>
        </w:rPr>
        <w:t xml:space="preserve">[04:29] </w:t>
      </w:r>
      <w:r>
        <w:t>to aap ne saare mamle ko ult diya aur aap ne san hudaybiyah kar li. san hudaybiyah jo hai, anokhi sunnat thi jis mein fareeq-e-sani ki sharton ko unilateral taur par maan liya gaya.</w:t>
      </w:r>
    </w:p>
    <w:p>
      <w:pPr>
        <w:jc w:val="right"/>
      </w:pPr>
      <w:r>
        <w:t>تو آپ نے سارے معاملے کو الٹ دیا اور آپ نے سن حدیبیہ کر لی۔ سن حدیبیہ جو ہے، انوکھی سنت تھی جس میں فریق ثانی کی شرطوں کو انلیٹرل طور پر مان لیا گیا۔</w:t>
      </w:r>
    </w:p>
    <w:p>
      <w:r>
        <w:rPr>
          <w:b/>
        </w:rPr>
        <w:t xml:space="preserve">[04:48] </w:t>
      </w:r>
      <w:r>
        <w:t>jo kaho manzoor, jo kaho manzoor. bas peace hum chahte hain. hatta ke allah rasool allah ko aap ne kaghaz se mita diya.</w:t>
      </w:r>
    </w:p>
    <w:p>
      <w:pPr>
        <w:jc w:val="right"/>
      </w:pPr>
      <w:r>
        <w:t>جو کہو منظور، جو کہو منظور۔ بس پیس ہم چاہتے ہیں۔ حتی کہ اللہ رسول اللہ کو آپ نے کاغذ سے مٹا دیا۔</w:t>
      </w:r>
    </w:p>
    <w:p>
      <w:r>
        <w:rPr>
          <w:b/>
        </w:rPr>
        <w:t xml:space="preserve">[04:59] </w:t>
      </w:r>
      <w:r>
        <w:t>jo kehte gaye woh sab manzoor.</w:t>
      </w:r>
    </w:p>
    <w:p>
      <w:pPr>
        <w:jc w:val="right"/>
      </w:pPr>
      <w:r>
        <w:t>جو کہتے گئے وہ سب منظور۔</w:t>
      </w:r>
    </w:p>
    <w:p>
      <w:r>
        <w:rPr>
          <w:b/>
        </w:rPr>
        <w:t xml:space="preserve">[05:04] </w:t>
      </w:r>
      <w:r>
        <w:t>to yani from war to peace, yeh thi planning aap ki hudaybiyah ke mauqe par.</w:t>
      </w:r>
    </w:p>
    <w:p>
      <w:pPr>
        <w:jc w:val="right"/>
      </w:pPr>
      <w:r>
        <w:t>تو یعنی فرام وار ٹو پیس، یہ تھی پلاننگ آپ کی حدیبیہ کے موقع پر۔</w:t>
      </w:r>
    </w:p>
    <w:p>
      <w:r>
        <w:rPr>
          <w:b/>
        </w:rPr>
        <w:t xml:space="preserve">[05:15] </w:t>
      </w:r>
      <w:r>
        <w:t>yeh itna bara waqia tha ke Allah taala ne ayat utari: "inna fatahna kaffatana". aap ghore kijiye ke badr ke baad, hunain ke baad, uhud ke baad, jo bhi ghazwaat kahe jaate hain, un ke baad yeh ayat utri thi kya?</w:t>
      </w:r>
    </w:p>
    <w:p>
      <w:pPr>
        <w:jc w:val="right"/>
      </w:pPr>
      <w:r>
        <w:t>یہ اتنا بڑا واقعہ تھا کہ اللہ تعالی نے آیت اتاری: "انا فتحنا کفتنا"۔ آپ غور کیجئے کہ بدر کے بعد، حنین کے بعد، احد کے بعد، جو بھی غزوات کہے جاتے ہیں، ان کے بعد یہ آیت اتری تھی کیا؟</w:t>
      </w:r>
    </w:p>
    <w:p>
      <w:r>
        <w:rPr>
          <w:b/>
        </w:rPr>
        <w:t xml:space="preserve">[05:31] </w:t>
      </w:r>
      <w:r>
        <w:t>kabhi aisa nahi utri ayat ke aaj tum ko hum ne open victory de di. aap ghore kijiye, is se pehle jitne bhi waqiaat hue the jin ko hum kehte hain ghazwaat, is ke pehle, is ke baad yeh yeh ayat kahan utri thi?</w:t>
      </w:r>
    </w:p>
    <w:p>
      <w:pPr>
        <w:jc w:val="right"/>
      </w:pPr>
      <w:r>
        <w:t>کبھی ایسا نہیں اتری آیت کہ آج تم کو ہم نے اوپن وکٹری دے دی۔ آپ غور کیجئے، اس سے پہلے جتنے بھی واقعات ہوئے تھے جن کو ہم کہتے ہیں غزوات، اس کے پہلے، اس کے بعد یہ یہ آیت کہاں اتری تھی؟</w:t>
      </w:r>
    </w:p>
    <w:p>
      <w:r>
        <w:rPr>
          <w:b/>
        </w:rPr>
        <w:t xml:space="preserve">[05:49] </w:t>
      </w:r>
      <w:r>
        <w:t>to kaha war par jo cheez nahi mil raha tha, us ko aap ne pees ke zariye hasil kiya.</w:t>
      </w:r>
    </w:p>
    <w:p>
      <w:pPr>
        <w:jc w:val="right"/>
      </w:pPr>
      <w:r>
        <w:t>تو کہا وار پر جو چیز نہیں مل رہا تھا، اس کو آپ نے پیس کے ذریعے حاصل کیا۔</w:t>
      </w:r>
    </w:p>
    <w:p>
      <w:r>
        <w:rPr>
          <w:b/>
        </w:rPr>
        <w:t xml:space="preserve">[05:58] </w:t>
      </w:r>
      <w:r>
        <w:t>that was a period of reassessment.</w:t>
      </w:r>
    </w:p>
    <w:p>
      <w:pPr>
        <w:jc w:val="right"/>
      </w:pPr>
      <w:r>
        <w:t>دیٹ واز بریکڈ اف ری اسسمنٹ۔</w:t>
      </w:r>
    </w:p>
    <w:p>
      <w:r>
        <w:rPr>
          <w:b/>
        </w:rPr>
        <w:t xml:space="preserve">[06:01] </w:t>
      </w:r>
      <w:r>
        <w:t>that was break of replanning.</w:t>
      </w:r>
    </w:p>
    <w:p>
      <w:pPr>
        <w:jc w:val="right"/>
      </w:pPr>
      <w:r>
        <w:t>دیٹ واز بریکڈ اف ری پلاننگ۔</w:t>
      </w:r>
    </w:p>
    <w:p>
      <w:r>
        <w:rPr>
          <w:b/>
        </w:rPr>
        <w:t xml:space="preserve">[06:06] </w:t>
      </w:r>
      <w:r>
        <w:t>yeh bhi Islam ki ek sunnat hai. dekhiye, log jo hain inhi cheezon ko sunnat samajhte hain jo jahan lafz sunnat likha hua ho.</w:t>
      </w:r>
    </w:p>
    <w:p>
      <w:pPr>
        <w:jc w:val="right"/>
      </w:pPr>
      <w:r>
        <w:t>یہ بھی اسلام کی ایک سنت ہے۔ دیکھیے، لوگ جو ہیں انہی چیزوں کو سنت سمجھتے ہیں جو جہاں لفظ سنت لکھا ہوا ہو۔</w:t>
      </w:r>
    </w:p>
    <w:p>
      <w:r>
        <w:rPr>
          <w:b/>
        </w:rPr>
        <w:t xml:space="preserve">[06:17] </w:t>
      </w:r>
      <w:r>
        <w:t>lekin zyada bari bari sunnatain woh hain jo amalan hain, qolan nahi hain.</w:t>
      </w:r>
    </w:p>
    <w:p>
      <w:pPr>
        <w:jc w:val="right"/>
      </w:pPr>
      <w:r>
        <w:t>لیکن زیادہ بڑی بڑی سنتیں وہ ہیں جو عملاً ہیں، قولا نہیں ہیں۔</w:t>
      </w:r>
    </w:p>
    <w:p>
      <w:r>
        <w:rPr>
          <w:b/>
        </w:rPr>
        <w:t xml:space="preserve">[06:24] </w:t>
      </w:r>
      <w:r>
        <w:t>Rasool Allah ne nahi farmaya ke dekho meri sunnaton mein se ek sunnat Hudaybiyah hai, lekin aap ko</w:t>
      </w:r>
    </w:p>
    <w:p>
      <w:pPr>
        <w:jc w:val="right"/>
      </w:pPr>
      <w:r>
        <w:t>رسول اللہ نے نہیں فرمایا کہ دیکھو میری سنتوں میں سے ایک سنت حدیبیہ ہے، لیکن آپ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