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Peace Dec 16, 2012 - Maulana Wahiduddin Khan</w:t>
      </w:r>
    </w:p>
    <w:p>
      <w:r>
        <w:t>https://www.youtube.com/watch?v=Ru4Eb3_cs7c</w:t>
      </w:r>
    </w:p>
    <w:p>
      <w:r>
        <w:rPr>
          <w:b/>
        </w:rPr>
        <w:t xml:space="preserve">[00:15] </w:t>
      </w:r>
      <w:r>
        <w:t>Bismillah Rehman ur Rahim, wa sallallahu ala nabiyyil karim. rab ishrah li sadri, wa yassir li amri, wahul uqdatan min lisani,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لسانی،</w:t>
      </w:r>
    </w:p>
    <w:p>
      <w:r>
        <w:rPr>
          <w:b/>
        </w:rPr>
        <w:t xml:space="preserve">[00:31]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[00:43] </w:t>
      </w:r>
      <w:r>
        <w:t>"The Importance of Peace". aman ki ahmiyat.</w:t>
      </w:r>
    </w:p>
    <w:p>
      <w:pPr>
        <w:jc w:val="right"/>
      </w:pPr>
      <w:r>
        <w:t>"The Importance of Peace"۔ امن کی اہمیت۔</w:t>
      </w:r>
    </w:p>
    <w:p>
      <w:r>
        <w:rPr>
          <w:b/>
        </w:rPr>
        <w:t xml:space="preserve">[00:52] </w:t>
      </w:r>
      <w:r>
        <w:t>Allah ke nazdeek aman ki ahmiyat bohat zyada hai, yani is ko aap social—is ko aap yeh kehte hain ke social sense mein woh gets good hai, yani som bonum.</w:t>
      </w:r>
    </w:p>
    <w:p>
      <w:pPr>
        <w:jc w:val="right"/>
      </w:pPr>
      <w:r>
        <w:t>اللہ کے نزدیک امن کی اہمیت بہت زیادہ ہے، یعنی اس کو آپ سوشل—اس کو آپ یہ کہتے ہیں کہ سوشل سینس میں وہ گیٹس گڈ ہے، یعنی سم بونم۔</w:t>
      </w:r>
    </w:p>
    <w:p>
      <w:r>
        <w:rPr>
          <w:b/>
        </w:rPr>
        <w:t xml:space="preserve">[01:15] </w:t>
      </w:r>
      <w:r>
        <w:t>social som bonum. is liye ke</w:t>
      </w:r>
    </w:p>
    <w:p>
      <w:pPr>
        <w:jc w:val="right"/>
      </w:pPr>
      <w:r>
        <w:t>سوشل سم بونم۔ اس لیے کہ</w:t>
      </w:r>
    </w:p>
    <w:p>
      <w:r>
        <w:rPr>
          <w:b/>
        </w:rPr>
        <w:t xml:space="preserve">[01:23] </w:t>
      </w:r>
      <w:r>
        <w:t>agar society mein ya logon ke beech mein aman ho, tabhi saare kaam theek se ho sakte hain. yani peace is the only basis for all kind of development,</w:t>
      </w:r>
    </w:p>
    <w:p>
      <w:pPr>
        <w:jc w:val="right"/>
      </w:pPr>
      <w:r>
        <w:t>اگر سوسائٹی میں یا لوگوں کے بیچ میں امن ہو، تبھی سارے کام ٹھیک سے ہو سکتے ہیں۔ یعنی پیس از دا اونلی بیسس فار ال کائنڈ آف ڈیولپمنٹ،</w:t>
      </w:r>
    </w:p>
    <w:p>
      <w:r>
        <w:rPr>
          <w:b/>
        </w:rPr>
        <w:t xml:space="preserve">[01:37] </w:t>
      </w:r>
      <w:r>
        <w:t>religious and secular both.</w:t>
      </w:r>
    </w:p>
    <w:p>
      <w:pPr>
        <w:jc w:val="right"/>
      </w:pPr>
      <w:r>
        <w:t>ریلیجس اینڈ سیکولر بوتھ۔</w:t>
      </w:r>
    </w:p>
    <w:p>
      <w:r>
        <w:rPr>
          <w:b/>
        </w:rPr>
        <w:t xml:space="preserve">[01:44] </w:t>
      </w:r>
      <w:r>
        <w:t>yeh Allah ki shariat mein hamesha se sab se zyada matloob cheez rahi hai, peace, jis ko salam ya aman kaha jata hai.</w:t>
      </w:r>
    </w:p>
    <w:p>
      <w:pPr>
        <w:jc w:val="right"/>
      </w:pPr>
      <w:r>
        <w:t>یہ اللہ کی شریعت میں ہمیشہ سے سب سے زیادہ مطلوب چیز رہی ہے، پیس، جس کو سلام یا امن کہا جاتا ہے۔</w:t>
      </w:r>
    </w:p>
    <w:p>
      <w:r>
        <w:rPr>
          <w:b/>
        </w:rPr>
        <w:t xml:space="preserve">[01:58] </w:t>
      </w:r>
      <w:r>
        <w:t>sab se pehle, jahan tak main samajhta hoon, ke pehle—sab se pehli ayat jo utri, woh qadeem peghambar ke zaman mein, jo ghaleban pehle</w:t>
      </w:r>
    </w:p>
    <w:p>
      <w:pPr>
        <w:jc w:val="right"/>
      </w:pPr>
      <w:r>
        <w:t>سب سے پہلے، جہاں تک میں سمجھتا ہوں، کہ پہلے—سب سے پہلی آیت جو اتری، وہ قدیم پیغمبر کے زمانے میں، جو غالباً پہلے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