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Concept of Paradise 26 Sept 2021 - Prof. Farida Khanam</w:t>
      </w:r>
    </w:p>
    <w:p>
      <w:r>
        <w:t>https://www.youtube.com/watch?v=a9bQN23LYPE</w:t>
      </w:r>
    </w:p>
    <w:p>
      <w:r>
        <w:rPr>
          <w:b/>
        </w:rPr>
        <w:t xml:space="preserve">[00:12] </w:t>
      </w:r>
      <w:r>
        <w:t>Bismillah Rehman ur Rahim.</w:t>
      </w:r>
    </w:p>
    <w:p>
      <w:pPr>
        <w:jc w:val="right"/>
      </w:pPr>
      <w:r>
        <w:t>بسم اللہ الرحمن الرحیم۔</w:t>
      </w:r>
    </w:p>
    <w:p>
      <w:r>
        <w:rPr>
          <w:b/>
        </w:rPr>
        <w:t xml:space="preserve">[00:19] </w:t>
      </w:r>
      <w:r>
        <w:t>to aaj hum paradise ke upar kuch baat karenge, to yeh hum is ko shuru karte hain Hazrat Asiya, jo Firon ki biwi thin, un ki dua se.</w:t>
      </w:r>
    </w:p>
    <w:p>
      <w:pPr>
        <w:jc w:val="right"/>
      </w:pPr>
      <w:r>
        <w:t>تو آج ہم پیراڈائز کے اوپر کچھ بات کریں گے، تو یہ ہم اس کو شروع کرتے ہیں حضرت آسیہ، جو فرعون کی بیوی تھیں، ان کی دعا سے۔</w:t>
      </w:r>
    </w:p>
    <w:p>
      <w:r>
        <w:rPr>
          <w:b/>
        </w:rPr>
        <w:t xml:space="preserve">[00:31] </w:t>
      </w:r>
      <w:r>
        <w:t>yeh dua Quran ke chapter 66 At-Tahrim mein aayi hai, is ka verse number hai 11. ae mere rab, mere liye apne paas jannat mein ek ghar bana de.</w:t>
      </w:r>
    </w:p>
    <w:p>
      <w:pPr>
        <w:jc w:val="right"/>
      </w:pPr>
      <w:r>
        <w:t>یہ دعا قرآن کے چیپٹر 66 التحریم میں آئی ہے، اس کا ورس نمبر ہے 11۔ اے میرے رب، میرے لیے اپنے پاس جنت میں ایک گھر بنا دے۔</w:t>
      </w:r>
    </w:p>
    <w:p>
      <w:r>
        <w:rPr>
          <w:b/>
        </w:rPr>
        <w:t xml:space="preserve">[00:48] </w:t>
      </w:r>
      <w:r>
        <w:t>to is se pata chalta hai ke jannat kya cheez hai. jannat ke waise to so darjon se bhi zyada darje hain, lekin yeh jo jannat al firdous jis ko hum kehte hain, yeh jannat yeh sab se qareeb hai Allah taala ke arsh se.</w:t>
      </w:r>
    </w:p>
    <w:p>
      <w:pPr>
        <w:jc w:val="right"/>
      </w:pPr>
      <w:r>
        <w:t>تو اس سے پتہ چلتا ہے کہ جنت کیا چیز ہے۔ جنت کے ویسے تو سو درجوں سے بھی زیادہ درجے ہیں، لیکن یہ جو جنت الفردوس جس کو ہم کہتے ہیں، یہ جنت یہ سب سے قریب ہے اللہ تعالی کے عرش سے۔</w:t>
      </w:r>
    </w:p>
    <w:p>
      <w:r>
        <w:rPr>
          <w:b/>
        </w:rPr>
        <w:t xml:space="preserve">[01:07] </w:t>
      </w:r>
      <w:r>
        <w:t>to isi liye Rasool Allah salallahu alaihi wasallam ne kaha ke tum log jannat al firdous ke ke liye dua karo. to jannat al firdous ke liye kya humein amal karna hai, isi par aaj hum baat karenge.</w:t>
      </w:r>
    </w:p>
    <w:p>
      <w:pPr>
        <w:jc w:val="right"/>
      </w:pPr>
      <w:r>
        <w:t>تو اسی لیے رسول اللہ صلی اللہ علیہ وسلم نے کہا کہ تم لوگ جنت الفردوس کے کے لیے دعا کرو۔ تو جنت الفردوس کے لیے کیا ہمیں عمل کرنا ہے، اسی پر آج ہم بات کریں گے۔</w:t>
      </w:r>
    </w:p>
    <w:p>
      <w:r>
        <w:rPr>
          <w:b/>
        </w:rPr>
        <w:t xml:space="preserve">[01:25] </w:t>
      </w:r>
      <w:r>
        <w:t>jannat al firdous kaise milti hai, is ke liye hum ko is dunya mein kya karna hota hai. to is mein jo hai, hum ko isi dunya mein ab jannat,</w:t>
      </w:r>
    </w:p>
    <w:p>
      <w:pPr>
        <w:jc w:val="right"/>
      </w:pPr>
      <w:r>
        <w:t>جنت الفردوس کیسے ملتی ہے، اس کے لیے ہم کو اس دنیا میں کیا کرنا ہوتا ہے۔ تو اس میں جو ہے، ہم کو اسی دنیا میں اب جنت،</w:t>
      </w:r>
    </w:p>
    <w:p>
      <w:r>
        <w:rPr>
          <w:b/>
        </w:rPr>
        <w:t xml:space="preserve">[01:40] </w:t>
      </w:r>
      <w:r>
        <w:t>isi dunya ko samajhna hai. isi dunya, yeh dunya jo hai, jannat ki ek jhalak hai. jagah jagah hum ko jannat ki jhalak nazar aati hai.</w:t>
      </w:r>
    </w:p>
    <w:p>
      <w:pPr>
        <w:jc w:val="right"/>
      </w:pPr>
      <w:r>
        <w:t>اسی دنیا کو سمجھنا ہے۔ اسی دنیا، یہ دنیا جو ہے، جنت کی ایک جھلک ہے۔ جگہ جگہ ہم کو جنت کی جھلک نظر آتی ہے۔</w:t>
      </w:r>
    </w:p>
    <w:p>
      <w:r>
        <w:rPr>
          <w:b/>
        </w:rPr>
        <w:t xml:space="preserve">[01:49] </w:t>
      </w:r>
      <w:r>
        <w:t>to yeh is ehsas ke tehat, ya matlab psychologically, hum is is life mein bhi jannat mein hain aur akhirat mein hum physically rahenge.</w:t>
      </w:r>
    </w:p>
    <w:p>
      <w:pPr>
        <w:jc w:val="right"/>
      </w:pPr>
      <w:r>
        <w:t>تو یہ اس احساس کے تحت، یا مطلب سائیکلوجیکلی، ہم اس اس لائف میں بھی جنت میں ہیں اور آخرت میں ہم فزیکلی رہیں گے۔</w:t>
      </w:r>
    </w:p>
    <w:p>
      <w:r>
        <w:rPr>
          <w:b/>
        </w:rPr>
        <w:t xml:space="preserve">[02:02] </w:t>
      </w:r>
      <w:r>
        <w:t>to is ke liye hum ko Khuda ko apna supreme concern banana hai. hum ko Khuda ki yaad mein jeena hai, Khuda ki marzi ke mutabiq zindagi guzarna hai, aur apne akhlaq ko itna buland karna hai ke hum Khuda ke qurbat mein, Khuda ke qareeb jagah pa saken.</w:t>
      </w:r>
    </w:p>
    <w:p>
      <w:pPr>
        <w:jc w:val="right"/>
      </w:pPr>
      <w:r>
        <w:t>تو اس کے لیے ہم کو خدا کو اپنا سپریم کنسرن بنانا ہے۔ ہم کو خدا کی یاد میں جینا ہے، خدا کی مرضی کے مطابق زندگی گزارنا ہے، اور اپنے اخلاق کو اتنا بلند کرنا ہے کہ ہم خدا کے قربت میں، خدا کے قریب جگہ پا سکیں۔</w:t>
      </w:r>
    </w:p>
    <w:p>
      <w:r>
        <w:rPr>
          <w:b/>
        </w:rPr>
        <w:t xml:space="preserve">[02:24] </w:t>
      </w:r>
      <w:r>
        <w:t>isi ko kaha gaya hai: "takhallaq bi akhlaq Allah". Allah ka akhlaq, kyunke koi cheez deen Khuda'i akhlaq, us ko jannat mein jagah nahi milegi.</w:t>
      </w:r>
    </w:p>
    <w:p>
      <w:pPr>
        <w:jc w:val="right"/>
      </w:pPr>
      <w:r>
        <w:t>اسی کو کہا گیا ہے: "تخلق باخلاق اللہ"۔ اللہ کا اخلاق، کیونکہ کوئی چیز ادر دین خدائی اخلاق، اس کو جنت میں جگہ نہیں ملے گی۔</w:t>
      </w:r>
    </w:p>
    <w:p>
      <w:r>
        <w:rPr>
          <w:b/>
        </w:rPr>
        <w:t xml:space="preserve">[02:39] </w:t>
      </w:r>
      <w:r>
        <w:t>to is mein jo sab se bari cheez hai, woh woh hai positivity ke hum ko har halat mein positive rehna hai. koi bhi humein pareshani ho, takleef ho, kisi ki taraf se, humein negative nahi hona hai.</w:t>
      </w:r>
    </w:p>
    <w:p>
      <w:pPr>
        <w:jc w:val="right"/>
      </w:pPr>
      <w:r>
        <w:t>تو اس میں جو سب سے بڑی چیز ہے، وہ وہ ہے پازیٹیوٹی کہ ہم کو ہر حالت میں پازیٹیو رہنا ہے۔ کوئی بھی ہمیں پریشانی ہو، تکلیف ہو، کسی کی طرف سے، ہمیں نیگیٹیو نہیں ہونا ہے۔</w:t>
      </w:r>
    </w:p>
    <w:p>
      <w:r>
        <w:rPr>
          <w:b/>
        </w:rPr>
        <w:t xml:space="preserve">[02:55] </w:t>
      </w:r>
      <w:r>
        <w:t>har cheez ko, balkeh negativity ko positivity mein convert karna hai. to tabhi hamari woh positive personality banegi jo jannat mein jaane ke mustahiq thehre gi.</w:t>
      </w:r>
    </w:p>
    <w:p>
      <w:pPr>
        <w:jc w:val="right"/>
      </w:pPr>
      <w:r>
        <w:t>ہر چیز کو، بلکہ نیگیٹیوٹی کو پازیٹیوٹی میں کنورٹ کرنا ہے۔ تو تبھی ہماری وہ پازیٹیو پرسنیلٹی بنے گی جو جنت میں جانے کے مستحق ٹھہرے گی۔</w:t>
      </w:r>
    </w:p>
    <w:p>
      <w:r>
        <w:rPr>
          <w:b/>
        </w:rPr>
        <w:t xml:space="preserve">[03:08] </w:t>
      </w:r>
      <w:r>
        <w:t>to Allah taala ne Quran mein kaha hai, Surah Shams mein 91 aur verse 8 to 10: "falahama fujuraha wa taqwaha qad aflaha man zakaha wa qad khaba man dassaha".</w:t>
      </w:r>
    </w:p>
    <w:p>
      <w:pPr>
        <w:jc w:val="right"/>
      </w:pPr>
      <w:r>
        <w:t>تو اللہ تعالی نے قرآن میں کہا ہے، سورہ الشمس میں 91 اور ورس 8 ٹو 10: "فالہما فجورہ وتقواہ قد افلا منزکا وقت خواب مندسا"۔</w:t>
      </w:r>
    </w:p>
    <w:p>
      <w:r>
        <w:rPr>
          <w:b/>
        </w:rPr>
        <w:t xml:space="preserve">[03:29] </w:t>
      </w:r>
      <w:r>
        <w:t>phir us ko samajh di buddi ki aur neki ki. kamyab hua jis ne us ko pak kiya, yaani nafs ko, aur nakam hua jis ne us ko alooda kiya.</w:t>
      </w:r>
    </w:p>
    <w:p>
      <w:pPr>
        <w:jc w:val="right"/>
      </w:pPr>
      <w:r>
        <w:t>پھر اس کو سمجھ دی بدی کی اور نیکی کی۔ کامیاب ہوا جس نے اس کو پاک کیا، یعنی نفس کو، اور ناکام ہوا جس نے اس کو الودہ کیا۔</w:t>
      </w:r>
    </w:p>
    <w:p>
      <w:r>
        <w:rPr>
          <w:b/>
        </w:rPr>
        <w:t xml:space="preserve">[03:41] </w:t>
      </w:r>
      <w:r>
        <w:t>to yeh jo samajh hai, jo conscious hai, jo hamare unconscious mind mein Allah taala ne sab kuch hum ko de kar bheja hai.</w:t>
      </w:r>
    </w:p>
    <w:p>
      <w:pPr>
        <w:jc w:val="right"/>
      </w:pPr>
      <w:r>
        <w:t>تو یہ جو سمجھ ہے، جو کانشیس ہے، جو ہمارے انکانشیس مائنڈ میں اللہ تعالی نے سب کچھ ہم کو دے کر بھیجا ہے۔</w:t>
      </w:r>
    </w:p>
    <w:p>
      <w:r>
        <w:rPr>
          <w:b/>
        </w:rPr>
        <w:t xml:space="preserve">[03:53] </w:t>
      </w:r>
      <w:r>
        <w:t>jab bachcha paida hota hai to bilkul masoom paida hota hai, lekin is duniya mein jab woh aata hai to us ki conditioning ho jati hai.</w:t>
      </w:r>
    </w:p>
    <w:p>
      <w:pPr>
        <w:jc w:val="right"/>
      </w:pPr>
      <w:r>
        <w:t>جب بچہ پیدا ہوتا ہے تو بالکل معصوم پیدا ہوتا ہے، لیکن اس دنیا میں جب وہ آتا ہے تو اس کی کنڈیشننگ ہو جاتی ہے۔</w:t>
      </w:r>
    </w:p>
    <w:p>
      <w:r>
        <w:rPr>
          <w:b/>
        </w:rPr>
        <w:t xml:space="preserve">[04:04] </w:t>
      </w:r>
      <w:r>
        <w:t>kuch ghar mein conditioning hoti hai, kuch samaj mein conditioning hoti hai. to woh jo us ki jo Khuda'i fitrat, woh le kar paida hota hai, us mein woh alooda ho jata hai.</w:t>
      </w:r>
    </w:p>
    <w:p>
      <w:pPr>
        <w:jc w:val="right"/>
      </w:pPr>
      <w:r>
        <w:t>کچھ گھر میں کنڈیشننگ ہوتی ہے، کچھ سماج میں کنڈیشننگ ہوتی ہے۔ تو وہ جو اس کی جو خدائی فطرت، وہ لے کر پیدا ہوتا ہے، اس میں وہ الودہ ہو جاتا ہے۔</w:t>
      </w:r>
    </w:p>
    <w:p>
      <w:r>
        <w:rPr>
          <w:b/>
        </w:rPr>
        <w:t xml:space="preserve">[04:16] </w:t>
      </w:r>
      <w:r>
        <w:t>to isi ko humein durust karna hai, apni deconditioning karni hai, aur har tarah ke distraction se apne aap ko pak karna hai.</w:t>
      </w:r>
    </w:p>
    <w:p>
      <w:pPr>
        <w:jc w:val="right"/>
      </w:pPr>
      <w:r>
        <w:t>تو اسی کو ہمیں درست کرنا ہے، اپنی ڈی کنڈیشننگ کرنی ہے، اور ہر طرح کے ڈسٹریکشن سے اپنے آپ کو پاک کرنا ہے۔</w:t>
      </w:r>
    </w:p>
    <w:p>
      <w:r>
        <w:rPr>
          <w:b/>
        </w:rPr>
        <w:t xml:space="preserve">[04:28] </w:t>
      </w:r>
      <w:r>
        <w:t>to yeh hamara, yeh zaroori hai hamare liye. isi ko tazkiya-e-nafs kehte hain ke musalsal hum ko apna purification of the self musalsal karte rehna hai, aur yeh introspection ke zariye se.</w:t>
      </w:r>
    </w:p>
    <w:p>
      <w:pPr>
        <w:jc w:val="right"/>
      </w:pPr>
      <w:r>
        <w:t>تو یہ ہمارا، یہ ضروری ہے ہمارے لیے۔ اسی کو تزکیہ نفس کہتے ہیں کہ مسلسل ہم کو اپنا پیوریفیکیشن آف دی سیلف مسلسل کرتے رہنا ہے، اور یہ انٹراسپیکشن کے ذریعے سے۔</w:t>
      </w:r>
    </w:p>
    <w:p>
      <w:r>
        <w:rPr>
          <w:b/>
        </w:rPr>
        <w:t xml:space="preserve">[04:42] </w:t>
      </w:r>
      <w:r>
        <w:t>kyunke jaisa ke hum jante hain, khud Rasool Allah salallahu alaihi wasallam 70 bar istighfar karte the. to introspection hai, tauba hai, aur Khuda ko yaad karte rehna hai, Quran ki study karna hai.</w:t>
      </w:r>
    </w:p>
    <w:p>
      <w:pPr>
        <w:jc w:val="right"/>
      </w:pPr>
      <w:r>
        <w:t>کیونکہ جیسا کہ ہم جانتے ہیں، خود رسول اللہ صلی اللہ علیہ وسلم 70 بار استغفار کرتے تھے۔ تو انٹراسپیکشن ہے، توسم ہے، اور خدا کو یاد کرتے رہنا ہے، قرآن کی سٹڈی کرنا ہے۔</w:t>
      </w:r>
    </w:p>
    <w:p>
      <w:r>
        <w:rPr>
          <w:b/>
        </w:rPr>
        <w:t xml:space="preserve">[04:57] </w:t>
      </w:r>
      <w:r>
        <w:t>in sab cheezon se hamara jo hai, nafs jo hai, woh apni asal halat mein rehta hai. jo us mein upar se jo aloodgiyan ho jati hain, woh sab khatam ho jati hain.</w:t>
      </w:r>
    </w:p>
    <w:p>
      <w:pPr>
        <w:jc w:val="right"/>
      </w:pPr>
      <w:r>
        <w:t>ان سب چیزوں سے ہمارا جو ہے، نفس جو ہے، وہ اپنی اصل حالت میں رہتا ہے۔ جو اس میں اوپر سے جو الودگیاں ہو جاتی ہیں، وہ سب ختم ہو جاتی ہیں۔</w:t>
      </w:r>
    </w:p>
    <w:p>
      <w:r>
        <w:rPr>
          <w:b/>
        </w:rPr>
        <w:t xml:space="preserve">[05:08] </w:t>
      </w:r>
      <w:r>
        <w:t>to yeh sab se pehle humein yeh janna hai ke jannat kya cheez hai aur jahannum kya cheez hai. to jannat ek aisi cheez hai ke jab Allah taala ne jannat ko create kiya to Hazrat Jibrael alaihi salam se kaha ke jao jannat ka mushahida karo.</w:t>
      </w:r>
    </w:p>
    <w:p>
      <w:pPr>
        <w:jc w:val="right"/>
      </w:pPr>
      <w:r>
        <w:t>تو یہ سب سے پہلے ہمیں یہ جاننا ہے کہ جنت کیا چیز ہے اور جہنم کیا چیز ہے۔ تو جنت ایک ایسی چیز ہے کہ جب اللہ تعالی نے جنت کو کریٹ کیا تو حضرت جبرائیل علیہ السلام سے کہا کہ جاؤ جنت کا مشاہدہ کرو۔</w:t>
      </w:r>
    </w:p>
    <w:p>
      <w:r>
        <w:rPr>
          <w:b/>
        </w:rPr>
        <w:t xml:space="preserve">[05:29] </w:t>
      </w:r>
      <w:r>
        <w:t>woh jannat ka mushahida kar ke aaye, aur woh jo wahan par Khuda ki nematein thin, us ko unhon ne dekha to bilkul hairaan reh gaye.</w:t>
      </w:r>
    </w:p>
    <w:p>
      <w:pPr>
        <w:jc w:val="right"/>
      </w:pPr>
      <w:r>
        <w:t>وہ جنت کا مشاہدہ کر کے آئے، اور وہ جو وہاں پر خدا کی نعمتیں تھیں، اس کو انہوں نے دیکھا تو بالکل حیران رہ گئے۔</w:t>
      </w:r>
    </w:p>
    <w:p>
      <w:r>
        <w:rPr>
          <w:b/>
        </w:rPr>
        <w:t xml:space="preserve">[05:38] </w:t>
      </w:r>
      <w:r>
        <w:t>unhon ne kaha: "Ae hamare</w:t>
      </w:r>
    </w:p>
    <w:p>
      <w:pPr>
        <w:jc w:val="right"/>
      </w:pPr>
      <w:r>
        <w:t>انہوں نے کہا: "اے ہمار</w:t>
      </w:r>
    </w:p>
    <w:p>
      <w:r>
        <w:rPr>
          <w:b/>
        </w:rPr>
        <w:t xml:space="preserve">[05:40] </w:t>
      </w:r>
      <w:r>
        <w:t>rab! jo jannat ke bare mein sune ga, jaane ga, woh zaroor jannat mein dakhil hoga". yaani woh zaroor us ke liye amal karega, aur taake woh jannat mein dakhle ka mustahiq qarar paaye.</w:t>
      </w:r>
    </w:p>
    <w:p>
      <w:pPr>
        <w:jc w:val="right"/>
      </w:pPr>
      <w:r>
        <w:t>ے رب! جو جنت کے بارے میں سنے گا، جانے گا، وہ ضرور جنت میں داخل ہوگا"۔ یعنی وہ ضرور اس کے لیے عمل کرے گا، اور تاکہ وہ جنت میں داخلے کا مستحق قرار پائے۔</w:t>
      </w:r>
    </w:p>
    <w:p>
      <w:r>
        <w:rPr>
          <w:b/>
        </w:rPr>
        <w:t xml:space="preserve">[05:53] </w:t>
      </w:r>
      <w:r>
        <w:t>phir Allah taala ne un ko dobara bheja, aur jannat ko tamam nakhushgawar cheezon se dhank diya. to woh nakhushgawar cheezein jo thin, azadi ka galat istemal,</w:t>
      </w:r>
    </w:p>
    <w:p>
      <w:pPr>
        <w:jc w:val="right"/>
      </w:pPr>
      <w:r>
        <w:t>پھر اللہ تعالی نے ان کو دوبارہ بھیجا، اور جنت کو تمام ناخوشگوار چیزوں سے ڈھانک دیا۔ تو وہ ناخوشگوار چیزیں جو تھیں، آزادی کا غلط استعمال،</w:t>
      </w:r>
    </w:p>
    <w:p>
      <w:r>
        <w:rPr>
          <w:b/>
        </w:rPr>
        <w:t xml:space="preserve">[06:06] </w:t>
      </w:r>
      <w:r>
        <w:t>aur yeh ghussa hai, revenge hai, negativity hai, in sari cheezon se jo hum ko jannat se door le jayengi, us se dhank diya.</w:t>
      </w:r>
    </w:p>
    <w:p>
      <w:pPr>
        <w:jc w:val="right"/>
      </w:pPr>
      <w:r>
        <w:t>اور یہ غصہ ہے، ریونج ہے، نیگیٹیوٹی ہے، ان ساری چیزوں سے جو ہم کو جنت سے دور لے جائیں گی، اس سے ڈھانک دیا۔</w:t>
      </w:r>
    </w:p>
    <w:p>
      <w:r>
        <w:rPr>
          <w:b/>
        </w:rPr>
        <w:t xml:space="preserve">[06:15] </w:t>
      </w:r>
      <w:r>
        <w:t>phir woh aaye aur Allah taala se kaha ke mein ne ab ki bar jo jannat ka mushahida kiya, us se aisa lagta hai ke koi bhi jannat mein dakhil nahi hoga.</w:t>
      </w:r>
    </w:p>
    <w:p>
      <w:pPr>
        <w:jc w:val="right"/>
      </w:pPr>
      <w:r>
        <w:t>پھر وہ آئے اور اللہ تعالی سے کہا کہ میں نے اب کی بار جو جنت کا مشاہدہ کیا، اس سے ایسا لگتا ہے کہ کوئی بھی جنت میں داخل نہیں ہوگا۔</w:t>
      </w:r>
    </w:p>
    <w:p>
      <w:r>
        <w:rPr>
          <w:b/>
        </w:rPr>
        <w:t xml:space="preserve">[06:26] </w:t>
      </w:r>
      <w:r>
        <w:t>phir Allah taala ne jahannum ka mushahida karwaya Hazrat Jibrael ko. to woh jahannum gaye, aur unhon ne dekha, aur unhon ne kaha ke jo bhi us ke bare mein jaane ga, sune ga, woh kabhi jahannum mein dakhil nahi hoga.</w:t>
      </w:r>
    </w:p>
    <w:p>
      <w:pPr>
        <w:jc w:val="right"/>
      </w:pPr>
      <w:r>
        <w:t>پھر اللہ تعالی نے جہنم کا مشاہدہ کروایا حضرت جبرائیل کو۔ تو وہ جہنم گئے، اور انہوں نے دیکھا، اور انہوں نے کہا کہ جو بھی اس کے بارے میں جانے گا، سنے گا، وہ کبھی جہنم میں داخل نہیں ہوگا۔</w:t>
      </w:r>
    </w:p>
    <w:p>
      <w:r>
        <w:rPr>
          <w:b/>
        </w:rPr>
        <w:t xml:space="preserve">[06:39] </w:t>
      </w:r>
      <w:r>
        <w:t>phir Allah taala ne jahannum ko khushgawar cheezon se dhank diya. to woh khushgawar cheezein kya thin? mukammal azadi, jaise jee chahe ga, waise hum kaam karenge.</w:t>
      </w:r>
    </w:p>
    <w:p>
      <w:pPr>
        <w:jc w:val="right"/>
      </w:pPr>
      <w:r>
        <w:t>پھر اللہ تعالی نے جہنم کو خوشگوار چیزوں سے ڈھانک دیا۔ تو وہ خوشگوار چیزیں کیا تھیں؟ مکمل آزادی، جیسے جی چاہے گا، ویسے ہم کام کریں گے۔</w:t>
      </w:r>
    </w:p>
    <w:p>
      <w:r>
        <w:rPr>
          <w:b/>
        </w:rPr>
        <w:t xml:space="preserve">[06:52] </w:t>
      </w:r>
      <w:r>
        <w:t>Khuda ki marzi ka koi khayal nahi, har tarah ki desires ko hum fulfill karna, hamara zindagi ka maqsad banega. to yeh sari cheezon se dhank diya.</w:t>
      </w:r>
    </w:p>
    <w:p>
      <w:pPr>
        <w:jc w:val="right"/>
      </w:pPr>
      <w:r>
        <w:t>خدا کی مرضی کا کوئی خیال نہیں، ہر طرح کی ڈیزائرز کو ہم فلفل کرنا، ہمارا زندگی کا مقصد بنے گا۔ تو یہ ساری چیزوں سے ڈھانک دیا۔</w:t>
      </w:r>
    </w:p>
    <w:p>
      <w:r>
        <w:rPr>
          <w:b/>
        </w:rPr>
        <w:t xml:space="preserve">[07:02] </w:t>
      </w:r>
      <w:r>
        <w:t>to woh aaye kehne lage ke jahannum mein to har aadmi jo hai, jahannum mein jayega. phir Allah taala ne itna zyada us ke liye kaam kiya ke insaan jo hai, Allah nahi chahta ke koi bhi insaan jahannum mein jaye.</w:t>
      </w:r>
    </w:p>
    <w:p>
      <w:pPr>
        <w:jc w:val="right"/>
      </w:pPr>
      <w:r>
        <w:t>تو وہ آئے کہنے لگے کہ جہنم میں تو ہر آدمی جو ہے، جہنم میں جائے گا۔ پھر اللہ تعالی نے اتنا زیادہ اس کے لیے کام کیا کہ انسان جو ہے، اللہ نہیں چاہتا کہ کوئی بھی انسان جہنم میں جائے۔</w:t>
      </w:r>
    </w:p>
    <w:p>
      <w:r>
        <w:rPr>
          <w:b/>
        </w:rPr>
        <w:t xml:space="preserve">[07:20] </w:t>
      </w:r>
      <w:r>
        <w:t>is ke liye Allah taala ne bohat ziyada kiya.</w:t>
      </w:r>
    </w:p>
    <w:p>
      <w:pPr>
        <w:jc w:val="right"/>
      </w:pPr>
      <w:r>
        <w:t>اس کے لیے اللہ تعالی نے بہت زیادہ کیا۔</w:t>
      </w:r>
    </w:p>
    <w:p>
      <w:r>
        <w:rPr>
          <w:b/>
        </w:rPr>
        <w:t xml:space="preserve">[07:30] </w:t>
      </w:r>
      <w:r>
        <w:t>poori kainat Allah ne insan ke liye banai taake insan jo hai, kainat ki nishaniyon se apne ko purify kare, Khuda ki yaad kare, Khuda ke science se apni apni purify kare, apni life ko, apni nafs ko,</w:t>
      </w:r>
    </w:p>
    <w:p>
      <w:pPr>
        <w:jc w:val="right"/>
      </w:pPr>
      <w:r>
        <w:t>پوری کائنات اللہ نے انسان کے لیے بنائی تاکہ انسان جو ہے، کائنات کی نشانیوں سے اپنے کو پیوریفائی کرے، خدا کی یاد کرے، خدا کے سائنس سے اپنی اپنی پیوریفائی کرے، اپنی لائف کو، اپنی نفس کو،</w:t>
      </w:r>
    </w:p>
    <w:p>
      <w:r>
        <w:rPr>
          <w:b/>
        </w:rPr>
        <w:t xml:space="preserve">[07:52] </w:t>
      </w:r>
      <w:r>
        <w:t>aur Allah ko yaad kare taake woh jannat mein jaane ke qabil thehre. To Allah ko kisi cheez ki zaroorat nahi, na Allah ko is duniya ki zaroorat hai, na Allah ko kainat ki zaroorat hai.</w:t>
      </w:r>
    </w:p>
    <w:p>
      <w:pPr>
        <w:jc w:val="right"/>
      </w:pPr>
      <w:r>
        <w:t>اور اللہ کو یاد کرے تاکہ وہ جنت میں جانے کے قابل ٹھہرے۔ تو اللہ کو کسی چیز کی ضرورت نہیں، نہ اللہ کو اس دنیا کی ضرورت ہے، نہ اللہ کو کائنات کی ضرورت ہے۔</w:t>
      </w:r>
    </w:p>
    <w:p>
      <w:r>
        <w:rPr>
          <w:b/>
        </w:rPr>
        <w:t xml:space="preserve">[08:05] </w:t>
      </w:r>
      <w:r>
        <w:t>Allah ne sab kuch insan ke liye banaya hai, aur is ke baad Allah ne na sirf hamare andar neki aur badi ki pehchan rakh di hai, balkeh upar bhi poora intizam kiya.</w:t>
      </w:r>
    </w:p>
    <w:p>
      <w:pPr>
        <w:jc w:val="right"/>
      </w:pPr>
      <w:r>
        <w:t>اللہ نے سب کچھ انسان کے لیے بنایا ہے، اور اس کے بعد اللہ نے نہ صرف ہمارے اندر نیکی اور بدی کی پہچان رکھ دی ہے، بلکہ اوپر بھی پورا انتظام کیا۔</w:t>
      </w:r>
    </w:p>
    <w:p>
      <w:r>
        <w:rPr>
          <w:b/>
        </w:rPr>
        <w:t xml:space="preserve">[08:22] </w:t>
      </w:r>
      <w:r>
        <w:t>saare paighambar bheje. Sab se pehle paighambar jo Hazrat Adam علیہ السلام the, un ki misaal qaim ki ke Allah taala ne un ko poori duniya de di thi, aur sirf ek peed ke liye kaha tha ke is peed ka phal mat khana.</w:t>
      </w:r>
    </w:p>
    <w:p>
      <w:pPr>
        <w:jc w:val="right"/>
      </w:pPr>
      <w:r>
        <w:t>سارے پیغمبر بھیجے۔ سب سے پہلے پیغمبر جو حضرت آدم علیہ السلام تھے، ان کی مثال قائم کی کہ اللہ تعالی نے ان کو پوری دنیا دے دی تھی، اور صرف ایک پیڑ کے لیے کہا تھا کہ اس پیڑ کا پھل مت کھانا۔</w:t>
      </w:r>
    </w:p>
    <w:p>
      <w:r>
        <w:rPr>
          <w:b/>
        </w:rPr>
        <w:t xml:space="preserve">[08:37] </w:t>
      </w:r>
      <w:r>
        <w:t>lekin unhone apni desire par qabu nahi pa sake, aur shaitan ke behkawe mein aa gaye. To unhone, kyunke insan ke andar desire bohat ziyada hain, yahi desire insan ko mislead karti hai.</w:t>
      </w:r>
    </w:p>
    <w:p>
      <w:pPr>
        <w:jc w:val="right"/>
      </w:pPr>
      <w:r>
        <w:t>لیکن انہوں نے اپنی ڈیزائر پر قابو نہیں پا سکے، اور شیطان کے بہکاوے میں آ گئے۔ تو انہوں نے، کیونکہ انسان کے اندر ڈیزائر بہت زیادہ ہیں، یہی ڈیزائر انسان کو مس لیڈ کرتی ہے۔</w:t>
      </w:r>
    </w:p>
    <w:p>
      <w:r>
        <w:rPr>
          <w:b/>
        </w:rPr>
        <w:t xml:space="preserve">[08:53] </w:t>
      </w:r>
      <w:r>
        <w:t>To un ke, un ko shaitan ne kya behkaya? Shaitan bohat hi ziyada zaheen hai. Us ne samajh liya tha ke yeh insan jo hai, desire se skim ho jayega, aur is ko behkana bohat aasan hai.</w:t>
      </w:r>
    </w:p>
    <w:p>
      <w:pPr>
        <w:jc w:val="right"/>
      </w:pPr>
      <w:r>
        <w:t>تو ان کے، ان کو شیطان نے کیا بہکایا؟ شیطان بہت ہی زیادہ ذہین ہے۔ اس نے سمجھ لیا تھا کہ یہ انسان جو ہے، ڈیزائر سے سکم ہو جائے گا، اور اس کو بہکانا بہت آسان ہے۔</w:t>
      </w:r>
    </w:p>
    <w:p>
      <w:r>
        <w:rPr>
          <w:b/>
        </w:rPr>
        <w:t xml:space="preserve">[09:07] </w:t>
      </w:r>
      <w:r>
        <w:t>To us ne yahi behkaya ke tum jo hai, yeh phal kha lo ge to hamesha hamesha ke liye tum ko ek eternal life mil jayegi.</w:t>
      </w:r>
    </w:p>
    <w:p>
      <w:pPr>
        <w:jc w:val="right"/>
      </w:pPr>
      <w:r>
        <w:t>تو اس نے یہی بہکایا کہ تم جو ہے، یہ پھل کھا لو گے تو ہمیشہ ہمیشہ کے لیے تم کو ایک ایٹرنل لائف مل جائے گی۔</w:t>
      </w:r>
    </w:p>
    <w:p>
      <w:r>
        <w:rPr>
          <w:b/>
        </w:rPr>
        <w:t xml:space="preserve">[09:18] </w:t>
      </w:r>
      <w:r>
        <w:t>To unhone phal kha liya, lekin is ke baad un ko foran realize hua, aur unhone bohat ziyada Khuda se duaein keen, maafi mangi.</w:t>
      </w:r>
    </w:p>
    <w:p>
      <w:pPr>
        <w:jc w:val="right"/>
      </w:pPr>
      <w:r>
        <w:t>تو انہوں نے پھل کھا لیا، لیکن اس کے بعد ان کو فوراً ریلائز ہوا، اور انہوں نے بہت زیادہ خدا سے دعائیں کیں، معافی مانگی۔</w:t>
      </w:r>
    </w:p>
    <w:p>
      <w:r>
        <w:rPr>
          <w:b/>
        </w:rPr>
        <w:t xml:space="preserve">[09:27] </w:t>
      </w:r>
      <w:r>
        <w:t>Phir Allah taala ne un ko na sirf maaf kiya, balkeh un ko pehla paighambar banaya. To yeh Allah taala ne misaal qaim ki ke is tareeqe se jo khwahishat hain insan ki, wahi shaitan ke dakhle ka darwaza hai.</w:t>
      </w:r>
    </w:p>
    <w:p>
      <w:pPr>
        <w:jc w:val="right"/>
      </w:pPr>
      <w:r>
        <w:t>پھر اللہ تعالی نے ان کو نہ صرف معاف کیا، بلکہ ان کو پہلا پیغمبر بنایا۔ تو یہ اللہ تعالی نے مثال قائم کی کہ اس طریقے سے جو خواہشات ہیں انسان کی، وہی شیطان کے داخلے کا دروازہ ہے۔</w:t>
      </w:r>
    </w:p>
    <w:p>
      <w:r>
        <w:rPr>
          <w:b/>
        </w:rPr>
        <w:t xml:space="preserve">[09:43] </w:t>
      </w:r>
      <w:r>
        <w:t>To hum hamesha apni khwahishat ko control mein rakhein, sirf zaroorat ke upar itfa karein. Aur kyunke dimaagh jo hai, insan ka woh focus karta hai.</w:t>
      </w:r>
    </w:p>
    <w:p>
      <w:pPr>
        <w:jc w:val="right"/>
      </w:pPr>
      <w:r>
        <w:t>تو ہم ہمیشہ اپنی خواہشات کو کنٹرول میں رکھیں، صرف ضرورت کے اوپر اکتفا کریں۔ اور کیونکہ دماغ جو ہے، انسان کا وہ فوکس کرتا ہے۔</w:t>
      </w:r>
    </w:p>
    <w:p>
      <w:r>
        <w:rPr>
          <w:b/>
        </w:rPr>
        <w:t xml:space="preserve">[09:55] </w:t>
      </w:r>
      <w:r>
        <w:t>Agar woh focus, is ko focus nahi karne diya jayega, to woh bilkul ah barsark ho jayega. Woh har taraf daurega.</w:t>
      </w:r>
    </w:p>
    <w:p>
      <w:pPr>
        <w:jc w:val="right"/>
      </w:pPr>
      <w:r>
        <w:t>اگر وہ فوکس، اس کو فوکس نہیں کرنے دیا جائے گا، تو وہ بالکل اہ برسرک ہو جائے گا۔ وہ ہر طرف دوڑے گا۔</w:t>
      </w:r>
    </w:p>
    <w:p>
      <w:r>
        <w:rPr>
          <w:b/>
        </w:rPr>
        <w:t xml:space="preserve">[10:04] </w:t>
      </w:r>
      <w:r>
        <w:t>Woh Khuda ka jo ek sirat-e-mustaqeem hai, us par is ke liye chalna dushwar ho jayega. To Allah taala ne itna aasan kar diya hai jannat mein dakhla ke sirf Khuda ko acknowledge karna hai, Khuda ki hamd karna hai, Khuda ki yaad karna hai.</w:t>
      </w:r>
    </w:p>
    <w:p>
      <w:pPr>
        <w:jc w:val="right"/>
      </w:pPr>
      <w:r>
        <w:t>وہ خدا کا جو ایک صراط مستقیم ہے، اس پر اس کے لیے چلنا دشوار ہو جائے گا۔ تو اللہ تعالی نے اتنا آسان کر دیا ہے جنت میں داخلہ کہ صرف خدا کو ایکنالج کرنا ہے، خدا کی حمد کرنا ہے، خدا کی یاد کرنا ہے۔</w:t>
      </w:r>
    </w:p>
    <w:p>
      <w:r>
        <w:rPr>
          <w:b/>
        </w:rPr>
        <w:t xml:space="preserve">[10:22] </w:t>
      </w:r>
      <w:r>
        <w:t>To yeh to kuch bhi mushkil nahi hai. Duniya ke kaam karne ko Allah ne kabhi mana nahi kiya. Har kaam karo, lekin Khuda ko yaad rakho, Khuda ki hamd karo.</w:t>
      </w:r>
    </w:p>
    <w:p>
      <w:pPr>
        <w:jc w:val="right"/>
      </w:pPr>
      <w:r>
        <w:t>تو یہ تو کچھ بھی مشکل نہیں ہے۔ دنیا کے کام کرنے کو اللہ نے کبھی منع نہیں کیا۔ ہر کام کرو، لیکن خدا کو یاد رکھو، خدا کی حمد کرو۔</w:t>
      </w:r>
    </w:p>
    <w:p>
      <w:r>
        <w:rPr>
          <w:b/>
        </w:rPr>
        <w:t xml:space="preserve">[10:32] </w:t>
      </w:r>
      <w:r>
        <w:t>To yahi jannat ki qeemat hai. To Allah taala ne kaha hai ke "LAN SHAKARTUM LA AZIDANNAKUM" chapter 14 verse seven ke tum agar shukr ada karoge to hum tum ko aur ziyada denge.</w:t>
      </w:r>
    </w:p>
    <w:p>
      <w:pPr>
        <w:jc w:val="right"/>
      </w:pPr>
      <w:r>
        <w:t>تو یہی جنت کی قیمت ہے۔ تو اللہ تعالی نے کہا ہے کہ "لَنْ شَكَرْتُمْ لَا أَزِيدَنَّكُمْ" چیپٹر 14 ورس سیون کہ تم اگر شکر ادا کرو گے تو ہم تم کو اور زیادہ دیں گے۔</w:t>
      </w:r>
    </w:p>
    <w:p>
      <w:r>
        <w:rPr>
          <w:b/>
        </w:rPr>
        <w:t xml:space="preserve">[10:48] </w:t>
      </w:r>
      <w:r>
        <w:t>Yeh jannat jo hai, yeh aur ziyada hai ke jab insan is duniya mein dikha dega ke woh Khuda ka ek shukr guzar banda hai, to woh poori tareeqe se is qabil ho jayega ke Allah taala us ko jannat ki nematon se sarfraz farmaye.</w:t>
      </w:r>
    </w:p>
    <w:p>
      <w:pPr>
        <w:jc w:val="right"/>
      </w:pPr>
      <w:r>
        <w:t>یہ جنت جو ہے، یہ اور زیادہ ہے کہ جب انسان اس دنیا میں دکھا دے گا کہ وہ خدا کا ایک شکر گزار بندہ ہے، تو وہ پوری طریقے سے اس قابل ہو جائے گا کہ اللہ تعالی اس کو جنت کی نعمتوں سے سرفراز فرمائے۔</w:t>
      </w:r>
    </w:p>
    <w:p>
      <w:r>
        <w:rPr>
          <w:b/>
        </w:rPr>
        <w:t xml:space="preserve">[11:05] </w:t>
      </w:r>
      <w:r>
        <w:t>Lekin duniya bohat hi haseen hai, bohat attractive hai. To insan har cheez ko bilkul materialise kar leta hai.</w:t>
      </w:r>
    </w:p>
    <w:p>
      <w:pPr>
        <w:jc w:val="right"/>
      </w:pPr>
      <w:r>
        <w:t>لیکن دنیا بہت ہی حسین ہے، بہت اٹریکٹو ہے۔ تو انسان ہر چیز کو بالکل مٹیریلائز کر لیتا ہے۔</w:t>
      </w:r>
    </w:p>
    <w:p>
      <w:r>
        <w:rPr>
          <w:b/>
        </w:rPr>
        <w:t xml:space="preserve">[11:14] </w:t>
      </w:r>
      <w:r>
        <w:t>Koi jo duaein hoti hain, us ko bhi material shakal mein pesh karta hai. Jaise ek dua hai jo taqreeban sabhi log padhte hain namaz mein: "Rabbana atina fid-dunya hasanataw wa fil-akhirati hasanataw wa qina azaban-nar".</w:t>
      </w:r>
    </w:p>
    <w:p>
      <w:pPr>
        <w:jc w:val="right"/>
      </w:pPr>
      <w:r>
        <w:t>کوئی جو دعائیں ہوتی ہیں، اس کو بھی مٹیریل شکل میں پیش کرتا ہے۔ جیسے ایک دعا ہے جو تقریباً سبھی لوگ پڑھتے ہیں نماز میں: "ربنا اتنا فی الدنیا حسنہ وفاخرۃ حسنہ وقنا عذاب النار"۔</w:t>
      </w:r>
    </w:p>
    <w:p>
      <w:r>
        <w:rPr>
          <w:b/>
        </w:rPr>
        <w:t xml:space="preserve">[11:30] </w:t>
      </w:r>
      <w:r>
        <w:t>To yeh duniya mein log samajhte hain, kehte hain ke dua karein. Maulana ke paas ek lady hamari family ki aati thi ke aap dua karein ke hum ko duniya mein bhi Allah hasna de aur akhirat mein bhi hasna de.</w:t>
      </w:r>
    </w:p>
    <w:p>
      <w:pPr>
        <w:jc w:val="right"/>
      </w:pPr>
      <w:r>
        <w:t>تو یہ دنیا میں لوگ سمجھتے ہیں، کہتے ہیں کہ دعا کریں۔ مولانا کے پاس ایک لیڈی ہماری فیملی کی آتی تھی کہ آپ دعا کریں کہ ہم کو دنیا میں بھی اللہ حسنہ دے اور آخرت میں بھی حسنہ دے۔</w:t>
      </w:r>
    </w:p>
    <w:p>
      <w:r>
        <w:rPr>
          <w:b/>
        </w:rPr>
        <w:t xml:space="preserve">[11:47] </w:t>
      </w:r>
      <w:r>
        <w:t>To is ka matlab woh yeh lete hain ke duniya mein saari jo hain, duniya ki cheezein, maal o daulat hai, aulad hai, yeh saari jo cheezein hain, woh duniya mein bhi hamein milein aur akhirat mein bhi jannat mile.</w:t>
      </w:r>
    </w:p>
    <w:p>
      <w:pPr>
        <w:jc w:val="right"/>
      </w:pPr>
      <w:r>
        <w:t>تو اس کا مطلب وہ یہ لیتے ہیں کہ دنیا میں ساری جو ہیں، دنیا کی چیزیں، مال و دولت ہے، اولاد ہے، یہ ساری جو چیزیں ہیں، وہ دنیا میں بھی ہمیں ملیں اور آخرت میں بھی جنت ملے۔</w:t>
      </w:r>
    </w:p>
    <w:p>
      <w:r>
        <w:rPr>
          <w:b/>
        </w:rPr>
        <w:t xml:space="preserve">[12:00] </w:t>
      </w:r>
      <w:r>
        <w:t>To yeh hasna Allah ke nazdeek hasna hai. Matlab jannati aamal ki tofeeq. Hum jannat ke liye amal karein.</w:t>
      </w:r>
    </w:p>
    <w:p>
      <w:pPr>
        <w:jc w:val="right"/>
      </w:pPr>
      <w:r>
        <w:t>تو یہ حسنہ اللہ کے نزدیک حسنہ ہے۔ مطلب جنتی اعمال کی توفیق۔ ہم جنت کے لیے عمل کریں۔</w:t>
      </w:r>
    </w:p>
    <w:p>
      <w:r>
        <w:rPr>
          <w:b/>
        </w:rPr>
        <w:t xml:space="preserve">[12:11] </w:t>
      </w:r>
      <w:r>
        <w:t>Hum isi Allah ki marzi ke mutabiq is duniya mein zindagi guzarein. Hum talib-e-jannat banein. Hum apna character aisa banayein jaise ke bird ka bird hoti hai.</w:t>
      </w:r>
    </w:p>
    <w:p>
      <w:pPr>
        <w:jc w:val="right"/>
      </w:pPr>
      <w:r>
        <w:t>ہم اسی اللہ کی مرضی کے مطابق اس دنیا میں زندگی گزاریں۔ ہم طالب جنت بنیں۔ ہم اپنا کریکٹر ایسا بنائیں جیسے کہ برڈ کا برڈ ہوتی ہے۔</w:t>
      </w:r>
    </w:p>
    <w:p>
      <w:r>
        <w:rPr>
          <w:b/>
        </w:rPr>
        <w:t xml:space="preserve">[12:25] </w:t>
      </w:r>
      <w:r>
        <w:t>To bird like character ek hadith hai ke jannatiyon ka dil chidiyon ki manind hoga. Aap chidiyon ke upar pathar mariye, kankri mariye, woh ek ek branch se uth ud ke doosri branch mein ja ke baith jati hai aur us ke dil mein koi nafrat nahi, koi inteqaam nahi.</w:t>
      </w:r>
    </w:p>
    <w:p>
      <w:pPr>
        <w:jc w:val="right"/>
      </w:pPr>
      <w:r>
        <w:t>تو برڈ لائک کریکٹر ایک حدیث ہے کہ جنتیوں کا دل چڑیوں کی مانند ہوگا۔ آپ چڑیوں کے اوپر پتھر ماریے، کنکری ماریے، وہ ایک ایک برانچ سے اٹھ اڑ کے دوسری برانچ میں جا کے بیٹھ جاتی ہے اور اس کے دل میں کوئی نفرت نہیں، کوئی انتقام نہیں۔</w:t>
      </w:r>
    </w:p>
    <w:p>
      <w:r>
        <w:rPr>
          <w:b/>
        </w:rPr>
        <w:t xml:space="preserve">[12:44] </w:t>
      </w:r>
      <w:r>
        <w:t>To isi tareeqe se hum ko ek symbol of peace banna hai, no problem person banna hai. Kisi tareeqe se kisi ko koi harm nahi pahunchana hai.</w:t>
      </w:r>
    </w:p>
    <w:p>
      <w:pPr>
        <w:jc w:val="right"/>
      </w:pPr>
      <w:r>
        <w:t>تو اسی طریقے سے ہم کو ایک سمبل آف پیس بننا ہے، نو پرابلم پرسن بننا ہے۔ کسی طریقے سے کسی کو کوئی ہارم نہیں پہنچانا ہے۔</w:t>
      </w:r>
    </w:p>
    <w:p>
      <w:r>
        <w:rPr>
          <w:b/>
        </w:rPr>
        <w:t xml:space="preserve">[12:55] </w:t>
      </w:r>
      <w:r>
        <w:t>Kyunke yahi Allah taala ke nazdeek yahi character hai jo Allah taala approve karega jannat mein jaane ke liye. To hamein musalsal Khuda ki marifat hasil karte rehna hai, apna tazkiya karte rehna hai aur Allah se dar ke ek zindagi guzarni hai.</w:t>
      </w:r>
    </w:p>
    <w:p>
      <w:pPr>
        <w:jc w:val="right"/>
      </w:pPr>
      <w:r>
        <w:t>کیونکہ یہی اللہ تعالی کے نزدیک یہی کریکٹر ہے جو اللہ تعالی اپروو کرے گا جنت میں جانے کے لیے۔ تو ہمیں مسلسل خدا کی معرفت حاصل کرتے رہنا ہے، اپنا تزکیہ کرتے رہنا ہے اور اللہ سے ڈر کے ایک زندگی گزارنی ہے۔</w:t>
      </w:r>
    </w:p>
    <w:p>
      <w:r>
        <w:rPr>
          <w:b/>
        </w:rPr>
        <w:t xml:space="preserve">[13:15] </w:t>
      </w:r>
      <w:r>
        <w:t>to yeh hai jannat. jannat bohat hi ziyada bari cheez hai. aik eternal life, hamesha hamesha ki khushiyan.</w:t>
      </w:r>
    </w:p>
    <w:p>
      <w:pPr>
        <w:jc w:val="right"/>
      </w:pPr>
      <w:r>
        <w:t>تو یہ ہے جنت۔ جنت بہت ہی زیادہ بڑی چیز ہے۔ ایک ایٹرنل لائف، ہمیشہ ہمیشہ کی خوشیاں۔</w:t>
      </w:r>
    </w:p>
    <w:p>
      <w:r>
        <w:rPr>
          <w:b/>
        </w:rPr>
        <w:t xml:space="preserve">[13:24] </w:t>
      </w:r>
      <w:r>
        <w:t>wahan koi bimari nahi hogi, koi barhapa nahi hoga, kisi qism ki koi takleef nahi hogi. wahan sari activities hongi, joyful activities.</w:t>
      </w:r>
    </w:p>
    <w:p>
      <w:pPr>
        <w:jc w:val="right"/>
      </w:pPr>
      <w:r>
        <w:t>وہاں کوئی بیماری نہیں ہوگی، کوئی بڑھاپا نہیں ہوگا، کسی قسم کی کوئی تکلیف نہیں ہوگی۔ وہاں ساری ایکٹیویٹیز ہوں گی، جوائے فل ایکٹیویٹیز۔</w:t>
      </w:r>
    </w:p>
    <w:p>
      <w:r>
        <w:rPr>
          <w:b/>
        </w:rPr>
        <w:t xml:space="preserve">[13:35] </w:t>
      </w:r>
      <w:r>
        <w:t>to hum ko chahiye ke hum pore tareeqe se Allah ki ki jannat mein jagah panay ke liye apna poori zindagi ko dedicate kar dein.</w:t>
      </w:r>
    </w:p>
    <w:p>
      <w:pPr>
        <w:jc w:val="right"/>
      </w:pPr>
      <w:r>
        <w:t>تو ہم کو چاہیے کہ ہم پورے طریقے سے اللہ کی کی جنت میں جگہ پانے کے لیے اپنا پوری زندگی کو ڈیڈیکیٹ کر دیں۔</w:t>
      </w:r>
    </w:p>
    <w:p>
      <w:r>
        <w:rPr>
          <w:b/>
        </w:rPr>
        <w:t xml:space="preserve">[13:46] </w:t>
      </w:r>
      <w:r>
        <w:t>to Allah taala ne jannat ke to manazir sari dunya mein rakh diye, Kashmir se le kar ke Switzerland, Europe, America, tarah tarah ke hill stations hain.</w:t>
      </w:r>
    </w:p>
    <w:p>
      <w:pPr>
        <w:jc w:val="right"/>
      </w:pPr>
      <w:r>
        <w:t>تو اللہ تعالی نے جنت کے تو مناظر ساری دنیا میں رکھ دیے، کشمیر سے لے کر کے سوئٹزرلینڈ، یورپ، امریکہ، طرح طرح کے ہل اسٹیشنز ہیں۔</w:t>
      </w:r>
    </w:p>
    <w:p>
      <w:r>
        <w:rPr>
          <w:b/>
        </w:rPr>
        <w:t xml:space="preserve">[13:58] </w:t>
      </w:r>
      <w:r>
        <w:t>har jagah jannat ke nazare Allah taala ne rakh diye. lekin insan ko kuch asar nahi hua. woh isi dunya mein jannat bananay mein laga raha.</w:t>
      </w:r>
    </w:p>
    <w:p>
      <w:pPr>
        <w:jc w:val="right"/>
      </w:pPr>
      <w:r>
        <w:t>ہر جگہ جنت کے نظارے اللہ تعالی نے رکھ دیے۔ لیکن انسان کو کچھ اثر نہیں ہوا۔ وہ اسی دنیا میں جنت بنانے میں لگا رہا۔</w:t>
      </w:r>
    </w:p>
    <w:p>
      <w:r>
        <w:rPr>
          <w:b/>
        </w:rPr>
        <w:t xml:space="preserve">[14:08] </w:t>
      </w:r>
      <w:r>
        <w:t>to finally aisa lagta hai ke ab aakhri zamana hai. finally Allah taala ne itna bara volcano, atash fishan pahad chala diya hai, La Palma Canary Island ka Spain mein ke woh 19 September se barabar ab woh lava phenk raha hai, aag phenk raha hai, gehre gehre dhuyein is mein se nikal rahe hain, log bhaag rahe hain wahan se.</w:t>
      </w:r>
    </w:p>
    <w:p>
      <w:pPr>
        <w:jc w:val="right"/>
      </w:pPr>
      <w:r>
        <w:t>تو فائنلی ایسا لگتا ہے کہ اب آخری زمانہ ہے۔ فائنلی اللہ تعالی نے اتنا بڑا والکینو، آتش فشاں پہاڑ چلا دیا ہے، لاپامہ کیناری آئی لینڈ کا اسپین میں کہ وہ 19 ستمبر سے برابر اب وہ لاوا پھینک رہا ہے، آگ پھینک رہا ہے، گہرے گہرے دھوئیں اس میں سے نکل رہے ہیں، لوگ بھاگ رہے ہیں وہاں سے۔</w:t>
      </w:r>
    </w:p>
    <w:p>
      <w:r>
        <w:rPr>
          <w:b/>
        </w:rPr>
        <w:t xml:space="preserve">[14:34] </w:t>
      </w:r>
      <w:r>
        <w:t>to yeh mujhe aisa lagta hai ke yeh Allah taala ne jannat ka manzar to dikhaya, lekin is se kisi ko targhib nahi hui ke woh jannat ke liye amal karein.</w:t>
      </w:r>
    </w:p>
    <w:p>
      <w:pPr>
        <w:jc w:val="right"/>
      </w:pPr>
      <w:r>
        <w:t>تو یہ مجھے ایسا لگتا ہے کہ یہ اللہ تعالی نے جنت کا منظر تو دکھایا، لیکن اس سے کسی کو ترغیب نہیں ہوئی کہ وہ جنت کے لیے عمل کریں۔</w:t>
      </w:r>
    </w:p>
    <w:p>
      <w:r>
        <w:rPr>
          <w:b/>
        </w:rPr>
        <w:t xml:space="preserve">[14:44] </w:t>
      </w:r>
      <w:r>
        <w:t>to Allah taala ne jahannum ka manzar bhi dikha diya ke ab to daro, ab ab bhi nahi daroge to ab yeh aakhri waqt hai Allah se darne ka.</w:t>
      </w:r>
    </w:p>
    <w:p>
      <w:pPr>
        <w:jc w:val="right"/>
      </w:pPr>
      <w:r>
        <w:t>تو اللہ تعالی نے جہنم کا منظر بھی دکھا دیا کہ اب تو ڈرو، اب اب بھی نہیں ڈرو گے تو اب یہ آخری وقت ہے اللہ سے ڈرنے کا۔</w:t>
      </w:r>
    </w:p>
    <w:p>
      <w:r>
        <w:rPr>
          <w:b/>
        </w:rPr>
        <w:t xml:space="preserve">[14:53] </w:t>
      </w:r>
      <w:r>
        <w:t>aur is mein explosions aise ho rahe hain ke meelon meelon door tak is ki awaz aati hai. to itna zabardast hai log kaha ja raha hai ke yeh abhi do teen mahine tak yeh aise hi chalta rahega, maloom nahi kya hoga.</w:t>
      </w:r>
    </w:p>
    <w:p>
      <w:pPr>
        <w:jc w:val="right"/>
      </w:pPr>
      <w:r>
        <w:t>اور اس میں ایکسپلوژنز ایسے ہو رہے ہیں کہ میلوں میلوں دور تک اس کی آواز آتی ہے۔ تو اتنا زبردست ہے لوگ کہا جا رہا ہے کہ یہ ابھی دو تین مہینے تک یہ ایسے ہی چلتا رہے گا، معلوم نہیں کیا ہوگا۔</w:t>
      </w:r>
    </w:p>
    <w:p>
      <w:r>
        <w:rPr>
          <w:b/>
        </w:rPr>
        <w:t xml:space="preserve">[15:09] </w:t>
      </w:r>
      <w:r>
        <w:t>to hum logon ko chahiye ke hum log Allah se darayen aur is se</w:t>
      </w:r>
    </w:p>
    <w:p>
      <w:pPr>
        <w:jc w:val="right"/>
      </w:pPr>
      <w:r>
        <w:t>تو ہم لوگوں کو چاہیے کہ ہم لوگ اللہ سے ڈریں اور اس سے</w:t>
      </w:r>
    </w:p>
    <w:p>
      <w:r>
        <w:rPr>
          <w:b/>
        </w:rPr>
        <w:t xml:space="preserve">[15:15] </w:t>
      </w:r>
      <w:r>
        <w:t>is se sabaq len aur jo hai duayen karen Allah taala se ke humein Allah taala sirat e mustaqeem</w:t>
      </w:r>
    </w:p>
    <w:p>
      <w:pPr>
        <w:jc w:val="right"/>
      </w:pPr>
      <w:r>
        <w:t>اس سے سبق لیں اور جو ہے دعائیں کریں اللہ تعالی سے کہ ہمیں اللہ تعالی صراط مستقیم</w:t>
      </w:r>
    </w:p>
    <w:p>
      <w:r>
        <w:rPr>
          <w:b/>
        </w:rPr>
        <w:t xml:space="preserve">[15:24] </w:t>
      </w:r>
      <w:r>
        <w:t>par chalne ki taufeeq ata farmaye.</w:t>
      </w:r>
    </w:p>
    <w:p>
      <w:pPr>
        <w:jc w:val="right"/>
      </w:pPr>
      <w:r>
        <w:t>پر چلنے کی توفیق عطا فرمائے۔</w:t>
      </w:r>
    </w:p>
    <w:p>
      <w:r>
        <w:rPr>
          <w:b/>
        </w:rPr>
        <w:t xml:space="preserve">[15:39] </w:t>
      </w:r>
      <w:r>
        <w:t>jazak Allah, apa. so, we will have now question answer and comment session. all the viewers, are watching this program, and if you want to post your comments and question, please also mention your location.</w:t>
      </w:r>
    </w:p>
    <w:p>
      <w:pPr>
        <w:jc w:val="right"/>
      </w:pPr>
      <w:r>
        <w:t>جزاک اللہ، آپا۔ سو، وی ویل ہیو ناؤ کوئسچن انسر اینڈ کمنٹ سیشن۔ ال دی ویوورز، آر واچنگ دس پروگرام، اینڈ اف یو وانٹ ٹو پوسٹ یور کمنٹس اینڈ کوئسچن، پلیز السو مینشن یور لوکیشن۔</w:t>
      </w:r>
    </w:p>
    <w:p>
      <w:r>
        <w:rPr>
          <w:b/>
        </w:rPr>
        <w:t xml:space="preserve">[15:53] </w:t>
      </w:r>
      <w:r>
        <w:t>apa, sab se pehle main comment parhna chahunga sawal lene se pehle. yeh comment bheja hai Miss Maryam Malik ne doctor sahab ke first part of the session ko le kar.</w:t>
      </w:r>
    </w:p>
    <w:p>
      <w:pPr>
        <w:jc w:val="right"/>
      </w:pPr>
      <w:r>
        <w:t>آپا، سب سے پہلے میں کمنٹ پڑھنا چاہوں گا سوال لینے سے پہلے۔ یہ کمنٹ بھیجا ہے مس مریم ملک نے ڈاکٹر صاحب کے فرسٹ پارٹ آف دا سیشن کو لے کر۔</w:t>
      </w:r>
    </w:p>
    <w:p>
      <w:r>
        <w:rPr>
          <w:b/>
        </w:rPr>
        <w:t xml:space="preserve">[16:07] </w:t>
      </w:r>
      <w:r>
        <w:t>unhone likha hai: "to be a muslim, one has to be a true believer. the power of Islam is within the purity and pure intentions of the hearts.</w:t>
      </w:r>
    </w:p>
    <w:p>
      <w:pPr>
        <w:jc w:val="right"/>
      </w:pPr>
      <w:r>
        <w:t>انہوں نے لکھا ہے: "ٹو بی ا مسلم، ون ہیز ٹو بی ا ٹرو بیلیور۔ دا پاور آف اسلام از ود ان دا پیورٹی اینڈ پیور انٹینشنز آف دی ہارٹس۔</w:t>
      </w:r>
    </w:p>
    <w:p>
      <w:r>
        <w:rPr>
          <w:b/>
        </w:rPr>
        <w:t xml:space="preserve">[16:18] </w:t>
      </w:r>
      <w:r>
        <w:t>if muslim wants true help from Allah, they have to be pure in intention first." Maulana Iqbal Omri ne Chennai se likha hai: "Abdul Muttalib ko dunya aur deen dono ki wisdom thi.</w:t>
      </w:r>
    </w:p>
    <w:p>
      <w:pPr>
        <w:jc w:val="right"/>
      </w:pPr>
      <w:r>
        <w:t>اف مسلم وانٹس ٹرو ہیلپ فرام اللہ، دے ہیو ٹو بی پیور ان انٹینشن فرسٹ۔" مولانا اقبال عمری نے چنئی سے لکھا ہے: "عبدالمطلب کو دنیا اور دین دونوں کی وزڈم تھی۔</w:t>
      </w:r>
    </w:p>
    <w:p>
      <w:r>
        <w:rPr>
          <w:b/>
        </w:rPr>
        <w:t xml:space="preserve">[16:34] </w:t>
      </w:r>
      <w:r>
        <w:t>doctor sahab ne is ko apply kiya ke aaj ke musalman apni zindagi ki baseerat jaan lein to deen ka masla Khuda hal karega.</w:t>
      </w:r>
    </w:p>
    <w:p>
      <w:pPr>
        <w:jc w:val="right"/>
      </w:pPr>
      <w:r>
        <w:t>ڈاکٹر صاحب نے اس کو اپلائی کیا کہ آج کے مسلمان اپنی زندگی کی بصیرت جان لیں تو دین کا مسئلہ خدا حل کرے گا۔</w:t>
      </w:r>
    </w:p>
    <w:p>
      <w:r>
        <w:rPr>
          <w:b/>
        </w:rPr>
        <w:t xml:space="preserve">[16:45] </w:t>
      </w:r>
      <w:r>
        <w:t>deen ke naam par dunya ko barbaad karne ki aaj zaroorat nahi. dunya ko istemal kar ke dawat ki zaroorat hai." Jazak Allah.</w:t>
      </w:r>
    </w:p>
    <w:p>
      <w:pPr>
        <w:jc w:val="right"/>
      </w:pPr>
      <w:r>
        <w:t>دین کے نام پر دنیا کو برباد کرنے کی آج ضرورت نہیں۔ دنیا کو استعمال کر کے دعوت کی ضرورت ہے۔" جزاک اللہ۔</w:t>
      </w:r>
    </w:p>
    <w:p>
      <w:r>
        <w:rPr>
          <w:b/>
        </w:rPr>
        <w:t xml:space="preserve">[16:56] </w:t>
      </w:r>
      <w:r>
        <w:t>Doctor Naghma Siddiqui ne likha hai Gurgaon se: "Jazak Allah, apa, for making paradise a living concept for us and reminding us that acknowledging God's blessings is the price of paradise." Tariq Imam sahib ne likha hai: "We must not behave like trained or unconditioned or conditioned animals.</w:t>
      </w:r>
    </w:p>
    <w:p>
      <w:pPr>
        <w:jc w:val="right"/>
      </w:pPr>
      <w:r>
        <w:t>ڈاکٹر نغمہ صدیقی نے لکھا ہے گڑگاؤں سے: "جزاک اللہ، آپا، فار میکنگ پیراڈائز ا لیونگ کانسیپٹ فار اس اینڈ ریمائنڈنگ اس دیٹ ایکنالجنگ گاڈز بلیسنگز از دا پرائس آف پیراڈائز۔" طارق امم صاحب نے لکھا ہے: "وی مسٹ ناٹ بیہیو لائک ٹرینڈ اور ان کنڈیشن اور کنڈیشنڈ اینیملز۔</w:t>
      </w:r>
    </w:p>
    <w:p>
      <w:r>
        <w:rPr>
          <w:b/>
        </w:rPr>
        <w:t xml:space="preserve">[17:19] </w:t>
      </w:r>
      <w:r>
        <w:t>we must give up negativities by deconditioning our mind." Apa, ab sawal lena chahunga.</w:t>
      </w:r>
    </w:p>
    <w:p>
      <w:pPr>
        <w:jc w:val="right"/>
      </w:pPr>
      <w:r>
        <w:t>وی مسٹ گیو اپ نیگیٹیوٹیز بائے ڈی کنڈیشننگ اور مائنڈ۔" آپا، اب سوال لینا چاہوں گا۔</w:t>
      </w:r>
    </w:p>
    <w:p>
      <w:r>
        <w:rPr>
          <w:b/>
        </w:rPr>
        <w:t xml:space="preserve">[17:28] </w:t>
      </w:r>
      <w:r>
        <w:t>yeh Faheem sahib ne Lucknow se sawal bheja hai aur unhone likha hai: "Will person get bored in paradise like one gets bored in this world." Is ke bare mein batayein.</w:t>
      </w:r>
    </w:p>
    <w:p>
      <w:pPr>
        <w:jc w:val="right"/>
      </w:pPr>
      <w:r>
        <w:t>یہ فہیم صاحب نے لکھنؤ سے سوال بھیجا ہے اور انہوں نے لکھا ہے: "ویل پرسن گیٹ بورڈ ان پیراڈائز لائک ون گیٹس بورڈ ان دس ورلڈ۔" اس کے بارے میں بتائیں۔</w:t>
      </w:r>
    </w:p>
    <w:p>
      <w:r>
        <w:rPr>
          <w:b/>
        </w:rPr>
        <w:t xml:space="preserve">[17:44] </w:t>
      </w:r>
      <w:r>
        <w:t>asal mein boriyat jo hoti hai woh is ka phenomena nahi hai ke hamare andar desire khatam ho gayi. desire to kabhi khatam hi nahi hoti hai lekin hamare andar limitations hain.</w:t>
      </w:r>
    </w:p>
    <w:p>
      <w:pPr>
        <w:jc w:val="right"/>
      </w:pPr>
      <w:r>
        <w:t>اصل میں بوریت جو ہوتی ہے وہ اس کا فیناومینا نہیں ہے کہ ہمارے اندر ڈیزائر ختم ہوگئی۔ ڈیزائر تو کبھی ختم ہی نہیں ہوتی ہے لیکن ہمارے اندر لیمیٹیشنز ہیں۔</w:t>
      </w:r>
    </w:p>
    <w:p>
      <w:r>
        <w:rPr>
          <w:b/>
        </w:rPr>
        <w:t xml:space="preserve">[17:57] </w:t>
      </w:r>
      <w:r>
        <w:t>misal ke taur par jab hum khana khate hain to thori der mein hum satiation point par aa jate hain to hum khana aur khana chahte hain lekin hamara pet bhar jata hai aur hum aur kha nahi paate.</w:t>
      </w:r>
    </w:p>
    <w:p>
      <w:pPr>
        <w:jc w:val="right"/>
      </w:pPr>
      <w:r>
        <w:t>مثال کے طور پر جب ہم کھانا کھاتے ہیں تو تھوڑی دیر میں ہم سیشیشن پوائنٹ پر آ جاتے ہیں تو ہم کھانا اور کھانا چاہتے ہیں لیکن ہمارا پیٹ بھر جاتا ہے اور ہم اور کھا نہیں پاتے۔</w:t>
      </w:r>
    </w:p>
    <w:p>
      <w:r>
        <w:rPr>
          <w:b/>
        </w:rPr>
        <w:t xml:space="preserve">[18:10] </w:t>
      </w:r>
      <w:r>
        <w:t>isi tareeqe se aap samajh sakte hain doosri bhi tamam desires ke bare mein. to jannat mein yeh sari desires jo hain complete fulfillment hoga aur wahan par pore tareeqe se Allah taala ne aisa intezam kiya hai ke wahan har cheez ideal form mein hogi.</w:t>
      </w:r>
    </w:p>
    <w:p>
      <w:pPr>
        <w:jc w:val="right"/>
      </w:pPr>
      <w:r>
        <w:t>اسی طریقے سے آپ سمجھ سکتے ہیں دوسری بھی تمام ڈیزائرز کے بارے میں۔ تو جنت میں یہ ساری ڈیزائرز جو ہیں کمپلیٹ فلفلمنٹ ہوگا اور وہاں پر پورے طریقے سے اللہ تعالی نے ایسا انتظام کیا ہے کہ وہاں ہر چیز آئیڈیل فارم میں ہوگی۔</w:t>
      </w:r>
    </w:p>
    <w:p>
      <w:r>
        <w:rPr>
          <w:b/>
        </w:rPr>
        <w:t xml:space="preserve">[18:34] </w:t>
      </w:r>
      <w:r>
        <w:t>dunya mein ideal form mein nahi hai. bohat si cheezein hum ko milti hain lekin hum is se poori tarah satisfied nahi hote, hamara fulfillment nahi hota kyunke woh ideal form mein nahi.</w:t>
      </w:r>
    </w:p>
    <w:p>
      <w:pPr>
        <w:jc w:val="right"/>
      </w:pPr>
      <w:r>
        <w:t>دنیا میں آئیڈیل فارم میں نہیں ہے۔ بہت سی چیزیں ہم کو ملتی ہیں لیکن ہمیں ہم اس سے پوری طرح سیٹسفائیڈ نہیں ہوتے، ہمارا فلفلمنٹ نہیں ہوتا کیونکہ وہ آئیڈیل فارم میں نہیں۔</w:t>
      </w:r>
    </w:p>
    <w:p>
      <w:r>
        <w:rPr>
          <w:b/>
        </w:rPr>
        <w:t xml:space="preserve">[18:46] </w:t>
      </w:r>
      <w:r>
        <w:t>jannat ek ideal form mein hogi aur doosri yeh ke sirf wahan khana peena nahi hoga jaisa ke Maulana ne likha hai. wahan par sab kuch hoga, wahan par sari shughl fawaq al Quran mein aaya hai.</w:t>
      </w:r>
    </w:p>
    <w:p>
      <w:pPr>
        <w:jc w:val="right"/>
      </w:pPr>
      <w:r>
        <w:t>جنت ایک آئیڈیل فارم میں ہوگی اور دوسری یہ کہ صرف وہاں کھانا پینا نہیں ہوگا جیسا کہ مولانا نے لکھا ہے۔ وہاں پر سب کچھ ہوگا، وہاں پر ساری شغل فاقہ قرآن میں آیا ہے۔</w:t>
      </w:r>
    </w:p>
    <w:p>
      <w:r>
        <w:rPr>
          <w:b/>
        </w:rPr>
        <w:t xml:space="preserve">[19:00] </w:t>
      </w:r>
      <w:r>
        <w:t>joyful activities hongi, bas wahan koi takleef nahi hogi, wahan barhapa nahi hoga, wahan bimari nahi hogi, koi accident nahi hoga.</w:t>
      </w:r>
    </w:p>
    <w:p>
      <w:pPr>
        <w:jc w:val="right"/>
      </w:pPr>
      <w:r>
        <w:t>جوائے فل ایکٹیویٹیز ہوں گی، بس وہاں کوئی تکلیف نہیں ہوگی، وہاں بڑھاپا نہیں ہوگا، وہاں بیماری نہیں ہوگی، کوئی ایکسیڈنٹ نہیں ہوگا۔</w:t>
      </w:r>
    </w:p>
    <w:p>
      <w:r>
        <w:rPr>
          <w:b/>
        </w:rPr>
        <w:t xml:space="preserve">[19:09] </w:t>
      </w:r>
      <w:r>
        <w:t>wohan har waqt insan fresh rahega aur tamam activities mein bohat hi joyful activities mein mustaqil hissa lega.</w:t>
      </w:r>
    </w:p>
    <w:p>
      <w:pPr>
        <w:jc w:val="right"/>
      </w:pPr>
      <w:r>
        <w:t>وہاں ہر وقت انسان فریش رہے گا اور تمام ایکٹیویٹیز میں بہت ہی جوائے فل ایکٹیویٹیز میں مستقل حصہ لے گا۔</w:t>
      </w:r>
    </w:p>
    <w:p>
      <w:r>
        <w:rPr>
          <w:b/>
        </w:rPr>
        <w:t xml:space="preserve">[19:17] </w:t>
      </w:r>
      <w:r>
        <w:t>to wahan musalsal marifat hogi, wahan Allah taala ki jhalakiyan nazar ayengi. to wo kabhi bhi insan hamesha thrill mein rahega aur kabhi bhi isko boriyat wahan nahi hogi.</w:t>
      </w:r>
    </w:p>
    <w:p>
      <w:pPr>
        <w:jc w:val="right"/>
      </w:pPr>
      <w:r>
        <w:t>تو وہاں مسلسل معرفت ہوگی، وہاں اللہ تعالی کی جھلکیاں نظر آئیں گی۔ تو وہ کبھی بھی انسان ہمیشہ تھرل میں رہے گا اور کبھی بھی اس کو بوریت وہاں نہیں ہوگی۔</w:t>
      </w:r>
    </w:p>
    <w:p>
      <w:r>
        <w:rPr>
          <w:b/>
        </w:rPr>
        <w:t xml:space="preserve">[19:32] </w:t>
      </w:r>
      <w:r>
        <w:t>ji, courtlin, miss courtlin ne srinagar se likha hai: "what a simple and convincing explanation on god's greatness, mercifulness, benevolence and kindness for his subjects.</w:t>
      </w:r>
    </w:p>
    <w:p>
      <w:pPr>
        <w:jc w:val="right"/>
      </w:pPr>
      <w:r>
        <w:t>جی، کورتلین، مس کورتلین نے سری نگر سے لکھا ہے: "واٹ ا سمپل اینڈ کنونسنگ ایکسپلینیشن ان گاڈز گریٹنس، مرسی فلنس، بینیولنس اینڈ کائنڈنس فار ہز سبجیکٹس۔</w:t>
      </w:r>
    </w:p>
    <w:p>
      <w:r>
        <w:rPr>
          <w:b/>
        </w:rPr>
        <w:t xml:space="preserve">[19:48] </w:t>
      </w:r>
      <w:r>
        <w:t>creation plan of the creator and most easy and desired way of earning his blessings and find place in jannat al-firdous." jazak Allah, farida j</w:t>
      </w:r>
    </w:p>
    <w:p>
      <w:pPr>
        <w:jc w:val="right"/>
      </w:pPr>
      <w:r>
        <w:t>کریشن پلان آف دا کریٹر اینڈ موسٹ ایزی اینڈ ڈیزائرڈ وے آف ارننگ ہز بلیسنگز اینڈ فائنڈ پلیس ان جنت الفردوس۔" جزاک اللہ، فریدہ ج</w:t>
      </w:r>
    </w:p>
    <w:p>
      <w:r>
        <w:rPr>
          <w:b/>
        </w:rPr>
        <w:t xml:space="preserve">[20:00] </w:t>
      </w:r>
      <w:r>
        <w:t>y, it was a treat to listen to you. god bless you. sajid ahmed khan sahib ne nagpur se likha hai: "jazak Allah, apa,</w:t>
      </w:r>
    </w:p>
    <w:p>
      <w:pPr>
        <w:jc w:val="right"/>
      </w:pPr>
      <w:r>
        <w:t>ی، اٹ واز ا ٹریٹ ٹو لسن ٹو یو۔ گاڈ بلیس یو۔ ساجد احمد خان صاحب نے ناکپور سے لکھا ہے: "جزاک اللہ، آپا،</w:t>
      </w:r>
    </w:p>
    <w:p>
      <w:r>
        <w:rPr>
          <w:b/>
        </w:rPr>
        <w:t xml:space="preserve">[20:08] </w:t>
      </w:r>
      <w:r>
        <w:t>this is really thrilling that everything in the universe is for man and god doesn't need anything. we have to be focused on god without being distracted, but practically we find it most difficult to be focused.</w:t>
      </w:r>
    </w:p>
    <w:p>
      <w:pPr>
        <w:jc w:val="right"/>
      </w:pPr>
      <w:r>
        <w:t>دس از ریلی تھرلنگ دیٹ ایوری تھنگ ان دا یونیورس از فار مین اینڈ گاڈ ڈزنٹ نیڈ اینی تھنگ۔ وی ہیو ٹو بی فوکسڈ ان گاڈ وداؤٹ بینگ ڈسٹریکٹڈ، بٹ پریکٹیکلی وی فائنڈ اٹ موسٹ ڈیفیکلٹ ٹو بی فوکسڈ۔</w:t>
      </w:r>
    </w:p>
    <w:p>
      <w:r>
        <w:rPr>
          <w:b/>
        </w:rPr>
        <w:t xml:space="preserve">[20:23] </w:t>
      </w:r>
      <w:r>
        <w:t>so my question is: what is the practical way to avoid distractions and remain focused?" ab is ka to yahi hai ke har rastay par na dauren,</w:t>
      </w:r>
    </w:p>
    <w:p>
      <w:pPr>
        <w:jc w:val="right"/>
      </w:pPr>
      <w:r>
        <w:t>سو مائی کوئسچن از: واٹ از دا پریکٹیکل وے ٹو اوائڈ ڈسٹریکشنز اینڈ ریمین فوکسڈ؟" اب اس کا تو یہی ہے کہ ہر راستے پر نہ دوڑیں،</w:t>
      </w:r>
    </w:p>
    <w:p>
      <w:r>
        <w:rPr>
          <w:b/>
        </w:rPr>
        <w:t xml:space="preserve">[20:36] </w:t>
      </w:r>
      <w:r>
        <w:t>sirf apni zaroorat par</w:t>
      </w:r>
    </w:p>
    <w:p>
      <w:pPr>
        <w:jc w:val="right"/>
      </w:pPr>
      <w:r>
        <w:t>صرف اپنی ضرورت پر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