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Laws of Success Oct 14, 2012 - Maulana Wahiduddin Khan</w:t>
      </w:r>
    </w:p>
    <w:p>
      <w:r>
        <w:t>https://www.youtube.com/watch?v=IoGqkqami0w</w:t>
      </w:r>
    </w:p>
    <w:p>
      <w:r>
        <w:rPr>
          <w:b/>
        </w:rPr>
        <w:t xml:space="preserve">[00:14] </w:t>
      </w:r>
      <w:r>
        <w:t>bismillah hir rahman nir rahim,</w:t>
      </w:r>
    </w:p>
    <w:p>
      <w:pPr>
        <w:jc w:val="right"/>
      </w:pPr>
      <w:r>
        <w:t>بسم اللہ الرحمن الرحیم،</w:t>
      </w:r>
    </w:p>
    <w:p>
      <w:r>
        <w:rPr>
          <w:b/>
        </w:rPr>
        <w:t xml:space="preserve">[00:20] </w:t>
      </w:r>
      <w:r>
        <w:t>wasallallahu ala nabiyyil karim. rab 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[00:42] </w:t>
      </w:r>
      <w:r>
        <w:t>aaj ka topic hai "divine law of success", kamyabi ka khudai qanoon.</w:t>
      </w:r>
    </w:p>
    <w:p>
      <w:pPr>
        <w:jc w:val="right"/>
      </w:pPr>
      <w:r>
        <w:t>آج کا ٹاپک ہے "ڈیوائن لا آف سکسیس"، کامیابی کا خدائی قانون۔</w:t>
      </w:r>
    </w:p>
    <w:p>
      <w:r>
        <w:rPr>
          <w:b/>
        </w:rPr>
        <w:t xml:space="preserve">[00:57] </w:t>
      </w:r>
      <w:r>
        <w:t>yeh topic mere zehn mein is tarah aaya ke aaj maine ek urdu akhbar mein sir syed ahmed khan ka ek tasweer ke sath ek article dekha.</w:t>
      </w:r>
    </w:p>
    <w:p>
      <w:pPr>
        <w:jc w:val="right"/>
      </w:pPr>
      <w:r>
        <w:t>یہ ٹاپک میرے ذہن میں اس طرح آیا کہ آج میں نے ایک اردو اخبار میں سر سید احمد خان کا ایک تصویر کے ساتھ ایک آرٹیکل دیکھا۔</w:t>
      </w:r>
    </w:p>
    <w:p>
      <w:r>
        <w:rPr>
          <w:b/>
        </w:rPr>
        <w:t xml:space="preserve">[01:16] </w:t>
      </w:r>
      <w:r>
        <w:t>us par likha hua tha: "sir syed ahmed khan ek ehsas shakhsiyat", yani ek epoch making personality.</w:t>
      </w:r>
    </w:p>
    <w:p>
      <w:pPr>
        <w:jc w:val="right"/>
      </w:pPr>
      <w:r>
        <w:t>اس پر لکھا ہوا تھا: "سر سید احمد خان ایک احساس شخصیت"، یعنی ایک ایپوک بیکنگ پرسنیلٹی۔</w:t>
      </w:r>
    </w:p>
    <w:p>
      <w:r>
        <w:rPr>
          <w:b/>
        </w:rPr>
        <w:t xml:space="preserve">[01:30] </w:t>
      </w:r>
      <w:r>
        <w:t>main sochne laga ke hamari ummat ne ehsas shakhsiyat paida ki, magar khud eht kahan hai?</w:t>
      </w:r>
    </w:p>
    <w:p>
      <w:pPr>
        <w:jc w:val="right"/>
      </w:pPr>
      <w:r>
        <w:t>میں سوچنے لگا کہ ہماری امت نے احساس شخصیتیں پیدا کیں، مگر خود احت کہاں ہے؟</w:t>
      </w:r>
    </w:p>
    <w:p>
      <w:r>
        <w:rPr>
          <w:b/>
        </w:rPr>
        <w:t xml:space="preserve">[01:41] </w:t>
      </w:r>
      <w:r>
        <w:t>wo eht kahan hai jinhone jin hazrat ne paida kiya? ehsas shakhsiyat hain ke is ek se ek bharmar lagi hui hai, lekin eht kahin dikhai nahi deta.</w:t>
      </w:r>
    </w:p>
    <w:p>
      <w:pPr>
        <w:jc w:val="right"/>
      </w:pPr>
      <w:r>
        <w:t>وہ احت کہاں ہے جنہوں نے جن حضرات نے پیدا کیا؟ احساس شخصیتیں ہیں کہ اس ایک سے ایک بھرمار لگی ہوئی ہے، لیکن احت کہیں دکھائی نہیں دیتا۔</w:t>
      </w:r>
    </w:p>
    <w:p>
      <w:r>
        <w:rPr>
          <w:b/>
        </w:rPr>
        <w:t xml:space="preserve">[01:58] </w:t>
      </w:r>
      <w:r>
        <w:t>main aap ko misaal deta hoon:</w:t>
      </w:r>
    </w:p>
    <w:p>
      <w:pPr>
        <w:jc w:val="right"/>
      </w:pPr>
      <w:r>
        <w:t>میں آپ کو مثال دیتا ہوں:</w:t>
      </w:r>
    </w:p>
    <w:p>
      <w:r>
        <w:rPr>
          <w:b/>
        </w:rPr>
        <w:t xml:space="preserve">[02:03] </w:t>
      </w:r>
      <w:r>
        <w:t>sir syed ahmed khan ne ab se 140 saal pehle ek college qaim kiya aligarh mein, jo 1920 mein university ban gaya.</w:t>
      </w:r>
    </w:p>
    <w:p>
      <w:pPr>
        <w:jc w:val="right"/>
      </w:pPr>
      <w:r>
        <w:t>سر سید احمد خان نے اب سے 140 سال پہلے ایک کالج قائم کیا علی گڑھ میں، جو 1920 میں یونیورسٹی بن گیا۔</w:t>
      </w:r>
    </w:p>
    <w:p>
      <w:r>
        <w:rPr>
          <w:b/>
        </w:rPr>
        <w:t xml:space="preserve">[02:20] </w:t>
      </w:r>
      <w:r>
        <w:t>sir syed ahmed khan ne jo maqsad bataya tha us ka ke hum aise afraad paida karna chahte hain jin ke ek hath mein quran ho, doosre hath mein science ho,</w:t>
      </w:r>
    </w:p>
    <w:p>
      <w:pPr>
        <w:jc w:val="right"/>
      </w:pPr>
      <w:r>
        <w:t>سر سید احمد خان نے جو مقصد بتایا تھا اس کا کہ ہم ایسے افراد پیدا کرنا چاہتے ہیں جن کے ایک ہاتھ میں قرآن ہو، دوسرے ہاتھ میں سائنس ہو،</w:t>
      </w:r>
    </w:p>
    <w:p>
      <w:r>
        <w:rPr>
          <w:b/>
        </w:rPr>
        <w:t xml:space="preserve">[02:34] </w:t>
      </w:r>
      <w:r>
        <w:t>aur un ke sar par "la ilaha illallah" ka taaj ho.</w:t>
      </w:r>
    </w:p>
    <w:p>
      <w:pPr>
        <w:jc w:val="right"/>
      </w:pPr>
      <w:r>
        <w:t>اور ان کے سر پر "لا الہ الا اللہ" کا تاج ہو۔</w:t>
      </w:r>
    </w:p>
    <w:p>
      <w:r>
        <w:rPr>
          <w:b/>
        </w:rPr>
        <w:t xml:space="preserve">[02:41] </w:t>
      </w:r>
      <w:r>
        <w:t>mere ilm ke mutabiq is taqreeban dedh sau saal ke muddat guzarne ke baad bhi koi ek shakhs bhi paida nahi hua aligarh ki sarzameen se jo is sifat ka hamil ho.</w:t>
      </w:r>
    </w:p>
    <w:p>
      <w:pPr>
        <w:jc w:val="right"/>
      </w:pPr>
      <w:r>
        <w:t>میرے علم کے مطابق اس تقریباً ڈیڑھ سو سال کے مدت گزرنے کے بعد بھی کوئی ایک شخص بھی پیدا نہیں ہوا علی گڑھ کی سرزمین سے جو اس صفت کا حامل ہو۔</w:t>
      </w:r>
    </w:p>
    <w:p>
      <w:r>
        <w:rPr>
          <w:b/>
        </w:rPr>
        <w:t xml:space="preserve">[02:58] </w:t>
      </w:r>
      <w:r>
        <w:t>eht to bohat door ki baat hai, ummat aisi ho wo to bohat door ki baat hai. koi ek fard</w:t>
      </w:r>
    </w:p>
    <w:p>
      <w:pPr>
        <w:jc w:val="right"/>
      </w:pPr>
      <w:r>
        <w:t>احت تو بہت دور کی بات ہے، امت ایسی ہو وہ تو بہت دور کی بات ہے۔ کوئی ایک فرد</w:t>
      </w:r>
    </w:p>
    <w:p>
      <w:r>
        <w:rPr>
          <w:b/>
        </w:rPr>
        <w:t xml:space="preserve">[03:08] </w:t>
      </w:r>
      <w:r>
        <w:t>jis ke ek hath mein quran ho, doosre hath mein science ho, sar par "la ilaha illallah" ka taaj ho. to phir main sochne laga ke yeh to bohat lambi kahani hai.</w:t>
      </w:r>
    </w:p>
    <w:p>
      <w:pPr>
        <w:jc w:val="right"/>
      </w:pPr>
      <w:r>
        <w:t>جس کے ایک ہاتھ میں قرآن ہو، دوسرے ہاتھ میں سائنس ہو، سر پر "لا الہ الا اللہ" کا تاج ہو۔ تو پھر میں سوچنے لگا کہ یہ تو بہت لمبی کہانی ہے۔</w:t>
      </w:r>
    </w:p>
    <w:p>
      <w:r>
        <w:rPr>
          <w:b/>
        </w:rPr>
        <w:t xml:space="preserve">[03:23] </w:t>
      </w:r>
      <w:r>
        <w:t>dekhiye, bachpan se main ek quran ki ek ayat bohat sunta raha hoon. bachpan se har muqarrir, har likhne wala, har bolne wala quran ki is ayat ko dohrata hai jo surah al-imran mein hai:</w:t>
      </w:r>
    </w:p>
    <w:p>
      <w:pPr>
        <w:jc w:val="right"/>
      </w:pPr>
      <w:r>
        <w:t>دیکھیے، بچپن سے میں ایک قرآن کی ایک آیت بہت سنتا رہا ہوں۔ بچپن سے ہر مقرر، ہر لکھنے والا، ہر بولنے والا قرآن کی اس آیت کو دہراتا ہے جو سورہ آل عمران میں ہے:</w:t>
      </w:r>
    </w:p>
    <w:p>
      <w:r>
        <w:rPr>
          <w:b/>
        </w:rPr>
        <w:t xml:space="preserve">[03:44] </w:t>
      </w:r>
      <w:r>
        <w:t>"antum ghalibun in kuntum mu'minin".</w:t>
      </w:r>
    </w:p>
    <w:p>
      <w:pPr>
        <w:jc w:val="right"/>
      </w:pPr>
      <w:r>
        <w:t>"أنتم الظالمون إن كنتم مؤمنين"۔</w:t>
      </w:r>
    </w:p>
    <w:p>
      <w:r>
        <w:rPr>
          <w:b/>
        </w:rPr>
        <w:t xml:space="preserve">[03:50] </w:t>
      </w:r>
      <w:r>
        <w:t>tum ghalib rahoge agar tum momin ho.</w:t>
      </w:r>
    </w:p>
    <w:p>
      <w:pPr>
        <w:jc w:val="right"/>
      </w:pPr>
      <w:r>
        <w:t>تم غالب رہو گے اگر تم مومن ہو۔</w:t>
      </w:r>
    </w:p>
    <w:p>
      <w:r>
        <w:rPr>
          <w:b/>
        </w:rPr>
        <w:t xml:space="preserve">[03:59] </w:t>
      </w:r>
      <w:r>
        <w:t>you you will have the upper hand</w:t>
      </w:r>
    </w:p>
    <w:p>
      <w:pPr>
        <w:jc w:val="right"/>
      </w:pPr>
      <w:r>
        <w:t>یو یو ول ہیو دا اپر ہینڈ</w:t>
      </w:r>
    </w:p>
    <w:p>
      <w:r>
        <w:rPr>
          <w:b/>
        </w:rPr>
        <w:t xml:space="preserve">[04:06] </w:t>
      </w:r>
      <w:r>
        <w:t>if your believers.</w:t>
      </w:r>
    </w:p>
    <w:p>
      <w:pPr>
        <w:jc w:val="right"/>
      </w:pPr>
      <w:r>
        <w:t>اف یور بیلیورز۔</w:t>
      </w:r>
    </w:p>
    <w:p>
      <w:r>
        <w:rPr>
          <w:b/>
        </w:rPr>
        <w:t xml:space="preserve">[04:12] </w:t>
      </w:r>
      <w:r>
        <w:t>to mein bachpan se yeh sunta raha hoon ke log is ko dohrate hain, aur be shumar tehreekein uthein, jamaatein banin, dhuan dhaar hungamein jaari hue.</w:t>
      </w:r>
    </w:p>
    <w:p>
      <w:pPr>
        <w:jc w:val="right"/>
      </w:pPr>
      <w:r>
        <w:t>تو میں بچپن سے یہ سنتا رہا ہوں کہ لوگ اس کو دہراتے ہیں، اور بے شمار تحریکیں اٹھیں، جماعتیں بنیں، دھواں دھار ہنگامے جاری ہوئے۔</w:t>
      </w:r>
    </w:p>
    <w:p>
      <w:r>
        <w:rPr>
          <w:b/>
        </w:rPr>
        <w:t xml:space="preserve">[04:27] </w:t>
      </w:r>
      <w:r>
        <w:t>lekin kahan yeh waqea hua ke musalman ghalib aa gaye? musalman upper hand ban gaye.</w:t>
      </w:r>
    </w:p>
    <w:p>
      <w:pPr>
        <w:jc w:val="right"/>
      </w:pPr>
      <w:r>
        <w:t>لیکن کہاں یہ واقعہ ہوا کہ مسلمان غالب آ گئے؟ مسلمان اپر ہینڈ بن گئے۔</w:t>
      </w:r>
    </w:p>
    <w:p>
      <w:r>
        <w:rPr>
          <w:b/>
        </w:rPr>
        <w:t xml:space="preserve">[04:38] </w:t>
      </w:r>
      <w:r>
        <w:t>hum sab jante hain ke abhi tak musalman lower hand bane hue hain. do sau saal ki tareekh ke bawajood musalman upper hand nahi bane, lower hand bane hue hain.</w:t>
      </w:r>
    </w:p>
    <w:p>
      <w:pPr>
        <w:jc w:val="right"/>
      </w:pPr>
      <w:r>
        <w:t>ہم سب جانتے ہیں کہ ابھی تک مسلمان لوئر ہینڈ بنے ہوئے ہیں۔ دو سو سال کی تاریخ کے باوجود مسلمان اپر ہینڈ نہیں بنے، لوئر ہینڈ بنے ہوئے ہیں۔</w:t>
      </w:r>
    </w:p>
    <w:p>
      <w:r>
        <w:rPr>
          <w:b/>
        </w:rPr>
        <w:t xml:space="preserve">[04:51] </w:t>
      </w:r>
      <w:r>
        <w:t>do sau saal mein is liye kehta hoon ke yeh tareekh shuru hui hai 1799 se, jab ke Sultan Tipu angrezon se ladte hue mare gaye thay.</w:t>
      </w:r>
    </w:p>
    <w:p>
      <w:pPr>
        <w:jc w:val="right"/>
      </w:pPr>
      <w:r>
        <w:t>دو سو سال میں اس لیے کہتا ہوں کہ یہ تاریخ شروع ہوئی ہے 1799 سے، جب کہ سلطان ٹیپو انگریزوں سے لڑتے ہوئے مارے گئے تھے۔</w:t>
      </w:r>
    </w:p>
    <w:p>
      <w:r>
        <w:rPr>
          <w:b/>
        </w:rPr>
        <w:t xml:space="preserve">[05:04] </w:t>
      </w:r>
      <w:r>
        <w:t>woh bhi mare gaye, un ki fauj bhi tabah ho gayi. to yeh waqea kahan bana? aur is ke baad tehreek par tehreek, jamaat par jamaat, hungamein par hungamein jo ab tak jaari hain.</w:t>
      </w:r>
    </w:p>
    <w:p>
      <w:pPr>
        <w:jc w:val="right"/>
      </w:pPr>
      <w:r>
        <w:t>وہ بھی مارے گئے، ان کی فوج بھی تباہ ہو گئی۔ تو یہ واقعہ کہاں بنا؟ اور اس کے بعد تحریک پر تحریک، جماعت پر جماعت، ہنگامے پر ہنگامے جو اب تک جاری ہیں۔</w:t>
      </w:r>
    </w:p>
    <w:p>
      <w:r>
        <w:rPr>
          <w:b/>
        </w:rPr>
        <w:t xml:space="preserve">[05:20] </w:t>
      </w:r>
      <w:r>
        <w:t>to mein sochne laga ke aakhir maamla kya hai?</w:t>
      </w:r>
    </w:p>
    <w:p>
      <w:pPr>
        <w:jc w:val="right"/>
      </w:pPr>
      <w:r>
        <w:t>تو میں سوچنے لگا کہ آخر معاملہ کیا ہے؟</w:t>
      </w:r>
    </w:p>
    <w:p>
      <w:r>
        <w:rPr>
          <w:b/>
        </w:rPr>
        <w:t xml:space="preserve">[05:28] </w:t>
      </w:r>
      <w:r>
        <w:t>is ka matlab yeh hai ke aaj hamein re assess karna chahiye. ab waqt yeh woh nahi hai ke hum isi ko repeat karein, repeat karein isi tareeqe ko jo Sultan Tipu aur doosre logon ne do sau saal tak apnaya aur aaj bhi apnaye hue hain.</w:t>
      </w:r>
    </w:p>
    <w:p>
      <w:pPr>
        <w:jc w:val="right"/>
      </w:pPr>
      <w:r>
        <w:t>اس کا مطلب یہ ہے کہ آج ہمیں ری اسس کرنا چاہیے۔ اب وقت یہ وہ نہیں ہے کہ ہم اسی کو ریپیٹ کریں، ریپیٹ کریں اسی طریقے کو جو سلطان ٹیپو اور دوسرے لوگوں نے دو سو سال تک اپنایا اور آج بھی اپنائے ہوئے ہیں۔</w:t>
      </w:r>
    </w:p>
    <w:p>
      <w:r>
        <w:rPr>
          <w:b/>
        </w:rPr>
        <w:t xml:space="preserve">[05:50] </w:t>
      </w:r>
      <w:r>
        <w:t>ab waqt aa gaya hai re assessment ka,</w:t>
      </w:r>
    </w:p>
    <w:p>
      <w:pPr>
        <w:jc w:val="right"/>
      </w:pPr>
      <w:r>
        <w:t>اب وقت آ گیا ہے ری اسسمنٹ کا،</w:t>
      </w:r>
    </w:p>
    <w:p>
      <w:r>
        <w:rPr>
          <w:b/>
        </w:rPr>
        <w:t xml:space="preserve">[05:56] </w:t>
      </w:r>
      <w:r>
        <w:t>re assessment ka. to re assessment ke liye kya buniyad ho, kya base ho, woh khud isi ayat mein maujood hai.</w:t>
      </w:r>
    </w:p>
    <w:p>
      <w:pPr>
        <w:jc w:val="right"/>
      </w:pPr>
      <w:r>
        <w:t>ری اسسمنٹ کا۔ تو ری اسسمنٹ کے لیے کیا بنیاد ہو، کیا بیس ہو، وہ خود اسی آیت میں موجود ہے۔</w:t>
      </w:r>
    </w:p>
    <w:p>
      <w:r>
        <w:rPr>
          <w:b/>
        </w:rPr>
        <w:t xml:space="preserve">[06:11] </w:t>
      </w:r>
      <w:r>
        <w:t>yeh Surah Aal-e-Imran ki do ayatein hain, aap in ko ghar ja kar ke khoob achi tarah se padhein aur mutala kijiyey.</w:t>
      </w:r>
    </w:p>
    <w:p>
      <w:pPr>
        <w:jc w:val="right"/>
      </w:pPr>
      <w:r>
        <w:t>یہ سورہ آل عمران کی دو آیتیں ہیں، آپ ان کو گھر جا کر کے خوب اچھی طرح سے پڑھیے اور مطالعہ کیجئے۔</w:t>
      </w:r>
    </w:p>
    <w:p>
      <w:r>
        <w:rPr>
          <w:b/>
        </w:rPr>
        <w:t xml:space="preserve">[06:22] </w:t>
      </w:r>
      <w:r>
        <w:t>woh do ayatein is tarah hain: Surah Aal-e-Imran, ayat</w:t>
      </w:r>
    </w:p>
    <w:p>
      <w:pPr>
        <w:jc w:val="right"/>
      </w:pPr>
      <w:r>
        <w:t>وہ دو آیتیں اس طرح ہیں: سورہ آل عمران، آیت</w:t>
      </w:r>
    </w:p>
    <w:p>
      <w:r>
        <w:rPr>
          <w:b/>
        </w:rPr>
        <w:t xml:space="preserve">[06:31] </w:t>
      </w:r>
      <w:r>
        <w:t>139, 140:</w:t>
      </w:r>
    </w:p>
    <w:p>
      <w:pPr>
        <w:jc w:val="right"/>
      </w:pPr>
      <w:r>
        <w:t>139، 140:</w:t>
      </w:r>
    </w:p>
    <w:p>
      <w:r>
        <w:rPr>
          <w:b/>
        </w:rPr>
        <w:t xml:space="preserve">[06:36] </w:t>
      </w:r>
      <w:r>
        <w:t>"la tahnu wa la tahzanu wa antum al a'alawna in kuntum mu'mineen".</w:t>
      </w:r>
    </w:p>
    <w:p>
      <w:pPr>
        <w:jc w:val="right"/>
      </w:pPr>
      <w:r>
        <w:t>"لا تہنوا ولا تہزنوا وانتم العظیمون إن كنتم مؤمنين"۔</w:t>
      </w:r>
    </w:p>
    <w:p>
      <w:r>
        <w:rPr>
          <w:b/>
        </w:rPr>
        <w:t xml:space="preserve">[06:56] </w:t>
      </w:r>
      <w:r>
        <w:t>is ka translation yeh hai ke: "ae musalmanon!</w:t>
      </w:r>
    </w:p>
    <w:p>
      <w:pPr>
        <w:jc w:val="right"/>
      </w:pPr>
      <w:r>
        <w:t>اس کا ٹرانزیشن یہ ہے کہ: "اے مسلمانوں!</w:t>
      </w:r>
    </w:p>
    <w:p>
      <w:r>
        <w:rPr>
          <w:b/>
        </w:rPr>
        <w:t xml:space="preserve">[07:03] </w:t>
      </w:r>
      <w:r>
        <w:t>tum afsos na karo, tum gham na karo, tum hi ghalib ho ge agar tum momin ho.</w:t>
      </w:r>
    </w:p>
    <w:p>
      <w:pPr>
        <w:jc w:val="right"/>
      </w:pPr>
      <w:r>
        <w:t>تم افسوس نہ کرو، تم غم نہ کرو، تم ہی غالب ہو گے اگر تم مومن ہو۔</w:t>
      </w:r>
    </w:p>
    <w:p>
      <w:r>
        <w:rPr>
          <w:b/>
        </w:rPr>
        <w:t xml:space="preserve">[07:14] </w:t>
      </w:r>
      <w:r>
        <w:t>agar tum ko chot pahunchi hai to fareeqe saani ko bhi chot pahunchi hai". aur in dino ko hum</w:t>
      </w:r>
    </w:p>
    <w:p>
      <w:pPr>
        <w:jc w:val="right"/>
      </w:pPr>
      <w:r>
        <w:t>اگر تم کو چوٹ پہنچی ہے تو فریق ثانی کو بھی چوٹ پہنچی ہے"۔ اور ان دنوں کو ہم</w:t>
      </w:r>
    </w:p>
    <w:p>
      <w:r>
        <w:rPr>
          <w:b/>
        </w:rPr>
        <w:t xml:space="preserve">[07:30] </w:t>
      </w:r>
      <w:r>
        <w:t>dohrate rehte hain, yaani kabhi in ke hisse mein, kabhi in ke hisse mein. yeh hain do ayatein, is par ghaur kijiyey.</w:t>
      </w:r>
    </w:p>
    <w:p>
      <w:pPr>
        <w:jc w:val="right"/>
      </w:pPr>
      <w:r>
        <w:t>دہراتے رہتے ہیں، یعنی کبھی ان کے حصے میں، کبھی ان کے حصے میں۔ یہ ہیں دو آیتیں، اس پر غور کیجئے۔</w:t>
      </w:r>
    </w:p>
    <w:p>
      <w:r>
        <w:rPr>
          <w:b/>
        </w:rPr>
        <w:t xml:space="preserve">[07:41] </w:t>
      </w:r>
      <w:r>
        <w:t>mein sochte sochte jahan tak pahuncha woh yeh hai ke saari ghalati yeh hai ke "in kuntum mu'mineen" ka matlab log samajhte hain ke agar tum musalman ho, agar tum ne kalma padh kar ke apne ko musalman ke register mein indaraj karwa liya hai, yeh samajhte hain.</w:t>
      </w:r>
    </w:p>
    <w:p>
      <w:pPr>
        <w:jc w:val="right"/>
      </w:pPr>
      <w:r>
        <w:t>میں سوچتے سوچتے جہاں تک پہنچا وہ یہ ہے کہ ساری غلطی یہ ہے کہ "إن كنتم مؤمنين" کا مطلب لوگ سمجھتے ہیں کہ اگر تم مسلمان ہو، اگر تم نے کلمہ پڑھ کر کے اپنے کو مسلمان کے رجسٹر میں اندراج کروا لیا ہے، یہ سمجھتے ہیں۔</w:t>
      </w:r>
    </w:p>
    <w:p>
      <w:r>
        <w:rPr>
          <w:b/>
        </w:rPr>
        <w:t xml:space="preserve">[08:01] </w:t>
      </w:r>
      <w:r>
        <w:t>ghalati yahan hai.</w:t>
      </w:r>
    </w:p>
    <w:p>
      <w:pPr>
        <w:jc w:val="right"/>
      </w:pPr>
      <w:r>
        <w:t>غلطی یہاں ہے۔</w:t>
      </w:r>
    </w:p>
    <w:p>
      <w:r>
        <w:rPr>
          <w:b/>
        </w:rPr>
        <w:t xml:space="preserve">[08:05] </w:t>
      </w:r>
      <w:r>
        <w:t>Allah ka jo qanoon hai, woh apni jagah paital hai, lekin hum ne jo interpretation ka nikaal rakha hai, woh bilashuba bilkul baseless hai.</w:t>
      </w:r>
    </w:p>
    <w:p>
      <w:pPr>
        <w:jc w:val="right"/>
      </w:pPr>
      <w:r>
        <w:t>اللہ کا جو قانون ہے، وہ اپنی جگہ پاٹل ہے، لیکن ہم نے جو انٹرپریٹیشن کا نکال رکھا ہے، وہ بلاشبہ بالکل بیس لیس ہے۔</w:t>
      </w:r>
    </w:p>
    <w:p>
      <w:r>
        <w:rPr>
          <w:b/>
        </w:rPr>
        <w:t xml:space="preserve">[08:17] </w:t>
      </w:r>
      <w:r>
        <w:t>dekhein, yahan par momineen ka matlab kya hai? is se murad hai woh afraad, woh jamaat, woh groh jis ko Allah ki marifat ho,</w:t>
      </w:r>
    </w:p>
    <w:p>
      <w:pPr>
        <w:jc w:val="right"/>
      </w:pPr>
      <w:r>
        <w:t>دیکھیں، یہاں پر مومنین کا مطلب کیا ہے؟ اس سے مراد ہے وہ افراد، وہ جماعت، وہ گروہ جس کو اللہ کی معرفت ہو،</w:t>
      </w:r>
    </w:p>
    <w:p>
      <w:r>
        <w:rPr>
          <w:b/>
        </w:rPr>
        <w:t xml:space="preserve">[08:32] </w:t>
      </w:r>
      <w:r>
        <w:t>jo sunnat Allah ko jaane, jo aap jo divine law ko samjhe. tareekh mein Allah taala ka qanoon kis tarah jaari o saari hai,</w:t>
      </w:r>
    </w:p>
    <w:p>
      <w:pPr>
        <w:jc w:val="right"/>
      </w:pPr>
      <w:r>
        <w:t>جو سنت اللہ کو جانے، جو آپ جو ڈیوائن لا کو سمجھے۔ تاریخ میں اللہ تعالی کا قانون کس طرح جاری و ساری ہے،</w:t>
      </w:r>
    </w:p>
    <w:p>
      <w:r>
        <w:rPr>
          <w:b/>
        </w:rPr>
        <w:t xml:space="preserve">[08:46] </w:t>
      </w:r>
      <w:r>
        <w:t>is ko daryaft kare.</w:t>
      </w:r>
    </w:p>
    <w:p>
      <w:pPr>
        <w:jc w:val="right"/>
      </w:pPr>
      <w:r>
        <w:t>اس کو دریافت کرے۔</w:t>
      </w:r>
    </w:p>
    <w:p>
      <w:r>
        <w:rPr>
          <w:b/>
        </w:rPr>
        <w:t xml:space="preserve">[08:51] </w:t>
      </w:r>
      <w:r>
        <w:t>divine scheme of things kya hai, is ko jaane aur phir apni planning kare is ke mutabiq. yeh matlab hai is ka.</w:t>
      </w:r>
    </w:p>
    <w:p>
      <w:pPr>
        <w:jc w:val="right"/>
      </w:pPr>
      <w:r>
        <w:t>ڈیوائن اسکیم آف تھنگز کیا ہے، اس کو جانے اور پھر اپنی پلاننگ کرے اس کے مطابق۔ یہ مطلب ہے اس کا۔</w:t>
      </w:r>
    </w:p>
    <w:p>
      <w:r>
        <w:rPr>
          <w:b/>
        </w:rPr>
        <w:t xml:space="preserve">[09:03] </w:t>
      </w:r>
      <w:r>
        <w:t>yeh nahi hai ke aap musalman ghar mein paida ho gaye, aap ne kalma parh liya to bas aap momin groh ho gaye. ab jo bhi salah lagayenge, aap jo bhi hangama jari karenge, to ghalba aap ke liye hoga.</w:t>
      </w:r>
    </w:p>
    <w:p>
      <w:pPr>
        <w:jc w:val="right"/>
      </w:pPr>
      <w:r>
        <w:t>یہ نہیں ہے کہ آپ مسلمان گھر میں پیدا ہو گئے، آپ نے کلمہ پڑھ لیا تو بس آپ مومن گروہ ہو گئے۔ اب جو بھی صلاح لگائیں گے، آپ جو بھی ہنگامہ جاری کریں گے، تو غلبہ آپ کے لیے ہوگا۔</w:t>
      </w:r>
    </w:p>
    <w:p>
      <w:r>
        <w:rPr>
          <w:b/>
        </w:rPr>
        <w:t xml:space="preserve">[09:16] </w:t>
      </w:r>
      <w:r>
        <w:t>hargiz nahi, hargiz nahi, hargiz nahi. aap ko daryaft karna parega divine scheme of things, aap ko daryaft karne ka divine laws,</w:t>
      </w:r>
    </w:p>
    <w:p>
      <w:pPr>
        <w:jc w:val="right"/>
      </w:pPr>
      <w:r>
        <w:t>ہرگز نہیں، ہرگز نہیں، ہرگز نہیں۔ آپ کو دریافت کرنا پڑے گا ڈیوائن اسکیم آف تھنگز، آپ کو دریافت کرنے کا ڈیوائن لاز،</w:t>
      </w:r>
    </w:p>
    <w:p>
      <w:r>
        <w:rPr>
          <w:b/>
        </w:rPr>
        <w:t xml:space="preserve">[09:30] </w:t>
      </w:r>
      <w:r>
        <w:t>aap ko daryaft karne ka ke history ko Allah taala kis tarah manage kar raha hai. phir is ko samajh kar is ke mutabiq apne aap ko dhalna hoga, is ke mutabiq apni planning karni hogi.</w:t>
      </w:r>
    </w:p>
    <w:p>
      <w:pPr>
        <w:jc w:val="right"/>
      </w:pPr>
      <w:r>
        <w:t>آپ کو دریافت کرنے کا کہ ہسٹری کو اللہ تعالی کس طرح مینج کر رہا ہے۔ پھر اس کو سمجھ کر اس کے مطابق اپنے آپ کو ڈھالنا ہوگا، اس کے مطابق اپنی پلاننگ کرنی ہوگی۔</w:t>
      </w:r>
    </w:p>
    <w:p>
      <w:r>
        <w:rPr>
          <w:b/>
        </w:rPr>
        <w:t xml:space="preserve">[09:47] </w:t>
      </w:r>
      <w:r>
        <w:t>woh kya hai? woh isi do ayaton mein bataya hua hai</w:t>
      </w:r>
    </w:p>
    <w:p>
      <w:pPr>
        <w:jc w:val="right"/>
      </w:pPr>
      <w:r>
        <w:t>وہ کیا ہے؟ وہ اسی دو آیتوں میں بتایا ہوا ہے</w:t>
      </w:r>
    </w:p>
    <w:p>
      <w:r>
        <w:rPr>
          <w:b/>
        </w:rPr>
        <w:t xml:space="preserve">[09:56] </w:t>
      </w:r>
      <w:r>
        <w:t>ke tum gham na karo, fikr na karo, balkeh tum sunnat Allah ko daryaft karo.</w:t>
      </w:r>
    </w:p>
    <w:p>
      <w:pPr>
        <w:jc w:val="right"/>
      </w:pPr>
      <w:r>
        <w:t>کہ تم غم نہ کرو، فکر نہ کرو، بلکہ تم سنت اللہ کو دریافت کرو۔</w:t>
      </w:r>
    </w:p>
    <w:p>
      <w:r>
        <w:rPr>
          <w:b/>
        </w:rPr>
        <w:t xml:space="preserve">[10:09] </w:t>
      </w:r>
      <w:r>
        <w:t>aur phir yeh jo farmaya hai ke agar tum ko zakhm pohnchi hai to un ko bhi zakhm pohnchi hai.</w:t>
      </w:r>
    </w:p>
    <w:p>
      <w:pPr>
        <w:jc w:val="right"/>
      </w:pPr>
      <w:r>
        <w:t>اور پھر یہ جو فرمایا ہے کہ اگر تم کو زخم پہنچی ہے تو ان کو بھی زخم پہنچیے۔</w:t>
      </w:r>
    </w:p>
    <w:p>
      <w:r>
        <w:rPr>
          <w:b/>
        </w:rPr>
        <w:t xml:space="preserve">[10:20] </w:t>
      </w:r>
      <w:r>
        <w:t>aur yeh to dono taraf ka muamla hai, kabhi un ko, kabhi un ko. ab mein aap ko is ayat ki tashreeh ke liye ek amli misaal ki taraf le aata hoon.</w:t>
      </w:r>
    </w:p>
    <w:p>
      <w:pPr>
        <w:jc w:val="right"/>
      </w:pPr>
      <w:r>
        <w:t>اور یہ تو دونوں طرف کا معاملہ ہے، کبھی ان کو، کبھی ان کو۔ اب میں آپ کو اس آیت کی تشریح کے لیے ایک عملی مثال کی طرف لے آتا ہوں۔</w:t>
      </w:r>
    </w:p>
    <w:p>
      <w:r>
        <w:rPr>
          <w:b/>
        </w:rPr>
        <w:t xml:space="preserve">[10:32] </w:t>
      </w:r>
      <w:r>
        <w:t>maujood dunya mein sab se bara jo case hai musalmanon ka, woh hai Palestine ka case. sab se bara. sare musalmanon ke jazbat is se jure hue hain,</w:t>
      </w:r>
    </w:p>
    <w:p>
      <w:pPr>
        <w:jc w:val="right"/>
      </w:pPr>
      <w:r>
        <w:t>موجود دنیا میں سب سے بڑا جو کیس ہے مسلمانوں کا، وہ ہے فلسطین کا کیس۔ سب سے بڑا۔ سارے مسلمانوں کے جذبات اس سے جڑے ہوئے ہیں،</w:t>
      </w:r>
    </w:p>
    <w:p>
      <w:r>
        <w:rPr>
          <w:b/>
        </w:rPr>
        <w:t xml:space="preserve">[10:45] </w:t>
      </w:r>
      <w:r>
        <w:t>sare musalmanon ka taawun is ko is se wabasta hai. pichle 60 saal mein das trillion dollar se zyada kharch kiya ja chuka hai Palestine ke muhaaz par.</w:t>
      </w:r>
    </w:p>
    <w:p>
      <w:pPr>
        <w:jc w:val="right"/>
      </w:pPr>
      <w:r>
        <w:t>سارے مسلمانوں کا تعاون اس کو اس سے وابستہ ہے۔ پچھلے 60 سال میں دس ٹریلین ڈالر سے زیادہ خرچ کیا جا چکا ہے فلسطین کے محاذ پر۔</w:t>
      </w:r>
    </w:p>
    <w:p>
      <w:r>
        <w:rPr>
          <w:b/>
        </w:rPr>
        <w:t xml:space="preserve">[10:59] </w:t>
      </w:r>
      <w:r>
        <w:t>to sare musalmanon ka. mein jab chota tha, tab mein ne ek ek magazine dekha, us mein Masjid Aqsa ki tasweer bani hui thi.</w:t>
      </w:r>
    </w:p>
    <w:p>
      <w:pPr>
        <w:jc w:val="right"/>
      </w:pPr>
      <w:r>
        <w:t>تو سارے مسلمانوں کا۔ میں جب چھوٹا تھا، تب میں نے ایک ایک میگزین دیکھا، اس میں مسجد اقصیٰ کی تصویر بنی ہوئی تھی۔</w:t>
      </w:r>
    </w:p>
    <w:p>
      <w:r>
        <w:rPr>
          <w:b/>
        </w:rPr>
        <w:t xml:space="preserve">[11:11] </w:t>
      </w:r>
      <w:r>
        <w:t>us ke neeche likha hua tha ke Masjid Aqsa jis ke upar tamam dunya ke musalmanon ki janen nisar hain. itni lambi muddat hai is juddojehad ki.</w:t>
      </w:r>
    </w:p>
    <w:p>
      <w:pPr>
        <w:jc w:val="right"/>
      </w:pPr>
      <w:r>
        <w:t>اس کے نیچے لکھا ہوا تھا کہ مسجد اقصیٰ جس کے اوپر تمام دنیا کے مسلمانوں کی جانیں نثار ہیں۔ اتنی لمبی مدت ہے اس جدوجہد کی۔</w:t>
      </w:r>
    </w:p>
    <w:p>
      <w:r>
        <w:rPr>
          <w:b/>
        </w:rPr>
        <w:t xml:space="preserve">[11:25] </w:t>
      </w:r>
      <w:r>
        <w:t>aur juddojehad ka nateeja kya hai? bilkul fe'li nahi, balkeh ulta. yaani counter productive.</w:t>
      </w:r>
    </w:p>
    <w:p>
      <w:pPr>
        <w:jc w:val="right"/>
      </w:pPr>
      <w:r>
        <w:t>اور جدوجہد کا نتیجہ کیا ہے؟ بالکل فعلی نہیں، بلکہ الٹا۔ یعنی کاؤنٹر پروڈکٹو۔</w:t>
      </w:r>
    </w:p>
    <w:p>
      <w:r>
        <w:rPr>
          <w:b/>
        </w:rPr>
        <w:t xml:space="preserve">[11:36] </w:t>
      </w:r>
      <w:r>
        <w:t>dekhiye, Filastini tehreek jo shuru hui hai musalmanon ki ya Arabon ki, 1948 mein jab British government thi, British empire qaim tha,</w:t>
      </w:r>
    </w:p>
    <w:p>
      <w:pPr>
        <w:jc w:val="right"/>
      </w:pPr>
      <w:r>
        <w:t>دیکھیے، فلسطینی تحریک جو شروع ہوئی ہے مسلمانوں کی یا عربوں کی، 1948 میں جب برٹش گورنمنٹ تھی، برٹش ایمپائر قائم تھا،</w:t>
      </w:r>
    </w:p>
    <w:p>
      <w:r>
        <w:rPr>
          <w:b/>
        </w:rPr>
        <w:t xml:space="preserve">[11:52] </w:t>
      </w:r>
      <w:r>
        <w:t>unhon ne Balfour commission bithaya. Balfour ek Angrez tha, ek.</w:t>
      </w:r>
    </w:p>
    <w:p>
      <w:pPr>
        <w:jc w:val="right"/>
      </w:pPr>
      <w:r>
        <w:t>انہوں نے بالفورڈ کمیشن بٹھایا۔ بالفورڈ ایک انگریز تھا، ایک۔</w:t>
      </w:r>
    </w:p>
    <w:p>
      <w:r>
        <w:rPr>
          <w:b/>
        </w:rPr>
        <w:t xml:space="preserve">[12:00] </w:t>
      </w:r>
      <w:r>
        <w:t>us ne kya kiya ke roughly us ne ek partition kiya aur roughly aadha hissa diya Arabon ko, aadha hissa diya Israel ko.</w:t>
      </w:r>
    </w:p>
    <w:p>
      <w:pPr>
        <w:jc w:val="right"/>
      </w:pPr>
      <w:r>
        <w:t>اس نے کیا کیا کہ رفلی اس نے ایک پارٹیشن کیا اور رفلی آدھا حصہ دیا عربوں کو، آدھا حصہ دیا اسرائیل کو۔</w:t>
      </w:r>
    </w:p>
    <w:p>
      <w:r>
        <w:rPr>
          <w:b/>
        </w:rPr>
        <w:t xml:space="preserve">[12:12] </w:t>
      </w:r>
      <w:r>
        <w:t>bas wahan se shuru ho gayi tehreek musalmanon ki. Hasan al-Banna us waqt zinda the, jo Khwab-e-Musalmanon ke bani hain.</w:t>
      </w:r>
    </w:p>
    <w:p>
      <w:pPr>
        <w:jc w:val="right"/>
      </w:pPr>
      <w:r>
        <w:t>بس وہاں سے شروع ہوگئی تحریک مسلمانوں کی۔ حسن البنا اس وقت زندہ تھے، جو خواب مسلمون کے بانی ہیں۔</w:t>
      </w:r>
    </w:p>
    <w:p>
      <w:r>
        <w:rPr>
          <w:b/>
        </w:rPr>
        <w:t xml:space="preserve">[12:24] </w:t>
      </w:r>
      <w:r>
        <w:t>unhon ne Cairo ki sarkon par juloos nikala, kaha jata hai ke is mein ek lakh Arab sharik the aur narah laga rahe the ke "Labbaik ya Filastin,</w:t>
      </w:r>
    </w:p>
    <w:p>
      <w:pPr>
        <w:jc w:val="right"/>
      </w:pPr>
      <w:r>
        <w:t>انہوں نے قاہرہ کی سڑکوں پر جلوس نکالا، کہا جاتا ہے کہ اس میں ایک لاکھ عرب شریک تھے اور نعرہ لگا رہے تھے کہ "لبیک یا فلسطین،</w:t>
      </w:r>
    </w:p>
    <w:p>
      <w:r>
        <w:rPr>
          <w:b/>
        </w:rPr>
        <w:t xml:space="preserve">[12:34] </w:t>
      </w:r>
      <w:r>
        <w:t>Labbaik ya Filastin".</w:t>
      </w:r>
    </w:p>
    <w:p>
      <w:pPr>
        <w:jc w:val="right"/>
      </w:pPr>
      <w:r>
        <w:t>لبیک یا فلسطین"۔</w:t>
      </w:r>
    </w:p>
    <w:p>
      <w:r>
        <w:rPr>
          <w:b/>
        </w:rPr>
        <w:t xml:space="preserve">[12:38] </w:t>
      </w:r>
      <w:r>
        <w:t>us waqt se aaj tak yeh jari hai. khooni juddojehad, khooni. aur mila kya? dekhiye, 1948 mein Filastin ka aadha hissa Arabon ke paas tha,</w:t>
      </w:r>
    </w:p>
    <w:p>
      <w:pPr>
        <w:jc w:val="right"/>
      </w:pPr>
      <w:r>
        <w:t>اس وقت سے آج تک یہ جاری ہے۔ خونی جدوجہد، خونی۔ اور ملا کیا؟ دیکھیں، 1948 میں فلسطین کا آدھا حصہ عربوں کے پاس تھا،</w:t>
      </w:r>
    </w:p>
    <w:p>
      <w:r>
        <w:rPr>
          <w:b/>
        </w:rPr>
        <w:t xml:space="preserve">[12:55] </w:t>
      </w:r>
      <w:r>
        <w:t>including Jerusalem, including Baitul Maqdis. aaj kya hai? aaj Filastin ka</w:t>
      </w:r>
    </w:p>
    <w:p>
      <w:pPr>
        <w:jc w:val="right"/>
      </w:pPr>
      <w:r>
        <w:t>انکلوڈنگ یروشلم، انکلوڈنگ بیت المقدس۔ آج کیا ہے؟ آج فلسطین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