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Freedom of Expression in Islam 30 Sept 2012 - Maulana Wahiduddin Khan</w:t>
      </w:r>
    </w:p>
    <w:p>
      <w:r>
        <w:t>https://www.youtube.com/watch?v=WLlXSyxX8Q4</w:t>
      </w:r>
    </w:p>
    <w:p>
      <w:r>
        <w:rPr>
          <w:b/>
        </w:rPr>
        <w:t xml:space="preserve">[00:14] </w:t>
      </w:r>
      <w:r>
        <w:t>bismillah-e-rehman-e-reheem, wa salla Allahu ala-n-nabiyyi-l-kareem. rab-ish-rah-li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[00:44] </w:t>
      </w:r>
      <w:r>
        <w:t>"freedom of expression and Islam".</w:t>
      </w:r>
    </w:p>
    <w:p>
      <w:pPr>
        <w:jc w:val="right"/>
      </w:pPr>
      <w:r>
        <w:t>"فریڈم آف ایکسپریشن اینڈ اسلام"۔</w:t>
      </w:r>
    </w:p>
    <w:p>
      <w:r>
        <w:rPr>
          <w:b/>
        </w:rPr>
        <w:t xml:space="preserve">[00:51] </w:t>
      </w:r>
      <w:r>
        <w:t>dekhiye, 1988 mein salman rusdie ki kitaab "Satanic Verses" thi.</w:t>
      </w:r>
    </w:p>
    <w:p>
      <w:pPr>
        <w:jc w:val="right"/>
      </w:pPr>
      <w:r>
        <w:t>دیکھیے، 1988 میں سلمان رضوی کی کتاب "سیٹک ورسز سپی" تھی۔</w:t>
      </w:r>
    </w:p>
    <w:p>
      <w:r>
        <w:rPr>
          <w:b/>
        </w:rPr>
        <w:t xml:space="preserve">[01:03] </w:t>
      </w:r>
      <w:r>
        <w:t>uske baad ulama ne fatwa diya ke yeh fa'al qabil-e-gardan-zani hai.</w:t>
      </w:r>
    </w:p>
    <w:p>
      <w:pPr>
        <w:jc w:val="right"/>
      </w:pPr>
      <w:r>
        <w:t>اس کے بعد علماء نے فتویٰ دیا کہ یہ فعل قابض گردن زدنی ہے۔</w:t>
      </w:r>
    </w:p>
    <w:p>
      <w:r>
        <w:rPr>
          <w:b/>
        </w:rPr>
        <w:t xml:space="preserve">[01:16] </w:t>
      </w:r>
      <w:r>
        <w:t>jo aadmi isko maar daale, usko ek dollar inaam diya jayega.</w:t>
      </w:r>
    </w:p>
    <w:p>
      <w:pPr>
        <w:jc w:val="right"/>
      </w:pPr>
      <w:r>
        <w:t>جو آدمی اس کو مار ڈالے، اس کو ایک ڈالر انعام دیا جائے گا۔</w:t>
      </w:r>
    </w:p>
    <w:p>
      <w:r>
        <w:rPr>
          <w:b/>
        </w:rPr>
        <w:t xml:space="preserve">[01:22] </w:t>
      </w:r>
      <w:r>
        <w:t>saare dunya ke tamam ulama iske haq mein bolne lage, sirf mein akela tha ke maine kaha ke yeh bilkul galat hai.</w:t>
      </w:r>
    </w:p>
    <w:p>
      <w:pPr>
        <w:jc w:val="right"/>
      </w:pPr>
      <w:r>
        <w:t>سارے دنیا کے تمام علماء اس کے حق میں بولنے لگے، صرف میں اکیلا تھا کہ میں نے کہا کہ یہ بالکل غلط ہے۔</w:t>
      </w:r>
    </w:p>
    <w:p>
      <w:r>
        <w:rPr>
          <w:b/>
        </w:rPr>
        <w:t xml:space="preserve">[01:36] </w:t>
      </w:r>
      <w:r>
        <w:t>salman rusdie ko to nahi maar sake, woh log fatwa dene wale khatam ho gaye.</w:t>
      </w:r>
    </w:p>
    <w:p>
      <w:pPr>
        <w:jc w:val="right"/>
      </w:pPr>
      <w:r>
        <w:t>بال رشنی کو تو نہیں مار سکے، وہ لوگ فتویٰ دینے والے ختم ہو گئے۔</w:t>
      </w:r>
    </w:p>
    <w:p>
      <w:r>
        <w:rPr>
          <w:b/>
        </w:rPr>
        <w:t xml:space="preserve">[01:43] </w:t>
      </w:r>
      <w:r>
        <w:t>achha, iske baad phir aur qisse hue, jaise Denmark ka cartoon chhaapa, aur kuch qisse hue.</w:t>
      </w:r>
    </w:p>
    <w:p>
      <w:pPr>
        <w:jc w:val="right"/>
      </w:pPr>
      <w:r>
        <w:t>اچھا، اس کے بعد پھر اور قصے ہوئے، جیسے ڈنمارک کا کارٹون چھپا، اور کچھ قصے ہوئے۔</w:t>
      </w:r>
    </w:p>
    <w:p>
      <w:r>
        <w:rPr>
          <w:b/>
        </w:rPr>
        <w:t xml:space="preserve">[01:53] </w:t>
      </w:r>
      <w:r>
        <w:t>abhi haal mein America mein film bani "Innocence of Muslims". to in waqeyat ko le kar pichhle taqreeban 25 saal se saari muslim dunya mein hungama jaari hai</w:t>
      </w:r>
    </w:p>
    <w:p>
      <w:pPr>
        <w:jc w:val="right"/>
      </w:pPr>
      <w:r>
        <w:t>ابھی حال میں امریکہ میں فلم بنی "یونیشنز آف مسلمز"۔ تو ان واقعات کو لے کر پچھلے تقریباً 25 سال سے ساری مسلم دنیا میں ہنگامہ جاری ہے</w:t>
      </w:r>
    </w:p>
    <w:p>
      <w:r>
        <w:rPr>
          <w:b/>
        </w:rPr>
        <w:t xml:space="preserve">[02:14] </w:t>
      </w:r>
      <w:r>
        <w:t>is ke khilaaf.</w:t>
      </w:r>
    </w:p>
    <w:p>
      <w:pPr>
        <w:jc w:val="right"/>
      </w:pPr>
      <w:r>
        <w:t>اس کے خلاف۔</w:t>
      </w:r>
    </w:p>
    <w:p>
      <w:r>
        <w:rPr>
          <w:b/>
        </w:rPr>
        <w:t xml:space="preserve">[02:18] </w:t>
      </w:r>
      <w:r>
        <w:t>abhi haal mein BBC Sultan ne ek ek muslim dunya mein, ek ek muslim country mein, ek ek position nikala gaya tha is masle par.</w:t>
      </w:r>
    </w:p>
    <w:p>
      <w:pPr>
        <w:jc w:val="right"/>
      </w:pPr>
      <w:r>
        <w:t>ابھی حال میں بی بی سلطن نے ایک ایک مسلم دنیا میں، ایک ایک مسلم کنٹری میں، ایک ایک پوزیشن نکالا گیا تھا اس مسئلے پر۔</w:t>
      </w:r>
    </w:p>
    <w:p>
      <w:r>
        <w:rPr>
          <w:b/>
        </w:rPr>
        <w:t xml:space="preserve">[02:33] </w:t>
      </w:r>
      <w:r>
        <w:t>to iska photo diya tha is mein.</w:t>
      </w:r>
    </w:p>
    <w:p>
      <w:pPr>
        <w:jc w:val="right"/>
      </w:pPr>
      <w:r>
        <w:t>تو اس کا فوٹو دیا تھا اس میں۔</w:t>
      </w:r>
    </w:p>
    <w:p>
      <w:r>
        <w:rPr>
          <w:b/>
        </w:rPr>
        <w:t xml:space="preserve">[02:37] </w:t>
      </w:r>
      <w:r>
        <w:t>to is mein ek banner tha "To hell with your freedom of expression", yaani tumhari freedom of expression bahar le jaye.</w:t>
      </w:r>
    </w:p>
    <w:p>
      <w:pPr>
        <w:jc w:val="right"/>
      </w:pPr>
      <w:r>
        <w:t>تو اس میں ایک بینر تھا "ٹو ہیل ود یور فریڈم آف ایکسپریشن"، یعنی تمہاری فریڈم آف ایکسپریشن باہر لے جائے۔</w:t>
      </w:r>
    </w:p>
    <w:p>
      <w:r>
        <w:rPr>
          <w:b/>
        </w:rPr>
        <w:t xml:space="preserve">[02:52] </w:t>
      </w:r>
      <w:r>
        <w:t>naare lag rahe the isi din ko. to ab saari dunya mein ek ek debate ho raha hai, saari dunya mein.</w:t>
      </w:r>
    </w:p>
    <w:p>
      <w:pPr>
        <w:jc w:val="right"/>
      </w:pPr>
      <w:r>
        <w:t>نعرے لگ رہے تھے اسی دن کو۔ تو اب ساری دنیا میں ایک ایک ڈیبیٹ ہو رہا ہے، ساری دنیا میں۔</w:t>
      </w:r>
    </w:p>
    <w:p>
      <w:r>
        <w:rPr>
          <w:b/>
        </w:rPr>
        <w:t xml:space="preserve">[03:03] </w:t>
      </w:r>
      <w:r>
        <w:t>woh debate kiya hai? aik taraf to struggler log hain, woh yeh keh rahe hain ke kitab likhna, film banana, article chapna,</w:t>
      </w:r>
    </w:p>
    <w:p>
      <w:pPr>
        <w:jc w:val="right"/>
      </w:pPr>
      <w:r>
        <w:t>وہ ڈیبیٹ کیا ہے؟ ایک طرف تو سٹرگلر لوگ ہیں، وہ یہ کہہ رہے ہیں کہ کتاب لکھنا، فلم بنانا، آرٹیکل چھاپنا،</w:t>
      </w:r>
    </w:p>
    <w:p>
      <w:r>
        <w:rPr>
          <w:b/>
        </w:rPr>
        <w:t xml:space="preserve">[03:17] </w:t>
      </w:r>
      <w:r>
        <w:t>speech dena, yeh aik aadmi ka right hai jab tak woh violence na kare.</w:t>
      </w:r>
    </w:p>
    <w:p>
      <w:pPr>
        <w:jc w:val="right"/>
      </w:pPr>
      <w:r>
        <w:t>اسپیچ دینا، یہ ایک آدمی کا رائٹ ہے جب تک وہ وائلیس نہ کرے۔</w:t>
      </w:r>
    </w:p>
    <w:p>
      <w:r>
        <w:rPr>
          <w:b/>
        </w:rPr>
        <w:t xml:space="preserve">[03:30] </w:t>
      </w:r>
      <w:r>
        <w:t>woh kisi ko physical harm na pohanchaye.</w:t>
      </w:r>
    </w:p>
    <w:p>
      <w:pPr>
        <w:jc w:val="right"/>
      </w:pPr>
      <w:r>
        <w:t>وہ کسی کو فزیکل ہارم نہ پہنچائے۔</w:t>
      </w:r>
    </w:p>
    <w:p>
      <w:r>
        <w:rPr>
          <w:b/>
        </w:rPr>
        <w:t xml:space="preserve">[03:33] </w:t>
      </w:r>
      <w:r>
        <w:t>to universal norm jo aaj ka hai, us ke mutabiq yeh har insaan ka aik right hai, yeh human rights mein shamil hai.</w:t>
      </w:r>
    </w:p>
    <w:p>
      <w:pPr>
        <w:jc w:val="right"/>
      </w:pPr>
      <w:r>
        <w:t>تو یونیورسل نارم جو آج کا ہے، اس کے مطابق یہ ہر انسان کا ایک رائٹ ہے، یہ ہیومن رائٹس میں شامل ہے۔</w:t>
      </w:r>
    </w:p>
    <w:p>
      <w:r>
        <w:rPr>
          <w:b/>
        </w:rPr>
        <w:t xml:space="preserve">[03:45] </w:t>
      </w:r>
      <w:r>
        <w:t>aik taraf to woh log yeh kehte hain, doosri taraf musalman yeh kehte hain ke yeh hum is ko accept nahi karenge.</w:t>
      </w:r>
    </w:p>
    <w:p>
      <w:pPr>
        <w:jc w:val="right"/>
      </w:pPr>
      <w:r>
        <w:t>ایک طرف تو وہ لوگ یہ کہتے ہیں، دوسری طرف مسلمان یہ کہتے ہیں کہ یہ ہم اس کو ایکسیپٹ نہیں کریں گے۔</w:t>
      </w:r>
    </w:p>
    <w:p>
      <w:r>
        <w:rPr>
          <w:b/>
        </w:rPr>
        <w:t xml:space="preserve">[03:54] </w:t>
      </w:r>
      <w:r>
        <w:t>saari muslim duniya, yani arab se le kar arab tak, sirf mein hi is mein exception hoon, bas yahi aik hi boli bol rahe hain,</w:t>
      </w:r>
    </w:p>
    <w:p>
      <w:pPr>
        <w:jc w:val="right"/>
      </w:pPr>
      <w:r>
        <w:t>ساری مسلم دنیا، یعنی عرب سے لے کر عرب تک، صرف میں ہی اس میں ایکسیپشن ہوں، بس یہی ایک ہی بولی بول رہے ہیں،</w:t>
      </w:r>
    </w:p>
    <w:p>
      <w:r>
        <w:rPr>
          <w:b/>
        </w:rPr>
        <w:t xml:space="preserve">[04:05] </w:t>
      </w:r>
      <w:r>
        <w:t>aik hi boli. abhi misr ke jo president hain, abhi woh gaye thay america, wahan pe uranium mein un ki taqreer thi, wahan bhi yahi baat boli bole hue.</w:t>
      </w:r>
    </w:p>
    <w:p>
      <w:pPr>
        <w:jc w:val="right"/>
      </w:pPr>
      <w:r>
        <w:t>ایک ہی بولی۔ ابھی مصر کے جو پریزیڈنٹ ہیں، ابھی وہ گئے تھے امریکہ، وہاں پہ یورینم میں ان کی تقریر تھی، وہاں بھی یہی بات بولی بولے ہوئے۔</w:t>
      </w:r>
    </w:p>
    <w:p>
      <w:r>
        <w:rPr>
          <w:b/>
        </w:rPr>
        <w:t xml:space="preserve">[04:15] </w:t>
      </w:r>
      <w:r>
        <w:t>to kya jo chote hain, bare hain, parhe likhe hain ya aam hain log hain, sab yahi boli bol rahe</w:t>
      </w:r>
    </w:p>
    <w:p>
      <w:pPr>
        <w:jc w:val="right"/>
      </w:pPr>
      <w:r>
        <w:t>تو کیا جو چھوٹے ہیں، بڑے ہیں، پڑھے لکھے ہیں یا عام ہیں لوگ ہیں، سب یہی بولی بول رہے</w:t>
      </w:r>
    </w:p>
    <w:p>
      <w:r>
        <w:rPr>
          <w:b/>
        </w:rPr>
        <w:t xml:space="preserve">[04:22] </w:t>
      </w:r>
      <w:r>
        <w:t>hain. is tarah se duniya mein aik image bani hai ya aik aik tasawwur bana hai ke islam freedom of expression ka mukhalif hai, jab ke secular civilization jo hai, woh is ki haami hai.</w:t>
      </w:r>
    </w:p>
    <w:p>
      <w:pPr>
        <w:jc w:val="right"/>
      </w:pPr>
      <w:r>
        <w:t>ہیں۔ اس طرح سے دنیا میں ایک امیج بنی ہے یا ایک ایک تصور بنا ہے کہ اسلام فریڈم آف ایکسپریشن کا مخالف ہے، جبکہ سیکولر سولائزیشن جو ہے، وہ اس کی حامی ہے۔</w:t>
      </w:r>
    </w:p>
    <w:p>
      <w:r>
        <w:rPr>
          <w:b/>
        </w:rPr>
        <w:t xml:space="preserve">[04:41] </w:t>
      </w:r>
      <w:r>
        <w:t>is liye aaj maine socha hai ke isi par mein kuch apne khayal zahir karoon.</w:t>
      </w:r>
    </w:p>
    <w:p>
      <w:pPr>
        <w:jc w:val="right"/>
      </w:pPr>
      <w:r>
        <w:t>اس لیے آج میں نے سوچا ہے کہ اسی پر میں کچھ اپنے خیال ظاہر کروں۔</w:t>
      </w:r>
    </w:p>
    <w:p>
      <w:r>
        <w:rPr>
          <w:b/>
        </w:rPr>
        <w:t xml:space="preserve">[04:47] </w:t>
      </w:r>
      <w:r>
        <w:t>dekhiye, maine saari umar islam ko parha hai</w:t>
      </w:r>
    </w:p>
    <w:p>
      <w:pPr>
        <w:jc w:val="right"/>
      </w:pPr>
      <w:r>
        <w:t>دیکھیے، میں نے ساری عمر اسلام کو پڑھا ہے</w:t>
      </w:r>
    </w:p>
    <w:p>
      <w:r>
        <w:rPr>
          <w:b/>
        </w:rPr>
        <w:t xml:space="preserve">[04:53] </w:t>
      </w:r>
      <w:r>
        <w:t>aur mein keh sakta hoon ke islam par jo woh kitabein hain jo authentic kitaab samajhati hain, un sab ko maine parha hai, inshallah.</w:t>
      </w:r>
    </w:p>
    <w:p>
      <w:pPr>
        <w:jc w:val="right"/>
      </w:pPr>
      <w:r>
        <w:t>اور میں کہہ سکتا ہوں کہ اسلام پر جو وہ کتابیں ہیں جو اتھینٹک کتاب سمجھاتی ہیں، ان سب کو میں نے پڑھا ہے، انشاءاللہ۔</w:t>
      </w:r>
    </w:p>
    <w:p>
      <w:r>
        <w:rPr>
          <w:b/>
        </w:rPr>
        <w:t xml:space="preserve">[05:05] </w:t>
      </w:r>
      <w:r>
        <w:t>to mein keh sakta hoon ke yeh bilkul hi baseless baat hai yeh kehna ke islam mein freedom of expression nahi hai.</w:t>
      </w:r>
    </w:p>
    <w:p>
      <w:pPr>
        <w:jc w:val="right"/>
      </w:pPr>
      <w:r>
        <w:t>تو میں کہہ سکتا ہوں کہ یہ بالکل ہی بیسلیس بات ہے یہ کہنا کہ اسلام میں فریڈم آف ایکسپریشن نہیں ہے۔</w:t>
      </w:r>
    </w:p>
    <w:p>
      <w:r>
        <w:rPr>
          <w:b/>
        </w:rPr>
        <w:t xml:space="preserve">[05:16] </w:t>
      </w:r>
      <w:r>
        <w:t>islam mein freedom of expression absolute sense mein hai, absolute sense mein.</w:t>
      </w:r>
    </w:p>
    <w:p>
      <w:pPr>
        <w:jc w:val="right"/>
      </w:pPr>
      <w:r>
        <w:t>اسلام میں فریڈم آف ایکسپریشن ایبسولیوٹ سینس میں ہے، ایبسولیوٹ سینس میں۔</w:t>
      </w:r>
    </w:p>
    <w:p>
      <w:r>
        <w:rPr>
          <w:b/>
        </w:rPr>
        <w:t xml:space="preserve">[05:26] </w:t>
      </w:r>
      <w:r>
        <w:t>mein aaj ki misaal deta hoon aap ko. dekhiye, sab se pehli misaal kya hai? Allah taala ne insaan ko paida kiya, yani adam ko.</w:t>
      </w:r>
    </w:p>
    <w:p>
      <w:pPr>
        <w:jc w:val="right"/>
      </w:pPr>
      <w:r>
        <w:t>میں آج کی مثال دیتا ہوں آپ کو۔ دیکھیے، سب سے پہلی مثال کیا ہے؟ اللہ تعالی نے انسان کو پیدا کیا، یعنی آدم کو۔</w:t>
      </w:r>
    </w:p>
    <w:p>
      <w:r>
        <w:rPr>
          <w:b/>
        </w:rPr>
        <w:t xml:space="preserve">[05:39] </w:t>
      </w:r>
      <w:r>
        <w:t>adam pehle insaan thay. to Allah taala ne ailaan kiya ke insaan zameen ka khaleefa hoga.</w:t>
      </w:r>
    </w:p>
    <w:p>
      <w:pPr>
        <w:jc w:val="right"/>
      </w:pPr>
      <w:r>
        <w:t>آدم پہلے انسان تھے۔ تو اللہ تعالی نے اعلان کیا کہ انسان زمین کا خلیفہ ہوگا۔</w:t>
      </w:r>
    </w:p>
    <w:p>
      <w:r>
        <w:rPr>
          <w:b/>
        </w:rPr>
        <w:t xml:space="preserve">[05:51] </w:t>
      </w:r>
      <w:r>
        <w:t>khaleefa matlab hoga zameen ka ansar hoga,</w:t>
      </w:r>
    </w:p>
    <w:p>
      <w:pPr>
        <w:jc w:val="right"/>
      </w:pPr>
      <w:r>
        <w:t>خلیفہ مطلب ہوگا زمین کا انصار ہوگا،</w:t>
      </w:r>
    </w:p>
    <w:p>
      <w:r>
        <w:rPr>
          <w:b/>
        </w:rPr>
        <w:t xml:space="preserve">[05:57] </w:t>
      </w:r>
      <w:r>
        <w:t>aazad hoga woh. is woh poori tarah aazad hoga apne action ke liye.</w:t>
      </w:r>
    </w:p>
    <w:p>
      <w:pPr>
        <w:jc w:val="right"/>
      </w:pPr>
      <w:r>
        <w:t>آزاد ہوگا وہ۔ اس وہ پوری طرح آزاد ہوگا اپنے ایکشن کے لیے۔</w:t>
      </w:r>
    </w:p>
    <w:p>
      <w:r>
        <w:rPr>
          <w:b/>
        </w:rPr>
        <w:t xml:space="preserve">[06:06] </w:t>
      </w:r>
      <w:r>
        <w:t>to farishton ko is par objection hua, shaq hua. unhone kaha ke "ata peh miy fiy fiyya, kya zameen par aap aise ko basa rahe hain, aise insaan ko jo wahan fasad kare, khoon bahaye?" goya ke farishton ne apna dissent show kiya, dissent kiya ya ikhtilaf e rai kiya.</w:t>
      </w:r>
    </w:p>
    <w:p>
      <w:pPr>
        <w:jc w:val="right"/>
      </w:pPr>
      <w:r>
        <w:t>تو فرشتوں کو اس پر ابجیکشن ہوا، شک ہوا۔ انہوں نے کہا کہ "اتا پیہ میف میفیا، کیا زمین پر آپ ایسے کو بسا رہے ہیں، ایسے انسان کو جو وہاں فساد کرے، خون بہائے؟" گویا کہ فرشتوں نے اپنا ڈیسنٹ شو کیا، ڈیسنٹ کیا یا اختلاف رائے کیا۔</w:t>
      </w:r>
    </w:p>
    <w:p>
      <w:r>
        <w:rPr>
          <w:b/>
        </w:rPr>
        <w:t xml:space="preserve">[06:31] </w:t>
      </w:r>
      <w:r>
        <w:t>yeh pehla waqia tha ikhtilaf e rai ka, dissent ka.</w:t>
      </w:r>
    </w:p>
    <w:p>
      <w:pPr>
        <w:jc w:val="right"/>
      </w:pPr>
      <w:r>
        <w:t>یہ پہلا واقعہ تھا اختلاف رائے کا، ڈیسنٹ کا۔</w:t>
      </w:r>
    </w:p>
    <w:p>
      <w:r>
        <w:rPr>
          <w:b/>
        </w:rPr>
        <w:t xml:space="preserve">[06:38] </w:t>
      </w:r>
      <w:r>
        <w:t>to us waqt kya hua? yeh direct Allah taala ki scheme se dissent karna tha. Allah taala ne yeh nahi kaha ke tum kya jano, tum kaun ho?</w:t>
      </w:r>
    </w:p>
    <w:p>
      <w:pPr>
        <w:jc w:val="right"/>
      </w:pPr>
      <w:r>
        <w:t>تو اس وقت کیا ہوا؟ یہ ڈائریکٹ اللہ تعالی کی سکیم سے ڈیسنٹ کرنا تھا۔ اللہ تعالی نے یہ نہیں کہا کہ تم کیا جانو، تم کون ہو؟</w:t>
      </w:r>
    </w:p>
    <w:p>
      <w:r>
        <w:rPr>
          <w:b/>
        </w:rPr>
        <w:t xml:space="preserve">[06:50] </w:t>
      </w:r>
      <w:r>
        <w:t>halak kar deta hai Allah taala un ko. Allah ki shaan yeh hai: "kun fayakoon". woh kehta hai ke "ae farishton, tum halak ho jao" to sab khatam ho jate hain.</w:t>
      </w:r>
    </w:p>
    <w:p>
      <w:pPr>
        <w:jc w:val="right"/>
      </w:pPr>
      <w:r>
        <w:t>ہلاک کر دیتا ہے اللہ تعالی ان کو۔ اللہ کی شان یہ ہے: "کن فیخون"۔ وہ کہتا ہے کہ "اے فرشتوں، تم ہلاک ہو جاؤ" تو سب ختم ہو جاتے ہیں۔</w:t>
      </w:r>
    </w:p>
    <w:p>
      <w:r>
        <w:rPr>
          <w:b/>
        </w:rPr>
        <w:t xml:space="preserve">[07:00] </w:t>
      </w:r>
      <w:r>
        <w:t>lekin Allah taala ne kya kiya? apne jo reason pesh kiye hue thay, reason reason se un ko satisfy kiya.</w:t>
      </w:r>
    </w:p>
    <w:p>
      <w:pPr>
        <w:jc w:val="right"/>
      </w:pPr>
      <w:r>
        <w:t>لیکن اللہ تعالی نے کیا کیا؟ اپنے جو ریزن پیش کیے ہوئے تھے، ریزن ریزن سے ان کو سیٹسفائی کیا۔</w:t>
      </w:r>
    </w:p>
    <w:p>
      <w:r>
        <w:rPr>
          <w:b/>
        </w:rPr>
        <w:t xml:space="preserve">[07:13] </w:t>
      </w:r>
      <w:r>
        <w:t>is ka matlab kya hua? ke insaan ki paidaish ke waqt hi Allah taala ne yeh exemption set kiya, khud apni zaat se</w:t>
      </w:r>
    </w:p>
    <w:p>
      <w:pPr>
        <w:jc w:val="right"/>
      </w:pPr>
      <w:r>
        <w:t>اس کا مطلب کیا ہوا؟ کہ انسان کی پیدائش کے وقت ہی اللہ تعالی نے یہ ایگزیمپٹس سیٹ کیا، خود اپنی ذات سے</w:t>
      </w:r>
    </w:p>
    <w:p>
      <w:r>
        <w:rPr>
          <w:b/>
        </w:rPr>
        <w:t xml:space="preserve">[07:23] </w:t>
      </w:r>
      <w:r>
        <w:t>ke insaan ko poori tarah freedom of exception, freedom of expression hasil rahe gi.</w:t>
      </w:r>
    </w:p>
    <w:p>
      <w:pPr>
        <w:jc w:val="right"/>
      </w:pPr>
      <w:r>
        <w:t>کہ انسان کو پوری طرح فریڈم آف ایکسیپشن، فریڈم آف ایکسپریشن حاصل رہے گی۔</w:t>
      </w:r>
    </w:p>
    <w:p>
      <w:r>
        <w:rPr>
          <w:b/>
        </w:rPr>
        <w:t xml:space="preserve">[07:31] </w:t>
      </w:r>
      <w:r>
        <w:t>ikhtilaf-e-rai kahan hasil hoga? jo is se mutafiq na ho to woh is ko maar nahin sakta.</w:t>
      </w:r>
    </w:p>
    <w:p>
      <w:pPr>
        <w:jc w:val="right"/>
      </w:pPr>
      <w:r>
        <w:t>اختلاف رائے کہاں حاصل ہوگا؟ جو اس سے متفق نہ ہو تو وہ اس کو مار نہیں سکتا۔</w:t>
      </w:r>
    </w:p>
    <w:p>
      <w:r>
        <w:rPr>
          <w:b/>
        </w:rPr>
        <w:t xml:space="preserve">[07:41] </w:t>
      </w:r>
      <w:r>
        <w:t>is ko haq hai ke woh aik jawabi reason pesh kare, is ko mutma'in kare, bas is se aage woh kuch nahin kar sakta.</w:t>
      </w:r>
    </w:p>
    <w:p>
      <w:pPr>
        <w:jc w:val="right"/>
      </w:pPr>
      <w:r>
        <w:t>اس کو حق ہے کہ وہ ایک جوابی ریزن پیش کرے، اس کو مطمئن کرے، بس اس سے آگے وہ کچھ نہیں کر سکتا۔</w:t>
      </w:r>
    </w:p>
    <w:p>
      <w:r>
        <w:rPr>
          <w:b/>
        </w:rPr>
        <w:t xml:space="preserve">[07:55] </w:t>
      </w:r>
      <w:r>
        <w:t>to Islam mein yaad rakhiye, izhaar-e-khayal ki azadi absolute right hai insaan ka.</w:t>
      </w:r>
    </w:p>
    <w:p>
      <w:pPr>
        <w:jc w:val="right"/>
      </w:pPr>
      <w:r>
        <w:t>تو اسلام میں یاد رکھیے، اظہار خیال کی آزادی ایبسولیوٹ رائٹ ہے انسان کا۔</w:t>
      </w:r>
    </w:p>
    <w:p>
      <w:r>
        <w:rPr>
          <w:b/>
        </w:rPr>
        <w:t xml:space="preserve">[08:06] </w:t>
      </w:r>
      <w:r>
        <w:t>koi is ko abuse nahin kar sakta. aap ko ikhtilaf hai to aap apni daleel dijiye, apni reason pesh kijiye, apni logic pesh kijiye.</w:t>
      </w:r>
    </w:p>
    <w:p>
      <w:pPr>
        <w:jc w:val="right"/>
      </w:pPr>
      <w:r>
        <w:t>کوئی اس کو ابائس نہیں کر سکتا۔ آپ کو اختلاف ہے تو آپ اپنی دلیل دیجیے، اپنی ریزن پیش کیجیے، اپنی لاجک پیش کیجیے۔</w:t>
      </w:r>
    </w:p>
    <w:p>
      <w:r>
        <w:rPr>
          <w:b/>
        </w:rPr>
        <w:t xml:space="preserve">[08:17] </w:t>
      </w:r>
      <w:r>
        <w:t>achha, aisa kyun hai? dekhiye, saada baat nahin hai.</w:t>
      </w:r>
    </w:p>
    <w:p>
      <w:pPr>
        <w:jc w:val="right"/>
      </w:pPr>
      <w:r>
        <w:t>اچھا، ایسا کیوں ہے؟ دیکھیے، سادہ بات نہیں ہے۔</w:t>
      </w:r>
    </w:p>
    <w:p>
      <w:r>
        <w:rPr>
          <w:b/>
        </w:rPr>
        <w:t xml:space="preserve">[08:24] </w:t>
      </w:r>
      <w:r>
        <w:t>Allah taala ne insaan ko paida kiya hai kis liye? saare log jante hain ke imtehan ke liye, test ke liye.</w:t>
      </w:r>
    </w:p>
    <w:p>
      <w:pPr>
        <w:jc w:val="right"/>
      </w:pPr>
      <w:r>
        <w:t>اللہ تعالی نے انسان کو پیدا کیا ہے کس لیے؟ سارے لوگ جانتے ہیں کہ امتحان کے لیے، ٹیسٹ کے لیے۔</w:t>
      </w:r>
    </w:p>
    <w:p>
      <w:r>
        <w:rPr>
          <w:b/>
        </w:rPr>
        <w:t xml:space="preserve">[08:36] </w:t>
      </w:r>
      <w:r>
        <w:t>lab lab Quran mein bar bar bataya gaya hai ke insaan ki paidaish ka maqsad ibtila hai, yaani test hai.</w:t>
      </w:r>
    </w:p>
    <w:p>
      <w:pPr>
        <w:jc w:val="right"/>
      </w:pPr>
      <w:r>
        <w:t>لیب لوک بس قرآن میں بار بار بتایا گیا ہے کہ انسان کی پیدائش کا مقصد ابتلا ہے، یعنی ٹیسٹ ہے۔</w:t>
      </w:r>
    </w:p>
    <w:p>
      <w:r>
        <w:rPr>
          <w:b/>
        </w:rPr>
        <w:t xml:space="preserve">[08:46] </w:t>
      </w:r>
      <w:r>
        <w:t>yeh zameen hamare liye testing ground hai.</w:t>
      </w:r>
    </w:p>
    <w:p>
      <w:pPr>
        <w:jc w:val="right"/>
      </w:pPr>
      <w:r>
        <w:t>یہ زمین ہمارے لیے ٹیسٹنگ گراؤنڈ ہے۔</w:t>
      </w:r>
    </w:p>
    <w:p>
      <w:r>
        <w:rPr>
          <w:b/>
        </w:rPr>
        <w:t xml:space="preserve">[08:51] </w:t>
      </w:r>
      <w:r>
        <w:t>ab aap jante hain ke test ke liye azadi lazmi hai. azadi nahin to test nahin. to Allah taala ka jo creation plan hai, us mein inherently yeh shamil hai ke insaan ko azadi rahegi</w:t>
      </w:r>
    </w:p>
    <w:p>
      <w:pPr>
        <w:jc w:val="right"/>
      </w:pPr>
      <w:r>
        <w:t>اب آپ جانتے ہیں کہ ٹیسٹ کے لیے آزادی لازمی ہے۔ آزادی نہیں تو ٹیسٹ نہیں۔ تو اللہ تعالی کا جو کریشن پلان ہے، اس میں انہیریٹلی یہ شامل ہے کہ انسان کو آزادی رہے گی</w:t>
      </w:r>
    </w:p>
    <w:p>
      <w:r>
        <w:rPr>
          <w:b/>
        </w:rPr>
        <w:t xml:space="preserve">[09:08] </w:t>
      </w:r>
      <w:r>
        <w:t>. aap se azadi agar chheen li jaye to phir freedom, to phir test kis baat ka hoga?</w:t>
      </w:r>
    </w:p>
    <w:p>
      <w:pPr>
        <w:jc w:val="right"/>
      </w:pPr>
      <w:r>
        <w:t>۔ آپ سے آزادی اگر چھین لی جائے تو پھر فریڈم، تو پھر ٹیسٹ کس بات کا ہوگا؟</w:t>
      </w:r>
    </w:p>
    <w:p>
      <w:r>
        <w:rPr>
          <w:b/>
        </w:rPr>
        <w:t xml:space="preserve">[09:18] </w:t>
      </w:r>
      <w:r>
        <w:t>kisi ka hath bandh dein, paon bandh dein, zuban band kar dein, sochana band kar dein to phir test hai. test ka koi system hi na karte.</w:t>
      </w:r>
    </w:p>
    <w:p>
      <w:pPr>
        <w:jc w:val="right"/>
      </w:pPr>
      <w:r>
        <w:t>کسی کا ہاتھ باندھ دیں، پاؤں باندھ دیں، زبان بند کر دیں، سوچنا بند کر دیں تو پھر ٹیسٹ ہے۔ ٹیسٹ کا کوئی سسٹم ہی نہ کرتے۔</w:t>
      </w:r>
    </w:p>
    <w:p>
      <w:r>
        <w:rPr>
          <w:b/>
        </w:rPr>
        <w:t xml:space="preserve">[09:28] </w:t>
      </w:r>
      <w:r>
        <w:t>to is liye azadi, azaad izhaar-e-khayal ki azadi, dissent ki azadi, freedom of expression, yeh bilashuba, bilashuba Islam ke mutabiq har aurat aur har mard ka absolute right hai.</w:t>
      </w:r>
    </w:p>
    <w:p>
      <w:pPr>
        <w:jc w:val="right"/>
      </w:pPr>
      <w:r>
        <w:t>تو اس لیے آزادی، آزاد اظہار خیال کی آزادی، ڈیسنٹ کی آزادی، فریڈم آف ایکسپریشن، یہ بلاشبہ، بلاشبہ اسلام کے مطابق ہر عورت اور ہر مرد کا ایبسولیوٹ رائٹ ہے۔</w:t>
      </w:r>
    </w:p>
    <w:p>
      <w:r>
        <w:rPr>
          <w:b/>
        </w:rPr>
        <w:t xml:space="preserve">[09:48] </w:t>
      </w:r>
      <w:r>
        <w:t>absolute right. is mein sirf aik hi, aik hi condition hai, woh yeh ke aap kisi ke liye harf nahin ban sakte.</w:t>
      </w:r>
    </w:p>
    <w:p>
      <w:pPr>
        <w:jc w:val="right"/>
      </w:pPr>
      <w:r>
        <w:t>ایبسولیوٹ رائٹ۔ اس میں صرف ایک ہی، ایک ہی کنڈیشن ہے، وہ یہ کہ آپ کسی کے لیے حرف نہیں بن سکتے۔</w:t>
      </w:r>
    </w:p>
    <w:p>
      <w:r>
        <w:rPr>
          <w:b/>
        </w:rPr>
        <w:t xml:space="preserve">[10:00] </w:t>
      </w:r>
      <w:r>
        <w:t>dekhiye, jo modern concept hai azadi ka, to us ke silsile mein aik waqia bayan kiya jata hai ke America jab azaad hua European qabze se to aik aadmi nikla,</w:t>
      </w:r>
    </w:p>
    <w:p>
      <w:pPr>
        <w:jc w:val="right"/>
      </w:pPr>
      <w:r>
        <w:t>دیکھیے، جو ماڈرن کانسیپٹ ہے آزادی کا، تو اس کے سلسلے میں ایک واقعہ بیان کیا جاتا ہے کہ امریکہ جب آزاد ہوا یورپی قبضے سے تو ایک آدمی نکلا،</w:t>
      </w:r>
    </w:p>
    <w:p>
      <w:r>
        <w:rPr>
          <w:b/>
        </w:rPr>
        <w:t xml:space="preserve">[10:21] </w:t>
      </w:r>
      <w:r>
        <w:t>woh road pe chal raha tha apne hath ko phailate hue, to aik passer by ki naak se uska hath lag gaya.</w:t>
      </w:r>
    </w:p>
    <w:p>
      <w:pPr>
        <w:jc w:val="right"/>
      </w:pPr>
      <w:r>
        <w:t>وہ روڈ پہ چل رہا تھا اپنے ہاتھ کو پھیلاتے ہوئے، تو ایک پاسر بھائی کی ناک سے اس کا ہاتھ لگ گیا۔</w:t>
      </w:r>
    </w:p>
    <w:p>
      <w:r>
        <w:rPr>
          <w:b/>
        </w:rPr>
        <w:t xml:space="preserve">[10:34] </w:t>
      </w:r>
      <w:r>
        <w:t>to us ne kaha: "what is nonsense? why you hit my nose? meri naak ko mara tum ne?" to us aadmi ne kaha ke aaj America azaad hai, main apne freedom ko exercise kar raha hoon.</w:t>
      </w:r>
    </w:p>
    <w:p>
      <w:pPr>
        <w:jc w:val="right"/>
      </w:pPr>
      <w:r>
        <w:t>تو اس نے کہا: "واٹ از نان سینس؟ وائی یو ہٹ مائی نوز؟ میری ناک کو مارا تم نے؟" تو اس آدمی نے کہا کہ آج امریکہ آزاد ہے، میں اپنے فریڈم کو ایکسرسائز کر رہا ہوں۔</w:t>
      </w:r>
    </w:p>
    <w:p>
      <w:r>
        <w:rPr>
          <w:b/>
        </w:rPr>
        <w:t xml:space="preserve">[10:52] </w:t>
      </w:r>
      <w:r>
        <w:t>us ne kaha ke:</w:t>
      </w:r>
    </w:p>
    <w:p>
      <w:pPr>
        <w:jc w:val="right"/>
      </w:pPr>
      <w:r>
        <w:t>اس نے کہا کہ:</w:t>
      </w:r>
    </w:p>
    <w:p>
      <w:r>
        <w:rPr>
          <w:b/>
        </w:rPr>
        <w:t xml:space="preserve">[10:57] </w:t>
      </w:r>
      <w:r>
        <w:t>"you are free, but your freedom ends where my nose began." matlab hai ke tum free ho, lekin tum kisi ko harm nahin pahuncha sakte, physical harm nahin pahuncha sakte.</w:t>
      </w:r>
    </w:p>
    <w:p>
      <w:pPr>
        <w:jc w:val="right"/>
      </w:pPr>
      <w:r>
        <w:t>"یو آر فری، بٹ یور فریڈم اینڈز ویر مائی نوز بیگن۔" مطلب ہے کہ تم فری ہو، لیکن تم کسی کو ہارم نہیں پہنچا سکتے، فزیکل ہارم نہیں پہنچا سکتے۔</w:t>
      </w:r>
    </w:p>
    <w:p>
      <w:r>
        <w:rPr>
          <w:b/>
        </w:rPr>
        <w:t xml:space="preserve">[11:12] </w:t>
      </w:r>
      <w:r>
        <w:t>sirf us waqt tak tum free ho jab tak tum kisi ko physical, physical harm na pahunchao</w:t>
      </w:r>
    </w:p>
    <w:p>
      <w:pPr>
        <w:jc w:val="right"/>
      </w:pPr>
      <w:r>
        <w:t>صرف اس وقت تک تم فری ہو جب تک تم کسی کو فزیکل، فزیکل ہارم نہ پہنچاؤ</w:t>
      </w:r>
    </w:p>
    <w:p>
      <w:r>
        <w:rPr>
          <w:b/>
        </w:rPr>
        <w:t xml:space="preserve">[11:17] </w:t>
      </w:r>
      <w:r>
        <w:t>. theek hai, Islam ka nuqta nazar hai. theek yahi hai ke poori freedom aap ko hai, poori total freedom.</w:t>
      </w:r>
    </w:p>
    <w:p>
      <w:pPr>
        <w:jc w:val="right"/>
      </w:pPr>
      <w:r>
        <w:t>۔ ٹھیک ہے، اسلام کا نقطہ نظر ہے۔ ٹھیک یہی ہے کہ پوری فریڈم آپ کو ہے، پوری ٹوٹل فریڈم۔</w:t>
      </w:r>
    </w:p>
    <w:p>
      <w:r>
        <w:rPr>
          <w:b/>
        </w:rPr>
        <w:t xml:space="preserve">[11:30] </w:t>
      </w:r>
      <w:r>
        <w:t>sirf aik hi is mein condition hai ke aap kisi ke liye, kisi ko physical harm na pahunchao.</w:t>
      </w:r>
    </w:p>
    <w:p>
      <w:pPr>
        <w:jc w:val="right"/>
      </w:pPr>
      <w:r>
        <w:t>صرف ایک ہی اس میں کنڈیشن ہے کہ آپ کسی کے لیے، کسی کو فزیکل ہارم نہ پہنچائیں۔</w:t>
      </w:r>
    </w:p>
    <w:p>
      <w:r>
        <w:rPr>
          <w:b/>
        </w:rPr>
        <w:t xml:space="preserve">[11:39] </w:t>
      </w:r>
      <w:r>
        <w:t>ab aik shakhs yeh kahega ke sahib, woh gaali de, woh prophet ko abuse kare, woh blasphemy ka fe'l kare, to theek hai, woh kar sakta hai.</w:t>
      </w:r>
    </w:p>
    <w:p>
      <w:pPr>
        <w:jc w:val="right"/>
      </w:pPr>
      <w:r>
        <w:t>اب ایک شخص یہ کہے گا کہ صاحب، وہ گالی دے، وہ پرافٹ کو ابیوز کرے، وہ بلاسفیمی کا فعل کرے، تو ٹھیک ہے، وہ کر سکتا ہے۔</w:t>
      </w:r>
    </w:p>
    <w:p>
      <w:r>
        <w:rPr>
          <w:b/>
        </w:rPr>
        <w:t xml:space="preserve">[11:52] </w:t>
      </w:r>
      <w:r>
        <w:t>us ke liye bhi azaad hai. woh hamara aitmaad yaad rakhiye is par hai ke Islam aik sahi tareen ideology hai.</w:t>
      </w:r>
    </w:p>
    <w:p>
      <w:pPr>
        <w:jc w:val="right"/>
      </w:pPr>
      <w:r>
        <w:t>اس کے لیے بھی آزاد ہے۔ وہ ہمارا اعتماد یاد رکھیے اس پر ہے کہ اسلام ایک صحیح ترین آئیڈیالوجی ہے۔</w:t>
      </w:r>
    </w:p>
    <w:p>
      <w:r>
        <w:rPr>
          <w:b/>
        </w:rPr>
        <w:t xml:space="preserve">[12:03] </w:t>
      </w:r>
      <w:r>
        <w:t>us par nahin hai ke Islam par danda hai.</w:t>
      </w:r>
    </w:p>
    <w:p>
      <w:pPr>
        <w:jc w:val="right"/>
      </w:pPr>
      <w:r>
        <w:t>اس پر نہیں ہے کہ اسلام پر ڈنڈا ہے۔</w:t>
      </w:r>
    </w:p>
    <w:p>
      <w:r>
        <w:rPr>
          <w:b/>
        </w:rPr>
        <w:t xml:space="preserve">[12:08] </w:t>
      </w:r>
      <w:r>
        <w:t>dande ki logic to kingship zamane mein thi. pehle zamane mein badshah logon ko jante hain ke takht par badshah baithta tha aur us ke aik taraf jallad khada hota tha, talwar le kar ke har badshah ke haan.</w:t>
      </w:r>
    </w:p>
    <w:p>
      <w:pPr>
        <w:jc w:val="right"/>
      </w:pPr>
      <w:r>
        <w:t>ڈنڈے کی لاجک تو کنگ شپ زمانے میں تھی۔ پہلے زمانے میں بادشاہ لوگوں کو جانتے ہیں کہ تخت پر بادشاہ بیٹھتا تھا اور اس کے ایک طرف جلاد کھڑا ہوتا تھا، تلوار لے کر کے ہر بادشاہ کے ہاں۔</w:t>
      </w:r>
    </w:p>
    <w:p>
      <w:r>
        <w:rPr>
          <w:b/>
        </w:rPr>
        <w:t xml:space="preserve">[12:24] </w:t>
      </w:r>
      <w:r>
        <w:t>bas isay decent kiya to badshah ne kaha: "kard bar!" yeh to badshahi culture tha, islam ka culture yeh nahi hai.</w:t>
      </w:r>
    </w:p>
    <w:p>
      <w:pPr>
        <w:jc w:val="right"/>
      </w:pPr>
      <w:r>
        <w:t>بس اسے ڈیسنٹ کیا تو بادشاہ نے کہا: "کرد بار!" یہ تو بادشاہی کلچر تھا، اسلام کا کلچر یہ نہیں ہے۔</w:t>
      </w:r>
    </w:p>
    <w:p>
      <w:r>
        <w:rPr>
          <w:b/>
        </w:rPr>
        <w:t xml:space="preserve">[12:39] </w:t>
      </w:r>
      <w:r>
        <w:t>islam ka jo aitmad hai, woh apne nazariye ki sadaqat par hai, apni ideology ki sadaqat par hai, talwar par ya danday par nahi hai.</w:t>
      </w:r>
    </w:p>
    <w:p>
      <w:pPr>
        <w:jc w:val="right"/>
      </w:pPr>
      <w:r>
        <w:t>اسلام کا جو اعتماد ہے، وہ اپنے نظریے کی صداقت پر ہے، اپنی آئیڈیالوجی کی صداقت پر ہے، تلوار پر یا ڈنڈے پر نہیں ہے۔</w:t>
      </w:r>
    </w:p>
    <w:p>
      <w:r>
        <w:rPr>
          <w:b/>
        </w:rPr>
        <w:t xml:space="preserve">[12:52] </w:t>
      </w:r>
      <w:r>
        <w:t>to hum yeh jantay hain ke koi abuse kare, koi kuch bhi bolay, tab bhi islam ki sadaqat ko thori woh khatam kar de ga.</w:t>
      </w:r>
    </w:p>
    <w:p>
      <w:pPr>
        <w:jc w:val="right"/>
      </w:pPr>
      <w:r>
        <w:t>تو ہم یہ جانتے ہیں کہ کوئی ابیوز کرے، کوئی کچھ بھی بولے، تب بھی اسلام کی صداقت کو تھوڑی وہ ختم کر دے گا۔</w:t>
      </w:r>
    </w:p>
    <w:p>
      <w:r>
        <w:rPr>
          <w:b/>
        </w:rPr>
        <w:t xml:space="preserve">[13:04] </w:t>
      </w:r>
      <w:r>
        <w:t>koi agar kehta hai ke agar aap, agar mein kehta hoon ke do aur do meter char, ab koi mujhe danda marta hai to kya aap samajhtay hain ke is se yeh sachai khatam ho jaye gi?</w:t>
      </w:r>
    </w:p>
    <w:p>
      <w:pPr>
        <w:jc w:val="right"/>
      </w:pPr>
      <w:r>
        <w:t>کوئی اگر کہتا ہے کہ اگر آپ، اگر میں کہتا ہوں کہ دو اور دو میٹر چار، اب کوئی مجھے ڈنڈا مارتا ہے تو کیا آپ سمجھتے ہیں کہ اس سے یہ سچائی ختم ہو جائے گی؟</w:t>
      </w:r>
    </w:p>
    <w:p>
      <w:r>
        <w:rPr>
          <w:b/>
        </w:rPr>
        <w:t xml:space="preserve">[13:18] </w:t>
      </w:r>
      <w:r>
        <w:t>ke do aur do meter char hotay hain to apni jagah baqi rahe gi?</w:t>
      </w:r>
    </w:p>
    <w:p>
      <w:pPr>
        <w:jc w:val="right"/>
      </w:pPr>
      <w:r>
        <w:t>کہ دو اور دو میٹر چار ہوتے ہیں تو اپنی جگہ باقی رہے گی؟</w:t>
      </w:r>
    </w:p>
    <w:p>
      <w:r>
        <w:rPr>
          <w:b/>
        </w:rPr>
        <w:t xml:space="preserve">[13:24] </w:t>
      </w:r>
      <w:r>
        <w:t>jaisay Galileo ko aap jantay hain, Galileo ke daur mein wahan church ko bohat power mila hua tha, un ki apni independent, independent adalaten theen.</w:t>
      </w:r>
    </w:p>
    <w:p>
      <w:pPr>
        <w:jc w:val="right"/>
      </w:pPr>
      <w:r>
        <w:t>جیسے گلیلیو کو آپ جانتے ہیں، گلیلیو کے دور میں وہاں چرچ کو بہت پاور ملا ہوا تھا، ان کی اپنی انڈیپینڈنٹ، انڈیپینڈنٹ عدالتیں تھیں۔</w:t>
      </w:r>
    </w:p>
    <w:p>
      <w:r>
        <w:rPr>
          <w:b/>
        </w:rPr>
        <w:t xml:space="preserve">[13:38] </w:t>
      </w:r>
      <w:r>
        <w:t>to Galileo ne kaha ke yani pehle nazariya yeh tha ke church is ko manta tha ke suraj zameen ke gird ghoomta hai, yani geo centric theory ko manta tha.</w:t>
      </w:r>
    </w:p>
    <w:p>
      <w:pPr>
        <w:jc w:val="right"/>
      </w:pPr>
      <w:r>
        <w:t>تو گلیلیو نے کہا کہ یعنی پہلے نظریہ یہ تھا کہ چرچ اس کو مانتا تھا کہ سورج زمین کے گرد گھومتا ہے، یعنی جیو سینٹرک تھیوری کو مانتا تھا۔</w:t>
      </w:r>
    </w:p>
    <w:p>
      <w:r>
        <w:rPr>
          <w:b/>
        </w:rPr>
        <w:t xml:space="preserve">[13:52] </w:t>
      </w:r>
      <w:r>
        <w:t>to Galileo ne kaha ke nahi, zameen suraj ke gird ghoomta hai, yani is ne heliocentric theory pesh ki. to church ghusa ho gaya, is ko bulaya gaya aur is ko kaha gaya ke tum, tum ko qatal kar diya jaye ga, tum ko yeh kiya jaye ga, woh kiya jaye ga.</w:t>
      </w:r>
    </w:p>
    <w:p>
      <w:pPr>
        <w:jc w:val="right"/>
      </w:pPr>
      <w:r>
        <w:t>تو گلیلیو نے کہا کہ نہیں، زمین سورج کے گرد گھومتا ہے، یعنی اس نے ہیلیو سینٹرک تھیوری پیش کیا۔ تو چرچ غصہ ہو گیا، اس کو بلایا گیا اور اس کو کہا گیا کہ تم، تم کو قتل کر دیا جائے گا، تم کو یہ کیا جائے گا، وہ کیا جائے گا۔</w:t>
      </w:r>
    </w:p>
    <w:p>
      <w:r>
        <w:rPr>
          <w:b/>
        </w:rPr>
        <w:t xml:space="preserve">[14:09] </w:t>
      </w:r>
      <w:r>
        <w:t>to dar ke apni jaan bachane ke liye is ne kaha ke haan, zameen hi ghoomti hai, zameen woh suraj ghoomta hai.</w:t>
      </w:r>
    </w:p>
    <w:p>
      <w:pPr>
        <w:jc w:val="right"/>
      </w:pPr>
      <w:r>
        <w:t>تو ڈر کے اپنی جان بچانے کے لیے اس نے کہا کہ ہاں، زمین ہی گھومتی ہے، زمین وہ سورج گھومتا ہے۔</w:t>
      </w:r>
    </w:p>
    <w:p>
      <w:r>
        <w:rPr>
          <w:b/>
        </w:rPr>
        <w:t xml:space="preserve">[14:19] </w:t>
      </w:r>
      <w:r>
        <w:t>is ne apni jaan bachane ke liye wahan adalat mein keh diya ke suraj ghoomta hai. lekin jab bahar nikla woh to is ne kaha ke sachi baat hai ke jab abhi tak zameen hi ghoom rahi hai,</w:t>
      </w:r>
    </w:p>
    <w:p>
      <w:pPr>
        <w:jc w:val="right"/>
      </w:pPr>
      <w:r>
        <w:t>اس نے اپنی جان بچانے کے لیے وہاں عدالت میں کہہ دیا کہ سورج گھومتا ہے۔ لیکن جب باہر نکلا وہ تو اس نے کہا کہ سچی بات ہے کہ جب ابھی تک زمین ہی گھوم رہی ہے،</w:t>
      </w:r>
    </w:p>
    <w:p>
      <w:r>
        <w:rPr>
          <w:b/>
        </w:rPr>
        <w:t xml:space="preserve">[14:36] </w:t>
      </w:r>
      <w:r>
        <w:t>yani suraj nahi ghoom raha zameen ke gird, balkay zameen ghoom rahi hai suraj ke gird. to kisi ki danda, kisi ki talwar sachai ko na badal de gi.</w:t>
      </w:r>
    </w:p>
    <w:p>
      <w:pPr>
        <w:jc w:val="right"/>
      </w:pPr>
      <w:r>
        <w:t>یعنی سورج نہیں گھوم رہا زمین کے گرد، بلکہ زمین گھوم رہی ہے سورج کے گرد۔ تو کسی کی ڈنڈا، کسی کی تلوار سچائی کو نہ بدل دے گی۔</w:t>
      </w:r>
    </w:p>
    <w:p>
      <w:r>
        <w:rPr>
          <w:b/>
        </w:rPr>
        <w:t xml:space="preserve">[14:47] </w:t>
      </w:r>
      <w:r>
        <w:t>to islam ka aitmad sachai par hai, talwar par nahi hai. koi kitab likhta hai to likha hai, hum bhi kitab likhein gay. koi statement deta hai to hum bhi statement dein gay.</w:t>
      </w:r>
    </w:p>
    <w:p>
      <w:pPr>
        <w:jc w:val="right"/>
      </w:pPr>
      <w:r>
        <w:t>تو اسلام کا اعتماد سچائی پر ہے، تلوار پر نہیں ہے۔ کوئی کتاب لکھتا ہے تو لکھا ہے، ہم بھی کتاب لکھیں گے۔ کوئی سٹیٹمنٹ دیتا ہے تو ہم بھی سٹیٹمنٹ دیں گے۔</w:t>
      </w:r>
    </w:p>
    <w:p>
      <w:r>
        <w:rPr>
          <w:b/>
        </w:rPr>
        <w:t xml:space="preserve">[15:01] </w:t>
      </w:r>
      <w:r>
        <w:t>koi kuch bhi kehta hai ke hum bhi is ke jawab mein apni daleel pesh karein gay.</w:t>
      </w:r>
    </w:p>
    <w:p>
      <w:pPr>
        <w:jc w:val="right"/>
      </w:pPr>
      <w:r>
        <w:t>کوئی کچھ بھی کہتا ہے کہ ہم بھی اس کے جواب میں اپنی دلیل پیش کریں گے۔</w:t>
      </w:r>
    </w:p>
    <w:p>
      <w:r>
        <w:rPr>
          <w:b/>
        </w:rPr>
        <w:t xml:space="preserve">[15:07] </w:t>
      </w:r>
      <w:r>
        <w:t>yeh protest aur hungama aur marna aur kaatna aur fatwa dena, yeh to bilkul baseless baat hai. baseless, is ka islam se koi talluq nahi hai.</w:t>
      </w:r>
    </w:p>
    <w:p>
      <w:pPr>
        <w:jc w:val="right"/>
      </w:pPr>
      <w:r>
        <w:t>یہ پروٹیسٹ اور ہنگامہ اور مارنا اور کاٹنا اور فتوی دینا، یہ تو بالکل بیسلیس بات ہے۔ بیسلیس، اس کا اسلام سے کوئی تعلق نہیں ہے۔</w:t>
      </w:r>
    </w:p>
    <w:p>
      <w:r>
        <w:rPr>
          <w:b/>
        </w:rPr>
        <w:t xml:space="preserve">[15:22] </w:t>
      </w:r>
      <w:r>
        <w:t>mein soch raha tha ke aakhir yeh musalman hota hai, aap lagta hai emotional kyun ho jatay hain? kyun ho gaye hain emotional? to is ka jawab mujhe aik aik qissay mila.</w:t>
      </w:r>
    </w:p>
    <w:p>
      <w:pPr>
        <w:jc w:val="right"/>
      </w:pPr>
      <w:r>
        <w:t>میں سوچ رہا تھا کہ آخر یہ مسلمان ہوتا ہے، آپ لگتا ہے ایموشنل کیوں ہو جاتے ہیں؟ کیوں ہو گئے ہیں ایموشنل؟ تو اس کا جواب مجھے ایک ایک قصے ملا۔</w:t>
      </w:r>
    </w:p>
    <w:p>
      <w:r>
        <w:rPr>
          <w:b/>
        </w:rPr>
        <w:t xml:space="preserve">[15:32] </w:t>
      </w:r>
      <w:r>
        <w:t>dekhiye, aik paper hai, aik muslim country mein hungama ho raha hai isi ko le kar ke. jaloos hai aur log shor ghul kar rahay hain.</w:t>
      </w:r>
    </w:p>
    <w:p>
      <w:pPr>
        <w:jc w:val="right"/>
      </w:pPr>
      <w:r>
        <w:t>دیکھیے، ایک پیپر ہے، ایک مسلم کنٹری میں ہنگامہ ہو رہا ہے اسی کو لے کر کے۔ جلوس ہے اور لوگ شور غل کر رہے ہیں۔</w:t>
      </w:r>
    </w:p>
    <w:p>
      <w:r>
        <w:rPr>
          <w:b/>
        </w:rPr>
        <w:t xml:space="preserve">[15:46] </w:t>
      </w:r>
      <w:r>
        <w:t>to is mein aik banner hai is mein ke "Prophet is our honour, our Prophet is our honour,</w:t>
      </w:r>
    </w:p>
    <w:p>
      <w:pPr>
        <w:jc w:val="right"/>
      </w:pPr>
      <w:r>
        <w:t>تو اس میں ایک بینر ہے اس میں کہ "پرافٹ از اور انر، اور پرافٹ از اور انر،</w:t>
      </w:r>
    </w:p>
    <w:p>
      <w:r>
        <w:rPr>
          <w:b/>
        </w:rPr>
        <w:t xml:space="preserve">[15:57] </w:t>
      </w:r>
      <w:r>
        <w:t>our Prophet is our honour</w:t>
      </w:r>
    </w:p>
    <w:p>
      <w:pPr>
        <w:jc w:val="right"/>
      </w:pPr>
      <w:r>
        <w:t>اور پرافٹ از اور انر</w:t>
      </w:r>
    </w:p>
    <w:p>
      <w:r>
        <w:rPr>
          <w:b/>
        </w:rPr>
        <w:t xml:space="preserve">[15:59] </w:t>
      </w:r>
      <w:r>
        <w:t>." is se mein samjha ke aakhir raaz kya hai? yani paygambar ko aap ne bana liya apna pride, apna fakhar.</w:t>
      </w:r>
    </w:p>
    <w:p>
      <w:pPr>
        <w:jc w:val="right"/>
      </w:pPr>
      <w:r>
        <w:t>۔" اس سے میں سمجھا کہ آخر راز کیا ہے؟ یعنی پیغمبر کو آپ نے بنا لیا اپنا پرائیڈ، اپنا فخر۔</w:t>
      </w:r>
    </w:p>
    <w:p>
      <w:r>
        <w:rPr>
          <w:b/>
        </w:rPr>
        <w:t xml:space="preserve">[16:11] </w:t>
      </w:r>
      <w:r>
        <w:t>to yeh mizaj hai ke jab bhi aap kisi ko apna pride bana lein, apne dada ka pride bana lein, koi dada criticize kare ga, bura lagay ga aap ko.</w:t>
      </w:r>
    </w:p>
    <w:p>
      <w:pPr>
        <w:jc w:val="right"/>
      </w:pPr>
      <w:r>
        <w:t>تو یہ مزاج ہے کہ جب بھی آپ کسی کو اپنا پرائیڈ بنا لیں، اپنے دادا کا پرائیڈ بنا لیں، کوئی دادا کریٹیسائز کرے گا، برا لگے گا آپ کو۔</w:t>
      </w:r>
    </w:p>
    <w:p>
      <w:r>
        <w:rPr>
          <w:b/>
        </w:rPr>
        <w:t xml:space="preserve">[16:23] </w:t>
      </w:r>
      <w:r>
        <w:t>kisi bhi cheez ko aap apna pride bana lein.</w:t>
      </w:r>
    </w:p>
    <w:p>
      <w:pPr>
        <w:jc w:val="right"/>
      </w:pPr>
      <w:r>
        <w:t>کسی بھی چیز کو آپ اپنا پرائیڈ بنا لیں۔</w:t>
      </w:r>
    </w:p>
    <w:p>
      <w:r>
        <w:rPr>
          <w:b/>
        </w:rPr>
        <w:t xml:space="preserve">[16:27] </w:t>
      </w:r>
      <w:r>
        <w:t>ab sawal yeh hai ke kya paygambar hamara pride hai, hamara honour hai? to sawal yeh hai ke Quran mein kahan likha hai?</w:t>
      </w:r>
    </w:p>
    <w:p>
      <w:pPr>
        <w:jc w:val="right"/>
      </w:pPr>
      <w:r>
        <w:t>اب سوال یہ ہے کہ کیا پیغمبر ہمارا پرائیڈ ہے، ہمارا انر ہے؟ تو سوال یہ ہے کہ قرآن میں کہاں لکھا ہے؟</w:t>
      </w:r>
    </w:p>
    <w:p>
      <w:r>
        <w:rPr>
          <w:b/>
        </w:rPr>
        <w:t xml:space="preserve">[16:36] </w:t>
      </w:r>
      <w:r>
        <w:t>hadees mein kahan bataya gaya hai? hadees mein hai ke "man assa fi amrina</w:t>
      </w:r>
    </w:p>
    <w:p>
      <w:pPr>
        <w:jc w:val="right"/>
      </w:pPr>
      <w:r>
        <w:t>حدیث میں کہاں بتایا گیا ہے؟ حدیث میں ہے کہ "من ایسا فی امرنا کہ</w:t>
      </w:r>
    </w:p>
    <w:p>
      <w:r>
        <w:rPr>
          <w:b/>
        </w:rPr>
        <w:t xml:space="preserve">[16:47] </w:t>
      </w:r>
      <w:r>
        <w:t>jo cheez islam mein na ho aur koi innovation ke tor par shamil kare to woh rejected hai, rejected."</w:t>
      </w:r>
    </w:p>
    <w:p>
      <w:pPr>
        <w:jc w:val="right"/>
      </w:pPr>
      <w:r>
        <w:t>جو چیز اسلام میں نہ ہو اور کوئی انویشن کے طور پر شامل کرے تو وہ ریجیکٹڈ ہے، ریجیکٹڈ۔"</w:t>
      </w:r>
    </w:p>
    <w:p>
      <w:r>
        <w:rPr>
          <w:b/>
        </w:rPr>
        <w:t xml:space="preserve">[16:57] </w:t>
      </w:r>
      <w:r>
        <w:t>to yeh concept rejected mana jaye ga, radd radd radd kar diya jaye ga. kyun? Quran mein is ke bar aks yeh hai: "laqad kana lakum fi rasoolillahi uswatun hasana,</w:t>
      </w:r>
    </w:p>
    <w:p>
      <w:pPr>
        <w:jc w:val="right"/>
      </w:pPr>
      <w:r>
        <w:t>تو یہ کانسیپٹ ریجیکٹڈ مانا جائے گا، رد رد رد کر دیا جائے گا۔ کیوں؟ قرآن میں اس کے برعکس یہ ہے: "لقد قالکم فی رسول اللہ حسن الحسن،</w:t>
      </w:r>
    </w:p>
    <w:p>
      <w:r>
        <w:rPr>
          <w:b/>
        </w:rPr>
        <w:t xml:space="preserve">[17:11] </w:t>
      </w:r>
      <w:r>
        <w:t>laqad qaalakum fi rasool Allah hasan al-hasan. rasool Allah ke liye tumhare behtareen model uswa hai. uswa ka matlab model hai.</w:t>
      </w:r>
    </w:p>
    <w:p>
      <w:pPr>
        <w:jc w:val="right"/>
      </w:pPr>
      <w:r>
        <w:t>لقد قالکم فی رسول اللہ حسن الحسن۔" رسول اللہ کے لیے تمہارے بہترین ماڈل اسوہ ہے۔ اسوہ کا مطلب ماڈل ہے۔</w:t>
      </w:r>
    </w:p>
    <w:p>
      <w:r>
        <w:rPr>
          <w:b/>
        </w:rPr>
        <w:t xml:space="preserve">[17:20] </w:t>
      </w:r>
      <w:r>
        <w:t>to rasool Allah hamare liye model hain, hamare liye pride nahi hain.</w:t>
      </w:r>
    </w:p>
    <w:p>
      <w:pPr>
        <w:jc w:val="right"/>
      </w:pPr>
      <w:r>
        <w:t>تو رسول اللہ ہمارے لیے ماڈل ہیں، ہمارے لیے پرائیڈ نہیں ہیں۔</w:t>
      </w:r>
    </w:p>
    <w:p>
      <w:r>
        <w:rPr>
          <w:b/>
        </w:rPr>
        <w:t xml:space="preserve">[17:25] </w:t>
      </w:r>
      <w:r>
        <w:t>pride ka concept bilkul jahili concept hai, baseless hai. Islam mein koi aisi haqeeqat nahi ki, innovation hai. innovation: laqad qaalakum fi rasool Allah hasan al-hasan. to agar aap rasool Allah ko model manen to is se kya hoga?</w:t>
      </w:r>
    </w:p>
    <w:p>
      <w:pPr>
        <w:jc w:val="right"/>
      </w:pPr>
      <w:r>
        <w:t>پرائیڈ کا کانسیپٹ بالکل جاہلی کانسیپٹ ہے، بیسلیس ہے۔ اسلام میں کوئی ایسی حقیقت نہیں کی، انویشن ہے۔ انویشن: "لقد قالکم فی رسول اللہ حسن الحسن۔" تو اگر آپ رسول اللہ کو ماڈل مانیں تو اس سے کیا ہوگا؟</w:t>
      </w:r>
    </w:p>
    <w:p>
      <w:r>
        <w:rPr>
          <w:b/>
        </w:rPr>
        <w:t xml:space="preserve">[17:45] </w:t>
      </w:r>
      <w:r>
        <w:t>follow karne ka maza aa jayega, follow karne ka. ab pride manen to ladne ladne ka maza aa jata hai. yeh sara</w:t>
      </w:r>
    </w:p>
    <w:p>
      <w:pPr>
        <w:jc w:val="right"/>
      </w:pPr>
      <w:r>
        <w:t>فالو کرنے کا مزہ آ جائے گا، فالو کرنے کا۔ اب پرائیڈ مانیں تو لڑنے لڑنے کا مزہ آ جاتا ہے۔ یہ سارا</w:t>
      </w:r>
    </w:p>
    <w:p>
      <w:r>
        <w:rPr>
          <w:b/>
        </w:rPr>
        <w:t xml:space="preserve">[17:53] </w:t>
      </w:r>
      <w:r>
        <w:t>raaz to yeh bohat zyada sochne ki baat hai, yeh koi saada baat nahi hai,</w:t>
      </w:r>
    </w:p>
    <w:p>
      <w:pPr>
        <w:jc w:val="right"/>
      </w:pPr>
      <w:r>
        <w:t>راز تو یہ بہت زیادہ سوچنے کی بات ہے، یہ کوئی سادہ بات نہیں ہے،</w:t>
      </w:r>
    </w:p>
    <w:p>
      <w:r>
        <w:rPr>
          <w:b/>
        </w:rPr>
        <w:t xml:space="preserve">[18:02] </w:t>
      </w:r>
      <w:r>
        <w:t>yeh bohat zyada sochne ki baat hai. is par maine ek maqala likha hai, is mein maine yeh dikhaya hai ke yeh tasawwur jo hai, sat rasool ka jo tasawwur hai, yeh musalmanon mein do sau saal ke baad aaya hai, is se pehle nahi tha.</w:t>
      </w:r>
    </w:p>
    <w:p>
      <w:pPr>
        <w:jc w:val="right"/>
      </w:pPr>
      <w:r>
        <w:t>یہ بہت زیادہ سوچنے کی بات ہے۔ اس پر میں نے ایک مقالہ لکھا ہے، اس میں میں نے یہ دکھایا ہے کہ یہ تصور جو ہے، ست رسول کا جو تصور ہے، یہ مسلمانوں میں دو سو سال کے بعد آیا ہے، اس سے پہلے نہیں تھا۔</w:t>
      </w:r>
    </w:p>
    <w:p>
      <w:r>
        <w:rPr>
          <w:b/>
        </w:rPr>
        <w:t xml:space="preserve">[18:22] </w:t>
      </w:r>
      <w:r>
        <w:t>yani kab aaya hai? jab Muslim empire qaim hua, musalmanon ki bari bari saltanatain qaim huin. to is dauran mein jo tha culture, woh tha al-nas ala deen malokain.</w:t>
      </w:r>
    </w:p>
    <w:p>
      <w:pPr>
        <w:jc w:val="right"/>
      </w:pPr>
      <w:r>
        <w:t>یعنی کب آیا ہے؟ جب مسلم ایمپائر قائم ہوا، مسلمانوں کی بڑی بڑی سلطنتیں قائم ہوئیں۔ تو اس دوران میں جو تھا کلچر، وہ تھا "الناس علی دین ملوکین"۔</w:t>
      </w:r>
    </w:p>
    <w:p>
      <w:r>
        <w:rPr>
          <w:b/>
        </w:rPr>
        <w:t xml:space="preserve">[18:37] </w:t>
      </w:r>
      <w:r>
        <w:t>log badshah ke mazhab par hote hain. jaise aap jante hain ke European badshah tha Constantine, woh jab Christian ho gaya to sara Europe Christian ho gaya.</w:t>
      </w:r>
    </w:p>
    <w:p>
      <w:pPr>
        <w:jc w:val="right"/>
      </w:pPr>
      <w:r>
        <w:t>لوگ بادشاہ کے مذہب پر ہوتے ہیں۔ جیسے آپ جانتے ہیں کہ یورپین بادشاہ تھا کانسٹنٹین، وہ جب کرسچن ہو گیا تو سارا یورپ کرسچن ہو گیا۔</w:t>
      </w:r>
    </w:p>
    <w:p>
      <w:r>
        <w:rPr>
          <w:b/>
        </w:rPr>
        <w:t xml:space="preserve">[18:52] </w:t>
      </w:r>
      <w:r>
        <w:t>Constantine first jab Christian ho gaya to sara Europe Christian ho gaya. is zamane mein yahi hota tha: raja, badshah, sardar, jis mazhab ko ikhtiyar kare, sab log isi mazhab ko lete hain.</w:t>
      </w:r>
    </w:p>
    <w:p>
      <w:pPr>
        <w:jc w:val="right"/>
      </w:pPr>
      <w:r>
        <w:t>کانسٹنٹین فرسٹ جب کرسچن ہو گیا تو سارا یورپ کرسچن ہو گیا۔ اس زمانے میں یہی ہوتا تھا: راجہ، بادشاہ، سردار، جس مذہب کو اختیار کرے، سب لوگ اسی مذہب کو لیتے ہیں۔</w:t>
      </w:r>
    </w:p>
    <w:p>
      <w:r>
        <w:rPr>
          <w:b/>
        </w:rPr>
        <w:t xml:space="preserve">[19:07] </w:t>
      </w:r>
      <w:r>
        <w:t>to jab Muslim empire qaim hua to mass conversion hua, mass conversion.</w:t>
      </w:r>
    </w:p>
    <w:p>
      <w:pPr>
        <w:jc w:val="right"/>
      </w:pPr>
      <w:r>
        <w:t>تو جب مسلم ایمپائر قائم ہوا تو ماسک کنورژن ہوا، ماسک کنورژن۔</w:t>
      </w:r>
    </w:p>
    <w:p>
      <w:r>
        <w:rPr>
          <w:b/>
        </w:rPr>
        <w:t xml:space="preserve">[19:15] </w:t>
      </w:r>
      <w:r>
        <w:t>ab yeh mass conversion hua jo hua tha ke beshumar log Islam mein dakhil ho gaye, to un ki tarbiyat nahi ho saki, education nahi ho saki.</w:t>
      </w:r>
    </w:p>
    <w:p>
      <w:pPr>
        <w:jc w:val="right"/>
      </w:pPr>
      <w:r>
        <w:t>اب یہ ماسک کنورژن ہوا جو ہوا تھا کہ بے شمار لوگ اسلام میں داخل ہو گئے، تو ان کی تربیت نہیں ہو سکی، ایجوکیشن نہیں ہو سکی۔</w:t>
      </w:r>
    </w:p>
    <w:p>
      <w:r>
        <w:rPr>
          <w:b/>
        </w:rPr>
        <w:t xml:space="preserve">[19:25] </w:t>
      </w:r>
      <w:r>
        <w:t>to pichle khayalat ko le kar ke unhon ne Islam mein dakhil kar diya.</w:t>
      </w:r>
    </w:p>
    <w:p>
      <w:pPr>
        <w:jc w:val="right"/>
      </w:pPr>
      <w:r>
        <w:t>تو پچھلے خیالات کو لے کر کے انہوں نے اسلام میں داخل کر دیا۔</w:t>
      </w:r>
    </w:p>
    <w:p>
      <w:r>
        <w:rPr>
          <w:b/>
        </w:rPr>
        <w:t xml:space="preserve">[19:33] </w:t>
      </w:r>
      <w:r>
        <w:t>is tarah ki cheezen jo hain, yeh kya hain? Islam, Aisha, Afghan</w:t>
      </w:r>
    </w:p>
    <w:p>
      <w:pPr>
        <w:jc w:val="right"/>
      </w:pPr>
      <w:r>
        <w:t>اس طرح کی چیزیں جو ہیں، یہ کیا ہیں؟ اسلام، عائشہ، افغان</w:t>
      </w:r>
    </w:p>
    <w:p>
      <w:r>
        <w:rPr>
          <w:b/>
        </w:rPr>
        <w:t xml:space="preserve">[19:38] </w:t>
      </w:r>
      <w:r>
        <w:t>Islam hain. yeh yani jahili zindagi jo un ki thi, pehle ki zindagi, is mein jo baton ko mante the, woh to taleem, taleem hui nahi, tarbiyat hui nahi, bas kalma padh liya,</w:t>
      </w:r>
    </w:p>
    <w:p>
      <w:pPr>
        <w:jc w:val="right"/>
      </w:pPr>
      <w:r>
        <w:t>اسلام ہیں۔ یہ یعنی جاہلی زندگی جو ان کی تھی، پہلے کی زندگی، اس میں جو باتوں کو مانتے تھے، وہ تو تعلیم، تعلیم ہوئی نہیں، تربیت ہوئی نہیں، بس کلمہ پڑھ لیا،</w:t>
      </w:r>
    </w:p>
    <w:p>
      <w:r>
        <w:rPr>
          <w:b/>
        </w:rPr>
        <w:t xml:space="preserve">[19:53] </w:t>
      </w:r>
      <w:r>
        <w:t>kalma padh ke Islam mein dakhil ho gaye. mass conversion ka matlab yeh hota hai to pichli baton ko unhon ne Islam mein interpret kar diya, sirf naam badal kar.</w:t>
      </w:r>
    </w:p>
    <w:p>
      <w:pPr>
        <w:jc w:val="right"/>
      </w:pPr>
      <w:r>
        <w:t>کلمہ پڑھ کے اسلام میں داخل ہو گئے۔ ماسک کنورژن کا مطلب یہ ہوتا ہے تو پچھلی باتوں کو انہوں نے اسلام میں انٹرپٹ کر دیا، صرف نام بدل کر۔</w:t>
      </w:r>
    </w:p>
    <w:p>
      <w:r>
        <w:rPr>
          <w:b/>
        </w:rPr>
        <w:t xml:space="preserve">[20:06] </w:t>
      </w:r>
      <w:r>
        <w:t>to blasphemy ka concept Christian concept hai. is Christian concept ko ek Arabi lafz bol kar ke, sat ka lafz bol kar ke Islam mein dakhil kar diya.</w:t>
      </w:r>
    </w:p>
    <w:p>
      <w:pPr>
        <w:jc w:val="right"/>
      </w:pPr>
      <w:r>
        <w:t>تو بلاسٹ فیمی کا کانسیپٹ کرسچن کانسیپٹ ہے۔ اس کرسچن کانسیپٹ کو ایک عربی لفظ بول کر کے، ست کا لفظ بول کر کے اسلام میں داخل کر دیا۔</w:t>
      </w:r>
    </w:p>
    <w:p>
      <w:r>
        <w:rPr>
          <w:b/>
        </w:rPr>
        <w:t xml:space="preserve">[20:18] </w:t>
      </w:r>
      <w:r>
        <w:t>jaise India mein aap dekhte hain ke yahan bhi mass conversion hua. to bohat si cheezen jo yeh log pehle jo un ki aadaten thin, jo rivaj the, is ko Islam mein dakhil kar diya.</w:t>
      </w:r>
    </w:p>
    <w:p>
      <w:pPr>
        <w:jc w:val="right"/>
      </w:pPr>
      <w:r>
        <w:t>جیسے انڈیا میں آپ دیکھتے ہیں کہ یہاں بھی ماسک کنورژن ہوا۔ تو بہت سی چیزیں جو یہ لوگ پہلے جو ان کی عادتیں تھیں، جو رواج تھے، اس کو اسلام میں داخل کر دیا۔</w:t>
      </w:r>
    </w:p>
    <w:p>
      <w:r>
        <w:rPr>
          <w:b/>
        </w:rPr>
        <w:t xml:space="preserve">[20:29] </w:t>
      </w:r>
      <w:r>
        <w:t>unhon ne isi ko to bidat kehte hain.</w:t>
      </w:r>
    </w:p>
    <w:p>
      <w:pPr>
        <w:jc w:val="right"/>
      </w:pPr>
      <w:r>
        <w:t>انہوں نے اسی کو تو بدعت کہتے ہیں۔</w:t>
      </w:r>
    </w:p>
    <w:p>
      <w:r>
        <w:rPr>
          <w:b/>
        </w:rPr>
        <w:t xml:space="preserve">[20:33] </w:t>
      </w:r>
      <w:r>
        <w:t>bidat kya hai? is liye rasmon ka Islamization hai.</w:t>
      </w:r>
    </w:p>
    <w:p>
      <w:pPr>
        <w:jc w:val="right"/>
      </w:pPr>
      <w:r>
        <w:t>بدعت کیا ہے؟ اس لیے رسموں کا اسلامائزیشن ہے۔</w:t>
      </w:r>
    </w:p>
    <w:p>
      <w:r>
        <w:rPr>
          <w:b/>
        </w:rPr>
        <w:t xml:space="preserve">[20:41] </w:t>
      </w:r>
      <w:r>
        <w:t>to yeh kuch bhi is ki harkat nahi hai. Islam mein ek kitab likh ke, ek woh God belief, unhon ne dikhaya ke Islam thought crime ko manta hai.</w:t>
      </w:r>
    </w:p>
    <w:p>
      <w:pPr>
        <w:jc w:val="right"/>
      </w:pPr>
      <w:r>
        <w:t>تو یہ کچھ بھی اس کی حرکت نہیں ہے۔ اسلام میں ایک کتاب لکھ کے، ایک وہ گاڈ بلیوژن، انہوں نے دکھایا کہ اسلام تھوٹ کرائم کو مانتا ہے۔</w:t>
      </w:r>
    </w:p>
    <w:p>
      <w:r>
        <w:rPr>
          <w:b/>
        </w:rPr>
        <w:t xml:space="preserve">[20:58] </w:t>
      </w:r>
      <w:r>
        <w:t>yeh bilkul baseless baat hai. harghiz Islam mein thought crime nahi hai.</w:t>
      </w:r>
    </w:p>
    <w:p>
      <w:pPr>
        <w:jc w:val="right"/>
      </w:pPr>
      <w:r>
        <w:t>یہ بالکل بیسلیس بات ہے۔ ہرگز اسلام میں تھوٹ کرائم نہیں ہے۔</w:t>
      </w:r>
    </w:p>
    <w:p>
      <w:r>
        <w:rPr>
          <w:b/>
        </w:rPr>
        <w:t xml:space="preserve">[21:02] </w:t>
      </w:r>
      <w:r>
        <w:t>yani mujarrad sochna yeh jurm hai, harghiz aisa nahi hai. aap azaad hain, jo chahen sochein, azaad hain, jo chahen bolein, azaad hain, jo chahen kitab likhein.</w:t>
      </w:r>
    </w:p>
    <w:p>
      <w:pPr>
        <w:jc w:val="right"/>
      </w:pPr>
      <w:r>
        <w:t>یعنی مجرد سوچنا یہ جرم ہے، ہرگز ایسا نہیں ہے۔ آپ آزاد ہیں، جو چاہیں سوچیں، آزاد ہیں، جو چاہیں بولیں، آزاد ہیں، جو چاہیں کتاب لکھیں۔</w:t>
      </w:r>
    </w:p>
    <w:p>
      <w:r>
        <w:rPr>
          <w:b/>
        </w:rPr>
        <w:t xml:space="preserve">[21:17] </w:t>
      </w:r>
      <w:r>
        <w:t>haan, agar aap kisi ko physical harm pahanchayen ge, kisi ka baal chheen en ge, kisi ke hath paon toden ge, to woh hai capital punishment ban jayega.</w:t>
      </w:r>
    </w:p>
    <w:p>
      <w:pPr>
        <w:jc w:val="right"/>
      </w:pPr>
      <w:r>
        <w:t>ہاں، اگر آپ کسی کو فزیکل ہارم پہنچائیں گے، کسی کا بال چھینیں گے، کسی کے ہاتھ پاؤں توڑیں گے، تو وہ ہے کیپیٹل پنشمنٹ بن جائے گا۔</w:t>
      </w:r>
    </w:p>
    <w:p>
      <w:r>
        <w:rPr>
          <w:b/>
        </w:rPr>
        <w:t xml:space="preserve">[21:28] </w:t>
      </w:r>
      <w:r>
        <w:t>woh, woh, woh, woh, woh punishable, punishable crime ban jayega. yeh hai Islam.</w:t>
      </w:r>
    </w:p>
    <w:p>
      <w:pPr>
        <w:jc w:val="right"/>
      </w:pPr>
      <w:r>
        <w:t>وہ، وہ، وہ، وہ، وہ پنشبل، پنشبل کرائم بن جائے گا۔ یہ ہے اسلام۔</w:t>
      </w:r>
    </w:p>
    <w:p>
      <w:r>
        <w:rPr>
          <w:b/>
        </w:rPr>
        <w:t xml:space="preserve">[21:39] </w:t>
      </w:r>
      <w:r>
        <w:t>ab ek aur pehlu se sochein, dekhein, Islam mein jo Quran mein ek ayat hai, is mein bataya gaya hai ke sirf do bunyadain hain: ek revelation, ek reason.</w:t>
      </w:r>
    </w:p>
    <w:p>
      <w:pPr>
        <w:jc w:val="right"/>
      </w:pPr>
      <w:r>
        <w:t>اب ایک اور پہلو سے سوچیے، دیکھیے، اسلام میں جو قرآن میں ایک آیت ہے، اس میں بتایا گیا ہے کہ صرف دو بنیادیں ہیں: ایک ریولیشن، ایک ریزن۔</w:t>
      </w:r>
    </w:p>
    <w:p>
      <w:r>
        <w:rPr>
          <w:b/>
        </w:rPr>
        <w:t xml:space="preserve">[21:55] </w:t>
      </w:r>
      <w:r>
        <w:t>do hi base hain jo insaan yeh ukhra sakta hai: ya revision ya reason. to is zamane mein aap dekhiye ke revision ka ka stand hai aur reason ka ka stand hai.</w:t>
      </w:r>
    </w:p>
    <w:p>
      <w:pPr>
        <w:jc w:val="right"/>
      </w:pPr>
      <w:r>
        <w:t>دو ہی بیس ہیں جو انسان یہ اکھڑا سکتا ہے: یا ریویژن یا ریزن۔ تو اس زمانے میں آپ دیکھیے کہ ریویژن کا کا اسٹینڈ ہے اور ریزن کا کا اسٹینڈ ہے۔</w:t>
      </w:r>
    </w:p>
    <w:p>
      <w:r>
        <w:rPr>
          <w:b/>
        </w:rPr>
        <w:t xml:space="preserve">[22:14] </w:t>
      </w:r>
      <w:r>
        <w:t>jaisa ke maine bataya, quran mein islam mein jo stand hai is maamle mein, woh yeh hai ke chunke insaan ko is dunya mein test ke liye rakha gaya hai, yeh dunya darul-imtehaan hai,</w:t>
      </w:r>
    </w:p>
    <w:p>
      <w:pPr>
        <w:jc w:val="right"/>
      </w:pPr>
      <w:r>
        <w:t>جیسا کہ میں نے بتایا، قرآن میں اسلام میں جو اسٹینڈ ہے اس معاملے میں، وہ یہ ہے کہ چونکہ انسان کو اس دنیا میں ٹیسٹ کے لیے رکھا گیا ہے، یہ دنیا دارالامتحان ہے،</w:t>
      </w:r>
    </w:p>
    <w:p>
      <w:r>
        <w:rPr>
          <w:b/>
        </w:rPr>
        <w:t xml:space="preserve">[22:30] </w:t>
      </w:r>
      <w:r>
        <w:t>is liye laazman is ko azaadi haasil rahegi.</w:t>
      </w:r>
    </w:p>
    <w:p>
      <w:pPr>
        <w:jc w:val="right"/>
      </w:pPr>
      <w:r>
        <w:t>اس لیے لازماً اس کو آزادی حاصل رہے گی۔</w:t>
      </w:r>
    </w:p>
    <w:p>
      <w:r>
        <w:rPr>
          <w:b/>
        </w:rPr>
        <w:t xml:space="preserve">[22:33] </w:t>
      </w:r>
      <w:r>
        <w:t>is waqt tak jab tak kisi ka maal na chhene, kisi ko physical, physical mein injury na kare, kisi ki kisi ko nuqsaan na pahunchaye, tab tak is ko azaadi rahegi.</w:t>
      </w:r>
    </w:p>
    <w:p>
      <w:pPr>
        <w:jc w:val="right"/>
      </w:pPr>
      <w:r>
        <w:t>اس وقت تک جب تک کسی کا مال نہ چھینے، کسی کو فزیکل، فزیکل میں انجری نہ کرے، کسی کی کسی کو نقصان نہ پہنچائے، تب تک اس کو آزادی رہے گی۔</w:t>
      </w:r>
    </w:p>
    <w:p>
      <w:r>
        <w:rPr>
          <w:b/>
        </w:rPr>
        <w:t xml:space="preserve">[22:46] </w:t>
      </w:r>
      <w:r>
        <w:t>aap naseehat kar sakte hain, aap daleel de sakte hain, aap tableegh o dawat kar sakte hain is ke upar. bas is se aage kuch nahin.</w:t>
      </w:r>
    </w:p>
    <w:p>
      <w:pPr>
        <w:jc w:val="right"/>
      </w:pPr>
      <w:r>
        <w:t>آپ نصیحت کر سکتے ہیں، آپ دلیل دے سکتے ہیں، آپ تبلیغ و دعوت کر سکتے ہیں اس کے اوپر۔ بس اس سے آگے کچھ نہیں۔</w:t>
      </w:r>
    </w:p>
    <w:p>
      <w:r>
        <w:rPr>
          <w:b/>
        </w:rPr>
        <w:t xml:space="preserve">[22:55] </w:t>
      </w:r>
      <w:r>
        <w:t>to nahin manta to na manta.</w:t>
      </w:r>
    </w:p>
    <w:p>
      <w:pPr>
        <w:jc w:val="right"/>
      </w:pPr>
      <w:r>
        <w:t>تو نہیں مانتا تو نہ مانتا۔</w:t>
      </w:r>
    </w:p>
    <w:p>
      <w:r>
        <w:rPr>
          <w:b/>
        </w:rPr>
        <w:t xml:space="preserve">[23:02] </w:t>
      </w:r>
      <w:r>
        <w:t>yeh stand hai islam ka, yaani reveal religion ka stand hai. achha, ab secular jo civilization hai, is ka kya stand hai?</w:t>
      </w:r>
    </w:p>
    <w:p>
      <w:pPr>
        <w:jc w:val="right"/>
      </w:pPr>
      <w:r>
        <w:t>یہ اسٹینڈ ہے اسلام کا، یعنی ریویل ریلیجن کا اسٹینڈ ہے۔ اچھا، اب سیکولر جو سویلائزیشن ہے، اس کا کیا اسٹینڈ ہے؟</w:t>
      </w:r>
    </w:p>
    <w:p>
      <w:r>
        <w:rPr>
          <w:b/>
        </w:rPr>
        <w:t xml:space="preserve">[23:12] </w:t>
      </w:r>
      <w:r>
        <w:t>is ka bhi stand yahi hai, is ka stand bhi yahi hai ke freedom of expression jo hai, woh human rights mein shaamil kiya gaya hai.</w:t>
      </w:r>
    </w:p>
    <w:p>
      <w:pPr>
        <w:jc w:val="right"/>
      </w:pPr>
      <w:r>
        <w:t>اس کا بھی اسٹینڈ یہی ہے، اس کا اسٹینڈ بھی یہی ہے کہ فریڈم آف ایکسپریشن جو ہے، وہ ہیومن رائٹس میں شامل کیا گیا ہے۔</w:t>
      </w:r>
    </w:p>
    <w:p>
      <w:r>
        <w:rPr>
          <w:b/>
        </w:rPr>
        <w:t xml:space="preserve">[23:23] </w:t>
      </w:r>
      <w:r>
        <w:t>united nations ka jo charter hai, jo 1948 mein is ko saari qaumon ne is pe sign kiya tha, yeh kehte hain "universal declaration of human rights".</w:t>
      </w:r>
    </w:p>
    <w:p>
      <w:pPr>
        <w:jc w:val="right"/>
      </w:pPr>
      <w:r>
        <w:t>یونائٹڈ نیشنز کا جو چارٹر ہے، جو 1948 میں اس کو ساری قوموں نے اس پہ سائن کیا تھا، یہ کہتے ہیں "یونیورسل ڈیکلیریشن آف ہیومن رائٹس"۔</w:t>
      </w:r>
    </w:p>
    <w:p>
      <w:r>
        <w:rPr>
          <w:b/>
        </w:rPr>
        <w:t xml:space="preserve">[23:39] </w:t>
      </w:r>
      <w:r>
        <w:t>to sab ne is pe sign kiya tha. is mein freedom of expression ko absolute right ke taur par maana gaya hai.</w:t>
      </w:r>
    </w:p>
    <w:p>
      <w:pPr>
        <w:jc w:val="right"/>
      </w:pPr>
      <w:r>
        <w:t>تو سب نے اس پہ سائن کیا تھا۔ اس میں فریڈم آف ایکسپریشن کو ایبسولیوٹ رائٹ کے طور پر مانا گیا ہے۔</w:t>
      </w:r>
    </w:p>
    <w:p>
      <w:r>
        <w:rPr>
          <w:b/>
        </w:rPr>
        <w:t xml:space="preserve">[23:50] </w:t>
      </w:r>
      <w:r>
        <w:t>to reason ke aitbaar se bhi woh absolute right hai aur mazhab ke aitbaar se bhi absolute right hai. aap is ko abalish nahin kar sakte, aap koi right nahin hai is ko abalish karne ka.</w:t>
      </w:r>
    </w:p>
    <w:p>
      <w:pPr>
        <w:jc w:val="right"/>
      </w:pPr>
      <w:r>
        <w:t>تو ریزن کے اعتبار سے بھی وہ ایبسولیوٹ رائٹ ہے اور مذہب کے اعتبار سے بھی ایبسولیوٹ رائٹ ہے۔ آپ اس کو ابالش نہیں کر سکتے، آپ کوئی رائٹ نہیں ہے اس کو ابالش کرنے کا۔</w:t>
      </w:r>
    </w:p>
    <w:p>
      <w:r>
        <w:rPr>
          <w:b/>
        </w:rPr>
        <w:t xml:space="preserve">[24:03] </w:t>
      </w:r>
      <w:r>
        <w:t>aap ka agar ikhtilaaf hai to aap kitaab likhiye, article likhiye, statement dijiye ya ja ke samjhaiye, is ko maar nahin sakte aap.</w:t>
      </w:r>
    </w:p>
    <w:p>
      <w:pPr>
        <w:jc w:val="right"/>
      </w:pPr>
      <w:r>
        <w:t>آپ کا اگر اختلاف ہے تو آپ کتاب لکھیے، آرٹیکل لکھیے، سٹیٹمنٹ دیجیے یا جا کے سمجھائیے، اس کو مار نہیں سکتے آپ۔</w:t>
      </w:r>
    </w:p>
    <w:p>
      <w:r>
        <w:rPr>
          <w:b/>
        </w:rPr>
        <w:t xml:space="preserve">[24:18] </w:t>
      </w:r>
      <w:r>
        <w:t>achha, doosri baat is mein bohat important baat yeh hai ke musalman yeh kehte hain ke "to help with your freedom of expression".</w:t>
      </w:r>
    </w:p>
    <w:p>
      <w:pPr>
        <w:jc w:val="right"/>
      </w:pPr>
      <w:r>
        <w:t>اچھا، دوسری بات اس میں بہت امپورٹنٹ بات یہ ہے کہ مسلمان یہ کہتے ہیں کہ "ٹو ہیلپ ود یور فریڈم آف ایکسپریشن"۔</w:t>
      </w:r>
    </w:p>
    <w:p>
      <w:r>
        <w:rPr>
          <w:b/>
        </w:rPr>
        <w:t xml:space="preserve">[24:31] </w:t>
      </w:r>
      <w:r>
        <w:t>lekin yeh saada baat hai, yeh aap ko munaafiqat</w:t>
      </w:r>
    </w:p>
    <w:p>
      <w:pPr>
        <w:jc w:val="right"/>
      </w:pPr>
      <w:r>
        <w:t>لیکن یہ سادہ بات ہے، یہ آپ کو منافقت</w:t>
      </w:r>
    </w:p>
    <w:p>
      <w:r>
        <w:rPr>
          <w:b/>
        </w:rPr>
        <w:t xml:space="preserve">[24:36] </w:t>
      </w:r>
      <w:r>
        <w:t>tak le aati hai. munaafiqat tak, munaafiqat. is ka jo end result munaafiqat hai, woh kaise hai? jo log yeh kehte hain ke freedom of expression absolute right hai insaan ka, woh kaun log hain?</w:t>
      </w:r>
    </w:p>
    <w:p>
      <w:pPr>
        <w:jc w:val="right"/>
      </w:pPr>
      <w:r>
        <w:t>تک لے آتی ہے۔ منافقت تک، منافقت۔ اس کا جو اینڈ رزلٹ منافقت ہے، وہ کیسے ہے؟ جو لوگ یہ کہتے ہیں کہ فریڈم آف ایکسپریشن ایبسولیوٹ رائٹ ہے انسان کا، وہ کون لوگ ہیں؟</w:t>
      </w:r>
    </w:p>
    <w:p>
      <w:r>
        <w:rPr>
          <w:b/>
        </w:rPr>
        <w:t xml:space="preserve">[24:52] </w:t>
      </w:r>
      <w:r>
        <w:t>western nations hain. in ki daleel kya hai? is ko samjhiye. in ki daleel yeh hai ke dunya mein jab azaadi nahin thi to koi taraqqi nahin thi.</w:t>
      </w:r>
    </w:p>
    <w:p>
      <w:pPr>
        <w:jc w:val="right"/>
      </w:pPr>
      <w:r>
        <w:t>ویسٹرن نیشنز ہیں۔ ان کی دلیل کیا ہے؟ اس کو سمجھیے۔ ان کی دلیل یہ ہے کہ دنیا میں جب آزادی نہیں تھی تو کوئی ترقی نہیں تھی۔</w:t>
      </w:r>
    </w:p>
    <w:p>
      <w:r>
        <w:rPr>
          <w:b/>
        </w:rPr>
        <w:t xml:space="preserve">[25:04] </w:t>
      </w:r>
      <w:r>
        <w:t>jab azaadi, azaadi nahin thi to koi taraqqi nahin thi. misaal ke taur par dekhiye, roman empire dunya mein do hazar saal tak tha, 2000 years.</w:t>
      </w:r>
    </w:p>
    <w:p>
      <w:pPr>
        <w:jc w:val="right"/>
      </w:pPr>
      <w:r>
        <w:t>جب آزادی، آزادی نہیں تھی تو کوئی ترقی نہیں تھی۔ مثال کے طور پر دیکھیے، رومن ایمپائر دنیا میں دو ہزار سال تک تھا، 2000 ایئرز۔</w:t>
      </w:r>
    </w:p>
    <w:p>
      <w:r>
        <w:rPr>
          <w:b/>
        </w:rPr>
        <w:t xml:space="preserve">[25:17] </w:t>
      </w:r>
      <w:r>
        <w:t>lekin tareekh batati hai ke in do hazar saalon mein koi scientific development nahin hua kyunke woh har nayi cheez ke mukhalif the.</w:t>
      </w:r>
    </w:p>
    <w:p>
      <w:pPr>
        <w:jc w:val="right"/>
      </w:pPr>
      <w:r>
        <w:t>لیکن تاریخ بتاتی ہے کہ ان دو ہزار سالوں میں کوئی سائنٹیفک ڈیویلپمنٹ نہیں ہوا کیونکہ وہ ہر نئی چیز کے مخالف تھے۔</w:t>
      </w:r>
    </w:p>
    <w:p>
      <w:r>
        <w:rPr>
          <w:b/>
        </w:rPr>
        <w:t xml:space="preserve">[25:29] </w:t>
      </w:r>
      <w:r>
        <w:t>dekhiye, yeh jo emperor jo hota hai, yeh king hota hai, is ka hamesha ek hi cheez ka, ek hi cheez ka saza concern hoti hai ke is ke khilaaf koi riot na ho, bas koi is ke empire ko koi khatra na bane.</w:t>
      </w:r>
    </w:p>
    <w:p>
      <w:pPr>
        <w:jc w:val="right"/>
      </w:pPr>
      <w:r>
        <w:t>دیکھیے، یہ جو ایمپرر جو ہوتا ہے، یہ کنگ ہوتا ہے، اس کا ہمیشہ ایک ہی چیز کا، ایک ہی چیز کا سزا کنسرن ہوتی ہے کہ اس کے خلاف کوئی ریوٹ نہ ہو، بس کوئی اس کے ایمپائر کو کوئی خطرہ نہ بنے۔</w:t>
      </w:r>
    </w:p>
    <w:p>
      <w:r>
        <w:rPr>
          <w:b/>
        </w:rPr>
        <w:t xml:space="preserve">[25:48] </w:t>
      </w:r>
      <w:r>
        <w:t>to har nayi cheez ke khilaaf hote hain. woh woh samajhte hain ke bhai jo hai wahi rahe.</w:t>
      </w:r>
    </w:p>
    <w:p>
      <w:pPr>
        <w:jc w:val="right"/>
      </w:pPr>
      <w:r>
        <w:t>تو ہر نئی چیز کے خلاف ہوتے ہیں۔ وہ وہ سمجھتے ہیں کہ بھئی جو ہے وہی رہے۔</w:t>
      </w:r>
    </w:p>
    <w:p>
      <w:r>
        <w:rPr>
          <w:b/>
        </w:rPr>
        <w:t xml:space="preserve">[25:55] </w:t>
      </w:r>
      <w:r>
        <w:t>chunaanche yeh bataya jata hai ke roman faujen jab greece mein dakhil hui thin, younan mein, to wahan par ek koi plaster tha jo zameen par baitha hua mathematic ka ek problem solve kar raha tha.</w:t>
      </w:r>
    </w:p>
    <w:p>
      <w:pPr>
        <w:jc w:val="right"/>
      </w:pPr>
      <w:r>
        <w:t>چنانچہ یہ بتایا جاتا ہے کہ رومن فوجیں جب گریس میں داخل ہوئی تھیں، یونان میں، تو وہاں پر ایک کوئی پلاسٹر تھا جو زمین پر بیٹھا ہوا میتھمیٹک کا ایک پرابلم سالو کر رہا تھا۔</w:t>
      </w:r>
    </w:p>
    <w:p>
      <w:r>
        <w:rPr>
          <w:b/>
        </w:rPr>
        <w:t xml:space="preserve">[26:14] </w:t>
      </w:r>
      <w:r>
        <w:t>aap jante hain, is zamane mein kaghaz waghera bohat zyada nahin hua karta tha.</w:t>
      </w:r>
    </w:p>
    <w:p>
      <w:pPr>
        <w:jc w:val="right"/>
      </w:pPr>
      <w:r>
        <w:t>آپ جانتے ہیں، اس زمانے میں کاغذ وغیرہ بہت زیادہ نہیں ہوا کرتا تھا۔</w:t>
      </w:r>
    </w:p>
    <w:p>
      <w:r>
        <w:rPr>
          <w:b/>
        </w:rPr>
        <w:t xml:space="preserve">[26:18] </w:t>
      </w:r>
      <w:r>
        <w:t>to woh zameen par saaf bara hamwar zameen par baitha hua ek mathematics ka problem solve kar raha tha, likh likh raha tha.</w:t>
      </w:r>
    </w:p>
    <w:p>
      <w:pPr>
        <w:jc w:val="right"/>
      </w:pPr>
      <w:r>
        <w:t>تو وہ زمین پر صاف برا ہموار زمین پر بیٹھا ہوا ایک میتھمیٹکس کا پرابلم سالو کر رہا تھا، لکھ لکھ رہا تھا۔</w:t>
      </w:r>
    </w:p>
    <w:p>
      <w:r>
        <w:rPr>
          <w:b/>
        </w:rPr>
        <w:t xml:space="preserve">[26:32] </w:t>
      </w:r>
      <w:r>
        <w:t>to jab alia dakhil hui to jante hain kya hua? us ko talwar maar ke upar gardan se is ka sir juda kar diya gaya kyunke woh ek naya kaam, ek naya kaam kar raha tha.</w:t>
      </w:r>
    </w:p>
    <w:p>
      <w:pPr>
        <w:jc w:val="right"/>
      </w:pPr>
      <w:r>
        <w:t>تو جب عالیہ داخل ہوئی تو جانتے ہیں کیا ہوا؟ اس کو تلوار مار کے اوپر گردن سے اس کا سر جدا کر دیا گیا کیونکہ وہ ایک نیا کام، ایک نیا کام کر رہا تھا۔</w:t>
      </w:r>
    </w:p>
    <w:p>
      <w:r>
        <w:rPr>
          <w:b/>
        </w:rPr>
        <w:t xml:space="preserve">[26:46] </w:t>
      </w:r>
      <w:r>
        <w:t>badshahi daur mein, jo ke french revolution se pehle saari dunya mein tha, badshahi daur mein nayi cheez ke sakht mukhalif hua karte the.</w:t>
      </w:r>
    </w:p>
    <w:p>
      <w:pPr>
        <w:jc w:val="right"/>
      </w:pPr>
      <w:r>
        <w:t>بادشاہی دور میں، جو کہ فرینچ ریولوشن سے پہلے ساری دنیا میں تھا، بادشاہی دور میں نئی چیز کے سخت خلاف ہوا کرتے تھے۔</w:t>
      </w:r>
    </w:p>
    <w:p>
      <w:r>
        <w:rPr>
          <w:b/>
        </w:rPr>
        <w:t xml:space="preserve">[26:56] </w:t>
      </w:r>
      <w:r>
        <w:t>woh khud islam ke zamane mein bhi yeh halat qaim thi.</w:t>
      </w:r>
    </w:p>
    <w:p>
      <w:pPr>
        <w:jc w:val="right"/>
      </w:pPr>
      <w:r>
        <w:t>وہ خود اسلام کے زمانے میں بھی یہ حالت قائم تھی۔</w:t>
      </w:r>
    </w:p>
    <w:p>
      <w:r>
        <w:rPr>
          <w:b/>
        </w:rPr>
        <w:t xml:space="preserve">[27:01] </w:t>
      </w:r>
      <w:r>
        <w:t>misaalan dekhiye, makki daur mein jo waqiyat hue, is mein se ek waqia yeh hai ke qabail arab jo thay, woh kaba ki ziyarat ke liye mukhtalif ilaqon se aya karte thay har saal.</w:t>
      </w:r>
    </w:p>
    <w:p>
      <w:pPr>
        <w:jc w:val="right"/>
      </w:pPr>
      <w:r>
        <w:t>مثلاً دیکھیے، مکی دور میں جو واقعات ہوئے، اس میں سے ایک واقعہ یہ ہے کہ قبائل عرب جو تھے، وہ کعبہ کی زیارت کے لیے مختلف علاقوں سے آیا کرتے تھے ہر سال۔</w:t>
      </w:r>
    </w:p>
    <w:p>
      <w:r>
        <w:rPr>
          <w:b/>
        </w:rPr>
        <w:t xml:space="preserve">[27:22] </w:t>
      </w:r>
      <w:r>
        <w:t>ek saal aisa hua ke jab qabail aaye, phir us ke baad gaye wahan par tablegh ke liye, quran logon ko batane ke liye.</w:t>
      </w:r>
    </w:p>
    <w:p>
      <w:pPr>
        <w:jc w:val="right"/>
      </w:pPr>
      <w:r>
        <w:t>ایک سال ایسا ہوا کہ جب قبائل آئے، پھر اس کے بعد گئے وہاں پر تبلیغ کے لیے، قرآن لوگوں کو بتانے کے لیے۔</w:t>
      </w:r>
    </w:p>
    <w:p>
      <w:r>
        <w:rPr>
          <w:b/>
        </w:rPr>
        <w:t xml:space="preserve">[27:31] </w:t>
      </w:r>
      <w:r>
        <w:t>toh is mein ek qabila tha, uska naam tha banu shaiyban. us ke paas aap gaye toh aap ne quran sunaya, un ko is tauheed ki baat batai.</w:t>
      </w:r>
    </w:p>
    <w:p>
      <w:pPr>
        <w:jc w:val="right"/>
      </w:pPr>
      <w:r>
        <w:t>تو اس میں ایک قبیلہ تھا، اس کا نام تھا بنو شیبان۔ اس کے پاس آپ گئے تو آپ نے قرآن سنایا، ان کو اس توحید کی بات بتائی۔</w:t>
      </w:r>
    </w:p>
    <w:p>
      <w:r>
        <w:rPr>
          <w:b/>
        </w:rPr>
        <w:t xml:space="preserve">[27:43] </w:t>
      </w:r>
      <w:r>
        <w:t>jo sardar jo tha, woh mutasir hua, woh us ko aap ki baatein achi lagin lekin us ko mana nahi kyun?</w:t>
      </w:r>
    </w:p>
    <w:p>
      <w:pPr>
        <w:jc w:val="right"/>
      </w:pPr>
      <w:r>
        <w:t>جو سردار جو تھا، وہ متاثر ہوا، وہ اس کو آپ کی باتیں اچھی لگیں لیکن اس کو مانا نہیں کیوں؟</w:t>
      </w:r>
    </w:p>
    <w:p>
      <w:r>
        <w:rPr>
          <w:b/>
        </w:rPr>
        <w:t xml:space="preserve">[27:55] </w:t>
      </w:r>
      <w:r>
        <w:t>us ne daleel yeh di thi.</w:t>
      </w:r>
    </w:p>
    <w:p>
      <w:pPr>
        <w:jc w:val="right"/>
      </w:pPr>
      <w:r>
        <w:t>اس نے دلیل یہ دی تھی۔</w:t>
      </w:r>
    </w:p>
    <w:p>
      <w:r>
        <w:rPr>
          <w:b/>
        </w:rPr>
        <w:t xml:space="preserve">[27:57] </w:t>
      </w:r>
      <w:r>
        <w:t>aap woh kitab hamare paas hai, mujhe jahan bhi dekh sakte hain, aap ke hum hum jahan rehte hain, woh arab ki woh sarhad hai jo iran se milti hai.</w:t>
      </w:r>
    </w:p>
    <w:p>
      <w:pPr>
        <w:jc w:val="right"/>
      </w:pPr>
      <w:r>
        <w:t>آپ وہ کتاب ہمارے پاس ہے، مجھے جہاں بھی دیکھ سکتے ہیں، آپ کہ ہم ہم جہاں رہتے ہیں، وہ عرب کی وہ سرحد ہے جو ایران سے ملتی ہے۔</w:t>
      </w:r>
    </w:p>
    <w:p>
      <w:r>
        <w:rPr>
          <w:b/>
        </w:rPr>
        <w:t xml:space="preserve">[28:09] </w:t>
      </w:r>
      <w:r>
        <w:t>hum irani badshah ki sarhad par rehte hain aur irani badshahon se hamare muahde hain.</w:t>
      </w:r>
    </w:p>
    <w:p>
      <w:pPr>
        <w:jc w:val="right"/>
      </w:pPr>
      <w:r>
        <w:t>ہم ایرانی بادشاہ کی سرحد پر رہتے ہیں اور ایرانی بادشاہوں سے ہمارے معاہدے ہیں۔</w:t>
      </w:r>
    </w:p>
    <w:p>
      <w:r>
        <w:rPr>
          <w:b/>
        </w:rPr>
        <w:t xml:space="preserve">[28:19] </w:t>
      </w:r>
      <w:r>
        <w:t>us ne is mein kaha tha ke badshah log is ko pasand nahi karte ke koi nai cheez introduce ki, koi nai cheez ikhtiyar ki jaye,</w:t>
      </w:r>
    </w:p>
    <w:p>
      <w:pPr>
        <w:jc w:val="right"/>
      </w:pPr>
      <w:r>
        <w:t>اس نے اس میں کہا تھا کہ بادشاہ لوگ اس کو پسند نہیں کرتے کہ کوئی نئی چیز انٹروڈوس کی، کوئی نئی چیز اختیار کی جائے،</w:t>
      </w:r>
    </w:p>
    <w:p>
      <w:r>
        <w:rPr>
          <w:b/>
        </w:rPr>
        <w:t xml:space="preserve">[28:30] </w:t>
      </w:r>
      <w:r>
        <w:t>koi nai cheez ikhtiyar ki jaye. toh aap ki cheez jo hai, ek nai cheez hai. yani duniya jo hai, woh yani yani jo duniya ka jo is waqt culture hai, woh sikh culture hai.</w:t>
      </w:r>
    </w:p>
    <w:p>
      <w:pPr>
        <w:jc w:val="right"/>
      </w:pPr>
      <w:r>
        <w:t>کوئی نئی چیز اختیار کی جائے۔ تو آپ کی چیز جو ہے، ایک نئی چیز ہے۔ یعنی دنیا جو ہے، وہ یعنی یعنی جو دنیا کا جو اس وقت کلچر ہے، وہ سکھ کلچر ہے۔</w:t>
      </w:r>
    </w:p>
    <w:p>
      <w:r>
        <w:rPr>
          <w:b/>
        </w:rPr>
        <w:t xml:space="preserve">[28:43] </w:t>
      </w:r>
      <w:r>
        <w:t>aap tauheed culture un ko pesh kar rahe hain, jo ek nai cheez hai.</w:t>
      </w:r>
    </w:p>
    <w:p>
      <w:pPr>
        <w:jc w:val="right"/>
      </w:pPr>
      <w:r>
        <w:t>آپ توحید کلچر ان کو پیش کر رہے ہیں، جو ایک نئی چیز ہے۔</w:t>
      </w:r>
    </w:p>
    <w:p>
      <w:r>
        <w:rPr>
          <w:b/>
        </w:rPr>
        <w:t xml:space="preserve">[28:47] </w:t>
      </w:r>
      <w:r>
        <w:t>toh us ne kaha ke shahan kisra jo hain, is ko pasand nahi karenge.</w:t>
      </w:r>
    </w:p>
    <w:p>
      <w:pPr>
        <w:jc w:val="right"/>
      </w:pPr>
      <w:r>
        <w:t>تو اس نے کہا کہ شاہان کسری جو ہیں، اس کو پسند نہیں کریں گے۔</w:t>
      </w:r>
    </w:p>
    <w:p>
      <w:r>
        <w:rPr>
          <w:b/>
        </w:rPr>
        <w:t xml:space="preserve">[28:56] </w:t>
      </w:r>
      <w:r>
        <w:t>yeh us yeh us mein kaha tha: "mamma qatal al muluk". yeh woh cheez hai, yeh yeh ek nai cheez hai, is liye badshah log is ko pasand nahi karenge.</w:t>
      </w:r>
    </w:p>
    <w:p>
      <w:pPr>
        <w:jc w:val="right"/>
      </w:pPr>
      <w:r>
        <w:t>یہ اس یہ اس میں کہا تھا: "مما قتل الملوک"۔ یہ وہ چیز ہے، یہ یہ ایک نئی چیز ہے، اس لیے بادشاہ لوگ اس کو پسند نہیں کریں گے۔</w:t>
      </w:r>
    </w:p>
    <w:p>
      <w:r>
        <w:rPr>
          <w:b/>
        </w:rPr>
        <w:t xml:space="preserve">[29:05] </w:t>
      </w:r>
      <w:r>
        <w:t>is liye mein is ko ikhtiyar nahi kar sakta.</w:t>
      </w:r>
    </w:p>
    <w:p>
      <w:pPr>
        <w:jc w:val="right"/>
      </w:pPr>
      <w:r>
        <w:t>اس لیے میں اس کو اختیار نہیں کر سکتا۔</w:t>
      </w:r>
    </w:p>
    <w:p>
      <w:r>
        <w:rPr>
          <w:b/>
        </w:rPr>
        <w:t xml:space="preserve">[29:08] </w:t>
      </w:r>
      <w:r>
        <w:t>toh woh zamana jo tha ke ikhtilaf e rai, distant, alag koi rai rakhna, yeh bilkul shajar mamnooa tha, forbidden tha.</w:t>
      </w:r>
    </w:p>
    <w:p>
      <w:pPr>
        <w:jc w:val="right"/>
      </w:pPr>
      <w:r>
        <w:t>تو وہ زمانہ جو تھا کہ اختلاف رائے، ڈسٹنٹ، الگ کوئی رائے رکھنا، یہ بالکل شجر ممنوعہ تھا، لابنڈری تھا۔</w:t>
      </w:r>
    </w:p>
    <w:p>
      <w:r>
        <w:rPr>
          <w:b/>
        </w:rPr>
        <w:t xml:space="preserve">[29:19] </w:t>
      </w:r>
      <w:r>
        <w:t>is liye science ko koi taraqqi nahi hui. europe mein is ke khilaf tehreekein uthi hain, bade bade log paida hue aur takra hua.</w:t>
      </w:r>
    </w:p>
    <w:p>
      <w:pPr>
        <w:jc w:val="right"/>
      </w:pPr>
      <w:r>
        <w:t>اس لیے سائنس کو کوئی ترقی نہیں ہوئی۔ یورپ میں اس کے خلاف تحریکیں اٹھی ہیں، بڑے بڑے لوگ پیدا ہوئے اور ٹکرا ہوا۔</w:t>
      </w:r>
    </w:p>
    <w:p>
      <w:r>
        <w:rPr>
          <w:b/>
        </w:rPr>
        <w:t xml:space="preserve">[29:30] </w:t>
      </w:r>
      <w:r>
        <w:t>ek taraf badshahon se takra hua, doosra church se hua kyun ke church bhi bohat zyada is ka yani taqatwar bana hua tha.</w:t>
      </w:r>
    </w:p>
    <w:p>
      <w:pPr>
        <w:jc w:val="right"/>
      </w:pPr>
      <w:r>
        <w:t>ایک طرف بادشاہوں سے ٹکرا ہوا، دوسرا چرچ سے ہوا کیونکہ چرچ بھی بہت زیادہ اس کا یعنی طاقتور بنا ہوا تھا۔</w:t>
      </w:r>
    </w:p>
    <w:p>
      <w:r>
        <w:rPr>
          <w:b/>
        </w:rPr>
        <w:t xml:space="preserve">[29:39] </w:t>
      </w:r>
      <w:r>
        <w:t>ek zamane mein church pure europe ko dominate karta tha. agarche badshahatein thin, agarche mulkon mein badshah hua karte thay, lekin church ka zabardast domination tha un ke upar.</w:t>
      </w:r>
    </w:p>
    <w:p>
      <w:pPr>
        <w:jc w:val="right"/>
      </w:pPr>
      <w:r>
        <w:t>ایک زمانے میں چرچ پورے یورپ کو ڈومینیٹ کرتا تھا۔ اگرچہ بادشاہتیں تھیں، اگرچہ ملکوں میں بادشاہ ہوا کرتے تھے، لیکن چرچ کا زبردست ڈومینیشن تھا ان کے اوپر۔</w:t>
      </w:r>
    </w:p>
    <w:p>
      <w:r>
        <w:rPr>
          <w:b/>
        </w:rPr>
        <w:t xml:space="preserve">[29:51] </w:t>
      </w:r>
      <w:r>
        <w:t>toh church church bhi sakht khilaf tha kisi nai cheez ke. toh zabardast takra hua europe mein.</w:t>
      </w:r>
    </w:p>
    <w:p>
      <w:pPr>
        <w:jc w:val="right"/>
      </w:pPr>
      <w:r>
        <w:t>تو چرچ چرچ بھی سخت خلاف تھا کسی نئی چیز کے۔ تو زبردست ٹکرا ہوا یورپ میں۔</w:t>
      </w:r>
    </w:p>
    <w:p>
      <w:r>
        <w:rPr>
          <w:b/>
        </w:rPr>
        <w:t xml:space="preserve">[30:02] </w:t>
      </w:r>
      <w:r>
        <w:t>aap denisan ki history padh lijiye, denisan ki history. mein aap ko sirf do kitab ka hawala deta hoon: ek badshahon se takrao ka aur doosra church se takrao ka.</w:t>
      </w:r>
    </w:p>
    <w:p>
      <w:pPr>
        <w:jc w:val="right"/>
      </w:pPr>
      <w:r>
        <w:t>آپ ڈینیسان کی ہسٹری پڑھ لیجئے، ڈینیسان کی ہسٹری۔ میں آپ کو صرف دو کتاب کا حوالہ دیتا ہوں: ایک بادشاہوں سے ٹکراؤ کا اور دوسرا چرچ سے ٹکراؤ کا۔</w:t>
      </w:r>
    </w:p>
    <w:p>
      <w:r>
        <w:rPr>
          <w:b/>
        </w:rPr>
        <w:t xml:space="preserve">[30:16] </w:t>
      </w:r>
      <w:r>
        <w:t>badshahon se takrao ki kahani aap janna hai toh aap padhiye: russo ki kitab "social contract".</w:t>
      </w:r>
    </w:p>
    <w:p>
      <w:pPr>
        <w:jc w:val="right"/>
      </w:pPr>
      <w:r>
        <w:t>بادشاہوں سے ٹکراؤ کی کہانی آپ جاننا ہے تو آپ پڑھیے: روسو کی کتاب "سوشل کنٹریکٹ"۔</w:t>
      </w:r>
    </w:p>
    <w:p>
      <w:r>
        <w:rPr>
          <w:b/>
        </w:rPr>
        <w:t xml:space="preserve">[30:23] </w:t>
      </w:r>
      <w:r>
        <w:t>social contract, jis ka pehla sentence hai ke "man was bald free but I am see by I see him in chains".</w:t>
      </w:r>
    </w:p>
    <w:p>
      <w:pPr>
        <w:jc w:val="right"/>
      </w:pPr>
      <w:r>
        <w:t>سوشل کنٹریکٹ، جس کا پہلا سینٹنس ہے کہ "مین واز بالڈ فری بٹ آئی ایم سی بائی آئی سی ہم ان چینج"۔</w:t>
      </w:r>
    </w:p>
    <w:p>
      <w:r>
        <w:rPr>
          <w:b/>
        </w:rPr>
        <w:t xml:space="preserve">[30:33] </w:t>
      </w:r>
      <w:r>
        <w:t>toh badshahon se zabardast takra hua, yahan tak ke badshahat khatam hui. pehle france mein, us ke baad pure europe mein. tab wahan par azadi aayi, tab science ki taraqqi shuru hui.</w:t>
      </w:r>
    </w:p>
    <w:p>
      <w:pPr>
        <w:jc w:val="right"/>
      </w:pPr>
      <w:r>
        <w:t>تو بادشاہوں سے زبردست ٹکرا ہوا، یہاں تک کہ بادشاہت ختم ہوئی۔ پہلے فرانس میں، اس کے بعد پورے یورپ میں۔ تب وہاں پر آزادی آئی، تب سائنس کی ترقی شروع ہوئی۔</w:t>
      </w:r>
    </w:p>
    <w:p>
      <w:r>
        <w:rPr>
          <w:b/>
        </w:rPr>
        <w:t xml:space="preserve">[30:46] </w:t>
      </w:r>
      <w:r>
        <w:t>yeh mamla church ke sath pesh aaya. church se zabardast takra hua. church ne galileo ko aur bohat se logon ko bilkul zabani kar di hui thi.</w:t>
      </w:r>
    </w:p>
    <w:p>
      <w:pPr>
        <w:jc w:val="right"/>
      </w:pPr>
      <w:r>
        <w:t>یہ معاملہ چرچ کے ساتھ پیش آیا۔ چرچ سے زبردست ٹکرا ہوا۔ چرچ نے گلیلیوں کو اور بہت سے لوگوں کو بالکل زبانی کر دی ہوئی تھی۔</w:t>
      </w:r>
    </w:p>
    <w:p>
      <w:r>
        <w:rPr>
          <w:b/>
        </w:rPr>
        <w:t xml:space="preserve">[30:56] </w:t>
      </w:r>
      <w:r>
        <w:t>toh aakhir kar yeh yani woh log jeete aur church ko unhone ek chote se raqbe mein rehne par majboor kar diya.</w:t>
      </w:r>
    </w:p>
    <w:p>
      <w:pPr>
        <w:jc w:val="right"/>
      </w:pPr>
      <w:r>
        <w:t>تو آخر کار یہ یعنی وہ لوگ جیتے اور چرچ کو انہوں نے ایک چھوٹے سے رقبے میں رہنے پر مجبور کر دیا۔</w:t>
      </w:r>
    </w:p>
    <w:p>
      <w:r>
        <w:rPr>
          <w:b/>
        </w:rPr>
        <w:t xml:space="preserve">[31:09] </w:t>
      </w:r>
      <w:r>
        <w:t>agar aap itli jayen to wahan par aik bohat hi chotay sa raqba hai, bohat chota, jis ko kehte hain "vaitikan".</w:t>
      </w:r>
    </w:p>
    <w:p>
      <w:pPr>
        <w:jc w:val="right"/>
      </w:pPr>
      <w:r>
        <w:t>اگر آپ اٹلی جائیں تو وہاں پر ایک بہت ہی چھوٹا سا رقبہ ہے، بہت چھوٹا، جس کو کہتے ہیں "ویٹیکن"۔</w:t>
      </w:r>
    </w:p>
    <w:p>
      <w:r>
        <w:rPr>
          <w:b/>
        </w:rPr>
        <w:t xml:space="preserve">[31:17] </w:t>
      </w:r>
      <w:r>
        <w:t>vaitikan hamare dili ke college se bhi chota hai. bas isi mein church ki baat, church ka sara mamla hai. baqi sari sara europe is se yani bahir hai, is se azaad hai.</w:t>
      </w:r>
    </w:p>
    <w:p>
      <w:pPr>
        <w:jc w:val="right"/>
      </w:pPr>
      <w:r>
        <w:t>ویٹیکن ہمارے دلی کے کالج سے بھی چھوٹا ہے۔ بس اسی میں چرچ کی بات، چرچ کا سارا معاملہ ہے۔ باقی ساری سارا یورپ اس سے یعنی باہر ہے، اس سے آزاد ہے۔</w:t>
      </w:r>
    </w:p>
    <w:p>
      <w:r>
        <w:rPr>
          <w:b/>
        </w:rPr>
        <w:t xml:space="preserve">[31:32] </w:t>
      </w:r>
      <w:r>
        <w:t>is ki kahani aap janna chahen to is ki aap parh lijye: "draper" ki kitab "confident between science and religion". to aik taraf badshahon se takrao hua aur badshahon ko un set kiya gaya aur democracy duniya mein aayi.</w:t>
      </w:r>
    </w:p>
    <w:p>
      <w:pPr>
        <w:jc w:val="right"/>
      </w:pPr>
      <w:r>
        <w:t>اس کی کہانی آپ جاننا چاہیں تو اس کی آپ پڑھ لیجئے: "ڈریپر" کی کتاب "کانفیڈنٹ بٹوین سائنس اینڈ ریلیجن"۔ تو ایک طرف بادشاہوں سے ٹکراؤ ہوا اور بادشاہوں کو ان سیٹ کیا گیا اور ڈیموکریسی دنیا میں آئی۔</w:t>
      </w:r>
    </w:p>
    <w:p>
      <w:r>
        <w:rPr>
          <w:b/>
        </w:rPr>
        <w:t xml:space="preserve">[31:47] </w:t>
      </w:r>
      <w:r>
        <w:t>democracy doosri taraf church ko un set kiya gaya, is ko vaitikan mein yani un ka mahsoor kar diya gaya aur phir logon ko azaadi</w:t>
      </w:r>
    </w:p>
    <w:p>
      <w:pPr>
        <w:jc w:val="right"/>
      </w:pPr>
      <w:r>
        <w:t>ڈیموکریسی دوسری طرف چرچ کو ان سیٹ کیا گیا، اس کو ویٹیکن میں یعنی ان کا محصور کر دیا گیا اور پھر لوگوں کو آزادی</w:t>
      </w:r>
    </w:p>
    <w:p>
      <w:r>
        <w:rPr>
          <w:b/>
        </w:rPr>
        <w:t xml:space="preserve">[31:58] </w:t>
      </w:r>
      <w:r>
        <w:t>mili. is ki kahani aap dekh lijye: "confident between science and religion". "draper" ki kitab. to yeh europe ki sab baton ko aik aik is tareekh europe ne banayi hai aur is ke baad taraqqi hui.</w:t>
      </w:r>
    </w:p>
    <w:p>
      <w:pPr>
        <w:jc w:val="right"/>
      </w:pPr>
      <w:r>
        <w:t>ملی۔ اس کی کہانی آپ دیکھ لیجئے: "کانفیڈنٹ بٹوین سائنس اینڈ ریلیجن"۔ "ڈریپر" کی کتاب۔ تو یہ یورپ کی سب باتوں کو ایک ایک اس تاریخ یورپ نے بنائی ہے اور اس کے بعد ترقی ہوئی۔</w:t>
      </w:r>
    </w:p>
    <w:p>
      <w:r>
        <w:rPr>
          <w:b/>
        </w:rPr>
        <w:t xml:space="preserve">[32:14] </w:t>
      </w:r>
      <w:r>
        <w:t>jadeed taraqqi ka jo scientific development, is ko hum kehte hain, isi ke baad hui. is sari taraf ka western civilization, modern progress, jo kuch bhi hai,</w:t>
      </w:r>
    </w:p>
    <w:p>
      <w:pPr>
        <w:jc w:val="right"/>
      </w:pPr>
      <w:r>
        <w:t>جدید ترقی کا جو سائنٹیفک ڈیویلپمنٹ، اس کو ہم کہتے ہیں، اسی کے بعد ہوئی۔ اس ساری طرف کا ویسٹرن سویلائزیشن، ماڈرن پروگریس، جو کچھ بھی ہے،</w:t>
      </w:r>
    </w:p>
    <w:p>
      <w:r>
        <w:rPr>
          <w:b/>
        </w:rPr>
        <w:t xml:space="preserve">[32:28] </w:t>
      </w:r>
      <w:r>
        <w:t>wo hua. yani europe ke in qaumon ne bohat hi yani aik naya daur paida kiya hai.</w:t>
      </w:r>
    </w:p>
    <w:p>
      <w:pPr>
        <w:jc w:val="right"/>
      </w:pPr>
      <w:r>
        <w:t>وہ ہوا۔ یعنی یورپ کے ان قوموں نے بہت ہی یعنی ایک نیا دور پیدا کیا ہے۔</w:t>
      </w:r>
    </w:p>
    <w:p>
      <w:r>
        <w:rPr>
          <w:b/>
        </w:rPr>
        <w:t xml:space="preserve">[32:36] </w:t>
      </w:r>
      <w:r>
        <w:t>misal ke tor par dekhiye, aik misal lijye aap ke qadeem zamanay mein duniya chaar cheezon ko manti thi: yani meter, plant, animal.</w:t>
      </w:r>
    </w:p>
    <w:p>
      <w:pPr>
        <w:jc w:val="right"/>
      </w:pPr>
      <w:r>
        <w:t>مثال کے طور پر دیکھیے، ایک مثال لیجئے آپ کہ قدیم زمانے میں دنیا چار چیزوں کو مانتی تھی: یعنی میٹر، پلانٹ، اینیمل۔</w:t>
      </w:r>
    </w:p>
    <w:p>
      <w:r>
        <w:rPr>
          <w:b/>
        </w:rPr>
        <w:t xml:space="preserve">[32:51] </w:t>
      </w:r>
      <w:r>
        <w:t>bas yani aik three dimensional world mein thi duniya hazaron saal se. maghrib ne kya kiya ke meter ko harkat de di, harkat yani moving me</w:t>
      </w:r>
    </w:p>
    <w:p>
      <w:pPr>
        <w:jc w:val="right"/>
      </w:pPr>
      <w:r>
        <w:t>بس یعنی ایک تھری ڈائمنشنل ورلڈ میں تھی دنیا ہزاروں سال سے۔ مغرب نے کیا کیا کہ میٹر کو حرکت دے دی، حرکت یعنی موونگ می</w:t>
      </w:r>
    </w:p>
    <w:p>
      <w:r>
        <w:rPr>
          <w:b/>
        </w:rPr>
        <w:t xml:space="preserve">[33:05] </w:t>
      </w:r>
      <w:r>
        <w:t>ter wajood mein aaya. moving meter, yeh jo hawai jahaz hai, yeh jo boatr hai, yeh jo masheenain hain, yeh jo mobile hai, yeh telephone, yeh sab kya hai?</w:t>
      </w:r>
    </w:p>
    <w:p>
      <w:pPr>
        <w:jc w:val="right"/>
      </w:pPr>
      <w:r>
        <w:t>ٹر وجود میں آیا۔ موونگ میٹر، یہ جو ہوائی جہاز ہے، یہ جو بوٹر ہے، یہ جو مشینیں ہیں، یہ جو موبائل ہے، یہ ٹیلی فون، یہ سب کیا ہے؟</w:t>
      </w:r>
    </w:p>
    <w:p>
      <w:r>
        <w:rPr>
          <w:b/>
        </w:rPr>
        <w:t xml:space="preserve">[33:14] </w:t>
      </w:r>
      <w:r>
        <w:t>moving meter hai. yeh communication, jo age of communication kya hai? yeh moving meter hai. to three dimensional world ko unhon ne four dimensional world mein pohncha diya.</w:t>
      </w:r>
    </w:p>
    <w:p>
      <w:pPr>
        <w:jc w:val="right"/>
      </w:pPr>
      <w:r>
        <w:t>موونگ میٹر ہے۔ یہ کمیونیکیشن، جو ایج آف کمیونیکیشن کیا ہے؟ یہ موونگ میٹر ہے۔ تو تھری ڈائمنشنل ورلڈ کو انہوں نے فور ڈائمنشنل ورلڈ میں پہنچا دیا۔</w:t>
      </w:r>
    </w:p>
    <w:p>
      <w:r>
        <w:rPr>
          <w:b/>
        </w:rPr>
        <w:t xml:space="preserve">[33:28] </w:t>
      </w:r>
      <w:r>
        <w:t>kesi ajeeb baat hai!</w:t>
      </w:r>
    </w:p>
    <w:p>
      <w:pPr>
        <w:jc w:val="right"/>
      </w:pPr>
      <w:r>
        <w:t>کیسی عجیب بات ہے!</w:t>
      </w:r>
    </w:p>
    <w:p>
      <w:r>
        <w:rPr>
          <w:b/>
        </w:rPr>
        <w:t xml:space="preserve">[33:30] </w:t>
      </w:r>
      <w:r>
        <w:t>ab duniya jo hai, meter, plant, animal aur aik moving meter, aik aur daur, is se itni sari taraqqi hui.</w:t>
      </w:r>
    </w:p>
    <w:p>
      <w:pPr>
        <w:jc w:val="right"/>
      </w:pPr>
      <w:r>
        <w:t>اب دنیا جو ہے، میٹر، پلانٹ، اینیمل اور ایک موونگ میٹر، ایک اور دور، اس سے اتنی ساری ترقی ہوئی۔</w:t>
      </w:r>
    </w:p>
    <w:p>
      <w:r>
        <w:rPr>
          <w:b/>
        </w:rPr>
        <w:t xml:space="preserve">[33:42] </w:t>
      </w:r>
      <w:r>
        <w:t>ab ab jo musalman yeh hain jo shorol kar rahe hain, to ab dekhiye in ka mamla ke shorol karne ke bawajood wo sari amenities ko istemal karte hain jo inhi qaumon ne banayi hain.</w:t>
      </w:r>
    </w:p>
    <w:p>
      <w:pPr>
        <w:jc w:val="right"/>
      </w:pPr>
      <w:r>
        <w:t>اب اب جو مسلمان یہ ہیں جو شورول کر رہے ہیں، تو اب دیکھیے ان کا معاملہ کہ شورول کرنے کے باوجود وہ ساری امیونٹیز کو استعمال کرتے ہیں جو انہی قوموں نے بنائی ہیں۔</w:t>
      </w:r>
    </w:p>
    <w:p>
      <w:r>
        <w:rPr>
          <w:b/>
        </w:rPr>
        <w:t xml:space="preserve">[34:00] </w:t>
      </w:r>
      <w:r>
        <w:t>jitni taraqqiyat hain, jitne jo modern amenities hain, jitni bhi shandar ghar, shandar carain, shandar hawai jahaz ka safar, shandar furniture, shandar education, yeh yeh yeh isi ka nateeja hai.</w:t>
      </w:r>
    </w:p>
    <w:p>
      <w:pPr>
        <w:jc w:val="right"/>
      </w:pPr>
      <w:r>
        <w:t>جتنی ترقیات ہیں، جتنے جو ماڈرن امیونٹیز ہیں، جتنی بھی شاندار گھر، شاندار کاریں، شاندار ہوائی جہاز کا سفر، شاندار فرنیچر، شاندار ایجوکیشن، یہ یہ یہ اسی کا نتیجہ ہے۔</w:t>
      </w:r>
    </w:p>
    <w:p>
      <w:r>
        <w:rPr>
          <w:b/>
        </w:rPr>
        <w:t xml:space="preserve">[34:19] </w:t>
      </w:r>
      <w:r>
        <w:t>to aik taraf to aap kehte hain ke "to help with your freedom of expression" aur isi se isi se paida hui hain.</w:t>
      </w:r>
    </w:p>
    <w:p>
      <w:pPr>
        <w:jc w:val="right"/>
      </w:pPr>
      <w:r>
        <w:t>تو ایک طرف تو آپ کہتے ہیں کہ "ٹو ہیلپ ود یور فریڈم آف ایکسپریشن" اور اسی سے اسی سے پیدا ہوئی ہیں۔</w:t>
      </w:r>
    </w:p>
    <w:p>
      <w:r>
        <w:rPr>
          <w:b/>
        </w:rPr>
        <w:t xml:space="preserve">[34:28] </w:t>
      </w:r>
      <w:r>
        <w:t>isi ke nateeje mein to sari civilization duniya mein aayi, modern amenities aayin. to kya aap is ko chhod sakte hain? kya aap is ko chhod sakte hain?</w:t>
      </w:r>
    </w:p>
    <w:p>
      <w:pPr>
        <w:jc w:val="right"/>
      </w:pPr>
      <w:r>
        <w:t>اسی کے نتیجے میں تو ساری سویلائزیشن دنیا میں آئی، ماڈرن امیونٹیز آئیں۔ تو کیا آپ اس کو چھوڑ سکتے ہیں؟ کیا آپ اس کو چھوڑ سکتے ہیں؟</w:t>
      </w:r>
    </w:p>
    <w:p>
      <w:r>
        <w:rPr>
          <w:b/>
        </w:rPr>
        <w:t xml:space="preserve">[34:40] </w:t>
      </w:r>
      <w:r>
        <w:t>is mani hai ke aap aik taraf mukhalifat karte hain, phir bhi inhi culture ko liye hue hain. wohi modern amenities, wohi modern culture, wohi modern taraqqiyat jo jo ke un ki wajah se wajood mein aayi hain duniya mein,</w:t>
      </w:r>
    </w:p>
    <w:p>
      <w:pPr>
        <w:jc w:val="right"/>
      </w:pPr>
      <w:r>
        <w:t>اس معنی ہے کہ آپ ایک طرف مخالفت کرتے ہیں، پھر بھی انہی کلچر کو لیے ہوئے ہیں۔ وہی ماڈرن امیونٹیز، وہی ماڈرن کلچر، وہی ماڈرن ترقیات جو جو کہ ان کی وجہ سے وجود میں آئیں ہیں دنیا میں،</w:t>
      </w:r>
    </w:p>
    <w:p>
      <w:r>
        <w:rPr>
          <w:b/>
        </w:rPr>
        <w:t xml:space="preserve">[34:55] </w:t>
      </w:r>
      <w:r>
        <w:t>wo isi mein aap phir bhi jee rahe hain.</w:t>
      </w:r>
    </w:p>
    <w:p>
      <w:pPr>
        <w:jc w:val="right"/>
      </w:pPr>
      <w:r>
        <w:t>وہ اسی میں آپ پھر بھی جی رہے ہیں۔</w:t>
      </w:r>
    </w:p>
    <w:p>
      <w:r>
        <w:rPr>
          <w:b/>
        </w:rPr>
        <w:t xml:space="preserve">[34:58] </w:t>
      </w:r>
      <w:r>
        <w:t>yani ghari aur mobile se le kar hawai jahaz tak sab ne unhon ne banaye hain aur is ko dhoom se istemal karte hain, fakhar karte hain is par.</w:t>
      </w:r>
    </w:p>
    <w:p>
      <w:pPr>
        <w:jc w:val="right"/>
      </w:pPr>
      <w:r>
        <w:t>یعنی گھڑی اور موبائل سے لے کر ہوائی جہاز تک سب نے انہوں نے بنائے ہیں اور اس کو دھوم سے استعمال کرتے ہیں، فخر کرتے ہیں اس پر۔</w:t>
      </w:r>
    </w:p>
    <w:p>
      <w:r>
        <w:rPr>
          <w:b/>
        </w:rPr>
        <w:t xml:space="preserve">[35:09] </w:t>
      </w:r>
      <w:r>
        <w:t>agar aap aisa karen ke freedom of expression ke zariye jo duniya mein jo tehzeeb bani hai, jo culture duniya mein aaya hai, is ko aap chhod den to aap jante hain kya hoga?</w:t>
      </w:r>
    </w:p>
    <w:p>
      <w:pPr>
        <w:jc w:val="right"/>
      </w:pPr>
      <w:r>
        <w:t>اگر آپ ایسا کریں کہ فریڈم آف ایکسپریشن کے ذریعے جو دنیا میں جو تہذیب بنی ہے، جو کلچر دنیا میں آیا ہے، اس کو آپ چھوڑ دیں تو آپ جانتے ہیں کیا ہوگا؟</w:t>
      </w:r>
    </w:p>
    <w:p>
      <w:r>
        <w:rPr>
          <w:b/>
        </w:rPr>
        <w:t xml:space="preserve">[35:21] </w:t>
      </w:r>
      <w:r>
        <w:t>aap onthon ke daur mein chale jayenge, khachchar ke daur mein chale jayenge, kuch bhi nahi rahega aap ke paas,</w:t>
      </w:r>
    </w:p>
    <w:p>
      <w:pPr>
        <w:jc w:val="right"/>
      </w:pPr>
      <w:r>
        <w:t>آپ اونٹوں کے دور میں چلے جائیں گے، کھچر کے دور میں چلے جائیں گے، کچھ بھی نہیں رہے گا آپ کے پاس،</w:t>
      </w:r>
    </w:p>
    <w:p>
      <w:r>
        <w:rPr>
          <w:b/>
        </w:rPr>
        <w:t xml:space="preserve">[35:28] </w:t>
      </w:r>
      <w:r>
        <w:t>sab kuch inhi logon ne wajood kiya hai. aur aur aur isi waqt wajood mein aaya hai jab ke duniya mein freedom aayi. freedom, freedom, democracy, azaadi khayal, azaadi rai, distant, yeh sab aaya hai.</w:t>
      </w:r>
    </w:p>
    <w:p>
      <w:pPr>
        <w:jc w:val="right"/>
      </w:pPr>
      <w:r>
        <w:t>سب کچھ انہی لوگوں نے وجود کیا ہے۔ اور اور اور اسی وقت وجود میں آیا ہے جب کہ دنیا میں فریڈم آئی۔ فریڈم، فریڈم، ڈیموکریسی، آزادی خیال، آزادی رائے، ڈسٹنٹ، یہ سب آیا ہے۔</w:t>
      </w:r>
    </w:p>
    <w:p>
      <w:r>
        <w:rPr>
          <w:b/>
        </w:rPr>
        <w:t xml:space="preserve">[35:42] </w:t>
      </w:r>
      <w:r>
        <w:t>mein aik martaba america gaya, wahan poocha mein ne aik professor se ke western world ki taraqqi ka raaz kya hai?</w:t>
      </w:r>
    </w:p>
    <w:p>
      <w:pPr>
        <w:jc w:val="right"/>
      </w:pPr>
      <w:r>
        <w:t>میں ایک مرتبہ امریکہ گیا، وہاں پوچھا میں نے ایک پروفیسر سے کہ ویسٹرن ورلڈ کی ترقی کا راز کیا ہے؟</w:t>
      </w:r>
    </w:p>
    <w:p>
      <w:r>
        <w:rPr>
          <w:b/>
        </w:rPr>
        <w:t xml:space="preserve">[35:52] </w:t>
      </w:r>
      <w:r>
        <w:t>us ne aik hi raaz bola, us ka distant, aik hi raaz. di</w:t>
      </w:r>
    </w:p>
    <w:p>
      <w:pPr>
        <w:jc w:val="right"/>
      </w:pPr>
      <w:r>
        <w:t>اس نے ایک ہی راز بولا، اس کا ڈسٹنٹ، ایک ہی راز۔ ڈ</w:t>
      </w:r>
    </w:p>
    <w:p>
      <w:r>
        <w:rPr>
          <w:b/>
        </w:rPr>
        <w:t xml:space="preserve">[35:57] </w:t>
      </w:r>
      <w:r>
        <w:t>stunt, us ne kaha hum distent ko aik aadmi ka muqaddas haq samajhte hain,</w:t>
      </w:r>
    </w:p>
    <w:p>
      <w:pPr>
        <w:jc w:val="right"/>
      </w:pPr>
      <w:r>
        <w:t>سٹنٹ، اس نے کہا ہم ڈسٹنٹ کو ایک آدمی کا مقدس حق سمجھتے ہیں،</w:t>
      </w:r>
    </w:p>
    <w:p>
      <w:r>
        <w:rPr>
          <w:b/>
        </w:rPr>
        <w:t xml:space="preserve">[36:05] </w:t>
      </w:r>
      <w:r>
        <w:t>distent ko hum insaan ka muqaddas haq samajhte hain. to aap aik taraf is ke khilaaf jhanda utha rahe hain, to phir aap chhod diye is se jo natije, is ke natije mein jo taraqqi hai, us ko bhi chhod dijiye.</w:t>
      </w:r>
    </w:p>
    <w:p>
      <w:pPr>
        <w:jc w:val="right"/>
      </w:pPr>
      <w:r>
        <w:t>ڈسٹنٹ کو ہم انسان کا مقدس حق سمجھتے ہیں۔ تو آپ ایک طرف اس کے خلاف جھنڈا اٹھا رہے ہیں، تو پھر آپ چھوڑ دیے اس سے جو نتیجے، اس کے نتیجے میں جو ترقی ہے، اس کو بھی چھوڑ دیجئے۔</w:t>
      </w:r>
    </w:p>
    <w:p>
      <w:r>
        <w:rPr>
          <w:b/>
        </w:rPr>
        <w:t xml:space="preserve">[36:21] </w:t>
      </w:r>
      <w:r>
        <w:t>isi se taraqqi hui sab. jab tak dunya mein azaadi-e-raaye nahi thi, tab tak koi taraqqi bhi nahi thi.</w:t>
      </w:r>
    </w:p>
    <w:p>
      <w:pPr>
        <w:jc w:val="right"/>
      </w:pPr>
      <w:r>
        <w:t>اسی سے ترقی ہوئی سب۔ جب تک دنیا میں آزادی رائے نہیں تھی، تب تک کوئی ترقی بھی نہیں تھی۔</w:t>
      </w:r>
    </w:p>
    <w:p>
      <w:r>
        <w:rPr>
          <w:b/>
        </w:rPr>
        <w:t xml:space="preserve">[36:29] </w:t>
      </w:r>
      <w:r>
        <w:t>jab tak dunya mein azaadi-e-raaye nahi thi, tab tak taraqqi bhi nahi thi. azaadi-e-raaye ko maans kiye to saari taraqqiyaat maans ho jayengi.</w:t>
      </w:r>
    </w:p>
    <w:p>
      <w:pPr>
        <w:jc w:val="right"/>
      </w:pPr>
      <w:r>
        <w:t>جب تک دنیا میں آزادی رائے نہیں تھی، تب تک ترقی بھی نہیں تھی۔ آزادی رائے کو مانس کیے تو ساری ترقیات مانس ہو جائیں گی۔</w:t>
      </w:r>
    </w:p>
    <w:p>
      <w:r>
        <w:rPr>
          <w:b/>
        </w:rPr>
        <w:t xml:space="preserve">[36:40] </w:t>
      </w:r>
      <w:r>
        <w:t>agar aap azaadi-e-raaye ko maans karein, us ko hadaf karein to saari taraqqiyaat bhi hadaf hain. to aap kya karenge? oonton par sawari karenge, khachchar par baithenge, kya karenge?</w:t>
      </w:r>
    </w:p>
    <w:p>
      <w:pPr>
        <w:jc w:val="right"/>
      </w:pPr>
      <w:r>
        <w:t>اگر آپ آزادی رائے کو مانس کریں، اس کو حذف کریں تو ساری ترقیات بھی حذف ہیں۔ تو آپ کیا کریں گے؟ اونٹوں پر سواری کریں گے، کھچر پر بیٹھیں گے، کیا کریں گے؟</w:t>
      </w:r>
    </w:p>
    <w:p>
      <w:r>
        <w:rPr>
          <w:b/>
        </w:rPr>
        <w:t xml:space="preserve">[36:51] </w:t>
      </w:r>
      <w:r>
        <w:t>saheeh hai!</w:t>
      </w:r>
    </w:p>
    <w:p>
      <w:pPr>
        <w:jc w:val="right"/>
      </w:pPr>
      <w:r>
        <w:t>صحیح ہے!</w:t>
      </w:r>
    </w:p>
    <w:p>
      <w:r>
        <w:rPr>
          <w:b/>
        </w:rPr>
        <w:t xml:space="preserve">[36:54] </w:t>
      </w:r>
      <w:r>
        <w:t>to yeh munafiqat, yeh yeh munafiqat hai ke aik taraf azaadi-e-raaye ka jhanda uthate hain, doosri taraf saari modern amenities ko istemaal karte hain, inhi mulkon mein ja ke service karte hain,</w:t>
      </w:r>
    </w:p>
    <w:p>
      <w:pPr>
        <w:jc w:val="right"/>
      </w:pPr>
      <w:r>
        <w:t>تو یہ منافقت، یہ یہ منافقت ہے کہ ایک طرف آزادی رائے کا جھنڈا اٹھاتے ہیں، دوسری طرف ساری ماڈرن امیونٹیز کو استعمال کرتے ہیں، انہی ملکوں میں جا کے سروس کرتے ہیں،</w:t>
      </w:r>
    </w:p>
    <w:p>
      <w:r>
        <w:rPr>
          <w:b/>
        </w:rPr>
        <w:t xml:space="preserve">[37:08] </w:t>
      </w:r>
      <w:r>
        <w:t>isi America, Europe mein ja kar ke apne bete ko, apni beti ko basate hain. yeh munafiqat hai!</w:t>
      </w:r>
    </w:p>
    <w:p>
      <w:pPr>
        <w:jc w:val="right"/>
      </w:pPr>
      <w:r>
        <w:t>اسی امریکہ، یورپ میں جا کر کے اپنے بیٹے کو، اپنی بیٹی کو بساتے ہیں۔ یہ منافقت ہے!</w:t>
      </w:r>
    </w:p>
    <w:p>
      <w:r>
        <w:rPr>
          <w:b/>
        </w:rPr>
        <w:t xml:space="preserve">[37:18] </w:t>
      </w:r>
      <w:r>
        <w:t>kya koi aik aisa musalman aisa karega ke apne aap ko America se wapas bula le ke wahan is tarah ki Islam ke khilaaf gustakhi ki baatein hoti hain?</w:t>
      </w:r>
    </w:p>
    <w:p>
      <w:pPr>
        <w:jc w:val="right"/>
      </w:pPr>
      <w:r>
        <w:t>کیا کوئی ایک ایسا مسلمان ایسا کرے گا کہ اپنے آپ کو امریکہ سے واپس بلا لے کہ وہاں اس طرح کی اسلام کے خلاف گستاخی کی باتیں ہوتی ہیں؟</w:t>
      </w:r>
    </w:p>
    <w:p>
      <w:r>
        <w:rPr>
          <w:b/>
        </w:rPr>
        <w:t xml:space="preserve">[37:31] </w:t>
      </w:r>
      <w:r>
        <w:t>aik bhi nahi aisa karega! aik sahab, main America gaya tha to aik sahab se main ne kaha ke jab aap ko shikayat hai America se to aap rehte kahan hain?</w:t>
      </w:r>
    </w:p>
    <w:p>
      <w:pPr>
        <w:jc w:val="right"/>
      </w:pPr>
      <w:r>
        <w:t>ایک بھی نہیں ایسا کرے گا! ایک صاحب، میں امریکہ گیا تھا تو ایک صاحب سے میں نے کہا کہ جب آپ کو شکایت ہے امریکہ سے تو آپ رہتے کہاں ہیں؟</w:t>
      </w:r>
    </w:p>
    <w:p>
      <w:r>
        <w:rPr>
          <w:b/>
        </w:rPr>
        <w:t xml:space="preserve">[37:39] </w:t>
      </w:r>
      <w:r>
        <w:t>yahan rehne ki kya zaroorat hai? aap jaiye, wapas jaiye apne apne watan.</w:t>
      </w:r>
    </w:p>
    <w:p>
      <w:pPr>
        <w:jc w:val="right"/>
      </w:pPr>
      <w:r>
        <w:t>یہاں رہنے کی کیا ضرورت ہے؟ آپ جائیے، واپس جائیے اپنے اپنے وطن۔</w:t>
      </w:r>
    </w:p>
    <w:p>
      <w:r>
        <w:rPr>
          <w:b/>
        </w:rPr>
        <w:t xml:space="preserve">[37:44] </w:t>
      </w:r>
      <w:r>
        <w:t>to kya kaha unhon ne? unhon ne kaha ke aadmi ka rizq jahan rahega, woh to wahan wahan jayega. to main ne kaha kaisi ajeeb baat hai ke shaitani mulk mein aap ka rizq hai aur aap ka jo Islami mulk hai, woh rizq nahi hai.</w:t>
      </w:r>
    </w:p>
    <w:p>
      <w:pPr>
        <w:jc w:val="right"/>
      </w:pPr>
      <w:r>
        <w:t>تو کیا کہا انہوں نے؟ انہوں نے کہا کہ آدمی کا رزق جہاں رہے گا، وہ تو وہاں وہاں جائے گا۔ تو میں نے کہا کیسی عجیب بات ہے کہ شیطانی ملک میں آپ کا رزق ہے اور آپ کا جو اسلامی ملک ہے، وہ رزق نہیں ہے۔</w:t>
      </w:r>
    </w:p>
    <w:p>
      <w:r>
        <w:rPr>
          <w:b/>
        </w:rPr>
        <w:t xml:space="preserve">[37:57] </w:t>
      </w:r>
      <w:r>
        <w:t>aap ka jis mulk ko aap Islami mulk kehte hain, us mein rizq nahi tha. aap ka yahan chhod kar aa gaye, aap us ko aap shaitani mulk kehte hain.</w:t>
      </w:r>
    </w:p>
    <w:p>
      <w:pPr>
        <w:jc w:val="right"/>
      </w:pPr>
      <w:r>
        <w:t>آپ کا جس ملک کو آپ اسلامی ملک کہتے ہیں، اس میں رزق نہیں تھا۔ آپ کا یہاں چھوڑ کر آ گئے، آپ اس کو آپ شیطانی ملک کہتے ہیں۔</w:t>
      </w:r>
    </w:p>
    <w:p>
      <w:r>
        <w:rPr>
          <w:b/>
        </w:rPr>
        <w:t xml:space="preserve">[38:08] </w:t>
      </w:r>
      <w:r>
        <w:t>yeh ab munafiqat hai!</w:t>
      </w:r>
    </w:p>
    <w:p>
      <w:pPr>
        <w:jc w:val="right"/>
      </w:pPr>
      <w:r>
        <w:t>یہ اب منافقت ہے!</w:t>
      </w:r>
    </w:p>
    <w:p>
      <w:r>
        <w:rPr>
          <w:b/>
        </w:rPr>
        <w:t xml:space="preserve">[38:11] </w:t>
      </w:r>
      <w:r>
        <w:t>to yeh saada baat nahi hai, yeh saada baat nahi hai. yeh</w:t>
      </w:r>
    </w:p>
    <w:p>
      <w:pPr>
        <w:jc w:val="right"/>
      </w:pPr>
      <w:r>
        <w:t>تو یہ سادہ بات نہیں ہے، یہ سادہ بات نہیں ہے۔ یہ</w:t>
      </w:r>
    </w:p>
    <w:p>
      <w:r>
        <w:rPr>
          <w:b/>
        </w:rPr>
        <w:t xml:space="preserve">[38:19] </w:t>
      </w:r>
      <w:r>
        <w:t>dekhiye, doosri baat yeh hai ke Rasool Allah Sal Allahu Alaihi Wasallam, aap Quran ko padhiye, Quran ko padhiye aap.</w:t>
      </w:r>
    </w:p>
    <w:p>
      <w:pPr>
        <w:jc w:val="right"/>
      </w:pPr>
      <w:r>
        <w:t>دیکھیے، دوسری بات یہ ہے کہ رسول اللہ صلی اللہ علیہ وسلم، آپ قرآن کو پڑھیے، قرآن کو پڑھیے آپ۔</w:t>
      </w:r>
    </w:p>
    <w:p>
      <w:r>
        <w:rPr>
          <w:b/>
        </w:rPr>
        <w:t xml:space="preserve">[38:28] </w:t>
      </w:r>
      <w:r>
        <w:t>to jitne bhi paighambar aaye, sab ke paighambaron ke saath gustakhi ki gayi.</w:t>
      </w:r>
    </w:p>
    <w:p>
      <w:pPr>
        <w:jc w:val="right"/>
      </w:pPr>
      <w:r>
        <w:t>تو جتنے بھی پیغمبر آئے، سب کے پیغمبروں کے ساتھ گستاخی کی گئی۔</w:t>
      </w:r>
    </w:p>
    <w:p>
      <w:r>
        <w:rPr>
          <w:b/>
        </w:rPr>
        <w:t xml:space="preserve">[38:36] </w:t>
      </w:r>
      <w:r>
        <w:t>do sau se zyada aisi aayatein hain Quran majeed mein jo batati hain ke jo jo paighambar aaya, us ko kaha gaya ke tum to majnoon ho, tum to yeh ho, tum to woh.</w:t>
      </w:r>
    </w:p>
    <w:p>
      <w:pPr>
        <w:jc w:val="right"/>
      </w:pPr>
      <w:r>
        <w:t>دو سو سے زیادہ ایسی آیتیں ہیں قرآن مجید میں جو بتاتی ہیں کہ جو جو پیغمبر آیا، اس کو کہا گیا کہ تم تو مجنون ہو، تم تو یہ ہو، تم تو وہ۔</w:t>
      </w:r>
    </w:p>
    <w:p>
      <w:r>
        <w:rPr>
          <w:b/>
        </w:rPr>
        <w:t xml:space="preserve">[38:46] </w:t>
      </w:r>
      <w:r>
        <w:t>yaani wahi cheezein hain jis ko hum aaj gustakhi kehte hain, woh sab har paighambar ko kaha gaya.</w:t>
      </w:r>
    </w:p>
    <w:p>
      <w:pPr>
        <w:jc w:val="right"/>
      </w:pPr>
      <w:r>
        <w:t>یعنی وہی چیزیں ہیں جس کو ہم آج گستاخی کہتے ہیں، وہ سب ہر پیغمبر کو کہا گیا۔</w:t>
      </w:r>
    </w:p>
    <w:p>
      <w:r>
        <w:rPr>
          <w:b/>
        </w:rPr>
        <w:t xml:space="preserve">[38:53] </w:t>
      </w:r>
      <w:r>
        <w:t>misalan aik aayat yeh hai: "ya hasrat al-labad ma yati rasool illa kano yastad'oon".</w:t>
      </w:r>
    </w:p>
    <w:p>
      <w:pPr>
        <w:jc w:val="right"/>
      </w:pPr>
      <w:r>
        <w:t>مثلاً ایک آیت یہ ہے: "یا حسرت اللباد ما یاتی رسول الا کانو یستدعون"۔</w:t>
      </w:r>
    </w:p>
    <w:p>
      <w:r>
        <w:rPr>
          <w:b/>
        </w:rPr>
        <w:t xml:space="preserve">[39:04] </w:t>
      </w:r>
      <w:r>
        <w:t>bandon par hasrat hai ke jo bhi paighambar aaya, har paighambar ka unhon ne mazaaq uraya. mazaaq urana gustakhi hai ke kya hai?</w:t>
      </w:r>
    </w:p>
    <w:p>
      <w:pPr>
        <w:jc w:val="right"/>
      </w:pPr>
      <w:r>
        <w:t>بندوں پر حسرت ہے کہ جو بھی پیغمبر آیا، ہر پیغمبر کا انہوں نے مذاق اڑایا۔ مذاق اڑانا گستاخی ہے کہ کیا ہے؟</w:t>
      </w:r>
    </w:p>
    <w:p>
      <w:r>
        <w:rPr>
          <w:b/>
        </w:rPr>
        <w:t xml:space="preserve">[39:13] </w:t>
      </w:r>
      <w:r>
        <w:t>ke un ko izzat dena hai. khud Rasool Allah Sal Allahu Alaihi Wasallam ko munh dar munh kaha ke: "Ae paighambar! ya ya ya!</w:t>
      </w:r>
    </w:p>
    <w:p>
      <w:pPr>
        <w:jc w:val="right"/>
      </w:pPr>
      <w:r>
        <w:t>کہ ان کو عزت دینا ہے۔ خود رسول اللہ صلی اللہ علیہ وسلم کو منہ در منہ کہا کہ: "اے پیغمبر! یا یا یا!</w:t>
      </w:r>
    </w:p>
    <w:p>
      <w:r>
        <w:rPr>
          <w:b/>
        </w:rPr>
        <w:t xml:space="preserve">[39:22] </w:t>
      </w:r>
      <w:r>
        <w:t>ae condemn person</w:t>
      </w:r>
    </w:p>
    <w:p>
      <w:pPr>
        <w:jc w:val="right"/>
      </w:pPr>
      <w:r>
        <w:t>اے کنڈم پرسن</w:t>
      </w:r>
    </w:p>
    <w:p>
      <w:r>
        <w:rPr>
          <w:b/>
        </w:rPr>
        <w:t xml:space="preserve">[39:23] </w:t>
      </w:r>
      <w:r>
        <w:t>!" haan, kaha mazammah. munh dar munh kaha ke: "haan, kaha mazammah! ya ae condemn person!" to kaha Rasool Allah Sal Allahu Alaihi Wasallam sahaba se kaha ke: "baroo in ko!" to main aap se aik baat arz karunga ke aap Quran ko padhiye to aap ko kuch aisi cheezein milengi jo Quran ke nazdeek jurm hain.</w:t>
      </w:r>
    </w:p>
    <w:p>
      <w:pPr>
        <w:jc w:val="right"/>
      </w:pPr>
      <w:r>
        <w:t>!" ہاں، کہا مذمہ۔ منہ در منہ کہا کہ: "ہاں، کہا مذمہ! یا اے کنڈم پرسن!" تو کہا رسول اللہ صلی اللہ علیہ وسلم صحابہ سے کہا کہ: "بارو ان کو!" تو میں آپ سے ایک بات عرض کروں گا کہ آپ قرآن کو پڑھیے تو آپ کو کچھ ایسی چیزیں ملیں گی جو قرآن کے نزدیک جرم ہیں۔</w:t>
      </w:r>
    </w:p>
    <w:p>
      <w:r>
        <w:rPr>
          <w:b/>
        </w:rPr>
        <w:t xml:space="preserve">[39:46] </w:t>
      </w:r>
      <w:r>
        <w:t>misalan haath kaatna, chori par. chori aik jurm hai, us par haath kaata kaat diya jayega.</w:t>
      </w:r>
    </w:p>
    <w:p>
      <w:pPr>
        <w:jc w:val="right"/>
      </w:pPr>
      <w:r>
        <w:t>مثلاً ہاتھ کاٹنا، چوری پر۔ چوری ایک جرم ہے، اس پر ہاتھ کاٹا کاٹ دیا جائے گا۔</w:t>
      </w:r>
    </w:p>
    <w:p>
      <w:r>
        <w:rPr>
          <w:b/>
        </w:rPr>
        <w:t xml:space="preserve">[39:53] </w:t>
      </w:r>
      <w:r>
        <w:t>to quran mein hai: "ek asariq o asariqa faqat ayd" . jo chori kare, uska hath kaat do. yaani jurm ka zikr hai to pareshan ka bhi zikr hai.</w:t>
      </w:r>
    </w:p>
    <w:p>
      <w:pPr>
        <w:jc w:val="right"/>
      </w:pPr>
      <w:r>
        <w:t>تو قرآن میں ہے: "ایک اسارق و اسارقۃ فقط آید"۔ جو چوری کرے، اس کا ہاتھ کاٹ دو۔ یعنی جرم کا ذکر ہے تو پریشان کا بھی ذکر ہے۔</w:t>
      </w:r>
    </w:p>
    <w:p>
      <w:r>
        <w:rPr>
          <w:b/>
        </w:rPr>
        <w:t xml:space="preserve">[40:05] </w:t>
      </w:r>
      <w:r>
        <w:t>is par ghaur kijiye aap. quran ke nazdeek chori jurm hai.</w:t>
      </w:r>
    </w:p>
    <w:p>
      <w:pPr>
        <w:jc w:val="right"/>
      </w:pPr>
      <w:r>
        <w:t>اس پر غور کیجئے آپ۔ قرآن کے نزدیک چوری جرم ہے۔</w:t>
      </w:r>
    </w:p>
    <w:p>
      <w:r>
        <w:rPr>
          <w:b/>
        </w:rPr>
        <w:t xml:space="preserve">[40:10] </w:t>
      </w:r>
      <w:r>
        <w:t>to jo chori ke jurm hone ka jab ailaan kiya gaya, to yeh bhi kaha gaya ke is ka saza kya hai? saza kya hai? "asariq o asariqa faqat ayd" .</w:t>
      </w:r>
    </w:p>
    <w:p>
      <w:pPr>
        <w:jc w:val="right"/>
      </w:pPr>
      <w:r>
        <w:t>تو جو چوری کے جرم ہونے کا جب اعلان کیا گیا، تو یہ بھی کہا گیا کہ اس کا سزا کیا ہے؟ سزا کیا ہے؟ "اسارق و اسارقۃ فقط آید"۔</w:t>
      </w:r>
    </w:p>
    <w:p>
      <w:r>
        <w:rPr>
          <w:b/>
        </w:rPr>
        <w:t xml:space="preserve">[40:22] </w:t>
      </w:r>
      <w:r>
        <w:t>to jurm bhi bataya gaya, punishment batai gai. ab bataein ke jo paighambar hain, jo aaye, jin ko mad quran mein bataya gaya ke gustakhi ke jurm har ek ke khilaaf kiya gaya, to wahan to unhein zikr hai saza ka.</w:t>
      </w:r>
    </w:p>
    <w:p>
      <w:pPr>
        <w:jc w:val="right"/>
      </w:pPr>
      <w:r>
        <w:t>تو جرم بھی بتایا گیا، پنشمنٹ بتائی گئی۔ اب بتائیں کہ جو پیغمبر ہیں، جو آئے، جن کو مد قرآن میں بتایا گیا کہ گستاخی کے جرم ہر ایک کے خلاف کیا گیا، تو وہاں تو انہیں ذکر ہے سزا کا۔</w:t>
      </w:r>
    </w:p>
    <w:p>
      <w:r>
        <w:rPr>
          <w:b/>
        </w:rPr>
        <w:t xml:space="preserve">[40:39] </w:t>
      </w:r>
      <w:r>
        <w:t>saare quran mein mujhe bataiye, kahan yeh bataya gaya hai ke jo gustakhi kare, woh maar dalo? jabke jurm ka zikr hai, yaani jurm mein gustakhi ka zikr hai aur is par saza ka zikr nahin.</w:t>
      </w:r>
    </w:p>
    <w:p>
      <w:pPr>
        <w:jc w:val="right"/>
      </w:pPr>
      <w:r>
        <w:t>سارے قرآن میں مجھے بتائیے، کہاں یہ بتایا گیا ہے کہ جو گستاخی کرے، وہ مار ڈالو؟ جبکہ جرم کا ذکر ہے، یعنی جرم میں گستاخی کا ذکر ہے اور اس پر سزا کا ذکر نہیں۔</w:t>
      </w:r>
    </w:p>
    <w:p>
      <w:r>
        <w:rPr>
          <w:b/>
        </w:rPr>
        <w:t xml:space="preserve">[40:52] </w:t>
      </w:r>
      <w:r>
        <w:t>kaisi ajeeb baat yeh hai! ek taraf to woh quran yeh karta hai ke jurm bhi batata hai, saza bhi batata hai, doosri taraf sirf jurm ka zikr hai, saza ka zikr nahin.</w:t>
      </w:r>
    </w:p>
    <w:p>
      <w:pPr>
        <w:jc w:val="right"/>
      </w:pPr>
      <w:r>
        <w:t>کیسی عجیب بات یہ ہے! ایک طرف تو وہ قرآن یہ کرتا ہے کہ جرم بھی بتاتا ہے، سزا بھی بتاتا ہے، دوسری طرف صرف جرم کا ذکر ہے، سزا کا ذکر نہیں۔</w:t>
      </w:r>
    </w:p>
    <w:p>
      <w:r>
        <w:rPr>
          <w:b/>
        </w:rPr>
        <w:t xml:space="preserve">[41:08] </w:t>
      </w:r>
      <w:r>
        <w:t>is se kya maloom hua? "the difference between the two". is se difference maloom hua, woh yeh ke ek woh cheez hoti hai jis jo ke liable to punishment hoti hai, ek woh cheez hoti hai jo jahan aap ko dawat karna hai, tabligh karna hai, samjhana hai.</w:t>
      </w:r>
    </w:p>
    <w:p>
      <w:pPr>
        <w:jc w:val="right"/>
      </w:pPr>
      <w:r>
        <w:t>اس سے کیا معلوم ہوا؟ "دیر ڈیفرنس بٹوین دا ٹو"۔ اس سے ڈیفرنس معلوم ہوا، وہ یہ کہ ایک وہ چیز ہوتی ہے جس جو کہ لائبل ٹو پنشمنٹ ہوتی ہے، ایک وہ چیز ہوتی ہے جو جہاں آپ کو دعوت کرنا ہے، تبلیغ کرنا ہے، سمجھانا ہے۔</w:t>
      </w:r>
    </w:p>
    <w:p>
      <w:r>
        <w:rPr>
          <w:b/>
        </w:rPr>
        <w:t xml:space="preserve">[41:28] </w:t>
      </w:r>
      <w:r>
        <w:t>to is mani kya ho gaya ke jis cheez ko aap gustakhi karte hain ya bila fahmi karte hain, is par discussion kiya jayega. discussion samjha bujha jayega, daleel pesh ki jayegi.</w:t>
      </w:r>
    </w:p>
    <w:p>
      <w:pPr>
        <w:jc w:val="right"/>
      </w:pPr>
      <w:r>
        <w:t>تو اس معنی کیا ہو گیا کہ جس چیز کو آپ گستاخی کرتے ہیں یا بلا فہمی کرتے ہیں، اس پر ڈسکشن کیا جائے گا۔ ڈسکشن سمجھا بجھا جائے گا، دلیل پیش کی جائے گی۔</w:t>
      </w:r>
    </w:p>
    <w:p>
      <w:r>
        <w:rPr>
          <w:b/>
        </w:rPr>
        <w:t xml:space="preserve">[41:41] </w:t>
      </w:r>
      <w:r>
        <w:t>mara peeta nahin jayega. agar maarne peetne ki baat hoti hai to jab quran mein jurm ka zikr hua to saza bhi zikr hona chahiye tha.</w:t>
      </w:r>
    </w:p>
    <w:p>
      <w:pPr>
        <w:jc w:val="right"/>
      </w:pPr>
      <w:r>
        <w:t>مارا پیٹا نہیں جائے گا۔ اگر مارنے پیٹنے کی بات ہوتی ہے تو جب قرآن میں جرم کا ذکر ہوا تو سزا بھی ذکر ہونا چاہیے تھا۔</w:t>
      </w:r>
    </w:p>
    <w:p>
      <w:r>
        <w:rPr>
          <w:b/>
        </w:rPr>
        <w:t xml:space="preserve">[41:52] </w:t>
      </w:r>
      <w:r>
        <w:t>yaani jurm mein gustakhi ka zikr hai aur sazae gustakhi ka zikr hai.</w:t>
      </w:r>
    </w:p>
    <w:p>
      <w:pPr>
        <w:jc w:val="right"/>
      </w:pPr>
      <w:r>
        <w:t>یعنی جرم میں گستاخی کا ذکر ہے اور سزائے گستاخی کا ذکر ہے۔</w:t>
      </w:r>
    </w:p>
    <w:p>
      <w:r>
        <w:rPr>
          <w:b/>
        </w:rPr>
        <w:t xml:space="preserve">[42:02] </w:t>
      </w:r>
      <w:r>
        <w:t>ek to dekhein, yeh saada baat nahin hai. islam ek islam ek deen rehmat hai. deen rehmat deen koda nahin ho sakta hai, deen faraghi nahin ho sakta hai.</w:t>
      </w:r>
    </w:p>
    <w:p>
      <w:pPr>
        <w:jc w:val="right"/>
      </w:pPr>
      <w:r>
        <w:t>ایک تو دیکھیں، یہ سادہ بات نہیں ہے۔ اسلام ایک اسلام ایک دین رحمت ہے۔ دین رحمت دین کوڑا نہیں ہو سکتا ہے، دین فراغی نہیں ہو سکتا ہے۔</w:t>
      </w:r>
    </w:p>
    <w:p>
      <w:r>
        <w:rPr>
          <w:b/>
        </w:rPr>
        <w:t xml:space="preserve">[42:15] </w:t>
      </w:r>
      <w:r>
        <w:t>deen rehmat ka matlab yeh hai ke islam ek aisa deen hai jo insaan ki aqal ko appeal karta hai, insaan ki fitrat ko appeal karta hai.</w:t>
      </w:r>
    </w:p>
    <w:p>
      <w:pPr>
        <w:jc w:val="right"/>
      </w:pPr>
      <w:r>
        <w:t>دین رحمت کا مطلب یہ ہے کہ اسلام ایک ایسا دین ہے جو انسان کی عقل کو اپیل کرتا ہے، انسان کی فطرت کو اپیل کرتا ہے۔</w:t>
      </w:r>
    </w:p>
    <w:p>
      <w:r>
        <w:rPr>
          <w:b/>
        </w:rPr>
        <w:t xml:space="preserve">[42:27] </w:t>
      </w:r>
      <w:r>
        <w:t>to is ko aap gali se pesh karenge.</w:t>
      </w:r>
    </w:p>
    <w:p>
      <w:pPr>
        <w:jc w:val="right"/>
      </w:pPr>
      <w:r>
        <w:t>تو اس کو آپ گلی سے پیش کریں گے۔</w:t>
      </w:r>
    </w:p>
    <w:p>
      <w:r>
        <w:rPr>
          <w:b/>
        </w:rPr>
        <w:t xml:space="preserve">[42:31] </w:t>
      </w:r>
      <w:r>
        <w:t>jab aqal ko appeal karta hai to aqal se pesh karenge. is ko fitrat ko appeal karta hai to fitrat bhaari boli bolenge.</w:t>
      </w:r>
    </w:p>
    <w:p>
      <w:pPr>
        <w:jc w:val="right"/>
      </w:pPr>
      <w:r>
        <w:t>جب عقل کو اپیل کرتا ہے تو عقل سے پیش کریں گے۔ اس کو فطرت کو اپیل کرتا ہے تو فطرت بھاری بولی بولیں گے۔</w:t>
      </w:r>
    </w:p>
    <w:p>
      <w:r>
        <w:rPr>
          <w:b/>
        </w:rPr>
        <w:t xml:space="preserve">[42:39] </w:t>
      </w:r>
      <w:r>
        <w:t>aap is mein talwar ka, bandook ka koi koi is mein kaam hi nahin hai.</w:t>
      </w:r>
    </w:p>
    <w:p>
      <w:pPr>
        <w:jc w:val="right"/>
      </w:pPr>
      <w:r>
        <w:t>آپ اس میں تلوار کا، بندوق کا کوئی کوئی اس میں کام ہی نہیں ہے۔</w:t>
      </w:r>
    </w:p>
    <w:p>
      <w:r>
        <w:rPr>
          <w:b/>
        </w:rPr>
        <w:t xml:space="preserve">[42:47] </w:t>
      </w:r>
      <w:r>
        <w:t>allah taala ne islam ko bheja hai is liye ke logon ko rehmat ka rasta mile, logon ko jannat ka rasta mile, logon ko sachai mile.</w:t>
      </w:r>
    </w:p>
    <w:p>
      <w:pPr>
        <w:jc w:val="right"/>
      </w:pPr>
      <w:r>
        <w:t>اللہ تعالی نے اسلام کو بھیجا ہے اس لیے کہ لوگوں کو رحمت کا راستہ ملے، لوگوں کو جنت کا راستہ ملے، لوگوں کو سچائی ملے۔</w:t>
      </w:r>
    </w:p>
    <w:p>
      <w:r>
        <w:rPr>
          <w:b/>
        </w:rPr>
        <w:t xml:space="preserve">[43:00] </w:t>
      </w:r>
      <w:r>
        <w:t>to sachai talwar thodi thodi milegi, samjhane bajane se milegi. to yeh nazariya bilkul hi baseless nazariya hai.</w:t>
      </w:r>
    </w:p>
    <w:p>
      <w:pPr>
        <w:jc w:val="right"/>
      </w:pPr>
      <w:r>
        <w:t>تو سچائی تلوار تھوڑی تھوڑی ملے گی، سمجھانے بجانے سے ملے گی۔ تو یہ نظریہ بالکل ہی بیسلیس نظریہ ہے۔</w:t>
      </w:r>
    </w:p>
    <w:p>
      <w:r>
        <w:rPr>
          <w:b/>
        </w:rPr>
        <w:t xml:space="preserve">[43:10] </w:t>
      </w:r>
      <w:r>
        <w:t>yeh islam ko bilkul islam ke liye ajnabi nazariya hai, alien hai bilkul islam mein.</w:t>
      </w:r>
    </w:p>
    <w:p>
      <w:pPr>
        <w:jc w:val="right"/>
      </w:pPr>
      <w:r>
        <w:t>یہ اسلام کو بالکل اسلام کے لیے اجنبی نظریہ ہے، ایلین ہے بالکل اسلام میں۔</w:t>
      </w:r>
    </w:p>
    <w:p>
      <w:r>
        <w:rPr>
          <w:b/>
        </w:rPr>
        <w:t xml:space="preserve">[43:21] </w:t>
      </w:r>
      <w:r>
        <w:t>ab rasool allah sallallahu alaihi wasallam ko is waqt aap dekhiye, jab wahan par rasool allah ke khilaaf logon ne is tarah ki baatein keen, yeh aap ko badnaam karne ki baatein hain, aap ke khilaaf gustakhi wali baatein hain, aap ko pareshan karne wali baatein hain.</w:t>
      </w:r>
    </w:p>
    <w:p>
      <w:pPr>
        <w:jc w:val="right"/>
      </w:pPr>
      <w:r>
        <w:t>اب رسول اللہ صلی اللہ علیہ وسلم کو اس وقت آپ دیکھیے، جب وہاں پر رسول اللہ کے خلاف لوگوں نے اس طرح کی باتیں کیں، یہ آپ کو بدنام کرنے کی باتیں ہیں، آپ کے خلاف گستاخی والی باتیں ہیں، آپ کو پریشان کرنے والی باتیں ہیں۔</w:t>
      </w:r>
    </w:p>
    <w:p>
      <w:r>
        <w:rPr>
          <w:b/>
        </w:rPr>
        <w:t xml:space="preserve">[43:40] </w:t>
      </w:r>
      <w:r>
        <w:t>to wahan par rasool allah ne kya kiya? logon se kaha ke logon ko ja ke quran padh ke sunao. log muqarrar kahe jaane lage, muqarrar kyunke ja ja ke quran padh ke suna dete the.</w:t>
      </w:r>
    </w:p>
    <w:p>
      <w:pPr>
        <w:jc w:val="right"/>
      </w:pPr>
      <w:r>
        <w:t>تو وہاں پر رسول اللہ نے کیا کیا؟ لوگوں سے کہا کہ لوگوں کو جا کے قرآن پڑھ کے سناؤ۔ لوگ مقرر کہے جانے لگے، مقرر کیونکہ جا جا کے قرآن پڑھ کے سنا دیتے تھے۔</w:t>
      </w:r>
    </w:p>
    <w:p>
      <w:r>
        <w:rPr>
          <w:b/>
        </w:rPr>
        <w:t xml:space="preserve">[43:52] </w:t>
      </w:r>
      <w:r>
        <w:t>sahaba jo muqarrar kahe jaane lage, muqarrar ka matlab hota hai padh ke sunana, padh ke padh ke sunao, padh ke sunao.</w:t>
      </w:r>
    </w:p>
    <w:p>
      <w:pPr>
        <w:jc w:val="right"/>
      </w:pPr>
      <w:r>
        <w:t>صحابہ جو مقرر کہے جانے لگے، مقرر کا مطلب ہوتا ہے پڑھ کے سنانا، پڑھ کے پڑھ کے سناؤ، پڑھ کے سناؤ۔</w:t>
      </w:r>
    </w:p>
    <w:p>
      <w:r>
        <w:rPr>
          <w:b/>
        </w:rPr>
        <w:t xml:space="preserve">[44:02] </w:t>
      </w:r>
      <w:r>
        <w:t>to unhone jo kuch kiya, jo jis ko aap kehte hain blasphemy ya shatm ya gustakhi, uska jawab kya diya gaya?</w:t>
      </w:r>
    </w:p>
    <w:p>
      <w:pPr>
        <w:jc w:val="right"/>
      </w:pPr>
      <w:r>
        <w:t>تو انہوں نے جو کچھ کیا، جو جس کو آپ کہتے ہیں بلاسٹ فیمی یا شتم یا گستاخی، اس کا جواب کیا دیا گیا؟</w:t>
      </w:r>
    </w:p>
    <w:p>
      <w:r>
        <w:rPr>
          <w:b/>
        </w:rPr>
        <w:t xml:space="preserve">[44:12] </w:t>
      </w:r>
      <w:r>
        <w:t>quran padh padh ke sunao. to aaj hamein kya chahiye karna? aap quran distribute kijiye, yeh printing press ka zamana hai, to chhapiye, chhaap ke logon ko pahunchaiye.</w:t>
      </w:r>
    </w:p>
    <w:p>
      <w:pPr>
        <w:jc w:val="right"/>
      </w:pPr>
      <w:r>
        <w:t>قرآن پڑھ پڑھ کے سناؤ۔ تو آج ہمیں کیا چاہیے کرنا؟ آپ قرآن ڈسٹریبیوٹ کیجئے، یہ پرنٹنگ پریس کا زمانہ ہے، تو چھاپیے، چھاپ کے لوگوں کو پہنچائیے۔</w:t>
      </w:r>
    </w:p>
    <w:p>
      <w:r>
        <w:rPr>
          <w:b/>
        </w:rPr>
        <w:t xml:space="preserve">[44:24] </w:t>
      </w:r>
      <w:r>
        <w:t>tab to press hua nahin karta tha, paper hua nahin karta tha, book form mein quran available nahin tha. ab hum printing press ke zamane mein hain, to agar duniya mein gustakhi ki baatein ho rahi hain to bahut achha hai, is se log jaanana chahenge ke quran hai kya?</w:t>
      </w:r>
    </w:p>
    <w:p>
      <w:pPr>
        <w:jc w:val="right"/>
      </w:pPr>
      <w:r>
        <w:t>تب تو پریس ہوا نہیں کرتا تھا، پیپر ہوا نہیں کرتا تھا، بک فارم میں قرآن اویلیبل نہیں تھا۔ اب ہم پرنٹنگ پریس کے زمانے میں ہیں، تو اگر دنیا میں گستاخی کی باتیں ہو رہی ہیں تو بہت اچھا ہے، اس سے لوگ جاننا چاہیں گے کہ قرآن ہے کیا؟</w:t>
      </w:r>
    </w:p>
    <w:p>
      <w:r>
        <w:rPr>
          <w:b/>
        </w:rPr>
        <w:t xml:space="preserve">[44:43] </w:t>
      </w:r>
      <w:r>
        <w:t>woh news create kar rahe hain, woh logon ko curious bana rahe hain, logon ko. to aap quran distribute kijiye, quran</w:t>
      </w:r>
    </w:p>
    <w:p>
      <w:pPr>
        <w:jc w:val="right"/>
      </w:pPr>
      <w:r>
        <w:t>وہ نیوز کریٹ کر رہے ہیں، وہ لوگوں کو کیوریس بنا رہے ہیں، لوگوں کو۔ تو آپ قرآن ڈسٹریبیوٹ کیجئے، قرآن</w:t>
      </w:r>
    </w:p>
    <w:p>
      <w:r>
        <w:rPr>
          <w:b/>
        </w:rPr>
        <w:t xml:space="preserve">[44:52] </w:t>
      </w:r>
      <w:r>
        <w:t>distribute kijiye. yeh kya ke aap demonstration, hungama aur maro aur kato, is ka islam se kuch bhi taluq nahin.</w:t>
      </w:r>
    </w:p>
    <w:p>
      <w:pPr>
        <w:jc w:val="right"/>
      </w:pPr>
      <w:r>
        <w:t>ڈسٹریبیوٹ کیجئے۔ یہ کیا کہ آپ ڈیمونسٹریشن، ہنگامہ اور مارو اور کاٹو، اس کا اسلام سے کچھ بھی تعلق نہیں۔</w:t>
      </w:r>
    </w:p>
    <w:p>
      <w:r>
        <w:rPr>
          <w:b/>
        </w:rPr>
        <w:t xml:space="preserve">[45:03] </w:t>
      </w:r>
      <w:r>
        <w:t>one percent bhi is ka islam se koi taluq nahin.</w:t>
      </w:r>
    </w:p>
    <w:p>
      <w:pPr>
        <w:jc w:val="right"/>
      </w:pPr>
      <w:r>
        <w:t>ون پرسنٹ بھی اس کا اسلام سے کوئی تعلق نہیں۔</w:t>
      </w:r>
    </w:p>
    <w:p>
      <w:r>
        <w:rPr>
          <w:b/>
        </w:rPr>
        <w:t xml:space="preserve">[45:12] </w:t>
      </w:r>
      <w:r>
        <w:t>to jo rasool Allah sal Allah alih wasalam ko agar aap model manen, yeh model rasool Allah sal Allah alih</w:t>
      </w:r>
    </w:p>
    <w:p>
      <w:pPr>
        <w:jc w:val="right"/>
      </w:pPr>
      <w:r>
        <w:t>تو جو رسول اللہ صلی اللہ علیہ وسلم کو اگر آپ ماڈل مانیں، یہ ماڈل رسول اللہ صلی اللہ علیہ</w:t>
      </w:r>
    </w:p>
    <w:p>
      <w:r>
        <w:rPr>
          <w:b/>
        </w:rPr>
        <w:t xml:space="preserve">[45:18] </w:t>
      </w:r>
      <w:r>
        <w:t>wasalam ka hai. lekin jab aap rasool Allah sal Allah alih wasalam ko apne fakhr manen, fakhr, to phir aap ko kuch karna nahin rehta siwaye is ke ke yani jo jis se aap lage ke jo aap ki nazar mein kuch samajh nahin hai, bas us ko manne ke liye khare ho jayenge.</w:t>
      </w:r>
    </w:p>
    <w:p>
      <w:pPr>
        <w:jc w:val="right"/>
      </w:pPr>
      <w:r>
        <w:t>وسلم کا ہے۔ لیکن جب آپ رسول اللہ صلی اللہ علیہ وسلم کو اپنے فخر مانیں، فخر، تو پھر آپ کو کچھ کرنا نہیں رہتا سوائے اس کے کہ یعنی جو جس سے آپ لگے کہ جو آپ کی نظر میں کچھ سمجھ نہیں ہے، بس اس کو ماننے کے لیے کھڑے ہو جائیں گے۔</w:t>
      </w:r>
    </w:p>
    <w:p>
      <w:r>
        <w:rPr>
          <w:b/>
        </w:rPr>
        <w:t xml:space="preserve">[45:34] </w:t>
      </w:r>
      <w:r>
        <w:t>aap yeh mizaj banega.</w:t>
      </w:r>
    </w:p>
    <w:p>
      <w:pPr>
        <w:jc w:val="right"/>
      </w:pPr>
      <w:r>
        <w:t>آپ یہ مزاج بنے گا۔</w:t>
      </w:r>
    </w:p>
    <w:p>
      <w:r>
        <w:rPr>
          <w:b/>
        </w:rPr>
        <w:t xml:space="preserve">[45:42] </w:t>
      </w:r>
      <w:r>
        <w:t>to main kahunga ke aap log khud is ko samjhen aur doosron ko ja kar ja kar batayen ke yeh shor o ghal ya hungama, is ka islam se koi taluq nahin hai.</w:t>
      </w:r>
    </w:p>
    <w:p>
      <w:pPr>
        <w:jc w:val="right"/>
      </w:pPr>
      <w:r>
        <w:t>تو میں کہوں گا کہ آپ لوگ خود اس کو سمجھیں اور دوسروں کو جا کر جا کر بتائیں کہ یہ شور و غل یا ہنگامہ، اس کا اسلام سے کوئی تعلق نہیں ہے۔</w:t>
      </w:r>
    </w:p>
    <w:p>
      <w:r>
        <w:rPr>
          <w:b/>
        </w:rPr>
        <w:t xml:space="preserve">[45:56] </w:t>
      </w:r>
      <w:r>
        <w:t>islam ek da'oti mazhab hai, islam ek ek ek message islam ke paas hai, is ko ise pahunchana hai aur har surat mein pahunchana</w:t>
      </w:r>
    </w:p>
    <w:p>
      <w:pPr>
        <w:jc w:val="right"/>
      </w:pPr>
      <w:r>
        <w:t>اسلام ایک دعوتی مذہب ہے، اسلام ایک ایک ایک میسج اسلام کے پاس ہے، اس کو اسے پہنچانا ہے اور ہر صورت میں پہنچانا</w:t>
      </w:r>
    </w:p>
    <w:p>
      <w:r>
        <w:rPr>
          <w:b/>
        </w:rPr>
        <w:t xml:space="preserve">[46:08] </w:t>
      </w:r>
      <w:r>
        <w:t>hai. is ko jahan tak punishment ki baat hai, woh Allah ka muamla hai. that is that is god to domain.</w:t>
      </w:r>
    </w:p>
    <w:p>
      <w:pPr>
        <w:jc w:val="right"/>
      </w:pPr>
      <w:r>
        <w:t>ہے۔ اس کو جہاں تک پنشمنٹ کی بات ہے، وہ اللہ کا معاملہ ہے۔ دیٹ از دیٹ از گاڈ ٹو ڈومین۔</w:t>
      </w:r>
    </w:p>
    <w:p>
      <w:r>
        <w:rPr>
          <w:b/>
        </w:rPr>
        <w:t xml:space="preserve">[46:19] </w:t>
      </w:r>
      <w:r>
        <w:t>quran mein saaf saaf yeh hai ke last be maseet, maseet ka mani hai ke darogha, ke tum un ke upar darogha nahin ho.</w:t>
      </w:r>
    </w:p>
    <w:p>
      <w:pPr>
        <w:jc w:val="right"/>
      </w:pPr>
      <w:r>
        <w:t>قرآن میں صاف صاف یہ ہے کہ لست بے مسیت، مسیت کا معنی ہے کہ داروغہ، کہ تم ان کے اوپر داروغہ نہیں ہو۔</w:t>
      </w:r>
    </w:p>
    <w:p>
      <w:r>
        <w:rPr>
          <w:b/>
        </w:rPr>
        <w:t xml:space="preserve">[46:30] </w:t>
      </w:r>
      <w:r>
        <w:t>tumhara kaam faraghi karna nahin hai, tumhara kaam pahunchana hai.</w:t>
      </w:r>
    </w:p>
    <w:p>
      <w:pPr>
        <w:jc w:val="right"/>
      </w:pPr>
      <w:r>
        <w:t>تمہارا کام فراغی کرنا نہیں ہے، تمہارا کام پہنچانا ہے۔</w:t>
      </w:r>
    </w:p>
    <w:p>
      <w:r>
        <w:rPr>
          <w:b/>
        </w:rPr>
        <w:t xml:space="preserve">[46:39] </w:t>
      </w:r>
      <w:r>
        <w:t>to yeh woh kaam kar rahe hain jo quran mein mana kiya gaya hai. last be maseet, tumhara kaam faraghi karna nahin hai, tumhara kaam logon ko marna peetna nahin hai, tumhara kaam hai baat ko pahunchana.</w:t>
      </w:r>
    </w:p>
    <w:p>
      <w:pPr>
        <w:jc w:val="right"/>
      </w:pPr>
      <w:r>
        <w:t>تو یہ وہ کام کر رہے ہیں جو قرآن میں منع کیا گیا ہے۔ لست بے مسیت، تمہارا کام فراغی کرنا نہیں ہے، تمہارا کام لوگوں کو مارنا پیٹنا نہیں ہے، تمہارا کام ہے بات کو پہنچانا۔</w:t>
      </w:r>
    </w:p>
    <w:p>
      <w:r>
        <w:rPr>
          <w:b/>
        </w:rPr>
        <w:t xml:space="preserve">[46:53] </w:t>
      </w:r>
      <w:r>
        <w:t>is waqt yeh jo taqreeban 25 saal se yeh jari hai, is ki wajah se islam ki image bohat hi kharab ho gayi hai.</w:t>
      </w:r>
    </w:p>
    <w:p>
      <w:pPr>
        <w:jc w:val="right"/>
      </w:pPr>
      <w:r>
        <w:t>اس وقت یہ جو تقریباً 25 سال سے یہ جاری ہے، اس کی وجہ سے اسلام کی امیج بہت ہی خراب ہو گئی ہے۔</w:t>
      </w:r>
    </w:p>
    <w:p>
      <w:r>
        <w:rPr>
          <w:b/>
        </w:rPr>
        <w:t xml:space="preserve">[47:05] </w:t>
      </w:r>
      <w:r>
        <w:t>log yeh samajhne lage hain ke islam is a legins violence, islam mein azadi ray nahin hai, islam mein peace nahin hai.</w:t>
      </w:r>
    </w:p>
    <w:p>
      <w:pPr>
        <w:jc w:val="right"/>
      </w:pPr>
      <w:r>
        <w:t>لوگ یہ سمجھنے لگے ہیں کہ اسلام از اے لجنس وائلنس، اسلام میں آزادی رائے نہیں ہے، اسلام میں پیس نہیں ہے۔</w:t>
      </w:r>
    </w:p>
    <w:p>
      <w:r>
        <w:rPr>
          <w:b/>
        </w:rPr>
        <w:t xml:space="preserve">[47:19] </w:t>
      </w:r>
      <w:r>
        <w:t>yeh sab se bara kaam is waqt yeh hai ke is is image ko badla jaye. jis ko kehte hain image building, yeh image building ka time aa gaya hai.</w:t>
      </w:r>
    </w:p>
    <w:p>
      <w:pPr>
        <w:jc w:val="right"/>
      </w:pPr>
      <w:r>
        <w:t>یہ سب سے بڑا کام اس وقت یہ ہے کہ اس اس امیج کو بدلا جائے۔ جس کو کہتے ہیں امیج بلڈنگ، یہ امیج بلڈنگ کا ٹائم آ گیا ہے۔</w:t>
      </w:r>
    </w:p>
    <w:p>
      <w:r>
        <w:rPr>
          <w:b/>
        </w:rPr>
        <w:t xml:space="preserve">[47:30] </w:t>
      </w:r>
      <w:r>
        <w:t>yeh ulti image ban gayi hai islam ki. to hamara farz yeh hai ke hum ek tarah bhi koi aisa kaam na karen jis se logon ko yaqeen ho ke waqai islam aisa hi hai, ek mazhab hai jis mein jis mein violence hai, jis mein azadi ray nahin hai.</w:t>
      </w:r>
    </w:p>
    <w:p>
      <w:pPr>
        <w:jc w:val="right"/>
      </w:pPr>
      <w:r>
        <w:t>یہ الٹی امیج بن گئی ہے اسلام کی۔ تو ہمارا فرض یہ ہے کہ ہم ایک طرح بھی کوئی ایسا کام نہ کریں جس سے لوگوں کو یقین ہو کہ واقعی اسلام ایسا ہی ہے، ایک مذہب ہے جس میں جس میں وائلنس ہے، جس میں آزادی رائے نہیں ہے۔</w:t>
      </w:r>
    </w:p>
    <w:p>
      <w:r>
        <w:rPr>
          <w:b/>
        </w:rPr>
        <w:t xml:space="preserve">[47:50] </w:t>
      </w:r>
      <w:r>
        <w:t>yeh farz ke darje mein zaroori hai ke hum aisi koi harkat na karen jis se logon ke is shak ko taqviyat pahunche, un ka shak yaqeen mein badal jaye.</w:t>
      </w:r>
    </w:p>
    <w:p>
      <w:pPr>
        <w:jc w:val="right"/>
      </w:pPr>
      <w:r>
        <w:t>یہ فرض کے درجے میں ضروری ہے کہ ہم ایسی کوئی حرکت نہ کریں جس سے لوگوں کے اس شک کو تقویت پہنچے، ان کا شک یقین میں بدل جائے۔</w:t>
      </w:r>
    </w:p>
    <w:p>
      <w:r>
        <w:rPr>
          <w:b/>
        </w:rPr>
        <w:t xml:space="preserve">[48:03] </w:t>
      </w:r>
      <w:r>
        <w:t>yeh farz hai, farz hai hamare upar ke hum aisa koi kaam na karen jis se islam ki image bigadti ho.</w:t>
      </w:r>
    </w:p>
    <w:p>
      <w:pPr>
        <w:jc w:val="right"/>
      </w:pPr>
      <w:r>
        <w:t>یہ فرض ہے، فرض ہے ہمارے اوپر کہ ہم ایسا کوئی کام نہ کریں جس سے اسلام کی امیج بگڑتی ہو۔</w:t>
      </w:r>
    </w:p>
    <w:p>
      <w:r>
        <w:rPr>
          <w:b/>
        </w:rPr>
        <w:t xml:space="preserve">[48:12] </w:t>
      </w:r>
      <w:r>
        <w:t>yeh farz ka darja mazroob hai.</w:t>
      </w:r>
    </w:p>
    <w:p>
      <w:pPr>
        <w:jc w:val="right"/>
      </w:pPr>
      <w:r>
        <w:t>یہ فرض کا درجہ مضروب ہے۔</w:t>
      </w:r>
    </w:p>
    <w:p>
      <w:r>
        <w:rPr>
          <w:b/>
        </w:rPr>
        <w:t xml:space="preserve">[48:17] </w:t>
      </w:r>
      <w:r>
        <w:t>to koi bhi shakhs jo is mamle ko janna chahta hai, woh is ko</w:t>
      </w:r>
    </w:p>
    <w:p>
      <w:pPr>
        <w:jc w:val="right"/>
      </w:pPr>
      <w:r>
        <w:t>تو کوئی بھی شخص جو اس معاملے کو جاننا چاہتا ہے، وہ اس کو</w:t>
      </w:r>
    </w:p>
    <w:p>
      <w:r>
        <w:rPr>
          <w:b/>
        </w:rPr>
        <w:t xml:space="preserve">[48:26] </w:t>
      </w:r>
      <w:r>
        <w:t>yani is ki tehqeeq kar sakta hai. main aap ko teen kitabon ke hawale deta hoon, jo teen teen mozu' pe likhi gayi hain.</w:t>
      </w:r>
    </w:p>
    <w:p>
      <w:pPr>
        <w:jc w:val="right"/>
      </w:pPr>
      <w:r>
        <w:t>یعنی اس کی تحقیق کر سکتا ہے۔ میں آپ کو تین کتابوں کے حوالہ دیتا ہوں، جو تین تین موضوع پہ لکھی گئی ہیں۔</w:t>
      </w:r>
    </w:p>
    <w:p>
      <w:r>
        <w:rPr>
          <w:b/>
        </w:rPr>
        <w:t xml:space="preserve">[48:37] </w:t>
      </w:r>
      <w:r>
        <w:t>yani shatm ke mozu' par,</w:t>
      </w:r>
    </w:p>
    <w:p>
      <w:pPr>
        <w:jc w:val="right"/>
      </w:pPr>
      <w:r>
        <w:t>یعنی شتم کے موضوع پر،</w:t>
      </w:r>
    </w:p>
    <w:p>
      <w:r>
        <w:rPr>
          <w:b/>
        </w:rPr>
        <w:t xml:space="preserve">[48:41] </w:t>
      </w:r>
      <w:r>
        <w:t>shatm ke mozu' par pehli baqayda kitab, baqayda ek moti kitab jo hoti hai, likhi gayi hai ghaliban ibn taymiyah ki.</w:t>
      </w:r>
    </w:p>
    <w:p>
      <w:pPr>
        <w:jc w:val="right"/>
      </w:pPr>
      <w:r>
        <w:t>شتم کے موضوع پر پہلی باقاعدہ کتاب، باقاعدہ ایک موٹی کتاب جو ہوتی ہے، لکھی گئی ہے غالباً ابن تیمیہ کی۔</w:t>
      </w:r>
    </w:p>
    <w:p>
      <w:r>
        <w:rPr>
          <w:b/>
        </w:rPr>
        <w:t xml:space="preserve">[48:53] </w:t>
      </w:r>
      <w:r>
        <w:t>ghaliban ibn taymiyah ki kitab likhi gayi hai, woh islam ke daur awwal ke 600 saala band ki gayi hai. is ka naam hai "Al-Sarim Al-Maslul Ala Khatam Al-Rasul".</w:t>
      </w:r>
    </w:p>
    <w:p>
      <w:pPr>
        <w:jc w:val="right"/>
      </w:pPr>
      <w:r>
        <w:t>غالباً ابن تیمیہ کی کتاب لکھی گئی ہے، وہ اسلام کے دور اول کے 600 سالہ بند کی گئی ہے۔ اس کا نام ہے "الصارب المسلول علی خاتم الرسول"۔</w:t>
      </w:r>
    </w:p>
    <w:p>
      <w:r>
        <w:rPr>
          <w:b/>
        </w:rPr>
        <w:t xml:space="preserve">[49:05] </w:t>
      </w:r>
      <w:r>
        <w:t>yani aghaz islam ke 600 saal baad,</w:t>
      </w:r>
    </w:p>
    <w:p>
      <w:pPr>
        <w:jc w:val="right"/>
      </w:pPr>
      <w:r>
        <w:t>یعنی آغاز اسلام کے 600 سال بعد،</w:t>
      </w:r>
    </w:p>
    <w:p>
      <w:r>
        <w:rPr>
          <w:b/>
        </w:rPr>
        <w:t xml:space="preserve">[49:09] </w:t>
      </w:r>
      <w:r>
        <w:t>is se pehle koi baqayda kitab mere ilm ki kitab nahin likhi gayi. is ke baad doosri kitab jo likhi gayi, woh 700 saal ke baad, woh subh ki ki kitab hai is mozu' par.</w:t>
      </w:r>
    </w:p>
    <w:p>
      <w:pPr>
        <w:jc w:val="right"/>
      </w:pPr>
      <w:r>
        <w:t>اس سے پہلے کوئی باقاعدہ کتاب میرے علم کی کتاب نہیں لکھی گئی۔ اس کے بعد دوسری کتاب جو لکھی گئی، وہ 700 سال کے بعد، وہ صبح کی کی کتاب ہے اس موضوع پر۔</w:t>
      </w:r>
    </w:p>
    <w:p>
      <w:r>
        <w:rPr>
          <w:b/>
        </w:rPr>
        <w:t xml:space="preserve">[49:24] </w:t>
      </w:r>
      <w:r>
        <w:t>phir teesri kitaab jo bari likhi gayi, is mauzu par, woh ibn abidin, ibn abidin sani ki kitaab hai. woh aur bhi baatein hain, woh das, woh aik aik hazar saal ke band ki gayi.</w:t>
      </w:r>
    </w:p>
    <w:p>
      <w:pPr>
        <w:jc w:val="right"/>
      </w:pPr>
      <w:r>
        <w:t>پھر تیسری کتاب جو بڑی لکھی گئی، اس موضوع پر، وہ ابن عابدین، ابن عابدین ثانی کی کتاب ہے۔ وہ اور بھی باتیں ہیں، وہ دس، وہ ایک ایک ہزار سال کے بند کی گئی۔</w:t>
      </w:r>
    </w:p>
    <w:p>
      <w:r>
        <w:rPr>
          <w:b/>
        </w:rPr>
        <w:t xml:space="preserve">[49:37] </w:t>
      </w:r>
      <w:r>
        <w:t>to</w:t>
      </w:r>
    </w:p>
    <w:p>
      <w:pPr>
        <w:jc w:val="right"/>
      </w:pPr>
      <w:r>
        <w:t>تو</w:t>
      </w:r>
    </w:p>
    <w:p>
      <w:r>
        <w:rPr>
          <w:b/>
        </w:rPr>
        <w:t xml:space="preserve">[49:38] </w:t>
      </w:r>
      <w:r>
        <w:t>shuru zamane mein is par koi kitaab hi nahi likhi gayi thi. doosri kitaab bohat likhi gayi tafsir par, hadith par, bohat seerat par, tareekh par.</w:t>
      </w:r>
    </w:p>
    <w:p>
      <w:pPr>
        <w:jc w:val="right"/>
      </w:pPr>
      <w:r>
        <w:t>شروع زمانے میں اس پر کوئی کتاب ہی نہیں لکھی گئی تھی۔ دوسری کتاب بہت لکھی گئی تفسیر پر، حدیث پر، بہت سیرت پر، تاریخ پر۔</w:t>
      </w:r>
    </w:p>
    <w:p>
      <w:r>
        <w:rPr>
          <w:b/>
        </w:rPr>
        <w:t xml:space="preserve">[49:47] </w:t>
      </w:r>
      <w:r>
        <w:t>lekin shatme rasool ke sawal par jo pehli baqayda kitaab likhi gayi, woh 600 saal baad, 700 saal baad, 10 saal baad, is aap samajh sakte hain ke yeh yeh baat ka masla hai.</w:t>
      </w:r>
    </w:p>
    <w:p>
      <w:pPr>
        <w:jc w:val="right"/>
      </w:pPr>
      <w:r>
        <w:t>لیکن شتم رسول کے سوال پر جو پہلی باقاعدہ کتاب لکھی گئی، وہ 600 سال بعد، 700 سال بعد، 10 سال بعد، اس آپ سمجھ سکتے ہیں کہ یہ یہ بات کا مسئلہ ہے۔</w:t>
      </w:r>
    </w:p>
    <w:p>
      <w:r>
        <w:rPr>
          <w:b/>
        </w:rPr>
        <w:t xml:space="preserve">[50:03] </w:t>
      </w:r>
      <w:r>
        <w:t>islam jab apne urooj par tha, jab apni asihyat mein tha, jab islam ke jab musalmanon ko bigadne aaya tha, jo adab jis ko hum kehte hain, is zamane mein is ka wajood hi nahi tha.</w:t>
      </w:r>
    </w:p>
    <w:p>
      <w:pPr>
        <w:jc w:val="right"/>
      </w:pPr>
      <w:r>
        <w:t>اسلام جب اپنے عروج پر تھا، جب اپنی عصیحت میں تھا، جب اسلام کے جب مسلمانوں کو بگاڑنے آیا تھا، جو ادب جس کو ہم کہتے ہیں، اس زمانے میں اس کا وجود ہی نہیں تھا۔</w:t>
      </w:r>
    </w:p>
    <w:p>
      <w:r>
        <w:rPr>
          <w:b/>
        </w:rPr>
        <w:t xml:space="preserve">[50:17] </w:t>
      </w:r>
      <w:r>
        <w:t>yeh baat koi sab cheezein hain, jo abhi mein ne arz kiya ke jab mask ka ramzan hua aur doosri qaumon ke log islam mein dakhil hue, to is ke nateejay mein aisa baatein phaila ke woh log jo apne khayalat aur kehte hain le le kar aaye, is ko aisa awaz karna shuru kar diya.</w:t>
      </w:r>
    </w:p>
    <w:p>
      <w:pPr>
        <w:jc w:val="right"/>
      </w:pPr>
      <w:r>
        <w:t>یہ بات کوئی سب چیزیں ہیں، جو ابھی میں نے عرض کیا کہ جب ماسک کا رمضان ہوا اور دوسری قوموں کے لوگ اسلام میں داخل ہوئے، تو اس کے نتیجے میں ایسا باتیں پھیلا کہ وہ لوگ جو اپنے خیالات اور کہتے ہیں لے لے کر آئے، اس کو ایسا آواز کرنا شروع کر دیا۔</w:t>
      </w:r>
    </w:p>
    <w:p>
      <w:r>
        <w:rPr>
          <w:b/>
        </w:rPr>
        <w:t xml:space="preserve">[50:36] </w:t>
      </w:r>
      <w:r>
        <w:t>unhon ne islami term hai, is ko bain karna shuru kar diya.</w:t>
      </w:r>
    </w:p>
    <w:p>
      <w:pPr>
        <w:jc w:val="right"/>
      </w:pPr>
      <w:r>
        <w:t>انہوں نے اسلامی ٹرم ہے، اس کو بین کرنا شروع کر دیا۔</w:t>
      </w:r>
    </w:p>
    <w:p>
      <w:r>
        <w:rPr>
          <w:b/>
        </w:rPr>
        <w:t xml:space="preserve">[50:43] </w:t>
      </w:r>
      <w:r>
        <w:t>to yeh koi saada baat nahi hai, yeh bohat ziyada sochne ki baat hai. aap log khud bhi sochein aur doosron ko bataein ke koi bhi action hamara just kiya jayega quran hadith se, amal ya motion se nahi,</w:t>
      </w:r>
    </w:p>
    <w:p>
      <w:pPr>
        <w:jc w:val="right"/>
      </w:pPr>
      <w:r>
        <w:t>تو یہ کوئی سادہ بات نہیں ہے، یہ بہت زیادہ سوچنے کی بات ہے۔ آپ لوگ خود بھی سوچیں اور دوسروں کو بتائیں کہ کوئی بھی ایکشن ہمارا جسٹ کیا جائے گا قرآن حدیث سے، عمل یا موشن سے نہیں،</w:t>
      </w:r>
    </w:p>
    <w:p>
      <w:r>
        <w:rPr>
          <w:b/>
        </w:rPr>
        <w:t xml:space="preserve">[51:05] </w:t>
      </w:r>
      <w:r>
        <w:t>amal ya motion se nahi. aap ke jazbat ko theek lagte hain ke lage, yeh insaan doosre insaanon ko concern nahi hai. agar aap yeh kahein ke hamare jazbat ko theek lagte hain, to yeh aap ke sath yeh masla hai,</w:t>
      </w:r>
    </w:p>
    <w:p>
      <w:pPr>
        <w:jc w:val="right"/>
      </w:pPr>
      <w:r>
        <w:t>عمل یا موشن سے نہیں۔ آپ کے جذبات کو ٹھیک لگتے ہیں کہ لگے، یہ انسان دوسرے انسانوں کو کنسرن نہیں ہے۔ اگر آپ یہ کہیں کہ ہمارے جذبات کو ٹھیک لگتے ہیں، تو یہ آپ کے ساتھ یہ مسئلہ ہے،</w:t>
      </w:r>
    </w:p>
    <w:p>
      <w:r>
        <w:rPr>
          <w:b/>
        </w:rPr>
        <w:t xml:space="preserve">[51:20] </w:t>
      </w:r>
      <w:r>
        <w:t>yeh doosre insaanon ka masla nahi hai. aap is ko manage kijiye, aap khud is ko sochiye ke aap ko kya karna hai.</w:t>
      </w:r>
    </w:p>
    <w:p>
      <w:pPr>
        <w:jc w:val="right"/>
      </w:pPr>
      <w:r>
        <w:t>یہ دوسرے انسانوں کا مسئلہ نہیں ہے۔ آپ اس کو مینج کیجئے، آپ خود اس کو سوچیے کہ آپ کو کیا کرنا ہے۔</w:t>
      </w:r>
    </w:p>
    <w:p>
      <w:r>
        <w:rPr>
          <w:b/>
        </w:rPr>
        <w:t xml:space="preserve">[51:29] </w:t>
      </w:r>
      <w:r>
        <w:t>mujhe aik qissa yaad yaad aata hai ke aik shakhs ne aik shakhs ki dawat di, to jo mehman jo tha,</w:t>
      </w:r>
    </w:p>
    <w:p>
      <w:pPr>
        <w:jc w:val="right"/>
      </w:pPr>
      <w:r>
        <w:t>مجھے ایک قصہ یاد یاد آتا ہے کہ ایک شخص نے ایک شخص کی دعوت دی، تو جو مہمان جو تھا،</w:t>
      </w:r>
    </w:p>
    <w:p>
      <w:r>
        <w:rPr>
          <w:b/>
        </w:rPr>
        <w:t xml:space="preserve">[51:44] </w:t>
      </w:r>
      <w:r>
        <w:t>us ke samne khana rakha gaya, to us mein shehad bhi thi. achhe hote hain, shehad ziyada, kafi shehad thi. woh to woh mehman jo tha, woh shehad ko ziyada khane laga,</w:t>
      </w:r>
    </w:p>
    <w:p>
      <w:pPr>
        <w:jc w:val="right"/>
      </w:pPr>
      <w:r>
        <w:t>اس کے سامنے کھانا رکھا گیا، تو اس میں شہد بھی تھی۔ اچھے ہوتے ہیں، شہد زیادہ، کافی شہد تھی۔ وہ تو وہ مہمان جو تھا، وہ شہد کو زیادہ کھانے لگا،</w:t>
      </w:r>
    </w:p>
    <w:p>
      <w:r>
        <w:rPr>
          <w:b/>
        </w:rPr>
        <w:t xml:space="preserve">[51:57] </w:t>
      </w:r>
      <w:r>
        <w:t>isi ko ziyada khaya chala ja raha tha.</w:t>
      </w:r>
    </w:p>
    <w:p>
      <w:pPr>
        <w:jc w:val="right"/>
      </w:pPr>
      <w:r>
        <w:t>اسی کو زیادہ کھایا چلا جا رہا تھا۔</w:t>
      </w:r>
    </w:p>
    <w:p>
      <w:r>
        <w:rPr>
          <w:b/>
        </w:rPr>
        <w:t xml:space="preserve">[52:00] </w:t>
      </w:r>
      <w:r>
        <w:t>to jo mezban tha, us ne kaha ke "alaslu yuriqu al qalb".</w:t>
      </w:r>
    </w:p>
    <w:p>
      <w:pPr>
        <w:jc w:val="right"/>
      </w:pPr>
      <w:r>
        <w:t>تو جو میزبان تھا، اس نے کہا کہ "الاصل یورق القلب"۔</w:t>
      </w:r>
    </w:p>
    <w:p>
      <w:r>
        <w:rPr>
          <w:b/>
        </w:rPr>
        <w:t xml:space="preserve">[52:11] </w:t>
      </w:r>
      <w:r>
        <w:t>matlab woh chahta tha ke doosri cheezein khaye, shadi ko khatam kar raha hai, kha kar ke. to us ne kaha ke "alaslu yuriqu al qalb" ke shehad jo hai, dil ko jalata hai.</w:t>
      </w:r>
    </w:p>
    <w:p>
      <w:pPr>
        <w:jc w:val="right"/>
      </w:pPr>
      <w:r>
        <w:t>مطلب وہ چاہتا تھا کہ دوسری چیزیں کھائے، شادی کو ختم کر رہا ہے، کھا کر کے۔ تو اس نے کہا کہ "الاصل یورق القلب" کہ شہد جو ہے، دل کو جلاتا ہے۔</w:t>
      </w:r>
    </w:p>
    <w:p>
      <w:r>
        <w:rPr>
          <w:b/>
        </w:rPr>
        <w:t xml:space="preserve">[52:26] </w:t>
      </w:r>
      <w:r>
        <w:t>"alaslu yuriqu al qalb" shehad dil ko jalata hai.</w:t>
      </w:r>
    </w:p>
    <w:p>
      <w:pPr>
        <w:jc w:val="right"/>
      </w:pPr>
      <w:r>
        <w:t>"الاصل یورق القلب" شہد دل کو جلاتا ہے۔</w:t>
      </w:r>
    </w:p>
    <w:p>
      <w:r>
        <w:rPr>
          <w:b/>
        </w:rPr>
        <w:t xml:space="preserve">[52:31] </w:t>
      </w:r>
      <w:r>
        <w:t>to jo mehman tha, us ne kaha "yuriqu al qalb" jalata hai, magar dobara dil jalata hai.</w:t>
      </w:r>
    </w:p>
    <w:p>
      <w:pPr>
        <w:jc w:val="right"/>
      </w:pPr>
      <w:r>
        <w:t>تو جو مہمان تھا، اس نے کہا "یورق القلب" جلاتا ہے، مگر دوبارہ دل جلاتا ہے۔</w:t>
      </w:r>
    </w:p>
    <w:p>
      <w:r>
        <w:rPr>
          <w:b/>
        </w:rPr>
        <w:t xml:space="preserve">[52:41] </w:t>
      </w:r>
      <w:r>
        <w:t>to dobara dil jalata hai, aap jalaein, mera mera mera bara problem nahi hai, mein to khaunga shehad. koi hal nahi, bhai, kisi ke dil kisi ko dil ko thes deti hai, to woh khud is ko manage kare,</w:t>
      </w:r>
    </w:p>
    <w:p>
      <w:pPr>
        <w:jc w:val="right"/>
      </w:pPr>
      <w:r>
        <w:t>تو دوبارہ دل جلاتا ہے، آپ جلائیں، میرا میرا میرا بڑا پرابلم نہیں ہے، میں تو کھاؤں گا شہد۔ کوئی حال نہیں، بھئی، کسی کے دل کسی کو دل کو ٹھیس دیتی ہے، تو وہ خود اس کو مینج کرے،</w:t>
      </w:r>
    </w:p>
    <w:p>
      <w:r>
        <w:rPr>
          <w:b/>
        </w:rPr>
        <w:t xml:space="preserve">[52:55] </w:t>
      </w:r>
      <w:r>
        <w:t>khud manage kare, to doosre ko masla nahi hai.</w:t>
      </w:r>
    </w:p>
    <w:p>
      <w:pPr>
        <w:jc w:val="right"/>
      </w:pPr>
      <w:r>
        <w:t>خود مینج کرے، تو دوسرے کو مسئلہ نہیں ہے۔</w:t>
      </w:r>
    </w:p>
    <w:p>
      <w:r>
        <w:rPr>
          <w:b/>
        </w:rPr>
        <w:t xml:space="preserve">[53:01] </w:t>
      </w:r>
      <w:r>
        <w:t>aur bohat hi khatarnak, bohat hi, bohat hi ziyada, aik is mein bohat hi ziyada, yani sharai baat, bohat hi ghalat baat yeh hai.</w:t>
      </w:r>
    </w:p>
    <w:p>
      <w:pPr>
        <w:jc w:val="right"/>
      </w:pPr>
      <w:r>
        <w:t>اور بہت ہی خطرناک، بہت ہی، بہت ہی زیادہ، ایک اس میں بہت ہی زیادہ، یعنی شرعی بات، بہت ہی غلط بات یہ ہے۔</w:t>
      </w:r>
    </w:p>
    <w:p>
      <w:r>
        <w:rPr>
          <w:b/>
        </w:rPr>
        <w:t xml:space="preserve">[53:15] </w:t>
      </w:r>
      <w:r>
        <w:t>dekhiye ke jo mein ne arz kiya aap ko qissa malaika ka aur shaitan ka, iblis ka, is ko le kar sochiye aap ke sirf iblis jo tha, woh is par ghussa ho gaya ke Allah ne Adam ko khalifa bana diya aur aur kaha ke log keh dein chup jayein is ke aage, Adam ke aage, aur iblis ke aage chupne ke liye nahi kaha, is ko khalifa nahi banaya.</w:t>
      </w:r>
    </w:p>
    <w:p>
      <w:pPr>
        <w:jc w:val="right"/>
      </w:pPr>
      <w:r>
        <w:t>دیکھیے کہ جو میں نے عرض کیا آپ کو قصہ ملائکہ کا اور شیطان کا، ابلیس کا، اس کو لے کر سوچیے آپ کہ صرف ابلیس جو تھا، وہ اس پر غصہ ہو گیا کہ اللہ نے آدم کو خلیفہ بنا دیا اور اور کہا کہ لوگ کہہ دیں چھپ جائیں اس کے آگے، آدم کے آگے، اور ابلیس کے آگے چھپنے کے لیے نہیں کہا، اس کو خلیفہ نہیں بنایا۔</w:t>
      </w:r>
    </w:p>
    <w:p>
      <w:r>
        <w:rPr>
          <w:b/>
        </w:rPr>
        <w:t xml:space="preserve">[53:44] </w:t>
      </w:r>
      <w:r>
        <w:t>to yeh ghussa ho gaya.</w:t>
      </w:r>
    </w:p>
    <w:p>
      <w:pPr>
        <w:jc w:val="right"/>
      </w:pPr>
      <w:r>
        <w:t>تو یہ غصہ ہو گیا۔</w:t>
      </w:r>
    </w:p>
    <w:p>
      <w:r>
        <w:rPr>
          <w:b/>
        </w:rPr>
        <w:t xml:space="preserve">[53:48] </w:t>
      </w:r>
      <w:r>
        <w:t>to to to to wahan par aap jante hain ke teen the, yani iblis tha, Adam tha, aur farishte the. to farishte jo the, unhon ne Allah ke is faislay ko maan liya, unhon ne unhon ne is ko koi is par koi jhanda nahi khada kiya.</w:t>
      </w:r>
    </w:p>
    <w:p>
      <w:pPr>
        <w:jc w:val="right"/>
      </w:pPr>
      <w:r>
        <w:t>تو تو تو تو وہاں پر آپ جانتے ہیں کہ تین تھے، یعنی ابلیس تھا، آدم تھا، اور فرشتے تھے۔ تو فرشتے جو تھے، انہوں نے اللہ کے اس فیصلے کو مان لیا، انہوں نے انہوں نے اس کو کوئی اس پر کوئی جھنڈا نہیں کھڑا کیا۔</w:t>
      </w:r>
    </w:p>
    <w:p>
      <w:r>
        <w:rPr>
          <w:b/>
        </w:rPr>
        <w:t xml:space="preserve">[54:05] </w:t>
      </w:r>
      <w:r>
        <w:t>to is is par ghor kijiye aap. to farishte ka aik case kya tha? iblis ka case kya tha? iblis ka case yeh tha ke iblis jo tha, woh yani is ka self centered approach tha, is ka yani apne lehaz se sochta tha.</w:t>
      </w:r>
    </w:p>
    <w:p>
      <w:pPr>
        <w:jc w:val="right"/>
      </w:pPr>
      <w:r>
        <w:t>تو اس اس پر غور کیجئے آپ۔ تو فرشتے کا ایک کیس کیا تھا؟ ابلیس کا کیس کیا تھا؟ ابلیس کا کیس یہ تھا کہ ابلیس جو تھا، وہ یعنی اس کا سیلف سینٹرڈ اپروچ تھا، اس کا یعنی اپنے لحاظ سے سوچتا تھا۔</w:t>
      </w:r>
    </w:p>
    <w:p>
      <w:r>
        <w:rPr>
          <w:b/>
        </w:rPr>
        <w:t xml:space="preserve">[54:23] </w:t>
      </w:r>
      <w:r>
        <w:t>woh apne lehaz se mujhe izzat mile to phir aik doosre ko izzat milti hai to mein nahi manunga is ko.</w:t>
      </w:r>
    </w:p>
    <w:p>
      <w:pPr>
        <w:jc w:val="right"/>
      </w:pPr>
      <w:r>
        <w:t>وہ اپنے لحاظ سے مجھے عزت ملے تو پھر ایک دوسرے کو عزت ملتی ہے تو میں نہیں مانوں گا اس کو۔</w:t>
      </w:r>
    </w:p>
    <w:p>
      <w:r>
        <w:rPr>
          <w:b/>
        </w:rPr>
        <w:t xml:space="preserve">[54:32] </w:t>
      </w:r>
      <w:r>
        <w:t>to yeh tha self centered approach. is ke paas malaika ka approach tha, universal approach tha. to Allah taala ne universal approach pasand kiya aur self centered approach pasand nahi kiya.</w:t>
      </w:r>
    </w:p>
    <w:p>
      <w:pPr>
        <w:jc w:val="right"/>
      </w:pPr>
      <w:r>
        <w:t>تو یہ تھا سیلف سینٹرڈ اپروچ۔ اس کے پاس ملائکہ کا اپروچ تھا، یونیورسل اپروچ تھا۔ تو اللہ تعالی نے یونیورسل اپروچ پسند کیا اور سیلف سینٹرڈ اپروچ پسند نہیں کیا۔</w:t>
      </w:r>
    </w:p>
    <w:p>
      <w:r>
        <w:rPr>
          <w:b/>
        </w:rPr>
        <w:t xml:space="preserve">[54:45] </w:t>
      </w:r>
      <w:r>
        <w:t>is mamle mein dekhiye, musalmanon ka jo rukhdaar hai, woh self centered approach hai ke mere dil ko thes lag rahi hai. is</w:t>
      </w:r>
    </w:p>
    <w:p>
      <w:pPr>
        <w:jc w:val="right"/>
      </w:pPr>
      <w:r>
        <w:t>اس معاملے میں دیکھیے، مسلمانوں کا جو رخدار ہے، وہ سیلف سینٹرڈ اپروچ ہے کہ میرے دل کو ٹھیس لگ رہی ہے۔ اس</w:t>
      </w:r>
    </w:p>
    <w:p>
      <w:r>
        <w:rPr>
          <w:b/>
        </w:rPr>
        <w:t xml:space="preserve">[54:54] </w:t>
      </w:r>
      <w:r>
        <w:t>saare duniya ka faida jo ho raha hai, is ko sochiye aap. is azaadi ki wajah se duniya mein tarqqiyan huin ke aap jab tak azaadi nahi thi, tab taraqqi bhi nahi thi.</w:t>
      </w:r>
    </w:p>
    <w:p>
      <w:pPr>
        <w:jc w:val="right"/>
      </w:pPr>
      <w:r>
        <w:t>سارے دنیا کا فائدہ جو ہو رہا ہے، اس کو سوچیے آپ۔ اس آزادی کی وجہ سے دنیا میں ترقیاں ہوئیں کہ آپ جب تک آزادی نہیں تھی، تب ترقی بھی نہیں تھی۔</w:t>
      </w:r>
    </w:p>
    <w:p>
      <w:r>
        <w:rPr>
          <w:b/>
        </w:rPr>
        <w:t xml:space="preserve">[55:05] </w:t>
      </w:r>
      <w:r>
        <w:t>aur phir ek pehlu dekhein, yeh bhi hai ke isi azaadi se hum ko dawat ki opportunities khuli ho paayengi. dekhein, jab tak azaadi nahi thi, tab tak dawat ke mawaqe bhi nahi the.</w:t>
      </w:r>
    </w:p>
    <w:p>
      <w:pPr>
        <w:jc w:val="right"/>
      </w:pPr>
      <w:r>
        <w:t>اور پھر ایک پہلو دیکھیں، یہ بھی ہے کہ اسی آزادی سے ہم کو دعوت کی اپرچونیٹیز کھلی ہو پائیں گی۔ دیکھیں، جب تک آزادی نہیں تھی، تب تک دعوت کے مواقع بھی نہیں تھے۔</w:t>
      </w:r>
    </w:p>
    <w:p>
      <w:r>
        <w:rPr>
          <w:b/>
        </w:rPr>
        <w:t xml:space="preserve">[55:20] </w:t>
      </w:r>
      <w:r>
        <w:t>pehlay zamanay mein azaadi bilkul nahi thi.</w:t>
      </w:r>
    </w:p>
    <w:p>
      <w:pPr>
        <w:jc w:val="right"/>
      </w:pPr>
      <w:r>
        <w:t>پہلے زمانے میں آزادی بالکل نہیں تھی۔</w:t>
      </w:r>
    </w:p>
    <w:p>
      <w:r>
        <w:rPr>
          <w:b/>
        </w:rPr>
        <w:t xml:space="preserve">[55:24] </w:t>
      </w:r>
      <w:r>
        <w:t>khud Quran mein dekhein, kai is aisi aayatein hain, maslan teen hazar saal pehle jab Hazrat Musa aaye Misr mein, Firon ke saamne dawat pesh ki unhon ne.</w:t>
      </w:r>
    </w:p>
    <w:p>
      <w:pPr>
        <w:jc w:val="right"/>
      </w:pPr>
      <w:r>
        <w:t>خود قرآن میں دیکھیں، کئی اس ایسی آیتیں ہیں، مثلاً تین ہزار سال پہلے جب حضرت موسیٰ آئے مصر میں، فرعون کے سامنے دعوت پیش کی انہوں نے۔</w:t>
      </w:r>
    </w:p>
    <w:p>
      <w:r>
        <w:rPr>
          <w:b/>
        </w:rPr>
        <w:t xml:space="preserve">[55:37] </w:t>
      </w:r>
      <w:r>
        <w:t>to Firon ne kaha ke main tum ko qatl kar doonga, yaani tum mere deen ke siwa ek aur deen pesh kar rahe ho, to main tum ko qatl kar doonga.</w:t>
      </w:r>
    </w:p>
    <w:p>
      <w:pPr>
        <w:jc w:val="right"/>
      </w:pPr>
      <w:r>
        <w:t>تو فرعون نے کہا کہ میں تم کو قتل کر دوں گا، یعنی تم میرے دین کے سوا ایک اور دین پیش کر رہے ہو، تو میں تم کو قتل کر دوں گا۔</w:t>
      </w:r>
    </w:p>
    <w:p>
      <w:r>
        <w:rPr>
          <w:b/>
        </w:rPr>
        <w:t xml:space="preserve">[55:48] </w:t>
      </w:r>
      <w:r>
        <w:t>to is mein ek insaan maujood tha, is ke darbar mein jis ko rajal momin kaha jaata hai. is ne kaha ke "aqtuloon rabb Allah" ek aadmi ko tum is liye qatl kar do ke woh kehta hai ke Allah mera Rabb hai.</w:t>
      </w:r>
    </w:p>
    <w:p>
      <w:pPr>
        <w:jc w:val="right"/>
      </w:pPr>
      <w:r>
        <w:t>تو اس میں ایک انسان موجود تھا، اس کے دربار میں جس کو رجل مومن کہا جاتا ہے۔ اس نے کہا کہ "اقتلون رب اللہ" ایک آدمی کو تم اس لیے قتل کر دو کہ وہ کہتا ہے کہ اللہ میرا رب ہے۔</w:t>
      </w:r>
    </w:p>
    <w:p>
      <w:r>
        <w:rPr>
          <w:b/>
        </w:rPr>
        <w:t xml:space="preserve">[56:04] </w:t>
      </w:r>
      <w:r>
        <w:t>to kaha qaul par qatl hota tha, Khuda ne qaul par qatl. yeh woh daur tha.</w:t>
      </w:r>
    </w:p>
    <w:p>
      <w:pPr>
        <w:jc w:val="right"/>
      </w:pPr>
      <w:r>
        <w:t>تو کہا قول پر قتل ہوتا تھا، خدا نے قول پر قتل۔ یہ وہ دور تھا۔</w:t>
      </w:r>
    </w:p>
    <w:p>
      <w:r>
        <w:rPr>
          <w:b/>
        </w:rPr>
        <w:t xml:space="preserve">[56:13] </w:t>
      </w:r>
      <w:r>
        <w:t>woh doosri jo Quran mein Surah Buruj mein hai ke "wa ma naqamu minhum illa billahil azizil hameed" yaani Allah ko ek maanne hi par woh mujhe utha de di gayi, us ke saath saza di gayi.</w:t>
      </w:r>
    </w:p>
    <w:p>
      <w:pPr>
        <w:jc w:val="right"/>
      </w:pPr>
      <w:r>
        <w:t>وہ دوسری جو قرآن میں سورہ البروج میں ہے کہ "وما نقوی منہم الا باللہ العزیز الحمید" یعنی اللہ کو ایک ماننے ہی پر وہ مجھے اٹھا دے دی گئی، اس کے ساتھ سزا دی گئی۔</w:t>
      </w:r>
    </w:p>
    <w:p>
      <w:r>
        <w:rPr>
          <w:b/>
        </w:rPr>
        <w:t xml:space="preserve">[56:27] </w:t>
      </w:r>
      <w:r>
        <w:t>to mujarrad imaan, mujarrad qaul, mujarrad ek alag rai, yeh yeh is zamanay mein jurm hua karti thi.</w:t>
      </w:r>
    </w:p>
    <w:p>
      <w:pPr>
        <w:jc w:val="right"/>
      </w:pPr>
      <w:r>
        <w:t>تو مجرد ایمان، مجرد قول، مجرد ایک الگ رائے، یہ یہ اس زمانے میں جرم ہوا کرتی تھی۔</w:t>
      </w:r>
    </w:p>
    <w:p>
      <w:r>
        <w:rPr>
          <w:b/>
        </w:rPr>
        <w:t xml:space="preserve">[56:36] </w:t>
      </w:r>
      <w:r>
        <w:t>to tablegh ke mawaqe band thay, dawat ke m</w:t>
      </w:r>
    </w:p>
    <w:p>
      <w:pPr>
        <w:jc w:val="right"/>
      </w:pPr>
      <w:r>
        <w:t>تو تبلیغ کے مواقع بند تھے، دعوت کے م</w:t>
      </w:r>
    </w:p>
    <w:p>
      <w:r>
        <w:rPr>
          <w:b/>
        </w:rPr>
        <w:t xml:space="preserve">[56:40] </w:t>
      </w:r>
      <w:r>
        <w:t>waqe band thay. ab jo hai, dawat ke mawaqe khule ho gaye hain. jab duniya mein azaadi aayi, rai ki azaadi aayi to hamare liye bhi to azaadi aayi.</w:t>
      </w:r>
    </w:p>
    <w:p>
      <w:pPr>
        <w:jc w:val="right"/>
      </w:pPr>
      <w:r>
        <w:t>واقع بند تھے۔ اب جو ہے، دعوت کے مواقع کھلے ہو گئے ہیں۔ جب دنیا میں آزادی آئی، رائے کی آزادی آئی تو ہمارے لیے بھی تو آزادی آئی۔</w:t>
      </w:r>
    </w:p>
    <w:p>
      <w:r>
        <w:rPr>
          <w:b/>
        </w:rPr>
        <w:t xml:space="preserve">[56:49] </w:t>
      </w:r>
      <w:r>
        <w:t>woh istemaal karte hain to woh chahte hain, un ko istemaal karne dijiye, un ko aap is ko dawat ke liye istemaal kijiye.</w:t>
      </w:r>
    </w:p>
    <w:p>
      <w:pPr>
        <w:jc w:val="right"/>
      </w:pPr>
      <w:r>
        <w:t>وہ استعمال کرتے ہیں تو وہ چاہتے ہیں، ان کو استعمال کرنے دیجیے، ان کو آپ اس کو دعوت کے لیے استعمال کیجیے۔</w:t>
      </w:r>
    </w:p>
    <w:p>
      <w:r>
        <w:rPr>
          <w:b/>
        </w:rPr>
        <w:t xml:space="preserve">[56:59] </w:t>
      </w:r>
      <w:r>
        <w:t>woh apne lihaaz se istemaal kar rahe hain, karne dijiye un ko, aap apne lihaaz se kijiye. in in in in azaadi rai ke mawaqe ko bharpoor taur par dawat ke liye istemaal kijiye.</w:t>
      </w:r>
    </w:p>
    <w:p>
      <w:pPr>
        <w:jc w:val="right"/>
      </w:pPr>
      <w:r>
        <w:t>وہ اپنے لحاظ سے استعمال کر رہے ہیں، کرنے دیجیے ان کو، آپ اپنے لحاظ سے کیجیے۔ ان ان ان ان آزادی رائے کے مواقع کو بھرپور طور پر دعوت کے لیے استعمال کیجیے۔</w:t>
      </w:r>
    </w:p>
    <w:p>
      <w:r>
        <w:rPr>
          <w:b/>
        </w:rPr>
        <w:t xml:space="preserve">[57:13] </w:t>
      </w:r>
      <w:r>
        <w:t>to duniya ka qanoon Allah taala ne banaya hai ke "inna ma la as yaha" yeh sirf bhi aayega to is mein bhi aayega. yaani problem bhi aayenge to opportunities bhi hongi.</w:t>
      </w:r>
    </w:p>
    <w:p>
      <w:pPr>
        <w:jc w:val="right"/>
      </w:pPr>
      <w:r>
        <w:t>تو دنیا کا قانون اللہ تعالی نے بنایا ہے کہ "انا مال اس یہاں" یہ صرف بھی آئے گا تو اس میں بھی آئے گا۔ یعنی پرابلم بھی آئیں گے تو اپرچونیٹیز بھی ہوں گی۔</w:t>
      </w:r>
    </w:p>
    <w:p>
      <w:r>
        <w:rPr>
          <w:b/>
        </w:rPr>
        <w:t xml:space="preserve">[57:27] </w:t>
      </w:r>
      <w:r>
        <w:t>to woh ek pehlu ko liye hue hain, to aap un ko lene dijiye, un ko aap doosre pehlu ko lijiye, aur is is ko yaani azaadi rai ko ba taur opportunity ke le kar aap daawti kaam ko aage badhaiye.</w:t>
      </w:r>
    </w:p>
    <w:p>
      <w:pPr>
        <w:jc w:val="right"/>
      </w:pPr>
      <w:r>
        <w:t>تو وہ ایک پہلو کو لیے ہوئے ہیں، تو آپ ان کو لینے دیجیے، ان کو آپ دوسرے پہلو کو لیجیے، اور اس اس کو یعنی آزادی رائے کو بطور اپرچونیٹی کے لے کر آپ دعوتی کام کو آگے بڑھائیے۔</w:t>
      </w:r>
    </w:p>
    <w:p>
      <w:r>
        <w:rPr>
          <w:b/>
        </w:rPr>
        <w:t xml:space="preserve">[57:45] </w:t>
      </w:r>
      <w:r>
        <w:t>khoob Quran ko distribute kijiye, khoob khoob Islam ki baatein logon ko phailaiye. yeh yeh hai positive, positive approach.</w:t>
      </w:r>
    </w:p>
    <w:p>
      <w:pPr>
        <w:jc w:val="right"/>
      </w:pPr>
      <w:r>
        <w:t>خوب قرآن کو ڈسٹریبیوٹ کیجیے، خوب خوب اسلام کی باتیں لوگوں کو پھیلائیے۔ یہ یہ ہے پازیٹیو، پازیٹیو اپروچ۔</w:t>
      </w:r>
    </w:p>
    <w:p>
      <w:r>
        <w:rPr>
          <w:b/>
        </w:rPr>
        <w:t xml:space="preserve">[57:56] </w:t>
      </w:r>
      <w:r>
        <w:t>to main dua karta hoon ke Allah taala hamare andar positive approach ka paida kare aur negative approach ka hamare andar khatma ho jaye.</w:t>
      </w:r>
    </w:p>
    <w:p>
      <w:pPr>
        <w:jc w:val="right"/>
      </w:pPr>
      <w:r>
        <w:t>تو میں دعا کرتا ہوں کہ اللہ تعالی ہمارے اندر پازیٹیو اپروچ کا پیدا کرے اور نیگیٹیو اپروچ کا ہمارے اندر خاتمہ ہو جائے۔</w:t>
      </w:r>
    </w:p>
    <w:p>
      <w:r>
        <w:rPr>
          <w:b/>
        </w:rPr>
        <w:t xml:space="preserve">[58:07] </w:t>
      </w:r>
      <w:r>
        <w:t>wastaghfirullah.</w:t>
      </w:r>
    </w:p>
    <w:p>
      <w:pPr>
        <w:jc w:val="right"/>
      </w:pPr>
      <w:r>
        <w:t>واستغفراللہ۔</w:t>
      </w:r>
    </w:p>
    <w:p>
      <w:r>
        <w:rPr>
          <w:b/>
        </w:rPr>
        <w:t xml:space="preserve">[58:22] </w:t>
      </w:r>
      <w:r>
        <w:t>Maulana, yeh sawal aaya hai Raipur se Idrees sahib ka. unhon ne likha hai: "Maulana sahib, I am puzzled by two different categories of news.</w:t>
      </w:r>
    </w:p>
    <w:p>
      <w:pPr>
        <w:jc w:val="right"/>
      </w:pPr>
      <w:r>
        <w:t>مولانا، یہ سوال آیا ہے رائے پور سے ادریس صاحب کا۔ انہوں نے لکھا ہے: "مولانا صاحب، I am puzzled by two different categories of news.</w:t>
      </w:r>
    </w:p>
    <w:p>
      <w:r>
        <w:rPr>
          <w:b/>
        </w:rPr>
        <w:t xml:space="preserve">[58:34] </w:t>
      </w:r>
      <w:r>
        <w:t>Firstly, whenever anyone hurts religious sentiments of Muslims, there is a strong protest by them. Secondly, Muslims themselves damage Buddha statues in Afghanistan,</w:t>
      </w:r>
    </w:p>
    <w:p>
      <w:pPr>
        <w:jc w:val="right"/>
      </w:pPr>
      <w:r>
        <w:t>Firstly, whenever anyone hurts religious sentiments of Muslims, there is a strong protest by them. Secondly, Muslims themselves damage Buddha statues in Afghanistan,</w:t>
      </w:r>
    </w:p>
    <w:p>
      <w:r>
        <w:rPr>
          <w:b/>
        </w:rPr>
        <w:t xml:space="preserve">[58:48] </w:t>
      </w:r>
      <w:r>
        <w:t>damages the Mahavir statue in UP.</w:t>
      </w:r>
    </w:p>
    <w:p>
      <w:pPr>
        <w:jc w:val="right"/>
      </w:pPr>
      <w:r>
        <w:t>damages the Mahavir statue in UP.</w:t>
      </w:r>
    </w:p>
    <w:p>
      <w:r>
        <w:rPr>
          <w:b/>
        </w:rPr>
        <w:t xml:space="preserve">[58:51] </w:t>
      </w:r>
      <w:r>
        <w:t>All this hurts religious sentiments of others. It shows that Muslims are practicing the same thing what it is fighting against.</w:t>
      </w:r>
    </w:p>
    <w:p>
      <w:pPr>
        <w:jc w:val="right"/>
      </w:pPr>
      <w:r>
        <w:t>All this hurts religious sentiments of others. It shows that Muslims are practicing the same thing what it is fighting against.</w:t>
      </w:r>
    </w:p>
    <w:p>
      <w:r>
        <w:rPr>
          <w:b/>
        </w:rPr>
        <w:t xml:space="preserve">[59:01] </w:t>
      </w:r>
      <w:r>
        <w:t>It is confusing. Are Muslims in principle against or in favor of the practice of hurting religious sentiments?" Kindly comment.</w:t>
      </w:r>
    </w:p>
    <w:p>
      <w:pPr>
        <w:jc w:val="right"/>
      </w:pPr>
      <w:r>
        <w:t>It is confusing. Are Muslims in principle against or in favor of the practice of hurting religious sentiments?" Kindly comment۔</w:t>
      </w:r>
    </w:p>
    <w:p>
      <w:r>
        <w:rPr>
          <w:b/>
        </w:rPr>
        <w:t xml:space="preserve">[59:12] </w:t>
      </w:r>
      <w:r>
        <w:t>aap sahi keh rahe hain, jab aadmi</w:t>
      </w:r>
    </w:p>
    <w:p>
      <w:pPr>
        <w:jc w:val="right"/>
      </w:pPr>
      <w:r>
        <w:t>آپ صحیح کہہ رہے ہیں، جب آدمی</w:t>
      </w:r>
    </w:p>
    <w:p>
      <w:r>
        <w:rPr>
          <w:b/>
        </w:rPr>
        <w:t xml:space="preserve">[59:18] </w:t>
      </w:r>
      <w:r>
        <w:t>emotional ho jata hai to woh aise hi ban jata hai, contradictory, uska behaviour contradictory behaviour ban jata hai.</w:t>
      </w:r>
    </w:p>
    <w:p>
      <w:pPr>
        <w:jc w:val="right"/>
      </w:pPr>
      <w:r>
        <w:t>ایموشنل ہو جاتا ہے تو وہ ایسے ہی بن جاتا ہے، کٹا ڈکٹری، اس کا بیہیویئر کٹا ڈکٹری بیہیویئر بن جاتا ہے۔</w:t>
      </w:r>
    </w:p>
    <w:p>
      <w:r>
        <w:rPr>
          <w:b/>
        </w:rPr>
        <w:t xml:space="preserve">[59:28] </w:t>
      </w:r>
      <w:r>
        <w:t>yeh jo musalman kar rahe hain, iska taluq na aql se hai, na islam se hai, kisi se nahin. Iske jazbat hain, yeh sirf</w:t>
      </w:r>
    </w:p>
    <w:p>
      <w:pPr>
        <w:jc w:val="right"/>
      </w:pPr>
      <w:r>
        <w:t>یہ جو مسلمان کر رہے ہیں، اس کا تعلق نہ عقل سے ہے، نہ اسلام سے ہے، کسی سے نہیں۔ اس کے جذبات ہیں، یہ صرف</w:t>
      </w:r>
    </w:p>
    <w:p>
      <w:r>
        <w:rPr>
          <w:b/>
        </w:rPr>
        <w:t xml:space="preserve">[59:42] </w:t>
      </w:r>
      <w:r>
        <w:t>yani apne sentiment ko jante hain, apne emotions ko jante hain. Bas jo aadmi bhi jazbat mein rahega, woh uska behaviour jo hai, contradictory behaviour ban jayega.</w:t>
      </w:r>
    </w:p>
    <w:p>
      <w:pPr>
        <w:jc w:val="right"/>
      </w:pPr>
      <w:r>
        <w:t>یعنی اپنے سینٹیمنٹ کو جانتے ہیں، اپنے ایموشنز کو جانتے ہیں۔ بس جو آدمی بھی جذبات میں رہے گا، وہ اس کا بیہیویئر جو ہے، کنٹریکٹری بیہیویئر بن جائے گا۔</w:t>
      </w:r>
    </w:p>
    <w:p>
      <w:r>
        <w:rPr>
          <w:b/>
        </w:rPr>
        <w:t xml:space="preserve">[59:58] </w:t>
      </w:r>
      <w:r>
        <w:t>agar aql pe hote hain, musalman tab bhi aisa nahin karte. Islam pe hote hain, tab bhi aisa nahin karte. Positive thinking ko andar andar hoti hai, tab bhi aisa nahin karte.</w:t>
      </w:r>
    </w:p>
    <w:p>
      <w:pPr>
        <w:jc w:val="right"/>
      </w:pPr>
      <w:r>
        <w:t>اگر عقل پہ ہوتے ہیں، مسلمان تب بھی ایسا نہیں کرتے۔ اسلام پہ ہوتے ہیں، تب بھی ایسا نہیں کرتے۔ پازیٹیو تھنکنگ کو اندر اندر ہوتی ہے، تب بھی ایسا نہیں کرتے۔</w:t>
      </w:r>
    </w:p>
    <w:p>
      <w:r>
        <w:rPr>
          <w:b/>
        </w:rPr>
        <w:t xml:space="preserve">[1:00:07] </w:t>
      </w:r>
      <w:r>
        <w:t>woh sirf jazbat mein bhare hain, bas jazbat, jazbat, jazbat. Aur unke jo so called leader hain, unke liye ek ek cheap ka protect karne ka bara aasan tareeqa mil gaya hai.</w:t>
      </w:r>
    </w:p>
    <w:p>
      <w:pPr>
        <w:jc w:val="right"/>
      </w:pPr>
      <w:r>
        <w:t>وہ صرف جذبات میں بھرے ہیں، بس جذبات، جذبات، جذبات۔ اور ان کے جو سو کالڈ لیڈر ہیں، ان کے لیے ایک ایک چیپ کا پروٹیکٹ کرنے کا بڑا آسان طریقہ مل گیا ہے۔</w:t>
      </w:r>
    </w:p>
    <w:p>
      <w:r>
        <w:rPr>
          <w:b/>
        </w:rPr>
        <w:t xml:space="preserve">[1:00:22] </w:t>
      </w:r>
      <w:r>
        <w:t>yeh sab musalman nahin hain, yeh yeh inke so called leader hain jo inko bharka bharka kar ke aisa kar diya. Main aap ko ek qissa bataoon, Imam Taimiya jo ab imam kahe jate hain, us zamane mein imam nahin kahe jate the.</w:t>
      </w:r>
    </w:p>
    <w:p>
      <w:pPr>
        <w:jc w:val="right"/>
      </w:pPr>
      <w:r>
        <w:t>یہ سب مسلمان نہیں ہیں، یہ یہ ان کے سو کالڈ لیڈر ہیں جو ان کو بھڑکا بھڑکا کر کے ایسا کر دیا۔ میں آپ کو ایک قصہ بتاؤں، امام تیمیہ جو اب امام کہے جاتے ہیں، اس زمانے میں امام نہیں کہے جاتے تھے۔</w:t>
      </w:r>
    </w:p>
    <w:p>
      <w:r>
        <w:rPr>
          <w:b/>
        </w:rPr>
        <w:t xml:space="preserve">[1:00:38] </w:t>
      </w:r>
      <w:r>
        <w:t>woh to unki mashhoor kitab jo hai, "Al-Saalih bil Rasool" aur "Al-Ishad bil Rasool"</w:t>
      </w:r>
    </w:p>
    <w:p>
      <w:pPr>
        <w:jc w:val="right"/>
      </w:pPr>
      <w:r>
        <w:t>وہ تو ان کی مشہور کتاب جو ہے، "الصالح بالرسول" اور "الاشاد بالرسول"</w:t>
      </w:r>
    </w:p>
    <w:p>
      <w:r>
        <w:rPr>
          <w:b/>
        </w:rPr>
        <w:t xml:space="preserve">[1:00:45] </w:t>
      </w:r>
      <w:r>
        <w:t>. To us waqt us zamane mein kuch ek qissa hua tha, ek Christian ne Rasool Allah ke bare mein ghaliban kuch keh diya tha. To uske baad unhone yeh kitab likhi thi.</w:t>
      </w:r>
    </w:p>
    <w:p>
      <w:pPr>
        <w:jc w:val="right"/>
      </w:pPr>
      <w:r>
        <w:t>۔ تو اس وقت اس زمانے میں کچھ ایک قصہ ہوا تھا، ایک کرسچن نے رسول اللہ کے بارے میں غالباً کچھ کہہ دیا تھا۔ تو اس کے بعد انہوں نے یہ کتاب لکھی تھی۔</w:t>
      </w:r>
    </w:p>
    <w:p>
      <w:r>
        <w:rPr>
          <w:b/>
        </w:rPr>
        <w:t xml:space="preserve">[1:00:57] </w:t>
      </w:r>
      <w:r>
        <w:t>To Ibn Taymiyyah ne taqreer waghera ki aur ek bheed jama ho gayi, usko le kar ke woh sham mein jo muslim sultan tha, uske paas gaye.</w:t>
      </w:r>
    </w:p>
    <w:p>
      <w:pPr>
        <w:jc w:val="right"/>
      </w:pPr>
      <w:r>
        <w:t>تو ابن تیمیہ نے تقریر وغیرہ کی اور ایک بھیڑ اکٹھا ہو گئی، اس کو لے کر کے وہ شام میں جو مسلم سلطان تھا، اس کے پاس گئے۔</w:t>
      </w:r>
    </w:p>
    <w:p>
      <w:r>
        <w:rPr>
          <w:b/>
        </w:rPr>
        <w:t xml:space="preserve">[1:01:09] </w:t>
      </w:r>
      <w:r>
        <w:t>To jante hain kya hua? Muslim sultan ne Ibn Taymiyyah ko koday marwaye. Aaj jin ko aap yeh imam kehte hain, jo is kitab ke writer hain, unko koday marwaye.</w:t>
      </w:r>
    </w:p>
    <w:p>
      <w:pPr>
        <w:jc w:val="right"/>
      </w:pPr>
      <w:r>
        <w:t>تو جانتے ہیں کیا ہوا؟ مسلم سلطان نے ابن تیمیہ کو کوڑے مروائے۔ آج جن کو آپ یہ امام کہتے ہیں، جو اس کتاب کے رائٹر ہیں، ان کو کوڑے مروائے۔</w:t>
      </w:r>
    </w:p>
    <w:p>
      <w:r>
        <w:rPr>
          <w:b/>
        </w:rPr>
        <w:t xml:space="preserve">[1:01:23] </w:t>
      </w:r>
      <w:r>
        <w:t>aap ko shakk ho to aap aap yeh sari maloomat internet par maujood hain, aap internet par dekh sakte hain.</w:t>
      </w:r>
    </w:p>
    <w:p>
      <w:pPr>
        <w:jc w:val="right"/>
      </w:pPr>
      <w:r>
        <w:t>آپ کو شک ہو تو آپ آپ یہ ساری معلومات انٹرنیٹ پر موجود ہیں، آپ انٹرنیٹ پر دیکھ سکتے ہیں۔</w:t>
      </w:r>
    </w:p>
    <w:p>
      <w:r>
        <w:rPr>
          <w:b/>
        </w:rPr>
        <w:t xml:space="preserve">[1:01:35] </w:t>
      </w:r>
      <w:r>
        <w:t>isko</w:t>
      </w:r>
    </w:p>
    <w:p>
      <w:pPr>
        <w:jc w:val="right"/>
      </w:pPr>
      <w:r>
        <w:t>اس کو</w:t>
      </w:r>
    </w:p>
    <w:p>
      <w:r>
        <w:rPr>
          <w:b/>
        </w:rPr>
        <w:t xml:space="preserve">[1:01:36] </w:t>
      </w:r>
      <w:r>
        <w:t>isko sultan ne kaha ke tum ne taqreer kar kar ke bharkaye logon ko, bhark uthe logon ko. Main ne kaun janta janta tha kis ne kaha ke kis ne kaha tha. To innocent, wohi qissa aaj bhi hai.</w:t>
      </w:r>
    </w:p>
    <w:p>
      <w:pPr>
        <w:jc w:val="right"/>
      </w:pPr>
      <w:r>
        <w:t>اس نے سلطان نے کہا کہ تم نے تقریر کر کر کے بھڑکائے لوگوں کو، بھڑک اٹھے لوگوں کو۔ میں نے کون جانتا جانتا تھا کس نے کہا کہ کس نے کہا تھا۔ تو انیسنٹ، وہی قصہ آج بھی ہے۔</w:t>
      </w:r>
    </w:p>
    <w:p>
      <w:r>
        <w:rPr>
          <w:b/>
        </w:rPr>
        <w:t xml:space="preserve">[1:01:48] </w:t>
      </w:r>
      <w:r>
        <w:t>innocence of innocence of muslim jo thi, woh kahin internet pe thi. Kaun janta tha isko? Yeh jo hamare so called leader hain, yahi bharka bharka kar taqreeren karte hain aur bheed jama karte hain.</w:t>
      </w:r>
    </w:p>
    <w:p>
      <w:pPr>
        <w:jc w:val="right"/>
      </w:pPr>
      <w:r>
        <w:t>انیسنس آف انیسنس آف مسلم جو تھی، وہ کہیں انٹرنیٹ پہ تھی۔ کون جانتا تھا اس کو؟ یہ جو ہمارے سو کالڈ لیڈر ہیں، یہی بھڑکا بھڑکا کر تقریریں کرتے ہیں اور بھیڑ اکٹھا کرتے ہیں۔</w:t>
      </w:r>
    </w:p>
    <w:p>
      <w:r>
        <w:rPr>
          <w:b/>
        </w:rPr>
        <w:t xml:space="preserve">[1:02:02] </w:t>
      </w:r>
      <w:r>
        <w:t>asal mujrim jo hain, yaad rakhiye, awam nahin hain, asal mujrim wohi leader hain jo taqreeren karte hain.</w:t>
      </w:r>
    </w:p>
    <w:p>
      <w:pPr>
        <w:jc w:val="right"/>
      </w:pPr>
      <w:r>
        <w:t>اصل مجرم جو ہیں، یاد رکھیے، عوام نہیں ہیں، اصل مجرم وہی لیڈر ہیں جو تقریریں کرتے ہیں۔</w:t>
      </w:r>
    </w:p>
    <w:p>
      <w:r>
        <w:rPr>
          <w:b/>
        </w:rPr>
        <w:t xml:space="preserve">[1:02:08] </w:t>
      </w:r>
      <w:r>
        <w:t>jo Quran mein akabir mujrimiyah, akabir mujrimiyah ka matlab yeh hai ke taqreeren karne wale jazbati taqreeren kar ke bharka kar logon ko bheed jama karte hain.</w:t>
      </w:r>
    </w:p>
    <w:p>
      <w:pPr>
        <w:jc w:val="right"/>
      </w:pPr>
      <w:r>
        <w:t>جو قرآن میں اکابر مجرمیہ، اکابر مجرمیہ کا مطلب یہ ہے کہ تقریریں کرنے والے جذباتی تقریریں کر کے بھڑکا کر لوگوں کو بھیڑ اکٹھا کرتے ہیں۔</w:t>
      </w:r>
    </w:p>
    <w:p>
      <w:r>
        <w:rPr>
          <w:b/>
        </w:rPr>
        <w:t xml:space="preserve">[1:02:22] </w:t>
      </w:r>
      <w:r>
        <w:t>yeh hai cheap property gain karne ka bohat aasan nuskha. To aise log aise hi karenge, yani unka unka behaviour hamesha contradictory behaviour rahega.</w:t>
      </w:r>
    </w:p>
    <w:p>
      <w:pPr>
        <w:jc w:val="right"/>
      </w:pPr>
      <w:r>
        <w:t>یہ ہے چیپس پراپرٹی گین کرنے کا بہت آسان نسخہ۔ تو ایسے لوگ ایسے ہی کریں گے، یعنی ان کا ان کا بیہیویئر ہمیشہ کٹا ڈکٹری بیہیویئر رہے گا۔</w:t>
      </w:r>
    </w:p>
    <w:p>
      <w:r>
        <w:rPr>
          <w:b/>
        </w:rPr>
        <w:t xml:space="preserve">[1:02:38] </w:t>
      </w:r>
      <w:r>
        <w:t>Maulana, agla sawal Karachi Pakistan se aya hai Abdul Latif sahib ka. Unhone likha hai: "Quran o Hadees ke mutale se yeh baat maloom hoti hai ke har insan maut aate hi apne anjam se dochar ho jata hai.</w:t>
      </w:r>
    </w:p>
    <w:p>
      <w:pPr>
        <w:jc w:val="right"/>
      </w:pPr>
      <w:r>
        <w:t>مولانا، اگلا سوال کراچی پاکستان سے آیا ہے عبداللطیف صاحب کا۔ انہوں نے لکھا ہے: "قرآن و حدیث کے مطالعے سے یہ بات معلوم ہوتی ہے کہ ہر انسان موت آتے ہی اپنے انجام سے دو چار ہو جاتا ہے۔</w:t>
      </w:r>
    </w:p>
    <w:p>
      <w:r>
        <w:rPr>
          <w:b/>
        </w:rPr>
        <w:t xml:space="preserve">[1:02:55] </w:t>
      </w:r>
      <w:r>
        <w:t>doosri taraf Quran o Hadees se hi yeh baat wazeh hai ke maidan e mahshar ki mukhtalif halaton se guzar guzarne ke baad har insan ya jannat mein dakhil hoga ya jahannum mein.</w:t>
      </w:r>
    </w:p>
    <w:p>
      <w:pPr>
        <w:jc w:val="right"/>
      </w:pPr>
      <w:r>
        <w:t>دوسری طرف قرآن و حدیث سے ہی یہ بات واضح ہے کہ میدان محشر کی مختلف حالتوں سے گزر گزرنے کے بعد ہر انسان یا جنت میں داخل ہوگا یا جہنم میں۔</w:t>
      </w:r>
    </w:p>
    <w:p>
      <w:r>
        <w:rPr>
          <w:b/>
        </w:rPr>
        <w:t xml:space="preserve">[1:03:10] </w:t>
      </w:r>
      <w:r>
        <w:t>Maulana sahib, is masle ko kis tarah samjha jaye? Is ko wazeh karen." Dekhiye, yeh masla hai time and space ka masla.</w:t>
      </w:r>
    </w:p>
    <w:p>
      <w:pPr>
        <w:jc w:val="right"/>
      </w:pPr>
      <w:r>
        <w:t>مولانا صاحب، اس مسئلے کو کس طرح سمجھا جائے؟ اس کو واضح کریں۔" دیکھیے، یہ مسئلہ ہے ٹائم اینڈ سپیس کا مسئلہ۔</w:t>
      </w:r>
    </w:p>
    <w:p>
      <w:r>
        <w:rPr>
          <w:b/>
        </w:rPr>
        <w:t xml:space="preserve">[1:03:21] </w:t>
      </w:r>
      <w:r>
        <w:t>To hum aap time time and space ki duniya mein jeete hain aur woh daur jo hai akhirat ka, woh bayan time and space hai.</w:t>
      </w:r>
    </w:p>
    <w:p>
      <w:pPr>
        <w:jc w:val="right"/>
      </w:pPr>
      <w:r>
        <w:t>تو ہم آپ ٹائم ٹائم اینڈ سپیس کی دنیا میں جیتے ہیں اور وہ دور جو ہے آخرت کا، وہ بیان ٹائم اینڈ سپیس ہے۔</w:t>
      </w:r>
    </w:p>
    <w:p>
      <w:r>
        <w:rPr>
          <w:b/>
        </w:rPr>
        <w:t xml:space="preserve">[1:03:33] </w:t>
      </w:r>
      <w:r>
        <w:t>bayan time and space ke jab tak aap is daur mein na pahunchein, aap samajh nahin sakte. Aap ko sirf ijbarri taur par hi is pe iman rakh sakte hain. Aap</w:t>
      </w:r>
    </w:p>
    <w:p>
      <w:pPr>
        <w:jc w:val="right"/>
      </w:pPr>
      <w:r>
        <w:t>بیان ٹائم اینڈ سپیس کہ جب تک آپ اس دور میں نہ پہنچیں، آپ سمجھ نہیں سکتے۔ آپ کو صرف اجباری طور پر ہی اس پہ ایمان رکھ سکتے ہیں۔ آپ</w:t>
      </w:r>
    </w:p>
    <w:p>
      <w:r>
        <w:rPr>
          <w:b/>
        </w:rPr>
        <w:t xml:space="preserve">[1:03:44] </w:t>
      </w:r>
      <w:r>
        <w:t>bayan space and time ki jo duniya hai, us ko ijbarri iman hi ke zareeye aap samajh sakte hain. Us ko reason out nahin kar sakte aap, kyunke aap reason out karenge to time space ke andar karenge aur time time space ki language se us ko explain nahin kar sakta.</w:t>
      </w:r>
    </w:p>
    <w:p>
      <w:pPr>
        <w:jc w:val="right"/>
      </w:pPr>
      <w:r>
        <w:t>بیان سپیس اینڈ ٹائم کی جو دنیا ہے، اس کو اجباری ایمان ہی کے ذریعے آپ سمجھ سکتے ہیں۔ اس کو ریزن آؤٹ نہیں کر سکتے آپ، کیونکہ آپ ریزن آؤٹ کریں گے تو ٹائم سپیس کے اندر کریں گے اور ٹائم ٹائم سپیس کی لینگویج سے اس کو ایکسپلین نہیں کر سکتا۔</w:t>
      </w:r>
    </w:p>
    <w:p>
      <w:r>
        <w:rPr>
          <w:b/>
        </w:rPr>
        <w:t xml:space="preserve">[1:04:05] </w:t>
      </w:r>
      <w:r>
        <w:t>ek yeh mamla jo hai Einstein ne ke jo theory hai, theory of negativity, us ke upar isi tarah yeh cheez clear hoti hai. Yeh</w:t>
      </w:r>
    </w:p>
    <w:p>
      <w:pPr>
        <w:jc w:val="right"/>
      </w:pPr>
      <w:r>
        <w:t>ایک یہ معاملہ جو ہے آئنسٹین نے کہ جو تھیوری ہے، تھیوری آف نیگیٹیوٹی، اس کے اوپر اسی طرح یہ چیز کلیئر ہوتی ہے۔ یہ</w:t>
      </w:r>
    </w:p>
    <w:p>
      <w:r>
        <w:rPr>
          <w:b/>
        </w:rPr>
        <w:t xml:space="preserve">[1:04:13] </w:t>
      </w:r>
      <w:r>
        <w:t>mein ne likha hai risale mein, is ke upar aap parh lijie. is ko Maulana, doosra sawal bhi Karachi Pakistan se hai Miss Saima Latif ka.</w:t>
      </w:r>
    </w:p>
    <w:p>
      <w:pPr>
        <w:jc w:val="right"/>
      </w:pPr>
      <w:r>
        <w:t>میں نے لکھا ہے رسالے میں، اس کے اوپر آپ پڑھ لیجئے۔ اس کو مولانا، دوسرا سوال بھی کراچی پاکستان سے ہے مس صائمہ لطیف کا۔</w:t>
      </w:r>
    </w:p>
    <w:p>
      <w:r>
        <w:rPr>
          <w:b/>
        </w:rPr>
        <w:t xml:space="preserve">[1:04:23] </w:t>
      </w:r>
      <w:r>
        <w:t>unhon ne likha hai: "aik bhai ne khoob mehnat ki, achhi education li aur aala ohde par pohanchay aur is ki maashi halat achhi rahi.</w:t>
      </w:r>
    </w:p>
    <w:p>
      <w:pPr>
        <w:jc w:val="right"/>
      </w:pPr>
      <w:r>
        <w:t>انہوں نے لکھا ہے: "ایک بھائی نے خوب محنت کی، اچھی ایجوکیشن لی اور اعلیٰ عہدے پر پہنچے اور اس کی معاشی حالت اچھی رہی۔</w:t>
      </w:r>
    </w:p>
    <w:p>
      <w:r>
        <w:rPr>
          <w:b/>
        </w:rPr>
        <w:t xml:space="preserve">[1:04:36] </w:t>
      </w:r>
      <w:r>
        <w:t>doosra bhai sust raha, mehnat se bhagta raha. is ki maashi halat is ki apni na-ahili ki wajah se kamzor rahi aur woh bhai ghurbat ka shikar raha.</w:t>
      </w:r>
    </w:p>
    <w:p>
      <w:pPr>
        <w:jc w:val="right"/>
      </w:pPr>
      <w:r>
        <w:t>دوسرا بھائی سست رہا، محنت سے بھاگتا رہا۔ اس کی معاشی حالت اس کی اپنی نااہلی کی وجہ سے کمزور رہی اور وہ بھائی غربت کا شکار رہا۔</w:t>
      </w:r>
    </w:p>
    <w:p>
      <w:r>
        <w:rPr>
          <w:b/>
        </w:rPr>
        <w:t xml:space="preserve">[1:04:49] </w:t>
      </w:r>
      <w:r>
        <w:t>ab doosra bhai ke baray mein yeh kehna ke is ki azmaish ghurbat mein hai, kis had tak sahi hai?</w:t>
      </w:r>
    </w:p>
    <w:p>
      <w:pPr>
        <w:jc w:val="right"/>
      </w:pPr>
      <w:r>
        <w:t>اب دوسرا بھائی کے بارے میں یہ کہنا کہ اس کی آزمائش غربت میں ہے، کس حد تک صحیح ہے؟</w:t>
      </w:r>
    </w:p>
    <w:p>
      <w:r>
        <w:rPr>
          <w:b/>
        </w:rPr>
        <w:t xml:space="preserve">[1:04:59] </w:t>
      </w:r>
      <w:r>
        <w:t>Maulana sahib, is doosre bhai ke ghurbat ko kam azmaish samajhna ya is ki sust aur na-ahili ka nateeja hai?</w:t>
      </w:r>
    </w:p>
    <w:p>
      <w:pPr>
        <w:jc w:val="right"/>
      </w:pPr>
      <w:r>
        <w:t>مولانا صاحب، اس دوسرے بھائی کے غربت کو کم آزمائش سمجھنا یا اس کی سست اور نااہلی کا نتیجہ ہے؟</w:t>
      </w:r>
    </w:p>
    <w:p>
      <w:r>
        <w:rPr>
          <w:b/>
        </w:rPr>
        <w:t xml:space="preserve">[1:05:09] </w:t>
      </w:r>
      <w:r>
        <w:t>aur aur is qism ke maamle mein azmaish ke mafhoom ko kis tarah samjha jaye? is ke baray mein bataein."</w:t>
      </w:r>
    </w:p>
    <w:p>
      <w:pPr>
        <w:jc w:val="right"/>
      </w:pPr>
      <w:r>
        <w:t>اور اور اس قسم کے معاملے میں آزمائش کے مفہوم کو کس طرح سمجھا جائے؟ اس کے بارے میں بتائیں۔"</w:t>
      </w:r>
    </w:p>
    <w:p>
      <w:r>
        <w:rPr>
          <w:b/>
        </w:rPr>
        <w:t xml:space="preserve">[1:05:22] </w:t>
      </w:r>
      <w:r>
        <w:t>azmaish ka matlab yeh hai ke aadmi azaad hai amal karne ke liye. koi amal na kare to is ke liye bhi azaad hai.</w:t>
      </w:r>
    </w:p>
    <w:p>
      <w:pPr>
        <w:jc w:val="right"/>
      </w:pPr>
      <w:r>
        <w:t>آزمائش کا مطلب یہ ہے کہ آدمی آزاد ہے عمل کرنے کے لیے۔ کوئی عمل نہ کرے تو اس کے لیے بھی آزاد ہے۔</w:t>
      </w:r>
    </w:p>
    <w:p>
      <w:r>
        <w:rPr>
          <w:b/>
        </w:rPr>
        <w:t xml:space="preserve">[1:05:31] </w:t>
      </w:r>
      <w:r>
        <w:t>amal na karna bhi azaadi ka aik istemal hai. to jo amal kar ke aaj jo kamyabi hasil karega, to is ki jo is ki kamyabi test paper rahe gi.</w:t>
      </w:r>
    </w:p>
    <w:p>
      <w:pPr>
        <w:jc w:val="right"/>
      </w:pPr>
      <w:r>
        <w:t>عمل نہ کرنا بھی آزادی کا ایک استعمال ہے۔ تو جو عمل کر کے آج جو کامیابی حاصل کرے گا، تو اس کی جو اس کی کامیابی ٹیسٹ پیپر رہے گی۔</w:t>
      </w:r>
    </w:p>
    <w:p>
      <w:r>
        <w:rPr>
          <w:b/>
        </w:rPr>
        <w:t xml:space="preserve">[1:05:44] </w:t>
      </w:r>
      <w:r>
        <w:t>jo amal na kar ke ab mein aap ko kisi halat mein mubtala karega, to woh halat is ke liye is ki test paper rahe gi.</w:t>
      </w:r>
    </w:p>
    <w:p>
      <w:pPr>
        <w:jc w:val="right"/>
      </w:pPr>
      <w:r>
        <w:t>جو عمل نہ کر کے اب میں آپ کو کسی حالت میں مبتلا کرے گا، تو وہ حالت اس کے لیے اس کی ٹیسٹ پیپر رہے گی۔</w:t>
      </w:r>
    </w:p>
    <w:p>
      <w:r>
        <w:rPr>
          <w:b/>
        </w:rPr>
        <w:t xml:space="preserve">[1:05:54] </w:t>
      </w:r>
      <w:r>
        <w:t>to jaisa aadmi karega, is ke lehaz se is ka test paper banega. yeh matlab hai is ko ja ke bas.</w:t>
      </w:r>
    </w:p>
    <w:p>
      <w:pPr>
        <w:jc w:val="right"/>
      </w:pPr>
      <w:r>
        <w:t>تو جیسا آدمی کرے گا، اس کے لحاظ سے اس کا ٹیسٹ پیپر بنے گا۔ یہ مطلب ہے اس کو جا کے بس۔</w:t>
      </w:r>
    </w:p>
    <w:p>
      <w:r>
        <w:rPr>
          <w:b/>
        </w:rPr>
        <w:t xml:space="preserve">[1:06:05] </w:t>
      </w:r>
      <w:r>
        <w:t>Maulana, agla sawal Delhi se aya hai Shakil ur Rehman sahib ka. unhon ne aap se poocha hai ke "please explain the meaning of Inshallah, which Muslims use frequently?</w:t>
      </w:r>
    </w:p>
    <w:p>
      <w:pPr>
        <w:jc w:val="right"/>
      </w:pPr>
      <w:r>
        <w:t>مولانا، اگلا سوال دلی سے آیا ہے شکل الرحمن صاحب کا۔ انہوں نے آپ سے پوچھا ہے کہ "پلیز ایکسپلین دا میننگ آف انشاءاللہ، وچ مسلمز یوز فریکونٹلی؟</w:t>
      </w:r>
    </w:p>
    <w:p>
      <w:r>
        <w:rPr>
          <w:b/>
        </w:rPr>
        <w:t xml:space="preserve">[1:06:18] </w:t>
      </w:r>
      <w:r>
        <w:t>" aaj kal to aik culture part ban gaya hai. woh jitne Musalman hain, jahan taraf bolte hain, Inshallah, Inshallah, yeh to aik aik culture ban gaya hai.</w:t>
      </w:r>
    </w:p>
    <w:p>
      <w:pPr>
        <w:jc w:val="right"/>
      </w:pPr>
      <w:r>
        <w:t>" آج کل تو ایک کلچر پارٹ بن گیا ہے۔ وہ جتنے مسلمان ہیں، جہاں طرف بولتے ہیں، انشاءاللہ، انشاءاللہ، یہ تو ایک ایک کلچر بن گیا ہے۔</w:t>
      </w:r>
    </w:p>
    <w:p>
      <w:r>
        <w:rPr>
          <w:b/>
        </w:rPr>
        <w:t xml:space="preserve">[1:06:30] </w:t>
      </w:r>
      <w:r>
        <w:t>culture is ka Islam se koi talluq mein nahi manta. yeh yeh Inshallah ki rooh jo hai, Musalman bilkul maujood hi nahi hai. Inshallah ki spirit hai, woh bilkul leak kar rahi hai.</w:t>
      </w:r>
    </w:p>
    <w:p>
      <w:pPr>
        <w:jc w:val="right"/>
      </w:pPr>
      <w:r>
        <w:t>کلچر اس کا اسلام سے کوئی تعلق میں نہیں مانتا۔ یہ یہ انشاءاللہ کی روح جو ہے، مسلمان بالکل موجود ہی نہیں ہے۔ انشاءاللہ کی اسپرٹ ہے، وہ بالکل لیک کر رہی ہے۔</w:t>
      </w:r>
    </w:p>
    <w:p>
      <w:r>
        <w:rPr>
          <w:b/>
        </w:rPr>
        <w:t xml:space="preserve">[1:06:43] </w:t>
      </w:r>
      <w:r>
        <w:t>bas culture ke taur par woh alfaaz shaye karte rehte hain.</w:t>
      </w:r>
    </w:p>
    <w:p>
      <w:pPr>
        <w:jc w:val="right"/>
      </w:pPr>
      <w:r>
        <w:t>بس کلچر کے طور پر وہ الفاظ شائع کرتے رہتے ہیں۔</w:t>
      </w:r>
    </w:p>
    <w:p>
      <w:r>
        <w:rPr>
          <w:b/>
        </w:rPr>
        <w:t xml:space="preserve">[1:06:47] </w:t>
      </w:r>
      <w:r>
        <w:t>is ki is ki yeh koi ibadat hai ya koi Islami value hai? kuch bhi nahi, koi koi haqeeqat nahi.</w:t>
      </w:r>
    </w:p>
    <w:p>
      <w:pPr>
        <w:jc w:val="right"/>
      </w:pPr>
      <w:r>
        <w:t>اس کی اس کی یہ کوئی عبادت ہے یا کوئی اسلامی ویلیو ہے؟ کچھ بھی نہیں، کوئی کوئی حقیقت نہیں۔</w:t>
      </w:r>
    </w:p>
    <w:p>
      <w:r>
        <w:rPr>
          <w:b/>
        </w:rPr>
        <w:t xml:space="preserve">[1:06:58] </w:t>
      </w:r>
      <w:r>
        <w:t>yeh to aik bohat bari yani Inshallah ka matlab hai agar Allah ne chaha. yeh to aik bohat bari imaan ki baat hai.</w:t>
      </w:r>
    </w:p>
    <w:p>
      <w:pPr>
        <w:jc w:val="right"/>
      </w:pPr>
      <w:r>
        <w:t>یہ تو ایک بہت بڑی یعنی انشاءاللہ کا مطلب ہے اگر اللہ نے چاہا۔ یہ تو ایک بہت بڑی ایمان کی بات ہے۔</w:t>
      </w:r>
    </w:p>
    <w:p>
      <w:r>
        <w:rPr>
          <w:b/>
        </w:rPr>
        <w:t xml:space="preserve">[1:07:07] </w:t>
      </w:r>
      <w:r>
        <w:t>jab aap discover karte hain Allah ko aur Allah ki qudrat ko, to is discovery se aap ko yeh baat aap ke aap jante hain ke sab kuch Allah ke qabze mein hai.</w:t>
      </w:r>
    </w:p>
    <w:p>
      <w:pPr>
        <w:jc w:val="right"/>
      </w:pPr>
      <w:r>
        <w:t>جب آپ ڈسکور کرتے ہیں اللہ کو اور اللہ کی قدرت کو، تو اس ڈسکوری سے آپ کو یہ بات آپ کے آپ جانتے ہیں کہ سب کچھ اللہ کے قبضے میں ہے۔</w:t>
      </w:r>
    </w:p>
    <w:p>
      <w:r>
        <w:rPr>
          <w:b/>
        </w:rPr>
        <w:t xml:space="preserve">[1:07:19] </w:t>
      </w:r>
      <w:r>
        <w:t>to Musalmanon ko yeh discovery to hui nahi. woh to aik cultural, aik aik riwaj hai jo insaan Inshallah karte rehte hain. is ka Islam se mera koi talluq nahi, woh sirf culture hai.</w:t>
      </w:r>
    </w:p>
    <w:p>
      <w:pPr>
        <w:jc w:val="right"/>
      </w:pPr>
      <w:r>
        <w:t>تو مسلمانوں کو یہ ڈسکوری تو ہوئی نہیں۔ وہ تو ایک کلچرل، ایک ایک رواج ہے جو انسان انشاءاللہ کرتے رہتے ہیں۔ اس کا اسلام سے میرا کوئی تعلق نہیں، وہ صرف کلچر ہے۔</w:t>
      </w:r>
    </w:p>
    <w:p>
      <w:r>
        <w:rPr>
          <w:b/>
        </w:rPr>
        <w:t xml:space="preserve">[1:07:31] </w:t>
      </w:r>
      <w:r>
        <w:t>bas</w:t>
      </w:r>
    </w:p>
    <w:p>
      <w:pPr>
        <w:jc w:val="right"/>
      </w:pPr>
      <w:r>
        <w:t>بس</w:t>
      </w:r>
    </w:p>
    <w:p>
      <w:r>
        <w:rPr>
          <w:b/>
        </w:rPr>
        <w:t xml:space="preserve">[1:07:36] </w:t>
      </w:r>
      <w:r>
        <w:t>Maulana, agla sawal Delhi se hai Mr. Qais ka. unhon ne likha hai: "after the death of the Prophet, the Arabs conquered a huge part of the world from Morocco in the West to Persia in the East within less than hundred years.</w:t>
      </w:r>
    </w:p>
    <w:p>
      <w:pPr>
        <w:jc w:val="right"/>
      </w:pPr>
      <w:r>
        <w:t>مولانا، اگلا سوال دلی سے ہے مسٹر قائف کا۔ انہوں نے لکھا ہے: "افٹر دا ڈیتھ آف دا پرافٹ، دی عربز کنکرڈ ا ہیوج پارٹ آف دا ورلڈ فرام مراکو ان دا ویسٹ ٹو پرشیا ان دا ایسٹ ود ان لیس دین ہنڈرڈ ایئرز۔</w:t>
      </w:r>
    </w:p>
    <w:p>
      <w:r>
        <w:rPr>
          <w:b/>
        </w:rPr>
        <w:t xml:space="preserve">[1:07:54] </w:t>
      </w:r>
      <w:r>
        <w:t>people often think of this as a sign of Islam being spread by force.</w:t>
      </w:r>
    </w:p>
    <w:p>
      <w:pPr>
        <w:jc w:val="right"/>
      </w:pPr>
      <w:r>
        <w:t>پیپل آفن تھنک آف دس ایز ا سائن آف اسلام بینگ سپریڈ بائے فورس۔</w:t>
      </w:r>
    </w:p>
    <w:p>
      <w:r>
        <w:rPr>
          <w:b/>
        </w:rPr>
        <w:t xml:space="preserve">[1:08:00] </w:t>
      </w:r>
      <w:r>
        <w:t>could you please clarify what the motivations of the Arab armies were? why did they feel the need to conquer the world?</w:t>
      </w:r>
    </w:p>
    <w:p>
      <w:pPr>
        <w:jc w:val="right"/>
      </w:pPr>
      <w:r>
        <w:t>کوڈ یو پلیز کلیریفائی واٹ دی موٹیویشنز آف دی عرب آرمیز وار؟ وائی ڈیڈ دے فیل دا نیڈ ٹو کنکر دا ورلڈ؟</w:t>
      </w:r>
    </w:p>
    <w:p>
      <w:r>
        <w:rPr>
          <w:b/>
        </w:rPr>
        <w:t xml:space="preserve">[1:08:09] </w:t>
      </w:r>
      <w:r>
        <w:t>also explain the reasons behind the wars of apostasy waged by Abu Bakr." bhai, is mein to kai sawal bula diye hain, kai sawal bula di</w:t>
      </w:r>
    </w:p>
    <w:p>
      <w:pPr>
        <w:jc w:val="right"/>
      </w:pPr>
      <w:r>
        <w:t>السو ایکسپلین دا ریزنز بیہائنڈ دا وارز آف اپوسٹسی ویجڈ بائے ابوبکر۔" بھائی، اس میں تو کئی سوال بلا دیے ہیں، کئی سوال بلا دی</w:t>
      </w:r>
    </w:p>
    <w:p>
      <w:r>
        <w:rPr>
          <w:b/>
        </w:rPr>
        <w:t xml:space="preserve">[1:08:22] </w:t>
      </w:r>
      <w:r>
        <w:t>ye hain. aik hi mein aik hi baat kahoon ga ke political expansion alag cheez hai aur religious expansion alag cheez hai.</w:t>
      </w:r>
    </w:p>
    <w:p>
      <w:pPr>
        <w:jc w:val="right"/>
      </w:pPr>
      <w:r>
        <w:t>ے ہیں۔ ایک ہی میں ایک ہی بات کہوں گا کہ پولیٹیکل ایکسپینشن الگ چیز ہے اور ریلیجیس ایکسپینشن الگ چیز ہے۔</w:t>
      </w:r>
    </w:p>
    <w:p>
      <w:r>
        <w:rPr>
          <w:b/>
        </w:rPr>
        <w:t xml:space="preserve">[1:08:33] </w:t>
      </w:r>
      <w:r>
        <w:t>is baat ka koi saboot nahi hai ke Islam ko phailane ke liye talwar istemal ki gayi, koi is ka saboot nahi hai. woh alag cheez hai, woh alag cheez hai.</w:t>
      </w:r>
    </w:p>
    <w:p>
      <w:pPr>
        <w:jc w:val="right"/>
      </w:pPr>
      <w:r>
        <w:t>اس بات کا کوئی ثبوت نہیں ہے کہ اسلام کو پھیلانے کے لیے تلوار استعمال کی گئی، کوئی اس کا ثبوت نہیں ہے۔ وہ الگ چیز ہے، وہ الگ چیز ہے۔</w:t>
      </w:r>
    </w:p>
    <w:p>
      <w:r>
        <w:rPr>
          <w:b/>
        </w:rPr>
        <w:t xml:space="preserve">[1:08:46] </w:t>
      </w:r>
      <w:r>
        <w:t>kuch darasateez theen, muslim khandan thay, woh woh apna apto political expansion ke liye fateh karte hain yahan se wahan, wahan se wahan.</w:t>
      </w:r>
    </w:p>
    <w:p>
      <w:pPr>
        <w:jc w:val="right"/>
      </w:pPr>
      <w:r>
        <w:t>کچھ داراسٹیز تھیں، مسلم خاندان تھے، وہ وہ اپنا اپٹو پولیٹیکل ایکسپینشن کے لیے فتح کرتے ہیں یہاں سے وہاں، وہاں سے وہاں۔</w:t>
      </w:r>
    </w:p>
    <w:p>
      <w:r>
        <w:rPr>
          <w:b/>
        </w:rPr>
        <w:t xml:space="preserve">[1:08:56] </w:t>
      </w:r>
      <w:r>
        <w:t>lekin is ka koi bhi proof history mein nahi hai ke kahin yeh kaha gaya ho ke musalman qabool karo, wahan to qatal kar diya jaye ga.</w:t>
      </w:r>
    </w:p>
    <w:p>
      <w:pPr>
        <w:jc w:val="right"/>
      </w:pPr>
      <w:r>
        <w:t>لیکن اس کا کوئی بھی پروف ہسٹری میں نہیں ہے کہ کہیں یہ کہا گیا ہو کہ مسلمان قبول کرو، وہاں تو قتل کر دیا جائے گا۔</w:t>
      </w:r>
    </w:p>
    <w:p>
      <w:r>
        <w:rPr>
          <w:b/>
        </w:rPr>
        <w:t xml:space="preserve">[1:09:05] </w:t>
      </w:r>
      <w:r>
        <w:t>aisa koi saboot nahi hai.</w:t>
      </w:r>
    </w:p>
    <w:p>
      <w:pPr>
        <w:jc w:val="right"/>
      </w:pPr>
      <w:r>
        <w:t>ایسا کوئی ثبوت نہیں ہے۔</w:t>
      </w:r>
    </w:p>
    <w:p>
      <w:r>
        <w:rPr>
          <w:b/>
        </w:rPr>
        <w:t xml:space="preserve">[1:09:08] </w:t>
      </w:r>
      <w:r>
        <w:t>main aap ko do misaal deta hoon. swami bewakaran ke ki kitab hai "letters of bewakarindah".</w:t>
      </w:r>
    </w:p>
    <w:p>
      <w:pPr>
        <w:jc w:val="right"/>
      </w:pPr>
      <w:r>
        <w:t>میں آپ کو دو مثال دیتا ہوں۔ سوامی بیوکارن کے کی کتاب ہے "لیٹرز آف بیوکارندہ"۔</w:t>
      </w:r>
    </w:p>
    <w:p>
      <w:r>
        <w:rPr>
          <w:b/>
        </w:rPr>
        <w:t xml:space="preserve">[1:09:19] </w:t>
      </w:r>
      <w:r>
        <w:t>is mein unhon ne ek jo hai likha hai ke "it is nonsense to say that Hindus were converted to Islam by force".</w:t>
      </w:r>
    </w:p>
    <w:p>
      <w:pPr>
        <w:jc w:val="right"/>
      </w:pPr>
      <w:r>
        <w:t>اس میں انہوں نے ایک جو ہے لکھا ہے کہ "اٹ از نان سینس ٹو سے دیٹ ہندوز ویر کروٹڈ ٹو اسلام بائے فورس"۔</w:t>
      </w:r>
    </w:p>
    <w:p>
      <w:r>
        <w:rPr>
          <w:b/>
        </w:rPr>
        <w:t xml:space="preserve">[1:09:32] </w:t>
      </w:r>
      <w:r>
        <w:t>yeh wording un ki hai, woh kitab mere paas maujood hai, aap dekh sakte hain. "It is nonsense to say that Muslims were converted to Islam by force".</w:t>
      </w:r>
    </w:p>
    <w:p>
      <w:pPr>
        <w:jc w:val="right"/>
      </w:pPr>
      <w:r>
        <w:t>یہ ورڈنگ ان کی ہے، وہ کتاب میرے پاس موجود ہے، آپ دیکھ سکتے ہیں۔ "اٹ از نان سینس ٹو سے دیٹ مسلمز ویر کروٹڈ اسلام بائے فورس"۔</w:t>
      </w:r>
    </w:p>
    <w:p>
      <w:r>
        <w:rPr>
          <w:b/>
        </w:rPr>
        <w:t xml:space="preserve">[1:09:44] </w:t>
      </w:r>
      <w:r>
        <w:t>doosra example yeh hai ke arab world mein misr bohat bara mulk hai aur bajarti islam mein dakhil ho gayi thi.</w:t>
      </w:r>
    </w:p>
    <w:p>
      <w:pPr>
        <w:jc w:val="right"/>
      </w:pPr>
      <w:r>
        <w:t>دوسرا ایگزیمپل یہ ہے کہ عرب ورلڈ میں مصر بہت بڑا ملک ہے اور بجارتی اسلام میں داخل ہو گئی تھی۔</w:t>
      </w:r>
    </w:p>
    <w:p>
      <w:r>
        <w:rPr>
          <w:b/>
        </w:rPr>
        <w:t xml:space="preserve">[1:09:54] </w:t>
      </w:r>
      <w:r>
        <w:t>is par study kiya hai ek angrez, ek British historian ne, is ka naam hai Sir Arthur Peth. is ki kitab mein woh likhta hai ke "Sindh was conquered not by sword but by the Quran".</w:t>
      </w:r>
    </w:p>
    <w:p>
      <w:pPr>
        <w:jc w:val="right"/>
      </w:pPr>
      <w:r>
        <w:t>اس پر اسٹڈی کیا ہے ایک انگریز، ایک برٹش ہسٹورین نے، اس کا نام ہے سر ارتھر پیتھ۔ اس کی کتاب میں وہ لکھتا ہے کہ "شنس و کانکرڈ ناٹ بائے سوٹ بٹ بائے دا قرآن"۔</w:t>
      </w:r>
    </w:p>
    <w:p>
      <w:r>
        <w:rPr>
          <w:b/>
        </w:rPr>
        <w:t xml:space="preserve">[1:10:07] </w:t>
      </w:r>
      <w:r>
        <w:t>yeh hai "a shins was conquered not by the sword but by the quran". to jo is ka jo history hai, history se kahin bhi proof nahi hota ke talwar istemal ki gayi islam ki religious expansion ke liye.</w:t>
      </w:r>
    </w:p>
    <w:p>
      <w:pPr>
        <w:jc w:val="right"/>
      </w:pPr>
      <w:r>
        <w:t>یہ ہے "اے شنس و کانکرڈ ناٹ بائے دا سوٹ بٹ بائے دا قرآن"۔ تو جو اس کا جو ہسٹری ہے، ہسٹری سے کہیں بھی پروف نہیں ہوتا کہ تلوار استعمال کی گئی اسلام کی ریلیجیس ایکسپینشن کے لیے۔</w:t>
      </w:r>
    </w:p>
    <w:p>
      <w:r>
        <w:rPr>
          <w:b/>
        </w:rPr>
        <w:t xml:space="preserve">[1:10:25] </w:t>
      </w:r>
      <w:r>
        <w:t>baqi kuch log thay, woh woh apna apni hukoomat ka kaam pehle karte rahe, un ka zaati feal tha.</w:t>
      </w:r>
    </w:p>
    <w:p>
      <w:pPr>
        <w:jc w:val="right"/>
      </w:pPr>
      <w:r>
        <w:t>باقی کچھ لوگ تھے، وہ وہ اپنا اپنی حکومت کا کام پہلے کرتے رہے، ان کا ذاتی فعل تھا۔</w:t>
      </w:r>
    </w:p>
    <w:p>
      <w:r>
        <w:rPr>
          <w:b/>
        </w:rPr>
        <w:t xml:space="preserve">[1:10:32] </w:t>
      </w:r>
      <w:r>
        <w:t>to "that is political expansion". yeh aap nahi sakte keh sakte ke woh religious expansion tha. baqi jo doosri baat hai, to is par maine kitab mein likha hai, aap padh lijie.</w:t>
      </w:r>
    </w:p>
    <w:p>
      <w:pPr>
        <w:jc w:val="right"/>
      </w:pPr>
      <w:r>
        <w:t>تو "دیٹ از پولیٹیکل ایکسپینشن"۔ یہ آپ نہیں سکتے کہہ سکتے کہ وہ ریلیجیس ایکسپینشن تھا۔ باقی جو دوسری بات ہے، تو اس پر میں نے کتاب میں لکھا ہے، آپ پڑھ لیجئے۔</w:t>
      </w:r>
    </w:p>
    <w:p>
      <w:r>
        <w:rPr>
          <w:b/>
        </w:rPr>
        <w:t xml:space="preserve">[1:10:43] </w:t>
      </w:r>
      <w:r>
        <w:t>woh yeh kitab "hikmat-e-islam" hai, is par is ki tafseel maujood hai.</w:t>
      </w:r>
    </w:p>
    <w:p>
      <w:pPr>
        <w:jc w:val="right"/>
      </w:pPr>
      <w:r>
        <w:t>وہ یہ کتاب "حکمت اسلام" ہے، اس پر اس کی تفصیل موجود ہے۔</w:t>
      </w:r>
    </w:p>
    <w:p>
      <w:r>
        <w:rPr>
          <w:b/>
        </w:rPr>
        <w:t xml:space="preserve">[1:10:50] </w:t>
      </w:r>
      <w:r>
        <w:t>maulana, agla sawal dilli se hai miss naghma siddiqui ka. unhon ne likha hai: "what thinks should be develop in our self for a universal approach?</w:t>
      </w:r>
    </w:p>
    <w:p>
      <w:pPr>
        <w:jc w:val="right"/>
      </w:pPr>
      <w:r>
        <w:t>مولانا، اگلا سوال دلی سے ہے مس نغمہ صدیقی کا۔ انہوں نے لکھا ہے: "واٹ تھنکس شوڈ بی ڈویلپ ان اور سیلف فار ا یونیورسل اپروچ؟</w:t>
      </w:r>
    </w:p>
    <w:p>
      <w:r>
        <w:rPr>
          <w:b/>
        </w:rPr>
        <w:t xml:space="preserve">[1:11:00] </w:t>
      </w:r>
      <w:r>
        <w:t>kindly advice." ab main to samajhta hoon ke jaise aadmi ke andar objective thinking aye gi, woh itni hi universal approach aye gi.</w:t>
      </w:r>
    </w:p>
    <w:p>
      <w:pPr>
        <w:jc w:val="right"/>
      </w:pPr>
      <w:r>
        <w:t>کائنڈلی ایڈوائس۔" اب میں تو سمجھتا ہوں کہ جیسے آدمی کے اندر ابجیکٹو تھنکنگ آئے گی، وہ اتنی ہی یونیورسل اپروچ آئے گی۔</w:t>
      </w:r>
    </w:p>
    <w:p>
      <w:r>
        <w:rPr>
          <w:b/>
        </w:rPr>
        <w:t xml:space="preserve">[1:11:11] </w:t>
      </w:r>
      <w:r>
        <w:t>sara mamla hai ke logon ke andar subjective thinking hoti hai, yani apne aap ko le kar samajhna, apni family ko le kar samajhna, apni qaum ko le kar samajhna, poori mankind ko le kar nahi sochte log aam taur par.</w:t>
      </w:r>
    </w:p>
    <w:p>
      <w:pPr>
        <w:jc w:val="right"/>
      </w:pPr>
      <w:r>
        <w:t>سارا معاملہ ہے کہ لوگوں کے اندر سبجیکٹو تھنکنگ ہوتی ہے، یعنی اپنے آپ کو لے کر سمجھنا، اپنی فیملی کو لے کر سمجھنا، اپنی قوم کو لے کر سمجھنا، پوری مین کائنڈ کو لے کر نہیں سوچتے لوگ عام طور پر۔</w:t>
      </w:r>
    </w:p>
    <w:p>
      <w:r>
        <w:rPr>
          <w:b/>
        </w:rPr>
        <w:t xml:space="preserve">[1:11:26] </w:t>
      </w:r>
      <w:r>
        <w:t>to is soch ko aadmi jab tak badle ga ke woh poori mankind ko le kar soche ga, to universal approach apne aap aa jaye gi.</w:t>
      </w:r>
    </w:p>
    <w:p>
      <w:pPr>
        <w:jc w:val="right"/>
      </w:pPr>
      <w:r>
        <w:t>تو اس سوچ کو آدمی جب تک بدلے گا کہ وہ پوری مین کائنڈ کو لے کر سوچے گا، تو یونیورسل اپروچ اپنے آپ آ جائے گا۔</w:t>
      </w:r>
    </w:p>
    <w:p>
      <w:r>
        <w:rPr>
          <w:b/>
        </w:rPr>
        <w:t xml:space="preserve">[1:11:36] </w:t>
      </w:r>
      <w:r>
        <w:t>to har aadmi ko chahiye ke woh apna introspection kare. ab woh jaane ke meri soch kya hai, self centered soch hai ya universal soch hai.</w:t>
      </w:r>
    </w:p>
    <w:p>
      <w:pPr>
        <w:jc w:val="right"/>
      </w:pPr>
      <w:r>
        <w:t>تو ہر آدمی کو چاہیے کہ وہ اپنا انٹراسپیکشن کرے۔ اب وہ جانے کہ میری سوچ کیا ہے، سیلف سینٹرڈ سوچ ہے یا یونیورسل سوچ ہے۔</w:t>
      </w:r>
    </w:p>
    <w:p>
      <w:r>
        <w:rPr>
          <w:b/>
        </w:rPr>
        <w:t xml:space="preserve">[1:11:50] </w:t>
      </w:r>
      <w:r>
        <w:t>yeh khud hi aadmi apne ko jaan sakta hai, khud hi aadmi apne ko theek bhi kar sakta hai.</w:t>
      </w:r>
    </w:p>
    <w:p>
      <w:pPr>
        <w:jc w:val="right"/>
      </w:pPr>
      <w:r>
        <w:t>یہ خود ہی آدمی اپنے کو جان سکتا ہے، خود ہی آدمی اپنے کو ٹھیک بھی کر سکتا ہے۔</w:t>
      </w:r>
    </w:p>
    <w:p>
      <w:r>
        <w:rPr>
          <w:b/>
        </w:rPr>
        <w:t xml:space="preserve">[1:11:57] </w:t>
      </w:r>
      <w:r>
        <w:t>maulana, agla sawal mister ramesh siddiqui ka dilli se hai. unhon ne likha hai: "i meet a group of people who wanted to know my opinion in blasphemy.</w:t>
      </w:r>
    </w:p>
    <w:p>
      <w:pPr>
        <w:jc w:val="right"/>
      </w:pPr>
      <w:r>
        <w:t>مولانا، اگلا سوال مسٹر رامش صدیقی کا دلی سے ہے۔ انہوں نے لکھا ہے: "آئی میٹ ا گروپ آف پیپل ہو وانٹڈ ٹو نو مائی اوپینین ان بلاسفیمی۔</w:t>
      </w:r>
    </w:p>
    <w:p>
      <w:r>
        <w:rPr>
          <w:b/>
        </w:rPr>
        <w:t xml:space="preserve">[1:12:08] </w:t>
      </w:r>
      <w:r>
        <w:t>i said that the quran does not prescribe any punishment for blasphemy. in reply to this, they quoted a verse from the quran which says: 'may his hands, that is abu lahab's hands, perish</w:t>
      </w:r>
    </w:p>
    <w:p>
      <w:pPr>
        <w:jc w:val="right"/>
      </w:pPr>
      <w:r>
        <w:t>آئی سیڈ دیٹ دا قرآن ڈز ناٹ پریسکرائب اینی پنشمنٹ فار بلاسفیمی۔ ان ریپلائی ٹو دس، دے کوٹڈ ا ورس فرام دا قرآن وچ سیز: 'مے ہز ہینڈز، دیٹ از ابو لہب ہینڈز، پیرش</w:t>
      </w:r>
    </w:p>
    <w:p>
      <w:r>
        <w:rPr>
          <w:b/>
        </w:rPr>
        <w:t xml:space="preserve">[1:12:24] </w:t>
      </w:r>
      <w:r>
        <w:t>.' maulana, why do muslims misinterpret quran? please comment." yeh to aise hi hai jaise koi kahe ke main dilli mein hoon, is ka matlab hai ke jo sach par iktal kar raha hoon.</w:t>
      </w:r>
    </w:p>
    <w:p>
      <w:pPr>
        <w:jc w:val="right"/>
      </w:pPr>
      <w:r>
        <w:t>۔' مولانا، وائی ڈو مسلمز مس انٹرپریٹ قرآن؟ پلیز کمنٹ۔" یہ تو ایسے ہی ہے جیسے کوئی کہے کہ میں دلی میں ہوں، اس کا معنی ہے کہ جو سچ پر اکتال کر رہا ہوں۔</w:t>
      </w:r>
    </w:p>
    <w:p>
      <w:r>
        <w:rPr>
          <w:b/>
        </w:rPr>
        <w:t xml:space="preserve">[1:12:38] </w:t>
      </w:r>
      <w:r>
        <w:t>to aise to koi baat sabit nahi hoti. tibbat hai, tibbat ya aap ke lehaz se koi talluq khatam rasool se, masjid se nahi hai.</w:t>
      </w:r>
    </w:p>
    <w:p>
      <w:pPr>
        <w:jc w:val="right"/>
      </w:pPr>
      <w:r>
        <w:t>تو ایسے تو کوئی بات ثابت نہیں ہوتی۔ تبت ہے، تبت یا آپ کے لحاظ سے کوئی تعلق ختم رسول سے، مسجد سے نہیں ہے۔</w:t>
      </w:r>
    </w:p>
    <w:p>
      <w:r>
        <w:rPr>
          <w:b/>
        </w:rPr>
        <w:t xml:space="preserve">[1:12:51] </w:t>
      </w:r>
      <w:r>
        <w:t>yeh to bilkul zabardasti ki gandhari ki baat hai.</w:t>
      </w:r>
    </w:p>
    <w:p>
      <w:pPr>
        <w:jc w:val="right"/>
      </w:pPr>
      <w:r>
        <w:t>یہ تو بالکل زبردستی کی گاندھری کی بات ہے۔</w:t>
      </w:r>
    </w:p>
    <w:p>
      <w:r>
        <w:rPr>
          <w:b/>
        </w:rPr>
        <w:t xml:space="preserve">[1:12:55] </w:t>
      </w:r>
      <w:r>
        <w:t>maulana, yeh sawal aaya hai doctor najma siddiqui ka dilli se. unhon ne likha hai: "maulana sahib, do you think that most people can understand quran by simply reading it?</w:t>
      </w:r>
    </w:p>
    <w:p>
      <w:pPr>
        <w:jc w:val="right"/>
      </w:pPr>
      <w:r>
        <w:t>مولانا، یہ سوال آیا ہے ڈاکٹر نجمہ صدیقی کا دلی سے۔ انہوں نے لکھا ہے: "مولانا صاحب، ڈو یو تھنک دیٹ موسٹ پیپل کین انڈرسٹینڈ قرآن بائے سمپلی ریڈنگ اٹ؟</w:t>
      </w:r>
    </w:p>
    <w:p>
      <w:r>
        <w:rPr>
          <w:b/>
        </w:rPr>
        <w:t xml:space="preserve">[1:13:09] </w:t>
      </w:r>
      <w:r>
        <w:t>further, would they be able to relate it to muslims reactions or demonstrations as in islamic? or we need to have straight forward articles written explaining with specific quran surah.</w:t>
      </w:r>
    </w:p>
    <w:p>
      <w:pPr>
        <w:jc w:val="right"/>
      </w:pPr>
      <w:r>
        <w:t>فردر، وڈ دے بی ایبل ٹو ریلیٹ اٹ ٹو مسلمز ری ایکشنز اور ڈیمونسٹریشنز ایز ان اسلامک؟ اور وی نیڈ ٹو ہیو سٹریٹ فارورڈ آرٹیکلز رٹن ایکسپلیننگ ود سپیسیفک قرآن سورہ۔</w:t>
      </w:r>
    </w:p>
    <w:p>
      <w:r>
        <w:rPr>
          <w:b/>
        </w:rPr>
        <w:t xml:space="preserve">[1:13:24] </w:t>
      </w:r>
      <w:r>
        <w:t>waT iz yor opinion?" dekhiye, aaj mein do level hain. ek to yeh hai ke quran ki jo teaching hai, woh saada tor par is ko janiye, is ko amal kijiye.</w:t>
      </w:r>
    </w:p>
    <w:p>
      <w:pPr>
        <w:jc w:val="right"/>
      </w:pPr>
      <w:r>
        <w:t>واٹ از یور اوپینین؟" دیکھیے، آج میں دو لیول ہیں۔ ایک تو یہ ہے کہ قرآن کی جو ٹیچنگ ہے، وہ سادہ طور پر اس کو جانیں، اس کو عمل کریں۔</w:t>
      </w:r>
    </w:p>
    <w:p>
      <w:r>
        <w:rPr>
          <w:b/>
        </w:rPr>
        <w:t xml:space="preserve">[1:13:42] </w:t>
      </w:r>
      <w:r>
        <w:t>jaise quran mein aqim-us-salat, hum namaz ada karne lage, is tarah ka aur bohat si teaching hai. to quran ko saada tor par samajhna aur apni daily life mein is par is ko follow karna, yeh to sirf translation parh kar ho jata hai.</w:t>
      </w:r>
    </w:p>
    <w:p>
      <w:pPr>
        <w:jc w:val="right"/>
      </w:pPr>
      <w:r>
        <w:t>جیسے قرآن میں اقیم الصلوۃ، ہم نماز ادا کرنے لگے، اس طرح کا اور بہت سی ٹیچنگ ہے۔ تو قرآن کو سادہ طور پر سمجھنا اور اپنی ڈیلی لائف میں اس پر اس کو فالو کرنا، یہ تو صرف ٹرانسلیشن پڑھ کر ہو جاتا ہے۔</w:t>
      </w:r>
    </w:p>
    <w:p>
      <w:r>
        <w:rPr>
          <w:b/>
        </w:rPr>
        <w:t xml:space="preserve">[1:14:03] </w:t>
      </w:r>
      <w:r>
        <w:t>translation kafi hai is ke liye, lekin deeper meaning jo quran ki hai, to woh to is ke liye baqayda arabi janna chahiye aur bohat garam study karni paregi.</w:t>
      </w:r>
    </w:p>
    <w:p>
      <w:pPr>
        <w:jc w:val="right"/>
      </w:pPr>
      <w:r>
        <w:t>ٹرانسلیشن کافی ہے اس کے لیے، لیکن ڈیپر میننگ جو قرآن کی ہے، تو وہ تو اس کے لیے باقاعدہ عربی جاننا چاہیے اور بہت گرم اسٹڈی کرنی پڑے گی۔</w:t>
      </w:r>
    </w:p>
    <w:p>
      <w:r>
        <w:rPr>
          <w:b/>
        </w:rPr>
        <w:t xml:space="preserve">[1:14:16] </w:t>
      </w:r>
      <w:r>
        <w:t>to woh woh woh ulama ka kaam hai, woh har ek ka kaam nahi hai. har ek ki yeh zaroorat nahi hai ke woh deeper meaning tak pohnche.</w:t>
      </w:r>
    </w:p>
    <w:p>
      <w:pPr>
        <w:jc w:val="right"/>
      </w:pPr>
      <w:r>
        <w:t>تو وہ وہ وہ علماء کا کام ہے، وہ ہر ایک کا کام نہیں ہے۔ ہر ایک کی یہ ضرورت نہیں ہے کہ وہ ڈیپر میننگ تک پہنچے۔</w:t>
      </w:r>
    </w:p>
    <w:p>
      <w:r>
        <w:rPr>
          <w:b/>
        </w:rPr>
        <w:t xml:space="preserve">[1:14:26] </w:t>
      </w:r>
      <w:r>
        <w:t>aam logon ko itna hi kafi hai ke woh tarjuma parh lein aur is se jo saada tor par jo meaning samajh mein aa rahi hai, us ko follow karein.</w:t>
      </w:r>
    </w:p>
    <w:p>
      <w:pPr>
        <w:jc w:val="right"/>
      </w:pPr>
      <w:r>
        <w:t>عام لوگوں کو اتنا ہی کافی ہے کہ وہ ترجمہ پڑھ لیں اور اس سے جو سادہ طور پر جو میننگ سمجھ میں آ رہی ہے، اس کو فالو کریں۔</w:t>
      </w:r>
    </w:p>
    <w:p>
      <w:r>
        <w:rPr>
          <w:b/>
        </w:rPr>
        <w:t xml:space="preserve">[1:14:36] </w:t>
      </w:r>
      <w:r>
        <w:t>baqi ulama ka kaam hai ke woh is ko, is ka modern application daryaft karein, is ko redefine karein, is ko aaj ke lehaz se interpretation dein.</w:t>
      </w:r>
    </w:p>
    <w:p>
      <w:pPr>
        <w:jc w:val="right"/>
      </w:pPr>
      <w:r>
        <w:t>باقی علماء کا کام ہے کہ وہ اس کو، اس کا ماڈرن ایپلیکیشن دریافت کریں، اس کو ری ڈیفائن کریں، اس کو آج کے لحاظ سے انٹرپریٹیشن دیں۔</w:t>
      </w:r>
    </w:p>
    <w:p>
      <w:r>
        <w:rPr>
          <w:b/>
        </w:rPr>
        <w:t xml:space="preserve">[1:14:49] </w:t>
      </w:r>
      <w:r>
        <w:t>is ka yeh ulama ka kaam hai. agarche ulama yeh kaam kar nahi rahe hain, lekin behal yeh ulama ki zimmedari hai ke unhein ada karna chahiye.</w:t>
      </w:r>
    </w:p>
    <w:p>
      <w:pPr>
        <w:jc w:val="right"/>
      </w:pPr>
      <w:r>
        <w:t>اس کا یہ علماء کا کام ہے۔ اگرچہ علماء یہ کام کر نہیں رہے ہیں، لیکن بہرحال یہ علماء کی ذمہ داری ہے کہ انہیں ادا کرنا چاہیے۔</w:t>
      </w:r>
    </w:p>
    <w:p>
      <w:r>
        <w:rPr>
          <w:b/>
        </w:rPr>
        <w:t xml:space="preserve">[1:14:57] </w:t>
      </w:r>
      <w:r>
        <w:t>hadith mein aata hai ke ulama-e-ummat kamyab bani israel hain, jo pichle zamane mein yeh kaam na anbiya karte the, ab ulama-e-ummat ko yeh kaam karna hai.</w:t>
      </w:r>
    </w:p>
    <w:p>
      <w:pPr>
        <w:jc w:val="right"/>
      </w:pPr>
      <w:r>
        <w:t>حدیث میں آتا ہے کہ علماء و امتی کامیاب بنی اسرائیل ہیں، جو پچھلے زمانے میں یہ کام نہ انبیاء کرتے تھے، اب علمائے امت کو یہ کام کرنا ہے۔</w:t>
      </w:r>
    </w:p>
    <w:p>
      <w:r>
        <w:rPr>
          <w:b/>
        </w:rPr>
        <w:t xml:space="preserve">[1:15:12] </w:t>
      </w:r>
      <w:r>
        <w:t>to ab woh apni zimmedari ada karein ya na karein, alag baat hai, lekin usoolan yeh ulama ka kaam hai, awam ka kaam nahi hai.</w:t>
      </w:r>
    </w:p>
    <w:p>
      <w:pPr>
        <w:jc w:val="right"/>
      </w:pPr>
      <w:r>
        <w:t>تو اب وہ اپنی ذمہ داری ادا کریں یا نہ کریں، الگ بات ہے، لیکن اصولاً یہ علماء کا کام ہے، عوام کا کام نہیں ہے۔</w:t>
      </w:r>
    </w:p>
    <w:p>
      <w:r>
        <w:rPr>
          <w:b/>
        </w:rPr>
        <w:t xml:space="preserve">[1:15:23] </w:t>
      </w:r>
      <w:r>
        <w:t>maulana, agla sawal dilli se hai mr. ramesh siddiqui ka. unhone likha hai: "why is it that all the muslims who are engaged in protest against blasphemy, but none of them have made any attempts to kill Salman Rushdie?"</w:t>
      </w:r>
    </w:p>
    <w:p>
      <w:pPr>
        <w:jc w:val="right"/>
      </w:pPr>
      <w:r>
        <w:t>مولانا، اگلا سوال دلی سے ہے مسٹر رامش صدیقی کا۔ انہوں نے لکھا ہے: "وائی از اٹ دیٹ آل دا مسلمز ہو آر انگیجڈ ان پروٹیسٹ اگینسٹ بلاسفیمی، بٹ نون آف دیم ہیو میڈ اینی اٹیمپٹس ٹو کل سلمان رشدی؟</w:t>
      </w:r>
    </w:p>
    <w:p>
      <w:r>
        <w:rPr>
          <w:b/>
        </w:rPr>
        <w:t xml:space="preserve">[1:15:39] </w:t>
      </w:r>
      <w:r>
        <w:t>is it hypocrisy?" ji, bilashuba hypocrisy hai. meri mulaqat ek sahab se hui, un ka naam tha dr. abdul salam msc, ke woh ab un ka intiqal ho gaya.</w:t>
      </w:r>
    </w:p>
    <w:p>
      <w:pPr>
        <w:jc w:val="right"/>
      </w:pPr>
      <w:r>
        <w:t>از اٹ ہیپوکریسی؟" جی، بلاشبہ ہیپوکریسی ہے۔ میری ملاقات ایک صاحب سے ہوئی، ان کا نام تھا ڈاکٹر عبدالسلام ایم ایس سی، کہ وہ اب ان کا انتقال ہو گیا۔</w:t>
      </w:r>
    </w:p>
    <w:p>
      <w:r>
        <w:rPr>
          <w:b/>
        </w:rPr>
        <w:t xml:space="preserve">[1:15:52] </w:t>
      </w:r>
      <w:r>
        <w:t>to woh america ke ek university mein parhate the, us ka professor the. woh to un se mulaqat hui to unhone bataya ke hamari university mein jo muslim talaba hain,</w:t>
      </w:r>
    </w:p>
    <w:p>
      <w:pPr>
        <w:jc w:val="right"/>
      </w:pPr>
      <w:r>
        <w:t>تو وہ امریکہ کے ایک یونیورسٹی میں پڑھاتے تھے، اس کا پروفیسر تھے۔ وہ تو ان سے ملاقات ہوئی تو انہوں نے بتایا کہ ہماری یونیورسٹی میں جو مسلم طلباء ہیں،</w:t>
      </w:r>
    </w:p>
    <w:p>
      <w:r>
        <w:rPr>
          <w:b/>
        </w:rPr>
        <w:t xml:space="preserve">[1:16:05] </w:t>
      </w:r>
      <w:r>
        <w:t>unhone us zamane ki baat hai jab apni university ke baad bari dhoom machi hui thi, sab ki baat hai.</w:t>
      </w:r>
    </w:p>
    <w:p>
      <w:pPr>
        <w:jc w:val="right"/>
      </w:pPr>
      <w:r>
        <w:t>انہوں نے اس زمانے کی بات ہے جب اپنی یونیورسٹی کے بعد بڑی دھوم مچی ہوئی تھی، سب کی بات ہے۔</w:t>
      </w:r>
    </w:p>
    <w:p>
      <w:r>
        <w:rPr>
          <w:b/>
        </w:rPr>
        <w:t xml:space="preserve">[1:16:13] </w:t>
      </w:r>
      <w:r>
        <w:t>to wahan par ek seminar kiya gaya. to ek student aaya stage par, bohat dhoom se laga bolne ke "Rushdie ko qatl karo, Rushdie ko zinda rehne na do, woh ko qatl karna farz hai musalmanon par." to dr. abdul salam sahab stage par aaye, unhone bohat hi, bohat hi, woh bohat hi thande mizaj ke aadmi the.</w:t>
      </w:r>
    </w:p>
    <w:p>
      <w:pPr>
        <w:jc w:val="right"/>
      </w:pPr>
      <w:r>
        <w:t>تو وہاں پر ایک سیمینار کیا گیا۔ تو ایک سٹوڈنٹ آیا اسٹیج پر، بہت دھوم سے لگا بولنے کہ "رستی کو قتل کرو، رستی کو زندہ رہنے نہ دو، وہ کو قتل کرنا فرض ہے مسلمانوں پر۔" تو ڈاکٹر عبدالسلام صاحب اسٹیج پر آئے، انہوں نے بہت ہی، بہت ہی، وہ بہت ہی ٹھنڈے مزاج کے آدمی تھے۔</w:t>
      </w:r>
    </w:p>
    <w:p>
      <w:r>
        <w:rPr>
          <w:b/>
        </w:rPr>
        <w:t xml:space="preserve">[1:16:39] </w:t>
      </w:r>
      <w:r>
        <w:t>unhone kaha ke "mere bhai, tum apne kehne mein sincere nahi ho. agar to apne kehne mein sincere hote to us waqt tum london mein hote." yeh sare musalmanon ka haal yeh hai ke nare laga rahe hain aur koi bhi sincere nahi,</w:t>
      </w:r>
    </w:p>
    <w:p>
      <w:pPr>
        <w:jc w:val="right"/>
      </w:pPr>
      <w:r>
        <w:t>انہوں نے کہا کہ "میرے بھائی، تم اپنے کہنے میں سنسیئر نہیں ہو۔ اگر تو اپنے کہنے میں سنسیئر ہوتے تو اس وقت تم لندن میں ہوتے۔" یہ سارے مسلمانوں کا حال یہ ہے کہ نعرے لگا رہے ہیں اور کوئی بھی سنسیئر نہیں،</w:t>
      </w:r>
    </w:p>
    <w:p>
      <w:r>
        <w:rPr>
          <w:b/>
        </w:rPr>
        <w:t xml:space="preserve">[1:16:58] </w:t>
      </w:r>
      <w:r>
        <w:t>koi bhi sincere nahi. to isi kalam hona hai, isi kalam hypocrisy hai, is mein to koi shakk hi nahi.</w:t>
      </w:r>
    </w:p>
    <w:p>
      <w:pPr>
        <w:jc w:val="right"/>
      </w:pPr>
      <w:r>
        <w:t>کوئی بھی سنسیئر نہیں۔ تو اسی کلام ہونا ہے، اسی کلام ہیپوکریسی ہے، اس میں تو کوئی شک ہی نہیں۔</w:t>
      </w:r>
    </w:p>
    <w:p>
      <w:r>
        <w:rPr>
          <w:b/>
        </w:rPr>
        <w:t xml:space="preserve">[1:17:07] </w:t>
      </w:r>
      <w:r>
        <w:t>sab se bari hypocrisy yeh hai ke musalman jis west se nafrat karte hain, usi west ke culture ko apnaye hue hain. usi west mein apne apne beta beti ko bhi bhej kar khush hote hain ke "mera ladka USA mein settle ho gaya, meri beti yeh America mein settle ho gayi." isi ko follow karte hain aur usi ki nafrat bhi karte hain.</w:t>
      </w:r>
    </w:p>
    <w:p>
      <w:pPr>
        <w:jc w:val="right"/>
      </w:pPr>
      <w:r>
        <w:t>سب سے بڑی ہیپوکریسی یہ ہے کہ مسلمان جس ویسٹ سے نفرت کرتے ہیں، اسی ویسٹ کے کلچر کو اپنائے ہوئے ہیں۔ اسی ویسٹ میں اپنے اپنے بیٹا بیٹیوں کو بھیج کر خوش ہوتے ہیں کہ "میرا لڑکا یو ایس اے میں سیٹل ہو گیا، میری بیٹی یہ امریکہ میں سیٹل ہو گئی۔" اسی کو فالو کرتے ہیں اور اسی کی نفرت بھی کرتے ہیں۔</w:t>
      </w:r>
    </w:p>
    <w:p>
      <w:r>
        <w:rPr>
          <w:b/>
        </w:rPr>
        <w:t xml:space="preserve">[1:17:30] </w:t>
      </w:r>
      <w:r>
        <w:t>yeh to har taraf hypocrisy ka</w:t>
      </w:r>
    </w:p>
    <w:p>
      <w:pPr>
        <w:jc w:val="right"/>
      </w:pPr>
      <w:r>
        <w:t>یہ تو ہر طرف ہیپوکریسی کا</w:t>
      </w:r>
    </w:p>
    <w:p>
      <w:r>
        <w:rPr>
          <w:b/>
        </w:rPr>
        <w:t xml:space="preserve">[1:17:32] </w:t>
      </w:r>
      <w:r>
        <w:t>daur daura hai. hatk ke liye mein ek martaba wahan tha birmingham mein, to wahan par chand log hum log baithe hue the.</w:t>
      </w:r>
    </w:p>
    <w:p>
      <w:pPr>
        <w:jc w:val="right"/>
      </w:pPr>
      <w:r>
        <w:t>دور دورہ ہے۔ ہتک کے لیے میں ایک مرتبہ وہاں تھا برمنگھم میں، تو وہاں پر چند لوگ ہم لوگ بیٹھے ہوئے تھے۔</w:t>
      </w:r>
    </w:p>
    <w:p>
      <w:r>
        <w:rPr>
          <w:b/>
        </w:rPr>
        <w:t xml:space="preserve">[1:17:43] </w:t>
      </w:r>
      <w:r>
        <w:t>to to musalman the, woh un mein ek pakistan ka journalist bhi tha, bohat us ko tajruba tha.</w:t>
      </w:r>
    </w:p>
    <w:p>
      <w:pPr>
        <w:jc w:val="right"/>
      </w:pPr>
      <w:r>
        <w:t>تو تو مسلمان تھے، وہ ان میں ایک پاکستان کا جرنلسٹ بھی تھا، بہت اس کو تجربہ تھا۔</w:t>
      </w:r>
    </w:p>
    <w:p>
      <w:r>
        <w:rPr>
          <w:b/>
        </w:rPr>
        <w:t xml:space="preserve">[1:17:54] </w:t>
      </w:r>
      <w:r>
        <w:t>to kisi ne is mein kaha ke "is zamane ke musalman jo hain, so mein 99 hypocrite ho gaye hain." to journalist ne kaha ke "tum so mein 99 kehte ho,</w:t>
      </w:r>
    </w:p>
    <w:p>
      <w:pPr>
        <w:jc w:val="right"/>
      </w:pPr>
      <w:r>
        <w:t>تو کسی نے اس میں کہا کہ "اس زمانے کے مسلمان جو ہیں، سو میں 99 ہیپوکریٹ ہو گئے ہیں۔" تو جرنلسٹ نے کہا کہ "تم سو میں 99 کہتے ہو،</w:t>
      </w:r>
    </w:p>
    <w:p>
      <w:r>
        <w:rPr>
          <w:b/>
        </w:rPr>
        <w:t xml:space="preserve">[1:18:07] </w:t>
      </w:r>
      <w:r>
        <w:t>yani so mein ek nahi, lakh mein ek koi hoga jo munafiq na hoga." aur kisi ne us ko, us ko kaata nahi, us ki baat ko. to</w:t>
      </w:r>
    </w:p>
    <w:p>
      <w:pPr>
        <w:jc w:val="right"/>
      </w:pPr>
      <w:r>
        <w:t>یعنی سو میں ایک نہیں، لاکھ میں ایک کوئی ہوگا جو منافق نہ ہوگا۔" اور کسی نے اس کو، اس کو کاٹا نہیں، اس کی بات کو۔ تو</w:t>
      </w:r>
    </w:p>
    <w:p>
      <w:r>
        <w:rPr>
          <w:b/>
        </w:rPr>
        <w:t xml:space="preserve">[1:18:17] </w:t>
      </w:r>
      <w:r>
        <w:t>yeh sara munafiqat ka hangama hai, is ka islam se koi taluq nahi, koi hisab se taluq nahi. na koi, na kisi ne, yani na kisi ne islam ko parha hai, na kisi ne is ke liye duayein ki hain, na is ke liye koi dua work kiya hai.</w:t>
      </w:r>
    </w:p>
    <w:p>
      <w:pPr>
        <w:jc w:val="right"/>
      </w:pPr>
      <w:r>
        <w:t>یہ سارا منافقت کا ہنگامہ ہے، اس کا اسلام سے کوئی تعلق نہیں، کوئی حساب سے تعلق نہیں۔ نہ کوئی، نہ کسی نے، یعنی نہ کسی نے اسلام کو پڑھا ہے، نہ کسی نے اس کے لیے دعائیں کی ہیں، نہ اس کے لیے کوئی دعا ورک کیا ہے۔</w:t>
      </w:r>
    </w:p>
    <w:p>
      <w:r>
        <w:rPr>
          <w:b/>
        </w:rPr>
        <w:t xml:space="preserve">[1:18:37] </w:t>
      </w:r>
      <w:r>
        <w:t>koi jhanda le khada ho gaya isi stage par.</w:t>
      </w:r>
    </w:p>
    <w:p>
      <w:pPr>
        <w:jc w:val="right"/>
      </w:pPr>
      <w:r>
        <w:t>کوئی جھنڈا لے کھڑا ہو گیا اسی اسٹیج پر۔</w:t>
      </w:r>
    </w:p>
    <w:p>
      <w:r>
        <w:rPr>
          <w:b/>
        </w:rPr>
        <w:t xml:space="preserve">[1:18:42] </w:t>
      </w:r>
      <w:r>
        <w:t>abhi mein dekh raha tha TV mein, sab coat patloon pehne hue, thath ke sath the. sab to woh coat patloon kahan se aaya? wohi west se to aaya hai.</w:t>
      </w:r>
    </w:p>
    <w:p>
      <w:pPr>
        <w:jc w:val="right"/>
      </w:pPr>
      <w:r>
        <w:t>ابھی میں دیکھ رہا تھا ٹی وی میں، سب کوٹ پتول پہنے ہوئے، ٹھاٹ کے ساتھ تھے۔ سب تو وہ کوٹ پتول کہاں سے آیا؟ وہی ویسٹ سے تو آیا ہے۔</w:t>
      </w:r>
    </w:p>
    <w:p>
      <w:r>
        <w:rPr>
          <w:b/>
        </w:rPr>
        <w:t xml:space="preserve">[1:18:50] </w:t>
      </w:r>
      <w:r>
        <w:t>kot patol kyon pehnte ho? woh kapra kyon pehnte ho jo un ke blo banta hai? behtareen kapre pehne hue, kot patol aur yaani shandar un ke jism.</w:t>
      </w:r>
    </w:p>
    <w:p>
      <w:pPr>
        <w:jc w:val="right"/>
      </w:pPr>
      <w:r>
        <w:t>کوٹ پتول کیوں پہنتے ہو؟ وہ کپڑا کیوں پہنتے ہو جو ان کے بلو بنتا ہے؟ بہترین کپڑے پہنے ہوئے، کوٹ پتول اور یعنی شاندار ان کے جسم۔</w:t>
      </w:r>
    </w:p>
    <w:p>
      <w:r>
        <w:rPr>
          <w:b/>
        </w:rPr>
        <w:t xml:space="preserve">[1:19:05] </w:t>
      </w:r>
      <w:r>
        <w:t>woh sab, woh isi se, isi ke, isi par jeete hain saare log. apne bachchon ko isi culture mein paalte hain aur naare laga rahe hain.</w:t>
      </w:r>
    </w:p>
    <w:p>
      <w:pPr>
        <w:jc w:val="right"/>
      </w:pPr>
      <w:r>
        <w:t>وہ سب، وہ اسی سے، اسی کے، اسی پر جیتے ہیں سارے لوگ۔ اپنے بچوں کو اسی کلچر میں پالتے ہیں اور نعرے لگا رہے ہیں۔</w:t>
      </w:r>
    </w:p>
    <w:p>
      <w:r>
        <w:rPr>
          <w:b/>
        </w:rPr>
        <w:t xml:space="preserve">[1:19:16] </w:t>
      </w:r>
      <w:r>
        <w:t>yeh toh bilashuba hypocrisy hai, bilashuba munafiqat hai.</w:t>
      </w:r>
    </w:p>
    <w:p>
      <w:pPr>
        <w:jc w:val="right"/>
      </w:pPr>
      <w:r>
        <w:t>یہ تو بلاشبہ ہیپوکریسی ہے، بلاشبہ منافقت ہے۔</w:t>
      </w:r>
    </w:p>
    <w:p>
      <w:r>
        <w:rPr>
          <w:b/>
        </w:rPr>
        <w:t xml:space="preserve">[1:19:19] </w:t>
      </w:r>
      <w:r>
        <w:t>Allah taala ke haan is ka one percent bhi koi value nahi hai, kuch bhi value nahi hai.</w:t>
      </w:r>
    </w:p>
    <w:p>
      <w:pPr>
        <w:jc w:val="right"/>
      </w:pPr>
      <w:r>
        <w:t>اللہ تعالی کے ہاں اس کا ون پرسنٹ بھی کوئی ویلیو نہیں ہے، کچھ بھی ویلیو نہیں ہے۔</w:t>
      </w:r>
    </w:p>
    <w:p>
      <w:r>
        <w:rPr>
          <w:b/>
        </w:rPr>
        <w:t xml:space="preserve">[1:19:28] </w:t>
      </w:r>
      <w:r>
        <w:t>Maulana, agla sawal Tamil Nadu se hai Maulana Iqbal Umri sahab ka. unhon ne aap se poocha hai ke "amanat ejtijah kya hota hai?</w:t>
      </w:r>
    </w:p>
    <w:p>
      <w:pPr>
        <w:jc w:val="right"/>
      </w:pPr>
      <w:r>
        <w:t>مولانا، اگلا سوال تمل ناڈو سے ہے مولانا اقبال عمری صاحب کا۔ انہوں نے آپ سے پوچھا ہے کہ "پرامن احتجاج کیا ہوتا ہے؟</w:t>
      </w:r>
    </w:p>
    <w:p>
      <w:r>
        <w:rPr>
          <w:b/>
        </w:rPr>
        <w:t xml:space="preserve">[1:19:38] </w:t>
      </w:r>
      <w:r>
        <w:t>chand log is ko bari baat samajhte hain." is ke baray mein bataein. ejtijah chahe amanat ho ya ghair amanat, Islam mein hai hi nahi.</w:t>
      </w:r>
    </w:p>
    <w:p>
      <w:pPr>
        <w:jc w:val="right"/>
      </w:pPr>
      <w:r>
        <w:t>چند لوگ اس کو بڑی بات سمجھتے ہیں۔" اس کے بارے میں بتائیں۔ احتجاج چاہے پرامن ہو یا غیر پرامن، اسلام میں ہے ہی نہیں۔</w:t>
      </w:r>
    </w:p>
    <w:p>
      <w:r>
        <w:rPr>
          <w:b/>
        </w:rPr>
        <w:t xml:space="preserve">[1:19:47] </w:t>
      </w:r>
      <w:r>
        <w:t>ejtijah ka concept Islam mein hai hi nahi. amanat ho ya partashaddud, dono halaton mein woh ghair Islami hai. is ka saboot yeh hai ke Rasool Allah ke zamane mein Kaaba mein, jo ke sab se muqaddas masjid hai, goya is mein kai so ki tadad mein but rakhe hue thay.</w:t>
      </w:r>
    </w:p>
    <w:p>
      <w:pPr>
        <w:jc w:val="right"/>
      </w:pPr>
      <w:r>
        <w:t>احتجاج کا کانسیپٹ اسلام میں ہے ہی نہیں۔ پرامن ہو یا پرتشدد، دونوں حالتوں میں وہ غیر اسلامی ہے۔ اس کا ثبوت یہ ہے کہ رسول اللہ کے زمانے میں کعبہ میں، جو کہ سب سے مقدس مسجد ہے، گویا اس میں کئی سو کی تعداد میں بت رکھے ہوئے تھے۔</w:t>
      </w:r>
    </w:p>
    <w:p>
      <w:r>
        <w:rPr>
          <w:b/>
        </w:rPr>
        <w:t xml:space="preserve">[1:20:09] </w:t>
      </w:r>
      <w:r>
        <w:t>but ke Rasool Allah ne kabhi protest nahi kiya, kabhi ejtijah nahi kiya.</w:t>
      </w:r>
    </w:p>
    <w:p>
      <w:pPr>
        <w:jc w:val="right"/>
      </w:pPr>
      <w:r>
        <w:t>بت کہ رسول اللہ نے کبھی پروٹیسٹ نہیں کیا، کبھی احتجاج نہیں کیا۔</w:t>
      </w:r>
    </w:p>
    <w:p>
      <w:r>
        <w:rPr>
          <w:b/>
        </w:rPr>
        <w:t xml:space="preserve">[1:20:13] </w:t>
      </w:r>
      <w:r>
        <w:t>koi saboot is baat ka nahi hai ke Rasool Allah ne Sahaba ko le kar ke wahan koi protest kiya ho. yeh toh bilkul Islam se koi bhi ta'alluq nahi hai.</w:t>
      </w:r>
    </w:p>
    <w:p>
      <w:pPr>
        <w:jc w:val="right"/>
      </w:pPr>
      <w:r>
        <w:t>کوئی ثبوت اس بات کا نہیں ہے کہ رسول اللہ نے صحابہ کو لے کر کہ وہاں کوئی پروٹیسٹ کیا ہو۔ یہ تو بالکل اسلام سے کوئی بھی تعلق نہیں ہے۔</w:t>
      </w:r>
    </w:p>
    <w:p>
      <w:r>
        <w:rPr>
          <w:b/>
        </w:rPr>
        <w:t xml:space="preserve">[1:20:22] </w:t>
      </w:r>
      <w:r>
        <w:t>chahe amanat ho, tab bhi woh ghair Islami hai. amanat ho, tab bhi woh ghair Islami hai. Maulana, agla sawal Raipur se hai Idrees sahab ka.</w:t>
      </w:r>
    </w:p>
    <w:p>
      <w:pPr>
        <w:jc w:val="right"/>
      </w:pPr>
      <w:r>
        <w:t>چاہے پرامن ہو، تب بھی وہ غیر اسلامی ہے۔ پرامن ہو، تب بھی وہ غیر اسلامی ہے۔ مولانا، اگلا سوال رائے پور سے ہے ادریس صاحب کا۔</w:t>
      </w:r>
    </w:p>
    <w:p>
      <w:r>
        <w:rPr>
          <w:b/>
        </w:rPr>
        <w:t xml:space="preserve">[1:20:34] </w:t>
      </w:r>
      <w:r>
        <w:t>unhon ne likha hai: "there are only two possible causes for blasphemy.</w:t>
      </w:r>
    </w:p>
    <w:p>
      <w:pPr>
        <w:jc w:val="right"/>
      </w:pPr>
      <w:r>
        <w:t>انہوں نے لکھا ہے: "دیر آر اونلی ٹو پوسیبل کازز فار بلاسفیمی۔</w:t>
      </w:r>
    </w:p>
    <w:p>
      <w:r>
        <w:rPr>
          <w:b/>
        </w:rPr>
        <w:t xml:space="preserve">[1:20:40] </w:t>
      </w:r>
      <w:r>
        <w:t>first, ignorance. that is they don't know the truth. second, propaganda. they know but intentionally spread the falsehood.</w:t>
      </w:r>
    </w:p>
    <w:p>
      <w:pPr>
        <w:jc w:val="right"/>
      </w:pPr>
      <w:r>
        <w:t>فرسٹ، اگنورنس۔ دیٹ از دے ڈونٹ نو دا ٹروتھ۔ سیکنڈ، پروپیگنڈا۔ دے نو بٹ انٹینشنلی سپریڈ دا فالس ہڈ۔</w:t>
      </w:r>
    </w:p>
    <w:p>
      <w:r>
        <w:rPr>
          <w:b/>
        </w:rPr>
        <w:t xml:space="preserve">[1:20:50] </w:t>
      </w:r>
      <w:r>
        <w:t>protest and violence are not effective tools to fight ignorance or propaganda. the effective tools are promoting education and propagating the truth.</w:t>
      </w:r>
    </w:p>
    <w:p>
      <w:pPr>
        <w:jc w:val="right"/>
      </w:pPr>
      <w:r>
        <w:t>پروٹیسٹ اور وائلنس آر ناٹ ایفیکٹیو ٹولز ٹو فائٹ اگنورنس اور پروپیگنڈا۔ دا ایفیکٹیو ٹولز آر پروموٹنگ ایجوکیشن اینڈ پروپیگیٹنگ دا ٹروتھ۔</w:t>
      </w:r>
    </w:p>
    <w:p>
      <w:r>
        <w:rPr>
          <w:b/>
        </w:rPr>
        <w:t xml:space="preserve">[1:21:01] </w:t>
      </w:r>
      <w:r>
        <w:t>incidents in past confirms that with reference to blasphemy, protest do not produce any positive results while promoting education." does Maulana sahab, why do ulema and leaders do not learn this from their past experience?</w:t>
      </w:r>
    </w:p>
    <w:p>
      <w:pPr>
        <w:jc w:val="right"/>
      </w:pPr>
      <w:r>
        <w:t>انسیڈنٹس ان پاسٹ کنفرمز دیٹ ود ریفرنس ٹو بلاسفیمی، پروٹیسٹ ڈو ناٹ پروڈیوس اینی پوزیٹیو رزلٹس وائل پروموٹنگ ایجوکیشن۔" ڈز مولانا صاحب، وائی ڈو علماء اینڈ لیڈرز ڈو ناٹ لرن دس فرام دیر پاسٹ ایکسپیرینس؟</w:t>
      </w:r>
    </w:p>
    <w:p>
      <w:r>
        <w:rPr>
          <w:b/>
        </w:rPr>
        <w:t xml:space="preserve">[1:21:20] </w:t>
      </w:r>
      <w:r>
        <w:t>mujhe behal aap ki poori baat se mein agree karta hoon, is se ittefaq hai. is ko poora poora ittefaq hai.</w:t>
      </w:r>
    </w:p>
    <w:p>
      <w:pPr>
        <w:jc w:val="right"/>
      </w:pPr>
      <w:r>
        <w:t>مجھے بہرحال آپ کی پوری بات سے میں ایگری کرتا ہوں، اس سے اتفاق ہے۔ اس کو پورا پورا اتفاق ہے۔</w:t>
      </w:r>
    </w:p>
    <w:p>
      <w:r>
        <w:rPr>
          <w:b/>
        </w:rPr>
        <w:t xml:space="preserve">[1:21:29] </w:t>
      </w:r>
      <w:r>
        <w:t>baqi ulema jis zamane mein hain, woh awam se mukhtalif nahi hain, woh bhi jazbati ho gaye.</w:t>
      </w:r>
    </w:p>
    <w:p>
      <w:pPr>
        <w:jc w:val="right"/>
      </w:pPr>
      <w:r>
        <w:t>باقی علماء جس زمانے میں ہیں، وہ عوام سے مختلف نہیں ہیں، وہ بھی جذباتی ہو گئے۔</w:t>
      </w:r>
    </w:p>
    <w:p>
      <w:r>
        <w:rPr>
          <w:b/>
        </w:rPr>
        <w:t xml:space="preserve">[1:21:37] </w:t>
      </w:r>
      <w:r>
        <w:t>mujhe ek sahab ka telephone aaya tha wahan se, South se, ke ek wahan baqayda ek aalim ek sahab hain, unhon ne taqreer ki.</w:t>
      </w:r>
    </w:p>
    <w:p>
      <w:pPr>
        <w:jc w:val="right"/>
      </w:pPr>
      <w:r>
        <w:t>مجھے ایک صاحب کا ٹیلی فون آیا تھا وہاں سے، ساؤتھ سے، کہ ایک وہاں باقاعدہ ایک عالم ایک صاحب ہیں، انہوں نے تقریر کی۔</w:t>
      </w:r>
    </w:p>
    <w:p>
      <w:r>
        <w:rPr>
          <w:b/>
        </w:rPr>
        <w:t xml:space="preserve">[1:21:48] </w:t>
      </w:r>
      <w:r>
        <w:t>taqreer bare josh se unhon ne kaha ke "tum hum ko gaali do, hum bardasht kar len ge. tum Musalmanon ko gaali do, hum bardasht kar len ge.</w:t>
      </w:r>
    </w:p>
    <w:p>
      <w:pPr>
        <w:jc w:val="right"/>
      </w:pPr>
      <w:r>
        <w:t>تقریر بڑے جوش سے انہوں نے کہا کہ "تم ہم کو گالی دو، ہم برداشت کر لیں گے۔ تم مسلمانوں کو گالی دو، ہم برداشت کر لیں گے۔</w:t>
      </w:r>
    </w:p>
    <w:p>
      <w:r>
        <w:rPr>
          <w:b/>
        </w:rPr>
        <w:t xml:space="preserve">[1:21:58] </w:t>
      </w:r>
      <w:r>
        <w:t>tum</w:t>
      </w:r>
    </w:p>
    <w:p>
      <w:pPr>
        <w:jc w:val="right"/>
      </w:pPr>
      <w:r>
        <w:t>تم</w:t>
      </w:r>
    </w:p>
    <w:p>
      <w:r>
        <w:rPr>
          <w:b/>
        </w:rPr>
        <w:t xml:space="preserve">[1:21:59] </w:t>
      </w:r>
      <w:r>
        <w:t>hamare prophet ko gaali do, hum us ko bardasht nahi kar sakte." yeh aalim ki boli hai. toh main samajhta hoon ke is maamle mein aalim aur ghair aalim sab barabar ho gaye hain, sab jazbati ho gaye hain.</w:t>
      </w:r>
    </w:p>
    <w:p>
      <w:pPr>
        <w:jc w:val="right"/>
      </w:pPr>
      <w:r>
        <w:t>ہمارے پرافٹ کو گالی دو، ہم اس کو برداشت نہیں کر سکتے۔" یہ عالم کی بولی ہے۔ تو میں سمجھتا ہوں کہ اس معاملے میں عالم اور غیر عالم سب برابر ہو گئے ہیں، سب جذباتی ہو گئے ہیں۔</w:t>
      </w:r>
    </w:p>
    <w:p>
      <w:r>
        <w:rPr>
          <w:b/>
        </w:rPr>
        <w:t xml:space="preserve">[1:22:10] </w:t>
      </w:r>
      <w:r>
        <w:t>koi bhi, yaani tamam dunya bhar ke ulema mein apne siwa mein kisi ko nahi paata jo is maamle mein exception hai.</w:t>
      </w:r>
    </w:p>
    <w:p>
      <w:pPr>
        <w:jc w:val="right"/>
      </w:pPr>
      <w:r>
        <w:t>کوئی بھی، یعنی تمام دنیا بھر کے علماء میں اپنے سوا میں کسی کو نہیں پاتا جو اس معاملے میں ایکسیپشن ہے۔</w:t>
      </w:r>
    </w:p>
    <w:p>
      <w:r>
        <w:rPr>
          <w:b/>
        </w:rPr>
        <w:t xml:space="preserve">[1:22:19] </w:t>
      </w:r>
      <w:r>
        <w:t>koi ek bhi nahi, koi exception nahi, koi jazbat mein pehre hain, nafrat mein pehre hain.</w:t>
      </w:r>
    </w:p>
    <w:p>
      <w:pPr>
        <w:jc w:val="right"/>
      </w:pPr>
      <w:r>
        <w:t>کوئی ایک بھی نہیں، کوئی ایکسیپشن نہیں، کوئی جذبات میں پہرے ہیں، نفرت میں پہرے ہیں۔</w:t>
      </w:r>
    </w:p>
    <w:p>
      <w:r>
        <w:rPr>
          <w:b/>
        </w:rPr>
        <w:t xml:space="preserve">[1:22:27] </w:t>
      </w:r>
      <w:r>
        <w:t>ab kya kiya jaye? ya Allah taala ka yeh faisla hoga is baat ka, dunya mein hum is ka faisla nahi kar sakte.</w:t>
      </w:r>
    </w:p>
    <w:p>
      <w:pPr>
        <w:jc w:val="right"/>
      </w:pPr>
      <w:r>
        <w:t>اب کیا کیا جائے؟ یا اللہ تعالی کا یہ فیصلہ ہوگا اس بات کا، دنیا میں ہم اس کا فیصلہ نہیں کر سکتے۔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