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19 Sept 2021 - Prof. Farida Khanam</w:t>
      </w:r>
    </w:p>
    <w:p>
      <w:r>
        <w:t>https://www.youtube.com/watch?v=mpGeGz_Cfrw</w:t>
      </w:r>
    </w:p>
    <w:p>
      <w:r>
        <w:rPr>
          <w:b/>
        </w:rPr>
        <w:t xml:space="preserve">[00:12] </w:t>
      </w:r>
      <w:r>
        <w:t>bismillah rahman rahim.</w:t>
      </w:r>
    </w:p>
    <w:p>
      <w:pPr>
        <w:jc w:val="right"/>
      </w:pPr>
      <w:r>
        <w:t>بسم اللہ الرحمن الرحیم۔</w:t>
      </w:r>
    </w:p>
    <w:p>
      <w:r>
        <w:rPr>
          <w:b/>
        </w:rPr>
        <w:t xml:space="preserve">[00:17] </w:t>
      </w:r>
      <w:r>
        <w:t>to mein aik Maulana sahib ka aik article parh rahi thi "Love of God" pe, to un se</w:t>
      </w:r>
    </w:p>
    <w:p>
      <w:pPr>
        <w:jc w:val="right"/>
      </w:pPr>
      <w:r>
        <w:t>تو میں ایک مولانا صاحب کا ایک آرٹیکل پڑھ رہی تھی "Love of God" پہ، تو ان سے</w:t>
      </w:r>
    </w:p>
    <w:p>
      <w:r>
        <w:rPr>
          <w:b/>
        </w:rPr>
        <w:t xml:space="preserve">[00:22] </w:t>
      </w:r>
      <w:r>
        <w:t>kisi ne poocha ke hum Khuda se muhabbat kaise karein.</w:t>
      </w:r>
    </w:p>
    <w:p>
      <w:pPr>
        <w:jc w:val="right"/>
      </w:pPr>
      <w:r>
        <w:t>کسی نے پوچھا کہ ہم خدا سے محبت کیسے کریں۔</w:t>
      </w:r>
    </w:p>
    <w:p>
      <w:r>
        <w:rPr>
          <w:b/>
        </w:rPr>
        <w:t xml:space="preserve">[00:27] </w:t>
      </w:r>
      <w:r>
        <w:t>to Maulana sahib ne poocha ke aap ka beta hai? unhon ne kaha haan.</w:t>
      </w:r>
    </w:p>
    <w:p>
      <w:pPr>
        <w:jc w:val="right"/>
      </w:pPr>
      <w:r>
        <w:t>تو مولانا صاحب نے پوچھا کہ آپ کا بیٹا ہے؟ انہوں نے کہا ہاں۔</w:t>
      </w:r>
    </w:p>
    <w:p>
      <w:r>
        <w:rPr>
          <w:b/>
        </w:rPr>
        <w:t xml:space="preserve">[00:32] </w:t>
      </w:r>
      <w:r>
        <w:t>to aap apne bete se muhabbat karte hain? unhon ne kaha certainly.</w:t>
      </w:r>
    </w:p>
    <w:p>
      <w:pPr>
        <w:jc w:val="right"/>
      </w:pPr>
      <w:r>
        <w:t>تو آپ اپنے بیٹے سے محبت کرتے ہیں؟ انہوں نے کہا سرٹنلی۔</w:t>
      </w:r>
    </w:p>
    <w:p>
      <w:r>
        <w:rPr>
          <w:b/>
        </w:rPr>
        <w:t xml:space="preserve">[00:37] </w:t>
      </w:r>
      <w:r>
        <w:t>to Maulana sahib</w:t>
      </w:r>
    </w:p>
    <w:p>
      <w:pPr>
        <w:jc w:val="right"/>
      </w:pPr>
      <w:r>
        <w:t>تو مولانا صاحب</w:t>
      </w:r>
    </w:p>
    <w:p>
      <w:r>
        <w:rPr>
          <w:b/>
        </w:rPr>
        <w:t xml:space="preserve">[00:42] </w:t>
      </w:r>
      <w:r>
        <w:t>ne kaha ke jab aap ke beta paida hua tha to aap apne mohalle mein gaye the poochne</w:t>
      </w:r>
    </w:p>
    <w:p>
      <w:pPr>
        <w:jc w:val="right"/>
      </w:pPr>
      <w:r>
        <w:t>نے کہا کہ جب آپ کے بیٹا پیدا ہوا تھا تو آپ اپنے محلے میں گئے تھے پوچھنے</w:t>
      </w:r>
    </w:p>
    <w:p>
      <w:r>
        <w:rPr>
          <w:b/>
        </w:rPr>
        <w:t xml:space="preserve">[00:47] </w:t>
      </w:r>
      <w:r>
        <w:t>ke hum bete se muhabbat kaise karte hain.</w:t>
      </w:r>
    </w:p>
    <w:p>
      <w:pPr>
        <w:jc w:val="right"/>
      </w:pPr>
      <w:r>
        <w:t>کہ ہم بیٹے سے محبت کیسے کرتے ہیں۔</w:t>
      </w:r>
    </w:p>
    <w:p>
      <w:r>
        <w:rPr>
          <w:b/>
        </w:rPr>
        <w:t xml:space="preserve">[00:52] </w:t>
      </w:r>
      <w:r>
        <w:t>to phir aap aise sawal kar rahe hain ke Khuda se muhabbat kaise karein? Khuda to bohat hi</w:t>
      </w:r>
    </w:p>
    <w:p>
      <w:pPr>
        <w:jc w:val="right"/>
      </w:pPr>
      <w:r>
        <w:t>تو پھر آپ ایسے سوال کر رہے ہیں کہ خدا سے محبت کیسے کریں؟ خدا تو بہت ہی</w:t>
      </w:r>
    </w:p>
    <w:p>
      <w:r>
        <w:rPr>
          <w:b/>
        </w:rPr>
        <w:t xml:space="preserve">[00:57] </w:t>
      </w:r>
      <w:r>
        <w:t>sab se bara benefactor hai, sab kuch hamein Khuda se mila hua hai, aur aap ne abhi tak</w:t>
      </w:r>
    </w:p>
    <w:p>
      <w:pPr>
        <w:jc w:val="right"/>
      </w:pPr>
      <w:r>
        <w:t>سب سے بڑا بینیفیکٹر ہے، سب کچھ ہمیں خدا سے ملا ہوا ہے، اور آپ نے ابھی تک</w:t>
      </w:r>
    </w:p>
    <w:p>
      <w:r>
        <w:rPr>
          <w:b/>
        </w:rPr>
        <w:t xml:space="preserve">[01:02] </w:t>
      </w:r>
      <w:r>
        <w:t>Khuda ko discover nahi kiya.</w:t>
      </w:r>
    </w:p>
    <w:p>
      <w:pPr>
        <w:jc w:val="right"/>
      </w:pPr>
      <w:r>
        <w:t>خدا کو ڈسکور نہیں کیا۔</w:t>
      </w:r>
    </w:p>
    <w:p>
      <w:r>
        <w:rPr>
          <w:b/>
        </w:rPr>
        <w:t xml:space="preserve">[01:07] </w:t>
      </w:r>
      <w:r>
        <w:t>agar aap ne Khuda ko discover kiya hota</w:t>
      </w:r>
    </w:p>
    <w:p>
      <w:pPr>
        <w:jc w:val="right"/>
      </w:pPr>
      <w:r>
        <w:t>اگر آپ نے خدا کو ڈسکور کیا ہوت</w:t>
      </w:r>
    </w:p>
    <w:p>
      <w:r>
        <w:rPr>
          <w:b/>
        </w:rPr>
        <w:t xml:space="preserve">[01:12] </w:t>
      </w:r>
      <w:r>
        <w:t>to aap aisa sawal na poochte.</w:t>
      </w:r>
    </w:p>
    <w:p>
      <w:pPr>
        <w:jc w:val="right"/>
      </w:pPr>
      <w:r>
        <w:t>ا تو آپ ایسا سوال نہ پوچھتے۔</w:t>
      </w:r>
    </w:p>
    <w:p>
      <w:r>
        <w:rPr>
          <w:b/>
        </w:rPr>
        <w:t xml:space="preserve">[01:18] </w:t>
      </w:r>
      <w:r>
        <w:t>to Khuda se jo hum ko hub-e-shadeed hona chahiye, jaisa ke Quran mein aaya hai, to yeh</w:t>
      </w:r>
    </w:p>
    <w:p>
      <w:pPr>
        <w:jc w:val="right"/>
      </w:pPr>
      <w:r>
        <w:t>تو خدا سے جو ہم کو حب شدید ہونا چاہیے، جیسا کہ قرآن میں آیا ہے، تو یہ</w:t>
      </w:r>
    </w:p>
    <w:p>
      <w:r>
        <w:rPr>
          <w:b/>
        </w:rPr>
        <w:t xml:space="preserve">[01:24] </w:t>
      </w:r>
      <w:r>
        <w:t>isko hub-e-shadeed ko Maulana ne kaha strong affection.</w:t>
      </w:r>
    </w:p>
    <w:p>
      <w:pPr>
        <w:jc w:val="right"/>
      </w:pPr>
      <w:r>
        <w:t>اس کو حب شدید کو مولانا نے کہا اسٹرانگ افیکشن۔</w:t>
      </w:r>
    </w:p>
    <w:p>
      <w:r>
        <w:rPr>
          <w:b/>
        </w:rPr>
        <w:t xml:space="preserve">[01:30] </w:t>
      </w:r>
      <w:r>
        <w:t>aik strong affection yeh koi aisi cheez nahi hai jo hamein apne andar paida karni hai.</w:t>
      </w:r>
    </w:p>
    <w:p>
      <w:pPr>
        <w:jc w:val="right"/>
      </w:pPr>
      <w:r>
        <w:t>ایک اسٹرانگ افیکشن یہ کوئی ایسی چیز نہیں ہے جو ہمیں اپنے اندر پیدا کرنی ہے۔</w:t>
      </w:r>
    </w:p>
    <w:p>
      <w:r>
        <w:rPr>
          <w:b/>
        </w:rPr>
        <w:t xml:space="preserve">[01:36] </w:t>
      </w:r>
      <w:r>
        <w:t>har insan ki fitrat mein strong affection Allah taala ne rakh diya</w:t>
      </w:r>
    </w:p>
    <w:p>
      <w:pPr>
        <w:jc w:val="right"/>
      </w:pPr>
      <w:r>
        <w:t>ہر انسان کی فطرت میں اسٹرانگ افیکشن اللہ تعالیٰ نے رکھ دیا</w:t>
      </w:r>
    </w:p>
    <w:p>
      <w:r>
        <w:rPr>
          <w:b/>
        </w:rPr>
        <w:t xml:space="preserve">[01:42] </w:t>
      </w:r>
      <w:r>
        <w:t>hai.</w:t>
      </w:r>
    </w:p>
    <w:p>
      <w:pPr>
        <w:jc w:val="right"/>
      </w:pPr>
      <w:r>
        <w:t>ہے۔</w:t>
      </w:r>
    </w:p>
    <w:p>
      <w:r>
        <w:rPr>
          <w:b/>
        </w:rPr>
        <w:t xml:space="preserve">[01:46] </w:t>
      </w:r>
      <w:r>
        <w:t>it is introven in human nature.</w:t>
      </w:r>
    </w:p>
    <w:p>
      <w:pPr>
        <w:jc w:val="right"/>
      </w:pPr>
      <w:r>
        <w:t>اٹ از انٹروون ان ہیومن نیچر۔</w:t>
      </w:r>
    </w:p>
    <w:p>
      <w:r>
        <w:rPr>
          <w:b/>
        </w:rPr>
        <w:t xml:space="preserve">[01:50] </w:t>
      </w:r>
      <w:r>
        <w:t>ab hamein sirf is ko discover karna hai, aur is hub-e-shadeed ka hamein ghalat association</w:t>
      </w:r>
    </w:p>
    <w:p>
      <w:pPr>
        <w:jc w:val="right"/>
      </w:pPr>
      <w:r>
        <w:t>اب ہمیں صرف اس کو ڈسکور کرنا ہے، اور اس حب شدید کا ہم کو غلط ایسوسی ایشن</w:t>
      </w:r>
    </w:p>
    <w:p>
      <w:r>
        <w:rPr>
          <w:b/>
        </w:rPr>
        <w:t xml:space="preserve">[01:55] </w:t>
      </w:r>
      <w:r>
        <w:t>nahi karna hai.</w:t>
      </w:r>
    </w:p>
    <w:p>
      <w:pPr>
        <w:jc w:val="right"/>
      </w:pPr>
      <w:r>
        <w:t>نہیں کرنا ہے۔</w:t>
      </w:r>
    </w:p>
    <w:p>
      <w:r>
        <w:rPr>
          <w:b/>
        </w:rPr>
        <w:t xml:space="preserve">[01:59] </w:t>
      </w:r>
      <w:r>
        <w:t>hub-e-shadeed to sab ke andar hai, strong affection har insan ke andar hai, lekin woh is ko</w:t>
      </w:r>
    </w:p>
    <w:p>
      <w:pPr>
        <w:jc w:val="right"/>
      </w:pPr>
      <w:r>
        <w:t>حب شدید تو سب کے اندر ہے، اسٹرانگ افیکشن ہر انسان کے اندر ہے، لیکن وہ اس کو</w:t>
      </w:r>
    </w:p>
    <w:p>
      <w:r>
        <w:rPr>
          <w:b/>
        </w:rPr>
        <w:t xml:space="preserve">[02:03] </w:t>
      </w:r>
      <w:r>
        <w:t>jagah jagah ghalat tareeqe se associate kiye hue hota hai.</w:t>
      </w:r>
    </w:p>
    <w:p>
      <w:pPr>
        <w:jc w:val="right"/>
      </w:pPr>
      <w:r>
        <w:t>جگہ جگہ غلط طریقے سے ایسوسی ایٹ کیے ہوئے ہوتا ہے۔</w:t>
      </w:r>
    </w:p>
    <w:p>
      <w:r>
        <w:rPr>
          <w:b/>
        </w:rPr>
        <w:t xml:space="preserve">[02:08] </w:t>
      </w:r>
      <w:r>
        <w:t>koi apni family walon ke liye hai, koi apne business ke liye hai, koi apne job ke liye hai, koi</w:t>
      </w:r>
    </w:p>
    <w:p>
      <w:pPr>
        <w:jc w:val="right"/>
      </w:pPr>
      <w:r>
        <w:t>کوئی اپنی فیملی والوں کے لیے ہے، کوئی اپنے بزنس کے لیے ہے، کوئی اپنے جاب کے لیے ہے، کوئی</w:t>
      </w:r>
    </w:p>
    <w:p>
      <w:r>
        <w:rPr>
          <w:b/>
        </w:rPr>
        <w:t xml:space="preserve">[02:12] </w:t>
      </w:r>
      <w:r>
        <w:t>apne doston ke liye kar raha hai.</w:t>
      </w:r>
    </w:p>
    <w:p>
      <w:pPr>
        <w:jc w:val="right"/>
      </w:pPr>
      <w:r>
        <w:t>اپنے دوستوں کے لیے کر رہا ہے۔</w:t>
      </w:r>
    </w:p>
    <w:p>
      <w:r>
        <w:rPr>
          <w:b/>
        </w:rPr>
        <w:t xml:space="preserve">[02:17] </w:t>
      </w:r>
      <w:r>
        <w:t>to yeh sara ghalat association hai.</w:t>
      </w:r>
    </w:p>
    <w:p>
      <w:pPr>
        <w:jc w:val="right"/>
      </w:pPr>
      <w:r>
        <w:t>تو یہ سارا غلط ایسوسی ایشن ہے۔</w:t>
      </w:r>
    </w:p>
    <w:p>
      <w:r>
        <w:rPr>
          <w:b/>
        </w:rPr>
        <w:t xml:space="preserve">[02:22] </w:t>
      </w:r>
      <w:r>
        <w:t>ab hum ko jo is ka sahi association jo hum karte hain, wahi toheed hai, aur galat</w:t>
      </w:r>
    </w:p>
    <w:p>
      <w:pPr>
        <w:jc w:val="right"/>
      </w:pPr>
      <w:r>
        <w:t>اب ہم کو جو اس کا صحیح ایسوسی ایشن جو ہم کرتے ہیں، وہی توحید ہے، اور غلط</w:t>
      </w:r>
    </w:p>
    <w:p>
      <w:r>
        <w:rPr>
          <w:b/>
        </w:rPr>
        <w:t xml:space="preserve">[02:28] </w:t>
      </w:r>
      <w:r>
        <w:t>association jo hai, woh shirk hai.</w:t>
      </w:r>
    </w:p>
    <w:p>
      <w:pPr>
        <w:jc w:val="right"/>
      </w:pPr>
      <w:r>
        <w:t>ایسوسی ایشن جو ہے، وہ شرک ہے۔</w:t>
      </w:r>
    </w:p>
    <w:p>
      <w:r>
        <w:rPr>
          <w:b/>
        </w:rPr>
        <w:t xml:space="preserve">[02:33] </w:t>
      </w:r>
      <w:r>
        <w:t>to yeh hamara diversion kyun hota hai? hum is association ko divert kyun karte hain? kaise karte</w:t>
      </w:r>
    </w:p>
    <w:p>
      <w:pPr>
        <w:jc w:val="right"/>
      </w:pPr>
      <w:r>
        <w:t>تو یہ ہمارا ڈائیورژن کیوں ہوتا ہے؟ ہم اس ایسوسی ایشن کو ڈائیورٹ کیوں کرتے ہیں؟ کیسے کرتے</w:t>
      </w:r>
    </w:p>
    <w:p>
      <w:r>
        <w:rPr>
          <w:b/>
        </w:rPr>
        <w:t xml:space="preserve">[02:38] </w:t>
      </w:r>
      <w:r>
        <w:t>hain? to yeh bohat hi important question hai, kyunke</w:t>
      </w:r>
    </w:p>
    <w:p>
      <w:pPr>
        <w:jc w:val="right"/>
      </w:pPr>
      <w:r>
        <w:t>ہیں؟ تو یہ بہت ہی امپورٹنٹ کوئسچن ہے، کیونکہ</w:t>
      </w:r>
    </w:p>
    <w:p>
      <w:r>
        <w:rPr>
          <w:b/>
        </w:rPr>
        <w:t xml:space="preserve">[02:43] </w:t>
      </w:r>
      <w:r>
        <w:t>jab Khuda sari kainat mein numayan hai, Khuda khud to Khuda ki zaat to invisible hai, lekin woh</w:t>
      </w:r>
    </w:p>
    <w:p>
      <w:pPr>
        <w:jc w:val="right"/>
      </w:pPr>
      <w:r>
        <w:t>جب خدا ساری کائنات میں نمایاں ہے، خدا خود تو خدا کی ذات تو انویزیبل ہے، لیکن وہ</w:t>
      </w:r>
    </w:p>
    <w:p>
      <w:r>
        <w:rPr>
          <w:b/>
        </w:rPr>
        <w:t xml:space="preserve">[02:48] </w:t>
      </w:r>
      <w:r>
        <w:t>poori kainat mein numayan hai.</w:t>
      </w:r>
    </w:p>
    <w:p>
      <w:pPr>
        <w:jc w:val="right"/>
      </w:pPr>
      <w:r>
        <w:t>پوری کائنات میں نمایاں ہے۔</w:t>
      </w:r>
    </w:p>
    <w:p>
      <w:r>
        <w:rPr>
          <w:b/>
        </w:rPr>
        <w:t xml:space="preserve">[02:53] </w:t>
      </w:r>
      <w:r>
        <w:t>poori kainat itne coordination ke sath, itne discipline ke sath, itne qanoon mein lagi bandhi qanoon, poori kainat</w:t>
      </w:r>
    </w:p>
    <w:p>
      <w:pPr>
        <w:jc w:val="right"/>
      </w:pPr>
      <w:r>
        <w:t>پوری کائنات اتنے کوآرڈینیشن کے ساتھ، اتنے ڈسپلن کے ساتھ، اتنے قانون میں لگی بندھی قانون، پوری کائنات</w:t>
      </w:r>
    </w:p>
    <w:p>
      <w:r>
        <w:rPr>
          <w:b/>
        </w:rPr>
        <w:t xml:space="preserve">[02:58] </w:t>
      </w:r>
      <w:r>
        <w:t>chal rahi hai, poori duniya chal rahi hai.</w:t>
      </w:r>
    </w:p>
    <w:p>
      <w:pPr>
        <w:jc w:val="right"/>
      </w:pPr>
      <w:r>
        <w:t>چل رہی ہے، پوری دنیا چل رہی ہے۔</w:t>
      </w:r>
    </w:p>
    <w:p>
      <w:r>
        <w:rPr>
          <w:b/>
        </w:rPr>
        <w:t xml:space="preserve">[03:03] </w:t>
      </w:r>
      <w:r>
        <w:t>to aisa to ho nahin sakta ke yeh khud se ho.</w:t>
      </w:r>
    </w:p>
    <w:p>
      <w:pPr>
        <w:jc w:val="right"/>
      </w:pPr>
      <w:r>
        <w:t>تو ایسا تو ہو نہیں سکتا کہ یہ خود سے ہو۔</w:t>
      </w:r>
    </w:p>
    <w:p>
      <w:r>
        <w:rPr>
          <w:b/>
        </w:rPr>
        <w:t xml:space="preserve">[03:08] </w:t>
      </w:r>
      <w:r>
        <w:t>koi bhi cheez, koi ek</w:t>
      </w:r>
    </w:p>
    <w:p>
      <w:pPr>
        <w:jc w:val="right"/>
      </w:pPr>
      <w:r>
        <w:t>کوئی بھی چیز، کوئی ایک</w:t>
      </w:r>
    </w:p>
    <w:p>
      <w:r>
        <w:rPr>
          <w:b/>
        </w:rPr>
        <w:t xml:space="preserve">[03:13] </w:t>
      </w:r>
      <w:r>
        <w:t>choti si building bhi khud se nahi banti hai. us ko engineer chahiye, us ko architect chahiye, us ko mason chahiye. to sari duniya jo hai, woh chal rahi hai effortless. poori galaxy ki galaxy poori rotate karti hai, jis mein ek ek billion stars hote hain, aur kahin clash nahi karte. to aisa kyon hai ke hum khuda ko pehchan nahi sakte, pehchan nahi paate</w:t>
      </w:r>
    </w:p>
    <w:p>
      <w:pPr>
        <w:jc w:val="right"/>
      </w:pPr>
      <w:r>
        <w:t>چھوٹی سی بلڈنگ بھی خود سے نہیں بنتی ہے۔ اس کو انجینئر چاہیے، اس کو آرکیٹیکٹ چاہیے، اس کو میسن چاہیے۔ تو ساری دنیا جو ہے، وہ چل رہی ہے ایفرٹ لیسلی۔ پوری گیلیکسی کی گیلیکسی پوری روٹیٹ کرتی ہے، جس میں ایک ایک بلین سٹارز ہوتے ہیں، اور کہیں کلیش نہیں کرتے۔ تو ایسا کیوں ہے کہ ہم خدا کو پہچان نہیں سکتے، پہچان نہیں پاتے</w:t>
      </w:r>
    </w:p>
    <w:p>
      <w:r>
        <w:rPr>
          <w:b/>
        </w:rPr>
        <w:t xml:space="preserve">[03:43] </w:t>
      </w:r>
      <w:r>
        <w:t>hain? to woh yahi hai ke hum is jo association humein Khuda ke liye hona chahiye, is</w:t>
      </w:r>
    </w:p>
    <w:p>
      <w:pPr>
        <w:jc w:val="right"/>
      </w:pPr>
      <w:r>
        <w:t>ہیں؟ تو وہ یہی ہے کہ ہم اس جو ایسوسی ایشن ہمیں خدا کے لیے ہونا چاہیے، اس</w:t>
      </w:r>
    </w:p>
    <w:p>
      <w:r>
        <w:rPr>
          <w:b/>
        </w:rPr>
        <w:t xml:space="preserve">[03:50] </w:t>
      </w:r>
      <w:r>
        <w:t>ko hum divert kar dete hain.</w:t>
      </w:r>
    </w:p>
    <w:p>
      <w:pPr>
        <w:jc w:val="right"/>
      </w:pPr>
      <w:r>
        <w:t>کو ہم ڈائیورٹ کر دیتے ہیں۔</w:t>
      </w:r>
    </w:p>
    <w:p>
      <w:r>
        <w:rPr>
          <w:b/>
        </w:rPr>
        <w:t xml:space="preserve">[03:56] </w:t>
      </w:r>
      <w:r>
        <w:t>to jo duniya daar log hote hain, woh duniya mein divert kiye hue hote hain, kyunke duniya ke</w:t>
      </w:r>
    </w:p>
    <w:p>
      <w:pPr>
        <w:jc w:val="right"/>
      </w:pPr>
      <w:r>
        <w:t>تو جو دنیا دار لوگ ہوتے ہیں، وہ دنیا میں ڈائیورٹ کیے ہوئے ہوتے ہیں، کیونکہ دنیا کے</w:t>
      </w:r>
    </w:p>
    <w:p>
      <w:r>
        <w:rPr>
          <w:b/>
        </w:rPr>
        <w:t xml:space="preserve">[04:02] </w:t>
      </w:r>
      <w:r>
        <w:t>jo interest hain, concerns hain, woh sab un ko dikhai dete hain, aur Khuda un ko dikhai nahin deta.</w:t>
      </w:r>
    </w:p>
    <w:p>
      <w:pPr>
        <w:jc w:val="right"/>
      </w:pPr>
      <w:r>
        <w:t>جو انٹرسٹ ہیں، کنسرنز ہیں، وہ سب ان کو دکھائی دیتے ہیں، اور خدا ان کو دکھائی نہیں دیتا۔</w:t>
      </w:r>
    </w:p>
    <w:p>
      <w:r>
        <w:rPr>
          <w:b/>
        </w:rPr>
        <w:t xml:space="preserve">[04:08] </w:t>
      </w:r>
      <w:r>
        <w:t>aur jo mazhabi log hain, woh is ko alag alag tareeqe se un ka haan diversion hai.</w:t>
      </w:r>
    </w:p>
    <w:p>
      <w:pPr>
        <w:jc w:val="right"/>
      </w:pPr>
      <w:r>
        <w:t>اور جو مذہبی لوگ ہیں، وہ اس کو الگ الگ طریقے سے ان کا ہاں ڈائیورژن ہے۔</w:t>
      </w:r>
    </w:p>
    <w:p>
      <w:r>
        <w:rPr>
          <w:b/>
        </w:rPr>
        <w:t xml:space="preserve">[04:14] </w:t>
      </w:r>
      <w:r>
        <w:t>woh misaal ke taur par Musalman hain, to unhon ne sara jo association hub-e-shadeed ka kar</w:t>
      </w:r>
    </w:p>
    <w:p>
      <w:pPr>
        <w:jc w:val="right"/>
      </w:pPr>
      <w:r>
        <w:t>وہ مثال کے طور پر مسلمان ہیں، تو انہوں نے سارا جو ایسوسی ایشن حب شدید کا کر</w:t>
      </w:r>
    </w:p>
    <w:p>
      <w:r>
        <w:rPr>
          <w:b/>
        </w:rPr>
        <w:t xml:space="preserve">[04:20] </w:t>
      </w:r>
      <w:r>
        <w:t>rakha hai, woh Rasool Allah (SAW) ke liye hai.</w:t>
      </w:r>
    </w:p>
    <w:p>
      <w:pPr>
        <w:jc w:val="right"/>
      </w:pPr>
      <w:r>
        <w:t>رکھا ہے، وہ رسول اللہ صلی اللہ علیہ وسلم کے لیے ہے۔</w:t>
      </w:r>
    </w:p>
    <w:p>
      <w:r>
        <w:rPr>
          <w:b/>
        </w:rPr>
        <w:t xml:space="preserve">[04:27] </w:t>
      </w:r>
      <w:r>
        <w:t>Rasool Allah ko Sarwar-e-Kainat, Shahanshah-e-Konain, Shafi-ul-Muznibeen, yeh saare unhon ne beshumar laqab de rakhe hain.</w:t>
      </w:r>
    </w:p>
    <w:p>
      <w:pPr>
        <w:jc w:val="right"/>
      </w:pPr>
      <w:r>
        <w:t>رسول اللہ کو سرور کائنات، شہنشاہ کونین، شفیع المذنبین، یہ سارے انہوں نے بے شمار القاب دے رکھے ہیں۔</w:t>
      </w:r>
    </w:p>
    <w:p>
      <w:r>
        <w:rPr>
          <w:b/>
        </w:rPr>
        <w:t xml:space="preserve">[04:33] </w:t>
      </w:r>
      <w:r>
        <w:t>jaise 99 names hain, attributes hain Khuda ke, waise hi unhon ne Rasool Allah (SAW)</w:t>
      </w:r>
    </w:p>
    <w:p>
      <w:pPr>
        <w:jc w:val="right"/>
      </w:pPr>
      <w:r>
        <w:t>جیسے 99 نیمز ہیں، ایٹریبیوٹس ہیں خدا کے، ویسے ہی انہوں نے رسول اللہ صلی اللہ علیہ وسلم</w:t>
      </w:r>
    </w:p>
    <w:p>
      <w:r>
        <w:rPr>
          <w:b/>
        </w:rPr>
        <w:t xml:space="preserve">[04:39] </w:t>
      </w:r>
      <w:r>
        <w:t>ke bhi 99 names,</w:t>
      </w:r>
    </w:p>
    <w:p>
      <w:pPr>
        <w:jc w:val="right"/>
      </w:pPr>
      <w:r>
        <w:t>کے بھی 99 نیمز،</w:t>
      </w:r>
    </w:p>
    <w:p>
      <w:r>
        <w:rPr>
          <w:b/>
        </w:rPr>
        <w:t xml:space="preserve">[04:45] </w:t>
      </w:r>
      <w:r>
        <w:t>titles bana rakhe hain.</w:t>
      </w:r>
    </w:p>
    <w:p>
      <w:pPr>
        <w:jc w:val="right"/>
      </w:pPr>
      <w:r>
        <w:t>ٹائٹلز بنا رکھے ہیں۔</w:t>
      </w:r>
    </w:p>
    <w:p>
      <w:r>
        <w:rPr>
          <w:b/>
        </w:rPr>
        <w:t xml:space="preserve">[04:50] </w:t>
      </w:r>
      <w:r>
        <w:t>to is tareeqe se unhon ne yeh sara association jo hai, woh apne Rasool ke liye kar liya hai.</w:t>
      </w:r>
    </w:p>
    <w:p>
      <w:pPr>
        <w:jc w:val="right"/>
      </w:pPr>
      <w:r>
        <w:t>تو اس طریقے سے انہوں نے یہ سارا ایسوسی ایشن جو ہے، وہ اپنے رسول کے لیے کر لیا ہے۔</w:t>
      </w:r>
    </w:p>
    <w:p>
      <w:r>
        <w:rPr>
          <w:b/>
        </w:rPr>
        <w:t xml:space="preserve">[04:55] </w:t>
      </w:r>
      <w:r>
        <w:t>jab Rasool Shafi-ul-Muznibeen hain, un ke gunahon ko maaf karne wala hai, un ko salvation dilane wala</w:t>
      </w:r>
    </w:p>
    <w:p>
      <w:pPr>
        <w:jc w:val="right"/>
      </w:pPr>
      <w:r>
        <w:t>جب رسول شفیع المذنبین ہیں، ان کے گناہوں کو معاف کرنے والا ہے، ان کو سالویشن دلانے والا</w:t>
      </w:r>
    </w:p>
    <w:p>
      <w:r>
        <w:rPr>
          <w:b/>
        </w:rPr>
        <w:t xml:space="preserve">[05:00] </w:t>
      </w:r>
      <w:r>
        <w:t>hai, to phir un ko Khuda ki zaroorat hi kya hai? aur kisi ne, kisi shayar ne kaha</w:t>
      </w:r>
    </w:p>
    <w:p>
      <w:pPr>
        <w:jc w:val="right"/>
      </w:pPr>
      <w:r>
        <w:t>ہے، تو پھر ان کو خدا کی ضرورت ہی کیا ہے؟ اور کسی نے، کسی شاعر نے کہا</w:t>
      </w:r>
    </w:p>
    <w:p>
      <w:r>
        <w:rPr>
          <w:b/>
        </w:rPr>
        <w:t xml:space="preserve">[05:05] </w:t>
      </w:r>
      <w:r>
        <w:t>bhi hai: "Allah ke palle mein wahdat ke siwa kya hai? jo kuch humein lena hai, le lein"</w:t>
      </w:r>
    </w:p>
    <w:p>
      <w:pPr>
        <w:jc w:val="right"/>
      </w:pPr>
      <w:r>
        <w:t>بھی ہے: "اللہ کے پلے میں وحدت کے سوا کیا ہے؟ جو کچھ ہمیں لینا ہے، لے لیں</w:t>
      </w:r>
    </w:p>
    <w:p>
      <w:r>
        <w:rPr>
          <w:b/>
        </w:rPr>
        <w:t xml:space="preserve">[05:10] </w:t>
      </w:r>
      <w:r>
        <w:t>ge muhammad se.</w:t>
      </w:r>
    </w:p>
    <w:p>
      <w:pPr>
        <w:jc w:val="right"/>
      </w:pPr>
      <w:r>
        <w:t>گے محمد سے۔"</w:t>
      </w:r>
    </w:p>
    <w:p>
      <w:r>
        <w:rPr>
          <w:b/>
        </w:rPr>
        <w:t xml:space="preserve">[05:16] </w:t>
      </w:r>
      <w:r>
        <w:t>to is tareeqe se unhone tamam jo hain jazbat, jo khuda ke liye jazbat o khwahishat jo sari honi chahiye, woh sab unhone apne rasool ke liye li hui hain. kisi ke guru hain, kisi ke peer o murshid hain, to yeh sab un ko yeh associate kar dete hain, aur khuda se un ka taaluq nahi ho pata. to isi tareeqe se doosre mazahib mein bhi hai. hazrat jo Christians hain, woh hazrat Isa ko unhone son of</w:t>
      </w:r>
    </w:p>
    <w:p>
      <w:pPr>
        <w:jc w:val="right"/>
      </w:pPr>
      <w:r>
        <w:t>تو اس طریقے سے انہوں نے تمام جو ہیں جذبات، جو خدا کے لیے جذبات و خواہشات جو ساری ہونی چاہیے، وہ سب انہوں نے اپنے رسول کے لیے لی ہوئی ہیں۔ کسی کے گرو ہیں، کسی کے پیر و مرشد ہیں، تو یہ سب ان کو یہ ایسوسی ایٹ کر دیتے ہیں، اور خدا سے ان کا تعلق نہیں ہو پاتا۔ تو اسی طریقے سے دوسرے مذاہب میں بھی ہے۔ حضرت جو کرسچنز ہیں، وہ حضرت عیسیٰ کو انہوں نے سن آف</w:t>
      </w:r>
    </w:p>
    <w:p>
      <w:r>
        <w:rPr>
          <w:b/>
        </w:rPr>
        <w:t xml:space="preserve">[05:46] </w:t>
      </w:r>
      <w:r>
        <w:t>god maan liya.</w:t>
      </w:r>
    </w:p>
    <w:p>
      <w:pPr>
        <w:jc w:val="right"/>
      </w:pPr>
      <w:r>
        <w:t>گاڈ مان لیا۔</w:t>
      </w:r>
    </w:p>
    <w:p>
      <w:r>
        <w:rPr>
          <w:b/>
        </w:rPr>
        <w:t xml:space="preserve">[05:52] </w:t>
      </w:r>
      <w:r>
        <w:t>to mujhe aise hi lagta hai ke chunke musalmanon ka interaction isaiyon se hua, to unhon ne socha</w:t>
      </w:r>
    </w:p>
    <w:p>
      <w:pPr>
        <w:jc w:val="right"/>
      </w:pPr>
      <w:r>
        <w:t>تو مجھے ایسے ہی لگتا ہے کہ چونکہ مسلمانوں کا انٹریکشن عیسائیوں سے ہوا، تو انہوں نے سوچا</w:t>
      </w:r>
    </w:p>
    <w:p>
      <w:r>
        <w:rPr>
          <w:b/>
        </w:rPr>
        <w:t xml:space="preserve">[05:58] </w:t>
      </w:r>
      <w:r>
        <w:t>ke un ke to peghambar jo hain, woh khuda hain, khudai ka, woh khudai ka ek hissa hain.</w:t>
      </w:r>
    </w:p>
    <w:p>
      <w:pPr>
        <w:jc w:val="right"/>
      </w:pPr>
      <w:r>
        <w:t>کہ ان کے تو پیغمبر جو ہیں، وہ خدا ہیں، خدائی کا، وہ خدائی کا ایک حصہ ہیں۔</w:t>
      </w:r>
    </w:p>
    <w:p>
      <w:r>
        <w:rPr>
          <w:b/>
        </w:rPr>
        <w:t xml:space="preserve">[06:04] </w:t>
      </w:r>
      <w:r>
        <w:t>to unhon ne apne peghambar ko khoob badhaya charhaya, aur unhon ne khuda ka darja un ko de diya.</w:t>
      </w:r>
    </w:p>
    <w:p>
      <w:pPr>
        <w:jc w:val="right"/>
      </w:pPr>
      <w:r>
        <w:t>تو انہوں نے اپنے پیغمبر کو خوب بڑھایا چڑھایا، اور انہوں نے خدا کا درجہ ان کو دے دیا۔</w:t>
      </w:r>
    </w:p>
    <w:p>
      <w:r>
        <w:rPr>
          <w:b/>
        </w:rPr>
        <w:t xml:space="preserve">[06:10] </w:t>
      </w:r>
      <w:r>
        <w:t>to isi liye hum dekhte hain ke musalman bohat zyada bhark uthte hain agar rasool ke</w:t>
      </w:r>
    </w:p>
    <w:p>
      <w:pPr>
        <w:jc w:val="right"/>
      </w:pPr>
      <w:r>
        <w:t>تو اسی لیے ہم دیکھتے ہیں کہ مسلمان بہت زیادہ بھڑک اٹھتے ہیں اگر رسول کے</w:t>
      </w:r>
    </w:p>
    <w:p>
      <w:r>
        <w:rPr>
          <w:b/>
        </w:rPr>
        <w:t xml:space="preserve">[06:16] </w:t>
      </w:r>
      <w:r>
        <w:t>ke ko kuch kaha jaye, jis ko hum shatm kehte hain. musalman shatm kehte hain, shatm rasool yaani abuse karna prophet ko, ya un koi bhi aisi cheez, aisa remark dena jo musalmanon ko pasand na ho, to us ko woh shatm kehte hain ke khud shatm rasool. to us ke liye woh ek dum bhark jate hain, fasadat hote hain, us admi ko mar dalte hain. to yeh bar bar hota rehta hai. to unhone</w:t>
      </w:r>
    </w:p>
    <w:p>
      <w:pPr>
        <w:jc w:val="right"/>
      </w:pPr>
      <w:r>
        <w:t>کے کو کچھ کہا جائے، جس کو ہم شتم کہتے ہیں۔ مسلمان شتم کہتے ہیں، شتم رسول یعنی ابیوز کرنا پرافٹ کو، یا ان کوئی بھی ایسی چیز، ایسا ریمارک دینا جو مسلمانوں کو پسند نہ ہو، تو اس کو وہ شتم کہتے ہیں کہ خود شتم رسول۔ تو اس کے لیے وہ ایک دم بھڑک جاتے ہیں، فسادات ہوتے ہیں، اس آدمی کو مار ڈالتے ہیں۔ تو یہ بار بار ہوتا رہتا ہے۔ تو انہوں</w:t>
      </w:r>
    </w:p>
    <w:p>
      <w:r>
        <w:rPr>
          <w:b/>
        </w:rPr>
        <w:t xml:space="preserve">[06:46] </w:t>
      </w:r>
      <w:r>
        <w:t>unhone ek bar wahan par Aligarh mein ek Maulana Takhhi Amini the, jo wahan ke head of the department the, theology department ke head the. woh to unhone kaha: "ek bar ek student mere pas aaya aur bohat zyada pareshan tha, ghamgeen tha. us ne kaha ke library mein ek aisi kitab rakhi hai jis mein paighambar ke bare mein nazeba kalmat likhe hue hain." to us Takhhi Amini sahab ne kaha ke woh</w:t>
      </w:r>
    </w:p>
    <w:p>
      <w:pPr>
        <w:jc w:val="right"/>
      </w:pPr>
      <w:r>
        <w:t>نے ایک بار وہاں پر علی گڑھ میں ایک مولانا تخی امینی تھے، جو وہاں کے ہیڈ آف دی ڈیپارٹمنٹ تھے، تھیالوجی ڈیپارٹمنٹ کے ہیڈ تھے۔ وہ تو انہوں نے کہا: "ایک بار ایک سٹوڈنٹ میرے پاس آیا اور بہت زیادہ پریشان تھا، غمگین تھا۔ اس نے کہا کہ لائبریری میں ایک ایسی کتاب رکھی ہے جس میں پیغمبر کے بارے میں نازیبہ کلمات لکھے ہوئے ہیں۔" تو اس تقی امینی صاحب نے کہا کہ وہ</w:t>
      </w:r>
    </w:p>
    <w:p>
      <w:r>
        <w:rPr>
          <w:b/>
        </w:rPr>
        <w:t xml:space="preserve">[07:16] </w:t>
      </w:r>
      <w:r>
        <w:t>aan to bohat sari kitaben hain jo Allah ke bare mein bohat kuch likha hua hai, unhon ne</w:t>
      </w:r>
    </w:p>
    <w:p>
      <w:pPr>
        <w:jc w:val="right"/>
      </w:pPr>
      <w:r>
        <w:t>اں تو بہت ساری کتابیں ہیں جو اللہ کے بارے میں بہت کچھ لکھا ہوا ہے، انہوں نے</w:t>
      </w:r>
    </w:p>
    <w:p>
      <w:r>
        <w:rPr>
          <w:b/>
        </w:rPr>
        <w:t xml:space="preserve">[07:21] </w:t>
      </w:r>
      <w:r>
        <w:t>"god is dead" tak likha hua hai.</w:t>
      </w:r>
    </w:p>
    <w:p>
      <w:pPr>
        <w:jc w:val="right"/>
      </w:pPr>
      <w:r>
        <w:t>"گاڈ از ڈیڈ" تک لکھا ہوا ہے۔</w:t>
      </w:r>
    </w:p>
    <w:p>
      <w:r>
        <w:rPr>
          <w:b/>
        </w:rPr>
        <w:t xml:space="preserve">[07:26] </w:t>
      </w:r>
      <w:r>
        <w:t>to is se is ke is ke liye aap pareshan nahi hote? to us ne jo baat kahi</w:t>
      </w:r>
    </w:p>
    <w:p>
      <w:pPr>
        <w:jc w:val="right"/>
      </w:pPr>
      <w:r>
        <w:t>تو اس سے اس کے اس کے لیے آپ پریشان نہیں ہوتے؟ تو اس نے جو بات کہی</w:t>
      </w:r>
    </w:p>
    <w:p>
      <w:r>
        <w:rPr>
          <w:b/>
        </w:rPr>
        <w:t xml:space="preserve">[07:31] </w:t>
      </w:r>
      <w:r>
        <w:t>ke rasool to hamare hain aur Allah to sab ka hai, isi se hamein pata chalta hai ke</w:t>
      </w:r>
    </w:p>
    <w:p>
      <w:pPr>
        <w:jc w:val="right"/>
      </w:pPr>
      <w:r>
        <w:t>کہ رسول تو ہمارے ہیں اور اللہ تو سب کا ہے، اسی سے ہمیں پتہ چلتا ہے کہ</w:t>
      </w:r>
    </w:p>
    <w:p>
      <w:r>
        <w:rPr>
          <w:b/>
        </w:rPr>
        <w:t xml:space="preserve">[07:36] </w:t>
      </w:r>
      <w:r>
        <w:t>musalman kyun rasool ko kuch kaha jata hai, to us par bhark uthte hain.</w:t>
      </w:r>
    </w:p>
    <w:p>
      <w:pPr>
        <w:jc w:val="right"/>
      </w:pPr>
      <w:r>
        <w:t>مسلمان کیوں رسول کو کچھ کہا جاتا ہے، تو اس پر بھڑک اٹھتے ہیں۔</w:t>
      </w:r>
    </w:p>
    <w:p>
      <w:r>
        <w:rPr>
          <w:b/>
        </w:rPr>
        <w:t xml:space="preserve">[07:41] </w:t>
      </w:r>
      <w:r>
        <w:t>to ek aur aap ko misaal deti hoon ke</w:t>
      </w:r>
    </w:p>
    <w:p>
      <w:pPr>
        <w:jc w:val="right"/>
      </w:pPr>
      <w:r>
        <w:t>تو ایک اور آپ کو مثال دیتی ہوں کہ</w:t>
      </w:r>
    </w:p>
    <w:p>
      <w:r>
        <w:rPr>
          <w:b/>
        </w:rPr>
        <w:t xml:space="preserve">[07:46] </w:t>
      </w:r>
      <w:r>
        <w:t>ek jo jaipur literary festival hota hai, to wahan hamari team ke kuch log gaye the, unhon</w:t>
      </w:r>
    </w:p>
    <w:p>
      <w:pPr>
        <w:jc w:val="right"/>
      </w:pPr>
      <w:r>
        <w:t>ایک جو جے پور لٹریری فیسٹیول ہوتا ہے، تو وہاں ہماری ٹیم کے کچھ لوگ گئے تھے، انہوں</w:t>
      </w:r>
    </w:p>
    <w:p>
      <w:r>
        <w:rPr>
          <w:b/>
        </w:rPr>
        <w:t xml:space="preserve">[07:52] </w:t>
      </w:r>
      <w:r>
        <w:t>ne bataya ke wahan par salman rushdie anay wale the aur richard dawkins anay wale the.</w:t>
      </w:r>
    </w:p>
    <w:p>
      <w:pPr>
        <w:jc w:val="right"/>
      </w:pPr>
      <w:r>
        <w:t>نے بتایا کہ وہاں پر سلمان رشدی آنے والے تھے اور رچرڈ ڈاکنز آنے والے تھے۔</w:t>
      </w:r>
    </w:p>
    <w:p>
      <w:r>
        <w:rPr>
          <w:b/>
        </w:rPr>
        <w:t xml:space="preserve">[07:58] </w:t>
      </w:r>
      <w:r>
        <w:t>to musalman salman rushdie par bohat zyada naraz the aur unhon ne kaha ke hum yahan un ko</w:t>
      </w:r>
    </w:p>
    <w:p>
      <w:pPr>
        <w:jc w:val="right"/>
      </w:pPr>
      <w:r>
        <w:t>تو مسلمان سلمان رشدی پر بہت زیادہ ناراض تھے اور انہوں نے کہا کہ ہم یہاں ان کو</w:t>
      </w:r>
    </w:p>
    <w:p>
      <w:r>
        <w:rPr>
          <w:b/>
        </w:rPr>
        <w:t xml:space="preserve">[08:04] </w:t>
      </w:r>
      <w:r>
        <w:t>program nahi karne den ge, protest karen ge.</w:t>
      </w:r>
    </w:p>
    <w:p>
      <w:pPr>
        <w:jc w:val="right"/>
      </w:pPr>
      <w:r>
        <w:t>پروگرام نہیں کرنے دیں گے، پروٹیسٹ کریں گے۔</w:t>
      </w:r>
    </w:p>
    <w:p>
      <w:r>
        <w:rPr>
          <w:b/>
        </w:rPr>
        <w:t xml:space="preserve">[08:10] </w:t>
      </w:r>
      <w:r>
        <w:t>woh to government ne sab control kiya, lekin aur wahin par richard dawkins aaye jin ki kitab hai "god delusion". unhon ne</w:t>
      </w:r>
    </w:p>
    <w:p>
      <w:pPr>
        <w:jc w:val="right"/>
      </w:pPr>
      <w:r>
        <w:t>وہ تو گورنمنٹ نے سب کنٹرول کیا، لیکن اور وہیں پر رچرڈ ڈاکنز آئے جن کی کتاب ہے "گاڈ ڈیلیوژن"۔ انہوں نے</w:t>
      </w:r>
    </w:p>
    <w:p>
      <w:r>
        <w:rPr>
          <w:b/>
        </w:rPr>
        <w:t xml:space="preserve">[08:16] </w:t>
      </w:r>
      <w:r>
        <w:t>kaha hai ke khuda hai hi nahi, "God doesn't exist". to wahan par woh bohat aram se unhone program kiya, un ke khilaf kuch nahi hua. matlab shaim khuda ke khilaf kuch nahi hua aur shaim rasool us ke naam se musalman bharkte hain. to yahi wajah hai ke musalmanon ne jo yeh jazbat jo Allah taala ne rakhe the apne liye, woh sara kisi na kisi ko de rakha hai. jo mazhabi log hain, unhone apne pe</w:t>
      </w:r>
    </w:p>
    <w:p>
      <w:pPr>
        <w:jc w:val="right"/>
      </w:pPr>
      <w:r>
        <w:t>کہا ہے کہ خدا ہے ہی نہیں، "گاڈ ڈزنٹ ایگزسٹ"۔ تو وہاں پر وہ بہت آرام سے انہوں نے پروگرام کیا، ان کے خلاف کچھ نہیں ہوا۔ مطلب شاطم خدا کے خلاف کچھ نہیں ہوا اور شاطم رسول اس کے نام سے مسلمان بھڑکتے ہیں۔ تو یہی وجہ ہے کہ مسلمانوں نے جو یہ جذبات جو اللہ تعالیٰ نے رکھے تھے اپنے لیے، وہ سارا کسی نہ کسی کو دے رکھا ہے۔ جو مذہبی لوگ ہیں، انہوں نے اپنے پی</w:t>
      </w:r>
    </w:p>
    <w:p>
      <w:r>
        <w:rPr>
          <w:b/>
        </w:rPr>
        <w:t xml:space="preserve">[08:46] </w:t>
      </w:r>
      <w:r>
        <w:t>ghambar ko de rakha hai aur jo dunya daar log hain, unhon ne dunya ke jo sab concerns</w:t>
      </w:r>
    </w:p>
    <w:p>
      <w:pPr>
        <w:jc w:val="right"/>
      </w:pPr>
      <w:r>
        <w:t>غمبر کو دے رکھا ہے اور جو دنیا دار لوگ ہیں، انہوں نے دنیا کے جو سب کنسرنز</w:t>
      </w:r>
    </w:p>
    <w:p>
      <w:r>
        <w:rPr>
          <w:b/>
        </w:rPr>
        <w:t xml:space="preserve">[08:51] </w:t>
      </w:r>
      <w:r>
        <w:t>hain, un ke is ke liye de rakha hai.</w:t>
      </w:r>
    </w:p>
    <w:p>
      <w:pPr>
        <w:jc w:val="right"/>
      </w:pPr>
      <w:r>
        <w:t>ہیں، ان کے اس کے لیے دے رکھا ہے۔</w:t>
      </w:r>
    </w:p>
    <w:p>
      <w:r>
        <w:rPr>
          <w:b/>
        </w:rPr>
        <w:t xml:space="preserve">[08:55] </w:t>
      </w:r>
      <w:r>
        <w:t>to koi bhi bohat hi afsosnak baat hai ke khuda se un ko gehra ta'alluq nahi hai.</w:t>
      </w:r>
    </w:p>
    <w:p>
      <w:pPr>
        <w:jc w:val="right"/>
      </w:pPr>
      <w:r>
        <w:t>تو کوئی بھی بہت ہی افسوسناک بات ہے کہ خدا سے ان کو گہرا تعلق نہیں ہے۔</w:t>
      </w:r>
    </w:p>
    <w:p>
      <w:r>
        <w:rPr>
          <w:b/>
        </w:rPr>
        <w:t xml:space="preserve">[08:59] </w:t>
      </w:r>
      <w:r>
        <w:t>jo namaz roza hum dekhte hain, woh to sirf woh hota hai jis ko "lip service" kahen ge.</w:t>
      </w:r>
    </w:p>
    <w:p>
      <w:pPr>
        <w:jc w:val="right"/>
      </w:pPr>
      <w:r>
        <w:t>جو نماز روزہ ہم دیکھتے ہیں، وہ تو صرف وہ ہوتا ہے جس کو "لپ سروس" کہیں گے۔</w:t>
      </w:r>
    </w:p>
    <w:p>
      <w:r>
        <w:rPr>
          <w:b/>
        </w:rPr>
        <w:t xml:space="preserve">[09:03] </w:t>
      </w:r>
      <w:r>
        <w:t>woh to un bachpan se yaad dila diya jata hai, yaad karwa diya jata hai aur woh us</w:t>
      </w:r>
    </w:p>
    <w:p>
      <w:pPr>
        <w:jc w:val="right"/>
      </w:pPr>
      <w:r>
        <w:t>وہ تو ان بچپن سے یاد دلا دیا جاتا ہے، یاد کروا دیا جاتا ہے اور وہ اس</w:t>
      </w:r>
    </w:p>
    <w:p>
      <w:r>
        <w:rPr>
          <w:b/>
        </w:rPr>
        <w:t xml:space="preserve">[09:08] </w:t>
      </w:r>
      <w:r>
        <w:t>ko parhte rehte hain.</w:t>
      </w:r>
    </w:p>
    <w:p>
      <w:pPr>
        <w:jc w:val="right"/>
      </w:pPr>
      <w:r>
        <w:t>کو پڑھتے رہتے ہیں۔</w:t>
      </w:r>
    </w:p>
    <w:p>
      <w:r>
        <w:rPr>
          <w:b/>
        </w:rPr>
        <w:t xml:space="preserve">[09:12] </w:t>
      </w:r>
      <w:r>
        <w:t>mani matlab bhi nahi us ko samajhte hain, woh karte</w:t>
      </w:r>
    </w:p>
    <w:p>
      <w:pPr>
        <w:jc w:val="right"/>
      </w:pPr>
      <w:r>
        <w:t>معنی مطلب بھی نہیں اس کو سمجھتے ہیں، وہ کرتے</w:t>
      </w:r>
    </w:p>
    <w:p>
      <w:r>
        <w:rPr>
          <w:b/>
        </w:rPr>
        <w:t xml:space="preserve">[09:16] </w:t>
      </w:r>
      <w:r>
        <w:t>rehte hain. to yeh jo hai insan ki jo conditioning hai, yahi sab se bara problem hai. conditioning insan ki aisi ho jati hai bachpan se hi ke woh dekhta hai ke us ko sari cheezein to us ko us ke ghar wale de rahe hain, us ke maa baap de rahe hain, us ke bhai behan us ke liye sab kuch kar rahe hain. jab woh bada hota hai to woh dekhta hai ke jo mere pas degree hai, us se mein bari bari position mujhe mili hui hai, mein mehnat karta hoon, mein business karta</w:t>
      </w:r>
    </w:p>
    <w:p>
      <w:pPr>
        <w:jc w:val="right"/>
      </w:pPr>
      <w:r>
        <w:t>رہتے ہیں۔ تو یہ جو ہے انسان کی جو کنڈیشننگ ہے، یہی سب سے بڑا پرابلم ہے۔ کنڈیشننگ انسان کی ایسی ہو جاتی ہے بچپن سے ہی کہ وہ دیکھتا ہے کہ اس کو ساری چیزیں تو اس کو اس کے گھر والے دے رہے ہیں، اس کے ماں باپ دے رہے ہیں، اس کے بھائی بہن اس کے لیے سب کچھ کر رہے ہیں۔ جب وہ بڑا ہوتا ہے تو وہ دیکھتا ہے کہ جو میرے پاس ڈگری ہے، اس سے میں بڑی بڑی پوزیشن مجھے ملی ہوئی ہے، میں محنت کرتا ہوں، میں بزنس کرتا</w:t>
      </w:r>
    </w:p>
    <w:p>
      <w:r>
        <w:rPr>
          <w:b/>
        </w:rPr>
        <w:t xml:space="preserve">[09:46] </w:t>
      </w:r>
      <w:r>
        <w:t>hoon.</w:t>
      </w:r>
    </w:p>
    <w:p>
      <w:pPr>
        <w:jc w:val="right"/>
      </w:pPr>
      <w:r>
        <w:t>ہوں۔</w:t>
      </w:r>
    </w:p>
    <w:p>
      <w:r>
        <w:rPr>
          <w:b/>
        </w:rPr>
        <w:t xml:space="preserve">[09:51] </w:t>
      </w:r>
      <w:r>
        <w:t>phir woh ja ke bazaar se samaan khareedta hai, woh samajhta hai ke sab kuch bazaar mein mil</w:t>
      </w:r>
    </w:p>
    <w:p>
      <w:pPr>
        <w:jc w:val="right"/>
      </w:pPr>
      <w:r>
        <w:t>پھر وہ جا کے بازار سے سامان خریدتا ہے، وہ سمجھتا ہے کہ سب کچھ بازار میں مل</w:t>
      </w:r>
    </w:p>
    <w:p>
      <w:r>
        <w:rPr>
          <w:b/>
        </w:rPr>
        <w:t xml:space="preserve">[09:56] </w:t>
      </w:r>
      <w:r>
        <w:t>raha hai kyunke Allah taala ne itna zyada veil kar ke rakha hai.</w:t>
      </w:r>
    </w:p>
    <w:p>
      <w:pPr>
        <w:jc w:val="right"/>
      </w:pPr>
      <w:r>
        <w:t>رہا ہے کیونکہ اللہ تعالیٰ نے اتنا زیادہ ویل کر کے رکھا ہے۔</w:t>
      </w:r>
    </w:p>
    <w:p>
      <w:r>
        <w:rPr>
          <w:b/>
        </w:rPr>
        <w:t xml:space="preserve">[10:01] </w:t>
      </w:r>
      <w:r>
        <w:t>har cheez ek par ek veil hai, ek parda hai aur hamein Khuda dikhai nahi deta.</w:t>
      </w:r>
    </w:p>
    <w:p>
      <w:pPr>
        <w:jc w:val="right"/>
      </w:pPr>
      <w:r>
        <w:t>ہر چیز ایک پر ایک ویل ہے، ایک پردہ ہے اور ہمیں خدا دکھائی نہیں دیتا۔</w:t>
      </w:r>
    </w:p>
    <w:p>
      <w:r>
        <w:rPr>
          <w:b/>
        </w:rPr>
        <w:t xml:space="preserve">[10:06] </w:t>
      </w:r>
      <w:r>
        <w:t>hamein bohat hi zyada tadabbur o tafakkur karne ke zariye hamein Khuda milega, to woh hum karte nahi hain.</w:t>
      </w:r>
    </w:p>
    <w:p>
      <w:pPr>
        <w:jc w:val="right"/>
      </w:pPr>
      <w:r>
        <w:t>ہمیں بہت ہی زیادہ تدبر و تفکر کرنے کے ذریعے ہمیں خدا ملے گا، تو وہ ہم کرتے نہیں ہیں۔</w:t>
      </w:r>
    </w:p>
    <w:p>
      <w:r>
        <w:rPr>
          <w:b/>
        </w:rPr>
        <w:t xml:space="preserve">[10:11] </w:t>
      </w:r>
      <w:r>
        <w:t>to is wajah se in ko Khuda milta</w:t>
      </w:r>
    </w:p>
    <w:p>
      <w:pPr>
        <w:jc w:val="right"/>
      </w:pPr>
      <w:r>
        <w:t>تو اس وجہ سے ان کو خدا ملتا</w:t>
      </w:r>
    </w:p>
    <w:p>
      <w:r>
        <w:rPr>
          <w:b/>
        </w:rPr>
        <w:t xml:space="preserve">[10:16] </w:t>
      </w:r>
      <w:r>
        <w:t>nahi hai.</w:t>
      </w:r>
    </w:p>
    <w:p>
      <w:pPr>
        <w:jc w:val="right"/>
      </w:pPr>
      <w:r>
        <w:t>نہیں ہے۔</w:t>
      </w:r>
    </w:p>
    <w:p>
      <w:r>
        <w:rPr>
          <w:b/>
        </w:rPr>
        <w:t xml:space="preserve">[10:21] </w:t>
      </w:r>
      <w:r>
        <w:t>aur ek baar aisa hua ke meri ek dost hain, unhone woh Germany mein rehti theen, to</w:t>
      </w:r>
    </w:p>
    <w:p>
      <w:pPr>
        <w:jc w:val="right"/>
      </w:pPr>
      <w:r>
        <w:t>اور ایک بار ایسا ہوا کہ میری ایک دوست ہیں، انہوں نے وہ جرمنی میں رہتی تھیں، تو</w:t>
      </w:r>
    </w:p>
    <w:p>
      <w:r>
        <w:rPr>
          <w:b/>
        </w:rPr>
        <w:t xml:space="preserve">[10:26] </w:t>
      </w:r>
      <w:r>
        <w:t>انہوں نے کہا کہ ایک جرمن لڑکی سے کہ تم خدا کو "Do you believe in God?" تو</w:t>
      </w:r>
    </w:p>
    <w:p>
      <w:pPr>
        <w:jc w:val="right"/>
      </w:pPr>
      <w:r>
        <w:t>انہوں نے کہا کہ ایک جرمن لڑکی سے کہ تم خدا کو "ڈو یو بیلیو ان گاڈ؟" تو</w:t>
      </w:r>
    </w:p>
    <w:p>
      <w:r>
        <w:rPr>
          <w:b/>
        </w:rPr>
        <w:t xml:space="preserve">[10:31] </w:t>
      </w:r>
      <w:r>
        <w:t>اس نے کہا: "نہیں، I don't need to believe in God because everything is available in the</w:t>
      </w:r>
    </w:p>
    <w:p>
      <w:pPr>
        <w:jc w:val="right"/>
      </w:pPr>
      <w:r>
        <w:t>اس نے کہا: "نہیں، آئی ڈونٹ نیڈ ٹو بیلیو ان گاڈ بیکاز ایوری تھنگ از اویلیبل ان دی</w:t>
      </w:r>
    </w:p>
    <w:p>
      <w:r>
        <w:rPr>
          <w:b/>
        </w:rPr>
        <w:t xml:space="preserve">[10:37] </w:t>
      </w:r>
      <w:r>
        <w:t>market." So this is that everything is available in the market, we have money in our pocket, we</w:t>
      </w:r>
    </w:p>
    <w:p>
      <w:pPr>
        <w:jc w:val="right"/>
      </w:pPr>
      <w:r>
        <w:t>مارکیٹ۔" تو یہی ہے کہ ہر چیز اویلیبل ہے مارکیٹ میں، ہماری جیب میں پیسہ ہے، ہمیں خدا</w:t>
      </w:r>
    </w:p>
    <w:p>
      <w:r>
        <w:rPr>
          <w:b/>
        </w:rPr>
        <w:t xml:space="preserve">[10:42] </w:t>
      </w:r>
      <w:r>
        <w:t>ki koi zaroorat nahi hai. to</w:t>
      </w:r>
    </w:p>
    <w:p>
      <w:pPr>
        <w:jc w:val="right"/>
      </w:pPr>
      <w:r>
        <w:t>کی کوئی ضرورت نہیں ہے۔ تو</w:t>
      </w:r>
    </w:p>
    <w:p>
      <w:r>
        <w:rPr>
          <w:b/>
        </w:rPr>
        <w:t xml:space="preserve">[10:47] </w:t>
      </w:r>
      <w:r>
        <w:t>khuda ki koi zaroorat nahi, un ko yeh bilkul hi appearance hai, reality nahi hai. khuda ki zaroorat aur khas taur par jab woh insan marega aur doosri duniya mein jayega, to woh sab kuch isi duniya mein chhod kar jayega. koi bhi koi cheez is duniya se le kar nahi jata. to lekin masla yeh hai ke hum ko isi duniya mein apne aap ko prepare karna hai, apni divine personality</w:t>
      </w:r>
    </w:p>
    <w:p>
      <w:pPr>
        <w:jc w:val="right"/>
      </w:pPr>
      <w:r>
        <w:t>خدا کی کوئی ضرورت نہیں، ان کو یہ بالکل ہی اپیئرنس ہے، ریلیٹی نہیں ہے۔ خدا کی ضرورت اور خاص طور پر جب وہ انسان مرے گا اور دوسری دنیا میں جائے گا، تو وہ سب کچھ اسی دنیا میں چھوڑ کر جائے گا۔ کوئی بھی کوئی چیز اس دنیا سے لے کر نہیں جاتا۔ تو لیکن مسئلہ یہ ہے کہ ہم کو اسی دنیا میں اپنے آپ کو پریپیئر کرنا ہے، اپنی ڈیوائن پرسنیل</w:t>
      </w:r>
    </w:p>
    <w:p>
      <w:r>
        <w:rPr>
          <w:b/>
        </w:rPr>
        <w:t xml:space="preserve">[11:17] </w:t>
      </w:r>
      <w:r>
        <w:t>tea banani hai, takhalluq be akhlaq Allah apna paida karna hai hamare andar.</w:t>
      </w:r>
    </w:p>
    <w:p>
      <w:pPr>
        <w:jc w:val="right"/>
      </w:pPr>
      <w:r>
        <w:t>ٹی بنانی ہے، تخلق بے اخلاق اللہ اپنا پیدا کرنا ہے ہمارے اندر۔</w:t>
      </w:r>
    </w:p>
    <w:p>
      <w:r>
        <w:rPr>
          <w:b/>
        </w:rPr>
        <w:t xml:space="preserve">[11:21] </w:t>
      </w:r>
      <w:r>
        <w:t>aur yeh jabhi hoga Khuda se gehra ta'alluq jab hamare andar ek Khuda ko ek ek hum ek</w:t>
      </w:r>
    </w:p>
    <w:p>
      <w:pPr>
        <w:jc w:val="right"/>
      </w:pPr>
      <w:r>
        <w:t>اور یہ جبھی ہوگا خدا سے گہرا تعلق جب ہمارے اندر ایک خدا کو ایک ایک ہم ایک</w:t>
      </w:r>
    </w:p>
    <w:p>
      <w:r>
        <w:rPr>
          <w:b/>
        </w:rPr>
        <w:t xml:space="preserve">[11:25] </w:t>
      </w:r>
      <w:r>
        <w:t>discovery Khuda ki karenge.</w:t>
      </w:r>
    </w:p>
    <w:p>
      <w:pPr>
        <w:jc w:val="right"/>
      </w:pPr>
      <w:r>
        <w:t>ڈسکوری خدا کی کریں گے۔</w:t>
      </w:r>
    </w:p>
    <w:p>
      <w:r>
        <w:rPr>
          <w:b/>
        </w:rPr>
        <w:t xml:space="preserve">[11:29] </w:t>
      </w:r>
      <w:r>
        <w:t>Khuda hamara zaati daryaft ho jayega.</w:t>
      </w:r>
    </w:p>
    <w:p>
      <w:pPr>
        <w:jc w:val="right"/>
      </w:pPr>
      <w:r>
        <w:t>خدا ہمارا ذاتی دریافت ہو جائے گا۔</w:t>
      </w:r>
    </w:p>
    <w:p>
      <w:r>
        <w:rPr>
          <w:b/>
        </w:rPr>
        <w:t xml:space="preserve">[11:34] </w:t>
      </w:r>
      <w:r>
        <w:t>isi ko kehte hain marifat wala iman.</w:t>
      </w:r>
    </w:p>
    <w:p>
      <w:pPr>
        <w:jc w:val="right"/>
      </w:pPr>
      <w:r>
        <w:t>اسی کو کہتے ہیں معرفت والا ایمان۔</w:t>
      </w:r>
    </w:p>
    <w:p>
      <w:r>
        <w:rPr>
          <w:b/>
        </w:rPr>
        <w:t xml:space="preserve">[11:38] </w:t>
      </w:r>
      <w:r>
        <w:t>Khuda ki hum marifat karenge, tadabbur o tafakkur karenge.</w:t>
      </w:r>
    </w:p>
    <w:p>
      <w:pPr>
        <w:jc w:val="right"/>
      </w:pPr>
      <w:r>
        <w:t>خدا کی ہم معرفت کریں گے، تدبر و تفکر کریں گے۔</w:t>
      </w:r>
    </w:p>
    <w:p>
      <w:r>
        <w:rPr>
          <w:b/>
        </w:rPr>
        <w:t xml:space="preserve">[11:42] </w:t>
      </w:r>
      <w:r>
        <w:t>ہر جو ساری sign, science, جو</w:t>
      </w:r>
    </w:p>
    <w:p>
      <w:pPr>
        <w:jc w:val="right"/>
      </w:pPr>
      <w:r>
        <w:t>ہر جو ساری ایس آئی جی این سائنس، جو</w:t>
      </w:r>
    </w:p>
    <w:p>
      <w:r>
        <w:rPr>
          <w:b/>
        </w:rPr>
        <w:t xml:space="preserve">[11:47] </w:t>
      </w:r>
      <w:r>
        <w:t>ساری سائنس کائنات میں بکری ہوئی ہیں، ان سے ہم جو physical science ہیں، ان سے ہم spiritual</w:t>
      </w:r>
    </w:p>
    <w:p>
      <w:pPr>
        <w:jc w:val="right"/>
      </w:pPr>
      <w:r>
        <w:t>ساری سائنس کائنات میں بکری ہوئی ہیں، ان سے ہم جو فزیکل سائنس ہیں، ان سے ہم سپریچول</w:t>
      </w:r>
    </w:p>
    <w:p>
      <w:r>
        <w:rPr>
          <w:b/>
        </w:rPr>
        <w:t xml:space="preserve">[11:53] </w:t>
      </w:r>
      <w:r>
        <w:t>lessons derive karenge.</w:t>
      </w:r>
    </w:p>
    <w:p>
      <w:pPr>
        <w:jc w:val="right"/>
      </w:pPr>
      <w:r>
        <w:t>لیسنز ڈیرائیو کریں گے۔</w:t>
      </w:r>
    </w:p>
    <w:p>
      <w:r>
        <w:rPr>
          <w:b/>
        </w:rPr>
        <w:t xml:space="preserve">[11:59] </w:t>
      </w:r>
      <w:r>
        <w:t>tab ja ke hamein apne aap ko ek ek marifat wala insaan hum bana payenge.</w:t>
      </w:r>
    </w:p>
    <w:p>
      <w:pPr>
        <w:jc w:val="right"/>
      </w:pPr>
      <w:r>
        <w:t>تب جا کے ہمیں اپنے آپ کو ایک ایک معرفت والا انسان ہم بنا پائیں گے۔</w:t>
      </w:r>
    </w:p>
    <w:p>
      <w:r>
        <w:rPr>
          <w:b/>
        </w:rPr>
        <w:t xml:space="preserve">[12:05] </w:t>
      </w:r>
      <w:r>
        <w:t>مسلسل ہم کو spiritual food کی ضرورت ہے، بغیر spiritual provision کے ہماری spiritual personality نہیں بنے گی۔</w:t>
      </w:r>
    </w:p>
    <w:p>
      <w:pPr>
        <w:jc w:val="right"/>
      </w:pPr>
      <w:r>
        <w:t>مسلسل ہم کو سپریچول فوڈ کی ضرورت ہے، بغیر سپریچول پروویژن کے ہماری سپریچول پرسنیلٹی نہیں بنے گی۔</w:t>
      </w:r>
    </w:p>
    <w:p>
      <w:r>
        <w:rPr>
          <w:b/>
        </w:rPr>
        <w:t xml:space="preserve">[12:11] </w:t>
      </w:r>
      <w:r>
        <w:t>to yeh Maulana sahib ne kehte thay ke woh jo</w:t>
      </w:r>
    </w:p>
    <w:p>
      <w:pPr>
        <w:jc w:val="right"/>
      </w:pPr>
      <w:r>
        <w:t>تو یہ مولانا صاحب نے کہتے تھے کہ وہ جو</w:t>
      </w:r>
    </w:p>
    <w:p>
      <w:r>
        <w:rPr>
          <w:b/>
        </w:rPr>
        <w:t xml:space="preserve">[12:17] </w:t>
      </w:r>
      <w:r>
        <w:t>divine blessings hain, woh to sab ko mil rahi hain, lekin aisa nahi hai ke tamam divine blessings</w:t>
      </w:r>
    </w:p>
    <w:p>
      <w:pPr>
        <w:jc w:val="right"/>
      </w:pPr>
      <w:r>
        <w:t>ڈیوائن بلیسنگز ہیں، وہ تو سب کو مل رہی ہیں، لیکن ایسا نہیں ہے کہ تمام ڈیوائن بلیسنگز</w:t>
      </w:r>
    </w:p>
    <w:p>
      <w:r>
        <w:rPr>
          <w:b/>
        </w:rPr>
        <w:t xml:space="preserve">[12:22] </w:t>
      </w:r>
      <w:r>
        <w:t>ek insaan ko mil jaye.</w:t>
      </w:r>
    </w:p>
    <w:p>
      <w:pPr>
        <w:jc w:val="right"/>
      </w:pPr>
      <w:r>
        <w:t>ایک انسان کو مل جائے۔</w:t>
      </w:r>
    </w:p>
    <w:p>
      <w:r>
        <w:rPr>
          <w:b/>
        </w:rPr>
        <w:t xml:space="preserve">[12:27] </w:t>
      </w:r>
      <w:r>
        <w:t>تو اس کا یہ طریقہ ہے کہ انسان جو ہے personalize, personalize کرے divine blessings کو۔</w:t>
      </w:r>
    </w:p>
    <w:p>
      <w:pPr>
        <w:jc w:val="right"/>
      </w:pPr>
      <w:r>
        <w:t>تو اس کا یہ طریقہ ہے کہ انسان جو ہے پرسنلائز، پرسنلائز کرے ڈیوائن بلیسنگز کو۔</w:t>
      </w:r>
    </w:p>
    <w:p>
      <w:r>
        <w:rPr>
          <w:b/>
        </w:rPr>
        <w:t xml:space="preserve">[12:32] </w:t>
      </w:r>
      <w:r>
        <w:t>yani kisi ko bhi woh divine blessings mili hain, ya jaise suraj hai, hum ko roshni de raha</w:t>
      </w:r>
    </w:p>
    <w:p>
      <w:pPr>
        <w:jc w:val="right"/>
      </w:pPr>
      <w:r>
        <w:t>یعنی کسی کو بھی وہ ڈیوائن بلیسنگز ملی ہیں، یا جیسے سورج ہے، ہم کو روشنی دے رہا</w:t>
      </w:r>
    </w:p>
    <w:p>
      <w:r>
        <w:rPr>
          <w:b/>
        </w:rPr>
        <w:t xml:space="preserve">[12:37] </w:t>
      </w:r>
      <w:r>
        <w:t>hai, hum ko hararat de raha hai, to woh woh yeh soche ke yeh Allah ne hamare liye</w:t>
      </w:r>
    </w:p>
    <w:p>
      <w:pPr>
        <w:jc w:val="right"/>
      </w:pPr>
      <w:r>
        <w:t>ہے، ہم کو حرارت دے رہا ہے، تو وہ وہ یہ سوچے کہ یہ اللہ نے ہمارے لیے</w:t>
      </w:r>
    </w:p>
    <w:p>
      <w:r>
        <w:rPr>
          <w:b/>
        </w:rPr>
        <w:t xml:space="preserve">[12:42] </w:t>
      </w:r>
      <w:r>
        <w:t>suraj nikala hai, Allah ne yeh</w:t>
      </w:r>
    </w:p>
    <w:p>
      <w:pPr>
        <w:jc w:val="right"/>
      </w:pPr>
      <w:r>
        <w:t>سورج نکالا ہے، اللہ نے یہ</w:t>
      </w:r>
    </w:p>
    <w:p>
      <w:r>
        <w:rPr>
          <w:b/>
        </w:rPr>
        <w:t xml:space="preserve">[12:47] </w:t>
      </w:r>
      <w:r>
        <w:t>duniya hamare liye create ki hai. ya kisi ke pas bhi koi achi cheez dekhe, farz kare koi ek healthy child hai, to woh us ko dekhe to woh samjhe ke Allah taala ne kitna beautiful insan Allah paida karta hai. to woh yeh na ho ke hamara apna bachcha hoga, tabhi hum us ko appreciate karenge. to koi bhi divine blessings ho, woh humein mil rahi ho ya nahi mil rahi ho, us ko hum personalize karein aur samjhein ke sab kuch Allah taala</w:t>
      </w:r>
    </w:p>
    <w:p>
      <w:pPr>
        <w:jc w:val="right"/>
      </w:pPr>
      <w:r>
        <w:t>دنیا ہمارے لیے کریٹ کی ہے۔ یا کسی کے پاس بھی کوئی اچھی چیز دیکھے، فرض کریں کوئی ایک ہیلدی چائلڈ ہے، تو وہ اس کو دیکھے تو وہ سمجھے کہ اللہ تعالیٰ نے کتنا بیوٹی فل انسان اللہ پیدا کرتا ہے۔ تو وہ یہ نہ ہو کہ ہمارا اپنا بچہ ہوگا، تبھی ہم اس کو ایپریشیٹ کریں گے۔ تو کوئی بھی ڈیوائن بلیسنگز ہو، وہ ہمیں مل رہی ہو یا نہیں مل رہی ہو، اس کو ہم پرسنلائز کریں اور سمجھیں کہ سب کچھ اللہ تعالی</w:t>
      </w:r>
    </w:p>
    <w:p>
      <w:r>
        <w:rPr>
          <w:b/>
        </w:rPr>
        <w:t xml:space="preserve">[13:17] </w:t>
      </w:r>
      <w:r>
        <w:t>ne hamare liye paida kiya hai.</w:t>
      </w:r>
    </w:p>
    <w:p>
      <w:pPr>
        <w:jc w:val="right"/>
      </w:pPr>
      <w:r>
        <w:t>ٰ نے ہمارے لیے پیدا کیا ہے۔</w:t>
      </w:r>
    </w:p>
    <w:p>
      <w:r>
        <w:rPr>
          <w:b/>
        </w:rPr>
        <w:t xml:space="preserve">[13:22] </w:t>
      </w:r>
      <w:r>
        <w:t>yeh poori kainat Allah ne insaanon ke liye paida kiya hai, kyunke science ne bataya hai ke yeh</w:t>
      </w:r>
    </w:p>
    <w:p>
      <w:pPr>
        <w:jc w:val="right"/>
      </w:pPr>
      <w:r>
        <w:t>یہ پوری کائنات اللہ نے انسانوں کے لیے پیدا کیا ہے، کیونکہ سائنس نے بتایا ہے کہ یہ</w:t>
      </w:r>
    </w:p>
    <w:p>
      <w:r>
        <w:rPr>
          <w:b/>
        </w:rPr>
        <w:t xml:space="preserve">[13:27] </w:t>
      </w:r>
      <w:r>
        <w:t>custom made universe hai.</w:t>
      </w:r>
    </w:p>
    <w:p>
      <w:pPr>
        <w:jc w:val="right"/>
      </w:pPr>
      <w:r>
        <w:t>کسٹم میڈ یونیورس ہے۔</w:t>
      </w:r>
    </w:p>
    <w:p>
      <w:r>
        <w:rPr>
          <w:b/>
        </w:rPr>
        <w:t xml:space="preserve">[13:32] </w:t>
      </w:r>
      <w:r>
        <w:t>تو اس طریقے سے ایک بہت بڑا خدا کا divine, جو gratefulness ہے، divine hamd hai, وہ</w:t>
      </w:r>
    </w:p>
    <w:p>
      <w:pPr>
        <w:jc w:val="right"/>
      </w:pPr>
      <w:r>
        <w:t>تو اس طریقے سے ایک بہت بڑا خدا کا ڈیوائن، جو گریٹ فلنس ہے، ڈیوائن حمد ہے، وہ</w:t>
      </w:r>
    </w:p>
    <w:p>
      <w:r>
        <w:rPr>
          <w:b/>
        </w:rPr>
        <w:t xml:space="preserve">[13:37] </w:t>
      </w:r>
      <w:r>
        <w:t>hamare andar paida hoga aur hamari jo personality hai, woh khuda ke shukr mein, hamd mein naha uthe gi.</w:t>
      </w:r>
    </w:p>
    <w:p>
      <w:pPr>
        <w:jc w:val="right"/>
      </w:pPr>
      <w:r>
        <w:t>ہمارے اندر پیدا ہوگا اور ہماری جو پرسنیلٹی ہے، وہ خدا کے شکر میں، حمد میں نہا اٹھے گی۔</w:t>
      </w:r>
    </w:p>
    <w:p>
      <w:r>
        <w:rPr>
          <w:b/>
        </w:rPr>
        <w:t xml:space="preserve">[13:42] </w:t>
      </w:r>
      <w:r>
        <w:t>to is tarike se hamare andar aik</w:t>
      </w:r>
    </w:p>
    <w:p>
      <w:pPr>
        <w:jc w:val="right"/>
      </w:pPr>
      <w:r>
        <w:t>تو اس طریقے سے ہمارے اندر ایک</w:t>
      </w:r>
    </w:p>
    <w:p>
      <w:r>
        <w:rPr>
          <w:b/>
        </w:rPr>
        <w:t xml:space="preserve">[13:48] </w:t>
      </w:r>
      <w:r>
        <w:t>divine personality banegi aur wahi divine personality jo hai, hame zarurat hai akhirat mein jagah panay ke liye. Quran mein Allah Ta'ala ne farmaya hai: "wasakhir lakum ma fi al-ard, ma fi al-samawat wal-ard jameeah" chapter 45, verse 13. To isi ko science ne kaha hai, scientists, scientist ne kaha hai ke yeh custom made universe hai. Yani Allah Ta'ala ne tamam kainat ko</w:t>
      </w:r>
    </w:p>
    <w:p>
      <w:pPr>
        <w:jc w:val="right"/>
      </w:pPr>
      <w:r>
        <w:t>ڈیوائن پرسنیلٹی بنے گی اور وہی ڈیوائن پرسنیلٹی جو ہے، ہمیں ضرورت ہے آخرت میں جگہ پانے کے لیے۔ قرآن میں اللہ تعالیٰ نے فرمایا ہے: "وسخر لکم ما فی الارض، ما فی السماوات والارض جمیعہ" چیپٹر 45، ورس 13۔ تو اسی کو سائنس نے کہا ہے، سائنسٹس، سائنٹسٹ نے کہا ہے کہ یہ کسٹم میڈ یونیورس ہے۔ یعنی اللہ تعالیٰ نے تمام کائنات کو</w:t>
      </w:r>
    </w:p>
    <w:p>
      <w:r>
        <w:rPr>
          <w:b/>
        </w:rPr>
        <w:t xml:space="preserve">[14:18] </w:t>
      </w:r>
      <w:r>
        <w:t>tamam dunya ki har cheez ko insan ke liye maskhar kar diya. agar allah maskhar na karta to hum is se kaam nahi le sakte thay, hum is se koi faida nahi utha sakte thay. misaal ke taur par, allah ta'ala ne jab yahan par jab transportation ki nai nai jo modern sooraten hain, wo nahi theen, to allah ta'ala ne ghoda banaya aur ghore ko maskhar kiya. agar farz karein ke ghoda na hota, hame sher ki sawari karni hoti to hum kabhi nahi pa</w:t>
      </w:r>
    </w:p>
    <w:p>
      <w:pPr>
        <w:jc w:val="right"/>
      </w:pPr>
      <w:r>
        <w:t>، تمام دنیا کی ہر چیز کو انسان کے لیے مسخر کر دیا۔ اگر اللہ مسخر نہ کرتا تو ہم اس سے کام نہیں لے سکتے تھے، ہم اس سے کوئی فائدہ نہیں اٹھا سکتے تھے۔ مثال کے طور پر، اللہ تعالیٰ نے جب یہاں پر جب ٹرانسپورٹیشن کی نئی نئی جو ماڈرن صورتیں ہیں، وہ نہیں تھیں، تو اللہ تعالیٰ نے گھوڑا بنایا اور گھوڑے کو مسخر کیا۔ اگر فرض کریں کہ گھوڑا نہ ہوتا، ہمیں شیر کی سواری کرنی ہوتی تو ہم کبھی نہیں کر پات</w:t>
      </w:r>
    </w:p>
    <w:p>
      <w:r>
        <w:rPr>
          <w:b/>
        </w:rPr>
        <w:t xml:space="preserve">[14:48] </w:t>
      </w:r>
      <w:r>
        <w:t>e.</w:t>
      </w:r>
    </w:p>
    <w:p>
      <w:pPr>
        <w:jc w:val="right"/>
      </w:pPr>
      <w:r>
        <w:t>ے۔</w:t>
      </w:r>
    </w:p>
    <w:p>
      <w:r>
        <w:rPr>
          <w:b/>
        </w:rPr>
        <w:t xml:space="preserve">[14:52] </w:t>
      </w:r>
      <w:r>
        <w:t>to isi tarike se Allah taala ne tamam cheezon ko maskhar kar diya hai.</w:t>
      </w:r>
    </w:p>
    <w:p>
      <w:pPr>
        <w:jc w:val="right"/>
      </w:pPr>
      <w:r>
        <w:t>تو اسی طریقے سے اللہ تعالیٰ نے تمام چیزوں کو مسخر کر دیا ہے۔</w:t>
      </w:r>
    </w:p>
    <w:p>
      <w:r>
        <w:rPr>
          <w:b/>
        </w:rPr>
        <w:t xml:space="preserve">[14:56] </w:t>
      </w:r>
      <w:r>
        <w:t>har cheez aik law of nature, qanoon o qaide ke tehat bandhi hui hai.</w:t>
      </w:r>
    </w:p>
    <w:p>
      <w:pPr>
        <w:jc w:val="right"/>
      </w:pPr>
      <w:r>
        <w:t>ہر چیز ایک لاء آف نیچر، قانون و قاعدے کے تحت بندھی ہوئی ہے۔</w:t>
      </w:r>
    </w:p>
    <w:p>
      <w:r>
        <w:rPr>
          <w:b/>
        </w:rPr>
        <w:t xml:space="preserve">[15:00] </w:t>
      </w:r>
      <w:r>
        <w:t>woh qanoon scientist discover karta hai aur tamam cheezon ko paida karta hai, aur us ko discover karta hai,</w:t>
      </w:r>
    </w:p>
    <w:p>
      <w:pPr>
        <w:jc w:val="right"/>
      </w:pPr>
      <w:r>
        <w:t>وہ قانون سائنٹسٹ ڈسکور کرتا ہے اور تمام چیزیں پیدا کرتا ہے، اور اس کو ڈسکور کرتا ہے،</w:t>
      </w:r>
    </w:p>
    <w:p>
      <w:r>
        <w:rPr>
          <w:b/>
        </w:rPr>
        <w:t xml:space="preserve">[15:05] </w:t>
      </w:r>
      <w:r>
        <w:t>aur isi se tamam cheezain banti hain.</w:t>
      </w:r>
    </w:p>
    <w:p>
      <w:pPr>
        <w:jc w:val="right"/>
      </w:pPr>
      <w:r>
        <w:t>اور اسی سے تمام چیزیں بنتی ہیں۔</w:t>
      </w:r>
    </w:p>
    <w:p>
      <w:r>
        <w:rPr>
          <w:b/>
        </w:rPr>
        <w:t xml:space="preserve">[15:09] </w:t>
      </w:r>
      <w:r>
        <w:t>تو سائنس جو ہے، وہ سائنسدان جو ہے، کوئی create نہیں کرتا ہے، بلکہ وہ discover کرتا ہے۔</w:t>
      </w:r>
    </w:p>
    <w:p>
      <w:pPr>
        <w:jc w:val="right"/>
      </w:pPr>
      <w:r>
        <w:t>تو سائنس جو ہے، وہ سائنسدان جو ہے، کوئی کریٹ نہیں کرتا ہے، بلکہ وہ ڈسکور کرتا ہے۔</w:t>
      </w:r>
    </w:p>
    <w:p>
      <w:r>
        <w:rPr>
          <w:b/>
        </w:rPr>
        <w:t xml:space="preserve">[15:13] </w:t>
      </w:r>
      <w:r>
        <w:t>to aik hadith hai ke Allah se muhabbat karo,</w:t>
      </w:r>
    </w:p>
    <w:p>
      <w:pPr>
        <w:jc w:val="right"/>
      </w:pPr>
      <w:r>
        <w:t>تو ایک حدیث ہے کہ اللہ سے محبت کرو،</w:t>
      </w:r>
    </w:p>
    <w:p>
      <w:r>
        <w:rPr>
          <w:b/>
        </w:rPr>
        <w:t xml:space="preserve">[15:18] </w:t>
      </w:r>
      <w:r>
        <w:t>Allah ki nematوں ki wajah se.</w:t>
      </w:r>
    </w:p>
    <w:p>
      <w:pPr>
        <w:jc w:val="right"/>
      </w:pPr>
      <w:r>
        <w:t>اللہ کی نعمتوں کی وجہ سے۔</w:t>
      </w:r>
    </w:p>
    <w:p>
      <w:r>
        <w:rPr>
          <w:b/>
        </w:rPr>
        <w:t xml:space="preserve">[15:23] </w:t>
      </w:r>
      <w:r>
        <w:t>to Allah ki nematain aisi hain jo har insan tajurba kar raha hai.</w:t>
      </w:r>
    </w:p>
    <w:p>
      <w:pPr>
        <w:jc w:val="right"/>
      </w:pPr>
      <w:r>
        <w:t>تو اللہ کی نعمتیں ایسی ہیں جو ہر انسان تجربہ کر رہا ہے۔</w:t>
      </w:r>
    </w:p>
    <w:p>
      <w:r>
        <w:rPr>
          <w:b/>
        </w:rPr>
        <w:t xml:space="preserve">[15:28] </w:t>
      </w:r>
      <w:r>
        <w:t>تو اسی نعمتوں کی وجہ سے ہمیں مطلب اس نعمتوں کو **realize** کرنا پڑے گا۔</w:t>
      </w:r>
    </w:p>
    <w:p>
      <w:pPr>
        <w:jc w:val="right"/>
      </w:pPr>
      <w:r>
        <w:t>تو اسی نعمتوں کی وجہ سے ہمیں مطلب اس نعمتوں کو ریلائز کرنا پڑے گا۔</w:t>
      </w:r>
    </w:p>
    <w:p>
      <w:r>
        <w:rPr>
          <w:b/>
        </w:rPr>
        <w:t xml:space="preserve">[15:33] </w:t>
      </w:r>
      <w:r>
        <w:t>اگر ہم سوچیں گے کہ یہ نعمتیں ہمیں بازار سے مل رہی ہیں، تو ہمارا realization، God realization</w:t>
      </w:r>
    </w:p>
    <w:p>
      <w:pPr>
        <w:jc w:val="right"/>
      </w:pPr>
      <w:r>
        <w:t>اگر ہم سوچیں گے کہ یہ نعمتیں ہمیں بازار سے مل رہی ہیں، تو ہمارا ریلائزیشن، گاڈ ریلائزیشن</w:t>
      </w:r>
    </w:p>
    <w:p>
      <w:r>
        <w:rPr>
          <w:b/>
        </w:rPr>
        <w:t xml:space="preserve">[15:38] </w:t>
      </w:r>
      <w:r>
        <w:t>mukammal nahi ho sakta hai.</w:t>
      </w:r>
    </w:p>
    <w:p>
      <w:pPr>
        <w:jc w:val="right"/>
      </w:pPr>
      <w:r>
        <w:t>مکمل نہیں ہو سکتا ہے۔</w:t>
      </w:r>
    </w:p>
    <w:p>
      <w:r>
        <w:rPr>
          <w:b/>
        </w:rPr>
        <w:t xml:space="preserve">[15:43] </w:t>
      </w:r>
      <w:r>
        <w:t>humein is parde ko phaar kar humein dekhna hai ke yeh humein direct khuda humein</w:t>
      </w:r>
    </w:p>
    <w:p>
      <w:pPr>
        <w:jc w:val="right"/>
      </w:pPr>
      <w:r>
        <w:t>ہمیں اس پردے کو پھاڑ کر ہمیں دیکھنا ہے کہ یہ ہمیں ڈائریکٹ خدا ہمیں</w:t>
      </w:r>
    </w:p>
    <w:p>
      <w:r>
        <w:rPr>
          <w:b/>
        </w:rPr>
        <w:t xml:space="preserve">[15:48] </w:t>
      </w:r>
      <w:r>
        <w:t>yeh nematوں bhihej raha hai.</w:t>
      </w:r>
    </w:p>
    <w:p>
      <w:pPr>
        <w:jc w:val="right"/>
      </w:pPr>
      <w:r>
        <w:t>یہ نعمتوں بھیج رہا ہے۔</w:t>
      </w:r>
    </w:p>
    <w:p>
      <w:r>
        <w:rPr>
          <w:b/>
        </w:rPr>
        <w:t xml:space="preserve">[15:54] </w:t>
      </w:r>
      <w:r>
        <w:t>matlab nemat, nematain jo hain, woh muhabbat ilahi ka sarchashma hain, source hain.</w:t>
      </w:r>
    </w:p>
    <w:p>
      <w:pPr>
        <w:jc w:val="right"/>
      </w:pPr>
      <w:r>
        <w:t>مطلب نعمت، نعمتیں جو ہیں، وہ محبت الہی کا سرچشمہ ہیں، سورس ہیں۔</w:t>
      </w:r>
    </w:p>
    <w:p>
      <w:r>
        <w:rPr>
          <w:b/>
        </w:rPr>
        <w:t xml:space="preserve">[16:00] </w:t>
      </w:r>
      <w:r>
        <w:t>تو اس طریقے سے ہمیں ہر وقت، 24 گھنٹے، ہمیں منیم کو، بینیفیکٹر کو اپنے acknowledge کرنا ہے۔</w:t>
      </w:r>
    </w:p>
    <w:p>
      <w:pPr>
        <w:jc w:val="right"/>
      </w:pPr>
      <w:r>
        <w:t>تو اس طریقے سے ہمیں ہر وقت، 24 گھنٹے، ہمیں منیم کو، بینیفیکٹر کو اپنے ایکنالج کرنا ہے۔</w:t>
      </w:r>
    </w:p>
    <w:p>
      <w:r>
        <w:rPr>
          <w:b/>
        </w:rPr>
        <w:t xml:space="preserve">[16:06] </w:t>
      </w:r>
      <w:r>
        <w:t>aaj kal kya ho raha hai ke in inam se to khoob khoob faida utha rahe hain, nematوں</w:t>
      </w:r>
    </w:p>
    <w:p>
      <w:pPr>
        <w:jc w:val="right"/>
      </w:pPr>
      <w:r>
        <w:t>آج کل کیا ہو رہا ہے کہ ان انعام سے تو خوب خوب فائدہ اٹھا رہے ہیں، نعمتوں</w:t>
      </w:r>
    </w:p>
    <w:p>
      <w:r>
        <w:rPr>
          <w:b/>
        </w:rPr>
        <w:t xml:space="preserve">[16:12] </w:t>
      </w:r>
      <w:r>
        <w:t>سے خوب خوب فائدہ اٹھا رہے ہیں، لیکن minimum کو ہم acknowledge نہیں کرتے۔ اور</w:t>
      </w:r>
    </w:p>
    <w:p>
      <w:pPr>
        <w:jc w:val="right"/>
      </w:pPr>
      <w:r>
        <w:t>سے خوب خوب فائدہ اٹھا رہے ہیں، لیکن منیم کو ہم ایکنالج نہیں کرتے۔ اور</w:t>
      </w:r>
    </w:p>
    <w:p>
      <w:r>
        <w:rPr>
          <w:b/>
        </w:rPr>
        <w:t xml:space="preserve">[16:18] </w:t>
      </w:r>
      <w:r>
        <w:t>yeh yahi lagta hai ke yeh Allah taala ko bohat ziyada napasand hai.</w:t>
      </w:r>
    </w:p>
    <w:p>
      <w:pPr>
        <w:jc w:val="right"/>
      </w:pPr>
      <w:r>
        <w:t>یہ یہی لگتا ہے کہ یہ اللہ تعالیٰ کو بہت زیادہ ناپسند ہے۔</w:t>
      </w:r>
    </w:p>
    <w:p>
      <w:r>
        <w:rPr>
          <w:b/>
        </w:rPr>
        <w:t xml:space="preserve">[16:24] </w:t>
      </w:r>
      <w:r>
        <w:t>aaj jo sari dunya mein disasters ho rahe hain, sari dunya mein bohat hi khalbli machi hui hai.</w:t>
      </w:r>
    </w:p>
    <w:p>
      <w:pPr>
        <w:jc w:val="right"/>
      </w:pPr>
      <w:r>
        <w:t>آج جو ساری دنیا میں ڈیزاسٹرز ہو رہے ہیں، ساری دنیا میں بہت ہی کھلبلی مچی ہوئی ہے۔</w:t>
      </w:r>
    </w:p>
    <w:p>
      <w:r>
        <w:rPr>
          <w:b/>
        </w:rPr>
        <w:t xml:space="preserve">[16:30] </w:t>
      </w:r>
      <w:r>
        <w:t>kahin global warming hai, aur us ki wajah se tarah tarah ke masail paida ho rahe hain.</w:t>
      </w:r>
    </w:p>
    <w:p>
      <w:pPr>
        <w:jc w:val="right"/>
      </w:pPr>
      <w:r>
        <w:t>کہیں گلوبل وارمنگ ہے، اور اس کی وجہ سے طرح طرح کے مسائل پیدا ہو رہے ہیں۔</w:t>
      </w:r>
    </w:p>
    <w:p>
      <w:r>
        <w:rPr>
          <w:b/>
        </w:rPr>
        <w:t xml:space="preserve">[16:36] </w:t>
      </w:r>
      <w:r>
        <w:t>kahin earthquakes aa rahe hain, kahin volcanoes aa rahe hain, kahin sailab aa rahe hain, kahin forest fire hai.</w:t>
      </w:r>
    </w:p>
    <w:p>
      <w:pPr>
        <w:jc w:val="right"/>
      </w:pPr>
      <w:r>
        <w:t>کہیں ارتھ کویکس آ رہے ہیں، کہیں والکینوز آ رہے ہیں، کہیں سیلاب آ رہے ہیں، کہیں فارسٹ فائر ہے۔</w:t>
      </w:r>
    </w:p>
    <w:p>
      <w:r>
        <w:rPr>
          <w:b/>
        </w:rPr>
        <w:t xml:space="preserve">[16:43] </w:t>
      </w:r>
      <w:r>
        <w:t>تو انسان جو ہے، خدا کو اس نے acknowledge نہیں کیا،</w:t>
      </w:r>
    </w:p>
    <w:p>
      <w:pPr>
        <w:jc w:val="right"/>
      </w:pPr>
      <w:r>
        <w:t>تو انسان جو ہے، خدا کو اس نے ایکنالج نہیں کیا،</w:t>
      </w:r>
    </w:p>
    <w:p>
      <w:r>
        <w:rPr>
          <w:b/>
        </w:rPr>
        <w:t xml:space="preserve">[16:49] </w:t>
      </w:r>
      <w:r>
        <w:t>khuda ki ko discover nahin kiya, sirf khuda ki ne'maton se fa'ida uthata raha.</w:t>
      </w:r>
    </w:p>
    <w:p>
      <w:pPr>
        <w:jc w:val="right"/>
      </w:pPr>
      <w:r>
        <w:t>خدا کی کو ڈسکور نہیں کیا، صرف خدا کی نعمتوں سے فائدہ اٹھاتا رہا۔</w:t>
      </w:r>
    </w:p>
    <w:p>
      <w:r>
        <w:rPr>
          <w:b/>
        </w:rPr>
        <w:t xml:space="preserve">[16:53] </w:t>
      </w:r>
      <w:r>
        <w:t>to yeh khuda ko behad napasand hai.</w:t>
      </w:r>
    </w:p>
    <w:p>
      <w:pPr>
        <w:jc w:val="right"/>
      </w:pPr>
      <w:r>
        <w:t>تو یہ خدا کو بے حد ناپسند ہے۔</w:t>
      </w:r>
    </w:p>
    <w:p>
      <w:r>
        <w:rPr>
          <w:b/>
        </w:rPr>
        <w:t xml:space="preserve">[16:57] </w:t>
      </w:r>
      <w:r>
        <w:t>khuda ko aur return kiya chahiye? khuda ko to yahi return hai khuda ka ke hum khuda ki</w:t>
      </w:r>
    </w:p>
    <w:p>
      <w:pPr>
        <w:jc w:val="right"/>
      </w:pPr>
      <w:r>
        <w:t>خدا کو اور ریٹرن کیا چاہیے؟ خدا کو تو یہی ریٹرن ہے خدا کا کہ ہم خدا کی</w:t>
      </w:r>
    </w:p>
    <w:p>
      <w:r>
        <w:rPr>
          <w:b/>
        </w:rPr>
        <w:t xml:space="preserve">[17:02] </w:t>
      </w:r>
      <w:r>
        <w:t>hamd karein, khuda ko acknowledge karein, khuda ke aage surrender karein.</w:t>
      </w:r>
    </w:p>
    <w:p>
      <w:pPr>
        <w:jc w:val="right"/>
      </w:pPr>
      <w:r>
        <w:t>حمد کریں، خدا کو ایکنالج کریں، خدا کے آگے سرینڈر کریں۔</w:t>
      </w:r>
    </w:p>
    <w:p>
      <w:r>
        <w:rPr>
          <w:b/>
        </w:rPr>
        <w:t xml:space="preserve">[17:06] </w:t>
      </w:r>
      <w:r>
        <w:t>lekin yeh surrender jo hai, woh lip service nahin, jis ko kehte hain "Alhamdulillah".</w:t>
      </w:r>
    </w:p>
    <w:p>
      <w:pPr>
        <w:jc w:val="right"/>
      </w:pPr>
      <w:r>
        <w:t>لیکن یہ سرینڈر جو ہے، وہ لپ سروس نہیں، جس کو کہتے ہیں "الحمدللہ"۔</w:t>
      </w:r>
    </w:p>
    <w:p>
      <w:r>
        <w:rPr>
          <w:b/>
        </w:rPr>
        <w:t xml:space="preserve">[17:10] </w:t>
      </w:r>
      <w:r>
        <w:t>har baat mein log kehte hain "Alhamdulillah".</w:t>
      </w:r>
    </w:p>
    <w:p>
      <w:pPr>
        <w:jc w:val="right"/>
      </w:pPr>
      <w:r>
        <w:t>ہر بات میں لوگ کہتے ہیں "الحمدللہ"۔</w:t>
      </w:r>
    </w:p>
    <w:p>
      <w:r>
        <w:rPr>
          <w:b/>
        </w:rPr>
        <w:t xml:space="preserve">[17:15] </w:t>
      </w:r>
      <w:r>
        <w:t>yeh lip service hai. Maulana keh</w:t>
      </w:r>
    </w:p>
    <w:p>
      <w:pPr>
        <w:jc w:val="right"/>
      </w:pPr>
      <w:r>
        <w:t>یہ لپ سروس ہے۔ مولانا کہ</w:t>
      </w:r>
    </w:p>
    <w:p>
      <w:r>
        <w:rPr>
          <w:b/>
        </w:rPr>
        <w:t xml:space="preserve">[17:19] </w:t>
      </w:r>
      <w:r>
        <w:t>te hain yeh "Alhamdulillah" jo hai, woh hai "Alhamdulillah".</w:t>
      </w:r>
    </w:p>
    <w:p>
      <w:pPr>
        <w:jc w:val="right"/>
      </w:pPr>
      <w:r>
        <w:t>تے ہیں یہ "الحمدللہ" جو ہے، وہ ہے "الحمدللہ"۔</w:t>
      </w:r>
    </w:p>
    <w:p>
      <w:r>
        <w:rPr>
          <w:b/>
        </w:rPr>
        <w:t xml:space="preserve">[17:25] </w:t>
      </w:r>
      <w:r>
        <w:t>yeh lap service hai.</w:t>
      </w:r>
    </w:p>
    <w:p>
      <w:pPr>
        <w:jc w:val="right"/>
      </w:pPr>
      <w:r>
        <w:t>یہ لپ سروس ہے۔</w:t>
      </w:r>
    </w:p>
    <w:p>
      <w:r>
        <w:rPr>
          <w:b/>
        </w:rPr>
        <w:t xml:space="preserve">[17:31] </w:t>
      </w:r>
      <w:r>
        <w:t>jo asli acknowledgement hai, us ke liye Maulana ek misaal dete the ke woh aisa tha ke ek</w:t>
      </w:r>
    </w:p>
    <w:p>
      <w:pPr>
        <w:jc w:val="right"/>
      </w:pPr>
      <w:r>
        <w:t>جو اصلی ایکنالجمنٹ ہے، اس کے لیے مولانا ایک مثال دیتے تھے کہ وہ ایسا تھا کہ ایک</w:t>
      </w:r>
    </w:p>
    <w:p>
      <w:r>
        <w:rPr>
          <w:b/>
        </w:rPr>
        <w:t xml:space="preserve">[17:37] </w:t>
      </w:r>
      <w:r>
        <w:t>gaon mein ek aadmi tha, to woh us ne Congress join kar li, aur bohat zyada woh loyal tha.</w:t>
      </w:r>
    </w:p>
    <w:p>
      <w:pPr>
        <w:jc w:val="right"/>
      </w:pPr>
      <w:r>
        <w:t>گاؤں میں ایک آدمی تھا، تو وہ اس نے کانگریس جوائن کر لی، اور بہت زیادہ وہ لائل تھا۔</w:t>
      </w:r>
    </w:p>
    <w:p>
      <w:r>
        <w:rPr>
          <w:b/>
        </w:rPr>
        <w:t xml:space="preserve">[17:43] </w:t>
      </w:r>
      <w:r>
        <w:t>woh Sanjay Gandhi ka zamana tha, to woh bohat zyada loyal tha. Us ne</w:t>
      </w:r>
    </w:p>
    <w:p>
      <w:pPr>
        <w:jc w:val="right"/>
      </w:pPr>
      <w:r>
        <w:t>وہ سنجے گاندھی کا کا زمانہ تھا، تو وہ بہت زیادہ لائل تھا۔ اس نے</w:t>
      </w:r>
    </w:p>
    <w:p>
      <w:r>
        <w:rPr>
          <w:b/>
        </w:rPr>
        <w:t xml:space="preserve">[17:49] </w:t>
      </w:r>
      <w:r>
        <w:t>kaafi kaam kiya party ke liye.</w:t>
      </w:r>
    </w:p>
    <w:p>
      <w:pPr>
        <w:jc w:val="right"/>
      </w:pPr>
      <w:r>
        <w:t>کافی کام کیا پارٹی کے لیے۔</w:t>
      </w:r>
    </w:p>
    <w:p>
      <w:r>
        <w:rPr>
          <w:b/>
        </w:rPr>
        <w:t xml:space="preserve">[17:54] </w:t>
      </w:r>
      <w:r>
        <w:t>to Sanjay Gandhi ne chunke zyada parha likha nahi tha, woh to Sanjay Gandhi ne us ko M</w:t>
      </w:r>
    </w:p>
    <w:p>
      <w:pPr>
        <w:jc w:val="right"/>
      </w:pPr>
      <w:r>
        <w:t>تو سنجے گاندھی نے چونکہ زیادہ پڑھا لکھا نہیں تھا، وہ تو سنجے گاندھی نے اس کو ایم</w:t>
      </w:r>
    </w:p>
    <w:p>
      <w:r>
        <w:rPr>
          <w:b/>
        </w:rPr>
        <w:t xml:space="preserve">[17:59] </w:t>
      </w:r>
      <w:r>
        <w:t>M, Rajya Sabha ka MP bana diya.</w:t>
      </w:r>
    </w:p>
    <w:p>
      <w:pPr>
        <w:jc w:val="right"/>
      </w:pPr>
      <w:r>
        <w:t>ایم، راج্য سبھا کا ایم پی بنا دیا۔</w:t>
      </w:r>
    </w:p>
    <w:p>
      <w:r>
        <w:rPr>
          <w:b/>
        </w:rPr>
        <w:t xml:space="preserve">[18:04] </w:t>
      </w:r>
      <w:r>
        <w:t>ab woh gaon ka ek aadmi, us ko itna zyada mil gaya, achaanak us ko Parliament House ke</w:t>
      </w:r>
    </w:p>
    <w:p>
      <w:pPr>
        <w:jc w:val="right"/>
      </w:pPr>
      <w:r>
        <w:t>اب وہ گاؤں کا ایک آدمی، اس کو اتنا زیادہ مل گیا، اچانک اس کو پارلیمنٹ ہاؤس کے</w:t>
      </w:r>
    </w:p>
    <w:p>
      <w:r>
        <w:rPr>
          <w:b/>
        </w:rPr>
        <w:t xml:space="preserve">[18:09] </w:t>
      </w:r>
      <w:r>
        <w:t>paas us ka ghar, us ki gaadi, us ki tamam sahoolaten, telephone.</w:t>
      </w:r>
    </w:p>
    <w:p>
      <w:pPr>
        <w:jc w:val="right"/>
      </w:pPr>
      <w:r>
        <w:t>پاس اس کا گھر، اس کی گاڑی، اس کی تمام سہولتیں، ٹیلی فون۔</w:t>
      </w:r>
    </w:p>
    <w:p>
      <w:r>
        <w:rPr>
          <w:b/>
        </w:rPr>
        <w:t xml:space="preserve">[18:14] </w:t>
      </w:r>
      <w:r>
        <w:t>to woh itna sarshaar ho gaya is ek</w:t>
      </w:r>
    </w:p>
    <w:p>
      <w:pPr>
        <w:jc w:val="right"/>
      </w:pPr>
      <w:r>
        <w:t>تو وہ اتنا سرشار ہو گیا اس ایک</w:t>
      </w:r>
    </w:p>
    <w:p>
      <w:r>
        <w:rPr>
          <w:b/>
        </w:rPr>
        <w:t xml:space="preserve">[18:19] </w:t>
      </w:r>
      <w:r>
        <w:t>knowledge management, that a man meets him, from his village.</w:t>
      </w:r>
    </w:p>
    <w:p>
      <w:pPr>
        <w:jc w:val="right"/>
      </w:pPr>
      <w:r>
        <w:t>نالجمنٹ میں کہ ایک آدمی اس سے ملے، اس کے گاؤں کے۔</w:t>
      </w:r>
    </w:p>
    <w:p>
      <w:r>
        <w:rPr>
          <w:b/>
        </w:rPr>
        <w:t xml:space="preserve">[18:24] </w:t>
      </w:r>
      <w:r>
        <w:t>to woh baat baad mein kehta tha ke yeh sab Sanjay babu ki den hai.</w:t>
      </w:r>
    </w:p>
    <w:p>
      <w:pPr>
        <w:jc w:val="right"/>
      </w:pPr>
      <w:r>
        <w:t>تو وہ بات بعد میں کہتا تھا کہ یہ سب سنجے بابو کی دین ہے۔</w:t>
      </w:r>
    </w:p>
    <w:p>
      <w:r>
        <w:rPr>
          <w:b/>
        </w:rPr>
        <w:t xml:space="preserve">[18:29] </w:t>
      </w:r>
      <w:r>
        <w:t>har baat mein kehta tha yeh Sanjay babu ki den hai.</w:t>
      </w:r>
    </w:p>
    <w:p>
      <w:pPr>
        <w:jc w:val="right"/>
      </w:pPr>
      <w:r>
        <w:t>ہر بات میں کہتا تھا یہ سنجے بابو کی دین ہے۔</w:t>
      </w:r>
    </w:p>
    <w:p>
      <w:r>
        <w:rPr>
          <w:b/>
        </w:rPr>
        <w:t xml:space="preserve">[18:34] </w:t>
      </w:r>
      <w:r>
        <w:t>to Maulana kehte the ke yeh isi tareeqe se hamein kehna hai ke yeh sab hamare Khuda ki den hai.</w:t>
      </w:r>
    </w:p>
    <w:p>
      <w:pPr>
        <w:jc w:val="right"/>
      </w:pPr>
      <w:r>
        <w:t>تو مولانا کہتے تھے کہ یہ اسی طریقے سے ہمیں کہنا ہے کہ یہ سب ہمارے خدا کی دین ہے۔</w:t>
      </w:r>
    </w:p>
    <w:p>
      <w:r>
        <w:rPr>
          <w:b/>
        </w:rPr>
        <w:t xml:space="preserve">[18:39] </w:t>
      </w:r>
      <w:r>
        <w:t>تو جو یہ گہرائی سے، جو پوری personality میں، یہ ہمارے اندر یہ جو acknowledgment ہے، خدا کا</w:t>
      </w:r>
    </w:p>
    <w:p>
      <w:pPr>
        <w:jc w:val="right"/>
      </w:pPr>
      <w:r>
        <w:t>تو جو یہ گہرائی سے، جو پوری پرسنیلٹی میں، یہ ہمارے اندر یہ جو ایکنالجمنٹ ہے، خدا کا</w:t>
      </w:r>
    </w:p>
    <w:p>
      <w:r>
        <w:rPr>
          <w:b/>
        </w:rPr>
        <w:t xml:space="preserve">[18:44] </w:t>
      </w:r>
      <w:r>
        <w:t>shukr hai, hamd hai, poori personality mein</w:t>
      </w:r>
    </w:p>
    <w:p>
      <w:pPr>
        <w:jc w:val="right"/>
      </w:pPr>
      <w:r>
        <w:t>شکر ہے، حمد ہے، پوری پرسنیلٹی میں</w:t>
      </w:r>
    </w:p>
    <w:p>
      <w:r>
        <w:rPr>
          <w:b/>
        </w:rPr>
        <w:t xml:space="preserve">[18:49] </w:t>
      </w:r>
      <w:r>
        <w:t>woh shamil ho jaye.</w:t>
      </w:r>
    </w:p>
    <w:p>
      <w:pPr>
        <w:jc w:val="right"/>
      </w:pPr>
      <w:r>
        <w:t>وہ شامل ہو جائے۔</w:t>
      </w:r>
    </w:p>
    <w:p>
      <w:r>
        <w:rPr>
          <w:b/>
        </w:rPr>
        <w:t xml:space="preserve">[18:55] </w:t>
      </w:r>
      <w:r>
        <w:t>to is gehrai se jab hum kahenge ke yeh sab kuch Khuda ne hamein diya hua hai,</w:t>
      </w:r>
    </w:p>
    <w:p>
      <w:pPr>
        <w:jc w:val="right"/>
      </w:pPr>
      <w:r>
        <w:t>تو اس گہرائی سے جب ہم کہیں گے کہ یہ سب کچھ خدا نے ہمیں دیا ہوا ہے،</w:t>
      </w:r>
    </w:p>
    <w:p>
      <w:r>
        <w:rPr>
          <w:b/>
        </w:rPr>
        <w:t xml:space="preserve">[19:00] </w:t>
      </w:r>
      <w:r>
        <w:t>تبھی وہ خدا اس کو accept کرے گا۔</w:t>
      </w:r>
    </w:p>
    <w:p>
      <w:pPr>
        <w:jc w:val="right"/>
      </w:pPr>
      <w:r>
        <w:t>تبھی وہ خدا اس کو ایکسیپٹ کرے گا۔</w:t>
      </w:r>
    </w:p>
    <w:p>
      <w:r>
        <w:rPr>
          <w:b/>
        </w:rPr>
        <w:t xml:space="preserve">[19:05] </w:t>
      </w:r>
      <w:r>
        <w:t>aur is ka reflection ye hoga ke hum apne andar ek divine personality banayen, jis ko takhalluq be</w:t>
      </w:r>
    </w:p>
    <w:p>
      <w:pPr>
        <w:jc w:val="right"/>
      </w:pPr>
      <w:r>
        <w:t>اور اس کا ریفلیکشن یہ ہوگا کہ ہم اپنے اندر ایک ڈیوائن پرسنیلٹی بنائیں، جس کو تخلق بے</w:t>
      </w:r>
    </w:p>
    <w:p>
      <w:r>
        <w:rPr>
          <w:b/>
        </w:rPr>
        <w:t xml:space="preserve">[19:10] </w:t>
      </w:r>
      <w:r>
        <w:t>اخلاق اللہ کہا گیا ہے، adopt divine ethics.</w:t>
      </w:r>
    </w:p>
    <w:p>
      <w:pPr>
        <w:jc w:val="right"/>
      </w:pPr>
      <w:r>
        <w:t>اخلاق اللہ کہا گیا ہے، اڈاپٹ ڈیوائن ایتھکس۔</w:t>
      </w:r>
    </w:p>
    <w:p>
      <w:r>
        <w:rPr>
          <w:b/>
        </w:rPr>
        <w:t xml:space="preserve">[19:15] </w:t>
      </w:r>
      <w:r>
        <w:t>to jab tak hum apne andar yeh rabbani shakhsiyat na banayenge, tab tak hum ko</w:t>
      </w:r>
    </w:p>
    <w:p>
      <w:pPr>
        <w:jc w:val="right"/>
      </w:pPr>
      <w:r>
        <w:t>تو جب تک ہم اپنے اندر یہ ربانی شخصیت نہ بنائیں گے، تب تک ہم کو</w:t>
      </w:r>
    </w:p>
    <w:p>
      <w:r>
        <w:rPr>
          <w:b/>
        </w:rPr>
        <w:t xml:space="preserve">[19:20] </w:t>
      </w:r>
      <w:r>
        <w:t>Jannat mein entry milne ke qabil nahi rahenge.</w:t>
      </w:r>
    </w:p>
    <w:p>
      <w:pPr>
        <w:jc w:val="right"/>
      </w:pPr>
      <w:r>
        <w:t>جنت میں انٹری ملنے کے قابل نہیں رہیں گے۔</w:t>
      </w:r>
    </w:p>
    <w:p>
      <w:r>
        <w:rPr>
          <w:b/>
        </w:rPr>
        <w:t xml:space="preserve">[19:24] </w:t>
      </w:r>
      <w:r>
        <w:t>وہاں پھر وہاں پر آخرت میں یا جنت ہے یا جہنم ہے، جس کو Maulana کائناتی ایک ڈسٹ</w:t>
      </w:r>
    </w:p>
    <w:p>
      <w:pPr>
        <w:jc w:val="right"/>
      </w:pPr>
      <w:r>
        <w:t>وہاں پھر وہاں پر آخرت میں یا جنت ہے یا جہنم ہے، جس کو مولانا کائناتی ایک ڈسٹ</w:t>
      </w:r>
    </w:p>
    <w:p>
      <w:r>
        <w:rPr>
          <w:b/>
        </w:rPr>
        <w:t xml:space="preserve">[19:29] </w:t>
      </w:r>
      <w:r>
        <w:t>ban kehte hain.</w:t>
      </w:r>
    </w:p>
    <w:p>
      <w:pPr>
        <w:jc w:val="right"/>
      </w:pPr>
      <w:r>
        <w:t>بن کہتے ہیں۔</w:t>
      </w:r>
    </w:p>
    <w:p>
      <w:r>
        <w:rPr>
          <w:b/>
        </w:rPr>
        <w:t xml:space="preserve">[19:33] </w:t>
      </w:r>
      <w:r>
        <w:t>to Jannat hai ya Jahannum hai, wahan agar Jannat mein jagah nahi mili to wahan koi arth nahi</w:t>
      </w:r>
    </w:p>
    <w:p>
      <w:pPr>
        <w:jc w:val="right"/>
      </w:pPr>
      <w:r>
        <w:t>تو جنت ہے یا جہنم ہے، وہاں اگر جنت میں جگہ نہیں ملی تو وہاں کوئی ارتھ نہیں</w:t>
      </w:r>
    </w:p>
    <w:p>
      <w:r>
        <w:rPr>
          <w:b/>
        </w:rPr>
        <w:t xml:space="preserve">[19:38] </w:t>
      </w:r>
      <w:r>
        <w:t>hai ke hum ko doosra ek baar aur mauqa milega.</w:t>
      </w:r>
    </w:p>
    <w:p>
      <w:pPr>
        <w:jc w:val="right"/>
      </w:pPr>
      <w:r>
        <w:t>ہے کہ ہم کو دوسرا ایک بار اور موقع ملے گا۔</w:t>
      </w:r>
    </w:p>
    <w:p>
      <w:r>
        <w:rPr>
          <w:b/>
        </w:rPr>
        <w:t xml:space="preserve">[19:42] </w:t>
      </w:r>
      <w:r>
        <w:t>balkeh woh ek hi baar wahi mauqa hoga.</w:t>
      </w:r>
    </w:p>
    <w:p>
      <w:pPr>
        <w:jc w:val="right"/>
      </w:pPr>
      <w:r>
        <w:t>بلکہ وہ ایک ہی بار وہی موقع ہوگا۔</w:t>
      </w:r>
    </w:p>
    <w:p>
      <w:r>
        <w:rPr>
          <w:b/>
        </w:rPr>
        <w:t xml:space="preserve">[19:46] </w:t>
      </w:r>
      <w:r>
        <w:t>to isi duniya mein hum ko poori tareeqe se serious ho jana hai,</w:t>
      </w:r>
    </w:p>
    <w:p>
      <w:pPr>
        <w:jc w:val="right"/>
      </w:pPr>
      <w:r>
        <w:t>تو اسی دنیا میں ہم کو پوری طریقے سے سیریس ہو جانا ہے،</w:t>
      </w:r>
    </w:p>
    <w:p>
      <w:r>
        <w:rPr>
          <w:b/>
        </w:rPr>
        <w:t xml:space="preserve">[19:51] </w:t>
      </w:r>
      <w:r>
        <w:t>aur us ke liye kaam karna hai, aur bohat hi zyada seriously hum ko in sab baaton ko</w:t>
      </w:r>
    </w:p>
    <w:p>
      <w:pPr>
        <w:jc w:val="right"/>
      </w:pPr>
      <w:r>
        <w:t>اور اس کے لیے کام کرنا ہے، اور بہت ہی زیادہ سیریسلی ہم کو ان سب باتوں کو</w:t>
      </w:r>
    </w:p>
    <w:p>
      <w:r>
        <w:rPr>
          <w:b/>
        </w:rPr>
        <w:t xml:space="preserve">[19:55] </w:t>
      </w:r>
      <w:r>
        <w:t>consider karna hai, Allah taala se ta'alluq jodna hai.</w:t>
      </w:r>
    </w:p>
    <w:p>
      <w:pPr>
        <w:jc w:val="right"/>
      </w:pPr>
      <w:r>
        <w:t>کنسیڈر کرنا ہے، اللہ تعالیٰ سے تعلق جوڑنا ہے۔</w:t>
      </w:r>
    </w:p>
    <w:p>
      <w:r>
        <w:rPr>
          <w:b/>
        </w:rPr>
        <w:t xml:space="preserve">[20:00] </w:t>
      </w:r>
      <w:r>
        <w:t>to is ki aik misaal Maulana ne diya hai.</w:t>
      </w:r>
    </w:p>
    <w:p>
      <w:pPr>
        <w:jc w:val="right"/>
      </w:pPr>
      <w:r>
        <w:t>تو اس کی ایک مثال مولانا نے دیا ہے۔</w:t>
      </w:r>
    </w:p>
    <w:p>
      <w:r>
        <w:rPr>
          <w:b/>
        </w:rPr>
        <w:t xml:space="preserve">[20:04] </w:t>
      </w:r>
      <w:r>
        <w:t>jab Maulana ko electric shock hua tha, aur un ka shayad bayen haath tha ya right hand tha,</w:t>
      </w:r>
    </w:p>
    <w:p>
      <w:pPr>
        <w:jc w:val="right"/>
      </w:pPr>
      <w:r>
        <w:t>جب مولانا کو الیکٹرک شاک ہوا تھا، اور ان کا شاید بائیں ہاتھ تھا یا رائٹ ہینڈ تھا،</w:t>
      </w:r>
    </w:p>
    <w:p>
      <w:r>
        <w:rPr>
          <w:b/>
        </w:rPr>
        <w:t xml:space="preserve">[20:09] </w:t>
      </w:r>
      <w:r>
        <w:t>to is mein tundan jal gaya tha.</w:t>
      </w:r>
    </w:p>
    <w:p>
      <w:pPr>
        <w:jc w:val="right"/>
      </w:pPr>
      <w:r>
        <w:t>تو اس میں ٹنڈن جل گیا تھا۔</w:t>
      </w:r>
    </w:p>
    <w:p>
      <w:r>
        <w:rPr>
          <w:b/>
        </w:rPr>
        <w:t xml:space="preserve">[20:13] </w:t>
      </w:r>
      <w:r>
        <w:t>to woh kisi tareeqay se theek nahi ho raha tha.</w:t>
      </w:r>
    </w:p>
    <w:p>
      <w:pPr>
        <w:jc w:val="right"/>
      </w:pPr>
      <w:r>
        <w:t>تو وہ کسی طریقے سے ٹھیک نہیں ہو رہا تھا۔</w:t>
      </w:r>
    </w:p>
    <w:p>
      <w:r>
        <w:rPr>
          <w:b/>
        </w:rPr>
        <w:t xml:space="preserve">[20:17] </w:t>
      </w:r>
      <w:r>
        <w:t>to doctor ne kaha ke is mein</w:t>
      </w:r>
    </w:p>
    <w:p>
      <w:pPr>
        <w:jc w:val="right"/>
      </w:pPr>
      <w:r>
        <w:t>تو ڈاکٹر نے کہا کہ اس میں</w:t>
      </w:r>
    </w:p>
    <w:p>
      <w:r>
        <w:rPr>
          <w:b/>
        </w:rPr>
        <w:t xml:space="preserve">[20:22] </w:t>
      </w:r>
      <w:r>
        <w:t>skin grafting hogi.</w:t>
      </w:r>
    </w:p>
    <w:p>
      <w:pPr>
        <w:jc w:val="right"/>
      </w:pPr>
      <w:r>
        <w:t>سکن گرافٹنگ ہوگی۔</w:t>
      </w:r>
    </w:p>
    <w:p>
      <w:r>
        <w:rPr>
          <w:b/>
        </w:rPr>
        <w:t xml:space="preserve">[20:26] </w:t>
      </w:r>
      <w:r>
        <w:t>to is ko auto grafting bhi kehte hain.</w:t>
      </w:r>
    </w:p>
    <w:p>
      <w:pPr>
        <w:jc w:val="right"/>
      </w:pPr>
      <w:r>
        <w:t>تو اس کو آٹو گرافٹنگ بھی کہتے ہیں۔</w:t>
      </w:r>
    </w:p>
    <w:p>
      <w:r>
        <w:rPr>
          <w:b/>
        </w:rPr>
        <w:t xml:space="preserve">[20:29] </w:t>
      </w:r>
      <w:r>
        <w:t>to skin grafting mein kya hota hai ke isi person ki skin ko le kar ke us ko</w:t>
      </w:r>
    </w:p>
    <w:p>
      <w:pPr>
        <w:jc w:val="right"/>
      </w:pPr>
      <w:r>
        <w:t>تو سکن گرافٹنگ میں کیا ہوتا ہے کہ اسی پرسن کی سکن کو لے کر کے اس کو</w:t>
      </w:r>
    </w:p>
    <w:p>
      <w:r>
        <w:rPr>
          <w:b/>
        </w:rPr>
        <w:t xml:space="preserve">[20:33] </w:t>
      </w:r>
      <w:r>
        <w:t>graft kiya jata hai.</w:t>
      </w:r>
    </w:p>
    <w:p>
      <w:pPr>
        <w:jc w:val="right"/>
      </w:pPr>
      <w:r>
        <w:t>گرافٹ کیا جاتا ہے۔</w:t>
      </w:r>
    </w:p>
    <w:p>
      <w:r>
        <w:rPr>
          <w:b/>
        </w:rPr>
        <w:t xml:space="preserve">[20:37] </w:t>
      </w:r>
      <w:r>
        <w:t>to Maulana ne woh har cheez parhte thay, to unhon ne aik kitaab mangai skin grafting par.</w:t>
      </w:r>
    </w:p>
    <w:p>
      <w:pPr>
        <w:jc w:val="right"/>
      </w:pPr>
      <w:r>
        <w:t>تو مولانا نے وہ ہر چیز پڑھتے تھے، تو انہوں نے ایک کتاب منگائی سکن گرافٹنگ پر۔</w:t>
      </w:r>
    </w:p>
    <w:p>
      <w:r>
        <w:rPr>
          <w:b/>
        </w:rPr>
        <w:t xml:space="preserve">[20:41] </w:t>
      </w:r>
      <w:r>
        <w:t>to is mein aik jumla likha hua tha skin grafting par ke isi person ki skin grafting jo</w:t>
      </w:r>
    </w:p>
    <w:p>
      <w:pPr>
        <w:jc w:val="right"/>
      </w:pPr>
      <w:r>
        <w:t>تو اس میں ایک جملہ لکھا ہوا تھا سکن گرافٹنگ پر کہ اسی پرسن کی سکن گرافٹنگ جو</w:t>
      </w:r>
    </w:p>
    <w:p>
      <w:r>
        <w:rPr>
          <w:b/>
        </w:rPr>
        <w:t xml:space="preserve">[20:44] </w:t>
      </w:r>
      <w:r>
        <w:t>hai, woh body accept karti hai.</w:t>
      </w:r>
    </w:p>
    <w:p>
      <w:pPr>
        <w:jc w:val="right"/>
      </w:pPr>
      <w:r>
        <w:t>ہے، وہ باڈی ایکسیپٹ کرتی ہے۔</w:t>
      </w:r>
    </w:p>
    <w:p>
      <w:r>
        <w:rPr>
          <w:b/>
        </w:rPr>
        <w:t xml:space="preserve">[20:48] </w:t>
      </w:r>
      <w:r>
        <w:t>to is silsilay mein aik jumla tha: "S</w:t>
      </w:r>
    </w:p>
    <w:p>
      <w:pPr>
        <w:jc w:val="right"/>
      </w:pPr>
      <w:r>
        <w:t>تو اس سلسلے میں ایک جملہ تھا: "س</w:t>
      </w:r>
    </w:p>
    <w:p>
      <w:r>
        <w:rPr>
          <w:b/>
        </w:rPr>
        <w:t xml:space="preserve">[20:52] </w:t>
      </w:r>
      <w:r>
        <w:t>elf will not accept not self".</w:t>
      </w:r>
    </w:p>
    <w:p>
      <w:pPr>
        <w:jc w:val="right"/>
      </w:pPr>
      <w:r>
        <w:t>یلف ول ناٹ ایکسیپٹ ناٹ سیلف"۔</w:t>
      </w:r>
    </w:p>
    <w:p>
      <w:r>
        <w:rPr>
          <w:b/>
        </w:rPr>
        <w:t xml:space="preserve">[20:57] </w:t>
      </w:r>
      <w:r>
        <w:t>تو وہی ہے کہ جب body not self، یعنی دوسرے کی skin کو accept نہیں کرتی، تو اسی</w:t>
      </w:r>
    </w:p>
    <w:p>
      <w:pPr>
        <w:jc w:val="right"/>
      </w:pPr>
      <w:r>
        <w:t>تو وہی ہے کہ جب باڈی ناٹ سیلف، یعنی دوسرے کی سکن کو ایکسیپٹ نہیں کرتی، تو اسی</w:t>
      </w:r>
    </w:p>
    <w:p>
      <w:r>
        <w:rPr>
          <w:b/>
        </w:rPr>
        <w:t xml:space="preserve">[21:02] </w:t>
      </w:r>
      <w:r>
        <w:t>طریقے سے خدا جو ہے، ایک ایسی personality کو accept نہیں کرے گا جس نے divine ethics کو</w:t>
      </w:r>
    </w:p>
    <w:p>
      <w:pPr>
        <w:jc w:val="right"/>
      </w:pPr>
      <w:r>
        <w:t>طریقے سے خدا جو ہے، ایک ایسی پرسنیلٹی کو ایکسیپٹ نہیں کرے گا جس نے ڈیوائن ایتھکس کو</w:t>
      </w:r>
    </w:p>
    <w:p>
      <w:r>
        <w:rPr>
          <w:b/>
        </w:rPr>
        <w:t xml:space="preserve">[21:07] </w:t>
      </w:r>
      <w:r>
        <w:t>اختیار نہیں کیا، ربانی شخصیت کو develop نہیں کیا۔</w:t>
      </w:r>
    </w:p>
    <w:p>
      <w:pPr>
        <w:jc w:val="right"/>
      </w:pPr>
      <w:r>
        <w:t>اختیار نہیں کیا، ربانی شخصیت کو ڈیولپ نہیں کیا۔</w:t>
      </w:r>
    </w:p>
    <w:p>
      <w:r>
        <w:rPr>
          <w:b/>
        </w:rPr>
        <w:t xml:space="preserve">[21:12] </w:t>
      </w:r>
      <w:r>
        <w:t>to is ko jannat mein jagah nahi mile gi.</w:t>
      </w:r>
    </w:p>
    <w:p>
      <w:pPr>
        <w:jc w:val="right"/>
      </w:pPr>
      <w:r>
        <w:t>تو اس کو جنت میں جگہ نہیں ملے گی۔</w:t>
      </w:r>
    </w:p>
    <w:p>
      <w:r>
        <w:rPr>
          <w:b/>
        </w:rPr>
        <w:t xml:space="preserve">[21:17] </w:t>
      </w:r>
      <w:r>
        <w:t>is ke baad is ke paas aur koi jagah nahi hogi jahan woh</w:t>
      </w:r>
    </w:p>
    <w:p>
      <w:pPr>
        <w:jc w:val="right"/>
      </w:pPr>
      <w:r>
        <w:t>اس کے بعد اس کے پاس اور کوئی جگہ نہیں ہوگی جہاں وہ</w:t>
      </w:r>
    </w:p>
    <w:p>
      <w:r>
        <w:rPr>
          <w:b/>
        </w:rPr>
        <w:t xml:space="preserve">[21:22] </w:t>
      </w:r>
      <w:r>
        <w:t>refuge le sake. to is dunya mein hame bohat hi aik choti qeemat dena hai ke khuda ko acknowledge karna hai, khuda ki hamd karna hai, khuda ki yaad karna hai, aur acknowledgement hamara wahi hona chahiye jo is gaon ke aadmi ne jo acknowledgement wo karta tha sanjay gandhi ka. to wahi acknowledgement hum karein ge, tab yeh acknowledgement khuda</w:t>
      </w:r>
    </w:p>
    <w:p>
      <w:pPr>
        <w:jc w:val="right"/>
      </w:pPr>
      <w:r>
        <w:t>ریفیوج لے سکے۔ تو اس دنیا میں ہمیں بہت ہی ایک چھوٹی قیمت دینا ہے کہ خدا کو ایکنالج کرنا ہے، خدا کی حمد کرنا ہے، خدا کی یاد کرنا ہے، اور ایکنالجمنٹ ہمارا وہی ہونا چاہیے جو اس گاؤں کے آدمی نے جو ایکنالجمنٹ وہ کرتا تھا سنجے گاندھی کا۔ تو وہی ایکنالجمنٹ ہم کریں گے، تب یہ ایکنالجمنٹ خدا</w:t>
      </w:r>
    </w:p>
    <w:p>
      <w:r>
        <w:rPr>
          <w:b/>
        </w:rPr>
        <w:t xml:space="preserve">[21:52] </w:t>
      </w:r>
      <w:r>
        <w:t>ke liye qabil-e-qubool hoga.</w:t>
      </w:r>
    </w:p>
    <w:p>
      <w:pPr>
        <w:jc w:val="right"/>
      </w:pPr>
      <w:r>
        <w:t>کے لیے قابل قبول ہوگا۔</w:t>
      </w:r>
    </w:p>
    <w:p>
      <w:r>
        <w:rPr>
          <w:b/>
        </w:rPr>
        <w:t xml:space="preserve">[22:00] </w:t>
      </w:r>
      <w:r>
        <w:t>Allah taala hum sab logon ki madad kare.</w:t>
      </w:r>
    </w:p>
    <w:p>
      <w:pPr>
        <w:jc w:val="right"/>
      </w:pPr>
      <w:r>
        <w:t>اللہ تعالیٰ ہم سب لوگوں کی مدد کرے۔</w:t>
      </w:r>
    </w:p>
    <w:p>
      <w:r>
        <w:rPr>
          <w:b/>
        </w:rPr>
        <w:t xml:space="preserve">[22:07] </w:t>
      </w:r>
      <w:r>
        <w:t>Okay, we start with the question answer and comment session.</w:t>
      </w:r>
    </w:p>
    <w:p>
      <w:pPr>
        <w:jc w:val="right"/>
      </w:pPr>
      <w:r>
        <w:t>اوکے، وی سٹارٹ ود دی کوئسچن انسر اینڈ کمنٹ سیشن۔</w:t>
      </w:r>
    </w:p>
    <w:p>
      <w:r>
        <w:rPr>
          <w:b/>
        </w:rPr>
        <w:t xml:space="preserve">[22:15] </w:t>
      </w:r>
      <w:r>
        <w:t>I request everyone, if you want to post in your questions or comments, also mention your location.</w:t>
      </w:r>
    </w:p>
    <w:p>
      <w:pPr>
        <w:jc w:val="right"/>
      </w:pPr>
      <w:r>
        <w:t>ائی ریکویسٹ ایوری ون، اف یو وانٹ ٹو پوسٹ ان یور کوئسچنز اور کمنٹس، السو مینشن یور لوکیشن۔</w:t>
      </w:r>
    </w:p>
    <w:p>
      <w:r>
        <w:rPr>
          <w:b/>
        </w:rPr>
        <w:t xml:space="preserve">[22:23] </w:t>
      </w:r>
      <w:r>
        <w:t>Aap sab se pehle kuch comments parhna chahunga.</w:t>
      </w:r>
    </w:p>
    <w:p>
      <w:pPr>
        <w:jc w:val="right"/>
      </w:pPr>
      <w:r>
        <w:t>اپا سب سے پہلے کچھ کمنٹس پڑھنا چاہوں گا۔</w:t>
      </w:r>
    </w:p>
    <w:p>
      <w:r>
        <w:rPr>
          <w:b/>
        </w:rPr>
        <w:t xml:space="preserve">[22:29] </w:t>
      </w:r>
      <w:r>
        <w:t>Ah, yeh comment bheja hai Miss Sofia Akhtar ne Bihar se.</w:t>
      </w:r>
    </w:p>
    <w:p>
      <w:pPr>
        <w:jc w:val="right"/>
      </w:pPr>
      <w:r>
        <w:t>اہ، یہ کمنٹ بھیجا ہے مس صوفیہ اختر نے بہار سے۔</w:t>
      </w:r>
    </w:p>
    <w:p>
      <w:r>
        <w:rPr>
          <w:b/>
        </w:rPr>
        <w:t xml:space="preserve">[22:35] </w:t>
      </w:r>
      <w:r>
        <w:t>Unhon ne likha hai: "Ah, Doctor Saniya Hasnain Khan sahib, aap ne bohat behtareen explanation di aaj." Ah,</w:t>
      </w:r>
    </w:p>
    <w:p>
      <w:pPr>
        <w:jc w:val="right"/>
      </w:pPr>
      <w:r>
        <w:t>انہوں نے لکھا ہے: "اہ، ڈاکٹر سانیہ حسنین خان صاحب، اپ نے بہت بہترین ایکسپلینیشن دی آج۔" اہ،</w:t>
      </w:r>
    </w:p>
    <w:p>
      <w:r>
        <w:rPr>
          <w:b/>
        </w:rPr>
        <w:t xml:space="preserve">[22:41] </w:t>
      </w:r>
      <w:r>
        <w:t>Muhammad Irfan Rashidi sahib ne Nagpur se likha hai: "I will do it spirit, very inspiring." Jazak Allah</w:t>
      </w:r>
    </w:p>
    <w:p>
      <w:pPr>
        <w:jc w:val="right"/>
      </w:pPr>
      <w:r>
        <w:t>محمد عرفان رشیدی صاحب نے ناکپور سے لکھا ہے: "ائی ویل ڈو اٹ سپرٹ، ویری انسپائرنگ۔" جزاک اللہ</w:t>
      </w:r>
    </w:p>
    <w:p>
      <w:r>
        <w:rPr>
          <w:b/>
        </w:rPr>
        <w:t xml:space="preserve">[22:47] </w:t>
      </w:r>
      <w:r>
        <w:t>Doctor Saniya Hasnain sahib. Ah, Syed</w:t>
      </w:r>
    </w:p>
    <w:p>
      <w:pPr>
        <w:jc w:val="right"/>
      </w:pPr>
      <w:r>
        <w:t>ڈاکٹر ثانی حسنین صاحب۔ اہ، سید</w:t>
      </w:r>
    </w:p>
    <w:p>
      <w:r>
        <w:rPr>
          <w:b/>
        </w:rPr>
        <w:t xml:space="preserve">[22:53] </w:t>
      </w:r>
      <w:r>
        <w:t>h tasleem khalid ne bhi haiderabad se likha hai: "good speech and explanation by doctor sahib." ah, shad</w:t>
      </w:r>
    </w:p>
    <w:p>
      <w:pPr>
        <w:jc w:val="right"/>
      </w:pPr>
      <w:r>
        <w:t>ہ تسلیم خالد نے بھی حیدرآباد سے لکھا ہے: "گڈ سپیچ اینڈ ایکسپلینیشن بائے ڈاکٹر صاحب۔" اہ، شاد</w:t>
      </w:r>
    </w:p>
    <w:p>
      <w:r>
        <w:rPr>
          <w:b/>
        </w:rPr>
        <w:t xml:space="preserve">[23:00] </w:t>
      </w:r>
      <w:r>
        <w:t>hussain sahib ne srinagar se likha hai: "association of inherent hub shadeed to a real benefactor,</w:t>
      </w:r>
    </w:p>
    <w:p>
      <w:pPr>
        <w:jc w:val="right"/>
      </w:pPr>
      <w:r>
        <w:t>حسین صاحب نے سری نگر سے لکھا ہے: "ایسوسی ایشن اف انہیرنٹ حب شدید ٹو ا ریئل بینیفیکٹر،</w:t>
      </w:r>
    </w:p>
    <w:p>
      <w:r>
        <w:rPr>
          <w:b/>
        </w:rPr>
        <w:t xml:space="preserve">[23:08] </w:t>
      </w:r>
      <w:r>
        <w:t>almighty god, after his discovery, this should be our goal." molana sahib guidance stands a great stead in this respect.</w:t>
      </w:r>
    </w:p>
    <w:p>
      <w:pPr>
        <w:jc w:val="right"/>
      </w:pPr>
      <w:r>
        <w:t>المائٹی گاڈ، افٹر ہز ڈسکوری، دس شوڈ بی اور گول۔" مولانا صاحب گائیڈنس سٹینڈز ا گریٹ سٹیڈ ان دس ریسپیکٹ۔</w:t>
      </w:r>
    </w:p>
    <w:p>
      <w:r>
        <w:rPr>
          <w:b/>
        </w:rPr>
        <w:t xml:space="preserve">[23:16] </w:t>
      </w:r>
      <w:r>
        <w:t>thank you apa for this clear message.</w:t>
      </w:r>
    </w:p>
    <w:p>
      <w:pPr>
        <w:jc w:val="right"/>
      </w:pPr>
      <w:r>
        <w:t>تھینک یو اپا فار دس کلیئر میسج۔</w:t>
      </w:r>
    </w:p>
    <w:p>
      <w:r>
        <w:rPr>
          <w:b/>
        </w:rPr>
        <w:t xml:space="preserve">[23:23] </w:t>
      </w:r>
      <w:r>
        <w:t>muhammad irfan rasheedi sahib ne nagpur se likha hai: "marifat wala iman ke baghair allah se hub shadeed</w:t>
      </w:r>
    </w:p>
    <w:p>
      <w:pPr>
        <w:jc w:val="right"/>
      </w:pPr>
      <w:r>
        <w:t>محمد عرفان رشیدی صاحب نے ناکپور سے لکھا ہے: "معرفت والا ایمان کے بغیر اللہ سے حب شدید</w:t>
      </w:r>
    </w:p>
    <w:p>
      <w:r>
        <w:rPr>
          <w:b/>
        </w:rPr>
        <w:t xml:space="preserve">[23:29] </w:t>
      </w:r>
      <w:r>
        <w:t>namumkin hai." jazak allah apa.</w:t>
      </w:r>
    </w:p>
    <w:p>
      <w:pPr>
        <w:jc w:val="right"/>
      </w:pPr>
      <w:r>
        <w:t>ناممکن ہے۔" جزاک اللہ اپا۔</w:t>
      </w:r>
    </w:p>
    <w:p>
      <w:r>
        <w:rPr>
          <w:b/>
        </w:rPr>
        <w:t xml:space="preserve">[23:35] </w:t>
      </w:r>
      <w:r>
        <w:t>ah, miss shabina ali ne kolkata se likha hai: "jazak allah apa, you addressed a very important and</w:t>
      </w:r>
    </w:p>
    <w:p>
      <w:pPr>
        <w:jc w:val="right"/>
      </w:pPr>
      <w:r>
        <w:t>اہ، مس شبینہ علی نے کلکتہ سے لکھا ہے: "جزاک اللہ اپا، یو ایڈریسڈ ا ویری امپورٹنٹ اینڈ</w:t>
      </w:r>
    </w:p>
    <w:p>
      <w:r>
        <w:rPr>
          <w:b/>
        </w:rPr>
        <w:t xml:space="preserve">[23:42] </w:t>
      </w:r>
      <w:r>
        <w:t>pertinent question that is plaguing the Muslim society today. Those Muslims who try to depict the Prophet as</w:t>
      </w:r>
    </w:p>
    <w:p>
      <w:pPr>
        <w:jc w:val="right"/>
      </w:pPr>
      <w:r>
        <w:t>پرٹیننٹ کوئسچن دیٹ از پلیگنگ دا مسلم سوسائٹی ٹوڈے۔" دوز مسلمز ہو ٹرائی ٹو ڈیپک دی پرافٹ ایز</w:t>
      </w:r>
    </w:p>
    <w:p>
      <w:r>
        <w:rPr>
          <w:b/>
        </w:rPr>
        <w:t xml:space="preserve">[23:48] </w:t>
      </w:r>
      <w:r>
        <w:t>a mysterious and miraculous personality</w:t>
      </w:r>
    </w:p>
    <w:p>
      <w:pPr>
        <w:jc w:val="right"/>
      </w:pPr>
      <w:r>
        <w:t>ا مسٹیریس اینڈ میراکولس پرسنیلٹی</w:t>
      </w:r>
    </w:p>
    <w:p>
      <w:r>
        <w:rPr>
          <w:b/>
        </w:rPr>
        <w:t xml:space="preserve">[23:54] </w:t>
      </w:r>
      <w:r>
        <w:t>are underestimating the prophetic role of prophet muhammad. ah, miss naima khan ne mumbai se likha hai: "allah has also invited us to look within our self. there are plenty of favors within our self to discover our rab." yeh kuch comments thay apa. ab mein sawal lena chahunga. yeh sawal pehla sawal indore se aya hai miss saba malik ka, aur unho</w:t>
      </w:r>
    </w:p>
    <w:p>
      <w:pPr>
        <w:jc w:val="right"/>
      </w:pPr>
      <w:r>
        <w:t>، ار انڈر ایسٹیمیٹنگ دی پرافٹک رول اف پرافٹ محمد۔ اہ، مس نعیمہ خان نے ممبئی سے لکھا ہے: "اللہ ہیز السو انوائٹڈ اس ٹو لوک ود ان اور سیلف۔ دیر ار پلینٹی اف فیورز ود ان اور سیلف ٹو ڈسکور اور رب۔" یہ کچھ کمنٹس تھے اپا۔ اب میں سوال لینا چاہوں گا۔ یہ سوال پہلا سوال اندور سے آیا ہے مس صبا ملک کا، اور انہوں</w:t>
      </w:r>
    </w:p>
    <w:p>
      <w:r>
        <w:rPr>
          <w:b/>
        </w:rPr>
        <w:t xml:space="preserve">[24:24] </w:t>
      </w:r>
      <w:r>
        <w:t>ne likha hai ke: "is forgiving someone or adjusting with other weaknesses for the sake of god</w:t>
      </w:r>
    </w:p>
    <w:p>
      <w:pPr>
        <w:jc w:val="right"/>
      </w:pPr>
      <w:r>
        <w:t>نے لکھا ہے کہ: "اس فارگیونگ سم ون اور ایڈجسٹنگ ود ادر ویکنسز فار دی سیک اف گاڈ</w:t>
      </w:r>
    </w:p>
    <w:p>
      <w:r>
        <w:rPr>
          <w:b/>
        </w:rPr>
        <w:t xml:space="preserve">[24:32] </w:t>
      </w:r>
      <w:r>
        <w:t>is also akin to love of god." what is your comment on this? bilkul sahi baat hai.</w:t>
      </w:r>
    </w:p>
    <w:p>
      <w:pPr>
        <w:jc w:val="right"/>
      </w:pPr>
      <w:r>
        <w:t>از السو اکن ٹو لو اف گاڈ۔" واٹ از یور کمنٹ ان دس؟ بالکل صحیح بات ہے۔</w:t>
      </w:r>
    </w:p>
    <w:p>
      <w:r>
        <w:rPr>
          <w:b/>
        </w:rPr>
        <w:t xml:space="preserve">[24:40] </w:t>
      </w:r>
      <w:r>
        <w:t>khuda ke liye ap jo bhi kaam karen, is ka matlab hai ke ap khuda se mohabbat karte</w:t>
      </w:r>
    </w:p>
    <w:p>
      <w:pPr>
        <w:jc w:val="right"/>
      </w:pPr>
      <w:r>
        <w:t>خدا کے لیے اپ جو بھی کام کریں، اس کا مطلب ہے کہ اپ خدا سے محبت کرتے</w:t>
      </w:r>
    </w:p>
    <w:p>
      <w:r>
        <w:rPr>
          <w:b/>
        </w:rPr>
        <w:t xml:space="preserve">[24:49] </w:t>
      </w:r>
      <w:r>
        <w:t>ہیں، ورنہ اپ کیوں؟ اپ اپ اپنی desires کو وہ کریں گے؟</w:t>
      </w:r>
    </w:p>
    <w:p>
      <w:pPr>
        <w:jc w:val="right"/>
      </w:pPr>
      <w:r>
        <w:t>ہیں، ورنہ اپ کیوں؟ اپ اپ اپنی ڈیزائرز کو وہ کریں گے؟</w:t>
      </w:r>
    </w:p>
    <w:p>
      <w:r>
        <w:rPr>
          <w:b/>
        </w:rPr>
        <w:t xml:space="preserve">[24:57] </w:t>
      </w:r>
      <w:r>
        <w:t>theek hai, theek hai.</w:t>
      </w:r>
    </w:p>
    <w:p>
      <w:pPr>
        <w:jc w:val="right"/>
      </w:pPr>
      <w:r>
        <w:t>ٹھیک ہے، ٹھیک ہے۔</w:t>
      </w:r>
    </w:p>
    <w:p>
      <w:r>
        <w:rPr>
          <w:b/>
        </w:rPr>
        <w:t xml:space="preserve">[25:01] </w:t>
      </w:r>
      <w:r>
        <w:t>آپ اپنی desires کو فالو کریں گے، آپ کیوں خدا کو فالو کریں گے؟ اسی لیے کہ آپ</w:t>
      </w:r>
    </w:p>
    <w:p>
      <w:pPr>
        <w:jc w:val="right"/>
      </w:pPr>
      <w:r>
        <w:t>اپ اپنی ڈیزائرز کو فالو کریں گے، اپ کیوں خدا کو فالو کریں گے؟ اسی لیے کہ اپ</w:t>
      </w:r>
    </w:p>
    <w:p>
      <w:r>
        <w:rPr>
          <w:b/>
        </w:rPr>
        <w:t xml:space="preserve">[25:04] </w:t>
      </w:r>
      <w:r>
        <w:t>khuda se mohabbat karte hain, aur khuda ne hukum diya hai forgiveness ka.</w:t>
      </w:r>
    </w:p>
    <w:p>
      <w:pPr>
        <w:jc w:val="right"/>
      </w:pPr>
      <w:r>
        <w:t>خدا سے محبت کرتے ہیں، اور خدا نے حکم دیا ہے فارگیونس کا۔</w:t>
      </w:r>
    </w:p>
    <w:p>
      <w:r>
        <w:rPr>
          <w:b/>
        </w:rPr>
        <w:t xml:space="preserve">[25:08] </w:t>
      </w:r>
      <w:r>
        <w:t>wo to quran mein bhi hai ke jo log ghusse ke waqt maaf kar dete hain, to yeh</w:t>
      </w:r>
    </w:p>
    <w:p>
      <w:pPr>
        <w:jc w:val="right"/>
      </w:pPr>
      <w:r>
        <w:t>وہ تو قرآن میں بھی ہے کہ جو لوگ غصے کے وقت معاف کر دیتے ہیں، تو یہ</w:t>
      </w:r>
    </w:p>
    <w:p>
      <w:r>
        <w:rPr>
          <w:b/>
        </w:rPr>
        <w:t xml:space="preserve">[25:12] </w:t>
      </w:r>
      <w:r>
        <w:t>to bohat hi rewardable act hai, aur ap khuda ke liye karen.</w:t>
      </w:r>
    </w:p>
    <w:p>
      <w:pPr>
        <w:jc w:val="right"/>
      </w:pPr>
      <w:r>
        <w:t>تو بہت ہی ریوارڈیبل ایکٹ ہے، اور اپ خدا کے لیے کریں۔</w:t>
      </w:r>
    </w:p>
    <w:p>
      <w:r>
        <w:rPr>
          <w:b/>
        </w:rPr>
        <w:t xml:space="preserve">[25:16] </w:t>
      </w:r>
      <w:r>
        <w:t>ab yeh hai ke har kaam mein yeh hota hai ke hum khuda ke liye kar rahe hain</w:t>
      </w:r>
    </w:p>
    <w:p>
      <w:pPr>
        <w:jc w:val="right"/>
      </w:pPr>
      <w:r>
        <w:t>اب یہ ہے کہ ہر کام میں یہ ہوتا ہے کہ ہم خدا کے لیے کر رہے ہیں</w:t>
      </w:r>
    </w:p>
    <w:p>
      <w:r>
        <w:rPr>
          <w:b/>
        </w:rPr>
        <w:t xml:space="preserve">[25:20] </w:t>
      </w:r>
      <w:r>
        <w:t>ya kisi aur maqsad ke liye kar rahe hain.</w:t>
      </w:r>
    </w:p>
    <w:p>
      <w:pPr>
        <w:jc w:val="right"/>
      </w:pPr>
      <w:r>
        <w:t>یا کسی اور مقصد کے لیے کر رہے ہیں۔</w:t>
      </w:r>
    </w:p>
    <w:p>
      <w:r>
        <w:rPr>
          <w:b/>
        </w:rPr>
        <w:t xml:space="preserve">[25:23] </w:t>
      </w:r>
      <w:r>
        <w:t>agar ap khuda ke liye kar rahe hain to yeh bohat bara rewardy</w:t>
      </w:r>
    </w:p>
    <w:p>
      <w:pPr>
        <w:jc w:val="right"/>
      </w:pPr>
      <w:r>
        <w:t>اگر اپ خدا کے لیے کر رہے ہیں تو یہ بہت بڑا ریوارڈی</w:t>
      </w:r>
    </w:p>
    <w:p>
      <w:r>
        <w:rPr>
          <w:b/>
        </w:rPr>
        <w:t xml:space="preserve">[25:27] </w:t>
      </w:r>
      <w:r>
        <w:t>able act hai, aur khuda se mohabbat ki daleel hai.</w:t>
      </w:r>
    </w:p>
    <w:p>
      <w:pPr>
        <w:jc w:val="right"/>
      </w:pPr>
      <w:r>
        <w:t>بل ایکٹ ہے، اور خدا سے محبت کی دلیل ہے۔</w:t>
      </w:r>
    </w:p>
    <w:p>
      <w:r>
        <w:rPr>
          <w:b/>
        </w:rPr>
        <w:t xml:space="preserve">[25:33] </w:t>
      </w:r>
      <w:r>
        <w:t>Ah, upper just to add, ah, ah, I would say that you know the very fact that a</w:t>
      </w:r>
    </w:p>
    <w:p>
      <w:pPr>
        <w:jc w:val="right"/>
      </w:pPr>
      <w:r>
        <w:t>اہ، اپا جسٹ ٹو ایڈ، اہ، اہ، ائی وڈ سے دیٹ یو نو دا ویری فیکٹ دیٹ ا</w:t>
      </w:r>
    </w:p>
    <w:p>
      <w:r>
        <w:rPr>
          <w:b/>
        </w:rPr>
        <w:t xml:space="preserve">[25:39] </w:t>
      </w:r>
      <w:r>
        <w:t>person is forgiving and adjusting with other person.</w:t>
      </w:r>
    </w:p>
    <w:p>
      <w:pPr>
        <w:jc w:val="right"/>
      </w:pPr>
      <w:r>
        <w:t>پرسن از فارگیونگ اینڈ ایڈجسٹنگ ود ادر پرسن۔</w:t>
      </w:r>
    </w:p>
    <w:p>
      <w:r>
        <w:rPr>
          <w:b/>
        </w:rPr>
        <w:t xml:space="preserve">[25:45] </w:t>
      </w:r>
      <w:r>
        <w:t>That is in itself a proof that you know how much immense love that person has for God.</w:t>
      </w:r>
    </w:p>
    <w:p>
      <w:pPr>
        <w:jc w:val="right"/>
      </w:pPr>
      <w:r>
        <w:t>دیٹ از ان اٹ سیلف ا پروف دیٹ یو نو ہاؤ مچ ایمنس لو دیٹ پرسن ہیز فار گاڈ۔</w:t>
      </w:r>
    </w:p>
    <w:p>
      <w:r>
        <w:rPr>
          <w:b/>
        </w:rPr>
        <w:t xml:space="preserve">[25:51] </w:t>
      </w:r>
      <w:r>
        <w:t>and i just want to share a beautiful hadith in this regard. ah, once</w:t>
      </w:r>
    </w:p>
    <w:p>
      <w:pPr>
        <w:jc w:val="right"/>
      </w:pPr>
      <w:r>
        <w:t>اینڈ ائی جسٹ وانٹ ٹو شیئر ا بیوٹی فل حدیث ان دس ریگارڈ۔ اہ، ونس</w:t>
      </w:r>
    </w:p>
    <w:p>
      <w:r>
        <w:rPr>
          <w:b/>
        </w:rPr>
        <w:t xml:space="preserve">[25:57] </w:t>
      </w:r>
      <w:r>
        <w:t>The Prophet said: "Ah, O my son, if you can pass your morning and evening without having any grudge</w:t>
      </w:r>
    </w:p>
    <w:p>
      <w:pPr>
        <w:jc w:val="right"/>
      </w:pPr>
      <w:r>
        <w:t>پرافٹ سیڈ: "اہ، او مائی سن، اف یو کین پاس یور مارننگ اینڈ ایوننگ وداؤٹ ہیونگ اینی گرج</w:t>
      </w:r>
    </w:p>
    <w:p>
      <w:r>
        <w:rPr>
          <w:b/>
        </w:rPr>
        <w:t xml:space="preserve">[26:05] </w:t>
      </w:r>
      <w:r>
        <w:t>in your heart against anyone, then please do so." and then prophet further added that: "this is</w:t>
      </w:r>
    </w:p>
    <w:p>
      <w:pPr>
        <w:jc w:val="right"/>
      </w:pPr>
      <w:r>
        <w:t>ان یور ہارٹ اگینسٹ اینی ون، دین پلیز ڈو سو۔" اینڈ دین پرافٹ فردر ایڈڈ دیٹ: "دس از</w:t>
      </w:r>
    </w:p>
    <w:p>
      <w:r>
        <w:rPr>
          <w:b/>
        </w:rPr>
        <w:t xml:space="preserve">[26:12] </w:t>
      </w:r>
      <w:r>
        <w:t>my sunnah, and who so ever love my sunnah, love me, and who so ever love me, ah,</w:t>
      </w:r>
    </w:p>
    <w:p>
      <w:pPr>
        <w:jc w:val="right"/>
      </w:pPr>
      <w:r>
        <w:t>مائی سنہ، اینڈ ہو سو ایور لو مائی سنہ، لو می، اینڈ ہو سو ایور لو می، اہ،</w:t>
      </w:r>
    </w:p>
    <w:p>
      <w:r>
        <w:rPr>
          <w:b/>
        </w:rPr>
        <w:t xml:space="preserve">[26:20] </w:t>
      </w:r>
      <w:r>
        <w:t>will be in paradise with me." ah, so this is you know</w:t>
      </w:r>
    </w:p>
    <w:p>
      <w:pPr>
        <w:jc w:val="right"/>
      </w:pPr>
      <w:r>
        <w:t>ول بی ان پیراڈائز ود می۔" اہ، سو دس از یو نو</w:t>
      </w:r>
    </w:p>
    <w:p>
      <w:r>
        <w:rPr>
          <w:b/>
        </w:rPr>
        <w:t xml:space="preserve">[26:28] </w:t>
      </w:r>
      <w:r>
        <w:t>a beautiful hadith.</w:t>
      </w:r>
    </w:p>
    <w:p>
      <w:pPr>
        <w:jc w:val="right"/>
      </w:pPr>
      <w:r>
        <w:t>ا بیوٹی فل حدیث۔</w:t>
      </w:r>
    </w:p>
    <w:p>
      <w:r>
        <w:rPr>
          <w:b/>
        </w:rPr>
        <w:t xml:space="preserve">[26:33] </w:t>
      </w:r>
      <w:r>
        <w:t>and ah, i remember molana always used to say even ah in the end of his times, there</w:t>
      </w:r>
    </w:p>
    <w:p>
      <w:pPr>
        <w:jc w:val="right"/>
      </w:pPr>
      <w:r>
        <w:t>اینڈ اہ، ائی ریممبر مولانا الویز یوز ٹو سے ایون اہ ان دی اینڈ اف ہز ٹائمز، دیر</w:t>
      </w:r>
    </w:p>
    <w:p>
      <w:r>
        <w:rPr>
          <w:b/>
        </w:rPr>
        <w:t xml:space="preserve">[26:38] </w:t>
      </w:r>
      <w:r>
        <w:t>ar several videos that he had, and he keep saying that: "I have no grudge against anyone,</w:t>
      </w:r>
    </w:p>
    <w:p>
      <w:pPr>
        <w:jc w:val="right"/>
      </w:pPr>
      <w:r>
        <w:t>ار سیورل ویڈیوز دیٹ ہی ڈیڈ، اینڈ ہی کیپ سیئنگ دیٹ: "ائی ہیو نو گرج اگینسٹ اینی ون،</w:t>
      </w:r>
    </w:p>
    <w:p>
      <w:r>
        <w:rPr>
          <w:b/>
        </w:rPr>
        <w:t xml:space="preserve">[26:43] </w:t>
      </w:r>
      <w:r>
        <w:t>I have no malice, no hate, no negativity." And he used to often tell us that: "this is</w:t>
      </w:r>
    </w:p>
    <w:p>
      <w:pPr>
        <w:jc w:val="right"/>
      </w:pPr>
      <w:r>
        <w:t>ائی ہیو نو میلس، نو ہیٹ، نو نیگیٹیوٹی۔" اینڈ ہی یوز ٹو افن ٹیل اس دیٹ: "دس از</w:t>
      </w:r>
    </w:p>
    <w:p>
      <w:r>
        <w:rPr>
          <w:b/>
        </w:rPr>
        <w:t xml:space="preserve">[26:48] </w:t>
      </w:r>
      <w:r>
        <w:t>one prime reason that why he gets new ideas, uh, or uh, you know inspiration from God Almighty."</w:t>
      </w:r>
    </w:p>
    <w:p>
      <w:pPr>
        <w:jc w:val="right"/>
      </w:pPr>
      <w:r>
        <w:t>ون پرائم ریزن دیٹ وائی ہی گیٹس نیو ائیڈیاز، اہ، اور اہ، یو نو انسپیریشن فرام گاڈ المائٹی۔"</w:t>
      </w:r>
    </w:p>
    <w:p>
      <w:r>
        <w:rPr>
          <w:b/>
        </w:rPr>
        <w:t xml:space="preserve">[26:53] </w:t>
      </w:r>
      <w:r>
        <w:t>so this is a very directional</w:t>
      </w:r>
    </w:p>
    <w:p>
      <w:pPr>
        <w:jc w:val="right"/>
      </w:pPr>
      <w:r>
        <w:t>سو دس از ا ویری ڈائریکشنل</w:t>
      </w:r>
    </w:p>
    <w:p>
      <w:r>
        <w:rPr>
          <w:b/>
        </w:rPr>
        <w:t xml:space="preserve">[26:58] </w:t>
      </w:r>
      <w:r>
        <w:t>hadith for all of us that we should not have any grudge against anyone. ah, what better can it be that if we don't have grudge in our hearts, and we get to live with prophet in paradise? isi par ek baat mujhe bhi yaad aayi. ji, ek baar rasool allah sallallahu alaihi wasallam baithe hue the to ek aadmi aise hi jo passer bhai hote hain, woh guzar raha tha wahan se. to rasool allah sallallahu alaihi wasallam ne kaha ke yeh</w:t>
      </w:r>
    </w:p>
    <w:p>
      <w:pPr>
        <w:jc w:val="right"/>
      </w:pPr>
      <w:r>
        <w:t>حدیث فار ال اف اس دیٹ وی شوڈ ناٹ ہیو اینی گرج اگینسٹ اینی ون۔ اہ، واٹ بیٹر کین اٹ بی دیٹ اف وی ڈونٹ ہیو گرج ان اور ہارٹس، اینڈ وی گیٹ ٹو لیو ود پرافٹ ان پیراڈائز؟ اسی پر ایک بات مجھے بھی یاد آئی۔ جی، ایک بار رسول اللہ صلی اللہ علیہ وسلم بیٹھے ہوئے تھے تو ایک آدمی ایسے ہی جو پاسر بھائی ہوتے ہیں، وہ گزر رہا تھا وہاں سے۔ تو رسول اللہ صلی اللہ علیہ وسلم نے کہا کہ یہ</w:t>
      </w:r>
    </w:p>
    <w:p>
      <w:r>
        <w:rPr>
          <w:b/>
        </w:rPr>
        <w:t xml:space="preserve">[27:28] </w:t>
      </w:r>
      <w:r>
        <w:t>aadmi jannati hai. to logon ko bahut curiosity hui ke aakhir is ke andar kya khaas baat hai. to do teen log wahan par, wahan par aisa tha pehle zamane mein ke teen din ke liye koi kahin bhi ja sakta tha. to ek aadmi gaye wahan, teen din thehre kyunke woh zamana tha jab koi sarai nahi thi, hotel nahi tha. to yeh ek tradition chali aa rahi thi, teen din woh kahin bhi theher sakta tha. to woh teen din thehre aur dekhne ke liye ke is ke andar</w:t>
      </w:r>
    </w:p>
    <w:p>
      <w:pPr>
        <w:jc w:val="right"/>
      </w:pPr>
      <w:r>
        <w:t>آدمی جنتی ہے۔ تو لوگوں کو بہت کیوریاسٹی ہوئی کہ آخر اس کے اندر کیا خاص بات ہے۔ تو دو تین لوگ وہاں پر، وہاں پر ایسا تھا پہلے زمانے میں کہ تین دن کے لیے کوئی کہیں بھی جا سکتا تھا۔ تو ایک آدمی گئے وہاں، تین دن ٹھہرے کیونکہ وہ زمانہ تھا جب کوئی سرائے نہیں تھی، ہوٹل نہیں تھا۔ تو یہ ایک ٹریڈیشن چلی آ رہی تھی، تین دن وہ کہیں بھی ٹھہر سکتا تھا۔ تو وہ تین دن ٹھہرے اور دیکھنے کے لیے کہ اس کے اندر</w:t>
      </w:r>
    </w:p>
    <w:p>
      <w:r>
        <w:rPr>
          <w:b/>
        </w:rPr>
        <w:t xml:space="preserve">[27:58] </w:t>
      </w:r>
      <w:r>
        <w:t>kya khaas baat hai ke rasool Allah salallaho alaihi wasallam ne is ko dunya mein hi jannat</w:t>
      </w:r>
    </w:p>
    <w:p>
      <w:pPr>
        <w:jc w:val="right"/>
      </w:pPr>
      <w:r>
        <w:t>کیا خاص بات ہے کہ رسول اللہ صلی اللہ علیہ وسلم نے اس کو دنیا میں ہی جنت</w:t>
      </w:r>
    </w:p>
    <w:p>
      <w:r>
        <w:rPr>
          <w:b/>
        </w:rPr>
        <w:t xml:space="preserve">[28:02] </w:t>
      </w:r>
      <w:r>
        <w:t>ke ka woh bata diya hai ke woh jannat mein jayega.</w:t>
      </w:r>
    </w:p>
    <w:p>
      <w:pPr>
        <w:jc w:val="right"/>
      </w:pPr>
      <w:r>
        <w:t>کے کا وہ بتا دیا ہے کہ وہ جنت میں جائے گا۔</w:t>
      </w:r>
    </w:p>
    <w:p>
      <w:r>
        <w:rPr>
          <w:b/>
        </w:rPr>
        <w:t xml:space="preserve">[28:06] </w:t>
      </w:r>
      <w:r>
        <w:t>to teen din jab ho gaya to unhon ne kaha ke main aaya tha dekhne ke liye ke</w:t>
      </w:r>
    </w:p>
    <w:p>
      <w:pPr>
        <w:jc w:val="right"/>
      </w:pPr>
      <w:r>
        <w:t>تو تین دن جب ہو گیا تو انہوں نے کہا کہ میں آیا تھا دیکھنے کے لیے کہ</w:t>
      </w:r>
    </w:p>
    <w:p>
      <w:r>
        <w:rPr>
          <w:b/>
        </w:rPr>
        <w:t xml:space="preserve">[28:11] </w:t>
      </w:r>
      <w:r>
        <w:t>tumhare andar kya khaas baat hai.</w:t>
      </w:r>
    </w:p>
    <w:p>
      <w:pPr>
        <w:jc w:val="right"/>
      </w:pPr>
      <w:r>
        <w:t>تمہارے اندر کیا خاص بات ہے۔</w:t>
      </w:r>
    </w:p>
    <w:p>
      <w:r>
        <w:rPr>
          <w:b/>
        </w:rPr>
        <w:t xml:space="preserve">[28:15] </w:t>
      </w:r>
      <w:r>
        <w:t>rasool Allah salallaho alaihi wasallam ne aise kaha tha.</w:t>
      </w:r>
    </w:p>
    <w:p>
      <w:pPr>
        <w:jc w:val="right"/>
      </w:pPr>
      <w:r>
        <w:t>رسول اللہ صلی اللہ علیہ وسلم نے ایسے کہا تھا۔</w:t>
      </w:r>
    </w:p>
    <w:p>
      <w:r>
        <w:rPr>
          <w:b/>
        </w:rPr>
        <w:t xml:space="preserve">[28:19] </w:t>
      </w:r>
      <w:r>
        <w:t>to us ne kaha ke ke main, main wohi hai, namaz roza to wohi hai jo sab log</w:t>
      </w:r>
    </w:p>
    <w:p>
      <w:pPr>
        <w:jc w:val="right"/>
      </w:pPr>
      <w:r>
        <w:t>تو اس نے کہا کہ کہ میں، میں وہی ہے، نماز روزہ تو وہی ہے جو سب لوگ</w:t>
      </w:r>
    </w:p>
    <w:p>
      <w:r>
        <w:rPr>
          <w:b/>
        </w:rPr>
        <w:t xml:space="preserve">[28:24] </w:t>
      </w:r>
      <w:r>
        <w:t>karte hain, bas yeh ke main</w:t>
      </w:r>
    </w:p>
    <w:p>
      <w:pPr>
        <w:jc w:val="right"/>
      </w:pPr>
      <w:r>
        <w:t>کرتے ہیں، بس یہ کہ میں</w:t>
      </w:r>
    </w:p>
    <w:p>
      <w:r>
        <w:rPr>
          <w:b/>
        </w:rPr>
        <w:t xml:space="preserve">[28:28] </w:t>
      </w:r>
      <w:r>
        <w:t>apne andar koi bhi ghil, koi malice nahi pata. to wohi jo abhi aap ne kaha na ke ji, mere andar kisi ke liye bhi koi grudge nahi hai. to yeh cheez jo hai woh bilkul aadmi ko jannat ka mustahiq thehrati hai. apa, yeh sawal ahmedabad se miss shaista ne bheja hai aur unhon ne aap se poocha hai ke: "we all worship god, but how can one love god?" is ko th</w:t>
      </w:r>
    </w:p>
    <w:p>
      <w:pPr>
        <w:jc w:val="right"/>
      </w:pPr>
      <w:r>
        <w:t>اپنے اندر کوئی بھی غش، کوئی میلس نہیں پاتا۔ تو وہی جو ابھی آپ نے کہا نا کہ جی، میرے اندر کسی کے لیے بھی کوئی گرج نہیں ہے۔ تو یہ چیز جو ہے وہ بالکل آدمی کو جنت کا مستحق ٹھہراتی ہے۔ اپا، یہ سوال احمد آباد سے مس شائستہ نے بھیجا ہے اور انہوں نے آپ سے پوچھا ہے کہ: "وی ال ورشپ گاڈ، بٹ ہاؤ کین ون لو گاڈ؟" اس کو تھ</w:t>
      </w:r>
    </w:p>
    <w:p>
      <w:r>
        <w:rPr>
          <w:b/>
        </w:rPr>
        <w:t xml:space="preserve">[28:58] </w:t>
      </w:r>
      <w:r>
        <w:t>wada aur wazeh kar dein.</w:t>
      </w:r>
    </w:p>
    <w:p>
      <w:pPr>
        <w:jc w:val="right"/>
      </w:pPr>
      <w:r>
        <w:t>وڑا اور واضح کر دیں۔</w:t>
      </w:r>
    </w:p>
    <w:p>
      <w:r>
        <w:rPr>
          <w:b/>
        </w:rPr>
        <w:t xml:space="preserve">[29:04] </w:t>
      </w:r>
      <w:r>
        <w:t>worship to dekhiye, jo hum logon ko batai gayi hai, namaz, roza, hajj, zakat, woh to samajh lijiye</w:t>
      </w:r>
    </w:p>
    <w:p>
      <w:pPr>
        <w:jc w:val="right"/>
      </w:pPr>
      <w:r>
        <w:t>ورشپ تو دیکھیے، جو ہم لوگوں کو بتائی گئی ہے، نماز، روزہ، حج، زکوۃ، وہ تو سمجھ لیجئے</w:t>
      </w:r>
    </w:p>
    <w:p>
      <w:r>
        <w:rPr>
          <w:b/>
        </w:rPr>
        <w:t xml:space="preserve">[29:10] </w:t>
      </w:r>
      <w:r>
        <w:t>ke woh minimum hai, minimum qualification hai Khuda se talluq ki.</w:t>
      </w:r>
    </w:p>
    <w:p>
      <w:pPr>
        <w:jc w:val="right"/>
      </w:pPr>
      <w:r>
        <w:t>کہ وہ منیمم ہے، منیمم کوالیفیکیشن ہے خدا سے تعلق کی۔</w:t>
      </w:r>
    </w:p>
    <w:p>
      <w:r>
        <w:rPr>
          <w:b/>
        </w:rPr>
        <w:t xml:space="preserve">[29:16] </w:t>
      </w:r>
      <w:r>
        <w:t>lekin is ko jab hum aur zyada gehrai mein jayenge, is ki marifat wali hum worship karenge.</w:t>
      </w:r>
    </w:p>
    <w:p>
      <w:pPr>
        <w:jc w:val="right"/>
      </w:pPr>
      <w:r>
        <w:t>لیکن اس کو جب ہم اور زیادہ گہرائی میں جائیں گے، اس کی معرفت والی ہم ورشپ کریں گے۔</w:t>
      </w:r>
    </w:p>
    <w:p>
      <w:r>
        <w:rPr>
          <w:b/>
        </w:rPr>
        <w:t xml:space="preserve">[29:22] </w:t>
      </w:r>
      <w:r>
        <w:t>ek baar rasool Allah salallaho alaihi wasallam ke paas</w:t>
      </w:r>
    </w:p>
    <w:p>
      <w:pPr>
        <w:jc w:val="right"/>
      </w:pPr>
      <w:r>
        <w:t>ایک بار رسول اللہ صلی اللہ علیہ وسلم کے پاس</w:t>
      </w:r>
    </w:p>
    <w:p>
      <w:r>
        <w:rPr>
          <w:b/>
        </w:rPr>
        <w:t xml:space="preserve">[29:29] </w:t>
      </w:r>
      <w:r>
        <w:t>kuch log baithe hue the to ek aadmi aaye, bohat hi saaf kapda pehne hue.</w:t>
      </w:r>
    </w:p>
    <w:p>
      <w:pPr>
        <w:jc w:val="right"/>
      </w:pPr>
      <w:r>
        <w:t>کچھ لوگ بیٹھے ہوئے تھے تو ایک آدمی آئے، بہت ہی صاف کپڑا پہنے ہوئے۔</w:t>
      </w:r>
    </w:p>
    <w:p>
      <w:r>
        <w:rPr>
          <w:b/>
        </w:rPr>
        <w:t xml:space="preserve">[29:35] </w:t>
      </w:r>
      <w:r>
        <w:t>matlab is zamane mein woh koi gaadiyan aur car to hoti nahi thi, log safar karte the jo</w:t>
      </w:r>
    </w:p>
    <w:p>
      <w:pPr>
        <w:jc w:val="right"/>
      </w:pPr>
      <w:r>
        <w:t>مطلب اس زمانے میں وہ کوئی گاڑیاں اور کار تو ہوتی نہیں تھی، لوگ سفر کرتے تھے جو</w:t>
      </w:r>
    </w:p>
    <w:p>
      <w:r>
        <w:rPr>
          <w:b/>
        </w:rPr>
        <w:t xml:space="preserve">[29:41] </w:t>
      </w:r>
      <w:r>
        <w:t>aisi onton par, to safar mein kapde wupde kharab ho jate the.</w:t>
      </w:r>
    </w:p>
    <w:p>
      <w:pPr>
        <w:jc w:val="right"/>
      </w:pPr>
      <w:r>
        <w:t>ایسی اونٹوں پر، تو سفر میں کپڑے وپڑے خراب ہو جاتے تھے۔</w:t>
      </w:r>
    </w:p>
    <w:p>
      <w:r>
        <w:rPr>
          <w:b/>
        </w:rPr>
        <w:t xml:space="preserve">[29:47] </w:t>
      </w:r>
      <w:r>
        <w:t>to woh bohat saaf suthre kapde mein aaya aur us ne kuch sawalat puche.</w:t>
      </w:r>
    </w:p>
    <w:p>
      <w:pPr>
        <w:jc w:val="right"/>
      </w:pPr>
      <w:r>
        <w:t>تو وہ بہت صاف ستھرے کپڑے میں آیا اور اس نے کچھ سوالات پوچھے۔</w:t>
      </w:r>
    </w:p>
    <w:p>
      <w:r>
        <w:rPr>
          <w:b/>
        </w:rPr>
        <w:t xml:space="preserve">[29:53] </w:t>
      </w:r>
      <w:r>
        <w:t>is mein se ek sawal yeh tha ke: "tum ke Khuda ki worship aisa karo ke</w:t>
      </w:r>
    </w:p>
    <w:p>
      <w:pPr>
        <w:jc w:val="right"/>
      </w:pPr>
      <w:r>
        <w:t>اس میں سے ایک سوال یہ تھا کہ: "تم کہ خدا کی ورشپ ایسا کرو کہ</w:t>
      </w:r>
    </w:p>
    <w:p>
      <w:r>
        <w:rPr>
          <w:b/>
        </w:rPr>
        <w:t xml:space="preserve">[29:59] </w:t>
      </w:r>
      <w:r>
        <w:t>jaise ke tum Khuda ko dekh rahe ho, aur agar tum Khuda ko dekh nahi rahe ho to</w:t>
      </w:r>
    </w:p>
    <w:p>
      <w:pPr>
        <w:jc w:val="right"/>
      </w:pPr>
      <w:r>
        <w:t>جیسے کہ تم خدا کو دیکھ رہے ہو، اور اگر تم خدا کو دیکھ نہیں رہے ہو تو</w:t>
      </w:r>
    </w:p>
    <w:p>
      <w:r>
        <w:rPr>
          <w:b/>
        </w:rPr>
        <w:t xml:space="preserve">[30:05] </w:t>
      </w:r>
      <w:r>
        <w:t>Khuda tum ko dekh raha hai." to yeh jo excellence, ehsan wala darja tha, to yeh tha marifat wala.</w:t>
      </w:r>
    </w:p>
    <w:p>
      <w:pPr>
        <w:jc w:val="right"/>
      </w:pPr>
      <w:r>
        <w:t>خدا تم کو دیکھ رہا ہے۔" تو یہ جو ایکسیلنس، احسان والا درجہ تھا، تو یہ تھا معرفت والا۔</w:t>
      </w:r>
    </w:p>
    <w:p>
      <w:r>
        <w:rPr>
          <w:b/>
        </w:rPr>
        <w:t xml:space="preserve">[30:11] </w:t>
      </w:r>
      <w:r>
        <w:t>ek hai ke jo aam log worship karte hain ke unhon ne sab kuch yaad kiya hua hota</w:t>
      </w:r>
    </w:p>
    <w:p>
      <w:pPr>
        <w:jc w:val="right"/>
      </w:pPr>
      <w:r>
        <w:t>ایک ہے کہ جو عام لوگ ورشپ کرتے ہیں کہ انہوں نے سب کچھ یاد کیا ہوا ہوتا</w:t>
      </w:r>
    </w:p>
    <w:p>
      <w:r>
        <w:rPr>
          <w:b/>
        </w:rPr>
        <w:t xml:space="preserve">[30:17] </w:t>
      </w:r>
      <w:r>
        <w:t>hai, us ko time time par woh padh lete hain, aur ek hai bohat hi ghaur o fikr</w:t>
      </w:r>
    </w:p>
    <w:p>
      <w:pPr>
        <w:jc w:val="right"/>
      </w:pPr>
      <w:r>
        <w:t>ہے، اس کو ٹائم ٹائم پر وہ پڑھ لیتے ہیں، اور ایک ہے بہت ہی غور و فکر</w:t>
      </w:r>
    </w:p>
    <w:p>
      <w:r>
        <w:rPr>
          <w:b/>
        </w:rPr>
        <w:t xml:space="preserve">[30:23] </w:t>
      </w:r>
      <w:r>
        <w:t>ke sath, bohat hi Khuda ko yaad karte hue, khushu o khuzu wali ibadat</w:t>
      </w:r>
    </w:p>
    <w:p>
      <w:pPr>
        <w:jc w:val="right"/>
      </w:pPr>
      <w:r>
        <w:t>کے ساتھ، بہت ہی خدا کو یاد کرتے ہوئے، خوش و خضوع والی عبادت</w:t>
      </w:r>
    </w:p>
    <w:p>
      <w:r>
        <w:rPr>
          <w:b/>
        </w:rPr>
        <w:t xml:space="preserve">[30:29] </w:t>
      </w:r>
      <w:r>
        <w:t>karna.</w:t>
      </w:r>
    </w:p>
    <w:p>
      <w:pPr>
        <w:jc w:val="right"/>
      </w:pPr>
      <w:r>
        <w:t>کرنا۔</w:t>
      </w:r>
    </w:p>
    <w:p>
      <w:r>
        <w:rPr>
          <w:b/>
        </w:rPr>
        <w:t xml:space="preserve">[30:34] </w:t>
      </w:r>
      <w:r>
        <w:t>to yeh hoti hai marifat wali worship.</w:t>
      </w:r>
    </w:p>
    <w:p>
      <w:pPr>
        <w:jc w:val="right"/>
      </w:pPr>
      <w:r>
        <w:t>تو یہ ہوتی ہے معرفت والی ورشپ۔</w:t>
      </w:r>
    </w:p>
    <w:p>
      <w:r>
        <w:rPr>
          <w:b/>
        </w:rPr>
        <w:t xml:space="preserve">[30:38] </w:t>
      </w:r>
      <w:r>
        <w:t>to yeh khuda ki marifat hasil karne ke liye is ko bohat hi zyada gehrai se is mein jana hoga.</w:t>
      </w:r>
    </w:p>
    <w:p>
      <w:pPr>
        <w:jc w:val="right"/>
      </w:pPr>
      <w:r>
        <w:t>تو یہ خدا کی معرفت حاصل کرنے کے لیے اس کو بہت ہی زیادہ گہرائی سے اس میں جانا ہوگا۔</w:t>
      </w:r>
    </w:p>
    <w:p>
      <w:r>
        <w:rPr>
          <w:b/>
        </w:rPr>
        <w:t xml:space="preserve">[30:42] </w:t>
      </w:r>
      <w:r>
        <w:t>ibadat to wahi rahengi, lekin is ki spirit ko bohat zyada, bohat zyada spirit is ke andar</w:t>
      </w:r>
    </w:p>
    <w:p>
      <w:pPr>
        <w:jc w:val="right"/>
      </w:pPr>
      <w:r>
        <w:t>عبادات تو وہی رہیں گی، لیکن اس کی سپرٹ کو بہت زیادہ، بہت زیادہ سپرٹ اس کے اندر</w:t>
      </w:r>
    </w:p>
    <w:p>
      <w:r>
        <w:rPr>
          <w:b/>
        </w:rPr>
        <w:t xml:space="preserve">[30:47] </w:t>
      </w:r>
      <w:r>
        <w:t>paida karna hoga.</w:t>
      </w:r>
    </w:p>
    <w:p>
      <w:pPr>
        <w:jc w:val="right"/>
      </w:pPr>
      <w:r>
        <w:t>پیدا کرنا ہوگا۔</w:t>
      </w:r>
    </w:p>
    <w:p>
      <w:r>
        <w:rPr>
          <w:b/>
        </w:rPr>
        <w:t xml:space="preserve">[30:51] </w:t>
      </w:r>
      <w:r>
        <w:t>tab hamare andar khuda ki marifat paida hogi.</w:t>
      </w:r>
    </w:p>
    <w:p>
      <w:pPr>
        <w:jc w:val="right"/>
      </w:pPr>
      <w:r>
        <w:t>تب ہمارے اندر خدا کی معرفت پیدا ہوگی۔</w:t>
      </w:r>
    </w:p>
    <w:p>
      <w:r>
        <w:rPr>
          <w:b/>
        </w:rPr>
        <w:t xml:space="preserve">[30:56] </w:t>
      </w:r>
      <w:r>
        <w:t>jaise ke sahaba log karte the</w:t>
      </w:r>
    </w:p>
    <w:p>
      <w:pPr>
        <w:jc w:val="right"/>
      </w:pPr>
      <w:r>
        <w:t>جیسے کہ صحابہ لوگ کرتے تھے</w:t>
      </w:r>
    </w:p>
    <w:p>
      <w:r>
        <w:rPr>
          <w:b/>
        </w:rPr>
        <w:t xml:space="preserve">[31:00] </w:t>
      </w:r>
      <w:r>
        <w:t>ke bohat zyada namaz is tarah parhte the ke ke lambi lambi quran ki ayaten parhte the, is</w:t>
      </w:r>
    </w:p>
    <w:p>
      <w:pPr>
        <w:jc w:val="right"/>
      </w:pPr>
      <w:r>
        <w:t>کہ بہت زیادہ نماز اس طرح پڑھتے تھے کہ کہ لمبی لمبی قرآن کی آیتیں پڑھتے تھے، اس</w:t>
      </w:r>
    </w:p>
    <w:p>
      <w:r>
        <w:rPr>
          <w:b/>
        </w:rPr>
        <w:t xml:space="preserve">[31:04] </w:t>
      </w:r>
      <w:r>
        <w:t>par ghor o fikr karte rehte the.</w:t>
      </w:r>
    </w:p>
    <w:p>
      <w:pPr>
        <w:jc w:val="right"/>
      </w:pPr>
      <w:r>
        <w:t>پر غور و فکر کرتے رہتے تھے۔</w:t>
      </w:r>
    </w:p>
    <w:p>
      <w:r>
        <w:rPr>
          <w:b/>
        </w:rPr>
        <w:t xml:space="preserve">[31:09] </w:t>
      </w:r>
      <w:r>
        <w:t>namaz ke baad jab masjid nabwi se bahar jate the to bhi ghor o fikr karte hue chale</w:t>
      </w:r>
    </w:p>
    <w:p>
      <w:pPr>
        <w:jc w:val="right"/>
      </w:pPr>
      <w:r>
        <w:t>نماز کے بعد جب مسجد نبوی سے باہر جاتے تھے تو بھی غور و فکر کرتے ہوئے چلے</w:t>
      </w:r>
    </w:p>
    <w:p>
      <w:r>
        <w:rPr>
          <w:b/>
        </w:rPr>
        <w:t xml:space="preserve">[31:13] </w:t>
      </w:r>
      <w:r>
        <w:t>jate the, aapas mein baat cheet nahi karte the.</w:t>
      </w:r>
    </w:p>
    <w:p>
      <w:pPr>
        <w:jc w:val="right"/>
      </w:pPr>
      <w:r>
        <w:t>جاتے تھے، آپس میں بات چیت نہیں کرتے تھے۔</w:t>
      </w:r>
    </w:p>
    <w:p>
      <w:r>
        <w:rPr>
          <w:b/>
        </w:rPr>
        <w:t xml:space="preserve">[31:17] </w:t>
      </w:r>
      <w:r>
        <w:t>to yeh ghor o fikr, tadabbur o tafakkur jo hai, yeh bohat zyada zaroori hai khuda ki marifat</w:t>
      </w:r>
    </w:p>
    <w:p>
      <w:pPr>
        <w:jc w:val="right"/>
      </w:pPr>
      <w:r>
        <w:t>تو یہ غور و فکر، تدبر و تفکر جو ہے، یہ بہت زیادہ ضروری ہے خدا کی معرفت</w:t>
      </w:r>
    </w:p>
    <w:p>
      <w:r>
        <w:rPr>
          <w:b/>
        </w:rPr>
        <w:t xml:space="preserve">[31:22] </w:t>
      </w:r>
      <w:r>
        <w:t>hasil karne ke liye.</w:t>
      </w:r>
    </w:p>
    <w:p>
      <w:pPr>
        <w:jc w:val="right"/>
      </w:pPr>
      <w:r>
        <w:t>حاصل کرنے کے لیے۔</w:t>
      </w:r>
    </w:p>
    <w:p>
      <w:r>
        <w:rPr>
          <w:b/>
        </w:rPr>
        <w:t xml:space="preserve">[31:26] </w:t>
      </w:r>
      <w:r>
        <w:t>ji, ah, ek</w:t>
      </w:r>
    </w:p>
    <w:p>
      <w:pPr>
        <w:jc w:val="right"/>
      </w:pPr>
      <w:r>
        <w:t>جی، اہ، ایک</w:t>
      </w:r>
    </w:p>
    <w:p>
      <w:r>
        <w:rPr>
          <w:b/>
        </w:rPr>
        <w:t xml:space="preserve">[31:30] </w:t>
      </w:r>
      <w:r>
        <w:t>sawal lucknow se, balkeh ah, do sawal hain, ah, farooq sahab ne bheje hain lucknow se.</w:t>
      </w:r>
    </w:p>
    <w:p>
      <w:pPr>
        <w:jc w:val="right"/>
      </w:pPr>
      <w:r>
        <w:t>سوال لکھنو سے، بلکہ اہ، دو سوال ہیں، اہ، فاروق صاحب نے بھیجے ہیں لکھنو سے۔</w:t>
      </w:r>
    </w:p>
    <w:p>
      <w:r>
        <w:rPr>
          <w:b/>
        </w:rPr>
        <w:t xml:space="preserve">[31:40] </w:t>
      </w:r>
      <w:r>
        <w:t>پہلا سوال ہے کہ: "What role does intuition play in developing love of God?" سو، what is your</w:t>
      </w:r>
    </w:p>
    <w:p>
      <w:pPr>
        <w:jc w:val="right"/>
      </w:pPr>
      <w:r>
        <w:t>پہلا سوال ہے کہ: "واٹ رول ڈز انٹیوشن پلے ان ڈیویلپنگ لو اف گاڈ؟" سو، واٹ از یور</w:t>
      </w:r>
    </w:p>
    <w:p>
      <w:r>
        <w:rPr>
          <w:b/>
        </w:rPr>
        <w:t xml:space="preserve">[31:50] </w:t>
      </w:r>
      <w:r>
        <w:t>comment in this? asal mein daleel se jab hum mante hain khuda ko ya doosri religious realities ko</w:t>
      </w:r>
    </w:p>
    <w:p>
      <w:pPr>
        <w:jc w:val="right"/>
      </w:pPr>
      <w:r>
        <w:t>کمنٹ ان دس؟ اصل میں دلیل سے جب ہم مانتے ہیں خدا کو یا دوسری ریلیجیس ریلیٹیز کو</w:t>
      </w:r>
    </w:p>
    <w:p>
      <w:r>
        <w:rPr>
          <w:b/>
        </w:rPr>
        <w:t xml:space="preserve">[32:01] </w:t>
      </w:r>
      <w:r>
        <w:t>to is ki ek limitation hoti hai.</w:t>
      </w:r>
    </w:p>
    <w:p>
      <w:pPr>
        <w:jc w:val="right"/>
      </w:pPr>
      <w:r>
        <w:t>تو اس کی ایک لیمیٹیشن ہوتی ہے۔</w:t>
      </w:r>
    </w:p>
    <w:p>
      <w:r>
        <w:rPr>
          <w:b/>
        </w:rPr>
        <w:t xml:space="preserve">[32:06] </w:t>
      </w:r>
      <w:r>
        <w:t>lekin intuition ka matlab fitrat hai.</w:t>
      </w:r>
    </w:p>
    <w:p>
      <w:pPr>
        <w:jc w:val="right"/>
      </w:pPr>
      <w:r>
        <w:t>لیکن انٹیوشن کا مطلب فطرت ہے۔</w:t>
      </w:r>
    </w:p>
    <w:p>
      <w:r>
        <w:rPr>
          <w:b/>
        </w:rPr>
        <w:t xml:space="preserve">[32:11] </w:t>
      </w:r>
      <w:r>
        <w:t>jab hum poori fitrat se, apni poori jo andarooni jo shakhsiyat hai, us se jab hum khuda ko</w:t>
      </w:r>
    </w:p>
    <w:p>
      <w:pPr>
        <w:jc w:val="right"/>
      </w:pPr>
      <w:r>
        <w:t>جب ہم پوری فطرت سے، اپنی پوری جو اندرونی جو شخصیت ہے، اس سے جب ہم خدا کو</w:t>
      </w:r>
    </w:p>
    <w:p>
      <w:r>
        <w:rPr>
          <w:b/>
        </w:rPr>
        <w:t xml:space="preserve">[32:16] </w:t>
      </w:r>
      <w:r>
        <w:t>mante hain to woh bilkul utha, utha hota hai.</w:t>
      </w:r>
    </w:p>
    <w:p>
      <w:pPr>
        <w:jc w:val="right"/>
      </w:pPr>
      <w:r>
        <w:t>مانتے ہیں تو وہ بالکل اتھا، اتھا ہوتا ہے۔</w:t>
      </w:r>
    </w:p>
    <w:p>
      <w:r>
        <w:rPr>
          <w:b/>
        </w:rPr>
        <w:t xml:space="preserve">[32:22] </w:t>
      </w:r>
      <w:r>
        <w:t>woh jazba to is jazbe se hum bohat hi gehre tareeqe se khuda se taluq bana sakte hain.</w:t>
      </w:r>
    </w:p>
    <w:p>
      <w:pPr>
        <w:jc w:val="right"/>
      </w:pPr>
      <w:r>
        <w:t>وہ جذبہ تو اس جذبے سے ہم بہت ہی گہرے طریقے سے خدا سے تعلق بنا سکتے ہیں۔</w:t>
      </w:r>
    </w:p>
    <w:p>
      <w:r>
        <w:rPr>
          <w:b/>
        </w:rPr>
        <w:t xml:space="preserve">[32:27] </w:t>
      </w:r>
      <w:r>
        <w:t>to jo otherwise jo nahi mumkin nahi hai.</w:t>
      </w:r>
    </w:p>
    <w:p>
      <w:pPr>
        <w:jc w:val="right"/>
      </w:pPr>
      <w:r>
        <w:t>تو جو ادروائز جو نہیں ممکن نہیں ہے۔</w:t>
      </w:r>
    </w:p>
    <w:p>
      <w:r>
        <w:rPr>
          <w:b/>
        </w:rPr>
        <w:t xml:space="preserve">[32:32] </w:t>
      </w:r>
      <w:r>
        <w:t>جی، انہی کا اپا دوسرا سوال ہے کہ: "How to use our emotional faculty for loving God?" اس</w:t>
      </w:r>
    </w:p>
    <w:p>
      <w:pPr>
        <w:jc w:val="right"/>
      </w:pPr>
      <w:r>
        <w:t>جی، انہی کا اپا دوسرا سوال ہے کہ: "ہاؤ ٹو یوز اور ایموشنل فیکلٹی فار لوونگ گاڈ؟" اس</w:t>
      </w:r>
    </w:p>
    <w:p>
      <w:r>
        <w:rPr>
          <w:b/>
        </w:rPr>
        <w:t xml:space="preserve">[32:38] </w:t>
      </w:r>
      <w:r>
        <w:t>is ko bhi wazeh kar dein.</w:t>
      </w:r>
    </w:p>
    <w:p>
      <w:pPr>
        <w:jc w:val="right"/>
      </w:pPr>
      <w:r>
        <w:t>اس کو بھی واضح کر دیں۔</w:t>
      </w:r>
    </w:p>
    <w:p>
      <w:r>
        <w:rPr>
          <w:b/>
        </w:rPr>
        <w:t xml:space="preserve">[32:44] </w:t>
      </w:r>
      <w:r>
        <w:t>yeh sab mohabbat ka jo jazba hai, yeh to khuda ne hamare andar hi rakha hua hai.</w:t>
      </w:r>
    </w:p>
    <w:p>
      <w:pPr>
        <w:jc w:val="right"/>
      </w:pPr>
      <w:r>
        <w:t>یہ سب محبت کا جو جذبہ ہے، یہ تو خدا نے ہمارے اندر ہی رکھا ہوا ہے۔</w:t>
      </w:r>
    </w:p>
    <w:p>
      <w:r>
        <w:rPr>
          <w:b/>
        </w:rPr>
        <w:t xml:space="preserve">[32:50] </w:t>
      </w:r>
      <w:r>
        <w:t>koi bhi aisa nahi hoga jis ke andar yeh jazba na ho.</w:t>
      </w:r>
    </w:p>
    <w:p>
      <w:pPr>
        <w:jc w:val="right"/>
      </w:pPr>
      <w:r>
        <w:t>کوئی بھی ایسا نہیں ہوگا جس کے اندر یہ جذبہ نہ ہو۔</w:t>
      </w:r>
    </w:p>
    <w:p>
      <w:r>
        <w:rPr>
          <w:b/>
        </w:rPr>
        <w:t xml:space="preserve">[32:56] </w:t>
      </w:r>
      <w:r>
        <w:t>lekin masla sirf yeh hai ke is jazbe ko hum kha</w:t>
      </w:r>
    </w:p>
    <w:p>
      <w:pPr>
        <w:jc w:val="right"/>
      </w:pPr>
      <w:r>
        <w:t>لیکن مسئلہ صرف یہ ہے کہ اس جذبے کو ہم خ</w:t>
      </w:r>
    </w:p>
    <w:p>
      <w:r>
        <w:rPr>
          <w:b/>
        </w:rPr>
        <w:t xml:space="preserve">[33:02] </w:t>
      </w:r>
      <w:r>
        <w:t>da se associate kar rahe hain ya khuda se associate nahin kar rahe hain.</w:t>
      </w:r>
    </w:p>
    <w:p>
      <w:pPr>
        <w:jc w:val="right"/>
      </w:pPr>
      <w:r>
        <w:t>دا سے ایسوسیٹ کر رہے ہیں یا خدا سے ایسوسیٹ نہیں کر رہے ہیں۔</w:t>
      </w:r>
    </w:p>
    <w:p>
      <w:r>
        <w:rPr>
          <w:b/>
        </w:rPr>
        <w:t xml:space="preserve">[33:07] </w:t>
      </w:r>
      <w:r>
        <w:t>to jab hum khuda se associate karen to yahi yahi toheed hai.</w:t>
      </w:r>
    </w:p>
    <w:p>
      <w:pPr>
        <w:jc w:val="right"/>
      </w:pPr>
      <w:r>
        <w:t>تو جب ہم خدا سے ایسوسیٹ کریں تو یہی یہی توحید ہے۔</w:t>
      </w:r>
    </w:p>
    <w:p>
      <w:r>
        <w:rPr>
          <w:b/>
        </w:rPr>
        <w:t xml:space="preserve">[33:12] </w:t>
      </w:r>
      <w:r>
        <w:t>isi se hamein khuda se taalluq badhta hai.</w:t>
      </w:r>
    </w:p>
    <w:p>
      <w:pPr>
        <w:jc w:val="right"/>
      </w:pPr>
      <w:r>
        <w:t>اسی سے ہمیں خدا سے تعلق بڑھتا ہے۔</w:t>
      </w:r>
    </w:p>
    <w:p>
      <w:r>
        <w:rPr>
          <w:b/>
        </w:rPr>
        <w:t xml:space="preserve">[33:17] </w:t>
      </w:r>
      <w:r>
        <w:t>jisko taalluq billah kehte hain, gehra taalluq woh isi se hota hai.</w:t>
      </w:r>
    </w:p>
    <w:p>
      <w:pPr>
        <w:jc w:val="right"/>
      </w:pPr>
      <w:r>
        <w:t>جس کو تعلق باللہ کہتے ہیں، گہرا تعلق وہ اسی سے ہوتا ہے۔</w:t>
      </w:r>
    </w:p>
    <w:p>
      <w:r>
        <w:rPr>
          <w:b/>
        </w:rPr>
        <w:t xml:space="preserve">[33:22] </w:t>
      </w:r>
      <w:r>
        <w:t>to yeh sab emotions is mein involve ho jaate hain.</w:t>
      </w:r>
    </w:p>
    <w:p>
      <w:pPr>
        <w:jc w:val="right"/>
      </w:pPr>
      <w:r>
        <w:t>تو یہ سب ایموشنز اس میں انوالو ہو جاتے ہیں۔</w:t>
      </w:r>
    </w:p>
    <w:p>
      <w:r>
        <w:rPr>
          <w:b/>
        </w:rPr>
        <w:t xml:space="preserve">[33:27] </w:t>
      </w:r>
      <w:r>
        <w:t>kyunke baghair emotions ke, woh woh to mohabbat ka jo jazba hai, us mein woh emotions se hi related hai.</w:t>
      </w:r>
    </w:p>
    <w:p>
      <w:pPr>
        <w:jc w:val="right"/>
      </w:pPr>
      <w:r>
        <w:t>کیونکہ بغیر ایموشنز کے، وہ وہ تو محبت کا جو جذبہ ہے، اس میں وہ ایموشنز سے ہی ریلیٹڈ ہے۔</w:t>
      </w:r>
    </w:p>
    <w:p>
      <w:r>
        <w:rPr>
          <w:b/>
        </w:rPr>
        <w:t xml:space="preserve">[33:32] </w:t>
      </w:r>
      <w:r>
        <w:t>to woh emotions to is mein involve hote hi hain.</w:t>
      </w:r>
    </w:p>
    <w:p>
      <w:pPr>
        <w:jc w:val="right"/>
      </w:pPr>
      <w:r>
        <w:t>تو وہ ایموشنز تو اس میں انوالو ہوتے ہی ہیں۔</w:t>
      </w:r>
    </w:p>
    <w:p>
      <w:r>
        <w:rPr>
          <w:b/>
        </w:rPr>
        <w:t xml:space="preserve">[33:38] </w:t>
      </w:r>
      <w:r>
        <w:t>bas woh hai ke emotions ko hum kis se associate karen, yeh yeh dekhna hai.</w:t>
      </w:r>
    </w:p>
    <w:p>
      <w:pPr>
        <w:jc w:val="right"/>
      </w:pPr>
      <w:r>
        <w:t>بس وہ ہے کہ ایموشنز کو ہم کس سے ایسوسیٹ کریں، یہ یہ دیکھنا ہے۔</w:t>
      </w:r>
    </w:p>
    <w:p>
      <w:r>
        <w:rPr>
          <w:b/>
        </w:rPr>
        <w:t xml:space="preserve">[33:44] </w:t>
      </w:r>
      <w:r>
        <w:t>ah, apa yeh sawal merit se bheja hai Khalid sahib ne.</w:t>
      </w:r>
    </w:p>
    <w:p>
      <w:pPr>
        <w:jc w:val="right"/>
      </w:pPr>
      <w:r>
        <w:t>اہ، اپا یہ سوال میرٹ سے بھیجا ہے خالد صاحب نے۔</w:t>
      </w:r>
    </w:p>
    <w:p>
      <w:r>
        <w:rPr>
          <w:b/>
        </w:rPr>
        <w:t xml:space="preserve">[33:50] </w:t>
      </w:r>
      <w:r>
        <w:t>انہوں نے لکھا ہے کہ: "اہ، what can derail a person from love of God؟" What is your</w:t>
      </w:r>
    </w:p>
    <w:p>
      <w:pPr>
        <w:jc w:val="right"/>
      </w:pPr>
      <w:r>
        <w:t>انہوں نے لکھا ہے کہ: "اہ، واٹ کین ڈیریل ا پرسن فرام لو اف گاڈ؟" واٹ از یور</w:t>
      </w:r>
    </w:p>
    <w:p>
      <w:r>
        <w:rPr>
          <w:b/>
        </w:rPr>
        <w:t xml:space="preserve">[33:56] </w:t>
      </w:r>
      <w:r>
        <w:t>opinion in this?</w:t>
      </w:r>
    </w:p>
    <w:p>
      <w:pPr>
        <w:jc w:val="right"/>
      </w:pPr>
      <w:r>
        <w:t>اوپینین ان دس؟</w:t>
      </w:r>
    </w:p>
    <w:p>
      <w:r>
        <w:rPr>
          <w:b/>
        </w:rPr>
        <w:t xml:space="preserve">[34:02] </w:t>
      </w:r>
      <w:r>
        <w:t>ab derailment zyada yahi hai ke hamare apne interest, hamari desires, is mein hum hamara diversion ho jata hai.</w:t>
      </w:r>
    </w:p>
    <w:p>
      <w:pPr>
        <w:jc w:val="right"/>
      </w:pPr>
      <w:r>
        <w:t>اب ڈیریلمنٹ زیادہ یہی ہے کہ ہمارے اپنے انٹرسٹ، ہماری ڈیزائرز، اس میں ہم ہمارا ڈائیورژن ہو جاتا ہے۔</w:t>
      </w:r>
    </w:p>
    <w:p>
      <w:r>
        <w:rPr>
          <w:b/>
        </w:rPr>
        <w:t xml:space="preserve">[34:08] </w:t>
      </w:r>
      <w:r>
        <w:t>hum kisi cheez mein bohat zyada hamara concern badh jata hai.</w:t>
      </w:r>
    </w:p>
    <w:p>
      <w:pPr>
        <w:jc w:val="right"/>
      </w:pPr>
      <w:r>
        <w:t>ہم کسی چیز میں بہت زیادہ ہمارا کنسرن بڑھ جاتا ہے۔</w:t>
      </w:r>
    </w:p>
    <w:p>
      <w:r>
        <w:rPr>
          <w:b/>
        </w:rPr>
        <w:t xml:space="preserve">[34:14] </w:t>
      </w:r>
      <w:r>
        <w:t>jaise koi jo job karta hai, us ke liye sab se bari cheez career ho jati hai, aur</w:t>
      </w:r>
    </w:p>
    <w:p>
      <w:pPr>
        <w:jc w:val="right"/>
      </w:pPr>
      <w:r>
        <w:t>جیسے کوئی جو جاب کرتا ہے، اس کے لیے سب سے بڑی چیز کیریئر ہو جاتی ہے، اور</w:t>
      </w:r>
    </w:p>
    <w:p>
      <w:r>
        <w:rPr>
          <w:b/>
        </w:rPr>
        <w:t xml:space="preserve">[34:20] </w:t>
      </w:r>
      <w:r>
        <w:t>business karta hai to woh apne business ko aur zyada aur zyada karna chahta hai.</w:t>
      </w:r>
    </w:p>
    <w:p>
      <w:pPr>
        <w:jc w:val="right"/>
      </w:pPr>
      <w:r>
        <w:t>بزنس کرتا ہے تو وہ اپنے بزنس کو اور زیادہ اور زیادہ کرنا چاہتا ہے۔</w:t>
      </w:r>
    </w:p>
    <w:p>
      <w:r>
        <w:rPr>
          <w:b/>
        </w:rPr>
        <w:t xml:space="preserve">[34:26] </w:t>
      </w:r>
      <w:r>
        <w:t>ya koi leader hai to woh apni popularity</w:t>
      </w:r>
    </w:p>
    <w:p>
      <w:pPr>
        <w:jc w:val="right"/>
      </w:pPr>
      <w:r>
        <w:t>یا کوئی لیڈر ہے تو وہ اپنی پاپولیرٹی</w:t>
      </w:r>
    </w:p>
    <w:p>
      <w:r>
        <w:rPr>
          <w:b/>
        </w:rPr>
        <w:t xml:space="preserve">[34:32] </w:t>
      </w:r>
      <w:r>
        <w:t>ke chakkar mein bohat zyada aage badh jata hai, aur woh khuda se taalluq is ka kam ho jata hai.</w:t>
      </w:r>
    </w:p>
    <w:p>
      <w:pPr>
        <w:jc w:val="right"/>
      </w:pPr>
      <w:r>
        <w:t>کے چکر میں بہت زیادہ آگے بڑھ جاتا ہے، اور وہ خدا سے تعلق اس کا کم ہو جاتا ہے۔</w:t>
      </w:r>
    </w:p>
    <w:p>
      <w:r>
        <w:rPr>
          <w:b/>
        </w:rPr>
        <w:t xml:space="preserve">[34:37] </w:t>
      </w:r>
      <w:r>
        <w:t>to yahi sab derailment hai.</w:t>
      </w:r>
    </w:p>
    <w:p>
      <w:pPr>
        <w:jc w:val="right"/>
      </w:pPr>
      <w:r>
        <w:t>تو یہی سب ڈیریلمنٹ ہے۔</w:t>
      </w:r>
    </w:p>
    <w:p>
      <w:r>
        <w:rPr>
          <w:b/>
        </w:rPr>
        <w:t xml:space="preserve">[34:41] </w:t>
      </w:r>
      <w:r>
        <w:t>yani duniya jo hai, yeh bohat bara deception hai.</w:t>
      </w:r>
    </w:p>
    <w:p>
      <w:pPr>
        <w:jc w:val="right"/>
      </w:pPr>
      <w:r>
        <w:t>یعنی دنیا جو ہے، یہ بہت بڑا ڈیسیپشن ہے۔</w:t>
      </w:r>
    </w:p>
    <w:p>
      <w:r>
        <w:rPr>
          <w:b/>
        </w:rPr>
        <w:t xml:space="preserve">[34:45] </w:t>
      </w:r>
      <w:r>
        <w:t>is deception se hamein aage badhna hai, aur tamam veil ko phaad kar ke khuda se taalluq qaim karna hai.</w:t>
      </w:r>
    </w:p>
    <w:p>
      <w:pPr>
        <w:jc w:val="right"/>
      </w:pPr>
      <w:r>
        <w:t>اس ڈیسیپشن سے ہمیں آگے بڑھنا ہے، اور تمام ویل کو پھاڑ کر کے خدا سے تعلق قائم کرنا ہے۔</w:t>
      </w:r>
    </w:p>
    <w:p>
      <w:r>
        <w:rPr>
          <w:b/>
        </w:rPr>
        <w:t xml:space="preserve">[34:50] </w:t>
      </w:r>
      <w:r>
        <w:t>is mein sab se bari baat yeh hai ke hum yeh samjhen ke yeh duniya jo hai, yeh</w:t>
      </w:r>
    </w:p>
    <w:p>
      <w:pPr>
        <w:jc w:val="right"/>
      </w:pPr>
      <w:r>
        <w:t>اس میں سب سے بڑی بات یہ ہے کہ ہم یہ سمجھیں کہ یہ دنیا جو ہے، یہ</w:t>
      </w:r>
    </w:p>
    <w:p>
      <w:r>
        <w:rPr>
          <w:b/>
        </w:rPr>
        <w:t xml:space="preserve">[34:54] </w:t>
      </w:r>
      <w:r>
        <w:t>ek temporary aboard hai.</w:t>
      </w:r>
    </w:p>
    <w:p>
      <w:pPr>
        <w:jc w:val="right"/>
      </w:pPr>
      <w:r>
        <w:t>ایک ٹیمپرری ابورڈ ہے۔</w:t>
      </w:r>
    </w:p>
    <w:p>
      <w:r>
        <w:rPr>
          <w:b/>
        </w:rPr>
        <w:t xml:space="preserve">[34:58] </w:t>
      </w:r>
      <w:r>
        <w:t>yeh creation plan jab tak hum apne samne</w:t>
      </w:r>
    </w:p>
    <w:p>
      <w:pPr>
        <w:jc w:val="right"/>
      </w:pPr>
      <w:r>
        <w:t>یہ کریشن پلان جب تک ہم اپنے سامنے</w:t>
      </w:r>
    </w:p>
    <w:p>
      <w:r>
        <w:rPr>
          <w:b/>
        </w:rPr>
        <w:t xml:space="preserve">[35:03] </w:t>
      </w:r>
      <w:r>
        <w:t>nahin rakhenge to hum duniya mein phanse rahenge.</w:t>
      </w:r>
    </w:p>
    <w:p>
      <w:pPr>
        <w:jc w:val="right"/>
      </w:pPr>
      <w:r>
        <w:t>نہیں رکھیں گے تو ہم دنیا میں پھنسے رہیں گے۔</w:t>
      </w:r>
    </w:p>
    <w:p>
      <w:r>
        <w:rPr>
          <w:b/>
        </w:rPr>
        <w:t xml:space="preserve">[35:06] </w:t>
      </w:r>
      <w:r>
        <w:t>kyunke duniya hum ko ek dam real lagti hai.</w:t>
      </w:r>
    </w:p>
    <w:p>
      <w:pPr>
        <w:jc w:val="right"/>
      </w:pPr>
      <w:r>
        <w:t>کیونکہ دنیا ہم کو ایک دم ریئل لگتی ہے۔</w:t>
      </w:r>
    </w:p>
    <w:p>
      <w:r>
        <w:rPr>
          <w:b/>
        </w:rPr>
        <w:t xml:space="preserve">[35:10] </w:t>
      </w:r>
      <w:r>
        <w:t>to hum ko apna creation plan apne samne rakhna hai, aur yeh samajhna hai ke hamari jo ek</w:t>
      </w:r>
    </w:p>
    <w:p>
      <w:pPr>
        <w:jc w:val="right"/>
      </w:pPr>
      <w:r>
        <w:t>تو ہم کو اپنا کریشن پلان اپنے سامنے رکھنا ہے، اور یہ سمجھنا ہے کہ ہماری جو ایک</w:t>
      </w:r>
    </w:p>
    <w:p>
      <w:r>
        <w:rPr>
          <w:b/>
        </w:rPr>
        <w:t xml:space="preserve">[35:14] </w:t>
      </w:r>
      <w:r>
        <w:t>eternal life hai, yeh chand din ki dunya hai.</w:t>
      </w:r>
    </w:p>
    <w:p>
      <w:pPr>
        <w:jc w:val="right"/>
      </w:pPr>
      <w:r>
        <w:t>ایٹرنل لائف ہے، یہ چند دن کی دنیا ہے۔</w:t>
      </w:r>
    </w:p>
    <w:p>
      <w:r>
        <w:rPr>
          <w:b/>
        </w:rPr>
        <w:t xml:space="preserve">[35:18] </w:t>
      </w:r>
      <w:r>
        <w:t>is mein sirf zaroorat ki had tak involve karen, aur baqi jo hai sab kuch jo hai akhirat</w:t>
      </w:r>
    </w:p>
    <w:p>
      <w:pPr>
        <w:jc w:val="right"/>
      </w:pPr>
      <w:r>
        <w:t>اس میں صرف ضرورت کی حد تک انوالو کریں، اور باقی جو ہے سب کچھ جو ہے آخرت</w:t>
      </w:r>
    </w:p>
    <w:p>
      <w:r>
        <w:rPr>
          <w:b/>
        </w:rPr>
        <w:t xml:space="preserve">[35:21] </w:t>
      </w:r>
      <w:r>
        <w:t>ke liye tayyari karen.</w:t>
      </w:r>
    </w:p>
    <w:p>
      <w:pPr>
        <w:jc w:val="right"/>
      </w:pPr>
      <w:r>
        <w:t>کے لیے تیاری کریں۔</w:t>
      </w:r>
    </w:p>
    <w:p>
      <w:r>
        <w:rPr>
          <w:b/>
        </w:rPr>
        <w:t xml:space="preserve">[35:25] </w:t>
      </w:r>
      <w:r>
        <w:t>kyun ke asal eternal abode hamara wohi hai.</w:t>
      </w:r>
    </w:p>
    <w:p>
      <w:pPr>
        <w:jc w:val="right"/>
      </w:pPr>
      <w:r>
        <w:t>کیونکہ اصل ایٹرنل ابورڈ ہمارا وہی ہے۔</w:t>
      </w:r>
    </w:p>
    <w:p>
      <w:r>
        <w:rPr>
          <w:b/>
        </w:rPr>
        <w:t xml:space="preserve">[35:29] </w:t>
      </w:r>
      <w:r>
        <w:t>in fact, apa</w:t>
      </w:r>
    </w:p>
    <w:p>
      <w:pPr>
        <w:jc w:val="right"/>
      </w:pPr>
      <w:r>
        <w:t>ان فیکٹ، اپا</w:t>
      </w:r>
    </w:p>
    <w:p>
      <w:r>
        <w:rPr>
          <w:b/>
        </w:rPr>
        <w:t xml:space="preserve">[35:33] </w:t>
      </w:r>
      <w:r>
        <w:t>just to add in what you said, there is also a hadith with respect to this, and there</w:t>
      </w:r>
    </w:p>
    <w:p>
      <w:pPr>
        <w:jc w:val="right"/>
      </w:pPr>
      <w:r>
        <w:t>جسٹ ٹو ایڈ ان واٹ یو سیڈ، دیر از السو ا حدیث ود ریسپیکٹ ٹو دس، اینڈ دیر</w:t>
      </w:r>
    </w:p>
    <w:p>
      <w:r>
        <w:rPr>
          <w:b/>
        </w:rPr>
        <w:t xml:space="preserve">[35:39] </w:t>
      </w:r>
      <w:r>
        <w:t>as a warning as well as glad tiding in that hadith.</w:t>
      </w:r>
    </w:p>
    <w:p>
      <w:pPr>
        <w:jc w:val="right"/>
      </w:pPr>
      <w:r>
        <w:t>از ا وارننگ ایز ویل ایز گلیڈ ٹائیڈنگ ان دیٹ حدیث۔</w:t>
      </w:r>
    </w:p>
    <w:p>
      <w:r>
        <w:rPr>
          <w:b/>
        </w:rPr>
        <w:t xml:space="preserve">[35:45] </w:t>
      </w:r>
      <w:r>
        <w:t>And Muadh ibn Jabal narrated that the Prophet once said that you are on a wide and broad road</w:t>
      </w:r>
    </w:p>
    <w:p>
      <w:pPr>
        <w:jc w:val="right"/>
      </w:pPr>
      <w:r>
        <w:t>اینڈ معاذ بن جبل نیریٹڈ دیٹ پرافٹ ونس سیڈ دیٹ یو آر ان ا وائیڈ اینڈ براڈ روڈ</w:t>
      </w:r>
    </w:p>
    <w:p>
      <w:r>
        <w:rPr>
          <w:b/>
        </w:rPr>
        <w:t xml:space="preserve">[35:51] </w:t>
      </w:r>
      <w:r>
        <w:t>of God till you are overtaken by two intoxicants.</w:t>
      </w:r>
    </w:p>
    <w:p>
      <w:pPr>
        <w:jc w:val="right"/>
      </w:pPr>
      <w:r>
        <w:t>اف گاڈ ٹل یو آر اوورٹیکن بائے ٹو انٹوکسیکنٹس۔</w:t>
      </w:r>
    </w:p>
    <w:p>
      <w:r>
        <w:rPr>
          <w:b/>
        </w:rPr>
        <w:t xml:space="preserve">[35:57] </w:t>
      </w:r>
      <w:r>
        <w:t>The first intoxicant is ignorance, and the second intoxicant is a love of</w:t>
      </w:r>
    </w:p>
    <w:p>
      <w:pPr>
        <w:jc w:val="right"/>
      </w:pPr>
      <w:r>
        <w:t>دا فرسٹ انٹوکسیکنٹ از اگنورنس، اینڈ دا سیکنڈ انٹوکسیکنٹ از اہ لو اف</w:t>
      </w:r>
    </w:p>
    <w:p>
      <w:r>
        <w:rPr>
          <w:b/>
        </w:rPr>
        <w:t xml:space="preserve">[36:03] </w:t>
      </w:r>
      <w:r>
        <w:t>luxury and ease.</w:t>
      </w:r>
    </w:p>
    <w:p>
      <w:pPr>
        <w:jc w:val="right"/>
      </w:pPr>
      <w:r>
        <w:t>لگزری اینڈ ایز۔</w:t>
      </w:r>
    </w:p>
    <w:p>
      <w:r>
        <w:rPr>
          <w:b/>
        </w:rPr>
        <w:t xml:space="preserve">[36:07] </w:t>
      </w:r>
      <w:r>
        <w:t>Ah so, and then he said that you will continue, you will continue to order to do good</w:t>
      </w:r>
    </w:p>
    <w:p>
      <w:pPr>
        <w:jc w:val="right"/>
      </w:pPr>
      <w:r>
        <w:t>اہ سو، اینڈ دین ہی سیڈ دیٹ یو ویل کنٹینیو، یو ویل کنٹینیو ٹو ارڈر ٹو ڈو گڈ</w:t>
      </w:r>
    </w:p>
    <w:p>
      <w:r>
        <w:rPr>
          <w:b/>
        </w:rPr>
        <w:t xml:space="preserve">[36:12] </w:t>
      </w:r>
      <w:r>
        <w:t>to people, and you will ask them to shun evil.</w:t>
      </w:r>
    </w:p>
    <w:p>
      <w:pPr>
        <w:jc w:val="right"/>
      </w:pPr>
      <w:r>
        <w:t>ٹو پیپل، اینڈ یو ویل اسک دیم ٹو شن ایول۔</w:t>
      </w:r>
    </w:p>
    <w:p>
      <w:r>
        <w:rPr>
          <w:b/>
        </w:rPr>
        <w:t xml:space="preserve">[36:16] </w:t>
      </w:r>
      <w:r>
        <w:t>Ah, but then you will be overtaken by the love of this world, and when you will be</w:t>
      </w:r>
    </w:p>
    <w:p>
      <w:pPr>
        <w:jc w:val="right"/>
      </w:pPr>
      <w:r>
        <w:t>اہ بٹ دین یو ویل بی اوورٹیکن بائے دی لو اف دس ورلڈ، اینڈ وین یو ویل بی</w:t>
      </w:r>
    </w:p>
    <w:p>
      <w:r>
        <w:rPr>
          <w:b/>
        </w:rPr>
        <w:t xml:space="preserve">[36:20] </w:t>
      </w:r>
      <w:r>
        <w:t>overtaken by the love of this world, like you mentioned, then you will stop ordering people to do</w:t>
      </w:r>
    </w:p>
    <w:p>
      <w:pPr>
        <w:jc w:val="right"/>
      </w:pPr>
      <w:r>
        <w:t>اوورٹیکن بائے دی لو اف دس ورلڈ، لائک یو مینشنڈ، دین یو ویل سٹاپ ارڈرنگ پیپل ٹو ڈو</w:t>
      </w:r>
    </w:p>
    <w:p>
      <w:r>
        <w:rPr>
          <w:b/>
        </w:rPr>
        <w:t xml:space="preserve">[36:24] </w:t>
      </w:r>
      <w:r>
        <w:t>good, or you will not tell them to, you know, check.</w:t>
      </w:r>
    </w:p>
    <w:p>
      <w:pPr>
        <w:jc w:val="right"/>
      </w:pPr>
      <w:r>
        <w:t>گڈ، اور یو ویل ناٹ ٹیل دیم ٹو، یو نو، چیک۔</w:t>
      </w:r>
    </w:p>
    <w:p>
      <w:r>
        <w:rPr>
          <w:b/>
        </w:rPr>
        <w:t xml:space="preserve">[36:29] </w:t>
      </w:r>
      <w:r>
        <w:t>you will not check the</w:t>
      </w:r>
    </w:p>
    <w:p>
      <w:pPr>
        <w:jc w:val="right"/>
      </w:pPr>
      <w:r>
        <w:t>یو ویل ناٹ چیک د</w:t>
      </w:r>
    </w:p>
    <w:p>
      <w:r>
        <w:rPr>
          <w:b/>
        </w:rPr>
        <w:t xml:space="preserve">[36:33] </w:t>
      </w:r>
      <w:r>
        <w:t>them in evil.</w:t>
      </w:r>
    </w:p>
    <w:p>
      <w:pPr>
        <w:jc w:val="right"/>
      </w:pPr>
      <w:r>
        <w:t>یم ان ایول۔</w:t>
      </w:r>
    </w:p>
    <w:p>
      <w:r>
        <w:rPr>
          <w:b/>
        </w:rPr>
        <w:t xml:space="preserve">[36:38] </w:t>
      </w:r>
      <w:r>
        <w:t>so then here he also gives a glad tiding.</w:t>
      </w:r>
    </w:p>
    <w:p>
      <w:pPr>
        <w:jc w:val="right"/>
      </w:pPr>
      <w:r>
        <w:t>سو دین ہیر ہی السو گیوز ا گلیڈ ٹائیڈنگ۔</w:t>
      </w:r>
    </w:p>
    <w:p>
      <w:r>
        <w:rPr>
          <w:b/>
        </w:rPr>
        <w:t xml:space="preserve">[36:43] </w:t>
      </w:r>
      <w:r>
        <w:t>he says that if at that time you act according to the book and the sunnah, then it</w:t>
      </w:r>
    </w:p>
    <w:p>
      <w:pPr>
        <w:jc w:val="right"/>
      </w:pPr>
      <w:r>
        <w:t>ہی سیز دیٹ اف ایٹ دیٹ ٹائم یو ایکٹ اکارڈنگ ٹو دا بک اینڈ دا سنہ، دین اٹ</w:t>
      </w:r>
    </w:p>
    <w:p>
      <w:r>
        <w:rPr>
          <w:b/>
        </w:rPr>
        <w:t xml:space="preserve">[36:48] </w:t>
      </w:r>
      <w:r>
        <w:t>is like you will be in an in in the league of the earlier muhajir and the ansar.</w:t>
      </w:r>
    </w:p>
    <w:p>
      <w:pPr>
        <w:jc w:val="right"/>
      </w:pPr>
      <w:r>
        <w:t>از لائک یو ویل بی ان ان ان دی لیگ اف دی ارلیئر مہاجر اینڈ دی انصار۔</w:t>
      </w:r>
    </w:p>
    <w:p>
      <w:r>
        <w:rPr>
          <w:b/>
        </w:rPr>
        <w:t xml:space="preserve">[36:53] </w:t>
      </w:r>
      <w:r>
        <w:t>so this is a, this is a great, you know, sort of tiding for everyone that if</w:t>
      </w:r>
    </w:p>
    <w:p>
      <w:pPr>
        <w:jc w:val="right"/>
      </w:pPr>
      <w:r>
        <w:t>سو دس از ا، دس از ا گریٹ، یو نو، سورٹ اف ٹائیڈنگ فار ایوری ون دیٹ اف</w:t>
      </w:r>
    </w:p>
    <w:p>
      <w:r>
        <w:rPr>
          <w:b/>
        </w:rPr>
        <w:t xml:space="preserve">[36:58] </w:t>
      </w:r>
      <w:r>
        <w:t>we can some how manage, like apa also mentioned that is</w:t>
      </w:r>
    </w:p>
    <w:p>
      <w:pPr>
        <w:jc w:val="right"/>
      </w:pPr>
      <w:r>
        <w:t>وی کین سم ہاؤ مینج، لائک اپا السو مینشنڈ دیٹ اس</w:t>
      </w:r>
    </w:p>
    <w:p>
      <w:r>
        <w:rPr>
          <w:b/>
        </w:rPr>
        <w:t xml:space="preserve">[37:04] </w:t>
      </w:r>
      <w:r>
        <w:t>dunya se bachna hai, whether it is, you know, position, love, fame, children, your wealth.</w:t>
      </w:r>
    </w:p>
    <w:p>
      <w:pPr>
        <w:jc w:val="right"/>
      </w:pPr>
      <w:r>
        <w:t>دنیا سے بچنا ہے، ویدر اٹ از، یو نو، پوزیشن، لو، فیم، چلڈرن، یور ویلتھ۔</w:t>
      </w:r>
    </w:p>
    <w:p>
      <w:r>
        <w:rPr>
          <w:b/>
        </w:rPr>
        <w:t xml:space="preserve">[37:10] </w:t>
      </w:r>
      <w:r>
        <w:t>then you can actually be in the league of the ansar and the muhajir, and they were the</w:t>
      </w:r>
    </w:p>
    <w:p>
      <w:pPr>
        <w:jc w:val="right"/>
      </w:pPr>
      <w:r>
        <w:t>دین یو کین ایکچولی بی ان دا لیگ اف دی انصار اینڈ دا مہاجر، اینڈ دے وار دی</w:t>
      </w:r>
    </w:p>
    <w:p>
      <w:r>
        <w:rPr>
          <w:b/>
        </w:rPr>
        <w:t xml:space="preserve">[37:16] </w:t>
      </w:r>
      <w:r>
        <w:t>companions of the prophet.</w:t>
      </w:r>
    </w:p>
    <w:p>
      <w:pPr>
        <w:jc w:val="right"/>
      </w:pPr>
      <w:r>
        <w:t>کمپیننز اف دی پرافٹ۔</w:t>
      </w:r>
    </w:p>
    <w:p>
      <w:r>
        <w:rPr>
          <w:b/>
        </w:rPr>
        <w:t xml:space="preserve">[37:22] </w:t>
      </w:r>
      <w:r>
        <w:t>so its, its a, its a wonderful hadith that I came across.</w:t>
      </w:r>
    </w:p>
    <w:p>
      <w:pPr>
        <w:jc w:val="right"/>
      </w:pPr>
      <w:r>
        <w:t>سو اٹس، اٹس ا، اٹس ا ونڈرفل حدیث دیٹ ائی کیم اکراس۔</w:t>
      </w:r>
    </w:p>
    <w:p>
      <w:r>
        <w:rPr>
          <w:b/>
        </w:rPr>
        <w:t xml:space="preserve">[37:28] </w:t>
      </w:r>
      <w:r>
        <w:t>apa, agla sawal jo hai yeh ah lahore se bheja hai Muhammad Farooq sahib ne, aur</w:t>
      </w:r>
    </w:p>
    <w:p>
      <w:pPr>
        <w:jc w:val="right"/>
      </w:pPr>
      <w:r>
        <w:t>اپا، اگلا سوال جو ہے یہ اہ لاہور سے بھیجا ہے محمد فاروق صاحب نے، اور</w:t>
      </w:r>
    </w:p>
    <w:p>
      <w:r>
        <w:rPr>
          <w:b/>
        </w:rPr>
        <w:t xml:space="preserve">[37:34] </w:t>
      </w:r>
      <w:r>
        <w:t>unhon ne likha hai: "Maulana writes in Quranic wisdom that Quranic spirituality is spirituality of the positive kind.</w:t>
      </w:r>
    </w:p>
    <w:p>
      <w:pPr>
        <w:jc w:val="right"/>
      </w:pPr>
      <w:r>
        <w:t>انہوں نے لکھا ہے: "مولانا رائٹس ان قرانک وزڈم دیٹ قرانک سپرچویلٹی از سپرچویلٹی اف دی پوزیٹیو کائنڈ۔</w:t>
      </w:r>
    </w:p>
    <w:p>
      <w:r>
        <w:rPr>
          <w:b/>
        </w:rPr>
        <w:t xml:space="preserve">[37:41] </w:t>
      </w:r>
      <w:r>
        <w:t>it means living in the world and trying to derive spiritual food from material things as a matter</w:t>
      </w:r>
    </w:p>
    <w:p>
      <w:pPr>
        <w:jc w:val="right"/>
      </w:pPr>
      <w:r>
        <w:t>اٹ مینز لیونگ ان دا ورلڈ اینڈ ٹرائنگ ٹو ڈیرائیو سپرچول فوڈ فرام مٹیریل تھنگز ایز ا میٹر</w:t>
      </w:r>
    </w:p>
    <w:p>
      <w:r>
        <w:rPr>
          <w:b/>
        </w:rPr>
        <w:t xml:space="preserve">[37:49] </w:t>
      </w:r>
      <w:r>
        <w:t>of intellectual discipline."</w:t>
      </w:r>
    </w:p>
    <w:p>
      <w:pPr>
        <w:jc w:val="right"/>
      </w:pPr>
      <w:r>
        <w:t>اف انٹلیکچول ڈسپلن۔</w:t>
      </w:r>
    </w:p>
    <w:p>
      <w:r>
        <w:rPr>
          <w:b/>
        </w:rPr>
        <w:t xml:space="preserve">[37:57] </w:t>
      </w:r>
      <w:r>
        <w:t>it means to control rather than kill one's desire. apa, i could not understand the term of intellectual discipline.</w:t>
      </w:r>
    </w:p>
    <w:p>
      <w:pPr>
        <w:jc w:val="right"/>
      </w:pPr>
      <w:r>
        <w:t>اٹ مینز ٹو کنٹرول رادر دین کل ونز ڈیزائر۔" اپا، ائی کڈ ناٹ انڈرسٹینڈ دا ٹرم اف انٹلیکچول ڈسپلن۔</w:t>
      </w:r>
    </w:p>
    <w:p>
      <w:r>
        <w:rPr>
          <w:b/>
        </w:rPr>
        <w:t xml:space="preserve">[38:04] </w:t>
      </w:r>
      <w:r>
        <w:t>kindly explain what is intellectual discipline.</w:t>
      </w:r>
    </w:p>
    <w:p>
      <w:pPr>
        <w:jc w:val="right"/>
      </w:pPr>
      <w:r>
        <w:t>کائنڈلی ایکسپلین واٹ از انٹلیکچول ڈسپلن۔</w:t>
      </w:r>
    </w:p>
    <w:p>
      <w:r>
        <w:rPr>
          <w:b/>
        </w:rPr>
        <w:t xml:space="preserve">[38:10] </w:t>
      </w:r>
      <w:r>
        <w:t>yahi samajh mein aa raha hai ke tasawwuf mein yeh mana jata tha ke khuda ka jo hai</w:t>
      </w:r>
    </w:p>
    <w:p>
      <w:pPr>
        <w:jc w:val="right"/>
      </w:pPr>
      <w:r>
        <w:t>یہی سمجھ میں آ رہا ہے کہ تصوف میں یہ مانا جاتا تھا کہ خدا کا جو ہے</w:t>
      </w:r>
    </w:p>
    <w:p>
      <w:r>
        <w:rPr>
          <w:b/>
        </w:rPr>
        <w:t xml:space="preserve">[38:15] </w:t>
      </w:r>
      <w:r>
        <w:t>marifat woh heart ke zariye se hoti hai.</w:t>
      </w:r>
    </w:p>
    <w:p>
      <w:pPr>
        <w:jc w:val="right"/>
      </w:pPr>
      <w:r>
        <w:t>معرفت وہ ہارٹ کے ذریعے سے ہوتی ہے۔</w:t>
      </w:r>
    </w:p>
    <w:p>
      <w:r>
        <w:rPr>
          <w:b/>
        </w:rPr>
        <w:t xml:space="preserve">[38:20] </w:t>
      </w:r>
      <w:r>
        <w:t>to woh Maulana kehte hain ke woh mind ke zariye se hoti hai.</w:t>
      </w:r>
    </w:p>
    <w:p>
      <w:pPr>
        <w:jc w:val="right"/>
      </w:pPr>
      <w:r>
        <w:t>تو وہ مولانا کہتے ہیں کہ وہ مائنڈ کے ذریعے سے ہوتی ہے۔</w:t>
      </w:r>
    </w:p>
    <w:p>
      <w:r>
        <w:rPr>
          <w:b/>
        </w:rPr>
        <w:t xml:space="preserve">[38:25] </w:t>
      </w:r>
      <w:r>
        <w:t>har baat ko bohat hi zyada intellectual discipline, bohat zyada ghor o fikr ke zariye se.</w:t>
      </w:r>
    </w:p>
    <w:p>
      <w:pPr>
        <w:jc w:val="right"/>
      </w:pPr>
      <w:r>
        <w:t>ہر بات کو بہت ہی زیادہ انٹلیکچول ڈسپلن، بہت زیادہ غور و فکر کے ذریعے سے۔</w:t>
      </w:r>
    </w:p>
    <w:p>
      <w:r>
        <w:rPr>
          <w:b/>
        </w:rPr>
        <w:t xml:space="preserve">[38:30] </w:t>
      </w:r>
      <w:r>
        <w:t>to har baat ko jo khuda ki jo kainat mein nishaniyan</w:t>
      </w:r>
    </w:p>
    <w:p>
      <w:pPr>
        <w:jc w:val="right"/>
      </w:pPr>
      <w:r>
        <w:t>تو ہر بات کو جو خدا کی جو کائنات میں نشانیاں</w:t>
      </w:r>
    </w:p>
    <w:p>
      <w:r>
        <w:rPr>
          <w:b/>
        </w:rPr>
        <w:t xml:space="preserve">[38:35] </w:t>
      </w:r>
      <w:r>
        <w:t>hain, hamari body mein nishaniyan hain, jo insaan ka wajood hai, us mein jo nishaniyan hain, us mein hum ko reason out karke us ko samajhna hai, us ko intellectually us ko samajhna hai. na yeh ke ek band kamre mein baith kar sirf tasbeeh padhna hai aur us ko kuch alfaaz ka wird karna hai, balkeh in alfaaz ko intellectually reason ke zariye</w:t>
      </w:r>
    </w:p>
    <w:p>
      <w:pPr>
        <w:jc w:val="right"/>
      </w:pPr>
      <w:r>
        <w:t>ہیں، ہماری باڈی میں نشانیاں ہیں، جو انسان کا وجود ہے، اس میں جو نشانیاں ہیں، اس میں ہم کو ریزن آؤٹ کر کے اس کو سمجھنا ہے، اس کو انٹلیکچولی اس کو سمجھنا ہے۔ نہ یہ کہ ایک بند کمرے میں بیٹھ کر صرف تسبیح پڑھنا ہے اور اس کو کچھ الفاظ کا ورد کرنا ہے، بلکہ ان الفاظ کو انٹلیکچولی ریزن کے ذریعے</w:t>
      </w:r>
    </w:p>
    <w:p>
      <w:r>
        <w:rPr>
          <w:b/>
        </w:rPr>
        <w:t xml:space="preserve">[39:05] </w:t>
      </w:r>
      <w:r>
        <w:t>se samajhna hai. kyunke sab kuch jab tak hum reason ko apply nahi karenge, hum cheezon ko gehrai se samajh nahi sakte hain. to Khuda ki jo marifat hasil hogi, woh reason ke zariye se hogi, na ke heart ke zariye se. is ko phir se dekhenge abhi to. ji, ah, okay, so we will end the session now. thank you.</w:t>
      </w:r>
    </w:p>
    <w:p>
      <w:pPr>
        <w:jc w:val="right"/>
      </w:pPr>
      <w:r>
        <w:t>سے سمجھنا ہے۔ کیونکہ سب کچھ جب تک ہم ریزن کو اپلائی نہیں کریں گے، ہم چیزوں کو گہرائی سے سمجھ نہیں سکتے ہیں۔ تو خدا کی جو معرفت حاصل ہوگی، وہ ریزن کے ذریعے سے ہوگی، نہ کہ ہارٹ کے ذریعے سے۔ اس کو پھر سے دیکھیں گے ابھی تو۔ جی، اہ، اوکے، سو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