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From The Spiritual tree 8 Aug 2010 - Maulana Wahiduddin Khan</w:t>
      </w:r>
    </w:p>
    <w:p>
      <w:r>
        <w:t>https://www.youtube.com/watch?v=WvyTOEtEwIw</w:t>
      </w:r>
    </w:p>
    <w:p>
      <w:r>
        <w:rPr>
          <w:b/>
        </w:rPr>
        <w:t xml:space="preserve">[00:15] </w:t>
      </w:r>
      <w:r>
        <w:t>bismillah-hir-rahman-nir-rahim,</w:t>
      </w:r>
    </w:p>
    <w:p>
      <w:pPr>
        <w:jc w:val="right"/>
      </w:pPr>
      <w:r>
        <w:t>بسم اللہ الرحمن الرحیم،</w:t>
      </w:r>
    </w:p>
    <w:p>
      <w:r>
        <w:rPr>
          <w:b/>
        </w:rPr>
        <w:t xml:space="preserve">[00:18] </w:t>
      </w:r>
      <w:r>
        <w:t>wa-sallallahu ala-n-nabiyyi l-karim.</w:t>
      </w:r>
    </w:p>
    <w:p>
      <w:pPr>
        <w:jc w:val="right"/>
      </w:pPr>
      <w:r>
        <w:t>وصلی اللہ علی النبی الکریم۔</w:t>
      </w:r>
    </w:p>
    <w:p>
      <w:r>
        <w:rPr>
          <w:b/>
        </w:rPr>
        <w:t xml:space="preserve">[00:22] </w:t>
      </w:r>
      <w:r>
        <w:t>rab ishrah li sadri,</w:t>
      </w:r>
    </w:p>
    <w:p>
      <w:pPr>
        <w:jc w:val="right"/>
      </w:pPr>
      <w:r>
        <w:t>رب اشرح لی صدری،</w:t>
      </w:r>
    </w:p>
    <w:p>
      <w:r>
        <w:rPr>
          <w:b/>
        </w:rPr>
        <w:t xml:space="preserve">[00:25] </w:t>
      </w:r>
      <w:r>
        <w:t>wa yassir li amri,</w:t>
      </w:r>
    </w:p>
    <w:p>
      <w:pPr>
        <w:jc w:val="right"/>
      </w:pPr>
      <w:r>
        <w:t>ویسر لی امری،</w:t>
      </w:r>
    </w:p>
    <w:p>
      <w:r>
        <w:rPr>
          <w:b/>
        </w:rPr>
        <w:t xml:space="preserve">[00:28] </w:t>
      </w:r>
      <w:r>
        <w:t>wa-hlul uqdatan min lisani</w:t>
      </w:r>
    </w:p>
    <w:p>
      <w:pPr>
        <w:jc w:val="right"/>
      </w:pPr>
      <w:r>
        <w:t>واحل العقدۃ من لسانی</w:t>
      </w:r>
    </w:p>
    <w:p>
      <w:r>
        <w:rPr>
          <w:b/>
        </w:rPr>
        <w:t xml:space="preserve">[00:31] </w:t>
      </w:r>
      <w:r>
        <w:t>yafqahu qawli.</w:t>
      </w:r>
    </w:p>
    <w:p>
      <w:pPr>
        <w:jc w:val="right"/>
      </w:pPr>
      <w:r>
        <w:t>یفقہ قولی۔</w:t>
      </w:r>
    </w:p>
    <w:p>
      <w:r>
        <w:rPr>
          <w:b/>
        </w:rPr>
        <w:t xml:space="preserve">[00:38] </w:t>
      </w:r>
      <w:r>
        <w:t>aaj ki talk ka</w:t>
      </w:r>
    </w:p>
    <w:p>
      <w:pPr>
        <w:jc w:val="right"/>
      </w:pPr>
      <w:r>
        <w:t>آج کی ٹاک کا</w:t>
      </w:r>
    </w:p>
    <w:p>
      <w:r>
        <w:rPr>
          <w:b/>
        </w:rPr>
        <w:t xml:space="preserve">[00:42] </w:t>
      </w:r>
      <w:r>
        <w:t>unwan hai "faram</w:t>
      </w:r>
    </w:p>
    <w:p>
      <w:pPr>
        <w:jc w:val="right"/>
      </w:pPr>
      <w:r>
        <w:t>عنوان ہے "فرام</w:t>
      </w:r>
    </w:p>
    <w:p>
      <w:r>
        <w:rPr>
          <w:b/>
        </w:rPr>
        <w:t xml:space="preserve">[00:45] </w:t>
      </w:r>
      <w:r>
        <w:t>da ispechual tree".</w:t>
      </w:r>
    </w:p>
    <w:p>
      <w:pPr>
        <w:jc w:val="right"/>
      </w:pPr>
      <w:r>
        <w:t>دا اسپیچول ٹری"۔</w:t>
      </w:r>
    </w:p>
    <w:p>
      <w:r>
        <w:rPr>
          <w:b/>
        </w:rPr>
        <w:t xml:space="preserve">[00:51] </w:t>
      </w:r>
      <w:r>
        <w:t>jaisa ke aap jante hain, hamare ghar ke samne ek</w:t>
      </w:r>
    </w:p>
    <w:p>
      <w:pPr>
        <w:jc w:val="right"/>
      </w:pPr>
      <w:r>
        <w:t>جیسا کہ آپ جانتے ہیں، ہمارے گھر کے سامنے ایک</w:t>
      </w:r>
    </w:p>
    <w:p>
      <w:r>
        <w:rPr>
          <w:b/>
        </w:rPr>
        <w:t xml:space="preserve">[00:56] </w:t>
      </w:r>
      <w:r>
        <w:t>درخت ہے جس کو میں spiritual tree کہا کرتا ہوں۔</w:t>
      </w:r>
    </w:p>
    <w:p>
      <w:pPr>
        <w:jc w:val="right"/>
      </w:pPr>
      <w:r>
        <w:t>درخت ہے جس کو میں اسپیچول ٹری کہا کرتا ہوں۔</w:t>
      </w:r>
    </w:p>
    <w:p>
      <w:r>
        <w:rPr>
          <w:b/>
        </w:rPr>
        <w:t xml:space="preserve">[01:04] </w:t>
      </w:r>
      <w:r>
        <w:t>to abhi garmi ke darmian mein aisa hua ke woh</w:t>
      </w:r>
    </w:p>
    <w:p>
      <w:pPr>
        <w:jc w:val="right"/>
      </w:pPr>
      <w:r>
        <w:t>تو ابھی گرمی کے دوران میں ایسا ہوا کہ وہ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