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light of its Scriptures (English) February 22, 2007</w:t>
      </w:r>
    </w:p>
    <w:p>
      <w:r>
        <w:t>https://youtu.be/SoxJ9awANEQ</w:t>
      </w:r>
    </w:p>
    <w:p>
      <w:r>
        <w:rPr>
          <w:b/>
        </w:rPr>
        <w:t xml:space="preserve">[00:30] </w:t>
      </w:r>
      <w:r>
        <w:t>The topic for this day is "The Picture of Islam in the Light of Its Scriptures".</w:t>
      </w:r>
    </w:p>
    <w:p>
      <w:pPr>
        <w:jc w:val="right"/>
      </w:pPr>
      <w:r>
        <w:t>دا ٹاپک فار دسڈے از "دا پکچرآف اسلام اندالائٹ آف اٹس سکرپچرز"۔</w:t>
      </w:r>
    </w:p>
    <w:p>
      <w:r>
        <w:rPr>
          <w:b/>
        </w:rPr>
        <w:t xml:space="preserve">[00:48] </w:t>
      </w:r>
      <w:r>
        <w:t>You know, people only tend to understand Islam in the light of Muslim practices,</w:t>
      </w:r>
    </w:p>
    <w:p>
      <w:pPr>
        <w:jc w:val="right"/>
      </w:pPr>
      <w:r>
        <w:t>یونو، پیپل اون لی ٹینڈ ٹو انڈرسٹینڈ اسلام اندالائٹآف مسلم پریکٹسز،</w:t>
      </w:r>
    </w:p>
    <w:p>
      <w:r>
        <w:rPr>
          <w:b/>
        </w:rPr>
        <w:t xml:space="preserve">[00:59] </w:t>
      </w:r>
      <w:r>
        <w:t>because Muslims are in their intact. Muslims are in their contact on daily basis.</w:t>
      </w:r>
    </w:p>
    <w:p>
      <w:pPr>
        <w:jc w:val="right"/>
      </w:pPr>
      <w:r>
        <w:t>بیکازمسلم ز ار ان دیرانٹیکٹ ۔مسلمزاراندیرکنٹیکٹ انڈیلیبیسس۔</w:t>
      </w:r>
    </w:p>
    <w:p>
      <w:r>
        <w:rPr>
          <w:b/>
        </w:rPr>
        <w:t xml:space="preserve">[01:09] </w:t>
      </w:r>
      <w:r>
        <w:t>They see Muslims in the cities, they see Muslims in the media. Everywhere they</w:t>
      </w:r>
    </w:p>
    <w:p>
      <w:pPr>
        <w:jc w:val="right"/>
      </w:pPr>
      <w:r>
        <w:t>دےسی مسلمز اندا س ٹیز ،دےسیمسلمز اندا میڈیا۔ ایوریویر دے</w:t>
      </w:r>
    </w:p>
    <w:p>
      <w:r>
        <w:rPr>
          <w:b/>
        </w:rPr>
        <w:t xml:space="preserve">[01:24] </w:t>
      </w:r>
      <w:r>
        <w:t>meet Muslims</w:t>
      </w:r>
    </w:p>
    <w:p>
      <w:pPr>
        <w:jc w:val="right"/>
      </w:pPr>
      <w:r>
        <w:t>میٹ مسلمز</w:t>
      </w:r>
    </w:p>
    <w:p>
      <w:r>
        <w:rPr>
          <w:b/>
        </w:rPr>
        <w:t xml:space="preserve">[01:25] </w:t>
      </w:r>
      <w:r>
        <w:t>, they experience Muslims speeches and Muslims actions. So, consciously or unconsciously, people</w:t>
      </w:r>
    </w:p>
    <w:p>
      <w:pPr>
        <w:jc w:val="right"/>
      </w:pPr>
      <w:r>
        <w:t>، دےایکسپیرینس مسلمز سپیچزاینڈمسلمزایک شن۔ سو، کانشیسلییاانکانشیسلی، پیپل</w:t>
      </w:r>
    </w:p>
    <w:p>
      <w:r>
        <w:rPr>
          <w:b/>
        </w:rPr>
        <w:t xml:space="preserve">[01:38] </w:t>
      </w:r>
      <w:r>
        <w:t>take Muslims as the representative of Islam, but that is wrong. Muslims are those people who claim to be followers of Islam.</w:t>
      </w:r>
    </w:p>
    <w:p>
      <w:pPr>
        <w:jc w:val="right"/>
      </w:pPr>
      <w:r>
        <w:t>ٹیکمسلمز ایزدا ریپریزنٹیٹیوآف اسلام ، بٹاٹازر ونگ۔ مسلمز ار دوز پیپل ہو کلیمٹوبیدافالوورزآف اسلام ۔</w:t>
      </w:r>
    </w:p>
    <w:p>
      <w:r>
        <w:rPr>
          <w:b/>
        </w:rPr>
        <w:t xml:space="preserve">[01:54] </w:t>
      </w:r>
      <w:r>
        <w:t>They themselves are not representative of Islam. Islam is an ideology, and Muslims are a group, a community.</w:t>
      </w:r>
    </w:p>
    <w:p>
      <w:pPr>
        <w:jc w:val="right"/>
      </w:pPr>
      <w:r>
        <w:t>دےدیمسیلفس ار ناٹ ریپریزنٹیٹیوآف اسلام ۔ اسلام از اینآئیڈیالوجی، اینڈمسلمز ار اگروپ،اکمیون ٹی۔</w:t>
      </w:r>
    </w:p>
    <w:p>
      <w:r>
        <w:rPr>
          <w:b/>
        </w:rPr>
        <w:t xml:space="preserve">[02:09] </w:t>
      </w:r>
      <w:r>
        <w:t>So, you have to differentiate between Islam and Muslims. You have to see Muslims in the light of Islam teachings,</w:t>
      </w:r>
    </w:p>
    <w:p>
      <w:pPr>
        <w:jc w:val="right"/>
      </w:pPr>
      <w:r>
        <w:t>سو،یوہیوٹوڈیفرنشی ٹ بٹوین اسلام اینڈمسلمز ۔یوہیوٹوسی مسلمز اندالائٹآفاسلام کٹیچنگز،</w:t>
      </w:r>
    </w:p>
    <w:p>
      <w:r>
        <w:rPr>
          <w:b/>
        </w:rPr>
        <w:t xml:space="preserve">[02:22] </w:t>
      </w:r>
      <w:r>
        <w:t>and not vice versa.</w:t>
      </w:r>
    </w:p>
    <w:p>
      <w:pPr>
        <w:jc w:val="right"/>
      </w:pPr>
      <w:r>
        <w:t>اینڈناٹ وائسورسا۔</w:t>
      </w:r>
    </w:p>
    <w:p>
      <w:r>
        <w:rPr>
          <w:b/>
        </w:rPr>
        <w:t xml:space="preserve">[02:25] </w:t>
      </w:r>
      <w:r>
        <w:t>Today, I will try to give a short description of Islam in the light of its scriptures.</w:t>
      </w:r>
    </w:p>
    <w:p>
      <w:pPr>
        <w:jc w:val="right"/>
      </w:pPr>
      <w:r>
        <w:t>ٹوڈے،ائیویلٹرائیٹو گیو اپا شارٹ ڈسکرپشنآف اسلام اندالائٹآف اٹس سکرپچرز۔</w:t>
      </w:r>
    </w:p>
    <w:p>
      <w:r>
        <w:rPr>
          <w:b/>
        </w:rPr>
        <w:t xml:space="preserve">[02:40] </w:t>
      </w:r>
      <w:r>
        <w:t>First of all, you have to know what I mean by scriptures. Scriptures are the only authentic source of Islam.</w:t>
      </w:r>
    </w:p>
    <w:p>
      <w:pPr>
        <w:jc w:val="right"/>
      </w:pPr>
      <w:r>
        <w:t>فرسٹآف آل، یوہیوٹونو واٹائیمینبائیسکرپچرز۔ سکرپچرز ار دا اونلی اتھنٹک سورس آف اسلام ۔</w:t>
      </w:r>
    </w:p>
    <w:p>
      <w:r>
        <w:rPr>
          <w:b/>
        </w:rPr>
        <w:t xml:space="preserve">[02:54] </w:t>
      </w:r>
      <w:r>
        <w:t>The first scripture is the Quran. Quran is revealed book</w:t>
      </w:r>
    </w:p>
    <w:p>
      <w:pPr>
        <w:jc w:val="right"/>
      </w:pPr>
      <w:r>
        <w:t>دا فرسٹ س ورس از دی القرآن۔ قرآناز ریویلڈبک</w:t>
      </w:r>
    </w:p>
    <w:p>
      <w:r>
        <w:rPr>
          <w:b/>
        </w:rPr>
        <w:t xml:space="preserve">[03:07] </w:t>
      </w:r>
      <w:r>
        <w:t>. Quran was revealed by God to the Prophet Muhammad.</w:t>
      </w:r>
    </w:p>
    <w:p>
      <w:pPr>
        <w:jc w:val="right"/>
      </w:pPr>
      <w:r>
        <w:t>۔ قرآنوازریویلڈبائیگاڈ ٹوداپرافٹمحمد ۔</w:t>
      </w:r>
    </w:p>
    <w:p>
      <w:r>
        <w:rPr>
          <w:b/>
        </w:rPr>
        <w:t xml:space="preserve">[03:14] </w:t>
      </w:r>
      <w:r>
        <w:t>So, Quran is our word of God. It was a revealed book</w:t>
      </w:r>
    </w:p>
    <w:p>
      <w:pPr>
        <w:jc w:val="right"/>
      </w:pPr>
      <w:r>
        <w:t>سو،قرآن از اورڈآفگاڈ ۔ اٹاز ا ریویلڈبک</w:t>
      </w:r>
    </w:p>
    <w:p>
      <w:r>
        <w:rPr>
          <w:b/>
        </w:rPr>
        <w:t xml:space="preserve">[03:24] </w:t>
      </w:r>
      <w:r>
        <w:t>.</w:t>
      </w:r>
    </w:p>
    <w:p>
      <w:pPr>
        <w:jc w:val="right"/>
      </w:pPr>
      <w:r>
        <w:t>۔</w:t>
      </w:r>
    </w:p>
    <w:p>
      <w:r>
        <w:rPr>
          <w:b/>
        </w:rPr>
        <w:t xml:space="preserve">[03:27] </w:t>
      </w:r>
      <w:r>
        <w:t>Quran is the first and most important scripture of Islam.</w:t>
      </w:r>
    </w:p>
    <w:p>
      <w:pPr>
        <w:jc w:val="right"/>
      </w:pPr>
      <w:r>
        <w:t>قرآن از دا فرسٹ اینڈموسٹ امپورٹنٹ س ورس آف اسلام ۔</w:t>
      </w:r>
    </w:p>
    <w:p>
      <w:r>
        <w:rPr>
          <w:b/>
        </w:rPr>
        <w:t xml:space="preserve">[03:37] </w:t>
      </w:r>
      <w:r>
        <w:t>Quran was not revealed as a complete book. It was revealed in</w:t>
      </w:r>
    </w:p>
    <w:p>
      <w:pPr>
        <w:jc w:val="right"/>
      </w:pPr>
      <w:r>
        <w:t>قرآنوازناٹ ریویلڈایزا کمپلیٹبک ۔اٹواز ریویلڈ ان</w:t>
      </w:r>
    </w:p>
    <w:p>
      <w:r>
        <w:rPr>
          <w:b/>
        </w:rPr>
        <w:t xml:space="preserve">[03:52] </w:t>
      </w:r>
      <w:r>
        <w:t>revealed as a periodical revelation.</w:t>
      </w:r>
    </w:p>
    <w:p>
      <w:pPr>
        <w:jc w:val="right"/>
      </w:pPr>
      <w:r>
        <w:t>ریویلڈایزا پیریڈیکل ریولیشن۔</w:t>
      </w:r>
    </w:p>
    <w:p>
      <w:r>
        <w:rPr>
          <w:b/>
        </w:rPr>
        <w:t xml:space="preserve">[04:00] </w:t>
      </w:r>
      <w:r>
        <w:t>it startd</w:t>
      </w:r>
    </w:p>
    <w:p>
      <w:pPr>
        <w:jc w:val="right"/>
      </w:pPr>
      <w:r>
        <w:t>اٹ سٹارٹڈ</w:t>
      </w:r>
    </w:p>
    <w:p>
      <w:r>
        <w:rPr>
          <w:b/>
        </w:rPr>
        <w:t xml:space="preserve">[04:03] </w:t>
      </w:r>
      <w:r>
        <w:t>in 6 10 ad, and it was completed in 6 3 2 ad, during 2 3 years.</w:t>
      </w:r>
    </w:p>
    <w:p>
      <w:pPr>
        <w:jc w:val="right"/>
      </w:pPr>
      <w:r>
        <w:t>ان 6 10 اےڈی، اینڈ اٹوازکمپلیٹڈ ان 6 3 2 اےڈی، ڈیورنگ 2 3 ایئرز۔</w:t>
      </w:r>
    </w:p>
    <w:p>
      <w:r>
        <w:rPr>
          <w:b/>
        </w:rPr>
        <w:t xml:space="preserve">[04:18] </w:t>
      </w:r>
      <w:r>
        <w:t>so, these revelations were sent to the prophet periodically</w:t>
      </w:r>
    </w:p>
    <w:p>
      <w:pPr>
        <w:jc w:val="right"/>
      </w:pPr>
      <w:r>
        <w:t>سو، دیز ریولیشنز ویر سینڈٹو داپرافٹ پیریڈیکلی</w:t>
      </w:r>
    </w:p>
    <w:p>
      <w:r>
        <w:rPr>
          <w:b/>
        </w:rPr>
        <w:t xml:space="preserve">[04:24] </w:t>
      </w:r>
      <w:r>
        <w:t>.then, prophet under the guidance of the angel gibrael, compiled all those revelations .and it was this compilation that we see quran.</w:t>
      </w:r>
    </w:p>
    <w:p>
      <w:pPr>
        <w:jc w:val="right"/>
      </w:pPr>
      <w:r>
        <w:t>۔دین،پرافٹ انڈرداگائیڈنسآفدا اینجل جبرائیل ،کمپائلڈ آل دوز ریولیشنز ۔اینڈ اٹاز دس کمپائلی شن دیٹوی سی القرآن۔</w:t>
      </w:r>
    </w:p>
    <w:p>
      <w:r>
        <w:rPr>
          <w:b/>
        </w:rPr>
        <w:t xml:space="preserve">[04:44] </w:t>
      </w:r>
      <w:r>
        <w:t>quran as a compiled book .this is the way of revelation. then, the second source is hadith</w:t>
      </w:r>
    </w:p>
    <w:p>
      <w:pPr>
        <w:jc w:val="right"/>
      </w:pPr>
      <w:r>
        <w:t>قرآناز ا کمپائلڈ بک ۔ دسازداوےآف ریولیشن۔دین،داسیکنڈ سورساز حدیث</w:t>
      </w:r>
    </w:p>
    <w:p>
      <w:r>
        <w:rPr>
          <w:b/>
        </w:rPr>
        <w:t xml:space="preserve">[04:54] </w:t>
      </w:r>
      <w:r>
        <w:t>.hadith literally means "saying" .as a islamc term, it means "sayings of the prophet".</w:t>
      </w:r>
    </w:p>
    <w:p>
      <w:pPr>
        <w:jc w:val="right"/>
      </w:pPr>
      <w:r>
        <w:t>۔حدیث لٹرلیمینز "saying" ۔ ایز ا اسلام ک ٹ رم،اٹمینز "sayings of the Prophet"۔</w:t>
      </w:r>
    </w:p>
    <w:p>
      <w:r>
        <w:rPr>
          <w:b/>
        </w:rPr>
        <w:t xml:space="preserve">[05:07] </w:t>
      </w:r>
      <w:r>
        <w:t>so, all those sayings of the prophet were compiled after death of the prophet.</w:t>
      </w:r>
    </w:p>
    <w:p>
      <w:pPr>
        <w:jc w:val="right"/>
      </w:pPr>
      <w:r>
        <w:t>سو،آل دوز sayingsoftheProphet و یر کمپائلڈ آفٹر ڈیتھآف دا پرافٹ۔</w:t>
      </w:r>
    </w:p>
    <w:p>
      <w:r>
        <w:rPr>
          <w:b/>
        </w:rPr>
        <w:t xml:space="preserve">[05:16] </w:t>
      </w:r>
      <w:r>
        <w:t>these sayings were kept in memory, and sometimes it was written in some papers.</w:t>
      </w:r>
    </w:p>
    <w:p>
      <w:pPr>
        <w:jc w:val="right"/>
      </w:pPr>
      <w:r>
        <w:t>دیزsay ings ویرکیپٹان میموری ،اینڈسمٹائماٹواز رٹن ان سم پیپرز۔</w:t>
      </w:r>
    </w:p>
    <w:p>
      <w:r>
        <w:rPr>
          <w:b/>
        </w:rPr>
        <w:t xml:space="preserve">[05:27] </w:t>
      </w:r>
      <w:r>
        <w:t>then, after death of the prophet, all those fragments were compiled .and now, this compilation of hadith they call kutub hadith,</w:t>
      </w:r>
    </w:p>
    <w:p>
      <w:pPr>
        <w:jc w:val="right"/>
      </w:pPr>
      <w:r>
        <w:t>دین،آفٹرڈیتھآفداپرافٹ، آل دوز فریگمنٹس ویر کمپائلڈ ۔ اینڈناؤ،د سکمپائلیشنآفحدیث دیٹویکال کتب حدیث،</w:t>
      </w:r>
    </w:p>
    <w:p>
      <w:r>
        <w:rPr>
          <w:b/>
        </w:rPr>
        <w:t xml:space="preserve">[05:42] </w:t>
      </w:r>
      <w:r>
        <w:t>meaning book of hadith .</w:t>
      </w:r>
    </w:p>
    <w:p>
      <w:pPr>
        <w:jc w:val="right"/>
      </w:pPr>
      <w:r>
        <w:t>یعنیبکآف حدیث ۔</w:t>
      </w:r>
    </w:p>
    <w:p>
      <w:r>
        <w:rPr>
          <w:b/>
        </w:rPr>
        <w:t xml:space="preserve">[05:45] </w:t>
      </w:r>
      <w:r>
        <w:t>these books are more than ten, but six books are</w:t>
      </w:r>
    </w:p>
    <w:p>
      <w:pPr>
        <w:jc w:val="right"/>
      </w:pPr>
      <w:r>
        <w:t>دیزبکس ار موردین ٹین، بٹ سکسبکسار</w:t>
      </w:r>
    </w:p>
    <w:p>
      <w:r>
        <w:rPr>
          <w:b/>
        </w:rPr>
        <w:t xml:space="preserve">[05:56] </w:t>
      </w:r>
      <w:r>
        <w:t>supposed to be the most authentic .that is called sihah sittah, meaning six authentic books .</w:t>
      </w:r>
    </w:p>
    <w:p>
      <w:pPr>
        <w:jc w:val="right"/>
      </w:pPr>
      <w:r>
        <w:t>سپوزٹوبیداموسٹ اتھنٹک ۔دیٹازکالڈ سیا ہ ست ہ، یعنی سکس اتھنٹکبک ۔</w:t>
      </w:r>
    </w:p>
    <w:p>
      <w:r>
        <w:rPr>
          <w:b/>
        </w:rPr>
        <w:t xml:space="preserve">[06:07] </w:t>
      </w:r>
      <w:r>
        <w:t>so, and the third source is "sayings of the sahaba".</w:t>
      </w:r>
    </w:p>
    <w:p>
      <w:pPr>
        <w:jc w:val="right"/>
      </w:pPr>
      <w:r>
        <w:t>سو، اینڈ داتھرڈ سورس از "sayings of the صحابہ"۔</w:t>
      </w:r>
    </w:p>
    <w:p>
      <w:r>
        <w:rPr>
          <w:b/>
        </w:rPr>
        <w:t xml:space="preserve">[06:16] </w:t>
      </w:r>
      <w:r>
        <w:t>sahaba means companions of the prophet. there are also source books in which you find the record of sahaba , sayings , their actions , their character.</w:t>
      </w:r>
    </w:p>
    <w:p>
      <w:pPr>
        <w:jc w:val="right"/>
      </w:pPr>
      <w:r>
        <w:t>صحابہمینز کمپینینزآفداپرافٹ۔ دیرازآلسو سورلبکس انوچوی فائنڈ دا ریکارڈآف صحابہ ،say ings، their ac tions ، their char acter۔</w:t>
      </w:r>
    </w:p>
    <w:p>
      <w:r>
        <w:rPr>
          <w:b/>
        </w:rPr>
        <w:t xml:space="preserve">[06:36] </w:t>
      </w:r>
      <w:r>
        <w:t>so, the prophet himself has said this "khairul qurun qarni".</w:t>
      </w:r>
    </w:p>
    <w:p>
      <w:pPr>
        <w:jc w:val="right"/>
      </w:pPr>
      <w:r>
        <w:t>سو، دا پرافٹہمسیلفس ہیڈسیڈ دی ٹ " خیر القرون قر نی "۔</w:t>
      </w:r>
    </w:p>
    <w:p>
      <w:r>
        <w:rPr>
          <w:b/>
        </w:rPr>
        <w:t xml:space="preserve">[06:49] </w:t>
      </w:r>
      <w:r>
        <w:t>it means that the best period was my period. then, the second period, and then the third period.</w:t>
      </w:r>
    </w:p>
    <w:p>
      <w:pPr>
        <w:jc w:val="right"/>
      </w:pPr>
      <w:r>
        <w:t>اٹمینزدیٹ دا بیسٹ پیریڈ واز مائیپیریڈ۔ دین،داسیکنڈپیریڈ،اینڈدینداتھرڈپیریڈ۔</w:t>
      </w:r>
    </w:p>
    <w:p>
      <w:r>
        <w:rPr>
          <w:b/>
        </w:rPr>
        <w:t xml:space="preserve">[07:01] </w:t>
      </w:r>
      <w:r>
        <w:t>according to this, it was called that the third periods are qurun thalathah. qurun means period.</w:t>
      </w:r>
    </w:p>
    <w:p>
      <w:pPr>
        <w:jc w:val="right"/>
      </w:pPr>
      <w:r>
        <w:t>اکارڈنگٹودس،اٹازکالڈدیٹ دا تھرڈپیریڈز ار قرون ثلاثہ۔ قرنمینز پیریڈ۔</w:t>
      </w:r>
    </w:p>
    <w:p>
      <w:r>
        <w:rPr>
          <w:b/>
        </w:rPr>
        <w:t xml:space="preserve">[07:13] </w:t>
      </w:r>
      <w:r>
        <w:t>in other words, you can say that generation. so, there are three generation in the early period of</w:t>
      </w:r>
    </w:p>
    <w:p>
      <w:pPr>
        <w:jc w:val="right"/>
      </w:pPr>
      <w:r>
        <w:t>انادرورڈز،یوکینسیدیٹ جن ری شن۔ سو،دیرار تھریجن ریشنز انداارلیپیریڈآف</w:t>
      </w:r>
    </w:p>
    <w:p>
      <w:r>
        <w:rPr>
          <w:b/>
        </w:rPr>
        <w:t xml:space="preserve">[07:22] </w:t>
      </w:r>
      <w:r>
        <w:t>islam .first, the generation</w:t>
      </w:r>
    </w:p>
    <w:p>
      <w:pPr>
        <w:jc w:val="right"/>
      </w:pPr>
      <w:r>
        <w:t>اسلام ۔ فرسٹ، داجنری شن</w:t>
      </w:r>
    </w:p>
    <w:p>
      <w:r>
        <w:rPr>
          <w:b/>
        </w:rPr>
        <w:t xml:space="preserve">[07:29] </w:t>
      </w:r>
      <w:r>
        <w:t>when prophet was sent by god .this was the first generation.</w:t>
      </w:r>
    </w:p>
    <w:p>
      <w:pPr>
        <w:jc w:val="right"/>
      </w:pPr>
      <w:r>
        <w:t>وین پرافٹواز سینڈ بائیگاڈ ۔ دسواز دا فرسٹجن ری شن۔</w:t>
      </w:r>
    </w:p>
    <w:p>
      <w:r>
        <w:rPr>
          <w:b/>
        </w:rPr>
        <w:t xml:space="preserve">[07:38] </w:t>
      </w:r>
      <w:r>
        <w:t>the prophet represents the first generation</w:t>
      </w:r>
    </w:p>
    <w:p>
      <w:pPr>
        <w:jc w:val="right"/>
      </w:pPr>
      <w:r>
        <w:t>دا پرافٹ ریپریزنٹس دافرسٹجنری شن</w:t>
      </w:r>
    </w:p>
    <w:p>
      <w:r>
        <w:rPr>
          <w:b/>
        </w:rPr>
        <w:t xml:space="preserve">[07:41] </w:t>
      </w:r>
      <w:r>
        <w:t>.then, sahaba, these companions of the prophet, are the second generation.</w:t>
      </w:r>
    </w:p>
    <w:p>
      <w:pPr>
        <w:jc w:val="right"/>
      </w:pPr>
      <w:r>
        <w:t>۔ دین،صح ابہ، دیزکمپینین آفداپرافٹ، اردا سیکنڈجنری شن۔</w:t>
      </w:r>
    </w:p>
    <w:p>
      <w:r>
        <w:rPr>
          <w:b/>
        </w:rPr>
        <w:t xml:space="preserve">[07:49] </w:t>
      </w:r>
      <w:r>
        <w:t>and, the companions of the companions, are the third generation. so, these are qurun thalathah, meaning three authentic generations.</w:t>
      </w:r>
    </w:p>
    <w:p>
      <w:pPr>
        <w:jc w:val="right"/>
      </w:pPr>
      <w:r>
        <w:t>اینڈ،داکمپینینزآفداکمپینینز، ارداتھرڈجنریشن۔ سو،دیزار قرون ثلاثہ، یعنیتھری اتھنٹک جنری شنز۔</w:t>
      </w:r>
    </w:p>
    <w:p>
      <w:r>
        <w:rPr>
          <w:b/>
        </w:rPr>
        <w:t xml:space="preserve">[08:02] </w:t>
      </w:r>
      <w:r>
        <w:t>so, when i see scriptures, i mean all these three books, three kinds of books.</w:t>
      </w:r>
    </w:p>
    <w:p>
      <w:pPr>
        <w:jc w:val="right"/>
      </w:pPr>
      <w:r>
        <w:t>سو، وینائیسی سکرپچرز، ائیمینآل دیز تھری ب کس، تھریکائنڈآفبکس۔</w:t>
      </w:r>
    </w:p>
    <w:p>
      <w:r>
        <w:rPr>
          <w:b/>
        </w:rPr>
        <w:t xml:space="preserve">[08:09] </w:t>
      </w:r>
      <w:r>
        <w:t xml:space="preserve">quran, hadith , and athar sahaba .athar means those sayings . </w:t>
      </w:r>
    </w:p>
    <w:p>
      <w:pPr>
        <w:jc w:val="right"/>
      </w:pPr>
      <w:r>
        <w:t>قرآن، حدیث ،اینڈ آثار صحابہ ۔ آثار مینز دوز say ings ۔</w:t>
      </w:r>
    </w:p>
    <w:p>
      <w:r>
        <w:rPr>
          <w:b/>
        </w:rPr>
        <w:t xml:space="preserve">[08:21] </w:t>
      </w:r>
      <w:r>
        <w:t>yani sayings of sahaba and tabeen. Quran means book of God. Hadith means sayings of the Prophet.</w:t>
      </w:r>
    </w:p>
    <w:p>
      <w:pPr>
        <w:jc w:val="right"/>
      </w:pPr>
      <w:r>
        <w:t>یعنیsayingsآفصحابہ اینڈتابعین۔ قرآنمینز بکآفگاڈ ۔حدیث مینز sayingsoftheProphet.</w:t>
      </w:r>
    </w:p>
    <w:p>
      <w:r>
        <w:rPr>
          <w:b/>
        </w:rPr>
        <w:t xml:space="preserve">[08:31] </w:t>
      </w:r>
      <w:r>
        <w:t>and athar means the sayings of the companion and the companions of the companion.</w:t>
      </w:r>
    </w:p>
    <w:p>
      <w:pPr>
        <w:jc w:val="right"/>
      </w:pPr>
      <w:r>
        <w:t>اینڈ آثار مینز the sayings of the compan ion and the companionsofthecompan ion.</w:t>
      </w:r>
    </w:p>
    <w:p>
      <w:r>
        <w:rPr>
          <w:b/>
        </w:rPr>
        <w:t xml:space="preserve">[08:39] </w:t>
      </w:r>
      <w:r>
        <w:t>So, it is the authentic source. So, if you want to know what is Islam, you have to see these three sources. First, Quran.</w:t>
      </w:r>
    </w:p>
    <w:p>
      <w:pPr>
        <w:jc w:val="right"/>
      </w:pPr>
      <w:r>
        <w:t>سو،اٹاز دا اتھنٹک سورس ۔سو،افیووانٹٹونو واٹاز اسلام ،یوہیوٹوسی دیز تھریس ورسز ۔فرسٹ،قرآن۔</w:t>
      </w:r>
    </w:p>
    <w:p>
      <w:r>
        <w:rPr>
          <w:b/>
        </w:rPr>
        <w:t xml:space="preserve">[08:52] </w:t>
      </w:r>
      <w:r>
        <w:t>Second, Hadith. And third, Athar. Here, I would like to give some examples.</w:t>
      </w:r>
    </w:p>
    <w:p>
      <w:pPr>
        <w:jc w:val="right"/>
      </w:pPr>
      <w:r>
        <w:t>سیکنڈ،حدیث۔ اینڈتھرڈ، آثار ۔ ہیر،ائیوڈلائکٹو گیو سمایگزامپل۔</w:t>
      </w:r>
    </w:p>
    <w:p>
      <w:r>
        <w:rPr>
          <w:b/>
        </w:rPr>
        <w:t xml:space="preserve">[09:04] </w:t>
      </w:r>
      <w:r>
        <w:t>It is important, I am not going to deliver a lecture, a comprehensive lecture. No, I will quote some references.</w:t>
      </w:r>
    </w:p>
    <w:p>
      <w:pPr>
        <w:jc w:val="right"/>
      </w:pPr>
      <w:r>
        <w:t>اٹاٹمیرٹنٹ،ائیایمناٹگوئنگٹو ڈیلیورالیکچر ،اکمپرہنسیولیکچر۔نو، ائیویل کوٹ سم ریفر نسز۔</w:t>
      </w:r>
    </w:p>
    <w:p>
      <w:r>
        <w:rPr>
          <w:b/>
        </w:rPr>
        <w:t xml:space="preserve">[09:18] </w:t>
      </w:r>
      <w:r>
        <w:t>yani you can see fragmentary references, only to show that what the teachings are of Islam. What the Islam teachings are</w:t>
      </w:r>
    </w:p>
    <w:p>
      <w:pPr>
        <w:jc w:val="right"/>
      </w:pPr>
      <w:r>
        <w:t>یعنی یو کینسی فریگمنٹریریفرنسز، اونلیٹو شودیٹ واٹ دا ٹیچنگز ار آف اسلام ۔واٹ دااسلام کٹیچنگزار</w:t>
      </w:r>
    </w:p>
    <w:p>
      <w:r>
        <w:rPr>
          <w:b/>
        </w:rPr>
        <w:t xml:space="preserve">[09:34] </w:t>
      </w:r>
      <w:r>
        <w:t>. So, first of all, let us take the Quran. If you take a copy of the Quran and start reading, the first, the very first sentence you will find in the Quran is "Bismillah Al-Rahman Al-Rahim".</w:t>
      </w:r>
    </w:p>
    <w:p>
      <w:pPr>
        <w:jc w:val="right"/>
      </w:pPr>
      <w:r>
        <w:t>۔سو،فرسٹآف آل، لیٹاسٹیکدا قرآن۔اف یوٹیکاکاپیآفداقرآن اینڈسٹارٹریڈنگ، دا فرسٹ ،دا ویری فرسٹ سینٹنس یوویل فائنڈ انداقرآن از "ب سم اللہ الرحمن الرحیم"۔</w:t>
      </w:r>
    </w:p>
    <w:p>
      <w:r>
        <w:rPr>
          <w:b/>
        </w:rPr>
        <w:t xml:space="preserve">[09:54] </w:t>
      </w:r>
      <w:r>
        <w:t>This is the first verse of the Quran.</w:t>
      </w:r>
    </w:p>
    <w:p>
      <w:pPr>
        <w:jc w:val="right"/>
      </w:pPr>
      <w:r>
        <w:t>دسازدافرسٹورسآفداقرآن۔</w:t>
      </w:r>
    </w:p>
    <w:p>
      <w:r>
        <w:rPr>
          <w:b/>
        </w:rPr>
        <w:t xml:space="preserve">[10:00] </w:t>
      </w:r>
      <w:r>
        <w:t>"Bismillah Al-Rahman Al-Rahim" means "In the name of God, Most Merciful, Most Compassionate".</w:t>
      </w:r>
    </w:p>
    <w:p>
      <w:pPr>
        <w:jc w:val="right"/>
      </w:pPr>
      <w:r>
        <w:t>"بسماللہ الرحمن الرحیم" مینز "ان دا نیمآف گاڈ، موسٹ مرسی فل ،موسٹ کمپیشنیٹ"۔</w:t>
      </w:r>
    </w:p>
    <w:p>
      <w:r>
        <w:rPr>
          <w:b/>
        </w:rPr>
        <w:t xml:space="preserve">[10:14] </w:t>
      </w:r>
      <w:r>
        <w:t>According to the Arabic style, it means "I begin". And name means "I begin with the name of God". "Bismillah" literally means "In the name", but</w:t>
      </w:r>
    </w:p>
    <w:p>
      <w:pPr>
        <w:jc w:val="right"/>
      </w:pPr>
      <w:r>
        <w:t>اکارڈنگٹوداعرب ک سٹائل ، اٹمینز "ائیبگن"۔ اندانیممینز "ائیبگن وددانیمآفگاڈ"۔ "بسماللہ" لٹرلیمینز "اندانیم"،ب</w:t>
      </w:r>
    </w:p>
    <w:p>
      <w:r>
        <w:rPr>
          <w:b/>
        </w:rPr>
        <w:t xml:space="preserve">[10:29] </w:t>
      </w:r>
      <w:r>
        <w:t>it according to Arabic style, it means "I begin with the name of Allah". So, it is very important.</w:t>
      </w:r>
    </w:p>
    <w:p>
      <w:pPr>
        <w:jc w:val="right"/>
      </w:pPr>
      <w:r>
        <w:t>ٹ اکارڈنگٹو عربکسٹائل،اٹمینز "ائی بگن وددانیمآف اللہ"۔ سو، اٹازویریامپورٹنٹ۔</w:t>
      </w:r>
    </w:p>
    <w:p>
      <w:r>
        <w:rPr>
          <w:b/>
        </w:rPr>
        <w:t xml:space="preserve">[10:39] </w:t>
      </w:r>
      <w:r>
        <w:t>It is very important. Here, you can find your identity. "Bismillah Al-Rahman Al-Rahim" gives you your identity.</w:t>
      </w:r>
    </w:p>
    <w:p>
      <w:pPr>
        <w:jc w:val="right"/>
      </w:pPr>
      <w:r>
        <w:t>اٹازویریامپورٹنٹ۔ ہیر،یوکینفائنڈیورآئیڈینٹیٹی۔ "بسماللہ الرحمنالرحیم" گیوزیو یورآئیڈینٹی ٹی۔</w:t>
      </w:r>
    </w:p>
    <w:p>
      <w:r>
        <w:rPr>
          <w:b/>
        </w:rPr>
        <w:t xml:space="preserve">[10:51] </w:t>
      </w:r>
      <w:r>
        <w:t>That one side is the human being, the other side is God, the creator of the universe.</w:t>
      </w:r>
    </w:p>
    <w:p>
      <w:pPr>
        <w:jc w:val="right"/>
      </w:pPr>
      <w:r>
        <w:t>دیٹ انون سائیڈ از دیہیومنبین گ،دیادرسائیڈ از گاڈ،داکریٹرآف دا یونیورس ۔</w:t>
      </w:r>
    </w:p>
    <w:p>
      <w:r>
        <w:rPr>
          <w:b/>
        </w:rPr>
        <w:t xml:space="preserve">[11:01] </w:t>
      </w:r>
      <w:r>
        <w:t>So, this is when you read the source "Bismillah Al-Rahman Al-Rahim". Here, you find your identity. God is my creator, and I am His creature.</w:t>
      </w:r>
    </w:p>
    <w:p>
      <w:pPr>
        <w:jc w:val="right"/>
      </w:pPr>
      <w:r>
        <w:t>سو،دساز و ینیوریڈ دسو رس "بسماللہ الرحمن الرحیم" ۔ ہیر،یوفائنڈیورآئیڈینٹیٹی ۔گاڈازمائیکری ٹر،اینڈائیایم ہزکریچر۔</w:t>
      </w:r>
    </w:p>
    <w:p>
      <w:r>
        <w:rPr>
          <w:b/>
        </w:rPr>
        <w:t xml:space="preserve">[11:19] </w:t>
      </w:r>
      <w:r>
        <w:t>Quran gives you your identity, the most important question of every human being.</w:t>
      </w:r>
    </w:p>
    <w:p>
      <w:pPr>
        <w:jc w:val="right"/>
      </w:pPr>
      <w:r>
        <w:t>قرآن گیوزیو یورآئیڈینٹی ٹی، داموسٹ امپورٹنٹ کوس چن آف ای وری ہیومنبینگ۔</w:t>
      </w:r>
    </w:p>
    <w:p>
      <w:r>
        <w:rPr>
          <w:b/>
        </w:rPr>
        <w:t xml:space="preserve">[11:28] </w:t>
      </w:r>
      <w:r>
        <w:t>Then, the first first chapter of the Quran is Al-Fatiha. It begins from "Al-hamdu Lillahi Rabb Al-Alameen".</w:t>
      </w:r>
    </w:p>
    <w:p>
      <w:pPr>
        <w:jc w:val="right"/>
      </w:pPr>
      <w:r>
        <w:t>دین،دافرسٹ فر سٹ چیپٹرآفداقرآن از الف اتحہ۔ اٹبگنز فر ام "الحمدللہ رب العالم ین"۔</w:t>
      </w:r>
    </w:p>
    <w:p>
      <w:r>
        <w:rPr>
          <w:b/>
        </w:rPr>
        <w:t xml:space="preserve">[11:44] </w:t>
      </w:r>
      <w:r>
        <w:t>"Al-hamdu Lillahi Rabb Al-Alameen" means "All praise be to</w:t>
      </w:r>
    </w:p>
    <w:p>
      <w:pPr>
        <w:jc w:val="right"/>
      </w:pPr>
      <w:r>
        <w:t>"الحمدللہ ربالعالم ین"مینز "الپ ریز بی ٹو</w:t>
      </w:r>
    </w:p>
    <w:p>
      <w:r>
        <w:rPr>
          <w:b/>
        </w:rPr>
        <w:t xml:space="preserve">[11:55] </w:t>
      </w:r>
      <w:r>
        <w:t>to the Lord of the universe, to the Lord of the world". "All praise be to the Lord of the universe". This is the first praise of chapter Al-Fatiha.</w:t>
      </w:r>
    </w:p>
    <w:p>
      <w:pPr>
        <w:jc w:val="right"/>
      </w:pPr>
      <w:r>
        <w:t>ٹودالارڈآفدایونیورس، ٹودالارڈآفداورلڈ"۔ "ال پریز بی ٹودالارڈآفدایونیورس"۔ دسازدافرسٹپریز آف چیپٹرالف اتحہ۔</w:t>
      </w:r>
    </w:p>
    <w:p>
      <w:r>
        <w:rPr>
          <w:b/>
        </w:rPr>
        <w:t xml:space="preserve">[12:09] </w:t>
      </w:r>
      <w:r>
        <w:t>Now, what it means?</w:t>
      </w:r>
    </w:p>
    <w:p>
      <w:pPr>
        <w:jc w:val="right"/>
      </w:pPr>
      <w:r>
        <w:t>ناو،واٹاٹمینز؟</w:t>
      </w:r>
    </w:p>
    <w:p>
      <w:r>
        <w:rPr>
          <w:b/>
        </w:rPr>
        <w:t xml:space="preserve">[12:12] </w:t>
      </w:r>
      <w:r>
        <w:t>It means that all kinds of goodness, all kinds of high attributes, are only</w:t>
      </w:r>
    </w:p>
    <w:p>
      <w:pPr>
        <w:jc w:val="right"/>
      </w:pPr>
      <w:r>
        <w:t>اٹمینزدی ٹ آل کائنڈآف گڈ نس ،آل کائنڈآف ہائیایٹریبیوٹس، ار اونلی</w:t>
      </w:r>
    </w:p>
    <w:p>
      <w:r>
        <w:rPr>
          <w:b/>
        </w:rPr>
        <w:t xml:space="preserve">[12:25] </w:t>
      </w:r>
      <w:r>
        <w:t>God attributes. It is God who has all type of power, all kind of good things. So, we are only receiver.</w:t>
      </w:r>
    </w:p>
    <w:p>
      <w:pPr>
        <w:jc w:val="right"/>
      </w:pPr>
      <w:r>
        <w:t>گاڈای ٹریبیوٹس۔ اٹازگاڈ ہو ہیڈ زآل ٹائپآف پ اور،آلکائنڈآف گڈتھنگز ۔سو، ویار اونلی ریسیور ۔</w:t>
      </w:r>
    </w:p>
    <w:p>
      <w:r>
        <w:rPr>
          <w:b/>
        </w:rPr>
        <w:t xml:space="preserve">[12:40] </w:t>
      </w:r>
      <w:r>
        <w:t>God is giver, and we are receiver.</w:t>
      </w:r>
    </w:p>
    <w:p>
      <w:pPr>
        <w:jc w:val="right"/>
      </w:pPr>
      <w:r>
        <w:t>گاڈازگیور، اینڈوی ار ریسی ور۔</w:t>
      </w:r>
    </w:p>
    <w:p>
      <w:r>
        <w:rPr>
          <w:b/>
        </w:rPr>
        <w:t xml:space="preserve">[12:46] </w:t>
      </w:r>
      <w:r>
        <w:t>Here, also, you discover your answers. You know, every one has questions, consciously or unconsciously.</w:t>
      </w:r>
    </w:p>
    <w:p>
      <w:pPr>
        <w:jc w:val="right"/>
      </w:pPr>
      <w:r>
        <w:t>ہیر،آلسو، یو ڈسکوریور یورانسرز ۔یونو،ای وری ون ہیڈز کوسچنز ،کانشیسلییاانکانشیسلی۔</w:t>
      </w:r>
    </w:p>
    <w:p>
      <w:r>
        <w:rPr>
          <w:b/>
        </w:rPr>
        <w:t xml:space="preserve">[13:01] </w:t>
      </w:r>
      <w:r>
        <w:t>Who am I? What is the purpose of my life?</w:t>
      </w:r>
    </w:p>
    <w:p>
      <w:pPr>
        <w:jc w:val="right"/>
      </w:pPr>
      <w:r>
        <w:t>ہو ائیایمائی ؟واٹازداپرپسآفمائیلائف؟</w:t>
      </w:r>
    </w:p>
    <w:p>
      <w:r>
        <w:rPr>
          <w:b/>
        </w:rPr>
        <w:t xml:space="preserve">[13:09] </w:t>
      </w:r>
      <w:r>
        <w:t>What is my place in the universe? What is death, and what is</w:t>
      </w:r>
    </w:p>
    <w:p>
      <w:pPr>
        <w:jc w:val="right"/>
      </w:pPr>
      <w:r>
        <w:t>واٹازمائیپلیساندسیونیورس ؟ وا ٹاز ڈیتھ،اینڈواٹاز</w:t>
      </w:r>
    </w:p>
    <w:p>
      <w:r>
        <w:rPr>
          <w:b/>
        </w:rPr>
        <w:t xml:space="preserve">[13:18] </w:t>
      </w:r>
      <w:r>
        <w:t>what is life, and what is death? what is the what is success, and what is failure? all these questions are introven in in in every human being.</w:t>
      </w:r>
    </w:p>
    <w:p>
      <w:pPr>
        <w:jc w:val="right"/>
      </w:pPr>
      <w:r>
        <w:t>واٹازلائف،اینڈواٹازڈیتھ؟ واٹاز دا واٹازسکسیس،اینڈواٹازفیل یر؟ آل دیزکوسچنز ار انٹروون ان ان ان ایوری ہیومنبینگ۔</w:t>
      </w:r>
    </w:p>
    <w:p>
      <w:r>
        <w:rPr>
          <w:b/>
        </w:rPr>
        <w:t xml:space="preserve">[13:31] </w:t>
      </w:r>
      <w:r>
        <w:t>so, everyone , either consciously or unconsciously , faces these questions.</w:t>
      </w:r>
    </w:p>
    <w:p>
      <w:pPr>
        <w:jc w:val="right"/>
      </w:pPr>
      <w:r>
        <w:t>سو،ایوریون ،ائیدرکانشیسلی اورانکانشیسلی ، فیسز دیزکوسچنز۔</w:t>
      </w:r>
    </w:p>
    <w:p>
      <w:r>
        <w:rPr>
          <w:b/>
        </w:rPr>
        <w:t xml:space="preserve">[13:41] </w:t>
      </w:r>
      <w:r>
        <w:t>so, when you discover god as the creator, as the lord, as the sustainer, you will find the source of all kinds of problems.</w:t>
      </w:r>
    </w:p>
    <w:p>
      <w:pPr>
        <w:jc w:val="right"/>
      </w:pPr>
      <w:r>
        <w:t>سو، وینیوڈسکور گاڈ ایزدیکریٹر ،ایزدیلارڈ، ایزداسسٹینر، یوویلفائنڈ داس ورس آف آل کائنڈآف پرابلم ۔</w:t>
      </w:r>
    </w:p>
    <w:p>
      <w:r>
        <w:rPr>
          <w:b/>
        </w:rPr>
        <w:t xml:space="preserve">[13:55] </w:t>
      </w:r>
      <w:r>
        <w:t>you find the answers to all the questions. then, you read first verse of this second chapter, albaqarah</w:t>
      </w:r>
    </w:p>
    <w:p>
      <w:pPr>
        <w:jc w:val="right"/>
      </w:pPr>
      <w:r>
        <w:t>یو فائنڈ دا انسرزٹوآلداکوس چنز ۔ دین،یو ریڈ فرسٹ ورسآف دس سیکنڈچیپٹر،الب قرہ</w:t>
      </w:r>
    </w:p>
    <w:p>
      <w:r>
        <w:rPr>
          <w:b/>
        </w:rPr>
        <w:t xml:space="preserve">[14:08] </w:t>
      </w:r>
      <w:r>
        <w:t>. it is "zalikal kitabullahir fi " . "zalikal kitabullahir fi " it means that the book . this is the book about quran.</w:t>
      </w:r>
    </w:p>
    <w:p>
      <w:pPr>
        <w:jc w:val="right"/>
      </w:pPr>
      <w:r>
        <w:t>۔ اٹاز "ذالکالکتاب اللہر فی ع"۔ "ذالکالکتاب اللہر فیع"ا ٹمینزد سازدا بک ۔دسازدا بک اباؤٹ القرآن۔</w:t>
      </w:r>
    </w:p>
    <w:p>
      <w:r>
        <w:rPr>
          <w:b/>
        </w:rPr>
        <w:t xml:space="preserve">[14:26] </w:t>
      </w:r>
      <w:r>
        <w:t>"zalikal kitabullahir fi " . this is the book . there is no doubt about it.</w:t>
      </w:r>
    </w:p>
    <w:p>
      <w:pPr>
        <w:jc w:val="right"/>
      </w:pPr>
      <w:r>
        <w:t>یوریڈ "ذالکالکتاب اللہر فیع"۔ دسازدابک ۔ دیراز نو ڈاؤٹاباؤٹ اٹ۔</w:t>
      </w:r>
    </w:p>
    <w:p>
      <w:r>
        <w:rPr>
          <w:b/>
        </w:rPr>
        <w:t xml:space="preserve">[14:38] </w:t>
      </w:r>
      <w:r>
        <w:t>it is like a discovery. when you read this book, you experience a discovery.</w:t>
      </w:r>
    </w:p>
    <w:p>
      <w:pPr>
        <w:jc w:val="right"/>
      </w:pPr>
      <w:r>
        <w:t>اٹازلائک ا ڈسکوری۔ وینیو ریڈدسبک، یوایکسپیرینساڈسکوری۔</w:t>
      </w:r>
    </w:p>
    <w:p>
      <w:r>
        <w:rPr>
          <w:b/>
        </w:rPr>
        <w:t xml:space="preserve">[14:47] </w:t>
      </w:r>
      <w:r>
        <w:t>why? because you need a guide book. everyone faces this question : what is what is the guide book for me and world?</w:t>
      </w:r>
    </w:p>
    <w:p>
      <w:pPr>
        <w:jc w:val="right"/>
      </w:pPr>
      <w:r>
        <w:t>وائی؟ بیکاز یونیڈاگائیڈبک۔ ایوریون فیسز دسکوسچن :واٹ از واٹازدا گائیڈبکفار می اندسورلڈ؟</w:t>
      </w:r>
    </w:p>
    <w:p>
      <w:r>
        <w:rPr>
          <w:b/>
        </w:rPr>
        <w:t xml:space="preserve">[15:04] </w:t>
      </w:r>
      <w:r>
        <w:t>you know, everyone is born without guide book.</w:t>
      </w:r>
    </w:p>
    <w:p>
      <w:pPr>
        <w:jc w:val="right"/>
      </w:pPr>
      <w:r>
        <w:t>یونو،ایوریوناز بورنوداؤٹگائیڈبک۔</w:t>
      </w:r>
    </w:p>
    <w:p>
      <w:r>
        <w:rPr>
          <w:b/>
        </w:rPr>
        <w:t xml:space="preserve">[15:10] </w:t>
      </w:r>
      <w:r>
        <w:t>everyone is born in this world, but he has no guide book in his pocket.</w:t>
      </w:r>
    </w:p>
    <w:p>
      <w:pPr>
        <w:jc w:val="right"/>
      </w:pPr>
      <w:r>
        <w:t>ایوریونازبورنان دس اندسورلڈ، بٹاٹہیڈزنوگائیڈبک انہزپاک ٹ۔</w:t>
      </w:r>
    </w:p>
    <w:p>
      <w:r>
        <w:rPr>
          <w:b/>
        </w:rPr>
        <w:t xml:space="preserve">[15:19] </w:t>
      </w:r>
      <w:r>
        <w:t>no one has a book of guide in his pocket. so, when he reads "zalikal kitabullahir fi " , this is the book . there is no doubt about it.</w:t>
      </w:r>
    </w:p>
    <w:p>
      <w:pPr>
        <w:jc w:val="right"/>
      </w:pPr>
      <w:r>
        <w:t>نو ون ہیڈزابک اف گائیڈانہزپاک ٹ۔ سو،وین ہیریڈز "ذالکالکتاب اللہر فیع"، دسازدابک ۔دیرازنوڈاؤٹاباؤٹاٹ۔</w:t>
      </w:r>
    </w:p>
    <w:p>
      <w:r>
        <w:rPr>
          <w:b/>
        </w:rPr>
        <w:t xml:space="preserve">[15:34] </w:t>
      </w:r>
      <w:r>
        <w:t>so</w:t>
      </w:r>
    </w:p>
    <w:p>
      <w:pPr>
        <w:jc w:val="right"/>
      </w:pPr>
      <w:r>
        <w:t>سو</w:t>
      </w:r>
    </w:p>
    <w:p>
      <w:r>
        <w:rPr>
          <w:b/>
        </w:rPr>
        <w:t xml:space="preserve">[15:35] </w:t>
      </w:r>
      <w:r>
        <w:t>, suddenly, you you you feel that you had find that answer . you had find the answer of question.</w:t>
      </w:r>
    </w:p>
    <w:p>
      <w:pPr>
        <w:jc w:val="right"/>
      </w:pPr>
      <w:r>
        <w:t>، سڈنلی،یو یو یو فیل دی ٹیوہیڈ فائنڈدیٹان سر ۔یوہیڈفائنڈ دا انسراف کوسچن۔</w:t>
      </w:r>
    </w:p>
    <w:p>
      <w:r>
        <w:rPr>
          <w:b/>
        </w:rPr>
        <w:t xml:space="preserve">[15:51] </w:t>
      </w:r>
      <w:r>
        <w:t>you need a guide book, and here is a book that provides you that guidance. so, it is a great discovery.</w:t>
      </w:r>
    </w:p>
    <w:p>
      <w:pPr>
        <w:jc w:val="right"/>
      </w:pPr>
      <w:r>
        <w:t>یونیڈ اگائیڈبک،اینڈہیر ازابک دیٹپرووائیڈزیودیٹگائیڈنس۔ سو،اٹازاگریٹڈسکوری۔</w:t>
      </w:r>
    </w:p>
    <w:p>
      <w:r>
        <w:rPr>
          <w:b/>
        </w:rPr>
        <w:t xml:space="preserve">[16:03] </w:t>
      </w:r>
      <w:r>
        <w:t>it is a great discovery. there is no book in our libraries that begins with this sentence. it is special only to the quran.</w:t>
      </w:r>
    </w:p>
    <w:p>
      <w:pPr>
        <w:jc w:val="right"/>
      </w:pPr>
      <w:r>
        <w:t>اٹازاگریٹڈسکوری۔ دیرازنو بک ان اور لائبریریز دیٹبگنزوددسسینٹنس۔ اٹازاسپیشل اونلی ٹودا القرآن۔</w:t>
      </w:r>
    </w:p>
    <w:p>
      <w:r>
        <w:rPr>
          <w:b/>
        </w:rPr>
        <w:t xml:space="preserve">[16:18] </w:t>
      </w:r>
      <w:r>
        <w:t>i don't know any book that begins with this sentence. this is the book . there is no doubt about it.</w:t>
      </w:r>
    </w:p>
    <w:p>
      <w:pPr>
        <w:jc w:val="right"/>
      </w:pPr>
      <w:r>
        <w:t>ائیڈونٹنو اینیبک دیٹبگنوددسسینٹنس۔ دسازدا بک ۔ دیرازنوڈاؤٹاباؤٹاٹ۔</w:t>
      </w:r>
    </w:p>
    <w:p>
      <w:r>
        <w:rPr>
          <w:b/>
        </w:rPr>
        <w:t xml:space="preserve">[16:30] </w:t>
      </w:r>
      <w:r>
        <w:t>this is this is the book. it means this is</w:t>
      </w:r>
    </w:p>
    <w:p>
      <w:pPr>
        <w:jc w:val="right"/>
      </w:pPr>
      <w:r>
        <w:t>دساز دسازدابک۔ اٹمینز دساز</w:t>
      </w:r>
    </w:p>
    <w:p>
      <w:r>
        <w:rPr>
          <w:b/>
        </w:rPr>
        <w:t xml:space="preserve">[16:38] </w:t>
      </w:r>
      <w:r>
        <w:t>this is the this is the guide book , and there is no doubt about its guidance.</w:t>
      </w:r>
    </w:p>
    <w:p>
      <w:pPr>
        <w:jc w:val="right"/>
      </w:pPr>
      <w:r>
        <w:t>دسازدا د سازداگائیڈبک ،اینڈدیرازنوڈاؤٹاباؤٹ اٹسگائیڈنس۔</w:t>
      </w:r>
    </w:p>
    <w:p>
      <w:r>
        <w:rPr>
          <w:b/>
        </w:rPr>
        <w:t xml:space="preserve">[16:47] </w:t>
      </w:r>
      <w:r>
        <w:t>so, this is the so. when you start reading the quran, you will experience a new kind of feelings.</w:t>
      </w:r>
    </w:p>
    <w:p>
      <w:pPr>
        <w:jc w:val="right"/>
      </w:pPr>
      <w:r>
        <w:t>سو، دسازدا سو۔وینیو یوسٹارٹریڈنگ دی قرآن، یوویل ایکسپیرینس انیوکائنڈآف فیل نگز ۔</w:t>
      </w:r>
    </w:p>
    <w:p>
      <w:r>
        <w:rPr>
          <w:b/>
        </w:rPr>
        <w:t xml:space="preserve">[17:05] </w:t>
      </w:r>
      <w:r>
        <w:t>here, you find that quran says "bismillah ir rahman ir rahim" . quran says "zalikal kitabullahir fi " .</w:t>
      </w:r>
    </w:p>
    <w:p>
      <w:pPr>
        <w:jc w:val="right"/>
      </w:pPr>
      <w:r>
        <w:t>ہ یر،یوفائنڈدیٹ قرآن سیز "بسماللہ الرحمن الرحیم"۔ قرآنسیز "ذالکالکتاب اللہر فیع"۔</w:t>
      </w:r>
    </w:p>
    <w:p>
      <w:r>
        <w:rPr>
          <w:b/>
        </w:rPr>
        <w:t xml:space="preserve">[17:16] </w:t>
      </w:r>
      <w:r>
        <w:t>then,</w:t>
      </w:r>
    </w:p>
    <w:p>
      <w:pPr>
        <w:jc w:val="right"/>
      </w:pPr>
      <w:r>
        <w:t>دین،</w:t>
      </w:r>
    </w:p>
    <w:p>
      <w:r>
        <w:rPr>
          <w:b/>
        </w:rPr>
        <w:t xml:space="preserve">[17:20] </w:t>
      </w:r>
      <w:r>
        <w:t>there are hundreds of verses that say "o human, o human" or "o human, what made you stray from your lord, the generous" .</w:t>
      </w:r>
    </w:p>
    <w:p>
      <w:pPr>
        <w:jc w:val="right"/>
      </w:pPr>
      <w:r>
        <w:t>دیرار ہنڈرڈزآف و رسز دی ٹسی" ای ہال انسان، ای ہ الناز" یا"ایہالانسان، ماغرک بربکالکریم"۔</w:t>
      </w:r>
    </w:p>
    <w:p>
      <w:r>
        <w:rPr>
          <w:b/>
        </w:rPr>
        <w:t xml:space="preserve">[17:32] </w:t>
      </w:r>
      <w:r>
        <w:t>it means that o our man, o man, here is your lord. i receive you.</w:t>
      </w:r>
    </w:p>
    <w:p>
      <w:pPr>
        <w:jc w:val="right"/>
      </w:pPr>
      <w:r>
        <w:t>اٹمینزدیٹاو او مین، او مین، ہیرازیورلارڈ۔ ائیریسیویو۔</w:t>
      </w:r>
    </w:p>
    <w:p>
      <w:r>
        <w:rPr>
          <w:b/>
        </w:rPr>
        <w:t xml:space="preserve">[17:43] </w:t>
      </w:r>
      <w:r>
        <w:t>listen my words and follow it. a unique type of address. there is no book, not a single book that addresses you in such a manner.</w:t>
      </w:r>
    </w:p>
    <w:p>
      <w:pPr>
        <w:jc w:val="right"/>
      </w:pPr>
      <w:r>
        <w:t>ل سن مائیورس اینڈفالواٹ۔ ا یون یکٹائپاف ایڈریس۔ دیرازنو بک ،ناٹاسنگ لبک دیٹ ایڈریس یو انسچا مینر۔</w:t>
      </w:r>
    </w:p>
    <w:p>
      <w:r>
        <w:rPr>
          <w:b/>
        </w:rPr>
        <w:t xml:space="preserve">[18:01] </w:t>
      </w:r>
      <w:r>
        <w:t>quran is very special . quran is the only exception that addresses you in such a manner.</w:t>
      </w:r>
    </w:p>
    <w:p>
      <w:pPr>
        <w:jc w:val="right"/>
      </w:pPr>
      <w:r>
        <w:t>قرآناز ویریاسپیشل ۔قرآنازاونلی ایکسیپشن دیٹ ایڈریس یو انسچامینر۔</w:t>
      </w:r>
    </w:p>
    <w:p>
      <w:r>
        <w:rPr>
          <w:b/>
        </w:rPr>
        <w:t xml:space="preserve">[18:12] </w:t>
      </w:r>
      <w:r>
        <w:t>the dominator, He's your Lord. He's your creator. He's your sustainer. He addresses you.</w:t>
      </w:r>
    </w:p>
    <w:p>
      <w:pPr>
        <w:jc w:val="right"/>
      </w:pPr>
      <w:r>
        <w:t>دیٹاومین، ہیرازیورلارڈ۔ ہیرازیورکریٹر ۔ ہیرازیورسسٹینر۔ ہیایڈریس یو۔</w:t>
      </w:r>
    </w:p>
    <w:p>
      <w:r>
        <w:rPr>
          <w:b/>
        </w:rPr>
        <w:t xml:space="preserve">[18:23] </w:t>
      </w:r>
      <w:r>
        <w:t>See, listen my brothers and follow my brothers. This is the way of success for you.</w:t>
      </w:r>
    </w:p>
    <w:p>
      <w:pPr>
        <w:jc w:val="right"/>
      </w:pPr>
      <w:r>
        <w:t>سی، لسنمائیو رس اینڈفالو مائیورس ۔دسازداوےافسکسیسفار یو۔</w:t>
      </w:r>
    </w:p>
    <w:p>
      <w:r>
        <w:rPr>
          <w:b/>
        </w:rPr>
        <w:t xml:space="preserve">[18:34] </w:t>
      </w:r>
      <w:r>
        <w:t>This kind of addresses were unique and all.</w:t>
      </w:r>
    </w:p>
    <w:p>
      <w:pPr>
        <w:jc w:val="right"/>
      </w:pPr>
      <w:r>
        <w:t>دسکائنڈافایڈریسازویرییون یک اندا</w:t>
      </w:r>
    </w:p>
    <w:p>
      <w:r>
        <w:rPr>
          <w:b/>
        </w:rPr>
        <w:t xml:space="preserve">[18:38] </w:t>
      </w:r>
      <w:r>
        <w:t>quran. din, yu faind</w:t>
      </w:r>
    </w:p>
    <w:p>
      <w:pPr>
        <w:jc w:val="right"/>
      </w:pPr>
      <w:r>
        <w:t>قرآن۔ دین، یو فائنڈ</w:t>
      </w:r>
    </w:p>
    <w:p>
      <w:r>
        <w:rPr>
          <w:b/>
        </w:rPr>
        <w:t xml:space="preserve">[18:43] </w:t>
      </w:r>
      <w:r>
        <w:t>This kind of address creates some new questions. It is already in your mind. So, you want to know all the answers of your questions.</w:t>
      </w:r>
    </w:p>
    <w:p>
      <w:pPr>
        <w:jc w:val="right"/>
      </w:pPr>
      <w:r>
        <w:t>دسکائنڈاف ایڈریس کریٹس سومینیکوسچنز۔ اٹانکلکیٹ کیوریسٹی انیورمائنڈ۔ سو، یووانٹٹونو آلادر انسرز افیورکوسچنز۔</w:t>
      </w:r>
    </w:p>
    <w:p>
      <w:r>
        <w:rPr>
          <w:b/>
        </w:rPr>
        <w:t xml:space="preserve">[18:59] </w:t>
      </w:r>
      <w:r>
        <w:t>For example, everyone faces problems in the world.</w:t>
      </w:r>
    </w:p>
    <w:p>
      <w:pPr>
        <w:jc w:val="right"/>
      </w:pPr>
      <w:r>
        <w:t>فارایگزامپل، ایوریون فیسز پرابلمان دسورلڈ۔</w:t>
      </w:r>
    </w:p>
    <w:p>
      <w:r>
        <w:rPr>
          <w:b/>
        </w:rPr>
        <w:t xml:space="preserve">[19:06] </w:t>
      </w:r>
      <w:r>
        <w:t>no one can consider ahead no problem. Every king, every businessman, every</w:t>
      </w:r>
    </w:p>
    <w:p>
      <w:pPr>
        <w:jc w:val="right"/>
      </w:pPr>
      <w:r>
        <w:t>نو ون کینسیدیٹ ائیہیڈنو پرابلم۔ ای وری کنگ ،ایوری بزنس مین، ای وری</w:t>
      </w:r>
    </w:p>
    <w:p>
      <w:r>
        <w:rPr>
          <w:b/>
        </w:rPr>
        <w:t xml:space="preserve">[19:19] </w:t>
      </w:r>
      <w:r>
        <w:t>life, pure and rich, both face some problems. So, problem is an integral part of human life.</w:t>
      </w:r>
    </w:p>
    <w:p>
      <w:pPr>
        <w:jc w:val="right"/>
      </w:pPr>
      <w:r>
        <w:t>لیڈر ،پور اینڈ رچ، بوتھ فیسز سمپرابلم۔ سو، پرابلم از انانٹیگرلپارٹ اف ہیومنلائف۔</w:t>
      </w:r>
    </w:p>
    <w:p>
      <w:r>
        <w:rPr>
          <w:b/>
        </w:rPr>
        <w:t xml:space="preserve">[19:32] </w:t>
      </w:r>
      <w:r>
        <w:t>evriyon thinksabautdizprablam.</w:t>
      </w:r>
    </w:p>
    <w:p>
      <w:pPr>
        <w:jc w:val="right"/>
      </w:pPr>
      <w:r>
        <w:t>ایوریون تھنکساباؤٹدیزپرابلم۔</w:t>
      </w:r>
    </w:p>
    <w:p>
      <w:r>
        <w:rPr>
          <w:b/>
        </w:rPr>
        <w:t xml:space="preserve">[19:35] </w:t>
      </w:r>
      <w:r>
        <w:t>sam taim,dizprablamz</w:t>
      </w:r>
    </w:p>
    <w:p>
      <w:pPr>
        <w:jc w:val="right"/>
      </w:pPr>
      <w:r>
        <w:t>سم ٹائم،دیزپرابلمز</w:t>
      </w:r>
    </w:p>
    <w:p>
      <w:r>
        <w:rPr>
          <w:b/>
        </w:rPr>
        <w:t xml:space="preserve">[19:42] </w:t>
      </w:r>
      <w:r>
        <w:t>create tension and stress. So, the whole world is living in tension and stress. So, this is the problem everyone faces every day.</w:t>
      </w:r>
    </w:p>
    <w:p>
      <w:pPr>
        <w:jc w:val="right"/>
      </w:pPr>
      <w:r>
        <w:t>کریٹ ٹینشن، اسٹریس۔ سو،داہولورلڈاز لیونگان ٹینشن، ان اسٹریس ۔سو،دسازداپرابلمایوریون فیسزایوریڈے۔</w:t>
      </w:r>
    </w:p>
    <w:p>
      <w:r>
        <w:rPr>
          <w:b/>
        </w:rPr>
        <w:t xml:space="preserve">[19:55] </w:t>
      </w:r>
      <w:r>
        <w:t>so, now, naturally, he wants to know the answer of this question, the solution of this problem</w:t>
      </w:r>
    </w:p>
    <w:p>
      <w:pPr>
        <w:jc w:val="right"/>
      </w:pPr>
      <w:r>
        <w:t>سو،ناو، نیچرلی،ہیوانٹٹونو داانسراف دس کوس چن، داسولیوشنافدسپرابلم</w:t>
      </w:r>
    </w:p>
    <w:p>
      <w:r>
        <w:rPr>
          <w:b/>
        </w:rPr>
        <w:t xml:space="preserve">[20:07] </w:t>
      </w:r>
      <w:r>
        <w:t>.vainhiradz dastoriaf adam insura albakara, and the chapter Al-Baqarah, second chapter of the Quran.</w:t>
      </w:r>
    </w:p>
    <w:p>
      <w:pPr>
        <w:jc w:val="right"/>
      </w:pPr>
      <w:r>
        <w:t>۔وینہیریڈز دا سٹوریاف ادم انسورہ البقرہ، انداچیپٹر البقرہ، سیکنڈچیپٹرافداقرآن۔</w:t>
      </w:r>
    </w:p>
    <w:p>
      <w:r>
        <w:rPr>
          <w:b/>
        </w:rPr>
        <w:t xml:space="preserve">[20:19] </w:t>
      </w:r>
      <w:r>
        <w:t>in this chapter, he writes that God created Adam as the first human being, as the first man</w:t>
      </w:r>
    </w:p>
    <w:p>
      <w:pPr>
        <w:jc w:val="right"/>
      </w:pPr>
      <w:r>
        <w:t>ان دسچیپٹر، ہیریڈز دیٹگاڈ کری ٹڈ ادم ایزاےفرسٹ ہیومنبین گ ،ایزاےفرسٹ مین</w:t>
      </w:r>
    </w:p>
    <w:p>
      <w:r>
        <w:rPr>
          <w:b/>
        </w:rPr>
        <w:t xml:space="preserve">[20:33] </w:t>
      </w:r>
      <w:r>
        <w:t>.Adam was, according to the Quran, Adam was the first man. To, we are his progeny.</w:t>
      </w:r>
    </w:p>
    <w:p>
      <w:pPr>
        <w:jc w:val="right"/>
      </w:pPr>
      <w:r>
        <w:t>۔ادم واز، اکارڈنگٹوداقرآن، ادمواز دافرسٹمین۔ تو،ویار انہزپروجینی۔</w:t>
      </w:r>
    </w:p>
    <w:p>
      <w:r>
        <w:rPr>
          <w:b/>
        </w:rPr>
        <w:t xml:space="preserve">[20:45] </w:t>
      </w:r>
      <w:r>
        <w:t>we are children of Adam. The whole humanity is children of Adam. So, Adam was the first man.</w:t>
      </w:r>
    </w:p>
    <w:p>
      <w:pPr>
        <w:jc w:val="right"/>
      </w:pPr>
      <w:r>
        <w:t>ویارچلڈرناف ادم۔ دا ہولہیومینٹیازچلڈرنافادم۔ تو،ادموازدافرسٹ مین۔</w:t>
      </w:r>
    </w:p>
    <w:p>
      <w:r>
        <w:rPr>
          <w:b/>
        </w:rPr>
        <w:t xml:space="preserve">[20:54] </w:t>
      </w:r>
      <w:r>
        <w:t>din, these are very relevant to our conscience.</w:t>
      </w:r>
    </w:p>
    <w:p>
      <w:pPr>
        <w:jc w:val="right"/>
      </w:pPr>
      <w:r>
        <w:t>دین،دیرازاسٹوری ویری ریلیونٹ ٹواور کوسچنز۔</w:t>
      </w:r>
    </w:p>
    <w:p>
      <w:r>
        <w:rPr>
          <w:b/>
        </w:rPr>
        <w:t xml:space="preserve">[21:02] </w:t>
      </w:r>
      <w:r>
        <w:t>Quran says that when Adam was created, so God said, "O Adam, you are free.</w:t>
      </w:r>
    </w:p>
    <w:p>
      <w:pPr>
        <w:jc w:val="right"/>
      </w:pPr>
      <w:r>
        <w:t>قرآنسیزدیٹوین ادمواز کریٹڈ ،سوگاڈ سیڈ، "اوادم، یوارف ری۔</w:t>
      </w:r>
    </w:p>
    <w:p>
      <w:r>
        <w:rPr>
          <w:b/>
        </w:rPr>
        <w:t xml:space="preserve">[21:12] </w:t>
      </w:r>
      <w:r>
        <w:t>You are free to enjoy the world. You are free to</w:t>
      </w:r>
    </w:p>
    <w:p>
      <w:pPr>
        <w:jc w:val="right"/>
      </w:pPr>
      <w:r>
        <w:t>یوارفریٹوانجوائے دسورلڈ ۔یوارفریٹو</w:t>
      </w:r>
    </w:p>
    <w:p>
      <w:r>
        <w:rPr>
          <w:b/>
        </w:rPr>
        <w:t xml:space="preserve">[21:20] </w:t>
      </w:r>
      <w:r>
        <w:t>to work. You are free. You had complete freedom and so did, but do not eat the fruit of this forbidden tree."</w:t>
      </w:r>
    </w:p>
    <w:p>
      <w:pPr>
        <w:jc w:val="right"/>
      </w:pPr>
      <w:r>
        <w:t>ٹو ورک ۔یوارفری ۔ یوہیڈکمپلیٹفریڈم اندسورلڈ، بٹ ڈونٹ ایٹ دا فروٹاف دسفار بیڈنٹ ری۔"</w:t>
      </w:r>
    </w:p>
    <w:p>
      <w:r>
        <w:rPr>
          <w:b/>
        </w:rPr>
        <w:t xml:space="preserve">[21:32] </w:t>
      </w:r>
      <w:r>
        <w:t>This was the command to the first man. Then, what happened? Satan,</w:t>
      </w:r>
    </w:p>
    <w:p>
      <w:pPr>
        <w:jc w:val="right"/>
      </w:pPr>
      <w:r>
        <w:t>دسوازداگاڈزکمانڈ ٹودافرسٹ مین۔ دین،واٹہیپنڈ؟ سیٹن،</w:t>
      </w:r>
    </w:p>
    <w:p>
      <w:r>
        <w:rPr>
          <w:b/>
        </w:rPr>
        <w:t xml:space="preserve">[21:42] </w:t>
      </w:r>
      <w:r>
        <w:t>Satan tempted Adam, misguided Adam, and Adam ate the fruit of forbidden tree.</w:t>
      </w:r>
    </w:p>
    <w:p>
      <w:pPr>
        <w:jc w:val="right"/>
      </w:pPr>
      <w:r>
        <w:t>سیٹن ٹیمپیٹڈ ا دم، مس گائیڈڈا دم، اینڈادم ایٹ دا فروٹاف فار بیڈنٹ ری۔</w:t>
      </w:r>
    </w:p>
    <w:p>
      <w:r>
        <w:rPr>
          <w:b/>
        </w:rPr>
        <w:t xml:space="preserve">[22:01] </w:t>
      </w:r>
      <w:r>
        <w:t>Suddenly, when Adam ate the fruit of forbidden tree, suddenly, he felt that all those blessings were removed from him.</w:t>
      </w:r>
    </w:p>
    <w:p>
      <w:pPr>
        <w:jc w:val="right"/>
      </w:pPr>
      <w:r>
        <w:t>سڈنلی، وین ادم ایٹ دافروٹ اف فاربیڈنٹری،سڈنلی، ہی فیل ڈ دیٹ آل دوز بلیسنگز ویرریمووڈفرامہم۔</w:t>
      </w:r>
    </w:p>
    <w:p>
      <w:r>
        <w:rPr>
          <w:b/>
        </w:rPr>
        <w:t xml:space="preserve">[22:14] </w:t>
      </w:r>
      <w:r>
        <w:t>he became helpless. He became helpless. Then, Adam prayed, "Oh God, I had complete submission.</w:t>
      </w:r>
    </w:p>
    <w:p>
      <w:pPr>
        <w:jc w:val="right"/>
      </w:pPr>
      <w:r>
        <w:t>ہیبیکمہیلپلیس ۔ہیبیکمہیلپلیس۔ دین، ا دم پریڈ ،"اوگاڈ، ائیہیڈکمپلیٹاسن ۔</w:t>
      </w:r>
    </w:p>
    <w:p>
      <w:r>
        <w:rPr>
          <w:b/>
        </w:rPr>
        <w:t xml:space="preserve">[22:27] </w:t>
      </w:r>
      <w:r>
        <w:t>far giyumi .\</w:t>
      </w:r>
    </w:p>
    <w:p>
      <w:pPr>
        <w:jc w:val="right"/>
      </w:pPr>
      <w:r>
        <w:t>فار گیومی ۔</w:t>
      </w:r>
    </w:p>
    <w:p>
      <w:r>
        <w:rPr>
          <w:b/>
        </w:rPr>
        <w:t xml:space="preserve">[22:30] </w:t>
      </w:r>
      <w:r>
        <w:t>to, after this despair, God forgave him, and then he said that, "Satan lies on earth, but you will find that Satan also here.</w:t>
      </w:r>
    </w:p>
    <w:p>
      <w:pPr>
        <w:jc w:val="right"/>
      </w:pPr>
      <w:r>
        <w:t>"تو،افٹر دسپریئر، گاڈ فار گیوہم ،اینڈدینہی سیڈدیٹ،"سیٹلاندسارتھ ،بٹیوویلفائنڈدیٹ سیٹلازالسو ہیر۔</w:t>
      </w:r>
    </w:p>
    <w:p>
      <w:r>
        <w:rPr>
          <w:b/>
        </w:rPr>
        <w:t xml:space="preserve">[22:47] </w:t>
      </w:r>
      <w:r>
        <w:t>Satan also present here." So, there would be a battle between man and Satan.</w:t>
      </w:r>
    </w:p>
    <w:p>
      <w:pPr>
        <w:jc w:val="right"/>
      </w:pPr>
      <w:r>
        <w:t>سیٹلازالسوپریزنٹہیر۔" سو، دیروڈبیابیٹلبٹوین میناینڈ سیٹن۔</w:t>
      </w:r>
    </w:p>
    <w:p>
      <w:r>
        <w:rPr>
          <w:b/>
        </w:rPr>
        <w:t xml:space="preserve">[22:56] </w:t>
      </w:r>
      <w:r>
        <w:t>baaz kam laab ad naado. You had to live with an enemy that's Satan. baaz kam laab ad naado.</w:t>
      </w:r>
    </w:p>
    <w:p>
      <w:pPr>
        <w:jc w:val="right"/>
      </w:pPr>
      <w:r>
        <w:t>بعض کم لب اد نادو۔ یوہیڈٹولیو ودا این می دیٹازسیٹن۔ بعض کملب ادنادو۔</w:t>
      </w:r>
    </w:p>
    <w:p>
      <w:r>
        <w:rPr>
          <w:b/>
        </w:rPr>
        <w:t xml:space="preserve">[23:07] </w:t>
      </w:r>
      <w:r>
        <w:t>God said, "O Adam, you had to live with an enemy that's Satan. You had to save yourself from Satan.</w:t>
      </w:r>
    </w:p>
    <w:p>
      <w:pPr>
        <w:jc w:val="right"/>
      </w:pPr>
      <w:r>
        <w:t>گاڈ سیڈ، "اوادم، یوہیڈٹولیو ودا این می دیٹازسیٹن۔ ی وہیڈٹو سیویورسیلففرامسیٹن۔</w:t>
      </w:r>
    </w:p>
    <w:p>
      <w:r>
        <w:rPr>
          <w:b/>
        </w:rPr>
        <w:t xml:space="preserve">[23:19] </w:t>
      </w:r>
      <w:r>
        <w:t>Satan is temptation. Satan is misguidedness</w:t>
      </w:r>
    </w:p>
    <w:p>
      <w:pPr>
        <w:jc w:val="right"/>
      </w:pPr>
      <w:r>
        <w:t>سیٹن ازٹیمپٹیشن۔ سیٹناز مسگائیڈنس</w:t>
      </w:r>
    </w:p>
    <w:p>
      <w:r>
        <w:rPr>
          <w:b/>
        </w:rPr>
        <w:t xml:space="preserve">[23:24] </w:t>
      </w:r>
      <w:r>
        <w:t>. "So, man is perpetually</w:t>
      </w:r>
    </w:p>
    <w:p>
      <w:pPr>
        <w:jc w:val="right"/>
      </w:pPr>
      <w:r>
        <w:t>۔"تو، میناز پرپیچ ولی</w:t>
      </w:r>
    </w:p>
    <w:p>
      <w:r>
        <w:rPr>
          <w:b/>
        </w:rPr>
        <w:t xml:space="preserve">[23:29] </w:t>
      </w:r>
      <w:r>
        <w:t>facing this this problem. Satan is temptation. Satan is misguidedness. this is the problem.</w:t>
      </w:r>
    </w:p>
    <w:p>
      <w:pPr>
        <w:jc w:val="right"/>
      </w:pPr>
      <w:r>
        <w:t>فیسنگ دس دسپرابلم ۔ سیٹنازٹیمپٹیشن۔ سیٹنازمسگائیڈنس۔ دسازداپرابلم۔</w:t>
      </w:r>
    </w:p>
    <w:p>
      <w:r>
        <w:rPr>
          <w:b/>
        </w:rPr>
        <w:t xml:space="preserve">[23:39] </w:t>
      </w:r>
      <w:r>
        <w:t>it is the law of nature. you can't call it a law of nature. it is the nature that creates problem.</w:t>
      </w:r>
    </w:p>
    <w:p>
      <w:pPr>
        <w:jc w:val="right"/>
      </w:pPr>
      <w:r>
        <w:t>اٹاز دس لاءافنیچر ۔یوکینٹکال اٹ الاءافنیچر۔اٹازدس دسنیچر دیٹکریٹسپرابلم۔</w:t>
      </w:r>
    </w:p>
    <w:p>
      <w:r>
        <w:rPr>
          <w:b/>
        </w:rPr>
        <w:t xml:space="preserve">[23:51] </w:t>
      </w:r>
      <w:r>
        <w:t>So, according to the Quran, you had to know the creation plan of God. God created you. God</w:t>
      </w:r>
    </w:p>
    <w:p>
      <w:pPr>
        <w:jc w:val="right"/>
      </w:pPr>
      <w:r>
        <w:t>سو، اکارڈنگٹوداقرآن، یوہیڈٹونو دا کریشنپلانافگاڈ ۔گاڈ کریٹڈیو ۔گاڈ</w:t>
      </w:r>
    </w:p>
    <w:p>
      <w:r>
        <w:rPr>
          <w:b/>
        </w:rPr>
        <w:t xml:space="preserve">[24:06] </w:t>
      </w:r>
      <w:r>
        <w:t>set you on this earth, but. and also, you are free, but you are not alone.</w:t>
      </w:r>
    </w:p>
    <w:p>
      <w:pPr>
        <w:jc w:val="right"/>
      </w:pPr>
      <w:r>
        <w:t>گاڈ سیٹلیواندسارتھ ،بٹ ۔ اینڈالسو،یوارفری، بٹیوارناٹال ون۔</w:t>
      </w:r>
    </w:p>
    <w:p>
      <w:r>
        <w:rPr>
          <w:b/>
        </w:rPr>
        <w:t xml:space="preserve">[24:17] </w:t>
      </w:r>
      <w:r>
        <w:t>this is very important point God has given to Adam that you are free, but you are not alone.</w:t>
      </w:r>
    </w:p>
    <w:p>
      <w:pPr>
        <w:jc w:val="right"/>
      </w:pPr>
      <w:r>
        <w:t>دسویریامپورٹنٹ پوائنٹ گاڈز گیوٹوا دم دیٹیوارفری، بٹیوارناٹالون۔</w:t>
      </w:r>
    </w:p>
    <w:p>
      <w:r>
        <w:rPr>
          <w:b/>
        </w:rPr>
        <w:t xml:space="preserve">[24:28] </w:t>
      </w:r>
      <w:r>
        <w:t>you had to live with Satan.</w:t>
      </w:r>
    </w:p>
    <w:p>
      <w:pPr>
        <w:jc w:val="right"/>
      </w:pPr>
      <w:r>
        <w:t>یوہیڈٹولیوودسیٹن۔</w:t>
      </w:r>
    </w:p>
    <w:p>
      <w:r>
        <w:rPr>
          <w:b/>
        </w:rPr>
        <w:t xml:space="preserve">[24:33] </w:t>
      </w:r>
      <w:r>
        <w:t>So, Satan is your test paper.</w:t>
      </w:r>
    </w:p>
    <w:p>
      <w:pPr>
        <w:jc w:val="right"/>
      </w:pPr>
      <w:r>
        <w:t>سو،سیٹناز یور ٹیسٹ پیپر ۔</w:t>
      </w:r>
    </w:p>
    <w:p>
      <w:r>
        <w:rPr>
          <w:b/>
        </w:rPr>
        <w:t xml:space="preserve">[24:39] </w:t>
      </w:r>
      <w:r>
        <w:t>Satan is your test paper. you had to stand on this test</w:t>
      </w:r>
    </w:p>
    <w:p>
      <w:pPr>
        <w:jc w:val="right"/>
      </w:pPr>
      <w:r>
        <w:t>سیٹنازیورٹیسٹ پی پر ۔یوہیڈٹوسٹینڈان دسٹیسٹ</w:t>
      </w:r>
    </w:p>
    <w:p>
      <w:r>
        <w:rPr>
          <w:b/>
        </w:rPr>
        <w:t xml:space="preserve">[24:45] </w:t>
      </w:r>
      <w:r>
        <w:t>.</w:t>
      </w:r>
    </w:p>
    <w:p>
      <w:pPr>
        <w:jc w:val="right"/>
      </w:pPr>
      <w:r>
        <w:t>۔</w:t>
      </w:r>
    </w:p>
    <w:p>
      <w:r>
        <w:rPr>
          <w:b/>
        </w:rPr>
        <w:t xml:space="preserve">[24:46] </w:t>
      </w:r>
      <w:r>
        <w:t>So, the fight is not between man and man. the fight is between man and Satan. baaz kam laab ad naado.</w:t>
      </w:r>
    </w:p>
    <w:p>
      <w:pPr>
        <w:jc w:val="right"/>
      </w:pPr>
      <w:r>
        <w:t>سو، دافائٹازناٹبٹوینمیناینڈمین۔ دافائٹازبٹوینمیناینڈ سیٹن۔ بعض کملب اد نادو۔</w:t>
      </w:r>
    </w:p>
    <w:p>
      <w:r>
        <w:rPr>
          <w:b/>
        </w:rPr>
        <w:t xml:space="preserve">[24:57] </w:t>
      </w:r>
      <w:r>
        <w:t>baaz kam laab ad naado. So, the single reason of fighting or confrontation is not between man and man, but between man and Satan.</w:t>
      </w:r>
    </w:p>
    <w:p>
      <w:pPr>
        <w:jc w:val="right"/>
      </w:pPr>
      <w:r>
        <w:t>بعض کملبادنادو۔ سو،دا سنگ رس ارفائٹنگ ار کنفریٹی شن ازناٹبٹوینمیناینڈمین، بٹ بٹوین میناینڈسیٹن۔</w:t>
      </w:r>
    </w:p>
    <w:p>
      <w:r>
        <w:rPr>
          <w:b/>
        </w:rPr>
        <w:t xml:space="preserve">[25:12] </w:t>
      </w:r>
      <w:r>
        <w:t>this is a very important point which I read of the Quran find in the Quran and the pages of the Quran.</w:t>
      </w:r>
    </w:p>
    <w:p>
      <w:pPr>
        <w:jc w:val="right"/>
      </w:pPr>
      <w:r>
        <w:t>دسازاویریامپورٹنٹپوائنٹ وچ اریڈرافداقرآن فائنڈزاندا انقرآن انداپیجزافداقرآن۔</w:t>
      </w:r>
    </w:p>
    <w:p>
      <w:r>
        <w:rPr>
          <w:b/>
        </w:rPr>
        <w:t xml:space="preserve">[25:23] </w:t>
      </w:r>
      <w:r>
        <w:t>Now, how we can how one can stand on this test? For this, God gave you a great capacity. this is mind</w:t>
      </w:r>
    </w:p>
    <w:p>
      <w:pPr>
        <w:jc w:val="right"/>
      </w:pPr>
      <w:r>
        <w:t>ناو، ہاؤ و ین کینہاؤون کین سٹینڈان دسٹیسٹ ؟ فار دس ،گاڈگیویو اگریٹ کپیس ٹی۔دساز مائنڈ</w:t>
      </w:r>
    </w:p>
    <w:p>
      <w:r>
        <w:rPr>
          <w:b/>
        </w:rPr>
        <w:t xml:space="preserve">[25:39] </w:t>
      </w:r>
      <w:r>
        <w:t>, mind, and also angels. we are armed with to top our world.</w:t>
      </w:r>
    </w:p>
    <w:p>
      <w:pPr>
        <w:jc w:val="right"/>
      </w:pPr>
      <w:r>
        <w:t>، مائنڈ، اینڈالسواینجلز۔ ویار ارمڈود ٹو ٹوپ اورز اندسورلڈ ۔</w:t>
      </w:r>
    </w:p>
    <w:p>
      <w:r>
        <w:rPr>
          <w:b/>
        </w:rPr>
        <w:t xml:space="preserve">[25:51] </w:t>
      </w:r>
      <w:r>
        <w:t>according to the Quranic description, man is armed with to top our: mind and angel.</w:t>
      </w:r>
    </w:p>
    <w:p>
      <w:pPr>
        <w:jc w:val="right"/>
      </w:pPr>
      <w:r>
        <w:t>اکارڈنگٹوداقرآنک ڈسکرپشن ، مینازارمڈود ٹوپ اورز : مائنڈاینڈاینجل ۔</w:t>
      </w:r>
    </w:p>
    <w:p>
      <w:r>
        <w:rPr>
          <w:b/>
        </w:rPr>
        <w:t xml:space="preserve">[26:03] </w:t>
      </w:r>
      <w:r>
        <w:t>Quran tells us that if you save yourself from Satanic temptation, at once you will find that you are in company of angels.</w:t>
      </w:r>
    </w:p>
    <w:p>
      <w:pPr>
        <w:jc w:val="right"/>
      </w:pPr>
      <w:r>
        <w:t>قرآن ٹیلزاسدی ٹ اف یو سیویورسیلففرام سیٹنک ٹیمپٹیشن، ایٹونسیوویلفائنڈ دیٹیوار انکمپنیاف اینجلز۔</w:t>
      </w:r>
    </w:p>
    <w:p>
      <w:r>
        <w:rPr>
          <w:b/>
        </w:rPr>
        <w:t xml:space="preserve">[26:18] </w:t>
      </w:r>
      <w:r>
        <w:t>Innal lazina qalo rabbuna Allahu thumma istiqamu. meaning those who refuse, those who deny Satan, those who identify Satan as their enemy.</w:t>
      </w:r>
    </w:p>
    <w:p>
      <w:pPr>
        <w:jc w:val="right"/>
      </w:pPr>
      <w:r>
        <w:t>ان الذ ینقالوربنااللہ الملائکہ۔ یعنیدوزہو ریفیوز ،دوزہو ڈینائی سیٹن،دوزہو ائیڈینٹیفائیسیٹن ایزدیراین می۔</w:t>
      </w:r>
    </w:p>
    <w:p>
      <w:r>
        <w:rPr>
          <w:b/>
        </w:rPr>
        <w:t xml:space="preserve">[26:36] </w:t>
      </w:r>
      <w:r>
        <w:t>they will be given the help of the set of the angels.</w:t>
      </w:r>
    </w:p>
    <w:p>
      <w:pPr>
        <w:jc w:val="right"/>
      </w:pPr>
      <w:r>
        <w:t>دےویلبیگیون داہیلپاف دا سیٹاف دا اینجل ز۔</w:t>
      </w:r>
    </w:p>
    <w:p>
      <w:r>
        <w:rPr>
          <w:b/>
        </w:rPr>
        <w:t xml:space="preserve">[26:41] </w:t>
      </w:r>
      <w:r>
        <w:t>So, first of all, you had to apply your reason, your mind, to know that this temptation is coming from Satan. when you find some temptation, some thoughts, you had to identify it. and when you apply your mind, you will you will find that this temptation is from Satan.</w:t>
      </w:r>
    </w:p>
    <w:p>
      <w:pPr>
        <w:jc w:val="right"/>
      </w:pPr>
      <w:r>
        <w:t>تو،فرسٹافال ، یوہیڈٹواپلائی یورریزن، یورمائنڈ، ٹونو دی ٹ دسٹیمپٹیشن از کمنگفرام سیٹن۔وینیوفائنڈسم ٹیمپٹی شنز ، سم تھا ٹس ،یوہیڈٹوائیڈینٹیفائیاٹ ۔اینڈوینیو اپلائییورمائنڈ،یوویل یوویلفائنڈدیٹ دسٹیمپٹیشنازفرامسیٹن۔</w:t>
      </w:r>
    </w:p>
    <w:p>
      <w:r>
        <w:rPr>
          <w:b/>
        </w:rPr>
        <w:t xml:space="preserve">[27:09] </w:t>
      </w:r>
      <w:r>
        <w:t>dastahataz phramsetan.</w:t>
      </w:r>
    </w:p>
    <w:p>
      <w:pPr>
        <w:jc w:val="right"/>
      </w:pPr>
      <w:r>
        <w:t>دستھاٹازفرامسیٹن۔</w:t>
      </w:r>
    </w:p>
    <w:p>
      <w:r>
        <w:rPr>
          <w:b/>
        </w:rPr>
        <w:t xml:space="preserve">[27:11] </w:t>
      </w:r>
      <w:r>
        <w:t>so, when you identify this fact, then you will find it</w:t>
      </w:r>
    </w:p>
    <w:p>
      <w:pPr>
        <w:jc w:val="right"/>
      </w:pPr>
      <w:r>
        <w:t>سو،وینیو ائیڈینٹیفائی دس فیکٹ ، ایٹونسیوویلفائنڈدیٹ</w:t>
      </w:r>
    </w:p>
    <w:p>
      <w:r>
        <w:rPr>
          <w:b/>
        </w:rPr>
        <w:t xml:space="preserve">[27:26] </w:t>
      </w:r>
      <w:r>
        <w:t>the divine company of angels. And angels are there to help you.</w:t>
      </w:r>
    </w:p>
    <w:p>
      <w:pPr>
        <w:jc w:val="right"/>
      </w:pPr>
      <w:r>
        <w:t>دیٹیوار ان کمپنیاف اینجلز۔ اینڈاینجلز ار دیر ٹوہیلپیو۔</w:t>
      </w:r>
    </w:p>
    <w:p>
      <w:r>
        <w:rPr>
          <w:b/>
        </w:rPr>
        <w:t xml:space="preserve">[27:35] </w:t>
      </w:r>
      <w:r>
        <w:t>So, according to Quran, the only thing God possesses is not was wasah or beautification avail.</w:t>
      </w:r>
    </w:p>
    <w:p>
      <w:pPr>
        <w:jc w:val="right"/>
      </w:pPr>
      <w:r>
        <w:t>سو،اکارڈنگٹوقرآن، دا اونلیتھنگدیٹ پوزیسیز سیٹناز وس وسہ ار بیوٹیفیکی شن اف ایول۔</w:t>
      </w:r>
    </w:p>
    <w:p>
      <w:r>
        <w:rPr>
          <w:b/>
        </w:rPr>
        <w:t xml:space="preserve">[27:47] </w:t>
      </w:r>
      <w:r>
        <w:t>systematize try to beautify avail</w:t>
      </w:r>
    </w:p>
    <w:p>
      <w:pPr>
        <w:jc w:val="right"/>
      </w:pPr>
      <w:r>
        <w:t>سیٹنالویز ٹرائیٹوبیوٹیفائی ایول</w:t>
      </w:r>
    </w:p>
    <w:p>
      <w:r>
        <w:rPr>
          <w:b/>
        </w:rPr>
        <w:t xml:space="preserve">[27:51] </w:t>
      </w:r>
      <w:r>
        <w:t>. This is a satanic source. Satan only gives us waswasa. Satan only gives us waswasa.</w:t>
      </w:r>
    </w:p>
    <w:p>
      <w:pPr>
        <w:jc w:val="right"/>
      </w:pPr>
      <w:r>
        <w:t>۔دسازسی ٹنکوسوسہ۔ سیٹن اونلی کینگیویو وس وسہ۔</w:t>
      </w:r>
    </w:p>
    <w:p>
      <w:r>
        <w:rPr>
          <w:b/>
        </w:rPr>
        <w:t xml:space="preserve">[28:02] </w:t>
      </w:r>
      <w:r>
        <w:t>in accordance with the Quranic description, which has beautification available. So, you have to apply your mind to ascertain, to discover that this attack is from Satan.</w:t>
      </w:r>
    </w:p>
    <w:p>
      <w:pPr>
        <w:jc w:val="right"/>
      </w:pPr>
      <w:r>
        <w:t>اینڈاکارڈنگٹوداقرآنکڈسکرپشن،وسوسہاز بیوٹیفیکیشناف ایول۔ سو،یوہیڈٹواپلائییورمائنڈ ٹو اسکرٹنائز، ٹوڈسکور دیٹ دسازفرامسیٹن۔</w:t>
      </w:r>
    </w:p>
    <w:p>
      <w:r>
        <w:rPr>
          <w:b/>
        </w:rPr>
        <w:t xml:space="preserve">[28:19] </w:t>
      </w:r>
      <w:r>
        <w:t>Satan is beautifying evil in your eye. So, when you apply your mind and when you identify it as Satan's work, you will feel that angels are there for your help.</w:t>
      </w:r>
    </w:p>
    <w:p>
      <w:pPr>
        <w:jc w:val="right"/>
      </w:pPr>
      <w:r>
        <w:t>سیٹناز بیوٹیفائنگایول انیورائی۔ سو، وینیو اپلائییورمائنڈ اینڈوینیو ائیڈینٹیفائیاٹ ایزسی ٹنکورک ،یوویلفیل دیٹ اینجل ار دیرفاریورہیلپ۔</w:t>
      </w:r>
    </w:p>
    <w:p>
      <w:r>
        <w:rPr>
          <w:b/>
        </w:rPr>
        <w:t xml:space="preserve">[28:40] </w:t>
      </w:r>
      <w:r>
        <w:t>tu, minus armed of verses: mind and angels.</w:t>
      </w:r>
    </w:p>
    <w:p>
      <w:pPr>
        <w:jc w:val="right"/>
      </w:pPr>
      <w:r>
        <w:t>تو ،میناز ارمڈودٹوف ورسز : مائنڈ اینڈاینجل ز۔</w:t>
      </w:r>
    </w:p>
    <w:p>
      <w:r>
        <w:rPr>
          <w:b/>
        </w:rPr>
        <w:t xml:space="preserve">[28:49] </w:t>
      </w:r>
      <w:r>
        <w:t>but, down in addition that you have to identify Satan as a Satan. You have to identify, you have to identify that this attack has come from Satan.</w:t>
      </w:r>
    </w:p>
    <w:p>
      <w:pPr>
        <w:jc w:val="right"/>
      </w:pPr>
      <w:r>
        <w:t>بٹ، دااونلیکنڈیشناز دیٹیوہیڈٹوائیڈینٹیفائی سیٹنایزاسیٹن۔ یوہیڈٹوائیڈینٹی فائی ،یوہیڈٹوائیڈینٹیفائی دیٹ دستھاٹازکمنگفرامسیٹن۔</w:t>
      </w:r>
    </w:p>
    <w:p>
      <w:r>
        <w:rPr>
          <w:b/>
        </w:rPr>
        <w:t xml:space="preserve">[29:03] </w:t>
      </w:r>
      <w:r>
        <w:t>at your duty. at your duty. Angel will not help you in this task.</w:t>
      </w:r>
    </w:p>
    <w:p>
      <w:pPr>
        <w:jc w:val="right"/>
      </w:pPr>
      <w:r>
        <w:t>اٹازیورڈیوٹی ۔ اٹازیورڈیوٹی۔ اینجل ویلناٹہیلپیو ان دسٹاسک۔</w:t>
      </w:r>
    </w:p>
    <w:p>
      <w:r>
        <w:rPr>
          <w:b/>
        </w:rPr>
        <w:t xml:space="preserve">[29:15] </w:t>
      </w:r>
      <w:r>
        <w:t>here, you have to apply your own mind.</w:t>
      </w:r>
    </w:p>
    <w:p>
      <w:pPr>
        <w:jc w:val="right"/>
      </w:pPr>
      <w:r>
        <w:t>ہیر،یوہی ڈٹواپلائییوراونمائنڈ۔</w:t>
      </w:r>
    </w:p>
    <w:p>
      <w:r>
        <w:rPr>
          <w:b/>
        </w:rPr>
        <w:t xml:space="preserve">[29:19] </w:t>
      </w:r>
      <w:r>
        <w:t>So, when you discover this fact, then you will find that all the causes change. Then, you discover that all these problems are part of a nature and not part of some enemy.</w:t>
      </w:r>
    </w:p>
    <w:p>
      <w:pPr>
        <w:jc w:val="right"/>
      </w:pPr>
      <w:r>
        <w:t>سو،وینیو ڈسکور دس فیکٹانداقرآن، یوویلفائنڈانسر افآل داکوس چنز ۔ دین،یو ڈسکور دیٹ آل دوز پرابلمز ار پارٹاف نیچر اینڈناٹپارٹاف سم این می۔</w:t>
      </w:r>
    </w:p>
    <w:p>
      <w:r>
        <w:rPr>
          <w:b/>
        </w:rPr>
        <w:t xml:space="preserve">[29:40] </w:t>
      </w:r>
      <w:r>
        <w:t>atagadzakrishan. God wants to test you.</w:t>
      </w:r>
    </w:p>
    <w:p>
      <w:pPr>
        <w:jc w:val="right"/>
      </w:pPr>
      <w:r>
        <w:t>اٹاز گاڈزکری شن ۔گاڈ وانٹسٹوٹیسٹ یو۔</w:t>
      </w:r>
    </w:p>
    <w:p>
      <w:r>
        <w:rPr>
          <w:b/>
        </w:rPr>
        <w:t xml:space="preserve">[29:45] </w:t>
      </w:r>
      <w:r>
        <w:t>So, God settled in such such we shall, where there are problems, there are empty shall, where there are negative thoughts. So, negativity is a part of our nature.</w:t>
      </w:r>
    </w:p>
    <w:p>
      <w:pPr>
        <w:jc w:val="right"/>
      </w:pPr>
      <w:r>
        <w:t>سو، گاڈ سیٹلیو ان سچ سچوی شن ویر دیرارپرابلم، دیرارٹیمپٹی شنز، ویردیرارنیگیٹیوتھاٹس ۔سو،نیگیٹیوٹیازاپارٹافنیچر:</w:t>
      </w:r>
    </w:p>
    <w:p>
      <w:r>
        <w:rPr>
          <w:b/>
        </w:rPr>
        <w:t xml:space="preserve">[30:01] </w:t>
      </w:r>
      <w:r>
        <w:t>and greed, lust, and provocation, and malice, and pride, and arrogance.</w:t>
      </w:r>
    </w:p>
    <w:p>
      <w:pPr>
        <w:jc w:val="right"/>
      </w:pPr>
      <w:r>
        <w:t>این گر، لسٹ ،اینڈ پرووکی شن ،اینڈ میل س،اینڈ پرائیڈ، اینڈارگنس۔</w:t>
      </w:r>
    </w:p>
    <w:p>
      <w:r>
        <w:rPr>
          <w:b/>
        </w:rPr>
        <w:t xml:space="preserve">[30:13] </w:t>
      </w:r>
      <w:r>
        <w:t>all these things are negativity, and all these things are part of a creation plan of God. And all these things are purpose, this purpose.</w:t>
      </w:r>
    </w:p>
    <w:p>
      <w:pPr>
        <w:jc w:val="right"/>
      </w:pPr>
      <w:r>
        <w:t>آل دیزتھنگزار نیگیٹیوتھا ٹ، اینڈآلدیزتھنگزار پارٹاف کریشنپلانافگاڈ۔ اینڈآل دیزتھنگزار پیپرز، ٹیسٹ پیپرز۔</w:t>
      </w:r>
    </w:p>
    <w:p>
      <w:r>
        <w:rPr>
          <w:b/>
        </w:rPr>
        <w:t xml:space="preserve">[30:27] </w:t>
      </w:r>
      <w:r>
        <w:t>aphal dizthinzar nat aivail.</w:t>
      </w:r>
    </w:p>
    <w:p>
      <w:pPr>
        <w:jc w:val="right"/>
      </w:pPr>
      <w:r>
        <w:t>آل دیزتھنگزار ناٹ ایول۔</w:t>
      </w:r>
    </w:p>
    <w:p>
      <w:r>
        <w:rPr>
          <w:b/>
        </w:rPr>
        <w:t xml:space="preserve">[30:30] </w:t>
      </w:r>
      <w:r>
        <w:t>the test papers. So, you have to stand in the test. So, you are living a bit between two verses.</w:t>
      </w:r>
    </w:p>
    <w:p>
      <w:pPr>
        <w:jc w:val="right"/>
      </w:pPr>
      <w:r>
        <w:t>دی ٹ ٹیسٹ پیپرز۔ سو،یوہیڈٹو سٹینڈ ان دسٹیسٹ ۔سو، یوار لیونگبٹوینٹوف ورسز۔</w:t>
      </w:r>
    </w:p>
    <w:p>
      <w:r>
        <w:rPr>
          <w:b/>
        </w:rPr>
        <w:t xml:space="preserve">[30:42] </w:t>
      </w:r>
      <w:r>
        <w:t>aton said, there are Satan. Satan want to misguide you, and on the other, there are angels.</w:t>
      </w:r>
    </w:p>
    <w:p>
      <w:pPr>
        <w:jc w:val="right"/>
      </w:pPr>
      <w:r>
        <w:t>ایٹون سائیڈ،دیرازسیٹن۔ سیٹنوانٹٹو مس گائیڈیو، اینڈ اندیادر، دیرار اینجلس۔</w:t>
      </w:r>
    </w:p>
    <w:p>
      <w:r>
        <w:rPr>
          <w:b/>
        </w:rPr>
        <w:t xml:space="preserve">[30:51] </w:t>
      </w:r>
      <w:r>
        <w:t>der ar der tuvhailpiyu.</w:t>
      </w:r>
    </w:p>
    <w:p>
      <w:pPr>
        <w:jc w:val="right"/>
      </w:pPr>
      <w:r>
        <w:t>دیرار دیرٹوہیلپیو۔</w:t>
      </w:r>
    </w:p>
    <w:p>
      <w:r>
        <w:rPr>
          <w:b/>
        </w:rPr>
        <w:t xml:space="preserve">[30:56] </w:t>
      </w:r>
      <w:r>
        <w:t>so, this kind of discourse every, is like a good tiding. Good tiding that you are not all one in this world.</w:t>
      </w:r>
    </w:p>
    <w:p>
      <w:pPr>
        <w:jc w:val="right"/>
      </w:pPr>
      <w:r>
        <w:t>سو، دسکائنڈاف ڈسکوری از اویری ، ازلائکاگڈٹائیڈنگ ۔گڈٹائیڈنگ دیٹیوارناٹال ون اندسورلڈ۔</w:t>
      </w:r>
    </w:p>
    <w:p>
      <w:r>
        <w:rPr>
          <w:b/>
        </w:rPr>
        <w:t xml:space="preserve">[31:08] </w:t>
      </w:r>
      <w:r>
        <w:t>You are not alone. God is with you. Angels with you. And at the same time, you are given a great mind.</w:t>
      </w:r>
    </w:p>
    <w:p>
      <w:pPr>
        <w:jc w:val="right"/>
      </w:pPr>
      <w:r>
        <w:t>یوارناٹالون۔ گاڈازودیو۔ اینجلزار ودیو۔ اینڈ ایٹداسیمٹائم،یوارگیون اگریٹ مائنڈ ۔</w:t>
      </w:r>
    </w:p>
    <w:p>
      <w:r>
        <w:rPr>
          <w:b/>
        </w:rPr>
        <w:t xml:space="preserve">[31:20] </w:t>
      </w:r>
      <w:r>
        <w:t>minds ability to analyse, analyse of all</w:t>
      </w:r>
    </w:p>
    <w:p>
      <w:pPr>
        <w:jc w:val="right"/>
      </w:pPr>
      <w:r>
        <w:t>مائنڈاز ایبلٹوانالیسز ،انالائزآل</w:t>
      </w:r>
    </w:p>
    <w:p>
      <w:r>
        <w:rPr>
          <w:b/>
        </w:rPr>
        <w:t xml:space="preserve">[31:23] </w:t>
      </w:r>
      <w:r>
        <w:t>these things. mind can understand all these things. So, although you are living as it is, uncurled, unaware of all the problems, unaware of all the negativity, but at the same time, you have to know that you are living under angels. You are armed mind</w:t>
      </w:r>
    </w:p>
    <w:p>
      <w:pPr>
        <w:jc w:val="right"/>
      </w:pPr>
      <w:r>
        <w:t>دیزتھنگز۔ مائنڈ کین انڈ رسٹینڈ آل دیزتھنگز ۔سو،الد و یوارلیونگ ان اسیٹنکورلڈ ،اناورلڈافپرابلم ، انا ورلڈافنیگیٹیوٹی،بٹایٹداسیم ٹائم ،یوہیڈٹونو دیٹیوارلیونگوداینجلز ۔یوار ارمڈود مائنڈ</w:t>
      </w:r>
    </w:p>
    <w:p>
      <w:r>
        <w:rPr>
          <w:b/>
        </w:rPr>
        <w:t xml:space="preserve">[31:51] </w:t>
      </w:r>
      <w:r>
        <w:t>So, this is the, this is a very hopeful picture of the life. This picture given by the Quran is a very hopeful picture.</w:t>
      </w:r>
    </w:p>
    <w:p>
      <w:pPr>
        <w:jc w:val="right"/>
      </w:pPr>
      <w:r>
        <w:t>۔سو،دسازدا ،دسازاویریہوپفلپکچرافدا لائف ۔ دس پکچر گیونبائیداقرآن از ا ویریہوپفلپکچر۔</w:t>
      </w:r>
    </w:p>
    <w:p>
      <w:r>
        <w:rPr>
          <w:b/>
        </w:rPr>
        <w:t xml:space="preserve">[32:03] </w:t>
      </w:r>
      <w:r>
        <w:t>You are not alone. If there are problems, there are solutions. If there are critical problems, angels are providing solutions.</w:t>
      </w:r>
    </w:p>
    <w:p>
      <w:pPr>
        <w:jc w:val="right"/>
      </w:pPr>
      <w:r>
        <w:t>یوارناٹ ال ون ۔اف دیرارپرابلم، دیرازسولیوشن۔ اف سیٹنکریٹسپرابلم ، اینجلس ارپرووائیڈنگسولیوشنز۔</w:t>
      </w:r>
    </w:p>
    <w:p>
      <w:r>
        <w:rPr>
          <w:b/>
        </w:rPr>
        <w:t xml:space="preserve">[32:17] </w:t>
      </w:r>
      <w:r>
        <w:t>your mind provides solution, and God is here for your help. When you study Quran, you will find all these things.</w:t>
      </w:r>
    </w:p>
    <w:p>
      <w:pPr>
        <w:jc w:val="right"/>
      </w:pPr>
      <w:r>
        <w:t>یور مائنڈپرووائیڈسولیوشن، اینڈگاڈ از ہیرفاریورہیلپ۔وینیو سٹڈی قرآن،یوویلفائنڈآل دیزتھنگز۔</w:t>
      </w:r>
    </w:p>
    <w:p>
      <w:r>
        <w:rPr>
          <w:b/>
        </w:rPr>
        <w:t xml:space="preserve">[32:28] </w:t>
      </w:r>
      <w:r>
        <w:t>din, the originality and authenticity of the Quran for you.</w:t>
      </w:r>
    </w:p>
    <w:p>
      <w:pPr>
        <w:jc w:val="right"/>
      </w:pPr>
      <w:r>
        <w:t>دین،دیراز ا ویریریلیونٹ ورسانداقرآن فار یور</w:t>
      </w:r>
    </w:p>
    <w:p>
      <w:r>
        <w:rPr>
          <w:b/>
        </w:rPr>
        <w:t xml:space="preserve">[32:35] </w:t>
      </w:r>
      <w:r>
        <w:t>quransizditan</w:t>
      </w:r>
    </w:p>
    <w:p>
      <w:pPr>
        <w:jc w:val="right"/>
      </w:pPr>
      <w:r>
        <w:t>قرآن سیزدیٹان</w:t>
      </w:r>
    </w:p>
    <w:p>
      <w:r>
        <w:rPr>
          <w:b/>
        </w:rPr>
        <w:t xml:space="preserve">[32:39] </w:t>
      </w:r>
      <w:r>
        <w:t>malasra, an mal as ra, with your problem, the resolution. with your problem, the resolution.</w:t>
      </w:r>
    </w:p>
    <w:p>
      <w:pPr>
        <w:jc w:val="right"/>
      </w:pPr>
      <w:r>
        <w:t>مال اسرا،ان مال اس را، ودایوری پرابلم،دیرازسولیوشن۔ ودایوریپرابلم ،دیرازسولیوشن۔</w:t>
      </w:r>
    </w:p>
    <w:p>
      <w:r>
        <w:rPr>
          <w:b/>
        </w:rPr>
        <w:t xml:space="preserve">[32:55] </w:t>
      </w:r>
      <w:r>
        <w:t>with your problem, there are opportunities.</w:t>
      </w:r>
    </w:p>
    <w:p>
      <w:pPr>
        <w:jc w:val="right"/>
      </w:pPr>
      <w:r>
        <w:t>ودایوریپرابلم،دیراراپرچونیٹیز۔</w:t>
      </w:r>
    </w:p>
    <w:p>
      <w:r>
        <w:rPr>
          <w:b/>
        </w:rPr>
        <w:t xml:space="preserve">[32:59] </w:t>
      </w:r>
      <w:r>
        <w:t>so, when you were facing some problem, you had agreed to do it at once.</w:t>
      </w:r>
    </w:p>
    <w:p>
      <w:pPr>
        <w:jc w:val="right"/>
      </w:pPr>
      <w:r>
        <w:t>سو،وینیو، وینیوارفیسنگسمپرابلم، یوہیڈ اگڈ ٹائیڈنگ انایڈوانس۔</w:t>
      </w:r>
    </w:p>
    <w:p>
      <w:r>
        <w:rPr>
          <w:b/>
        </w:rPr>
        <w:t xml:space="preserve">[33:11] </w:t>
      </w:r>
      <w:r>
        <w:t>you know, our world is a world of problem. every time, you are facing problems, but here, you had a good tiding and I dwans. that don't fear.</w:t>
      </w:r>
    </w:p>
    <w:p>
      <w:pPr>
        <w:jc w:val="right"/>
      </w:pPr>
      <w:r>
        <w:t>یونو،اورورلڈازورلڈافپرابلم۔ ایوریٹائم،یوارفیسنگپرابلمز، بٹ ہیر، یوہیڈ اگڈٹائیڈنگانایڈوانس ۔دیٹڈونٹفیئر۔</w:t>
      </w:r>
    </w:p>
    <w:p>
      <w:r>
        <w:rPr>
          <w:b/>
        </w:rPr>
        <w:t xml:space="preserve">[33:23] </w:t>
      </w:r>
      <w:r>
        <w:t>of there's a problem, there's a solution. Of there's problem, there are opportunities.</w:t>
      </w:r>
    </w:p>
    <w:p>
      <w:pPr>
        <w:jc w:val="right"/>
      </w:pPr>
      <w:r>
        <w:t>اف دیرازاپرابلم،دیرازسولیوشن۔ افدیرازپرابلم،دیراراپرچونیٹیز۔</w:t>
      </w:r>
    </w:p>
    <w:p>
      <w:r>
        <w:rPr>
          <w:b/>
        </w:rPr>
        <w:t xml:space="preserve">[33:30] </w:t>
      </w:r>
      <w:r>
        <w:t>by availing these opportunities, you can solve your problem.</w:t>
      </w:r>
    </w:p>
    <w:p>
      <w:pPr>
        <w:jc w:val="right"/>
      </w:pPr>
      <w:r>
        <w:t>بائیاویلنگ دیز اپرچونیٹیز ،یوکینسالویورپرابلم۔</w:t>
      </w:r>
    </w:p>
    <w:p>
      <w:r>
        <w:rPr>
          <w:b/>
        </w:rPr>
        <w:t xml:space="preserve">[33:37] </w:t>
      </w:r>
      <w:r>
        <w:t>so, in one sense, Quran has become a book. Quran has become a book. Quran is a view from sphere.</w:t>
      </w:r>
    </w:p>
    <w:p>
      <w:pPr>
        <w:jc w:val="right"/>
      </w:pPr>
      <w:r>
        <w:t>سو، انون سینس،قرآنازابکاف ہوپ ۔قرآنازابکافہوپ۔ قرآن سیویوفرامڈسپیئر۔</w:t>
      </w:r>
    </w:p>
    <w:p>
      <w:r>
        <w:rPr>
          <w:b/>
        </w:rPr>
        <w:t xml:space="preserve">[33:53] </w:t>
      </w:r>
      <w:r>
        <w:t>disappear, overtime, Quran extend itself to</w:t>
      </w:r>
    </w:p>
    <w:p>
      <w:pPr>
        <w:jc w:val="right"/>
      </w:pPr>
      <w:r>
        <w:t>ڈسپیئر،ایوری ٹائم،قرآن ایکسٹینڈ اٹسیلف ٹو</w:t>
      </w:r>
    </w:p>
    <w:p>
      <w:r>
        <w:rPr>
          <w:b/>
        </w:rPr>
        <w:t xml:space="preserve">[33:58] </w:t>
      </w:r>
      <w:r>
        <w:t>you. Then, in Quran, you read this verse: "Kon ruban yin?" O people, be like ruban. It means adopt rubani character, adopt divine character.</w:t>
      </w:r>
    </w:p>
    <w:p>
      <w:pPr>
        <w:jc w:val="right"/>
      </w:pPr>
      <w:r>
        <w:t>یو۔ دین،انداقرآن،یوریڈ دسورس : "کون ربان ین ؟" اوپیپل ، بی لائکرب ۔اٹمینزدیٹ اڈاپٹ ربانی کریکٹر ، اڈاپٹ ڈیوائنکریکٹر ۔</w:t>
      </w:r>
    </w:p>
    <w:p>
      <w:r>
        <w:rPr>
          <w:b/>
        </w:rPr>
        <w:t xml:space="preserve">[34:21] </w:t>
      </w:r>
      <w:r>
        <w:t>adptdivainkaraktar</w:t>
      </w:r>
    </w:p>
    <w:p>
      <w:pPr>
        <w:jc w:val="right"/>
      </w:pPr>
      <w:r>
        <w:t>اڈاپٹڈیوائنکریکٹر</w:t>
      </w:r>
    </w:p>
    <w:p>
      <w:r>
        <w:rPr>
          <w:b/>
        </w:rPr>
        <w:t xml:space="preserve">[34:23] </w:t>
      </w:r>
      <w:r>
        <w:t>din, their are in the Quran: "laqad kan fi rasulallah hasanah." And the prophet, their a great example for you.</w:t>
      </w:r>
    </w:p>
    <w:p>
      <w:pPr>
        <w:jc w:val="right"/>
      </w:pPr>
      <w:r>
        <w:t>۔ دین،دیرازاورسانداقرآن :"لقد کان فی رسولاللہ حسنہ۔" انداپرافٹ، دیراز گڈایگزیمپلفاریو۔</w:t>
      </w:r>
    </w:p>
    <w:p>
      <w:r>
        <w:rPr>
          <w:b/>
        </w:rPr>
        <w:t xml:space="preserve">[34:38] </w:t>
      </w:r>
      <w:r>
        <w:t>so, here, you find a model for your character. model is very important to you a model.</w:t>
      </w:r>
    </w:p>
    <w:p>
      <w:pPr>
        <w:jc w:val="right"/>
      </w:pPr>
      <w:r>
        <w:t>سو، ہیر،یوفائنڈ اماڈل فار یور کریکٹر ۔ماڈل از ویریامپورٹنٹٹوہیواماڈل۔</w:t>
      </w:r>
    </w:p>
    <w:p>
      <w:r>
        <w:rPr>
          <w:b/>
        </w:rPr>
        <w:t xml:space="preserve">[34:52] </w:t>
      </w:r>
      <w:r>
        <w:t>their shortcomings, but in their shortcomings, you had a model in the form of a prophet. So, Quran says that God had provided you a model. You had to see this model.</w:t>
      </w:r>
    </w:p>
    <w:p>
      <w:pPr>
        <w:jc w:val="right"/>
      </w:pPr>
      <w:r>
        <w:t>دیرار سو مینی سچویشنز ،بٹ انایوریسچویشن، یوہیڈاماڈل ان دا فارماف پرافٹ ۔سو،قرآنسیزدیٹ گاڈہیڈپرووائیڈیواماڈل ۔یوہیڈٹوسیدسماڈل ۔</w:t>
      </w:r>
    </w:p>
    <w:p>
      <w:r>
        <w:rPr>
          <w:b/>
        </w:rPr>
        <w:t xml:space="preserve">[35:16] </w:t>
      </w:r>
      <w:r>
        <w:t>din, you will find how to be you in the franchises.</w:t>
      </w:r>
    </w:p>
    <w:p>
      <w:pPr>
        <w:jc w:val="right"/>
      </w:pPr>
      <w:r>
        <w:t>دین، یوویلفائنڈ ہاؤٹوبیہیو ان ڈفرنٹسچویشنز۔</w:t>
      </w:r>
    </w:p>
    <w:p>
      <w:r>
        <w:rPr>
          <w:b/>
        </w:rPr>
        <w:t xml:space="preserve">[35:24] </w:t>
      </w:r>
      <w:r>
        <w:t>so, how much is very important, very very important. Then, Quran gives you very important clue that in your, in your personality,</w:t>
      </w:r>
    </w:p>
    <w:p>
      <w:pPr>
        <w:jc w:val="right"/>
      </w:pPr>
      <w:r>
        <w:t>سو،ہیونگاماڈلازویری امپورٹنٹ ،ویریویریامپورٹنٹ۔ دین،قرآن گیوز یو اویری امپورٹنٹ کلو دیٹ انیور ،انیور پرسنیلٹی،</w:t>
      </w:r>
    </w:p>
    <w:p>
      <w:r>
        <w:rPr>
          <w:b/>
        </w:rPr>
        <w:t xml:space="preserve">[35:42] </w:t>
      </w:r>
      <w:r>
        <w:t>dir anfasil luma, andalsudira anfasil amara.</w:t>
      </w:r>
    </w:p>
    <w:p>
      <w:pPr>
        <w:jc w:val="right"/>
      </w:pPr>
      <w:r>
        <w:t>دیراز ا نفصل لو امہ، اینڈالسودیراز انفصل امارہ۔</w:t>
      </w:r>
    </w:p>
    <w:p>
      <w:r>
        <w:rPr>
          <w:b/>
        </w:rPr>
        <w:t xml:space="preserve">[35:51] </w:t>
      </w:r>
      <w:r>
        <w:t>It means that in personality, there are two kinds of qualities: arrogance and kanjis.</w:t>
      </w:r>
    </w:p>
    <w:p>
      <w:pPr>
        <w:jc w:val="right"/>
      </w:pPr>
      <w:r>
        <w:t>اٹمینزدی ٹ انیورپرسنیلٹی، دیرار ٹوکائنڈاف فیکلٹیز :ار گنس اینڈ کانشیس۔</w:t>
      </w:r>
    </w:p>
    <w:p>
      <w:r>
        <w:rPr>
          <w:b/>
        </w:rPr>
        <w:t xml:space="preserve">[36:03] </w:t>
      </w:r>
      <w:r>
        <w:t>so, you have to follow your conscience, don't follow your organs. By, it is, it is both a natural part, both a natural part of your personality.</w:t>
      </w:r>
    </w:p>
    <w:p>
      <w:pPr>
        <w:jc w:val="right"/>
      </w:pPr>
      <w:r>
        <w:t>سو، یوہیڈٹوفالویور کانشیس ،ڈونٹفالویورارگنس۔ بائے،اٹ از ،اٹازبوتھارنیچرلپارٹ ،بوتھار نیچرلپارٹافیورپرسنیل ٹی۔</w:t>
      </w:r>
    </w:p>
    <w:p>
      <w:r>
        <w:rPr>
          <w:b/>
        </w:rPr>
        <w:t xml:space="preserve">[36:20] </w:t>
      </w:r>
      <w:r>
        <w:t>so, every time, you have to think, you have to identify that when you, you are, you are thinking, you are thinking right way or wrong way.</w:t>
      </w:r>
    </w:p>
    <w:p>
      <w:pPr>
        <w:jc w:val="right"/>
      </w:pPr>
      <w:r>
        <w:t>سو،ایوری ٹائم،یوہیڈٹو تھنک ،یوہیڈٹو ائیڈینٹیفائی دیٹ و ین یو، یو ار، یوارتھنکنگ،یوارتھنکنگرائٹوےاوررونگوے۔</w:t>
      </w:r>
    </w:p>
    <w:p>
      <w:r>
        <w:rPr>
          <w:b/>
        </w:rPr>
        <w:t xml:space="preserve">[36:34] </w:t>
      </w:r>
      <w:r>
        <w:t>If you think by, if you think in terms of organs, then you think in a wrong way.</w:t>
      </w:r>
    </w:p>
    <w:p>
      <w:pPr>
        <w:jc w:val="right"/>
      </w:pPr>
      <w:r>
        <w:t>افیوارتھنکنگ بائے ،اف یوارتھنکنگ ان انٹرمافار گنس، دینیوارتھنکنگانر ونگوے۔</w:t>
      </w:r>
    </w:p>
    <w:p>
      <w:r>
        <w:rPr>
          <w:b/>
        </w:rPr>
        <w:t xml:space="preserve">[36:43] </w:t>
      </w:r>
      <w:r>
        <w:t>bat, if you're thinking in ananda, why should you be conscious that you are thinking in ananda?</w:t>
      </w:r>
    </w:p>
    <w:p>
      <w:pPr>
        <w:jc w:val="right"/>
      </w:pPr>
      <w:r>
        <w:t>بٹ،افیوارتھنکنگ ان انانداوائسافیور کانشیس، دیٹ یوارتھنکنگان اٹاندارائٹوے۔</w:t>
      </w:r>
    </w:p>
    <w:p>
      <w:r>
        <w:rPr>
          <w:b/>
        </w:rPr>
        <w:t xml:space="preserve">[36:54] </w:t>
      </w:r>
      <w:r>
        <w:t>so, every time, you had to see whether you are going according to your organs or are you going according to the conscious.</w:t>
      </w:r>
    </w:p>
    <w:p>
      <w:pPr>
        <w:jc w:val="right"/>
      </w:pPr>
      <w:r>
        <w:t>سو،ایوری ٹائم،یوہیڈٹوسی ویدر یوار گوئنگ اکارڈنگٹویور ارگنس یا اریوارگوئنگ اکارڈنگٹوداکانشیس۔</w:t>
      </w:r>
    </w:p>
    <w:p>
      <w:r>
        <w:rPr>
          <w:b/>
        </w:rPr>
        <w:t xml:space="preserve">[37:08] </w:t>
      </w:r>
      <w:r>
        <w:t>and also here, you find the very important guidance that if you follow the path of arrogance, it will create problem for you.</w:t>
      </w:r>
    </w:p>
    <w:p>
      <w:pPr>
        <w:jc w:val="right"/>
      </w:pPr>
      <w:r>
        <w:t>اینڈالسو ہیر،یوفائنڈدا اویریامپورٹنٹگائیڈنس دیٹافیو فالو دا پاتھافارگنس، اٹویلکریٹ پرابلمفاریو۔</w:t>
      </w:r>
    </w:p>
    <w:p>
      <w:r>
        <w:rPr>
          <w:b/>
        </w:rPr>
        <w:t xml:space="preserve">[37:22] </w:t>
      </w:r>
      <w:r>
        <w:t>and if you follow the voice of conscience, it will be very good for you. so, it very important.</w:t>
      </w:r>
    </w:p>
    <w:p>
      <w:pPr>
        <w:jc w:val="right"/>
      </w:pPr>
      <w:r>
        <w:t>اینڈافیوفالو دا وائساف کانشیس، اٹویلبیویریگڈفاریو۔ سو،اٹویریامپورٹنٹ۔</w:t>
      </w:r>
    </w:p>
    <w:p>
      <w:r>
        <w:rPr>
          <w:b/>
        </w:rPr>
        <w:t xml:space="preserve">[37:33] </w:t>
      </w:r>
      <w:r>
        <w:t>so, quran is a guidebook for whole life: how to speak, how to think, how to behave.</w:t>
      </w:r>
    </w:p>
    <w:p>
      <w:pPr>
        <w:jc w:val="right"/>
      </w:pPr>
      <w:r>
        <w:t>سو،قرآناز ا گائیڈبک فار ہ وللائف: ہاؤٹوسپیک ،ہاؤٹوتھنک ،ہاؤٹوبیہیو۔</w:t>
      </w:r>
    </w:p>
    <w:p>
      <w:r>
        <w:rPr>
          <w:b/>
        </w:rPr>
        <w:t xml:space="preserve">[37:43] </w:t>
      </w:r>
      <w:r>
        <w:t>everything is mentioned in the quran. this is the true picture of islam .</w:t>
      </w:r>
    </w:p>
    <w:p>
      <w:pPr>
        <w:jc w:val="right"/>
      </w:pPr>
      <w:r>
        <w:t>ایوریتھنگ از مینشن انداقرآن۔ دساز دا ٹرو پکچراف اسلام ۔</w:t>
      </w:r>
    </w:p>
    <w:p>
      <w:r>
        <w:rPr>
          <w:b/>
        </w:rPr>
        <w:t xml:space="preserve">[37:57] </w:t>
      </w:r>
      <w:r>
        <w:t>so, here, i will repeat again that you had to differentiate between islam and muslims. you had to see muslims in the light of islamic teachings and not</w:t>
      </w:r>
    </w:p>
    <w:p>
      <w:pPr>
        <w:jc w:val="right"/>
      </w:pPr>
      <w:r>
        <w:t>سو، ہیر،ائیویل ریپیٹاگیندیٹ یوہیڈٹوڈیفرنشیٹبٹوین اسلاماینڈمسلمز۔ یوہیڈٹوسی مسلمز اندالائٹاف اسلامکٹیچنگز اینڈناٹ</w:t>
      </w:r>
    </w:p>
    <w:p>
      <w:r>
        <w:rPr>
          <w:b/>
        </w:rPr>
        <w:t xml:space="preserve">[38:11] </w:t>
      </w:r>
      <w:r>
        <w:t>vice versa. here, i will try to give some references from hadith sunnat to describe what is islam</w:t>
      </w:r>
    </w:p>
    <w:p>
      <w:pPr>
        <w:jc w:val="right"/>
      </w:pPr>
      <w:r>
        <w:t>وائسورسا۔ہیر،ائیویلٹرائیٹو گیو سم ریفر نسز فرامحدیث وسن ت ٹوڈسکرائب واٹاز اسلام</w:t>
      </w:r>
    </w:p>
    <w:p>
      <w:r>
        <w:rPr>
          <w:b/>
        </w:rPr>
        <w:t xml:space="preserve">[38:26] </w:t>
      </w:r>
      <w:r>
        <w:t>, because the source of islam is quran and sunnat.</w:t>
      </w:r>
    </w:p>
    <w:p>
      <w:pPr>
        <w:jc w:val="right"/>
      </w:pPr>
      <w:r>
        <w:t>،بیکاز دا سورساف اسلام از قرآناینڈسن ت۔</w:t>
      </w:r>
    </w:p>
    <w:p>
      <w:r>
        <w:rPr>
          <w:b/>
        </w:rPr>
        <w:t xml:space="preserve">[38:32] </w:t>
      </w:r>
      <w:r>
        <w:t>quran is book of god and sunnat is the</w:t>
      </w:r>
    </w:p>
    <w:p>
      <w:pPr>
        <w:jc w:val="right"/>
      </w:pPr>
      <w:r>
        <w:t>قرآنازبکاف گاڈ اینڈسن ت از دا</w:t>
      </w:r>
    </w:p>
    <w:p>
      <w:r>
        <w:rPr>
          <w:b/>
        </w:rPr>
        <w:t xml:space="preserve">[38:40] </w:t>
      </w:r>
      <w:r>
        <w:t>sayings and practice of the prophet of islam . so, in this talk, i will try to give some references from the prophet of islam .</w:t>
      </w:r>
    </w:p>
    <w:p>
      <w:pPr>
        <w:jc w:val="right"/>
      </w:pPr>
      <w:r>
        <w:t>سینگزاینڈپریکٹس اف داپرافٹاف اسلام ۔ سو، ان دسٹاک،ائیویلٹرائیٹوگیو سم ریفر نسز فرامداپرافٹاف اسلام ۔</w:t>
      </w:r>
    </w:p>
    <w:p>
      <w:r>
        <w:rPr>
          <w:b/>
        </w:rPr>
        <w:t xml:space="preserve">[38:55] </w:t>
      </w:r>
      <w:r>
        <w:t>you know, the prophet of islam was born in 570 ad in makkah.</w:t>
      </w:r>
    </w:p>
    <w:p>
      <w:pPr>
        <w:jc w:val="right"/>
      </w:pPr>
      <w:r>
        <w:t>یونو،داپرافٹاف اسلام وازborn in 5 7 0 اےڈی ان مک ہ۔</w:t>
      </w:r>
    </w:p>
    <w:p>
      <w:r>
        <w:rPr>
          <w:b/>
        </w:rPr>
        <w:t xml:space="preserve">[39:03] </w:t>
      </w:r>
      <w:r>
        <w:t>he was appointed by god as a prophet in 610 ad.</w:t>
      </w:r>
    </w:p>
    <w:p>
      <w:pPr>
        <w:jc w:val="right"/>
      </w:pPr>
      <w:r>
        <w:t>ہیواز اپوائنٹڈبائیگاڈ ایزاپرافٹ ان 6 10 اےڈی۔</w:t>
      </w:r>
    </w:p>
    <w:p>
      <w:r>
        <w:rPr>
          <w:b/>
        </w:rPr>
        <w:t xml:space="preserve">[39:14] </w:t>
      </w:r>
      <w:r>
        <w:t>he, at that time, he was in makkah. then, he migrated to madinah and he died in madinah in 632 and buried over there.</w:t>
      </w:r>
    </w:p>
    <w:p>
      <w:pPr>
        <w:jc w:val="right"/>
      </w:pPr>
      <w:r>
        <w:t>ہی، ایٹداٹائم،ہیوازان مک ہ۔ دین،ہیمائیگریٹڈٹومدینہ اینڈہیڈیڈانمدینہ ان 6 3 2 اینڈ بریڈ اووردیر۔</w:t>
      </w:r>
    </w:p>
    <w:p>
      <w:r>
        <w:rPr>
          <w:b/>
        </w:rPr>
        <w:t xml:space="preserve">[39:29] </w:t>
      </w:r>
      <w:r>
        <w:t>separate traditions are compiled in several books. i think the prophet of islam was the only person in history who has sayings and all his traditions are preserved in the form of book</w:t>
      </w:r>
    </w:p>
    <w:p>
      <w:pPr>
        <w:jc w:val="right"/>
      </w:pPr>
      <w:r>
        <w:t>سیپ رافٹس ٹریڈیشن از کمپائلڈ ان سورلبکس۔ ائیتھنکدی ٹ پرافٹاف اسلام وازدااونلیپرسن انداہسٹری ہ وز سین گز اینڈال ہز ٹریڈیشنز ار پریزروڈ اندا فارمافبک</w:t>
      </w:r>
    </w:p>
    <w:p>
      <w:r>
        <w:rPr>
          <w:b/>
        </w:rPr>
        <w:t xml:space="preserve">[39:56] </w:t>
      </w:r>
      <w:r>
        <w:t>. it a great treasure not only for islam but for all humanity, because the prophet was sent to all humanity .</w:t>
      </w:r>
    </w:p>
    <w:p>
      <w:pPr>
        <w:jc w:val="right"/>
      </w:pPr>
      <w:r>
        <w:t>۔اٹاگریٹ ٹریژر ناٹاونلیفار اسلام بٹفار ال ہیومینٹی ، بیکازداپرافٹواز سینڈٹوالہیومینٹی ۔</w:t>
      </w:r>
    </w:p>
    <w:p>
      <w:r>
        <w:rPr>
          <w:b/>
        </w:rPr>
        <w:t xml:space="preserve">[40:08] </w:t>
      </w:r>
      <w:r>
        <w:t>lil alamin nazira, the prophet of islam was sent to all humanity not only for muslims. so, here, i would like to give some references from the prophet of</w:t>
      </w:r>
    </w:p>
    <w:p>
      <w:pPr>
        <w:jc w:val="right"/>
      </w:pPr>
      <w:r>
        <w:t>لل عالمین نظیرہ، داپرافٹاف اسلام وازسینڈ ٹوال ہیومین ٹی ناٹاونلیفار مسلمز۔ سو،ہیر،ائیوڈلائکٹوگیوسم ریفر نسز فرامداپرافٹاف</w:t>
      </w:r>
    </w:p>
    <w:p>
      <w:r>
        <w:rPr>
          <w:b/>
        </w:rPr>
        <w:t xml:space="preserve">[40:22] </w:t>
      </w:r>
      <w:r>
        <w:t>islam. the prophet used to rise early in morning and say in his prayer, his morning prayer: "allah mashhad an al ibad kull ikhwa.</w:t>
      </w:r>
    </w:p>
    <w:p>
      <w:pPr>
        <w:jc w:val="right"/>
      </w:pPr>
      <w:r>
        <w:t>اسلام۔ دا پرافٹ یوزٹو رائز ارلیاندامارننگ اینڈ سے انہزپیئر، انہزمار ننگ پیئر:"اللہ مشہد ان العباد کل اخوا۔</w:t>
      </w:r>
    </w:p>
    <w:p>
      <w:r>
        <w:rPr>
          <w:b/>
        </w:rPr>
        <w:t xml:space="preserve">[40:41] </w:t>
      </w:r>
      <w:r>
        <w:t>" o god, i bear witness that all men and women are sisters and brothers</w:t>
      </w:r>
    </w:p>
    <w:p>
      <w:pPr>
        <w:jc w:val="right"/>
      </w:pPr>
      <w:r>
        <w:t>"او گاڈ ، ائیبیئروٹنس دیٹ ال میناینڈوومن ار سسٹرز اینڈبرادرزٹ</w:t>
      </w:r>
    </w:p>
    <w:p>
      <w:r>
        <w:rPr>
          <w:b/>
        </w:rPr>
        <w:t xml:space="preserve">[40:53] </w:t>
      </w:r>
      <w:r>
        <w:t>which each other. this is the universal aspect of islam . islam is a universal religion.</w:t>
      </w:r>
    </w:p>
    <w:p>
      <w:pPr>
        <w:jc w:val="right"/>
      </w:pPr>
      <w:r>
        <w:t>وایچادر۔ دساز دا یونیورسل اسپیکٹاف اسلام ۔ اسلام از ایونیورسل ریلیجن۔</w:t>
      </w:r>
    </w:p>
    <w:p>
      <w:r>
        <w:rPr>
          <w:b/>
        </w:rPr>
        <w:t xml:space="preserve">[41:06] </w:t>
      </w:r>
      <w:r>
        <w:t>islam has outlook as universal outlook. there is a hadith : "the prophet of islam had said : al khalq ayal Allah.</w:t>
      </w:r>
    </w:p>
    <w:p>
      <w:pPr>
        <w:jc w:val="right"/>
      </w:pPr>
      <w:r>
        <w:t>اسلام ک اؤٹلوکاز یونیور سلاؤٹلوک۔دیرازاحدیث : "داپرافٹاف اسلام ہیڈسیڈ : الخ لق حیال اللہ۔</w:t>
      </w:r>
    </w:p>
    <w:p>
      <w:r>
        <w:rPr>
          <w:b/>
        </w:rPr>
        <w:t xml:space="preserve">[41:17] </w:t>
      </w:r>
      <w:r>
        <w:t>" all creatures are god's progeny, god's family.</w:t>
      </w:r>
    </w:p>
    <w:p>
      <w:pPr>
        <w:jc w:val="right"/>
      </w:pPr>
      <w:r>
        <w:t>" ال کریچرز ار گاڈز پرو جنی، گاڈزفیملی۔</w:t>
      </w:r>
    </w:p>
    <w:p>
      <w:r>
        <w:rPr>
          <w:b/>
        </w:rPr>
        <w:t xml:space="preserve">[41:26] </w:t>
      </w:r>
      <w:r>
        <w:t>so, islam has outlook as universal outlook.</w:t>
      </w:r>
    </w:p>
    <w:p>
      <w:pPr>
        <w:jc w:val="right"/>
      </w:pPr>
      <w:r>
        <w:t>سو،اسلام ک اؤٹلوک از یونیورسلاؤٹلوک۔</w:t>
      </w:r>
    </w:p>
    <w:p>
      <w:r>
        <w:rPr>
          <w:b/>
        </w:rPr>
        <w:t xml:space="preserve">[41:35] </w:t>
      </w:r>
      <w:r>
        <w:t>islam sees all men and women as sisters and brothers,</w:t>
      </w:r>
    </w:p>
    <w:p>
      <w:pPr>
        <w:jc w:val="right"/>
      </w:pPr>
      <w:r>
        <w:t>اسلام سیز ال میناینڈوومن ایزسسٹرز اینڈبرادرز،</w:t>
      </w:r>
    </w:p>
    <w:p>
      <w:r>
        <w:rPr>
          <w:b/>
        </w:rPr>
        <w:t xml:space="preserve">[41:44] </w:t>
      </w:r>
      <w:r>
        <w:t>because creatures of all humanity is one.</w:t>
      </w:r>
    </w:p>
    <w:p>
      <w:pPr>
        <w:jc w:val="right"/>
      </w:pPr>
      <w:r>
        <w:t>بیکاز کریٹراف ال ہیومینٹیازون۔</w:t>
      </w:r>
    </w:p>
    <w:p>
      <w:r>
        <w:rPr>
          <w:b/>
        </w:rPr>
        <w:t xml:space="preserve">[41:53] </w:t>
      </w:r>
      <w:r>
        <w:t>All the men and all women were created by God and the instinct was common. That is Adam and Eve.</w:t>
      </w:r>
    </w:p>
    <w:p>
      <w:pPr>
        <w:jc w:val="right"/>
      </w:pPr>
      <w:r>
        <w:t>ال دا مین اینڈال وومنویرکریٹڈبائیگاڈ اینڈدا انسٹر واز کامن ۔دیٹاز ادم اینڈایو۔</w:t>
      </w:r>
    </w:p>
    <w:p>
      <w:r>
        <w:rPr>
          <w:b/>
        </w:rPr>
        <w:t xml:space="preserve">[42:05] </w:t>
      </w:r>
      <w:r>
        <w:t>life and this earth begins from Adam and Eve.</w:t>
      </w:r>
    </w:p>
    <w:p>
      <w:pPr>
        <w:jc w:val="right"/>
      </w:pPr>
      <w:r>
        <w:t>لائفان دسارتھ بیگنز فر ام ادم اینڈ ایو۔</w:t>
      </w:r>
    </w:p>
    <w:p>
      <w:r>
        <w:rPr>
          <w:b/>
        </w:rPr>
        <w:t xml:space="preserve">[42:13] </w:t>
      </w:r>
      <w:r>
        <w:t>so,da parent of al humanity ,</w:t>
      </w:r>
    </w:p>
    <w:p>
      <w:pPr>
        <w:jc w:val="right"/>
      </w:pPr>
      <w:r>
        <w:t>سو،دا پیرنٹ اف ال ہیومینٹی ،</w:t>
      </w:r>
    </w:p>
    <w:p>
      <w:r>
        <w:rPr>
          <w:b/>
        </w:rPr>
        <w:t xml:space="preserve">[42:22] </w:t>
      </w:r>
      <w:r>
        <w:t>al mankind is one .</w:t>
      </w:r>
    </w:p>
    <w:p>
      <w:pPr>
        <w:jc w:val="right"/>
      </w:pPr>
      <w:r>
        <w:t>ال مینکائنڈ از ون ۔</w:t>
      </w:r>
    </w:p>
    <w:p>
      <w:r>
        <w:rPr>
          <w:b/>
        </w:rPr>
        <w:t xml:space="preserve">[42:28] </w:t>
      </w:r>
      <w:r>
        <w:t>so,gadaz one in sisters or one</w:t>
      </w:r>
    </w:p>
    <w:p>
      <w:pPr>
        <w:jc w:val="right"/>
      </w:pPr>
      <w:r>
        <w:t>سو،گاڈاز ون ان سسٹرز اور ون</w:t>
      </w:r>
    </w:p>
    <w:p>
      <w:r>
        <w:rPr>
          <w:b/>
        </w:rPr>
        <w:t xml:space="preserve">[42:35] </w:t>
      </w:r>
      <w:r>
        <w:t>. so, this kind of thinking creates brotherhood, universal brotherhood.</w:t>
      </w:r>
    </w:p>
    <w:p>
      <w:pPr>
        <w:jc w:val="right"/>
      </w:pPr>
      <w:r>
        <w:t>۔ سو،دس کائنڈافتھنکنگ کریٹس برادرہڈ،یونیورسلبرادرہڈ۔</w:t>
      </w:r>
    </w:p>
    <w:p>
      <w:r>
        <w:rPr>
          <w:b/>
        </w:rPr>
        <w:t xml:space="preserve">[42:42] </w:t>
      </w:r>
      <w:r>
        <w:t>This kind of thinking creates universal brotherhood. There are dozens of this kind. There are dozens of this kind that it is as the what is the prophetic vision,</w:t>
      </w:r>
    </w:p>
    <w:p>
      <w:pPr>
        <w:jc w:val="right"/>
      </w:pPr>
      <w:r>
        <w:t>دسکائنڈافتھنکنگ کریٹس یونیورسلبرادر ہڈ۔ دیرارادرسین گز اف دسکائنڈ ۔دیرارادرسینگزافدسکائنڈ دیٹٹیلزاس دا واٹوازداپرافٹکویژ ن،</w:t>
      </w:r>
    </w:p>
    <w:p>
      <w:r>
        <w:rPr>
          <w:b/>
        </w:rPr>
        <w:t xml:space="preserve">[43:00] </w:t>
      </w:r>
      <w:r>
        <w:t>what the concept of Islam to the human</w:t>
      </w:r>
    </w:p>
    <w:p>
      <w:pPr>
        <w:jc w:val="right"/>
      </w:pPr>
      <w:r>
        <w:t>واٹداکانسیپٹاف اسلام ٹورڈزہیومین</w:t>
      </w:r>
    </w:p>
    <w:p>
      <w:r>
        <w:rPr>
          <w:b/>
        </w:rPr>
        <w:t xml:space="preserve">[43:03] </w:t>
      </w:r>
      <w:r>
        <w:t>The Islamic was the only religion on earth that was able to create a society where a man and a woman was like well.</w:t>
      </w:r>
    </w:p>
    <w:p>
      <w:pPr>
        <w:jc w:val="right"/>
      </w:pPr>
      <w:r>
        <w:t>ٹی۔اٹاز ویری ویلنونفیکٹانہسٹری دی ٹ اسلام وازدا اونلی ریلیجن انداارتھ دیٹوازایبلٹوکریٹ اسوسائٹی ویرایوری میناینڈوومن واز ویرایک ول ۔</w:t>
      </w:r>
    </w:p>
    <w:p>
      <w:r>
        <w:rPr>
          <w:b/>
        </w:rPr>
        <w:t xml:space="preserve">[43:24] </w:t>
      </w:r>
      <w:r>
        <w:t>Islamic society of the early period was a society where there was fraternity, brotherhood and equality.</w:t>
      </w:r>
    </w:p>
    <w:p>
      <w:pPr>
        <w:jc w:val="right"/>
      </w:pPr>
      <w:r>
        <w:t>اسلامکسوسائٹی افداارلیپیریڈوازاسوسائٹی و یر دیرواز فرٹرن ٹی، برادرہڈ اینڈایکول ٹی۔</w:t>
      </w:r>
    </w:p>
    <w:p>
      <w:r>
        <w:rPr>
          <w:b/>
        </w:rPr>
        <w:t xml:space="preserve">[43:38] </w:t>
      </w:r>
      <w:r>
        <w:t>So, in Islam, universal values not only prevail, universal values also in Islam society of the early period. You can see that this value was also translated into practice.</w:t>
      </w:r>
    </w:p>
    <w:p>
      <w:pPr>
        <w:jc w:val="right"/>
      </w:pPr>
      <w:r>
        <w:t>سو،ان اسلام یونیورسل ٹیازناٹاونلی اویلیو۔ یونیورس ٹیاز السو اناسلام کسوسائٹی افداارلیپیریڈ۔یوکینسی دیٹدسویلیوواز الس و ٹرانسلیٹڈانٹوپریکٹس ۔</w:t>
      </w:r>
    </w:p>
    <w:p>
      <w:r>
        <w:rPr>
          <w:b/>
        </w:rPr>
        <w:t xml:space="preserve">[43:58] </w:t>
      </w:r>
      <w:r>
        <w:t>This fact was accepted by the historians.</w:t>
      </w:r>
    </w:p>
    <w:p>
      <w:pPr>
        <w:jc w:val="right"/>
      </w:pPr>
      <w:r>
        <w:t>دسفیکٹ واز ایکسیپٹڈبائیال دا ہسٹورینز۔</w:t>
      </w:r>
    </w:p>
    <w:p>
      <w:r>
        <w:rPr>
          <w:b/>
        </w:rPr>
        <w:t xml:space="preserve">[44:06] </w:t>
      </w:r>
      <w:r>
        <w:t>Swami Vivekananda was a great thinker of India. He says in one of his writings that</w:t>
      </w:r>
    </w:p>
    <w:p>
      <w:pPr>
        <w:jc w:val="right"/>
      </w:pPr>
      <w:r>
        <w:t>سو امیبیویکانندواز اگریٹتھنکراف انڈ یا۔ ہی سیز انونافہزرائٹنگز دی ٹ</w:t>
      </w:r>
    </w:p>
    <w:p>
      <w:r>
        <w:rPr>
          <w:b/>
        </w:rPr>
        <w:t xml:space="preserve">[44:22] </w:t>
      </w:r>
      <w:r>
        <w:t>If we are in a religious approach with this equality, that is Islam and Islam are one.</w:t>
      </w:r>
    </w:p>
    <w:p>
      <w:pPr>
        <w:jc w:val="right"/>
      </w:pPr>
      <w:r>
        <w:t>اف ای ور اینیریلیجن اپروچٹ و دس ایک ول ٹی ،اٹاز اسلام اینڈ اسلام ال ون۔</w:t>
      </w:r>
    </w:p>
    <w:p>
      <w:r>
        <w:rPr>
          <w:b/>
        </w:rPr>
        <w:t xml:space="preserve">[44:39] </w:t>
      </w:r>
      <w:r>
        <w:t>So, the first norm given by the prophet was equality, universal, universal, universal brotherhood. This was the first lesson given by the prophet of Islam.</w:t>
      </w:r>
    </w:p>
    <w:p>
      <w:pPr>
        <w:jc w:val="right"/>
      </w:pPr>
      <w:r>
        <w:t>سو، دافرسٹ نارم گیون بائیداپرافٹ واز ایک ول ٹی ،یونیور سل، یونیورسل ٹی ،یونیور سلبرادر ہڈ ۔دسوازدافرسٹلیسن گیونبائیداپرافٹاف اسلام ۔</w:t>
      </w:r>
    </w:p>
    <w:p>
      <w:r>
        <w:rPr>
          <w:b/>
        </w:rPr>
        <w:t xml:space="preserve">[45:04] </w:t>
      </w:r>
      <w:r>
        <w:t>din, dapraft of islam hedsid:</w:t>
      </w:r>
    </w:p>
    <w:p>
      <w:pPr>
        <w:jc w:val="right"/>
      </w:pPr>
      <w:r>
        <w:t>دین، داپرافٹاف اسلام ہیڈسیڈ:</w:t>
      </w:r>
    </w:p>
    <w:p>
      <w:r>
        <w:rPr>
          <w:b/>
        </w:rPr>
        <w:t xml:space="preserve">[45:11] </w:t>
      </w:r>
      <w:r>
        <w:t>" almslm mnslm nas l san hwida. "</w:t>
      </w:r>
    </w:p>
    <w:p>
      <w:pPr>
        <w:jc w:val="right"/>
      </w:pPr>
      <w:r>
        <w:t>" المسلم منسلم ناس ل سان ہویدہ۔"</w:t>
      </w:r>
    </w:p>
    <w:p>
      <w:r>
        <w:rPr>
          <w:b/>
        </w:rPr>
        <w:t xml:space="preserve">[45:19] </w:t>
      </w:r>
      <w:r>
        <w:t>Muslim is one by his understanding. People are safe.</w:t>
      </w:r>
    </w:p>
    <w:p>
      <w:pPr>
        <w:jc w:val="right"/>
      </w:pPr>
      <w:r>
        <w:t>مسلم از ون بائیہ وز ہینڈزاینڈٹنگ۔ پیپل ار سیف۔</w:t>
      </w:r>
    </w:p>
    <w:p>
      <w:r>
        <w:rPr>
          <w:b/>
        </w:rPr>
        <w:t xml:space="preserve">[45:31] </w:t>
      </w:r>
      <w:r>
        <w:t>atmnz dat</w:t>
      </w:r>
    </w:p>
    <w:p>
      <w:pPr>
        <w:jc w:val="right"/>
      </w:pPr>
      <w:r>
        <w:t>اٹمینز دیٹ</w:t>
      </w:r>
    </w:p>
    <w:p>
      <w:r>
        <w:rPr>
          <w:b/>
        </w:rPr>
        <w:t xml:space="preserve">[45:36] </w:t>
      </w:r>
      <w:r>
        <w:t>Muslim is one whose harmless person.</w:t>
      </w:r>
    </w:p>
    <w:p>
      <w:pPr>
        <w:jc w:val="right"/>
      </w:pPr>
      <w:r>
        <w:t>مس لم ،اٹرومسلم ،اٹرومسلم، اوراٹرومومن از ون ہواز ا ہارملیسپرسن ۔</w:t>
      </w:r>
    </w:p>
    <w:p>
      <w:r>
        <w:rPr>
          <w:b/>
        </w:rPr>
        <w:t xml:space="preserve">[45:50] </w:t>
      </w:r>
      <w:r>
        <w:t>a true Muslim is a harmless member of his society.</w:t>
      </w:r>
    </w:p>
    <w:p>
      <w:pPr>
        <w:jc w:val="right"/>
      </w:pPr>
      <w:r>
        <w:t>اٹرومسلم از اہارملیس ممبراف ہزسوسائٹی۔</w:t>
      </w:r>
    </w:p>
    <w:p>
      <w:r>
        <w:rPr>
          <w:b/>
        </w:rPr>
        <w:t xml:space="preserve">[45:55] </w:t>
      </w:r>
      <w:r>
        <w:t>atrmuslm iz a no prablm</w:t>
      </w:r>
    </w:p>
    <w:p>
      <w:pPr>
        <w:jc w:val="right"/>
      </w:pPr>
      <w:r>
        <w:t>اٹرومسلم از ا نو پرابلم</w:t>
      </w:r>
    </w:p>
    <w:p>
      <w:r>
        <w:rPr>
          <w:b/>
        </w:rPr>
        <w:t xml:space="preserve">[46:01] </w:t>
      </w:r>
      <w:r>
        <w:t>person, Muslim is on no difference himself from making problems to war.</w:t>
      </w:r>
    </w:p>
    <w:p>
      <w:pPr>
        <w:jc w:val="right"/>
      </w:pPr>
      <w:r>
        <w:t>پرسن ۔ مسلم ازون ہو ڈیفر نس ہمسیلف فرامکریٹنگپرابلمزٹوا در۔</w:t>
      </w:r>
    </w:p>
    <w:p>
      <w:r>
        <w:rPr>
          <w:b/>
        </w:rPr>
        <w:t xml:space="preserve">[46:15] </w:t>
      </w:r>
      <w:r>
        <w:t>dirazhadis :"wal la layomno, wal la layomno, wal la layomno alazi la y amn wjrhubwaq ."</w:t>
      </w:r>
    </w:p>
    <w:p>
      <w:pPr>
        <w:jc w:val="right"/>
      </w:pPr>
      <w:r>
        <w:t>دیرازاحدیث :"واللہ لایومنو، واللہ لایومنو، واللہ لایومنو الذی لا ی امن وجارہوبواق ۔"</w:t>
      </w:r>
    </w:p>
    <w:p>
      <w:r>
        <w:rPr>
          <w:b/>
        </w:rPr>
        <w:t xml:space="preserve">[46:33] </w:t>
      </w:r>
      <w:r>
        <w:t>at times that he is not a moment, he is not at terms, who creates problems for his libraries,</w:t>
      </w:r>
    </w:p>
    <w:p>
      <w:pPr>
        <w:jc w:val="right"/>
      </w:pPr>
      <w:r>
        <w:t>اٹمینزدیٹ ہیازناٹامومن، ہیازناٹاٹرومسلم ہو کریٹس پرابلمز فار ہزلیبرز،</w:t>
      </w:r>
    </w:p>
    <w:p>
      <w:r>
        <w:rPr>
          <w:b/>
        </w:rPr>
        <w:t xml:space="preserve">[46:46] </w:t>
      </w:r>
      <w:r>
        <w:t>ho krits problems for adr .</w:t>
      </w:r>
    </w:p>
    <w:p>
      <w:pPr>
        <w:jc w:val="right"/>
      </w:pPr>
      <w:r>
        <w:t>ہو کریٹس پرابلمز فار ادر ۔</w:t>
      </w:r>
    </w:p>
    <w:p>
      <w:r>
        <w:rPr>
          <w:b/>
        </w:rPr>
        <w:t xml:space="preserve">[46:53] </w:t>
      </w:r>
      <w:r>
        <w:t>The Hadith says of the Prophet of Islam, he defines Muslim as a no-problem person.</w:t>
      </w:r>
    </w:p>
    <w:p>
      <w:pPr>
        <w:jc w:val="right"/>
      </w:pPr>
      <w:r>
        <w:t>دسازاحدیث سینگزافداپرافٹاف اسلام ۔ہی ڈیفائنس مسلم ز ایزانوپرابلم پرسن ۔</w:t>
      </w:r>
    </w:p>
    <w:p>
      <w:r>
        <w:rPr>
          <w:b/>
        </w:rPr>
        <w:t xml:space="preserve">[47:04] </w:t>
      </w:r>
      <w:r>
        <w:t>he defines a moment as a no problem person.</w:t>
      </w:r>
    </w:p>
    <w:p>
      <w:pPr>
        <w:jc w:val="right"/>
      </w:pPr>
      <w:r>
        <w:t>ہیڈیفائنس امومن ایزانوپرابلمپرسن ۔</w:t>
      </w:r>
    </w:p>
    <w:p>
      <w:r>
        <w:rPr>
          <w:b/>
        </w:rPr>
        <w:t xml:space="preserve">[47:09] </w:t>
      </w:r>
      <w:r>
        <w:t>So, every man and every woman who believes in Islam, he must live as a no problem person in his society. Then, there is a hadith: "a lam tan fah falatadr ." to point formula,</w:t>
      </w:r>
    </w:p>
    <w:p>
      <w:pPr>
        <w:jc w:val="right"/>
      </w:pPr>
      <w:r>
        <w:t>سو،ایوری مین اینڈایوریوومن ہو بیلیوزان اسلام ،ہی مسٹ لیو ایزانوپرابلمپرسن انہزسوسائٹی۔دین،دیرازاحدیث :"ع لم تن فہ فلاتض ر۔" ٹوپوائنٹفارمولا،</w:t>
      </w:r>
    </w:p>
    <w:p>
      <w:r>
        <w:rPr>
          <w:b/>
        </w:rPr>
        <w:t xml:space="preserve">[47:29] </w:t>
      </w:r>
      <w:r>
        <w:t>to point formula.</w:t>
      </w:r>
    </w:p>
    <w:p>
      <w:pPr>
        <w:jc w:val="right"/>
      </w:pPr>
      <w:r>
        <w:t>ٹوپوائنٹفارمولا۔</w:t>
      </w:r>
    </w:p>
    <w:p>
      <w:r>
        <w:rPr>
          <w:b/>
        </w:rPr>
        <w:t xml:space="preserve">[47:32] </w:t>
      </w:r>
      <w:r>
        <w:t>at means that living in our society either as a giver person or as a no problem person.</w:t>
      </w:r>
    </w:p>
    <w:p>
      <w:pPr>
        <w:jc w:val="right"/>
      </w:pPr>
      <w:r>
        <w:t>اٹمینزدیٹ لیوانیورسوسائٹی ایدر ایز ا گیورپرسن اور ایزا نو پرابلمپرسن۔</w:t>
      </w:r>
    </w:p>
    <w:p>
      <w:r>
        <w:rPr>
          <w:b/>
        </w:rPr>
        <w:t xml:space="preserve">[47:46] </w:t>
      </w:r>
      <w:r>
        <w:t>at as very important: "a lam tan fah falatadr ." if you are not able to live as a giver person in your society, live as a no problem person in your society.</w:t>
      </w:r>
    </w:p>
    <w:p>
      <w:pPr>
        <w:jc w:val="right"/>
      </w:pPr>
      <w:r>
        <w:t>اٹازویریامپورٹنٹ: "علم تنفہ فلا تضر ۔" اف یو ارناٹ ایبلٹولیو ایزاگیورپرسنانیورسوسائٹی، لیوایزانوپرابلمپرسن انیورسوسائٹی۔</w:t>
      </w:r>
    </w:p>
    <w:p>
      <w:r>
        <w:rPr>
          <w:b/>
        </w:rPr>
        <w:t xml:space="preserve">[48:02] </w:t>
      </w:r>
      <w:r>
        <w:t>so, there are only two positions for a momin: either he must give something to his society or he refrains himself from creating problems for his society.</w:t>
      </w:r>
    </w:p>
    <w:p>
      <w:pPr>
        <w:jc w:val="right"/>
      </w:pPr>
      <w:r>
        <w:t>سو،دیرازاونلی ٹوپوزیشنز فارامومن: ایدرہی مسٹگیوسمتھنگ ٹوہزسوسائٹی اورہیریفرنسہمسیلف فرامکریٹنگ پرابلمز فارہزسوسائٹی۔</w:t>
      </w:r>
    </w:p>
    <w:p>
      <w:r>
        <w:rPr>
          <w:b/>
        </w:rPr>
        <w:t xml:space="preserve">[48:19] </w:t>
      </w:r>
      <w:r>
        <w:t>There is not her position. There is not her position.</w:t>
      </w:r>
    </w:p>
    <w:p>
      <w:pPr>
        <w:jc w:val="right"/>
      </w:pPr>
      <w:r>
        <w:t>دیرازنوتھرڈپوزیشن۔ دیرازنوتھرڈپوزیشن۔</w:t>
      </w:r>
    </w:p>
    <w:p>
      <w:r>
        <w:rPr>
          <w:b/>
        </w:rPr>
        <w:t xml:space="preserve">[48:29] </w:t>
      </w:r>
      <w:r>
        <w:t>so, Islam is a two point formula in terms of society.</w:t>
      </w:r>
    </w:p>
    <w:p>
      <w:pPr>
        <w:jc w:val="right"/>
      </w:pPr>
      <w:r>
        <w:t>سو، اسلام ازاٹوپوائنٹفارمولا انٹرمافسوسائٹی۔</w:t>
      </w:r>
    </w:p>
    <w:p>
      <w:r>
        <w:rPr>
          <w:b/>
        </w:rPr>
        <w:t xml:space="preserve">[48:37] </w:t>
      </w:r>
      <w:r>
        <w:t>interim of society, Islam is based on two point formula.</w:t>
      </w:r>
    </w:p>
    <w:p>
      <w:pPr>
        <w:jc w:val="right"/>
      </w:pPr>
      <w:r>
        <w:t>انٹرمافسوسائٹی، اسلام کلائف از بیسڈانٹوپوائنٹفارمولا۔</w:t>
      </w:r>
    </w:p>
    <w:p>
      <w:r>
        <w:rPr>
          <w:b/>
        </w:rPr>
        <w:t xml:space="preserve">[48:47] </w:t>
      </w:r>
      <w:r>
        <w:t>either you have to live as a giver person or you have to live as a no problem person.</w:t>
      </w:r>
    </w:p>
    <w:p>
      <w:pPr>
        <w:jc w:val="right"/>
      </w:pPr>
      <w:r>
        <w:t>ایدر یوہیوٹولیوایزاگیورپرسن اور یوہیوٹولیوایزا نوپرابلمپرسن ۔</w:t>
      </w:r>
    </w:p>
    <w:p>
      <w:r>
        <w:rPr>
          <w:b/>
        </w:rPr>
        <w:t xml:space="preserve">[48:57] </w:t>
      </w:r>
      <w:r>
        <w:t>there is no room for that person who lives as a harmful person in the society.</w:t>
      </w:r>
    </w:p>
    <w:p>
      <w:pPr>
        <w:jc w:val="right"/>
      </w:pPr>
      <w:r>
        <w:t>دیرازنوروم فار دیٹ پرسن ہو لیوزایزا ہارمفل پرسن انہزسوسائٹی۔</w:t>
      </w:r>
    </w:p>
    <w:p>
      <w:r>
        <w:rPr>
          <w:b/>
        </w:rPr>
        <w:t xml:space="preserve">[49:09] </w:t>
      </w:r>
      <w:r>
        <w:t>Only a humble person is accepted in an Islam-based society.</w:t>
      </w:r>
    </w:p>
    <w:p>
      <w:pPr>
        <w:jc w:val="right"/>
      </w:pPr>
      <w:r>
        <w:t>اونلیہارملیسپرسن از ایکسیپٹڈ انایناسلام کسوسائٹی۔</w:t>
      </w:r>
    </w:p>
    <w:p>
      <w:r>
        <w:rPr>
          <w:b/>
        </w:rPr>
        <w:t xml:space="preserve">[49:18] </w:t>
      </w:r>
      <w:r>
        <w:t>a lam tan fah falatadr .</w:t>
      </w:r>
    </w:p>
    <w:p>
      <w:pPr>
        <w:jc w:val="right"/>
      </w:pPr>
      <w:r>
        <w:t>علم تنفہ فلاتضر ۔</w:t>
      </w:r>
    </w:p>
    <w:p>
      <w:r>
        <w:rPr>
          <w:b/>
        </w:rPr>
        <w:t xml:space="preserve">[49:25] </w:t>
      </w:r>
      <w:r>
        <w:t>I think that is the best for Maulana for living in a human society. Best for Maulana: if everyone keeps this teaching, then society becomes peaceful society.</w:t>
      </w:r>
    </w:p>
    <w:p>
      <w:pPr>
        <w:jc w:val="right"/>
      </w:pPr>
      <w:r>
        <w:t>ائیتھنکدیٹ ازدابیسٹ فار مولا فار لیونگ اناہیومنسوسائٹی۔ بیسٹفار مولا: اف ایوریون کیپس دسٹیچنگ ،دینسوسائٹیبیکم زپیسفل سوسائٹی۔</w:t>
      </w:r>
    </w:p>
    <w:p>
      <w:r>
        <w:rPr>
          <w:b/>
        </w:rPr>
        <w:t xml:space="preserve">[49:43] </w:t>
      </w:r>
      <w:r>
        <w:t>very simple and very important. This two-point formula is very simple and sometimes very very important.</w:t>
      </w:r>
    </w:p>
    <w:p>
      <w:pPr>
        <w:jc w:val="right"/>
      </w:pPr>
      <w:r>
        <w:t>ویریسمپل اینڈویریامپورٹنٹ۔ دسٹوپوائنٹفارمولا از ویریسمپل اینڈس یمٹائم ویریویریامپورٹنٹ۔</w:t>
      </w:r>
    </w:p>
    <w:p>
      <w:r>
        <w:rPr>
          <w:b/>
        </w:rPr>
        <w:t xml:space="preserve">[49:56] </w:t>
      </w:r>
      <w:r>
        <w:t>very simple and very important.</w:t>
      </w:r>
    </w:p>
    <w:p>
      <w:pPr>
        <w:jc w:val="right"/>
      </w:pPr>
      <w:r>
        <w:t>ویریسمپلاینڈویریامپورٹنٹ۔</w:t>
      </w:r>
    </w:p>
    <w:p>
      <w:r>
        <w:rPr>
          <w:b/>
        </w:rPr>
        <w:t xml:space="preserve">[50:01] </w:t>
      </w:r>
      <w:r>
        <w:t>you have to live either as a giver person or you have to live as a no problem person.</w:t>
      </w:r>
    </w:p>
    <w:p>
      <w:pPr>
        <w:jc w:val="right"/>
      </w:pPr>
      <w:r>
        <w:t>یوہیوٹولیوایدر ایز ا گیورپرسن اور یوہیوٹولیو ایزا نو پرابلمپرسن ۔</w:t>
      </w:r>
    </w:p>
    <w:p>
      <w:r>
        <w:rPr>
          <w:b/>
        </w:rPr>
        <w:t xml:space="preserve">[50:11] </w:t>
      </w:r>
      <w:r>
        <w:t>So, a beautiful formula. Then, a person came to the Prophet of Islam. He said: "O Prophet, give me a master advice.</w:t>
      </w:r>
    </w:p>
    <w:p>
      <w:pPr>
        <w:jc w:val="right"/>
      </w:pPr>
      <w:r>
        <w:t>سو،ابیوٹیفلفارمولا۔ دین، اپرسن کیمٹوداپرافٹاف اسلام ۔ ہی سیڈ: "اوپرافٹ ،گیومیاماسٹرایڈوائس۔</w:t>
      </w:r>
    </w:p>
    <w:p>
      <w:r>
        <w:rPr>
          <w:b/>
        </w:rPr>
        <w:t xml:space="preserve">[50:28] </w:t>
      </w:r>
      <w:r>
        <w:t>" ya rasool allah, a lam nikalamat aish bah na . ya rasool allah, a lam nikalamat aish bah na.</w:t>
      </w:r>
    </w:p>
    <w:p>
      <w:pPr>
        <w:jc w:val="right"/>
      </w:pPr>
      <w:r>
        <w:t>" یا رسول اللہ ، علم نیکلمات عیش بہ نا ۔ یارسولاللہ ،علم نیکلمات عیش بہ نا۔</w:t>
      </w:r>
    </w:p>
    <w:p>
      <w:r>
        <w:rPr>
          <w:b/>
        </w:rPr>
        <w:t xml:space="preserve">[50:37] </w:t>
      </w:r>
      <w:r>
        <w:t>wala tak sar ali an sa.</w:t>
      </w:r>
    </w:p>
    <w:p>
      <w:pPr>
        <w:jc w:val="right"/>
      </w:pPr>
      <w:r>
        <w:t>ولا تک سر علی ان سا۔</w:t>
      </w:r>
    </w:p>
    <w:p>
      <w:r>
        <w:rPr>
          <w:b/>
        </w:rPr>
        <w:t xml:space="preserve">[50:41] </w:t>
      </w:r>
      <w:r>
        <w:t>at means that: "O Prophet, give me a master advice by which I be able to manage all the affairs of my life.</w:t>
      </w:r>
    </w:p>
    <w:p>
      <w:pPr>
        <w:jc w:val="right"/>
      </w:pPr>
      <w:r>
        <w:t>اٹمینزدیٹ: "اوپرافٹ ،گیومیاماسٹرایڈوائس بائےوچ ائیبی ایبل ٹو می نج ال داافیئرزافمائیلائف۔</w:t>
      </w:r>
    </w:p>
    <w:p>
      <w:r>
        <w:rPr>
          <w:b/>
        </w:rPr>
        <w:t xml:space="preserve">[50:56] </w:t>
      </w:r>
      <w:r>
        <w:t>" prophet said: "la tagh dab, don't be angry ."</w:t>
      </w:r>
    </w:p>
    <w:p>
      <w:pPr>
        <w:jc w:val="right"/>
      </w:pPr>
      <w:r>
        <w:t>" پرافٹ سیڈ: "لا تغ ضب، ڈونٹ بی اینگری ۔"</w:t>
      </w:r>
    </w:p>
    <w:p>
      <w:r>
        <w:rPr>
          <w:b/>
        </w:rPr>
        <w:t xml:space="preserve">[51:06] </w:t>
      </w:r>
      <w:r>
        <w:t>now, what was the meaning of this sentence, the answer ?</w:t>
      </w:r>
    </w:p>
    <w:p>
      <w:pPr>
        <w:jc w:val="right"/>
      </w:pPr>
      <w:r>
        <w:t>ناو، واٹازدامیننگاف دسسینٹنس ، دسانسر ؟</w:t>
      </w:r>
    </w:p>
    <w:p>
      <w:r>
        <w:rPr>
          <w:b/>
        </w:rPr>
        <w:t xml:space="preserve">[51:14] </w:t>
      </w:r>
      <w:r>
        <w:t>at means "don't be angry when provoked."</w:t>
      </w:r>
    </w:p>
    <w:p>
      <w:pPr>
        <w:jc w:val="right"/>
      </w:pPr>
      <w:r>
        <w:t>اٹمینزدی ٹ: "ڈونٹبیاین گری ایونوینپرووک ڈ</w:t>
      </w:r>
    </w:p>
    <w:p>
      <w:r>
        <w:rPr>
          <w:b/>
        </w:rPr>
        <w:t xml:space="preserve">[51:22] </w:t>
      </w:r>
      <w:r>
        <w:t>, because in grace and outcome of provocation. "When there is provocation, there is an anger.</w:t>
      </w:r>
    </w:p>
    <w:p>
      <w:pPr>
        <w:jc w:val="right"/>
      </w:pPr>
      <w:r>
        <w:t>، بیکاز این گراز ایناؤٹکم اف پرووکی شن۔ "ویندیرازپرووکیشن،دیرازاین گر۔</w:t>
      </w:r>
    </w:p>
    <w:p>
      <w:r>
        <w:rPr>
          <w:b/>
        </w:rPr>
        <w:t xml:space="preserve">[51:32] </w:t>
      </w:r>
      <w:r>
        <w:t>without provocation, there is no anger.</w:t>
      </w:r>
    </w:p>
    <w:p>
      <w:pPr>
        <w:jc w:val="right"/>
      </w:pPr>
      <w:r>
        <w:t>وداؤٹ پرووکی شن ،دیرازنواین گر۔</w:t>
      </w:r>
    </w:p>
    <w:p>
      <w:r>
        <w:rPr>
          <w:b/>
        </w:rPr>
        <w:t xml:space="preserve">[51:41] </w:t>
      </w:r>
      <w:r>
        <w:t>yukanfain da min ho</w:t>
      </w:r>
    </w:p>
    <w:p>
      <w:pPr>
        <w:jc w:val="right"/>
      </w:pPr>
      <w:r>
        <w:t>یوکینٹفائن ڈا مین ہو</w:t>
      </w:r>
    </w:p>
    <w:p>
      <w:r>
        <w:rPr>
          <w:b/>
        </w:rPr>
        <w:t xml:space="preserve">[51:48] </w:t>
      </w:r>
      <w:r>
        <w:t>become angry without provocation. That's impossible. So, la taghdab, don't be angry means: "Don't be angry even when unprovoked."</w:t>
      </w:r>
    </w:p>
    <w:p>
      <w:pPr>
        <w:jc w:val="right"/>
      </w:pPr>
      <w:r>
        <w:t>بیکمزاین گری وداؤٹ پرووکی شن ۔اٹازامپوسیبل ۔سو،لا تغ ضب ،ڈونٹبیاینگری مینز :"ڈونٹبیاینگریایونوینپرو وکڈ۔</w:t>
      </w:r>
    </w:p>
    <w:p>
      <w:r>
        <w:rPr>
          <w:b/>
        </w:rPr>
        <w:t xml:space="preserve">[52:02] </w:t>
      </w:r>
      <w:r>
        <w:t>"Ayun in provocation situation, live without any anger.</w:t>
      </w:r>
    </w:p>
    <w:p>
      <w:pPr>
        <w:jc w:val="right"/>
      </w:pPr>
      <w:r>
        <w:t>" ایون ان پرو وکیٹوسچویشن، لیو وداؤٹاین گر۔</w:t>
      </w:r>
    </w:p>
    <w:p>
      <w:r>
        <w:rPr>
          <w:b/>
        </w:rPr>
        <w:t xml:space="preserve">[52:10] </w:t>
      </w:r>
      <w:r>
        <w:t>don't be in grievance: "in an unprovoked situation, you have to live as a person</w:t>
      </w:r>
    </w:p>
    <w:p>
      <w:pPr>
        <w:jc w:val="right"/>
      </w:pPr>
      <w:r>
        <w:t>ڈونٹبیاینگریمینز: "ایونانپرو وکیٹوسچویشن، یوہیوٹولیو ایز اپرسن</w:t>
      </w:r>
    </w:p>
    <w:p>
      <w:r>
        <w:rPr>
          <w:b/>
        </w:rPr>
        <w:t xml:space="preserve">[52:28] </w:t>
      </w:r>
      <w:r>
        <w:t>without anger. What is anger? Anger is a negative reaction in a situation.</w:t>
      </w:r>
    </w:p>
    <w:p>
      <w:pPr>
        <w:jc w:val="right"/>
      </w:pPr>
      <w:r>
        <w:t>وداؤٹ این گر۔"واٹاز اینگر ؟این گراز انیگیٹیو ریایک شن ان ا سچوی شن۔</w:t>
      </w:r>
    </w:p>
    <w:p>
      <w:r>
        <w:rPr>
          <w:b/>
        </w:rPr>
        <w:t xml:space="preserve">[52:40] </w:t>
      </w:r>
      <w:r>
        <w:t>In any situation, you have two options: either react negatively or give a positive response. In any situation, there are two options for you: negative reaction and positive reaction.</w:t>
      </w:r>
    </w:p>
    <w:p>
      <w:pPr>
        <w:jc w:val="right"/>
      </w:pPr>
      <w:r>
        <w:t>انایوریسچویشن،یوہیوٹواپشن:ایدر ریایکٹ نیگیٹیولی اور گیواپوزیٹیورسپانس۔ انایوریسچویشن،دیرارٹواپشنزفاریو: نیگیٹیو ریایکشن اینڈپوزیٹیوریایکشن۔</w:t>
      </w:r>
    </w:p>
    <w:p>
      <w:r>
        <w:rPr>
          <w:b/>
        </w:rPr>
        <w:t xml:space="preserve">[52:59] </w:t>
      </w:r>
      <w:r>
        <w:t>So, this advice means that: "Any situation, you have to give a positive response."</w:t>
      </w:r>
    </w:p>
    <w:p>
      <w:pPr>
        <w:jc w:val="right"/>
      </w:pPr>
      <w:r>
        <w:t>سو، دس ایڈوائس مینزدیٹ: "انایوریسچویشن،یوہیوٹوگیو پوزیٹیورسپانس۔"</w:t>
      </w:r>
    </w:p>
    <w:p>
      <w:r>
        <w:rPr>
          <w:b/>
        </w:rPr>
        <w:t xml:space="preserve">[53:11] </w:t>
      </w:r>
      <w:r>
        <w:t>din, it means that there are negative situations at times, at times there are negative experiences.</w:t>
      </w:r>
    </w:p>
    <w:p>
      <w:pPr>
        <w:jc w:val="right"/>
      </w:pPr>
      <w:r>
        <w:t>دین، اٹمینزدیٹ :"ایزدیرارنیگیٹیو سچویشنز ای وری ٹائم ،ایوریٹائمدیرار نیگیٹیو ایکسپیرینسز۔</w:t>
      </w:r>
    </w:p>
    <w:p>
      <w:r>
        <w:rPr>
          <w:b/>
        </w:rPr>
        <w:t xml:space="preserve">[53:26] </w:t>
      </w:r>
      <w:r>
        <w:t>" at a time, there are negative experiences.</w:t>
      </w:r>
    </w:p>
    <w:p>
      <w:pPr>
        <w:jc w:val="right"/>
      </w:pPr>
      <w:r>
        <w:t>"ای وریٹائم،دیرارنیگیٹیو ایکسپیرینسز۔</w:t>
      </w:r>
    </w:p>
    <w:p>
      <w:r>
        <w:rPr>
          <w:b/>
        </w:rPr>
        <w:t xml:space="preserve">[53:30] </w:t>
      </w:r>
      <w:r>
        <w:t>So, this hadith means that: "Turn the negative, turn the negative experience into positive." Live as a positive thinker, live with a positive mind and your situation.</w:t>
      </w:r>
    </w:p>
    <w:p>
      <w:pPr>
        <w:jc w:val="right"/>
      </w:pPr>
      <w:r>
        <w:t>سو، دسحدیثمینزدی ٹ :" ٹرندا نیگیٹیو، ٹرندا نیگیٹیو ایکسپیرینس انٹو پوزیٹیوتھا ٹ ۔"لیوایزاپوزیٹیوتھنکر ،لیوودپوزیٹیومائنڈ انایوریسچوی شن</w:t>
      </w:r>
    </w:p>
    <w:p>
      <w:r>
        <w:rPr>
          <w:b/>
        </w:rPr>
        <w:t xml:space="preserve">[53:57] </w:t>
      </w:r>
      <w:r>
        <w:t>I think it is the greatest formula of success. One who can live like this.</w:t>
      </w:r>
    </w:p>
    <w:p>
      <w:pPr>
        <w:jc w:val="right"/>
      </w:pPr>
      <w:r>
        <w:t>۔ ائیتھنکدیٹاٹازداگریٹسٹ فارمولا اف سکسیس ۔ ون ہو کینلیولائکدس ۔</w:t>
      </w:r>
    </w:p>
    <w:p>
      <w:r>
        <w:rPr>
          <w:b/>
        </w:rPr>
        <w:t xml:space="preserve">[54:12] </w:t>
      </w:r>
      <w:r>
        <w:t>one who is able to respond positively in a negative situation, he is a superman.</w:t>
      </w:r>
    </w:p>
    <w:p>
      <w:pPr>
        <w:jc w:val="right"/>
      </w:pPr>
      <w:r>
        <w:t>ون ہو ای بلٹو رسپانڈ پوزیٹیولی ایوناننیگیٹیوسچویشنز ،ہیازاسپرمین۔</w:t>
      </w:r>
    </w:p>
    <w:p>
      <w:r>
        <w:rPr>
          <w:b/>
        </w:rPr>
        <w:t xml:space="preserve">[54:23] </w:t>
      </w:r>
      <w:r>
        <w:t>hiyazabahatsixisful person .</w:t>
      </w:r>
    </w:p>
    <w:p>
      <w:pPr>
        <w:jc w:val="right"/>
      </w:pPr>
      <w:r>
        <w:t>ہیازابہت سکسیسفل پرسن ۔</w:t>
      </w:r>
    </w:p>
    <w:p>
      <w:r>
        <w:rPr>
          <w:b/>
        </w:rPr>
        <w:t xml:space="preserve">[54:27] </w:t>
      </w:r>
      <w:r>
        <w:t>You know, fear is the outcome of anger and success is the outcome of positive thinking.</w:t>
      </w:r>
    </w:p>
    <w:p>
      <w:pPr>
        <w:jc w:val="right"/>
      </w:pPr>
      <w:r>
        <w:t>یونو، فیل یر از اؤٹکماف این گر اینڈسکسیساز اؤٹکم اف پوزیٹیوتھنکنگ۔</w:t>
      </w:r>
    </w:p>
    <w:p>
      <w:r>
        <w:rPr>
          <w:b/>
        </w:rPr>
        <w:t xml:space="preserve">[54:39] </w:t>
      </w:r>
      <w:r>
        <w:t>to, this hadith gives you a master formula for living on this earth.</w:t>
      </w:r>
    </w:p>
    <w:p>
      <w:pPr>
        <w:jc w:val="right"/>
      </w:pPr>
      <w:r>
        <w:t>تو،دس حدیث گیوزیو اماسٹرفار مولا فار لیونگ اندسارتھ ۔</w:t>
      </w:r>
    </w:p>
    <w:p>
      <w:r>
        <w:rPr>
          <w:b/>
        </w:rPr>
        <w:t xml:space="preserve">[54:51] </w:t>
      </w:r>
      <w:r>
        <w:t>you live in a society, you can live in an island</w:t>
      </w:r>
    </w:p>
    <w:p>
      <w:pPr>
        <w:jc w:val="right"/>
      </w:pPr>
      <w:r>
        <w:t>یولیواناسوسائٹی ،یوکینٹلیو ان ا اناینڈایلینڈ</w:t>
      </w:r>
    </w:p>
    <w:p>
      <w:r>
        <w:rPr>
          <w:b/>
        </w:rPr>
        <w:t xml:space="preserve">[54:57] </w:t>
      </w:r>
      <w:r>
        <w:t>.You are part of a living society with other persons. So, whenever, whenever you live in a society, always there are some negative experiences.</w:t>
      </w:r>
    </w:p>
    <w:p>
      <w:pPr>
        <w:jc w:val="right"/>
      </w:pPr>
      <w:r>
        <w:t>۔یوارکمپیرٹولیواناسوسائٹی ودادرپرسنز۔ سو،ویندیرار ،وینیوار لیونگاناسوسائٹی، الویزدیرار سم نیگیٹیوایکسپیرینسز۔</w:t>
      </w:r>
    </w:p>
    <w:p>
      <w:r>
        <w:rPr>
          <w:b/>
        </w:rPr>
        <w:t xml:space="preserve">[55:15] </w:t>
      </w:r>
      <w:r>
        <w:t>nosusaiyiti iz so</w:t>
      </w:r>
    </w:p>
    <w:p>
      <w:pPr>
        <w:jc w:val="right"/>
      </w:pPr>
      <w:r>
        <w:t>نوسوسائٹی از سو</w:t>
      </w:r>
    </w:p>
    <w:p>
      <w:r>
        <w:rPr>
          <w:b/>
        </w:rPr>
        <w:t xml:space="preserve">[55:21] </w:t>
      </w:r>
      <w:r>
        <w:t>gud dit diraznoprablmz.</w:t>
      </w:r>
    </w:p>
    <w:p>
      <w:pPr>
        <w:jc w:val="right"/>
      </w:pPr>
      <w:r>
        <w:t>گڈ دیٹدیرازنو پرابلمز۔</w:t>
      </w:r>
    </w:p>
    <w:p>
      <w:r>
        <w:rPr>
          <w:b/>
        </w:rPr>
        <w:t xml:space="preserve">[55:26] </w:t>
      </w:r>
      <w:r>
        <w:t>problem or negativity is part of society, because everyone</w:t>
      </w:r>
    </w:p>
    <w:p>
      <w:pPr>
        <w:jc w:val="right"/>
      </w:pPr>
      <w:r>
        <w:t>پرابلم اور نیگیٹیوٹیاز پارٹافسوسائٹی، بیکاز ایوریون</w:t>
      </w:r>
    </w:p>
    <w:p>
      <w:r>
        <w:rPr>
          <w:b/>
        </w:rPr>
        <w:t xml:space="preserve">[55:37] </w:t>
      </w:r>
      <w:r>
        <w:t>enjoy freedom. And when one misuses his freedom,</w:t>
      </w:r>
    </w:p>
    <w:p>
      <w:pPr>
        <w:jc w:val="right"/>
      </w:pPr>
      <w:r>
        <w:t>انجوائے فریڈم۔ اینڈوین ون مس یوز ہزفریڈم،</w:t>
      </w:r>
    </w:p>
    <w:p>
      <w:r>
        <w:rPr>
          <w:b/>
        </w:rPr>
        <w:t xml:space="preserve">[55:47] </w:t>
      </w:r>
      <w:r>
        <w:t>It is a personal problem. It is a personal negativity.</w:t>
      </w:r>
    </w:p>
    <w:p>
      <w:pPr>
        <w:jc w:val="right"/>
      </w:pPr>
      <w:r>
        <w:t>اٹاز کریشناپرابلم۔ اٹازکریشنافنیگیٹیوٹی۔</w:t>
      </w:r>
    </w:p>
    <w:p>
      <w:r>
        <w:rPr>
          <w:b/>
        </w:rPr>
        <w:t xml:space="preserve">[55:54] </w:t>
      </w:r>
      <w:r>
        <w:t>so, every time and your society, there are negative situations. So, you have to adjust that kind of ability. You have to, you have to be able to convert the negative experience into positive thought.</w:t>
      </w:r>
    </w:p>
    <w:p>
      <w:pPr>
        <w:jc w:val="right"/>
      </w:pPr>
      <w:r>
        <w:t>سو، ای وری ٹائم انایوریسوسائٹی،دیرارنیگیٹیوسچویشنز۔ سو،یوہیوٹو اج سٹدیٹکائنڈافایبیلی ٹی ۔یوہیوٹو، یوہیوٹوبیایبل ٹو کنورٹ دا نیگیٹیوایکسپیرینس انٹوپوزیٹیوتھاٹ۔</w:t>
      </w:r>
    </w:p>
    <w:p>
      <w:r>
        <w:rPr>
          <w:b/>
        </w:rPr>
        <w:t xml:space="preserve">[56:16] </w:t>
      </w:r>
      <w:r>
        <w:t>and this is the greatest quality of a human being.</w:t>
      </w:r>
    </w:p>
    <w:p>
      <w:pPr>
        <w:jc w:val="right"/>
      </w:pPr>
      <w:r>
        <w:t>اینڈدسازداگریٹسٹ کوالٹیافاہیومنبینگ۔</w:t>
      </w:r>
    </w:p>
    <w:p>
      <w:r>
        <w:rPr>
          <w:b/>
        </w:rPr>
        <w:t xml:space="preserve">[56:23] </w:t>
      </w:r>
      <w:r>
        <w:t>greatest quality of human being.</w:t>
      </w:r>
    </w:p>
    <w:p>
      <w:pPr>
        <w:jc w:val="right"/>
      </w:pPr>
      <w:r>
        <w:t>گریٹسٹ کوالٹیاف ہیومنبین گ۔</w:t>
      </w:r>
    </w:p>
    <w:p>
      <w:r>
        <w:rPr>
          <w:b/>
        </w:rPr>
        <w:t xml:space="preserve">[56:29] </w:t>
      </w:r>
      <w:r>
        <w:t>then, when prophet migrated from mecca to madina, it was very difficult journey, because mecca was his hometown.</w:t>
      </w:r>
    </w:p>
    <w:p>
      <w:pPr>
        <w:jc w:val="right"/>
      </w:pPr>
      <w:r>
        <w:t>دین ، وین پرافٹ مائیگریٹڈفراممکہٹومدینہ، اٹوازویری ڈیفیکلٹجرنی ، بیکازمک ہوازہزہومٹاؤن۔</w:t>
      </w:r>
    </w:p>
    <w:p>
      <w:r>
        <w:rPr>
          <w:b/>
        </w:rPr>
        <w:t xml:space="preserve">[56:42] </w:t>
      </w:r>
      <w:r>
        <w:t>and due to some persecution, he was compelled to leave his hometown.</w:t>
      </w:r>
    </w:p>
    <w:p>
      <w:pPr>
        <w:jc w:val="right"/>
      </w:pPr>
      <w:r>
        <w:t>اینڈ ڈیوٹو سم پرسیکیوشن ،ہیوازکمپیلڈٹو لیو ہزہومٹاؤن۔</w:t>
      </w:r>
    </w:p>
    <w:p>
      <w:r>
        <w:rPr>
          <w:b/>
        </w:rPr>
        <w:t xml:space="preserve">[56:52] </w:t>
      </w:r>
      <w:r>
        <w:t>it was a very sad experience for the prophet. But, you know, when he reached to madina and he gave his first sermon to madina,</w:t>
      </w:r>
    </w:p>
    <w:p>
      <w:pPr>
        <w:jc w:val="right"/>
      </w:pPr>
      <w:r>
        <w:t>اٹواز ا ویری سیڈایکسپیرینس فارداپرافٹ ۔بٹ،یونو ، وینہی ریچٹ ومدینہ اینڈہیگیوہزفرسٹ سرمنٹومدینہ،</w:t>
      </w:r>
    </w:p>
    <w:p>
      <w:r>
        <w:rPr>
          <w:b/>
        </w:rPr>
        <w:t xml:space="preserve">[57:10] </w:t>
      </w:r>
      <w:r>
        <w:t>this sermon or this address is reported in book of sirah. Book of sirah</w:t>
      </w:r>
    </w:p>
    <w:p>
      <w:pPr>
        <w:jc w:val="right"/>
      </w:pPr>
      <w:r>
        <w:t>دسسرمن اوردسایڈریس از رپورٹڈ ان بکاف سیرہ۔ بکافسیر</w:t>
      </w:r>
    </w:p>
    <w:p>
      <w:r>
        <w:rPr>
          <w:b/>
        </w:rPr>
        <w:t xml:space="preserve">[57:20] </w:t>
      </w:r>
      <w:r>
        <w:t>h, all khutba khatam rasulullah fi al-madina. And under description, you can find this sermon. So, prophet, when prophet reached to madina, he never</w:t>
      </w:r>
    </w:p>
    <w:p>
      <w:pPr>
        <w:jc w:val="right"/>
      </w:pPr>
      <w:r>
        <w:t>ہ، اول خطبت ختم رسولاللہ فیالمدینہ۔انڈ رانڈردسکیپشن، یوکینفائنڈ دسسرمن۔ سو، پرافٹ، وینپرافٹریچٹومدینہ، ہی نیور</w:t>
      </w:r>
    </w:p>
    <w:p>
      <w:r>
        <w:rPr>
          <w:b/>
        </w:rPr>
        <w:t xml:space="preserve">[57:37] </w:t>
      </w:r>
      <w:r>
        <w:t>said all the negative. He never gave them any kind of negative report. He saved himself from all kind of negative reporting.</w:t>
      </w:r>
    </w:p>
    <w:p>
      <w:pPr>
        <w:jc w:val="right"/>
      </w:pPr>
      <w:r>
        <w:t>سیڈال دونی گیٹیو ۔ہینیور گیودیم اینیکائنڈافنیگیٹیورپورٹ۔ ہی سیوڈہمسیلففرامالکائنڈافنیگیٹیورپورٹنگ۔</w:t>
      </w:r>
    </w:p>
    <w:p>
      <w:r>
        <w:rPr>
          <w:b/>
        </w:rPr>
        <w:t xml:space="preserve">[57:51] </w:t>
      </w:r>
      <w:r>
        <w:t>he never said about all the persecutions, all the atrocities, or the enmities. No, not at all.</w:t>
      </w:r>
    </w:p>
    <w:p>
      <w:pPr>
        <w:jc w:val="right"/>
      </w:pPr>
      <w:r>
        <w:t>ہینیورسیڈ اباؤٹالدو پرسیکیوشنز، ال دو اٹروسیٹیز، اوردو اینمی ٹیز۔نو،ناٹایٹال ۔</w:t>
      </w:r>
    </w:p>
    <w:p>
      <w:r>
        <w:rPr>
          <w:b/>
        </w:rPr>
        <w:t xml:space="preserve">[58:04] </w:t>
      </w:r>
      <w:r>
        <w:t>instead of these kind of negative stories, he said when he wanted to address madina people, he said: "O</w:t>
      </w:r>
    </w:p>
    <w:p>
      <w:pPr>
        <w:jc w:val="right"/>
      </w:pPr>
      <w:r>
        <w:t>انسٹیڈاف دیز کائنڈاف نیگیٹیوسٹوریز،ہی سیڈو ین ہی وانٹڈٹوایڈریس مدینہپیپل،ہیسیڈ: "اے</w:t>
      </w:r>
    </w:p>
    <w:p>
      <w:r>
        <w:rPr>
          <w:b/>
        </w:rPr>
        <w:t xml:space="preserve">[58:22] </w:t>
      </w:r>
      <w:r>
        <w:t>people, save yourself from the fire of hell."</w:t>
      </w:r>
    </w:p>
    <w:p>
      <w:pPr>
        <w:jc w:val="right"/>
      </w:pPr>
      <w:r>
        <w:t>پی پل،سیویورسیلففرامدافائراف ہیل۔"</w:t>
      </w:r>
    </w:p>
    <w:p>
      <w:r>
        <w:rPr>
          <w:b/>
        </w:rPr>
        <w:t xml:space="preserve">[58:28] </w:t>
      </w:r>
      <w:r>
        <w:t>O people, save yourself of the fire of hell.</w:t>
      </w:r>
    </w:p>
    <w:p>
      <w:pPr>
        <w:jc w:val="right"/>
      </w:pPr>
      <w:r>
        <w:t>او پیپل ، سیویورسیلف افدافائرافہیل۔</w:t>
      </w:r>
    </w:p>
    <w:p>
      <w:r>
        <w:rPr>
          <w:b/>
        </w:rPr>
        <w:t xml:space="preserve">[58:34] </w:t>
      </w:r>
      <w:r>
        <w:t>here is a very important point. It means that prophet of Islam was completely free of all the negative thinking.</w:t>
      </w:r>
    </w:p>
    <w:p>
      <w:pPr>
        <w:jc w:val="right"/>
      </w:pPr>
      <w:r>
        <w:t>ہیرازاویریامپورٹنٹپوائنٹ ۔اٹمینزدیٹ پرافٹاف اسلام واز کمپلیٹلی فریافال دو نیگیٹیو تھنکنگ۔</w:t>
      </w:r>
    </w:p>
    <w:p>
      <w:r>
        <w:rPr>
          <w:b/>
        </w:rPr>
        <w:t xml:space="preserve">[58:48] </w:t>
      </w:r>
      <w:r>
        <w:t>although he faced so many, so much negativity in mecca, between he reached madina,</w:t>
      </w:r>
    </w:p>
    <w:p>
      <w:pPr>
        <w:jc w:val="right"/>
      </w:pPr>
      <w:r>
        <w:t>الد وہی فیس سو مین، سو مچنیگیٹیوٹی انمک ہ، بٹوینہی ریچمدینہ،</w:t>
      </w:r>
    </w:p>
    <w:p>
      <w:r>
        <w:rPr>
          <w:b/>
        </w:rPr>
        <w:t xml:space="preserve">[58:58] </w:t>
      </w:r>
      <w:r>
        <w:t>he never reported all the negative news. But simply, he said: "O people, save yourself from the fire of hell." Only a positive thinker can say like this</w:t>
      </w:r>
    </w:p>
    <w:p>
      <w:pPr>
        <w:jc w:val="right"/>
      </w:pPr>
      <w:r>
        <w:t>ہی نیور رپورٹڈال دو نیگیٹیو نیوز۔ بٹ سمپلی،ہیسیڈ: "اوپیپل ، سیویورسیلف فرامدیفائراف ہیل۔" اونلی اپوزیٹیوتھنکرکینسےلائکدس</w:t>
      </w:r>
    </w:p>
    <w:p>
      <w:r>
        <w:rPr>
          <w:b/>
        </w:rPr>
        <w:t xml:space="preserve">[59:16] </w:t>
      </w:r>
      <w:r>
        <w:t>. Only a person whose heart was completely free of all the negative stories, he can address like this.</w:t>
      </w:r>
    </w:p>
    <w:p>
      <w:pPr>
        <w:jc w:val="right"/>
      </w:pPr>
      <w:r>
        <w:t>۔اونلیاپرسن ہو ہارٹوازکمپلیٹلی فریافال دو نیگیٹیوسٹوریز، ہی کین ایڈریسلائکدس۔</w:t>
      </w:r>
    </w:p>
    <w:p>
      <w:r>
        <w:rPr>
          <w:b/>
        </w:rPr>
        <w:t xml:space="preserve">[59:29] </w:t>
      </w:r>
      <w:r>
        <w:t>so, by this example, we find a very very important principle.</w:t>
      </w:r>
    </w:p>
    <w:p>
      <w:pPr>
        <w:jc w:val="right"/>
      </w:pPr>
      <w:r>
        <w:t>سو،بائےدسایگزامپل، وی فائنڈا ویریویریامپورٹنٹ پرنسپل۔</w:t>
      </w:r>
    </w:p>
    <w:p>
      <w:r>
        <w:rPr>
          <w:b/>
        </w:rPr>
        <w:t xml:space="preserve">[59:41] </w:t>
      </w:r>
      <w:r>
        <w:t>this principle is that: you have to live with positivity.</w:t>
      </w:r>
    </w:p>
    <w:p>
      <w:pPr>
        <w:jc w:val="right"/>
      </w:pPr>
      <w:r>
        <w:t>دسپرنسپلازدیٹ :یوہیوٹولیوودپوزیٹیو ٹی۔</w:t>
      </w:r>
    </w:p>
    <w:p>
      <w:r>
        <w:rPr>
          <w:b/>
        </w:rPr>
        <w:t xml:space="preserve">[59:47] </w:t>
      </w:r>
      <w:r>
        <w:t>this is the secret of secret of success. And although mecca people expelled him from his hometown, but you know, after this expulsion,</w:t>
      </w:r>
    </w:p>
    <w:p>
      <w:pPr>
        <w:jc w:val="right"/>
      </w:pPr>
      <w:r>
        <w:t>دسازداسیکرٹافسیکرٹافسکسیس۔ اینڈ الدو میکن پیپل ایکسپیلڈہم فرامہزہومٹاؤن، بٹ یونو، افٹر دس ایکسپلژن،</w:t>
      </w:r>
    </w:p>
    <w:p>
      <w:r>
        <w:rPr>
          <w:b/>
        </w:rPr>
        <w:t xml:space="preserve">[1:00:04] </w:t>
      </w:r>
      <w:r>
        <w:t>prophet was able to open new chapter of Islam history</w:t>
      </w:r>
    </w:p>
    <w:p>
      <w:pPr>
        <w:jc w:val="right"/>
      </w:pPr>
      <w:r>
        <w:t>پرافٹ وازایبل ٹو او پننی وچیپٹراف اسلام کہسٹری</w:t>
      </w:r>
    </w:p>
    <w:p>
      <w:r>
        <w:rPr>
          <w:b/>
        </w:rPr>
        <w:t xml:space="preserve">[1:00:11] </w:t>
      </w:r>
      <w:r>
        <w:t>. Various reason, madina became the stronghold of Islam, stronghold of his religion.</w:t>
      </w:r>
    </w:p>
    <w:p>
      <w:pPr>
        <w:jc w:val="right"/>
      </w:pPr>
      <w:r>
        <w:t>۔ ویریسون، مدینہ بیکم دیسٹرانگہولڈاف اسلام ، سٹرانگہولڈاف ہز اف ہزریلیجن۔</w:t>
      </w:r>
    </w:p>
    <w:p>
      <w:r>
        <w:rPr>
          <w:b/>
        </w:rPr>
        <w:t xml:space="preserve">[1:00:23] </w:t>
      </w:r>
      <w:r>
        <w:t>although mecca people wanted to end his history, wanted to wanted to finish his mission</w:t>
      </w:r>
    </w:p>
    <w:p>
      <w:pPr>
        <w:jc w:val="right"/>
      </w:pPr>
      <w:r>
        <w:t>الدو میکنپیپل وانٹڈٹو اینڈہزہسٹری ،وانٹڈٹو وانٹڈٹوفنش ہز مشن</w:t>
      </w:r>
    </w:p>
    <w:p>
      <w:r>
        <w:rPr>
          <w:b/>
        </w:rPr>
        <w:t xml:space="preserve">[1:00:38] </w:t>
      </w:r>
      <w:r>
        <w:t>, but he saved himself from all kind of negative thought. He never yielded himself in negative actions against mecca people, negative speeches, negative planning,</w:t>
      </w:r>
    </w:p>
    <w:p>
      <w:pPr>
        <w:jc w:val="right"/>
      </w:pPr>
      <w:r>
        <w:t>،بٹ ہی سی وڈہمسیلف فرامال کائنڈافنیگیٹیوتھاٹ۔ ہی نیور انڈ یلڈہمسیلف ان نیگیٹیو ایکشنزاگینسٹ میکنپیپل ، نیگیٹیو سپیچز،نیگیٹیوپلاننگ،</w:t>
      </w:r>
    </w:p>
    <w:p>
      <w:r>
        <w:rPr>
          <w:b/>
        </w:rPr>
        <w:t xml:space="preserve">[1:00:58] </w:t>
      </w:r>
      <w:r>
        <w:t>all the negative activities</w:t>
      </w:r>
    </w:p>
    <w:p>
      <w:pPr>
        <w:jc w:val="right"/>
      </w:pPr>
      <w:r>
        <w:t>ال دو نیگیٹیوایکٹیویٹیز</w:t>
      </w:r>
    </w:p>
    <w:p>
      <w:r>
        <w:rPr>
          <w:b/>
        </w:rPr>
        <w:t xml:space="preserve">[1:01:03] </w:t>
      </w:r>
      <w:r>
        <w:t>so, he refered from, he refered himself from all the negative activities against me, but he engaged himself completely in positive activities,</w:t>
      </w:r>
    </w:p>
    <w:p>
      <w:pPr>
        <w:jc w:val="right"/>
      </w:pPr>
      <w:r>
        <w:t>۔سو،ہیریفرنڈفر ام، ہیریفرنڈہمسیلف فرامال دو نیگیٹیوایکٹیویٹیزاگینسٹ می کنپیپل، بٹ ہی انگیجڈ ہمسیلف کمپلیٹلی ان پ وزیٹیو ایکٹیویٹیز،</w:t>
      </w:r>
    </w:p>
    <w:p>
      <w:r>
        <w:rPr>
          <w:b/>
        </w:rPr>
        <w:t xml:space="preserve">[1:01:22] </w:t>
      </w:r>
      <w:r>
        <w:t>in positive thinking, positive speaking, positive activities, positive behaviour. so, this proof to be the greatest success .</w:t>
      </w:r>
    </w:p>
    <w:p>
      <w:pPr>
        <w:jc w:val="right"/>
      </w:pPr>
      <w:r>
        <w:t>انپوزیٹیوتھنکنگ، پوزیٹیو سپیک نگ، پوزیٹیوایکٹیویٹیز،پوزیٹیوبیہیویئر۔ سو، دسپروف ٹوبی داگریٹسٹسکسیس ۔</w:t>
      </w:r>
    </w:p>
    <w:p>
      <w:r>
        <w:rPr>
          <w:b/>
        </w:rPr>
        <w:t xml:space="preserve">[1:01:37] </w:t>
      </w:r>
      <w:r>
        <w:t>he offered a very important example that: if you want to achieve success, you want to be a super achiever.</w:t>
      </w:r>
    </w:p>
    <w:p>
      <w:pPr>
        <w:jc w:val="right"/>
      </w:pPr>
      <w:r>
        <w:t>ہیریوفائنڈا ویری امپورٹنٹ ایگزامپل دیٹ:افیووانٹٹو اچیو سکسیس ،یووانٹٹوبی اسپراچیور ۔</w:t>
      </w:r>
    </w:p>
    <w:p>
      <w:r>
        <w:rPr>
          <w:b/>
        </w:rPr>
        <w:t xml:space="preserve">[1:01:52] </w:t>
      </w:r>
      <w:r>
        <w:t>if you want to be a super achiever, make yourself positive thinker, save yourself from all kind of negativity.</w:t>
      </w:r>
    </w:p>
    <w:p>
      <w:pPr>
        <w:jc w:val="right"/>
      </w:pPr>
      <w:r>
        <w:t>افیووانٹٹوبیاسپراچیور، میکیورسیلف پوزیٹیوتھنکر، سیویورسیلففرامالکائنڈاف نیگیٹیوٹی۔</w:t>
      </w:r>
    </w:p>
    <w:p>
      <w:r>
        <w:rPr>
          <w:b/>
        </w:rPr>
        <w:t xml:space="preserve">[1:02:05] </w:t>
      </w:r>
      <w:r>
        <w:t>so, positive thinking is the key to success.</w:t>
      </w:r>
    </w:p>
    <w:p>
      <w:pPr>
        <w:jc w:val="right"/>
      </w:pPr>
      <w:r>
        <w:t>سو، پوزیٹیوتھنکنگ ازداکیٹوال سکسیس۔</w:t>
      </w:r>
    </w:p>
    <w:p>
      <w:r>
        <w:rPr>
          <w:b/>
        </w:rPr>
        <w:t xml:space="preserve">[1:02:12] </w:t>
      </w:r>
      <w:r>
        <w:t>the example of the prophet gives a very important lesson.</w:t>
      </w:r>
    </w:p>
    <w:p>
      <w:pPr>
        <w:jc w:val="right"/>
      </w:pPr>
      <w:r>
        <w:t>دا ایگزامپلافداپرافٹ گیواس اویریامپورٹنٹلیسن۔</w:t>
      </w:r>
    </w:p>
    <w:p>
      <w:r>
        <w:rPr>
          <w:b/>
        </w:rPr>
        <w:t xml:space="preserve">[1:02:21] </w:t>
      </w:r>
      <w:r>
        <w:t>you know, an american scholar,</w:t>
      </w:r>
    </w:p>
    <w:p>
      <w:pPr>
        <w:jc w:val="right"/>
      </w:pPr>
      <w:r>
        <w:t>یونو، این امریک ن سکالر،</w:t>
      </w:r>
    </w:p>
    <w:p>
      <w:r>
        <w:rPr>
          <w:b/>
        </w:rPr>
        <w:t xml:space="preserve">[1:02:28] </w:t>
      </w:r>
      <w:r>
        <w:t>his name was doctor michael hart . he published a book "the hundred</w:t>
      </w:r>
    </w:p>
    <w:p>
      <w:pPr>
        <w:jc w:val="right"/>
      </w:pPr>
      <w:r>
        <w:t>ہزنیمواز ڈاکٹر مائیکلہارٹ ۔ ہیپ بلشب ک "داہنڈرڈ</w:t>
      </w:r>
    </w:p>
    <w:p>
      <w:r>
        <w:rPr>
          <w:b/>
        </w:rPr>
        <w:t xml:space="preserve">[1:02:35] </w:t>
      </w:r>
      <w:r>
        <w:t>" . and this book, he listed hundred great men of history,</w:t>
      </w:r>
    </w:p>
    <w:p>
      <w:pPr>
        <w:jc w:val="right"/>
      </w:pPr>
      <w:r>
        <w:t>"۔اندسبک،ہی ل سٹڈ ہنڈرڈ گریٹ میناف ہسٹری،</w:t>
      </w:r>
    </w:p>
    <w:p>
      <w:r>
        <w:rPr>
          <w:b/>
        </w:rPr>
        <w:t xml:space="preserve">[1:02:44] </w:t>
      </w:r>
      <w:r>
        <w:t>but he put</w:t>
      </w:r>
    </w:p>
    <w:p>
      <w:pPr>
        <w:jc w:val="right"/>
      </w:pPr>
      <w:r>
        <w:t>بٹ ہی پٹ</w:t>
      </w:r>
    </w:p>
    <w:p>
      <w:r>
        <w:rPr>
          <w:b/>
        </w:rPr>
        <w:t xml:space="preserve">[1:02:49] </w:t>
      </w:r>
      <w:r>
        <w:t>prophet of islam at the top . he says in this book that: "muhammad was supremely successful man</w:t>
      </w:r>
    </w:p>
    <w:p>
      <w:pPr>
        <w:jc w:val="right"/>
      </w:pPr>
      <w:r>
        <w:t>پرافٹاف اسلام داٹاپ ۔ہی سیزاندسبکدیٹ :"محمد واز سپریملی سکسیسفل مین</w:t>
      </w:r>
    </w:p>
    <w:p>
      <w:r>
        <w:rPr>
          <w:b/>
        </w:rPr>
        <w:t xml:space="preserve">[1:02:59] </w:t>
      </w:r>
      <w:r>
        <w:t>in history." he failed to give the real reason why he was so successful, why muhammad was supremely successful man in history. why he failed to give this, give the answer to this question.</w:t>
      </w:r>
    </w:p>
    <w:p>
      <w:pPr>
        <w:jc w:val="right"/>
      </w:pPr>
      <w:r>
        <w:t>ان ہسٹری۔"ہیفیلڈٹوگیو دا ریلریزن وائیہیوازسو سکسیسفل ، وائیمحمد وازسپریملیسکسیسفل مینانہسٹری۔وائیہی فیلڈٹو گیو دس ،گیودا انسر ٹودسکوسچن۔</w:t>
      </w:r>
    </w:p>
    <w:p>
      <w:r>
        <w:rPr>
          <w:b/>
        </w:rPr>
        <w:t xml:space="preserve">[1:03:17] </w:t>
      </w:r>
      <w:r>
        <w:t>according to my study, i can say the three reasons was that muhammad was the greatest positive thinker, greatest positive thinker</w:t>
      </w:r>
    </w:p>
    <w:p>
      <w:pPr>
        <w:jc w:val="right"/>
      </w:pPr>
      <w:r>
        <w:t>اکارڈنگٹومائیسٹڈی،ائیکینسے دی ٹ ر یزنوازدیٹمحمد واز دا گریٹسٹ پوزیٹیوتھنکر، گریٹسٹپوزیٹیوتھنکر</w:t>
      </w:r>
    </w:p>
    <w:p>
      <w:r>
        <w:rPr>
          <w:b/>
        </w:rPr>
        <w:t xml:space="preserve">[1:03:28] </w:t>
      </w:r>
      <w:r>
        <w:t>. quran says about the prophet of islam: "laqad kana lakum fi rasulillahi uswatun hasanah." and the prophet of islam, there is a very good example for you.</w:t>
      </w:r>
    </w:p>
    <w:p>
      <w:pPr>
        <w:jc w:val="right"/>
      </w:pPr>
      <w:r>
        <w:t>۔قر آنسیزاباؤٹداپرافٹاف اسلام :" لقدکانعلیکمفیرسول اللہ حس نۃالحسن۔"انداپرافٹاف اسلام ، دیراز اویریگڈایگزامپلفار یو۔</w:t>
      </w:r>
    </w:p>
    <w:p>
      <w:r>
        <w:rPr>
          <w:b/>
        </w:rPr>
        <w:t xml:space="preserve">[1:03:40] </w:t>
      </w:r>
      <w:r>
        <w:t>this verse addressed to all mankind, not simply to muslims . no, all mankind.</w:t>
      </w:r>
    </w:p>
    <w:p>
      <w:pPr>
        <w:jc w:val="right"/>
      </w:pPr>
      <w:r>
        <w:t>دس ورس ایڈریس ٹوالمینکائنڈ ، ناٹسمپلی ٹومسلم ز۔ نو، ال مینکائنڈ۔</w:t>
      </w:r>
    </w:p>
    <w:p>
      <w:r>
        <w:rPr>
          <w:b/>
        </w:rPr>
        <w:t xml:space="preserve">[1:03:50] </w:t>
      </w:r>
      <w:r>
        <w:t>this verse says that prophet of islam is good example</w:t>
      </w:r>
    </w:p>
    <w:p>
      <w:pPr>
        <w:jc w:val="right"/>
      </w:pPr>
      <w:r>
        <w:t>دسورسسیزدیٹ پرافٹاف اسلامازگڈایگزامپل</w:t>
      </w:r>
    </w:p>
    <w:p>
      <w:r>
        <w:rPr>
          <w:b/>
        </w:rPr>
        <w:t xml:space="preserve">[1:03:56] </w:t>
      </w:r>
      <w:r>
        <w:t>and the sense that he gave you the formula of supreme success. he gave formula of super achievement, and that formula is based on positivity.</w:t>
      </w:r>
    </w:p>
    <w:p>
      <w:pPr>
        <w:jc w:val="right"/>
      </w:pPr>
      <w:r>
        <w:t>اندا سینس دی ٹ ہی گیویو دا فارمولااف سپریمسکسیس۔ہیگیویوفارمولااف سپراچیومنٹ ،اینڈدیٹفارمولاازبیسڈان پوزیٹیو ٹی۔</w:t>
      </w:r>
    </w:p>
    <w:p>
      <w:r>
        <w:rPr>
          <w:b/>
        </w:rPr>
        <w:t xml:space="preserve">[1:04:13] </w:t>
      </w:r>
      <w:r>
        <w:t>make yourself positive thinker, and you will be the greatest achiever .</w:t>
      </w:r>
    </w:p>
    <w:p>
      <w:pPr>
        <w:jc w:val="right"/>
      </w:pPr>
      <w:r>
        <w:t>می کیورسیلف پوزیٹیوتھنکر، اینڈ یوویلبیداگریٹسٹ اچی ور ۔</w:t>
      </w:r>
    </w:p>
    <w:p>
      <w:r>
        <w:rPr>
          <w:b/>
        </w:rPr>
        <w:t xml:space="preserve">[1:04:28] </w:t>
      </w:r>
      <w:r>
        <w:t>and positive thinking means removing all the negative thoughts from your heart.</w:t>
      </w:r>
    </w:p>
    <w:p>
      <w:pPr>
        <w:jc w:val="right"/>
      </w:pPr>
      <w:r>
        <w:t>اینڈپوزیٹیوتھنکنگمینز ر یموونگ ال دو نیگیٹیوتھاٹسفرامیورہارٹ۔</w:t>
      </w:r>
    </w:p>
    <w:p>
      <w:r>
        <w:rPr>
          <w:b/>
        </w:rPr>
        <w:t xml:space="preserve">[1:04:40] </w:t>
      </w:r>
      <w:r>
        <w:t>all the advance society, all the world, you will experience different kind of negative things, but you have to save yourself from negative feelings. you have to live as a positive thinker in completeness of the world.</w:t>
      </w:r>
    </w:p>
    <w:p>
      <w:pPr>
        <w:jc w:val="right"/>
      </w:pPr>
      <w:r>
        <w:t>الدوانس وسائٹی ، الدواندسورلڈ ،یوویل ایکسپیرینس ڈفرنٹکائنڈاف نیگیٹیو تھنگز ،بٹ یوہیوٹوسیویورسیلففرامنیگیٹیو فیل نگز۔یوہیوٹولیوایزا پوزیٹیوتھنکر انکمپلیٹسینسافداورلڈ۔</w:t>
      </w:r>
    </w:p>
    <w:p>
      <w:r>
        <w:rPr>
          <w:b/>
        </w:rPr>
        <w:t xml:space="preserve">[1:05:05] </w:t>
      </w:r>
      <w:r>
        <w:t>this is the formula of supreme success.</w:t>
      </w:r>
    </w:p>
    <w:p>
      <w:pPr>
        <w:jc w:val="right"/>
      </w:pPr>
      <w:r>
        <w:t>دسازدا فارمولااف سپریمسکسیس۔</w:t>
      </w:r>
    </w:p>
    <w:p>
      <w:r>
        <w:rPr>
          <w:b/>
        </w:rPr>
        <w:t xml:space="preserve">[1:05:09] </w:t>
      </w:r>
      <w:r>
        <w:t>this is the formula of super achievement. then, there is also a very important example in the prophet of islam, that is love.</w:t>
      </w:r>
    </w:p>
    <w:p>
      <w:pPr>
        <w:jc w:val="right"/>
      </w:pPr>
      <w:r>
        <w:t>دسازدافارمولاافسپریماچیومنٹ۔دین،دیرازالس و اویریامپورٹنٹایگزامپلانداپرافٹاف اسلام ، دیٹاز لو۔</w:t>
      </w:r>
    </w:p>
    <w:p>
      <w:r>
        <w:rPr>
          <w:b/>
        </w:rPr>
        <w:t xml:space="preserve">[1:05:18] </w:t>
      </w:r>
      <w:r>
        <w:t>love to all . love to all is the greatest example and the prophet of islam. here, i would like to narrate a story of the prophet of islam .</w:t>
      </w:r>
    </w:p>
    <w:p>
      <w:pPr>
        <w:jc w:val="right"/>
      </w:pPr>
      <w:r>
        <w:t>لو ٹوال ۔لو ٹوال ازداگریٹسٹایگزامپل انداپرافٹاف اسلام۔ہیر،ائیوڈلائکٹو نیریٹاسٹوریافداپرافٹاف اسلام ۔</w:t>
      </w:r>
    </w:p>
    <w:p>
      <w:r>
        <w:rPr>
          <w:b/>
        </w:rPr>
        <w:t xml:space="preserve">[1:05:32] </w:t>
      </w:r>
      <w:r>
        <w:t>this story is reported by al-bukhari,</w:t>
      </w:r>
    </w:p>
    <w:p>
      <w:pPr>
        <w:jc w:val="right"/>
      </w:pPr>
      <w:r>
        <w:t>دس سٹوریاز رپورٹڈ بائی البخاری ،</w:t>
      </w:r>
    </w:p>
    <w:p>
      <w:r>
        <w:rPr>
          <w:b/>
        </w:rPr>
        <w:t xml:space="preserve">[1:05:39] </w:t>
      </w:r>
      <w:r>
        <w:t>very authentic reporter . so, in his book "sahih al-bukhari", here reports that one day the prophet of islam was sitting some place in medina.</w:t>
      </w:r>
    </w:p>
    <w:p>
      <w:pPr>
        <w:jc w:val="right"/>
      </w:pPr>
      <w:r>
        <w:t>ویریاتھین ٹکرپورٹر ۔ سو، انہزبک"صحیح البخاری"، ہیرپورٹسدیٹ ون ڈے دا پرافٹاف اسلام واز سیٹنگسم پلیس ان مدینہ۔</w:t>
      </w:r>
    </w:p>
    <w:p>
      <w:r>
        <w:rPr>
          <w:b/>
        </w:rPr>
        <w:t xml:space="preserve">[1:05:58] </w:t>
      </w:r>
      <w:r>
        <w:t>so, at that time, there were some jooish tribes in medina. so, what happened</w:t>
      </w:r>
    </w:p>
    <w:p>
      <w:pPr>
        <w:jc w:val="right"/>
      </w:pPr>
      <w:r>
        <w:t>سو، ایٹدیٹٹائم،دیروارسم جوئسٹرائبس انمدینہ۔ سو،واٹہیپنڈ</w:t>
      </w:r>
    </w:p>
    <w:p>
      <w:r>
        <w:rPr>
          <w:b/>
        </w:rPr>
        <w:t xml:space="preserve">[1:06:08] </w:t>
      </w:r>
      <w:r>
        <w:t>? prophet saw a funeral procession passing through a street before him. when prophet saw that funeral procession, he stood up in respect. he was seated at that time, and sensing that funeral, he stood up in respect.</w:t>
      </w:r>
    </w:p>
    <w:p>
      <w:pPr>
        <w:jc w:val="right"/>
      </w:pPr>
      <w:r>
        <w:t>؟ پرافٹ سا افیونرلپروسیشن پاسنگتھرو اسٹریٹ بیفورہم۔ وینپرافٹسا دیٹ فیونرلپروسی شن ،ہی اسٹوڈاپانریسپیکٹ ۔ہی وازسیٹڈایٹداٹائم ،اینڈانسیئنگدیٹ فیونرل ،ہیاسٹوڈاپانریسپیکٹ۔</w:t>
      </w:r>
    </w:p>
    <w:p>
      <w:r>
        <w:rPr>
          <w:b/>
        </w:rPr>
        <w:t xml:space="preserve">[1:06:35] </w:t>
      </w:r>
      <w:r>
        <w:t>some of his companions said: "o prophet, it was funeral of a jew. " it means it was funeral of a non-muslim, and not a muslim.</w:t>
      </w:r>
    </w:p>
    <w:p>
      <w:pPr>
        <w:jc w:val="right"/>
      </w:pPr>
      <w:r>
        <w:t>سمافہزکمپینین سیڈ: "اوپرافٹ، اٹواز فیونرلافاجو ۔ "اٹمینز اٹوازفیونرلافانانمسلم ،اینڈناٹامسلم ۔</w:t>
      </w:r>
    </w:p>
    <w:p>
      <w:r>
        <w:rPr>
          <w:b/>
        </w:rPr>
        <w:t xml:space="preserve">[1:06:48] </w:t>
      </w:r>
      <w:r>
        <w:t>so, why this respect? the prophet said: "all is نفس, was he not a human being?</w:t>
      </w:r>
    </w:p>
    <w:p>
      <w:pPr>
        <w:jc w:val="right"/>
      </w:pPr>
      <w:r>
        <w:t>سو،وائی دس ریسپیکٹ ؟داپرافٹسیڈ: "ال یس نفس ، وازہی ناٹاہیومنبین گ ۔</w:t>
      </w:r>
    </w:p>
    <w:p>
      <w:r>
        <w:rPr>
          <w:b/>
        </w:rPr>
        <w:t xml:space="preserve">[1:07:01] </w:t>
      </w:r>
      <w:r>
        <w:t>"here, you can see that prophet discovered commonality between himself and that jew, and that jew's body.</w:t>
      </w:r>
    </w:p>
    <w:p>
      <w:pPr>
        <w:jc w:val="right"/>
      </w:pPr>
      <w:r>
        <w:t>"ہیر،یوکینسی دیٹپرافٹ ڈسکور ڈاکامنلٹی بٹوینہمسیلفاینڈدیٹجو ، اینڈدیٹجوئسباڈی۔</w:t>
      </w:r>
    </w:p>
    <w:p>
      <w:r>
        <w:rPr>
          <w:b/>
        </w:rPr>
        <w:t xml:space="preserve">[1:07:11] </w:t>
      </w:r>
      <w:r>
        <w:t>so, this is the formula of love all. love to all</w:t>
      </w:r>
    </w:p>
    <w:p>
      <w:pPr>
        <w:jc w:val="right"/>
      </w:pPr>
      <w:r>
        <w:t>تو،دسازدافارمولااف لو ال ۔لو ٹوال</w:t>
      </w:r>
    </w:p>
    <w:p>
      <w:r>
        <w:rPr>
          <w:b/>
        </w:rPr>
        <w:t xml:space="preserve">[1:07:20] </w:t>
      </w:r>
      <w:r>
        <w:t>. the prophet exemplifies that you have to love not only your own people, not only your community, but you have to extend your love to all, all mankind.</w:t>
      </w:r>
    </w:p>
    <w:p>
      <w:pPr>
        <w:jc w:val="right"/>
      </w:pPr>
      <w:r>
        <w:t>۔ داپرافٹایگزامپلازدیٹ یوہیوٹو لو ناٹاونلی یوراونپی پل،ناٹاونلییورکمیونٹی ،بٹیوہیوٹوایکسٹینڈیورلوٹوال ،ال مینکائنڈ۔</w:t>
      </w:r>
    </w:p>
    <w:p>
      <w:r>
        <w:rPr>
          <w:b/>
        </w:rPr>
        <w:t xml:space="preserve">[1:07:35] </w:t>
      </w:r>
      <w:r>
        <w:t>you have to find love in your heart towards all mankind, all humanity.</w:t>
      </w:r>
    </w:p>
    <w:p>
      <w:pPr>
        <w:jc w:val="right"/>
      </w:pPr>
      <w:r>
        <w:t>یوہیوٹو فائنڈ لو انیورہارٹ ٹوورڈز ال مینکائنڈ، ال ہیومینٹی۔</w:t>
      </w:r>
    </w:p>
    <w:p>
      <w:r>
        <w:rPr>
          <w:b/>
        </w:rPr>
        <w:t xml:space="preserve">[1:07:46] </w:t>
      </w:r>
      <w:r>
        <w:t xml:space="preserve">we revere important, because you know, love is the greatest power. </w:t>
      </w:r>
    </w:p>
    <w:p>
      <w:pPr>
        <w:jc w:val="right"/>
      </w:pPr>
      <w:r>
        <w:t>وی ریویریامپورٹنٹ، بیکاز یونو ،لو از داگریٹسٹپ اور ۔</w:t>
      </w:r>
    </w:p>
    <w:p>
      <w:r>
        <w:rPr>
          <w:b/>
        </w:rPr>
        <w:t xml:space="preserve">[1:07:55] </w:t>
      </w:r>
      <w:r>
        <w:t>by love, you can conquer any of your enemy. by love, you can conquer any of your enemy.</w:t>
      </w:r>
    </w:p>
    <w:p>
      <w:pPr>
        <w:jc w:val="right"/>
      </w:pPr>
      <w:r>
        <w:t>بائیلو ، یوکین کان کر ایونیوراین می۔ بائیلو،یوکین کانکرایونیوراین می۔</w:t>
      </w:r>
    </w:p>
    <w:p>
      <w:r>
        <w:rPr>
          <w:b/>
        </w:rPr>
        <w:t xml:space="preserve">[1:08:08] </w:t>
      </w:r>
      <w:r>
        <w:t>there is a verse in quran: "o prophet, do good in return for bad deeds."</w:t>
      </w:r>
    </w:p>
    <w:p>
      <w:pPr>
        <w:jc w:val="right"/>
      </w:pPr>
      <w:r>
        <w:t>دیراز ا ورسانداقرآن :"اوپرافٹ ،ڈوگڈڈیڈ انریٹرنفار بیڈڈیڈ۔"</w:t>
      </w:r>
    </w:p>
    <w:p>
      <w:r>
        <w:rPr>
          <w:b/>
        </w:rPr>
        <w:t xml:space="preserve">[1:08:18] </w:t>
      </w:r>
      <w:r>
        <w:t>o prophet, do good in return for bad deeds, and you will find that your enemy has become your dearest friend.</w:t>
      </w:r>
    </w:p>
    <w:p>
      <w:pPr>
        <w:jc w:val="right"/>
      </w:pPr>
      <w:r>
        <w:t>اوپرافٹ، ڈوگڈ ڈیڈ انریٹرنفار بیڈڈیڈ، اینڈ یوویلفائنڈدیٹ یوراین می ہیزبیکمیورڈیئرسٹفر ینڈ۔</w:t>
      </w:r>
    </w:p>
    <w:p>
      <w:r>
        <w:rPr>
          <w:b/>
        </w:rPr>
        <w:t xml:space="preserve">[1:08:36] </w:t>
      </w:r>
      <w:r>
        <w:t>can only have him, your enemy has become your dearest friend</w:t>
      </w:r>
    </w:p>
    <w:p>
      <w:pPr>
        <w:jc w:val="right"/>
      </w:pPr>
      <w:r>
        <w:t>کان ولی حم یم، یوراینمیہیزبیکمیورڈیئرسٹفرینڈ</w:t>
      </w:r>
    </w:p>
    <w:p>
      <w:r>
        <w:rPr>
          <w:b/>
        </w:rPr>
        <w:t xml:space="preserve">[1:08:43] </w:t>
      </w:r>
      <w:r>
        <w:t>. it means that</w:t>
      </w:r>
    </w:p>
    <w:p>
      <w:pPr>
        <w:jc w:val="right"/>
      </w:pPr>
      <w:r>
        <w:t>۔ اٹمینزدیٹا</w:t>
      </w:r>
    </w:p>
    <w:p>
      <w:r>
        <w:rPr>
          <w:b/>
        </w:rPr>
        <w:t xml:space="preserve">[1:08:47] </w:t>
      </w:r>
      <w:r>
        <w:t>according to this instruction, according to this revelation</w:t>
      </w:r>
    </w:p>
    <w:p>
      <w:pPr>
        <w:jc w:val="right"/>
      </w:pPr>
      <w:r>
        <w:t>کارڈنگٹودس انسٹرکشن،اکارڈنگٹو دس ریولیشن</w:t>
      </w:r>
    </w:p>
    <w:p>
      <w:r>
        <w:rPr>
          <w:b/>
        </w:rPr>
        <w:t xml:space="preserve">[1:08:57] </w:t>
      </w:r>
      <w:r>
        <w:t>, and may your enemy may your potential friend. so, turn potential into actual.</w:t>
      </w:r>
    </w:p>
    <w:p>
      <w:pPr>
        <w:jc w:val="right"/>
      </w:pPr>
      <w:r>
        <w:t>، این میاز یوراین میازیورپوٹینشلفر ینڈ۔ سو، ٹرندسپوٹینشلانٹوایکچول۔</w:t>
      </w:r>
    </w:p>
    <w:p>
      <w:r>
        <w:rPr>
          <w:b/>
        </w:rPr>
        <w:t xml:space="preserve">[1:09:09] </w:t>
      </w:r>
      <w:r>
        <w:t>find friend out of an enemy. what a great idea!</w:t>
      </w:r>
    </w:p>
    <w:p>
      <w:pPr>
        <w:jc w:val="right"/>
      </w:pPr>
      <w:r>
        <w:t>فائنڈ فر ینڈ اؤٹاف اینمی ٹی۔ واٹاگریٹائیڈیا!</w:t>
      </w:r>
    </w:p>
    <w:p>
      <w:r>
        <w:rPr>
          <w:b/>
        </w:rPr>
        <w:t xml:space="preserve">[1:09:21] </w:t>
      </w:r>
      <w:r>
        <w:t>don't fight</w:t>
      </w:r>
    </w:p>
    <w:p>
      <w:pPr>
        <w:jc w:val="right"/>
      </w:pPr>
      <w:r>
        <w:t>ڈونٹ فائٹ</w:t>
      </w:r>
    </w:p>
    <w:p>
      <w:r>
        <w:rPr>
          <w:b/>
        </w:rPr>
        <w:t xml:space="preserve">[1:09:26] </w:t>
      </w:r>
      <w:r>
        <w:t>, but love to your enemy. don't try to kill your enemy.</w:t>
      </w:r>
    </w:p>
    <w:p>
      <w:pPr>
        <w:jc w:val="right"/>
      </w:pPr>
      <w:r>
        <w:t>،بٹ لو ٹویوراین می۔ ڈونٹٹرائیٹوکل یوراین می۔</w:t>
      </w:r>
    </w:p>
    <w:p>
      <w:r>
        <w:rPr>
          <w:b/>
        </w:rPr>
        <w:t xml:space="preserve">[1:09:36] </w:t>
      </w:r>
      <w:r>
        <w:t>try to capture your enemy by love, by the power of love.</w:t>
      </w:r>
    </w:p>
    <w:p>
      <w:pPr>
        <w:jc w:val="right"/>
      </w:pPr>
      <w:r>
        <w:t>ٹرائیٹوکیپچریوراینمیبائی لو،بائیداپاوراف لو۔</w:t>
      </w:r>
    </w:p>
    <w:p>
      <w:r>
        <w:rPr>
          <w:b/>
        </w:rPr>
        <w:t xml:space="preserve">[1:09:44] </w:t>
      </w:r>
      <w:r>
        <w:t xml:space="preserve">this is the great great example of the prophet of islam. </w:t>
      </w:r>
    </w:p>
    <w:p>
      <w:pPr>
        <w:jc w:val="right"/>
      </w:pPr>
      <w:r>
        <w:t>دسازدا گریٹگریٹ ایگزامپلافدا پرافٹاف اسلام ۔</w:t>
      </w:r>
    </w:p>
    <w:p>
      <w:r>
        <w:rPr>
          <w:b/>
        </w:rPr>
        <w:t xml:space="preserve">[1:09:52] </w:t>
      </w:r>
      <w:r>
        <w:t>so, when he says, when he said that: "all is نفس "about that jew's body, that was he not a human being. it means that i have to love.</w:t>
      </w:r>
    </w:p>
    <w:p>
      <w:pPr>
        <w:jc w:val="right"/>
      </w:pPr>
      <w:r>
        <w:t>سو،وینہیسیز، وینہی سیڈدیٹ :"ال یس نفس "اباؤٹدیٹ جوئسباڈی، دیٹوازہی ناٹاہیومنبین گ ۔اٹمینزدیٹ ائیہیوٹولو۔</w:t>
      </w:r>
    </w:p>
    <w:p>
      <w:r>
        <w:rPr>
          <w:b/>
        </w:rPr>
        <w:t xml:space="preserve">[1:10:14] </w:t>
      </w:r>
      <w:r>
        <w:t>i find, it means that i find love towards all human being,</w:t>
      </w:r>
    </w:p>
    <w:p>
      <w:pPr>
        <w:jc w:val="right"/>
      </w:pPr>
      <w:r>
        <w:t>ائیفائنڈ ،اٹمینزدیٹائیفائنڈلو ٹوورڈز ال ہیومنبین گ،</w:t>
      </w:r>
    </w:p>
    <w:p>
      <w:r>
        <w:rPr>
          <w:b/>
        </w:rPr>
        <w:t xml:space="preserve">[1:10:21] </w:t>
      </w:r>
      <w:r>
        <w:t>not only towards my community, not only towards my followers, but towards christians, towards jews, towards all people, regardless whether they are they belonging to this religion or that religion.</w:t>
      </w:r>
    </w:p>
    <w:p>
      <w:pPr>
        <w:jc w:val="right"/>
      </w:pPr>
      <w:r>
        <w:t>ناٹاونلیٹوورڈزمائیکمیون ٹی، ناٹاونلیٹوورڈزمائیفالوورز، بٹٹوورڈزکرسچنز، ٹوورڈزجو، ٹوورڈزال پیپل ،انریگارڈس ویدردےار دےبیلنگٹودسریلیجناوردیٹریلیجن۔</w:t>
      </w:r>
    </w:p>
    <w:p>
      <w:r>
        <w:rPr>
          <w:b/>
        </w:rPr>
        <w:t xml:space="preserve">[1:10:40] </w:t>
      </w:r>
      <w:r>
        <w:t xml:space="preserve">this was the power of the prophet of islam. </w:t>
      </w:r>
    </w:p>
    <w:p>
      <w:pPr>
        <w:jc w:val="right"/>
      </w:pPr>
      <w:r>
        <w:t>دسوازداپاوراف داپرافٹاف اسلام ۔</w:t>
      </w:r>
    </w:p>
    <w:p>
      <w:r>
        <w:rPr>
          <w:b/>
        </w:rPr>
        <w:t xml:space="preserve">[1:10:46] </w:t>
      </w:r>
      <w:r>
        <w:t>so, doctor michael hart only sees this that he was the supreme successful man in history.</w:t>
      </w:r>
    </w:p>
    <w:p>
      <w:pPr>
        <w:jc w:val="right"/>
      </w:pPr>
      <w:r>
        <w:t>سو،ڈاکٹرمائیکلہارٹ اونلی سیز دس دی ٹ ہی واز دا سپریملیسکسیسفل مینانہسٹری۔</w:t>
      </w:r>
    </w:p>
    <w:p>
      <w:r>
        <w:rPr>
          <w:b/>
        </w:rPr>
        <w:t xml:space="preserve">[1:10:55] </w:t>
      </w:r>
      <w:r>
        <w:t>but when we read his life, his sayings, we find that his the secret of his success was that his heart was full of love.</w:t>
      </w:r>
    </w:p>
    <w:p>
      <w:pPr>
        <w:jc w:val="right"/>
      </w:pPr>
      <w:r>
        <w:t>بٹ وینوی ریڈہزلائف ، ہزسیئنگز،وی فائنڈ دیٹ ہز دا سیکرٹافہزسکسیسواز دیٹ ہزہارٹوازفل افلو۔</w:t>
      </w:r>
    </w:p>
    <w:p>
      <w:r>
        <w:rPr>
          <w:b/>
        </w:rPr>
        <w:t xml:space="preserve">[1:11:12] </w:t>
      </w:r>
      <w:r>
        <w:t>when we read his sayings, when we read his life, when we studied his behaviors, we find that the secret of his achievement, secret of his super success was that his heart was full of love, full of compassion.</w:t>
      </w:r>
    </w:p>
    <w:p>
      <w:pPr>
        <w:jc w:val="right"/>
      </w:pPr>
      <w:r>
        <w:t>وینویریڈہزسیئنگز، وینویریڈہزلائف ،وینوی سٹڈیہزبیہیویئرز، وی فائنڈ دیٹ دا سیکرٹاف ہزسپراچیومنٹ ،سیکرٹاف ہز سپرسکسیسواز دی ٹ ہزہارٹوازفل افلو ، فلاف کمپیشن ۔</w:t>
      </w:r>
    </w:p>
    <w:p>
      <w:r>
        <w:rPr>
          <w:b/>
        </w:rPr>
        <w:t xml:space="preserve">[1:11:36] </w:t>
      </w:r>
      <w:r>
        <w:t>he was a great thinker, he was a great lover,</w:t>
      </w:r>
    </w:p>
    <w:p>
      <w:pPr>
        <w:jc w:val="right"/>
      </w:pPr>
      <w:r>
        <w:t>ہیوازاگریٹتھنکر ،ہیوازاگریٹ لوور،</w:t>
      </w:r>
    </w:p>
    <w:p>
      <w:r>
        <w:rPr>
          <w:b/>
        </w:rPr>
        <w:t xml:space="preserve">[1:11:42] </w:t>
      </w:r>
      <w:r>
        <w:t>he was a great,</w:t>
      </w:r>
    </w:p>
    <w:p>
      <w:pPr>
        <w:jc w:val="right"/>
      </w:pPr>
      <w:r>
        <w:t>ہی واز اگریٹ،</w:t>
      </w:r>
    </w:p>
    <w:p>
      <w:r>
        <w:rPr>
          <w:b/>
        </w:rPr>
        <w:t xml:space="preserve">[1:11:50] </w:t>
      </w:r>
      <w:r>
        <w:t>he was a great</w:t>
      </w:r>
    </w:p>
    <w:p>
      <w:pPr>
        <w:jc w:val="right"/>
      </w:pPr>
      <w:r>
        <w:t>ہیواز اگریٹ</w:t>
      </w:r>
    </w:p>
    <w:p>
      <w:r>
        <w:rPr>
          <w:b/>
        </w:rPr>
        <w:t xml:space="preserve">[1:11:55] </w:t>
      </w:r>
      <w:r>
        <w:t>lover. so, he was a lover of all, a lover of all, and i think that one who is a lover of all, he is.</w:t>
      </w:r>
    </w:p>
    <w:p>
      <w:pPr>
        <w:jc w:val="right"/>
      </w:pPr>
      <w:r>
        <w:t>ویلوشر۔ تو،ہیوازویل و شرٹوال ، ویلوشرٹوال، اینڈائیتھنکدیٹ ون ہوازویلوشرٹوال ،ہی ہے۔</w:t>
      </w:r>
    </w:p>
    <w:p>
      <w:r>
        <w:rPr>
          <w:b/>
        </w:rPr>
        <w:t xml:space="preserve">[1:12:10] </w:t>
      </w:r>
      <w:r>
        <w:t>or does the god</w:t>
      </w:r>
    </w:p>
    <w:p>
      <w:pPr>
        <w:jc w:val="right"/>
      </w:pPr>
      <w:r>
        <w:t>اوردساز داگ</w:t>
      </w:r>
    </w:p>
    <w:p>
      <w:r>
        <w:rPr>
          <w:b/>
        </w:rPr>
        <w:t xml:space="preserve">[1:12:11] </w:t>
      </w:r>
      <w:r>
        <w:t>greatest power. by loving, you can capture every human being, even your enemy.</w:t>
      </w:r>
    </w:p>
    <w:p>
      <w:pPr>
        <w:jc w:val="right"/>
      </w:pPr>
      <w:r>
        <w:t>ریٹسٹ پاور۔بائیویلوشنگ،یوکینکیپچر ای وری ہیومنبینگ، ایونیوراین می۔</w:t>
      </w:r>
    </w:p>
    <w:p>
      <w:r>
        <w:rPr>
          <w:b/>
        </w:rPr>
        <w:t xml:space="preserve">[1:12:22] </w:t>
      </w:r>
      <w:r>
        <w:t>you know, jesus christ had said: "love your enemy". the same teaching was given by the prophet of islam.</w:t>
      </w:r>
    </w:p>
    <w:p>
      <w:pPr>
        <w:jc w:val="right"/>
      </w:pPr>
      <w:r>
        <w:t>یونو، جیسکرائسٹہیڈسیڈ: "لو یوراین می"۔ دا سیمٹیچنگواز گیونبائیداپرافٹاف اسلام ۔</w:t>
      </w:r>
    </w:p>
    <w:p>
      <w:r>
        <w:rPr>
          <w:b/>
        </w:rPr>
        <w:t xml:space="preserve">[1:12:33] </w:t>
      </w:r>
      <w:r>
        <w:t>love your enemy means capture your enemy by the power of love.</w:t>
      </w:r>
    </w:p>
    <w:p>
      <w:pPr>
        <w:jc w:val="right"/>
      </w:pPr>
      <w:r>
        <w:t>لویوراین میمینز کیپچریوراین می بائیداپاوراف لو۔</w:t>
      </w:r>
    </w:p>
    <w:p>
      <w:r>
        <w:rPr>
          <w:b/>
        </w:rPr>
        <w:t xml:space="preserve">[1:12:41] </w:t>
      </w:r>
      <w:r>
        <w:t>so, as the teaching of quran, so was the teaching of the prophet of islam. love is the basis of all religions, including islam.</w:t>
      </w:r>
    </w:p>
    <w:p>
      <w:pPr>
        <w:jc w:val="right"/>
      </w:pPr>
      <w:r>
        <w:t>سو،از دا ٹیچنگافقرآن، سوازداٹیچنگافداپرافٹاف اسلام ۔ لو از دابیس اف ال ریلیجنز،انکلوڈنگ اسلام ۔</w:t>
      </w:r>
    </w:p>
    <w:p>
      <w:r>
        <w:rPr>
          <w:b/>
        </w:rPr>
        <w:t xml:space="preserve">[1:12:57] </w:t>
      </w:r>
      <w:r>
        <w:t>this is the quran, this is the islam, this is the religion of islam.</w:t>
      </w:r>
    </w:p>
    <w:p>
      <w:pPr>
        <w:jc w:val="right"/>
      </w:pPr>
      <w:r>
        <w:t>دسازداقرآن، دسازدا اسلام ،دسازداریلیجناف اسلام ۔</w:t>
      </w:r>
    </w:p>
    <w:p>
      <w:r>
        <w:rPr>
          <w:b/>
        </w:rPr>
        <w:t xml:space="preserve">[1:13:04] </w:t>
      </w:r>
      <w:r>
        <w:t>so, i would like to say that if you want to know what is islam, you have to see the prophet, you have to read quran, you have to read hadith.</w:t>
      </w:r>
    </w:p>
    <w:p>
      <w:pPr>
        <w:jc w:val="right"/>
      </w:pPr>
      <w:r>
        <w:t>سو، ائیوڈلائکٹوسیدی ٹ اف یووانٹٹونو واٹاز اسلام ،یوہیوٹوسی دا پرافٹ،یوہیوٹوریڈ الق رآن، یوہیوٹو ریڈ الحدیث ۔</w:t>
      </w:r>
    </w:p>
    <w:p>
      <w:r>
        <w:rPr>
          <w:b/>
        </w:rPr>
        <w:t xml:space="preserve">[1:13:21] </w:t>
      </w:r>
      <w:r>
        <w:t>you will, you have to</w:t>
      </w:r>
    </w:p>
    <w:p>
      <w:pPr>
        <w:jc w:val="right"/>
      </w:pPr>
      <w:r>
        <w:t>یوویل ،یوہیوٹو</w:t>
      </w:r>
    </w:p>
    <w:p>
      <w:r>
        <w:rPr>
          <w:b/>
        </w:rPr>
        <w:t xml:space="preserve">[1:13:26] </w:t>
      </w:r>
      <w:r>
        <w:t>find the picture of islam in the scriptures of islam.</w:t>
      </w:r>
    </w:p>
    <w:p>
      <w:pPr>
        <w:jc w:val="right"/>
      </w:pPr>
      <w:r>
        <w:t>فائنڈ داپکچراف اسلام اندی سکرپچرز اف اسلام ۔</w:t>
      </w:r>
    </w:p>
    <w:p>
      <w:r>
        <w:rPr>
          <w:b/>
        </w:rPr>
        <w:t xml:space="preserve">[1:13:40] </w:t>
      </w:r>
      <w:r>
        <w:t>if you read quran and hadith, you will, you will, you will see that quran is a religion of love, islam is a religion of love, islam is a religion of compassion,</w:t>
      </w:r>
    </w:p>
    <w:p>
      <w:pPr>
        <w:jc w:val="right"/>
      </w:pPr>
      <w:r>
        <w:t>اف یوریڈقرآناینڈحدیث،یوویل ،یوویل، یوویل سی دیٹ قرآنازر یلیجنافلو ، اسلام از ریلیجنافلو، اسلامازریلیجنافکمپیشن،</w:t>
      </w:r>
    </w:p>
    <w:p>
      <w:r>
        <w:rPr>
          <w:b/>
        </w:rPr>
        <w:t xml:space="preserve">[1:13:55] </w:t>
      </w:r>
      <w:r>
        <w:t>islam is a religion of humanity, islam teaches universal brotherhood.</w:t>
      </w:r>
    </w:p>
    <w:p>
      <w:pPr>
        <w:jc w:val="right"/>
      </w:pPr>
      <w:r>
        <w:t>اسلام از ریلیجناف ہیومین ٹی، اسلام ٹیچز یونیورسل برادر ہوڈ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