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Khaja Kaleemuddin 12 Sept. 2021</w:t>
      </w:r>
    </w:p>
    <w:p>
      <w:r>
        <w:t>https://www.youtube.com/watch?v=qruke_zvBZU</w:t>
      </w:r>
    </w:p>
    <w:p>
      <w:r>
        <w:rPr>
          <w:b/>
        </w:rPr>
        <w:t xml:space="preserve">[00:11] </w:t>
      </w:r>
      <w:r>
        <w:t>Assalam o Alaikum, ah, today again we have the opportunity to have with us CPS USA chapter head Khwaja Kaleemuddin sahib.</w:t>
      </w:r>
    </w:p>
    <w:p>
      <w:pPr>
        <w:jc w:val="right"/>
      </w:pPr>
      <w:r>
        <w:t>السلام علیکم، آہ، today again we have the opportunity to have with us CPS USA چیپٹر ہیڈ خواجہ کلیم الدین صاحب۔</w:t>
      </w:r>
    </w:p>
    <w:p>
      <w:r>
        <w:rPr>
          <w:b/>
        </w:rPr>
        <w:t xml:space="preserve">[00:20] </w:t>
      </w:r>
      <w:r>
        <w:t>Two weeks back, ah, we did a conversation with him talking about his journey of marifat, his lifelong association with CPS International founder Maulana Wahiduddin Khan sahib, and setting up of CPS USA chapter and the amazing work that CPS USA team is doing.</w:t>
      </w:r>
    </w:p>
    <w:p>
      <w:pPr>
        <w:jc w:val="right"/>
      </w:pPr>
      <w:r>
        <w:t>Two weeks back، آہ، we did a conversation with him talking about his journey of معرفت، his lifelong association with CPS International founder مولانا وحید الدین خان صاحب، and setting up of CPS USA چیپٹر and the amazing work that CPS USA team is doing.</w:t>
      </w:r>
    </w:p>
    <w:p>
      <w:r>
        <w:rPr>
          <w:b/>
        </w:rPr>
        <w:t xml:space="preserve">[00:40] </w:t>
      </w:r>
      <w:r>
        <w:t>Many of you, uh, asked to do one more session with him, and so here we are today. Today we will discuss, uh, a very important subject which is on political interpretation of Islam and da'wah work.</w:t>
      </w:r>
    </w:p>
    <w:p>
      <w:pPr>
        <w:jc w:val="right"/>
      </w:pPr>
      <w:r>
        <w:t>Many of you, uh, asked to do one more session with him, and so here we are today. Today we will discuss, uh, a very important subject which is on political interpretation of Islam and دعویٰ work۔</w:t>
      </w:r>
    </w:p>
    <w:p>
      <w:r>
        <w:rPr>
          <w:b/>
        </w:rPr>
        <w:t xml:space="preserve">[00:53] </w:t>
      </w:r>
      <w:r>
        <w:t>To chaliye phir se baat cheet karte hain Kaleem sahib ke sath. Assalam o Alaikum Kaleem sahib.</w:t>
      </w:r>
    </w:p>
    <w:p>
      <w:pPr>
        <w:jc w:val="right"/>
      </w:pPr>
      <w:r>
        <w:t>تو چلیے پھر سے بات چیت کرتے ہیں کلیم صاحب کے ساتھ۔ السلام علیکم کلیم صاحب۔</w:t>
      </w:r>
    </w:p>
    <w:p>
      <w:r>
        <w:rPr>
          <w:b/>
        </w:rPr>
        <w:t xml:space="preserve">[00:59] </w:t>
      </w:r>
      <w:r>
        <w:t>wa alaikum assalam. aap kaise hain? alhamdulillah, bohat achhe hain. alhamdulillah. aah, kaleem sahib, sab se pehla jo sawal hai woh to yahi hai ke, aah, political interpretation ka basis kya hai?</w:t>
      </w:r>
    </w:p>
    <w:p>
      <w:pPr>
        <w:jc w:val="right"/>
      </w:pPr>
      <w:r>
        <w:t>وعلیکم السلام۔ آپ کیسے ہیں؟ الحمدللہ، بہت اچھے ہیں۔ الحمدللہ۔ آہ، کلیم صاحب، سب سے پہلا جو سوال ہے وہ تو یہی ہے کہ، آہ، political interpretation کا basis کیا ہے؟</w:t>
      </w:r>
    </w:p>
    <w:p>
      <w:r>
        <w:rPr>
          <w:b/>
        </w:rPr>
        <w:t xml:space="preserve">[01:11] </w:t>
      </w:r>
      <w:r>
        <w:t>is ko agar aap wazeh karen.</w:t>
      </w:r>
    </w:p>
    <w:p>
      <w:pPr>
        <w:jc w:val="right"/>
      </w:pPr>
      <w:r>
        <w:t>اس کو اگر آپ واضح کریں۔</w:t>
      </w:r>
    </w:p>
    <w:p>
      <w:r>
        <w:rPr>
          <w:b/>
        </w:rPr>
        <w:t xml:space="preserve">[01:13] </w:t>
      </w:r>
      <w:r>
        <w:t>waise to quran o hadith mein political interpretation ki koi basis nahi hai. koi direct ayat jo hai nusus se, matlab, hukum milta hai ke jo hai, jis tarah political interpretation,</w:t>
      </w:r>
    </w:p>
    <w:p>
      <w:pPr>
        <w:jc w:val="right"/>
      </w:pPr>
      <w:r>
        <w:t>ویسے تو قرآن و حدیث میں political interpretation کی کوئی basis نہیں ہے۔ کوئی direct آیت جو ہے نصوص سے، مطلب، حکم ملتا ہے کہ جو ہے، جس طرح political interpretation،</w:t>
      </w:r>
    </w:p>
    <w:p>
      <w:r>
        <w:rPr>
          <w:b/>
        </w:rPr>
        <w:t xml:space="preserve">[01:28] </w:t>
      </w:r>
      <w:r>
        <w:t>aah, kiya gaya hai, is tarah ka koi saboot jo hai</w:t>
      </w:r>
    </w:p>
    <w:p>
      <w:pPr>
        <w:jc w:val="right"/>
      </w:pPr>
      <w:r>
        <w:t>آہ، کیا گیا ہے، اس طرح کا کوئی ثبوت جو ہے</w:t>
      </w:r>
    </w:p>
    <w:p>
      <w:r>
        <w:rPr>
          <w:b/>
        </w:rPr>
        <w:t xml:space="preserve">[01:32] </w:t>
      </w:r>
      <w:r>
        <w:t>nahi milta hai. aah, lekin, aah, is ko, aah, nahi, yeh interpretation wajood mein aaya us waqt ke halaat ke lehaz se.</w:t>
      </w:r>
    </w:p>
    <w:p>
      <w:pPr>
        <w:jc w:val="right"/>
      </w:pPr>
      <w:r>
        <w:t>نہیں ملتا ہے۔ آہ، لیکن، آہ، اس کو، آہ، نہیں، یہ interpretation وجود میں آیا اس وقت کے حالات کے لحاظ سے۔</w:t>
      </w:r>
    </w:p>
    <w:p>
      <w:r>
        <w:rPr>
          <w:b/>
        </w:rPr>
        <w:t xml:space="preserve">[01:48] </w:t>
      </w:r>
      <w:r>
        <w:t>aah, contemporary halaat jo hain, aah,</w:t>
      </w:r>
    </w:p>
    <w:p>
      <w:pPr>
        <w:jc w:val="right"/>
      </w:pPr>
      <w:r>
        <w:t>آہ، contemporary حالات جو ہیں، آہ،</w:t>
      </w:r>
    </w:p>
    <w:p>
      <w:r>
        <w:rPr>
          <w:b/>
        </w:rPr>
        <w:t xml:space="preserve">[01:52] </w:t>
      </w:r>
      <w:r>
        <w:t>woh yeh the ke jo hai nation states wajood mein aa rahi thin aur maghribi qaumein muslim qaumon par ghalib ho rahi thin aur communism bohat famous, aah, is ki ideology chal rahi thi.</w:t>
      </w:r>
    </w:p>
    <w:p>
      <w:pPr>
        <w:jc w:val="right"/>
      </w:pPr>
      <w:r>
        <w:t>وہ یہ تھے کہ جو ہے nation states وجود میں آ رہی تھیں اور مغربی قومیں مسلم قوموں پر غالب ہو رہی تھیں اور communism بہت famous، آہ، اس کی ideology چل رہی تھی۔</w:t>
      </w:r>
    </w:p>
    <w:p>
      <w:r>
        <w:rPr>
          <w:b/>
        </w:rPr>
        <w:t xml:space="preserve">[02:10] </w:t>
      </w:r>
      <w:r>
        <w:t>to is ke reaction mein,</w:t>
      </w:r>
    </w:p>
    <w:p>
      <w:pPr>
        <w:jc w:val="right"/>
      </w:pPr>
      <w:r>
        <w:t>تو اس کے reaction میں،</w:t>
      </w:r>
    </w:p>
    <w:p>
      <w:r>
        <w:rPr>
          <w:b/>
        </w:rPr>
        <w:t xml:space="preserve">[02:13] </w:t>
      </w:r>
      <w:r>
        <w:t>aah, ulama ne, aah, ek ta'beer pesh ki islam ki jo us waqt ke halaat ke mutabiq thi.</w:t>
      </w:r>
    </w:p>
    <w:p>
      <w:pPr>
        <w:jc w:val="right"/>
      </w:pPr>
      <w:r>
        <w:t>آہ، علماء نے، آہ، ایک تعبیر پیش کی اسلام کی جو اس وقت کے حالات کے مطابق تھی۔</w:t>
      </w:r>
    </w:p>
    <w:p>
      <w:r>
        <w:rPr>
          <w:b/>
        </w:rPr>
        <w:t xml:space="preserve">[02:26] </w:t>
      </w:r>
      <w:r>
        <w:t>ji. lekin agar woh, yaani is ko quran mein madah kah gaya hai, imitation. so imitation ke taur par, aah, is ko is ke,</w:t>
      </w:r>
    </w:p>
    <w:p>
      <w:pPr>
        <w:jc w:val="right"/>
      </w:pPr>
      <w:r>
        <w:t>جی۔ لیکن اگر وہ، یعنی اس کو قرآن میں مداحت کہا گیا ہے، imitation۔ So imitation کے طور پر، آہ، اس کو اس کے،</w:t>
      </w:r>
    </w:p>
    <w:p>
      <w:r>
        <w:rPr>
          <w:b/>
        </w:rPr>
        <w:t xml:space="preserve">[02:39] </w:t>
      </w:r>
      <w:r>
        <w:t>aah, mumasil batane ke liye islam ko yeh interpretation kiya gaya.</w:t>
      </w:r>
    </w:p>
    <w:p>
      <w:pPr>
        <w:jc w:val="right"/>
      </w:pPr>
      <w:r>
        <w:t>آہ، مماثل بتانے کے لیے اسلام کو یہ interpretation کیا گیا۔</w:t>
      </w:r>
    </w:p>
    <w:p>
      <w:r>
        <w:rPr>
          <w:b/>
        </w:rPr>
        <w:t xml:space="preserve">[02:45] </w:t>
      </w:r>
      <w:r>
        <w:t>ji. ji. aah, kaleem sahib, aah, lekin, aah, is ko negative kyun, aah, mana jata hai? kyunke aksar log yeh bhi kehte hain ke, aah, politics per se is important, aah, because it is required to administer nations and people.</w:t>
      </w:r>
    </w:p>
    <w:p>
      <w:pPr>
        <w:jc w:val="right"/>
      </w:pPr>
      <w:r>
        <w:t>جی۔ جی۔ آہ، کلیم صاحب، آہ، لیکن، آہ، اس کو negative کیوں، آہ، مانا جاتا ہے؟ کیونکہ اکثر لوگ یہ بھی کہتے ہیں کہ، آہ، politics per se is important، آہ، because it is required to administer nations and people۔</w:t>
      </w:r>
    </w:p>
    <w:p>
      <w:r>
        <w:rPr>
          <w:b/>
        </w:rPr>
        <w:t xml:space="preserve">[03:01] </w:t>
      </w:r>
      <w:r>
        <w:t>so what is wrong with this, aah, aah, political interpretation? why is it wrong? is se pehle mein is, is, aah, sawal ka jawab doon, yeh bataoon, political interpretation hai kya cheez?</w:t>
      </w:r>
    </w:p>
    <w:p>
      <w:pPr>
        <w:jc w:val="right"/>
      </w:pPr>
      <w:r>
        <w:t>So what is wrong with this, آہ، آہ، political interpretation؟ Why is it wrong؟ اس سے پہلے میں اس، اس، آہ، سوال کا جواب دوں، یہ بتاؤں، political interpretation ہے کیا چیز؟</w:t>
      </w:r>
    </w:p>
    <w:p>
      <w:r>
        <w:rPr>
          <w:b/>
        </w:rPr>
        <w:t xml:space="preserve">[03:14] </w:t>
      </w:r>
      <w:r>
        <w:t>ji.</w:t>
      </w:r>
    </w:p>
    <w:p>
      <w:pPr>
        <w:jc w:val="right"/>
      </w:pPr>
      <w:r>
        <w:t>جی۔</w:t>
      </w:r>
    </w:p>
    <w:p>
      <w:r>
        <w:rPr>
          <w:b/>
        </w:rPr>
        <w:t xml:space="preserve">[03:18] </w:t>
      </w:r>
      <w:r>
        <w:t>yaani ke dekha gaya ke jo hai, aah, nation states jo hain woh apni hukoomatein qaim ki hain, apni hukoomatein chala rahe the aur,</w:t>
      </w:r>
    </w:p>
    <w:p>
      <w:pPr>
        <w:jc w:val="right"/>
      </w:pPr>
      <w:r>
        <w:t>یعنی کہ دیکھا گیا کہ جو ہے، آہ، nation states جو ہیں وہ اپنی حکومتیں قائم کی ہیں، اپنی حکومتیں چلا رہے تھے اور،</w:t>
      </w:r>
    </w:p>
    <w:p>
      <w:r>
        <w:rPr>
          <w:b/>
        </w:rPr>
        <w:t xml:space="preserve">[03:31] </w:t>
      </w:r>
      <w:r>
        <w:t>aah, to is ke</w:t>
      </w:r>
    </w:p>
    <w:p>
      <w:pPr>
        <w:jc w:val="right"/>
      </w:pPr>
      <w:r>
        <w:t>آہ، تو اس کے</w:t>
      </w:r>
    </w:p>
    <w:p>
      <w:r>
        <w:rPr>
          <w:b/>
        </w:rPr>
        <w:t xml:space="preserve">[03:34] </w:t>
      </w:r>
      <w:r>
        <w:t>reaction mein, aah, jo asal deen tha woh individual ko address kar raha tha.</w:t>
      </w:r>
    </w:p>
    <w:p>
      <w:pPr>
        <w:jc w:val="right"/>
      </w:pPr>
      <w:r>
        <w:t>reaction میں، آہ، جو اصل دین تھا وہ individual کو address کر رہا تھا۔</w:t>
      </w:r>
    </w:p>
    <w:p>
      <w:r>
        <w:rPr>
          <w:b/>
        </w:rPr>
        <w:t xml:space="preserve">[03:45] </w:t>
      </w:r>
      <w:r>
        <w:t>ji. yeh, yaani individual ki, ki tazkiya ke liye tha. quran o hadith se jo sahi tasawwur deen hai woh hai,</w:t>
      </w:r>
    </w:p>
    <w:p>
      <w:pPr>
        <w:jc w:val="right"/>
      </w:pPr>
      <w:r>
        <w:t>جی۔ یہ، یعنی individual کی، کی تزکیہ کے لیے تھا۔ قرآن و حدیث سے جو صحیح تصور دین ہے وہ ہے،</w:t>
      </w:r>
    </w:p>
    <w:p>
      <w:r>
        <w:rPr>
          <w:b/>
        </w:rPr>
        <w:t xml:space="preserve">[03:54] </w:t>
      </w:r>
      <w:r>
        <w:t>aah, islam jo, aah, woh deen hai jis mein, aah, insaan ko, aah, allah taala ki, khuda ki, aah, mukammal tabedari karni chahiye.</w:t>
      </w:r>
    </w:p>
    <w:p>
      <w:pPr>
        <w:jc w:val="right"/>
      </w:pPr>
      <w:r>
        <w:t>آہ، اسلام جو، آہ، وہ دین ہے جس میں، آہ، انسان کو، آہ، اللہ تعالیٰ کی، خدا کی، آہ، مکمل تابعداری کرنی چاہیے۔</w:t>
      </w:r>
    </w:p>
    <w:p>
      <w:r>
        <w:rPr>
          <w:b/>
        </w:rPr>
        <w:t xml:space="preserve">[04:06] </w:t>
      </w:r>
      <w:r>
        <w:t>aur tabedari mein woh sari cheezein shamil hain, aah, jo khud pehle khuda ki marifat hasil karen. aah, woh khuda ki marifat ke baad, aah,</w:t>
      </w:r>
    </w:p>
    <w:p>
      <w:pPr>
        <w:jc w:val="right"/>
      </w:pPr>
      <w:r>
        <w:t>اور تابعداری میں وہ ساری چیزیں شامل ہیں، آہ، جو خود پہلے خدا کی معرفت حاصل کریں۔ آہ، وہ خدا کی معرفت کے بعد، آہ،</w:t>
      </w:r>
    </w:p>
    <w:p>
      <w:r>
        <w:rPr>
          <w:b/>
        </w:rPr>
        <w:t xml:space="preserve">[04:19] </w:t>
      </w:r>
      <w:r>
        <w:t>phir jo hai is ke taqaze ke taur par ibadat hain aur mamlaat hain. in sab mein jo hai quran ke ahkam ke mutabiq insaan ko, aah, tabedari, tabedar zindagi guzarni chahiye.</w:t>
      </w:r>
    </w:p>
    <w:p>
      <w:pPr>
        <w:jc w:val="right"/>
      </w:pPr>
      <w:r>
        <w:t>پھر جو ہے اس کے تقاضے کے طور پر عبادات ہیں اور معاملات ہیں۔ ان سب میں جو ہے قرآن کے احکام کے مطابق انسان کو، آہ، تابعداری، تابعدار زندگی گزارنی چاہیے۔</w:t>
      </w:r>
    </w:p>
    <w:p>
      <w:r>
        <w:rPr>
          <w:b/>
        </w:rPr>
        <w:t xml:space="preserve">[04:34] </w:t>
      </w:r>
      <w:r>
        <w:t>aah, to</w:t>
      </w:r>
    </w:p>
    <w:p>
      <w:pPr>
        <w:jc w:val="right"/>
      </w:pPr>
      <w:r>
        <w:t>آہ، تو</w:t>
      </w:r>
    </w:p>
    <w:p>
      <w:r>
        <w:rPr>
          <w:b/>
        </w:rPr>
        <w:t xml:space="preserve">[04:36] </w:t>
      </w:r>
      <w:r>
        <w:t>is, is lehaz se deen jo hai woh ek, aah, individual pe jo hai laagu hota hai aur individual ka tazkiya hai.</w:t>
      </w:r>
    </w:p>
    <w:p>
      <w:pPr>
        <w:jc w:val="right"/>
      </w:pPr>
      <w:r>
        <w:t>اس، اس لحاظ سے دین جو ہے وہ ایک، آہ، individual پہ جو ہے لاگو ہوتا ہے اور individual کا تزکیہ ہے۔</w:t>
      </w:r>
    </w:p>
    <w:p>
      <w:r>
        <w:rPr>
          <w:b/>
        </w:rPr>
        <w:t xml:space="preserve">[04:46] </w:t>
      </w:r>
      <w:r>
        <w:t>aur is lehaz se agar ek khatirkhwah, aah,</w:t>
      </w:r>
    </w:p>
    <w:p>
      <w:pPr>
        <w:jc w:val="right"/>
      </w:pPr>
      <w:r>
        <w:t>اور اس لحاظ سے اگر ایک خاطرخواہ، آہ،</w:t>
      </w:r>
    </w:p>
    <w:p>
      <w:r>
        <w:rPr>
          <w:b/>
        </w:rPr>
        <w:t xml:space="preserve">[04:52] </w:t>
      </w:r>
      <w:r>
        <w:t>majmooa jama ho jata hai, ek group of people hote hain to ab yeh, aah, zaroorat hai jahan bhi chand log hote hain woh apne tareeqe ki ek jo hai governing system banate hain.</w:t>
      </w:r>
    </w:p>
    <w:p>
      <w:pPr>
        <w:jc w:val="right"/>
      </w:pPr>
      <w:r>
        <w:t>مجموعہ جمع ہو جاتا ہے، ایک گروپ آف پیپل ہوتے ہیں تو اب یہ، آہ، ضرورت ہے جہاں بھی چند لوگ ہوتے ہیں وہ اپنے طریقے کی ایک جو ہے گورننگ سسٹم بناتے ہیں۔</w:t>
      </w:r>
    </w:p>
    <w:p>
      <w:r>
        <w:rPr>
          <w:b/>
        </w:rPr>
        <w:t xml:space="preserve">[05:06] </w:t>
      </w:r>
      <w:r>
        <w:t>ji. to mazkur logon ke darmiyan jo governing system hota hai woh jo hai khuda ka tabedar system hota hai.</w:t>
      </w:r>
    </w:p>
    <w:p>
      <w:pPr>
        <w:jc w:val="right"/>
      </w:pPr>
      <w:r>
        <w:t>جی۔ تو مذکّہ لوگوں کے درمیان جو گورننگ سسٹم ہوتا ہے وہ جو ہے خدا کا تابعدار سسٹم ہوتا ہے۔</w:t>
      </w:r>
    </w:p>
    <w:p>
      <w:r>
        <w:rPr>
          <w:b/>
        </w:rPr>
        <w:t xml:space="preserve">[05:15] </w:t>
      </w:r>
      <w:r>
        <w:t>to is ko is tarah</w:t>
      </w:r>
    </w:p>
    <w:p>
      <w:pPr>
        <w:jc w:val="right"/>
      </w:pPr>
      <w:r>
        <w:t>تو اس کو اس طرح</w:t>
      </w:r>
    </w:p>
    <w:p>
      <w:r>
        <w:rPr>
          <w:b/>
        </w:rPr>
        <w:t xml:space="preserve">[05:17] </w:t>
      </w:r>
      <w:r>
        <w:t>hona chahiye tha. lekin ab is waqt yeh cheez, yani, yani yeh jo individual ahkam the ab, aah, is waqt ke, aah, halaat ke taabe ya us ke reaction mein ulma ne jo, aah, tasawwur pesh kiya</w:t>
      </w:r>
    </w:p>
    <w:p>
      <w:pPr>
        <w:jc w:val="right"/>
      </w:pPr>
      <w:r>
        <w:t>ہونا چاہیے تھا۔ لیکن اب اس وقت یہ چیز، یعنی، یعنی یہ جو individual احکام تھے اب، آہ، اس وقت کے، آہ، حالات کے تابع یا اس کے reaction میں علماء نے جو، آہ، تصور پیش کیا</w:t>
      </w:r>
    </w:p>
    <w:p>
      <w:r>
        <w:rPr>
          <w:b/>
        </w:rPr>
        <w:t xml:space="preserve">[05:36] </w:t>
      </w:r>
      <w:r>
        <w:t>woh, aah, individual ahkam ko ijtamai ahkam ki taraf mor diya. aur, aur to is se is wajah se kya ho gaya woh shift of emphasis ho gayi.</w:t>
      </w:r>
    </w:p>
    <w:p>
      <w:pPr>
        <w:jc w:val="right"/>
      </w:pPr>
      <w:r>
        <w:t>وہ، آہ، individual احکام کو اجتماعی احکام کی طرف موڑ دیا۔ اور، اور تو اس سے اس وجہ سے کیا ہو گیا وہ shift of emphasis ہو گئی۔</w:t>
      </w:r>
    </w:p>
    <w:p>
      <w:r>
        <w:rPr>
          <w:b/>
        </w:rPr>
        <w:t xml:space="preserve">[05:49] </w:t>
      </w:r>
      <w:r>
        <w:t>j</w:t>
      </w:r>
    </w:p>
    <w:p>
      <w:pPr>
        <w:jc w:val="right"/>
      </w:pPr>
      <w:r>
        <w:t>ج</w:t>
      </w:r>
    </w:p>
    <w:p>
      <w:r>
        <w:rPr>
          <w:b/>
        </w:rPr>
        <w:t xml:space="preserve">[05:50] </w:t>
      </w:r>
      <w:r>
        <w:t>y. ji. yani jahan, aah, jaise kaha gaya ke, aah, kono qawmana bil qist, yani aap jo hai, aah, justice ko follow karo.</w:t>
      </w:r>
    </w:p>
    <w:p>
      <w:pPr>
        <w:jc w:val="right"/>
      </w:pPr>
      <w:r>
        <w:t>ی۔ جی۔ یعنی جہاں، آہ، جیسے کہا گیا کہ، آہ، کونو قوامنا بالقسط، یعنی آپ جو ہے، آہ، justice کو follow کرو۔</w:t>
      </w:r>
    </w:p>
    <w:p>
      <w:r>
        <w:rPr>
          <w:b/>
        </w:rPr>
        <w:t xml:space="preserve">[06:06] </w:t>
      </w:r>
      <w:r>
        <w:t>yeh individual ayat thi, yani individual par ayat hoti thi. aur is ko jo hai yun le liya ke justice ko nafiz karo. yani jo, jo cheez ko apne pe jo hai lagu karni thi woh logon par nafiz karne wale.</w:t>
      </w:r>
    </w:p>
    <w:p>
      <w:pPr>
        <w:jc w:val="right"/>
      </w:pPr>
      <w:r>
        <w:t>یہ individual آیت تھی، یعنی individual پر آیت ہوتی تھی۔ اور اس کو جو ہے یوں لے لیا کہ justice کو نافذ کرو۔ یعنی جو، جو چیز کو اپنے پہ جو ہے لاگو کرنی تھی وہ لوگوں پر نافذ کرنے والے۔</w:t>
      </w:r>
    </w:p>
    <w:p>
      <w:r>
        <w:rPr>
          <w:b/>
        </w:rPr>
        <w:t xml:space="preserve">[06:19] </w:t>
      </w:r>
      <w:r>
        <w:t>is tarah ke</w:t>
      </w:r>
    </w:p>
    <w:p>
      <w:pPr>
        <w:jc w:val="right"/>
      </w:pPr>
      <w:r>
        <w:t>اس طرح کے</w:t>
      </w:r>
    </w:p>
    <w:p>
      <w:r>
        <w:rPr>
          <w:b/>
        </w:rPr>
        <w:t xml:space="preserve">[06:20] </w:t>
      </w:r>
      <w:r>
        <w:t>kai examples diye ja sakte hain jis mein jo ayaten insan ko apna, aah, tazkiya wajood, yani tabedari, khuda ki tabedari karne mein, aah,</w:t>
      </w:r>
    </w:p>
    <w:p>
      <w:pPr>
        <w:jc w:val="right"/>
      </w:pPr>
      <w:r>
        <w:t>کئی examples دیے جا سکتے ہیں جس میں جو آیتیں انسان کو اپنا، آہ، تزکیہ وجود، یعنی تابعداری، خدا کی تابعداری کرنے میں، آہ،</w:t>
      </w:r>
    </w:p>
    <w:p>
      <w:r>
        <w:rPr>
          <w:b/>
        </w:rPr>
        <w:t xml:space="preserve">[06:37] </w:t>
      </w:r>
      <w:r>
        <w:t>istemal karna chahiye tha woh, aah, ijtima par jo hai lagu karna, karne ke maano mein le liya aur is pe mutharrik hue.</w:t>
      </w:r>
    </w:p>
    <w:p>
      <w:pPr>
        <w:jc w:val="right"/>
      </w:pPr>
      <w:r>
        <w:t>استعمال کرنا چاہیے تھا وہ، آہ، اجتماع پر جو ہے لاگو کرنا، کرنے کے معنوں میں لے لیا اور اس پہ متحرک ہو ہوئے۔</w:t>
      </w:r>
    </w:p>
    <w:p>
      <w:r>
        <w:rPr>
          <w:b/>
        </w:rPr>
        <w:t xml:space="preserve">[06:49] </w:t>
      </w:r>
      <w:r>
        <w:t>to is ke nateejay mein jo aap ne poocha ke is se jo hai kya, aah, kharabi hai yeh negative kyun hai? to</w:t>
      </w:r>
    </w:p>
    <w:p>
      <w:pPr>
        <w:jc w:val="right"/>
      </w:pPr>
      <w:r>
        <w:t>تو اس کے نتیجے میں جو آپ نے پوچھا کہ اس سے جو ہے کیا، آہ، خرابی ہے یہ negative کیوں ہے؟ تو</w:t>
      </w:r>
    </w:p>
    <w:p>
      <w:r>
        <w:rPr>
          <w:b/>
        </w:rPr>
        <w:t xml:space="preserve">[06:57] </w:t>
      </w:r>
      <w:r>
        <w:t>hamesha aap dekhte hain ke jab, aah, jo cheez jis ke liye, jis cheez ke liye aayi thi aur jo, jo insanon ke reformation ke liye aayi thi ab jab us ko lagu karne wali cheez banayenge to definitely woh ek kharabi paida karegi.</w:t>
      </w:r>
    </w:p>
    <w:p>
      <w:pPr>
        <w:jc w:val="right"/>
      </w:pPr>
      <w:r>
        <w:t>ہمیشہ آپ دیکھتے ہیں کہ جب، آہ، جو چیز جس کے لیے، جس چیز کے لیے آئی تھی اور جو، جو انسانوں کے ریفارمیشن کے لیے آئی تھی اب جب اس کو لاگو کرنے والی چیز بنائیں گے تو definitely وہ ایک خرابی پیدا کرے گی۔</w:t>
      </w:r>
    </w:p>
    <w:p>
      <w:r>
        <w:rPr>
          <w:b/>
        </w:rPr>
        <w:t xml:space="preserve">[07:14] </w:t>
      </w:r>
      <w:r>
        <w:t>aur woh</w:t>
      </w:r>
    </w:p>
    <w:p>
      <w:pPr>
        <w:jc w:val="right"/>
      </w:pPr>
      <w:r>
        <w:t>اور وہ</w:t>
      </w:r>
    </w:p>
    <w:p>
      <w:r>
        <w:rPr>
          <w:b/>
        </w:rPr>
        <w:t xml:space="preserve">[07:15] </w:t>
      </w:r>
      <w:r>
        <w:t>zahair hai kharabi, aah, paida hui. aah, ab woh deen jo hai, aah, individual, woh, aah, woh ab apne pe lagu karne wali cheez ja kar ke logon ko, aah,</w:t>
      </w:r>
    </w:p>
    <w:p>
      <w:pPr>
        <w:jc w:val="right"/>
      </w:pPr>
      <w:r>
        <w:t>ظاہر ہے خرابی، آہ، پیدا ہوئی۔ آہ، اب وہ دین جو ہے، آہ، individual، وہ، آہ، وہ اب اپنے پہ لاگو کرنے والی چیز جا کر کے لوگوں کو، آہ،</w:t>
      </w:r>
    </w:p>
    <w:p>
      <w:r>
        <w:rPr>
          <w:b/>
        </w:rPr>
        <w:t xml:space="preserve">[07:30] </w:t>
      </w:r>
      <w:r>
        <w:t>ke aamal ko seedha karna ya justice establish karna aur, aah, chounke jo ahkam, yani</w:t>
      </w:r>
    </w:p>
    <w:p>
      <w:pPr>
        <w:jc w:val="right"/>
      </w:pPr>
      <w:r>
        <w:t>کے اعمال کو سیدھا کرنا یا justice establish کرنا اور، آہ، چونکہ جو احکام، یعنی</w:t>
      </w:r>
    </w:p>
    <w:p>
      <w:r>
        <w:rPr>
          <w:b/>
        </w:rPr>
        <w:t xml:space="preserve">[07:39] </w:t>
      </w:r>
      <w:r>
        <w:t>fojdari, yani ijtamai ahkam bhi hain is mein.</w:t>
      </w:r>
    </w:p>
    <w:p>
      <w:pPr>
        <w:jc w:val="right"/>
      </w:pPr>
      <w:r>
        <w:t>فوجداری، یعنی اجتماعی احکام بھی ہیں اس میں۔</w:t>
      </w:r>
    </w:p>
    <w:p>
      <w:r>
        <w:rPr>
          <w:b/>
        </w:rPr>
        <w:t xml:space="preserve">[07:42] </w:t>
      </w:r>
      <w:r>
        <w:t>ji. lekin is ko, yani, aah, zaroori samajh kar isi ko lagu karne ki, is par zor dene ki wajah se is mein, aah, yani ek, aah, yani extremism aa gaya logon mein aur jo so called, yani hukmaranon ko, aah,</w:t>
      </w:r>
    </w:p>
    <w:p>
      <w:pPr>
        <w:jc w:val="right"/>
      </w:pPr>
      <w:r>
        <w:t>جی۔ لیکن اس کو، یعنی، آہ، ضروری سمجھ کر اسی کو لاگو کرنے کی، اس پر زور دینے کی وجہ سے اس میں، آہ، یعنی ایک، آہ، یعنی extremism آ گیا لوگوں میں اور جو so called، یعنی حکمرانوں کو، آہ،</w:t>
      </w:r>
    </w:p>
    <w:p>
      <w:r>
        <w:rPr>
          <w:b/>
        </w:rPr>
        <w:t xml:space="preserve">[08:05] </w:t>
      </w:r>
      <w:r>
        <w:t>parent bata kar ke ya taghoot bata kar ke woh ghair islami, aah, tareeqay se, aah, hukumat kar rahe hain to un ke khilaf ek opposition ki haisiyat se jo hai woh uth khare hue jis se mazeed kharabi paida ho gayi.</w:t>
      </w:r>
    </w:p>
    <w:p>
      <w:pPr>
        <w:jc w:val="right"/>
      </w:pPr>
      <w:r>
        <w:t>parent بتا کر کے یا طاغوت بتا کر کے وہ غیر اسلامی، آہ، طریقے سے، آہ، حکومت کر رہے ہیں تو ان کے خلاف ایک opposition کی حیثیت سے جو ہے وہ اٹھ کھڑے ہوئے جس سے مزید خرابی پیدا ہو گئی۔</w:t>
      </w:r>
    </w:p>
    <w:p>
      <w:r>
        <w:rPr>
          <w:b/>
        </w:rPr>
        <w:t xml:space="preserve">[08:22] </w:t>
      </w:r>
      <w:r>
        <w:t>aur is taabeer mein, aah, yani woh taabeer shuru hoti hai is, is se ke jo hai dunya mein khuda ki hukumat ko, aah, qaim karna hai.</w:t>
      </w:r>
    </w:p>
    <w:p>
      <w:pPr>
        <w:jc w:val="right"/>
      </w:pPr>
      <w:r>
        <w:t>اور اس تعبیر میں، آہ، یعنی وہ تعبیر شروع ہوتی ہے اس، اس سے کہ جو ہے دنیا میں خدا کی حکومت کو، آہ، قائم کرنا ہے۔</w:t>
      </w:r>
    </w:p>
    <w:p>
      <w:r>
        <w:rPr>
          <w:b/>
        </w:rPr>
        <w:t xml:space="preserve">[08:34] </w:t>
      </w:r>
      <w:r>
        <w:t>yani jo ke fuq al fitri, fitri already khuda ki, aah, hukumat, yani, aah, qai</w:t>
      </w:r>
    </w:p>
    <w:p>
      <w:pPr>
        <w:jc w:val="right"/>
      </w:pPr>
      <w:r>
        <w:t>یعنی جو کہ فوق الفطری، فطری already خدا کی، آہ، حکومت، یعنی، آہ، قائ</w:t>
      </w:r>
    </w:p>
    <w:p>
      <w:r>
        <w:rPr>
          <w:b/>
        </w:rPr>
        <w:t xml:space="preserve">[08:42] </w:t>
      </w:r>
      <w:r>
        <w:t>yam hai. ji. lekin is ko siyasat par woh qaim karne ka naaray laganay ki wajah se mazeed jo hai woh, aah, kharabi paida ho gayi.</w:t>
      </w:r>
    </w:p>
    <w:p>
      <w:pPr>
        <w:jc w:val="right"/>
      </w:pPr>
      <w:r>
        <w:t>م ہے۔ جی۔ لیکن اس کو سیاسی طور پر وہ قائم کرنے کا نعرہ لگانے کی وجہ سے مزید جو ہے وہ، آہ، خرابی پیدا ہو گئی۔</w:t>
      </w:r>
    </w:p>
    <w:p>
      <w:r>
        <w:rPr>
          <w:b/>
        </w:rPr>
        <w:t xml:space="preserve">[08:52] </w:t>
      </w:r>
      <w:r>
        <w:t>aah, aur, aur in ahkamat jo ijtamai ahkamat hain un ko lagu karne ke liye jo muhim chalaye to is kya hua is in, in cheezon ko implement karne ke liye ek power bhi chahiye tha.</w:t>
      </w:r>
    </w:p>
    <w:p>
      <w:pPr>
        <w:jc w:val="right"/>
      </w:pPr>
      <w:r>
        <w:t>آہ، اور، اور ان احکامات جو اجتماعی احکامات ہیں ان کو لاگو کرنے کے لیے جو مہم چلائے تو اس کیا ہوا اس ان، ان چیزوں کو implement کرنے کے لیے ایک power بھی چاہیے تھا۔</w:t>
      </w:r>
    </w:p>
    <w:p>
      <w:r>
        <w:rPr>
          <w:b/>
        </w:rPr>
        <w:t xml:space="preserve">[09:09] </w:t>
      </w:r>
      <w:r>
        <w:t>aah, hukumat mein aala aur woh dekh rahe hain ke ek aisi hukumat jo hai in cheezon ko lagu nahi kar rahi hai to us ko hatana zaroori ho gaya to phir yeh, aah,</w:t>
      </w:r>
    </w:p>
    <w:p>
      <w:pPr>
        <w:jc w:val="right"/>
      </w:pPr>
      <w:r>
        <w:t>آہ، حکومت میں اعلیٰ اور وہ دیکھ رہے ہیں کہ ایک ایسی حکومت جو ہے ان چیزوں کو لاگو نہیں کر رہی ہے تو اس کو ہٹانا ضروری ہو گیا تو پھر یہ، آہ،</w:t>
      </w:r>
    </w:p>
    <w:p>
      <w:r>
        <w:rPr>
          <w:b/>
        </w:rPr>
        <w:t xml:space="preserve">[09:22] </w:t>
      </w:r>
      <w:r>
        <w:t>agitation karne lage aur, aah, maar peet hone lagi phir isi tarah extremism</w:t>
      </w:r>
    </w:p>
    <w:p>
      <w:pPr>
        <w:jc w:val="right"/>
      </w:pPr>
      <w:r>
        <w:t>agitation کرنے لگے اور، آہ، مار پیٹ ہونے لگی پھر اسی طرح extremism</w:t>
      </w:r>
    </w:p>
    <w:p>
      <w:r>
        <w:rPr>
          <w:b/>
        </w:rPr>
        <w:t xml:space="preserve">[09:28] </w:t>
      </w:r>
      <w:r>
        <w:t>aa gaya. ji. ji. yeh claim sahib aap ne bohat, aah, sahi ek points bola ke, aah, shift of emphasis, aah, aah, basically ho jata hai.</w:t>
      </w:r>
    </w:p>
    <w:p>
      <w:pPr>
        <w:jc w:val="right"/>
      </w:pPr>
      <w:r>
        <w:t>آ گیا۔ جی۔ جی۔ یہ کلیم صاحب آپ نے بہت، آہ، صحیح ایک points بولا کہ، آہ، shift of emphasis, آہ، آہ، basically ہو جاتا ہے۔</w:t>
      </w:r>
    </w:p>
    <w:p>
      <w:r>
        <w:rPr>
          <w:b/>
        </w:rPr>
        <w:t xml:space="preserve">[09:37] </w:t>
      </w:r>
      <w:r>
        <w:t>aah, mujhe bhi ek bahut achha example yaad aata hai Maulana ki jo kitaab hai political interpretation of Islam and all of you can download it from CPS web site.</w:t>
      </w:r>
    </w:p>
    <w:p>
      <w:pPr>
        <w:jc w:val="right"/>
      </w:pPr>
      <w:r>
        <w:t>آہ، مجھے بھی ایک بہت اچھا example یاد آتا ہے مولانا کی جو کتاب ہے political interpretation of اسلام and all of you can download it from سی پی ایس ویب site۔</w:t>
      </w:r>
    </w:p>
    <w:p>
      <w:r>
        <w:rPr>
          <w:b/>
        </w:rPr>
        <w:t xml:space="preserve">[09:49] </w:t>
      </w:r>
      <w:r>
        <w:t>aah, is mein Maulana ne ek bahut achhi analogy di hai ke if there are two people, aah, if the first person, aah, looks at, aah, a yellow color object,</w:t>
      </w:r>
    </w:p>
    <w:p>
      <w:pPr>
        <w:jc w:val="right"/>
      </w:pPr>
      <w:r>
        <w:t>آہ، اس میں مولانا نے ایک بہت اچھی analogy دی ہے کہ if there are two people، آہ، if the first person، آہ، looks at، آہ، a yellow کلر object،</w:t>
      </w:r>
    </w:p>
    <w:p>
      <w:r>
        <w:rPr>
          <w:b/>
        </w:rPr>
        <w:t xml:space="preserve">[09:58] </w:t>
      </w:r>
      <w:r>
        <w:t>aah, for some time and the second person wears a yellow tinted spectacles. aah, so what happens is that the first person who is just looking at in one direction continuously at a yellow color object and obviously he perceives it as a yellow, aah, color, yellow in color and then after a while if he moves his attention, aah, to things around</w:t>
      </w:r>
    </w:p>
    <w:p>
      <w:pPr>
        <w:jc w:val="right"/>
      </w:pPr>
      <w:r>
        <w:t>آہ، for some time and the second person wears a yellow tinted spectacles۔ آہ، so what happens is that the first person who is just looking at in one direction continuously at a yellow کلر object and obviously he perceives it as a yellow، آہ، کلر، yellow in color and then after a while if he moves his attention، آہ، to things around</w:t>
      </w:r>
    </w:p>
    <w:p>
      <w:r>
        <w:rPr>
          <w:b/>
        </w:rPr>
        <w:t xml:space="preserve">[10:21] </w:t>
      </w:r>
      <w:r>
        <w:t>then, aah, all other things for few seconds will look yellow in color but then their effect will fade away. But a person who is wearing a yellow tinted spectacles for him everything will remain yellow irrespective of the color.</w:t>
      </w:r>
    </w:p>
    <w:p>
      <w:pPr>
        <w:jc w:val="right"/>
      </w:pPr>
      <w:r>
        <w:t>then، آہ، all other things for few seconds will look yellow in color but then their effect will fade away۔ But a person who is wearing a yellow tinted spectacles for him everything will remain yellow irrespective of the color۔</w:t>
      </w:r>
    </w:p>
    <w:p>
      <w:r>
        <w:rPr>
          <w:b/>
        </w:rPr>
        <w:t xml:space="preserve">[10:37] </w:t>
      </w:r>
      <w:r>
        <w:t>And this is exactly, aah, Maulana sahib writes, aah, has been done to deen. If you take a singular factor which is, aah, politics then the main part of the religion is forgotten and the entire focus,</w:t>
      </w:r>
    </w:p>
    <w:p>
      <w:pPr>
        <w:jc w:val="right"/>
      </w:pPr>
      <w:r>
        <w:t>And this is exactly، آہ، مولانا صاحب writes، آہ، has been done to دین۔ If you take a singular factor which is، آہ، politics then the main part of the religion is forgotten and the entire focus،</w:t>
      </w:r>
    </w:p>
    <w:p>
      <w:r>
        <w:rPr>
          <w:b/>
        </w:rPr>
        <w:t xml:space="preserve">[10:52] </w:t>
      </w:r>
      <w:r>
        <w:t>aah, comes on to the relative part. And this is, aah, what, aah, Maulana Maududi sahib's ideology, aah, has also done. aah, aah, Kaleem sahib, aah, aah, talking about Maulana Maududi sahib's ideology, aah,</w:t>
      </w:r>
    </w:p>
    <w:p>
      <w:pPr>
        <w:jc w:val="right"/>
      </w:pPr>
      <w:r>
        <w:t>آہ، comes on to the relative part۔ And this is، آہ، what، آہ، مولانا مودودی صاحب's ideology، آہ، has also done۔ آہ، آہ، کلیم صاحب، آہ، آہ، talking about مولانا مودودی صاحب's ideology، آہ،</w:t>
      </w:r>
    </w:p>
    <w:p>
      <w:r>
        <w:rPr>
          <w:b/>
        </w:rPr>
        <w:t xml:space="preserve">[11:07] </w:t>
      </w:r>
      <w:r>
        <w:t>aah, Maulana sahib, Maulana Wahiduddin Khan sahib ki approach aur Maulana Maududi sahib ki approach mein kya farq hai is ke is ko bhi agar aap wazeh karen.</w:t>
      </w:r>
    </w:p>
    <w:p>
      <w:pPr>
        <w:jc w:val="right"/>
      </w:pPr>
      <w:r>
        <w:t>آہ، مولانا صاحب، مولانا وحید الدین خان صاحب کی approach اور مولانا مودودی صاحب کی approach میں کیا فرق ہے اس کے اس کو بھی اگر آپ واضح کریں۔</w:t>
      </w:r>
    </w:p>
    <w:p>
      <w:r>
        <w:rPr>
          <w:b/>
        </w:rPr>
        <w:t xml:space="preserve">[11:17] </w:t>
      </w:r>
      <w:r>
        <w:t>yahi farq hai jo main ne abhi, aah, bayan kiya ke jo hai, aah, jo individual pe laagu hone wali ayat theen, aah, is ko jo hai, aah, political interpretation, aah, dene wale, yani chahe woh Maulana Maududi hon ya Hasan al-Banna ya, aah, Syed Qutb Arab countries mein.</w:t>
      </w:r>
    </w:p>
    <w:p>
      <w:pPr>
        <w:jc w:val="right"/>
      </w:pPr>
      <w:r>
        <w:t>یہی فرق ہے جو میں نے ابھی، آہ، بیان کیا کہ جو ہے، آہ، جو individual پہ لاگو ہونے والی آیات تھیں، آہ، اس کو جو ہے، آہ، political interpretation، آہ، دینے والے، یعنی چاہے وہ مولانا مودودی ہوں یا حسن البنا یا، آہ، سید قطب عرب countries میں۔</w:t>
      </w:r>
    </w:p>
    <w:p>
      <w:r>
        <w:rPr>
          <w:b/>
        </w:rPr>
        <w:t xml:space="preserve">[11:38] </w:t>
      </w:r>
      <w:r>
        <w:t>ji</w:t>
      </w:r>
    </w:p>
    <w:p>
      <w:pPr>
        <w:jc w:val="right"/>
      </w:pPr>
      <w:r>
        <w:t>جی</w:t>
      </w:r>
    </w:p>
    <w:p>
      <w:r>
        <w:rPr>
          <w:b/>
        </w:rPr>
        <w:t xml:space="preserve">[11:39] </w:t>
      </w:r>
      <w:r>
        <w:t>jo hai in logon ne is ko, aah, ijtamai, aah, taraf is ko mor diya. aah, ab unhein jaisa aap ne achhi, aah, analogy ka zikr kiya jo in logon ne har cheez ko, aah, Islam ki har pehlu ko woh political angle se dekhne lagay.</w:t>
      </w:r>
    </w:p>
    <w:p>
      <w:pPr>
        <w:jc w:val="right"/>
      </w:pPr>
      <w:r>
        <w:t>۔ جو ہے ان لوگوں نے اس کو، آہ، اجتماعی، آہ، طرف اس کو موڑ دیا۔ آہ، اب انہیں جیسا آپ نے اچھی، آہ، analogy کا ذکر کیا جو ان لوگوں نے ہر چیز کو، آہ، اسلام کی ہر پہلو کو وہ political angle سے دیکھنے لگے۔</w:t>
      </w:r>
    </w:p>
    <w:p>
      <w:r>
        <w:rPr>
          <w:b/>
        </w:rPr>
        <w:t xml:space="preserve">[12:02] </w:t>
      </w:r>
      <w:r>
        <w:t>ji.</w:t>
      </w:r>
    </w:p>
    <w:p>
      <w:pPr>
        <w:jc w:val="right"/>
      </w:pPr>
      <w:r>
        <w:t>جی۔</w:t>
      </w:r>
    </w:p>
    <w:p>
      <w:r>
        <w:rPr>
          <w:b/>
        </w:rPr>
        <w:t xml:space="preserve">[12:03] </w:t>
      </w:r>
      <w:r>
        <w:t>political angle se dekhne lagay yani yahan tak ke, aah, sare ibadat mein bhi jo hai woh political color de diya. yani, aah, ibadaten jaisi namaz hain, aah, roza zakat waghera to is mein bhi jo hai political color de diya ke yeh jo hai, aah, kyunke political interpretation mein yeh hai ke jo hai, aah,</w:t>
      </w:r>
    </w:p>
    <w:p>
      <w:pPr>
        <w:jc w:val="right"/>
      </w:pPr>
      <w:r>
        <w:t>Political angle سے دیکھنے لگے یعنی یہاں تک کہ، آہ، سارے عبادات میں بھی جو ہے وہ political کلر دے دیا۔ یعنی، آہ، عبادتیں جیسی نماز ہیں، آہ، روزہ زکوۃ وغیرہ تو اس میں بھی جو ہے political کلر دے دیا کہ یہ جو ہے، آہ، کیونکہ political interpretation میں یہ ہے کہ جو ہے، آہ،</w:t>
      </w:r>
    </w:p>
    <w:p>
      <w:r>
        <w:rPr>
          <w:b/>
        </w:rPr>
        <w:t xml:space="preserve">[12:27] </w:t>
      </w:r>
      <w:r>
        <w:t>aah, Islam ne state ko establish karna</w:t>
      </w:r>
    </w:p>
    <w:p>
      <w:pPr>
        <w:jc w:val="right"/>
      </w:pPr>
      <w:r>
        <w:t>آہ، اسلام نے state کو establish کرنا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