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Love of God 29 Jan. 2012 - Maulana Wahiduddin Khan</w:t>
      </w:r>
    </w:p>
    <w:p>
      <w:r>
        <w:t>https://www.youtube.com/watch?v=qWa_CSb03v0</w:t>
      </w:r>
    </w:p>
    <w:p>
      <w:r>
        <w:rPr>
          <w:b/>
        </w:rPr>
        <w:t xml:space="preserve">[00:14] </w:t>
      </w:r>
      <w:r>
        <w:t>bismillah rahman rahim, wa salli Allahu ala nabiyyi al-karim. rab ishrah li sadri, wa yassir li amri,</w:t>
      </w:r>
    </w:p>
    <w:p>
      <w:pPr>
        <w:jc w:val="right"/>
      </w:pPr>
      <w:r>
        <w:t>بسم اللہ الرحمن الرحیم، وصلی اللہ علی النبی الکریم۔ رب اشرح لی صدری، ویسر لی امری،</w:t>
      </w:r>
    </w:p>
    <w:p>
      <w:r>
        <w:rPr>
          <w:b/>
        </w:rPr>
        <w:t xml:space="preserve">[00:30] </w:t>
      </w:r>
      <w:r>
        <w:t>wah lul uqdata min lisani, yafqahu qawli.</w:t>
      </w:r>
    </w:p>
    <w:p>
      <w:pPr>
        <w:jc w:val="right"/>
      </w:pPr>
      <w:r>
        <w:t>واحل العقدۃ من لسانی، یفقہ قولی۔</w:t>
      </w:r>
    </w:p>
    <w:p>
      <w:r>
        <w:rPr>
          <w:b/>
        </w:rPr>
        <w:t xml:space="preserve">[00:38] </w:t>
      </w:r>
      <w:r>
        <w:t>aaj ka topic hai "love of god", yani Allah se mohabbat.</w:t>
      </w:r>
    </w:p>
    <w:p>
      <w:pPr>
        <w:jc w:val="right"/>
      </w:pPr>
      <w:r>
        <w:t>آج کا ٹاپک ہے "لو آف گاڈ"، یعنی اللہ سے محبت۔</w:t>
      </w:r>
    </w:p>
    <w:p>
      <w:r>
        <w:rPr>
          <w:b/>
        </w:rPr>
        <w:t xml:space="preserve">[00:51] </w:t>
      </w:r>
      <w:r>
        <w:t>Allah se mohabbat bilashuba sab se bara subject hai, sab se bara mauzu hai. zahir hai ke jis hasti ne sari kainat ko paida kiya, insan ko paida kiya,</w:t>
      </w:r>
    </w:p>
    <w:p>
      <w:pPr>
        <w:jc w:val="right"/>
      </w:pPr>
      <w:r>
        <w:t>اللہ سے محبت بلاشبہ سب سے بڑا سبجیکٹ ہے، سب سے بڑا موضوع ہے۔ ظاہر ہے کہ جس ہستی نے ساری کائنات کو پیدا کیا، انسان کو پیدا کیا،</w:t>
      </w:r>
    </w:p>
    <w:p>
      <w:r>
        <w:rPr>
          <w:b/>
        </w:rPr>
        <w:t xml:space="preserve">[01:11] </w:t>
      </w:r>
      <w:r>
        <w:t>to us ke tazkire se bara tazkira kiska ho sakta hai? aur us ki mohabbat se bari mohabbat kisse ho sakti hai?</w:t>
      </w:r>
    </w:p>
    <w:p>
      <w:pPr>
        <w:jc w:val="right"/>
      </w:pPr>
      <w:r>
        <w:t>تو اس کے تذکرے سے بڑا تذکرہ کس کا ہو سکتا ہے؟ اور اس کی محبت سے بڑی محبت کس سے ہو سکتی ہے؟</w:t>
      </w:r>
    </w:p>
    <w:p>
      <w:r>
        <w:rPr>
          <w:b/>
        </w:rPr>
        <w:t xml:space="preserve">[01:25] </w:t>
      </w:r>
      <w:r>
        <w:t>isi liye Quran mein hai ke "alladhina amanu ashadd huban lillah",</w:t>
      </w:r>
    </w:p>
    <w:p>
      <w:pPr>
        <w:jc w:val="right"/>
      </w:pPr>
      <w:r>
        <w:t>اسی لیے قرآن میں ہے کہ "الذین آمنوا أشد حبا لله"،</w:t>
      </w:r>
    </w:p>
    <w:p>
      <w:r>
        <w:rPr>
          <w:b/>
        </w:rPr>
        <w:t xml:space="preserve">[01:33] </w:t>
      </w:r>
      <w:r>
        <w:t>yani iman wale sab se zyada mohabbat karte hain Allah se.</w:t>
      </w:r>
    </w:p>
    <w:p>
      <w:pPr>
        <w:jc w:val="right"/>
      </w:pPr>
      <w:r>
        <w:t>یعنی ایمان والے سب سے زیادہ محبت کرتے ہیں اللہ سے۔</w:t>
      </w:r>
    </w:p>
    <w:p>
      <w:r>
        <w:rPr>
          <w:b/>
        </w:rPr>
        <w:t xml:space="preserve">[01:41] </w:t>
      </w:r>
      <w:r>
        <w:t>bible mein bhi yahi baat kahi gayi hai, new testament mein, chapter matthew mein. "love god with all your soul, with your heart, with all your mind".</w:t>
      </w:r>
    </w:p>
    <w:p>
      <w:pPr>
        <w:jc w:val="right"/>
      </w:pPr>
      <w:r>
        <w:t>بائبل میں بھی یہی بات کہی گئی ہے، نیو ٹیسٹمنٹ میں، چیپٹر میتھیو میں۔ "لو گاڈ ود آل یور سول، ود یور ہارٹ، ود آل یور مائنڈ"۔</w:t>
      </w:r>
    </w:p>
    <w:p>
      <w:r>
        <w:rPr>
          <w:b/>
        </w:rPr>
        <w:t xml:space="preserve">[01:57] </w:t>
      </w:r>
      <w:r>
        <w:t>Allah se mohabbat karo</w:t>
      </w:r>
    </w:p>
    <w:p>
      <w:pPr>
        <w:jc w:val="right"/>
      </w:pPr>
      <w:r>
        <w:t>اللہ سے محبت کرو</w:t>
      </w:r>
    </w:p>
    <w:p>
      <w:r>
        <w:rPr>
          <w:b/>
        </w:rPr>
        <w:t xml:space="preserve">[01:59] </w:t>
      </w:r>
      <w:r>
        <w:t>apne pure dil, apne pure jaan, apne pure dimagh ke sath.</w:t>
      </w:r>
    </w:p>
    <w:p>
      <w:pPr>
        <w:jc w:val="right"/>
      </w:pPr>
      <w:r>
        <w:t>اپنے پورے دل، اپنے پورے جان، اپنے پورے دماغ کے ساتھ۔</w:t>
      </w:r>
    </w:p>
    <w:p>
      <w:r>
        <w:rPr>
          <w:b/>
        </w:rPr>
        <w:t xml:space="preserve">[02:09] </w:t>
      </w:r>
      <w:r>
        <w:t>dekhiye, yeh</w:t>
      </w:r>
    </w:p>
    <w:p>
      <w:pPr>
        <w:jc w:val="right"/>
      </w:pPr>
      <w:r>
        <w:t>دیکھیں، یہ</w:t>
      </w:r>
    </w:p>
    <w:p>
      <w:r>
        <w:rPr>
          <w:b/>
        </w:rPr>
        <w:t xml:space="preserve">[02:13] </w:t>
      </w:r>
      <w:r>
        <w:t>Khuda se mohabbat karo, yeh kya cheez hai? is ke peeche bohat bari nafsiyati haqiqat hai.</w:t>
      </w:r>
    </w:p>
    <w:p>
      <w:pPr>
        <w:jc w:val="right"/>
      </w:pPr>
      <w:r>
        <w:t>خدا سے محبت کرو، یہ کیا چیز ہے؟ اس کے پیچھے بہت بڑی نفسیاتی حقیقت ہے۔</w:t>
      </w:r>
    </w:p>
    <w:p>
      <w:r>
        <w:rPr>
          <w:b/>
        </w:rPr>
        <w:t xml:space="preserve">[02:26] </w:t>
      </w:r>
      <w:r>
        <w:t>insan ka mutala batata hai ke is ke andar sab se zyada taqatwar jazba mohabbat ka jazba hai. mohabbat ka matlab hota hai "strong affection".</w:t>
      </w:r>
    </w:p>
    <w:p>
      <w:pPr>
        <w:jc w:val="right"/>
      </w:pPr>
      <w:r>
        <w:t>انسان کا مطالعہ بتاتا ہے کہ اس کے اندر سب سے زیادہ طاقتور جذبہ محبت کا جذبہ ہے۔ محبت کا مطلب ہوتا ہے "اسٹرانگ افیکشن"۔</w:t>
      </w:r>
    </w:p>
    <w:p>
      <w:r>
        <w:rPr>
          <w:b/>
        </w:rPr>
        <w:t xml:space="preserve">[02:39] </w:t>
      </w:r>
      <w:r>
        <w:t>love ka matlab hai "strong affection".</w:t>
      </w:r>
    </w:p>
    <w:p>
      <w:pPr>
        <w:jc w:val="right"/>
      </w:pPr>
      <w:r>
        <w:t>لو کا مطلب ہے "اسٹرانگ افیکشن"۔</w:t>
      </w:r>
    </w:p>
    <w:p>
      <w:r>
        <w:rPr>
          <w:b/>
        </w:rPr>
        <w:t xml:space="preserve">[02:42] </w:t>
      </w:r>
      <w:r>
        <w:t>yeh jazba insan ke andar inter woven hai. koi bhi mard ya aurat is se khali nahin. to masla sirf yeh hai ke to aadmi apne is jazbe ko is se associate karta hai.</w:t>
      </w:r>
    </w:p>
    <w:p>
      <w:pPr>
        <w:jc w:val="right"/>
      </w:pPr>
      <w:r>
        <w:t>یہ جذبہ انسان کے اندر انٹر وون ہے۔ کوئی بھی مرد یا عورت اس سے خالی نہیں۔ تو مسئلہ صرف یہ ہے کہ تو آدمی اپنے اس جذبے کو اس سے ایسوسیٹ کرتا ہے۔</w:t>
      </w:r>
    </w:p>
    <w:p>
      <w:r>
        <w:rPr>
          <w:b/>
        </w:rPr>
        <w:t xml:space="preserve">[03:01] </w:t>
      </w:r>
      <w:r>
        <w:t>yani aisa nahin ke koi aadmi mohabbat ke jazbe ke baghair ho. woh to us ki hasti mein inter woven hai.</w:t>
      </w:r>
    </w:p>
    <w:p>
      <w:pPr>
        <w:jc w:val="right"/>
      </w:pPr>
      <w:r>
        <w:t>یعنی ایسا نہیں کہ کوئی آدمی محبت کے جذبے کے بغیر ہو۔ وہ تو اس کی ہستی میں انٹر وون ہے۔</w:t>
      </w:r>
    </w:p>
    <w:p>
      <w:r>
        <w:rPr>
          <w:b/>
        </w:rPr>
        <w:t xml:space="preserve">[03:13] </w:t>
      </w:r>
      <w:r>
        <w:t>to masla sirf yeh hai ke aadmi associate kis se karta hai is ko?</w:t>
      </w:r>
    </w:p>
    <w:p>
      <w:pPr>
        <w:jc w:val="right"/>
      </w:pPr>
      <w:r>
        <w:t>تو مسئلہ صرف یہ ہے کہ آدمی ایسوسیٹ کس سے کرتا ہے اس کو؟</w:t>
      </w:r>
    </w:p>
    <w:p>
      <w:r>
        <w:rPr>
          <w:b/>
        </w:rPr>
        <w:t xml:space="preserve">[03:19] </w:t>
      </w:r>
      <w:r>
        <w:t>to agar aap is jazbe ko, is fitri jazbe ko associate karen Allah se, to "that is tauheed".</w:t>
      </w:r>
    </w:p>
    <w:p>
      <w:pPr>
        <w:jc w:val="right"/>
      </w:pPr>
      <w:r>
        <w:t>تو اگر آپ اس جذبے کو، اس فطری جذبے کو ایسوسیٹ کریں اللہ سے، تو "دیٹ از توحید"۔</w:t>
      </w:r>
    </w:p>
    <w:p>
      <w:r>
        <w:rPr>
          <w:b/>
        </w:rPr>
        <w:t xml:space="preserve">[03:29] </w:t>
      </w:r>
      <w:r>
        <w:t>agar is ko aap associate karen kisi aur se, to "that is shirk".</w:t>
      </w:r>
    </w:p>
    <w:p>
      <w:pPr>
        <w:jc w:val="right"/>
      </w:pPr>
      <w:r>
        <w:t>اگر اس کو آپ ایسوسیٹ کریں کسی اور سے، تو "دیٹ از شرک"۔</w:t>
      </w:r>
    </w:p>
    <w:p>
      <w:r>
        <w:rPr>
          <w:b/>
        </w:rPr>
        <w:t xml:space="preserve">[03:37] </w:t>
      </w:r>
      <w:r>
        <w:t>sach poochhen to yeh criteria hai shirk ka aur tauheed ka ke aadmi apne muhabbat ke jazbe ko, love ko, strong affection ko kis se associate karta hai?</w:t>
      </w:r>
    </w:p>
    <w:p>
      <w:pPr>
        <w:jc w:val="right"/>
      </w:pPr>
      <w:r>
        <w:t>سچ پوچھیں تو یہ کرائٹیریا ہے شرک کا اور توحید کا کہ آدمی اپنے محبت کے جذبے کو، لو کو، اسٹرانگ افیکشن کو کس سے ایسوسیٹ کرتا ہے؟</w:t>
      </w:r>
    </w:p>
    <w:p>
      <w:r>
        <w:rPr>
          <w:b/>
        </w:rPr>
        <w:t xml:space="preserve">[03:53] </w:t>
      </w:r>
      <w:r>
        <w:t>aap mutalaah kijiye, poori tareekh mein aap ko kya milega? koi sab se zyada muhabbat kar raha hai money se,</w:t>
      </w:r>
    </w:p>
    <w:p>
      <w:pPr>
        <w:jc w:val="right"/>
      </w:pPr>
      <w:r>
        <w:t>آپ مطالعہ کیجئے، پوری تاریخ میں آپ کو کیا ملے گا؟ کوئی سب سے زیادہ محبت کر رہا ہے منی سے،</w:t>
      </w:r>
    </w:p>
    <w:p>
      <w:r>
        <w:rPr>
          <w:b/>
        </w:rPr>
        <w:t xml:space="preserve">[04:04] </w:t>
      </w:r>
      <w:r>
        <w:t>koi sab se zyada muhabbat karta hai apne bete se, apni aulaad se, koi sab se zyada muhabbat kar raha hai apni fame, shohrat, power, iqtidaar.</w:t>
      </w:r>
    </w:p>
    <w:p>
      <w:pPr>
        <w:jc w:val="right"/>
      </w:pPr>
      <w:r>
        <w:t>کوئی سب سے زیادہ محبت کرتا ہے اپنے بیٹے سے، اپنی اولاد سے، کوئی سب سے زیادہ محبت کر رہا ہے اپنی فیم، شہرت، پاور، اقتدار۔</w:t>
      </w:r>
    </w:p>
    <w:p>
      <w:r>
        <w:rPr>
          <w:b/>
        </w:rPr>
        <w:t xml:space="preserve">[04:19] </w:t>
      </w:r>
      <w:r>
        <w:t>yaani kisi na kisi other dhar god se</w:t>
      </w:r>
    </w:p>
    <w:p>
      <w:pPr>
        <w:jc w:val="right"/>
      </w:pPr>
      <w:r>
        <w:t>یعنی کسی نہ کسی ادر دھر گاڈ سے</w:t>
      </w:r>
    </w:p>
    <w:p>
      <w:r>
        <w:rPr>
          <w:b/>
        </w:rPr>
        <w:t xml:space="preserve">[04:22] </w:t>
      </w:r>
      <w:r>
        <w:t>woh apne is jazbe ko associate kiye hue hai. yahi shirk hai. yaad rakhiye, kuch rituals ka naam shirk logon ne samajh liya hai ke pathar ka but pooja to shirk hai, na pooja to shirk nahi hai.</w:t>
      </w:r>
    </w:p>
    <w:p>
      <w:pPr>
        <w:jc w:val="right"/>
      </w:pPr>
      <w:r>
        <w:t>وہ اپنے اس جذبے کو ایسوسیٹ کیے ہوئے ہیں۔ یہی شرک ہے۔ یاد رکھیے، کچھ ریچولز کا نام شرک لوگوں نے سمجھ لیا ہے کہ پتھر کا بت پوجا تو شرک ہے، نہ پوجا تو شرک نہیں ہے۔</w:t>
      </w:r>
    </w:p>
    <w:p>
      <w:r>
        <w:rPr>
          <w:b/>
        </w:rPr>
        <w:t xml:space="preserve">[04:36] </w:t>
      </w:r>
      <w:r>
        <w:t>woh to form hai. asal cheez jo hai woh in terms of spirit hoti hai. in terms of form kabhi bhi nahi hoti koi bhi cheez.</w:t>
      </w:r>
    </w:p>
    <w:p>
      <w:pPr>
        <w:jc w:val="right"/>
      </w:pPr>
      <w:r>
        <w:t>یہ غلط ہے بالکل۔</w:t>
      </w:r>
    </w:p>
    <w:p>
      <w:r>
        <w:rPr>
          <w:b/>
        </w:rPr>
        <w:t xml:space="preserve">[04:39] </w:t>
      </w:r>
      <w:r>
        <w:t>to saara jo test hai is duniya mein woh yeh hai ke is fitrat ke andar is jazbe ko, strong affection ko, love ko</w:t>
      </w:r>
    </w:p>
    <w:p>
      <w:pPr>
        <w:jc w:val="right"/>
      </w:pPr>
      <w:r>
        <w:t>وہ تو فارم ہے۔ اصل چیز جو ہے وہ ان ٹرمز آف اسپرٹ ہوتی ہے۔ ان ٹرمز آف فارم کبھی بھی نہیں ہوتی کوئی بھی چیز۔</w:t>
      </w:r>
    </w:p>
    <w:p>
      <w:r>
        <w:rPr>
          <w:b/>
        </w:rPr>
        <w:t xml:space="preserve">[04:53] </w:t>
      </w:r>
      <w:r>
        <w:t>aap associate karte hain kis se?</w:t>
      </w:r>
    </w:p>
    <w:p>
      <w:pPr>
        <w:jc w:val="right"/>
      </w:pPr>
      <w:r>
        <w:t>تو سارا جو ٹیسٹ ہے اس دنیا میں وہ یہ ہے کہ اس فطرت کے اندر اس جذبے کو، اسٹرانگ افیکشن کو، لو کو</w:t>
      </w:r>
    </w:p>
    <w:p>
      <w:r>
        <w:rPr>
          <w:b/>
        </w:rPr>
        <w:t xml:space="preserve">[05:10] </w:t>
      </w:r>
      <w:r>
        <w:t>khuda se ya kisi aur se? yaani yahan ke aap ko bete se muhabbat hai, family se muhabbat hai, paise se muhabbat hai, apni shohrat se, apni power se muhabbat hai,</w:t>
      </w:r>
    </w:p>
    <w:p>
      <w:pPr>
        <w:jc w:val="right"/>
      </w:pPr>
      <w:r>
        <w:t>آپ ایسوسیٹ کرتے ہیں کس سے؟</w:t>
      </w:r>
    </w:p>
    <w:p>
      <w:r>
        <w:rPr>
          <w:b/>
        </w:rPr>
        <w:t xml:space="preserve">[05:15] </w:t>
      </w:r>
      <w:r>
        <w:t>kisi bhi cheez se other than god. aur khuda se muhabbat nahi hai.</w:t>
      </w:r>
    </w:p>
    <w:p>
      <w:pPr>
        <w:jc w:val="right"/>
      </w:pPr>
      <w:r>
        <w:t>خدا سے یا کسی اور سے؟ یعنی یہاں کہ آپ کو بیٹے سے محبت ہے، فیملی سے محبت ہے، پیسے سے محبت ہے، اپنی شہرت سے، اپنی پاور سے محبت ہے،</w:t>
      </w:r>
    </w:p>
    <w:p>
      <w:r>
        <w:rPr>
          <w:b/>
        </w:rPr>
        <w:t xml:space="preserve">[05:30] </w:t>
      </w:r>
      <w:r>
        <w:t>khuda se aap sirf lip service karte hain. yaani dili ta'alluq to kahin aur se hai.</w:t>
      </w:r>
    </w:p>
    <w:p>
      <w:pPr>
        <w:jc w:val="right"/>
      </w:pPr>
      <w:r>
        <w:t>کسی بھی چیز سے ادر دین گاڈ۔ اور خدا سے محبت نہیں ہے۔</w:t>
      </w:r>
    </w:p>
    <w:p>
      <w:r>
        <w:rPr>
          <w:b/>
        </w:rPr>
        <w:t xml:space="preserve">[05:34] </w:t>
      </w:r>
      <w:r>
        <w:t>aur lip service ke taur par khuda se. to hargiz woh tauheed nahi hai. aaj kal ek culture chala hua hai musalmanon mein.</w:t>
      </w:r>
    </w:p>
    <w:p>
      <w:pPr>
        <w:jc w:val="right"/>
      </w:pPr>
      <w:r>
        <w:t>خدا سے آپ صرف لپ سروس کرتے ہیں۔ یعنی دلی تعلق تو کہیں اور سے ہے۔</w:t>
      </w:r>
    </w:p>
    <w:p>
      <w:r>
        <w:rPr>
          <w:b/>
        </w:rPr>
        <w:t xml:space="preserve">[05:44] </w:t>
      </w:r>
      <w:r>
        <w:t>baat baat pe kahein Alhamdulillah, Alhamdulillah aisa ho gaya, Alhamdulillah waisa ho gaya. to Quran mein hai ke "ta'rafoona fi lahn al-qawl".</w:t>
      </w:r>
    </w:p>
    <w:p>
      <w:pPr>
        <w:jc w:val="right"/>
      </w:pPr>
      <w:r>
        <w:t>اور لپ سروس کے طور پر خدا سے۔ تو ہرگز وہ توحید نہیں ہے۔ آج کل ایک کلچر چلا ہوا ہے مسلمانوں میں۔</w:t>
      </w:r>
    </w:p>
    <w:p>
      <w:r>
        <w:rPr>
          <w:b/>
        </w:rPr>
        <w:t xml:space="preserve">[05:54] </w:t>
      </w:r>
      <w:r>
        <w:t>yaani lahn-e-qawl batayega ke woh kya hai. to yaqeen kijiye ke jab main sunta hoon to mujhe lagta hai ke dil mein to hai al-hamdu li ghairillah.</w:t>
      </w:r>
    </w:p>
    <w:p>
      <w:pPr>
        <w:jc w:val="right"/>
      </w:pPr>
      <w:r>
        <w:t>بات بات پہ کہیں الحمدللہ، الحمدللہ ایسا ہو گیا، الحمدللہ ویسا ہو گیا۔ تو قرآن میں ہے کہ "تعرفون فی لحن القول"۔</w:t>
      </w:r>
    </w:p>
    <w:p>
      <w:r>
        <w:rPr>
          <w:b/>
        </w:rPr>
        <w:t xml:space="preserve">[06:10] </w:t>
      </w:r>
      <w:r>
        <w:t>zabaan par kya hai? Alhamdulillah. jitne bhi Alhamdulillah kehne wale hain,</w:t>
      </w:r>
    </w:p>
    <w:p>
      <w:pPr>
        <w:jc w:val="right"/>
      </w:pPr>
      <w:r>
        <w:t>یعنی لحن قول بتائے گا کہ وہ کیا ہے۔ تو یقین کیجئے کہ جب میں سنتا ہوں تو مجھے لگتا ہے کہ دل میں تو ہے الحمد لغیر اللہ۔</w:t>
      </w:r>
    </w:p>
    <w:p>
      <w:r>
        <w:rPr>
          <w:b/>
        </w:rPr>
        <w:t xml:space="preserve">[06:21] </w:t>
      </w:r>
      <w:r>
        <w:t>saari duniya mein dekha hai maine, baat baat mein Alhamdulillah, yeh Alhamdulillah yeh ho gaya, Alhamdulillah woh ho gaya. sab ka haal yahi hai ke dil mein hai to Alhamdulillah ghairullah.</w:t>
      </w:r>
    </w:p>
    <w:p>
      <w:pPr>
        <w:jc w:val="right"/>
      </w:pPr>
      <w:r>
        <w:t>زبان پر کیا ہے؟ الحمد للہ۔ جتنے بھی الحمدللہ کہنے والے ہیں،</w:t>
      </w:r>
    </w:p>
    <w:p>
      <w:r>
        <w:rPr>
          <w:b/>
        </w:rPr>
        <w:t xml:space="preserve">[06:29] </w:t>
      </w:r>
      <w:r>
        <w:t>aur zabaan par kya hai? Alhamdulillah, Alhamdulillah.</w:t>
      </w:r>
    </w:p>
    <w:p>
      <w:pPr>
        <w:jc w:val="right"/>
      </w:pPr>
      <w:r>
        <w:t>ساری دنیا میں دیکھا ہے میں نے، بات بات میں الحمدللہ، یہ الحمدللہ یہ ہو گیا، الحمدللہ وہ ہو گیا۔ سب کا حال یہی ہے کہ دل میں ہے تو الحمدللہ غیر اللہ۔</w:t>
      </w:r>
    </w:p>
    <w:p>
      <w:r>
        <w:rPr>
          <w:b/>
        </w:rPr>
        <w:t xml:space="preserve">[06:45] </w:t>
      </w:r>
      <w:r>
        <w:t>aisa Alhamdulillah Allah ko hargiz matloob nahi hai.</w:t>
      </w:r>
    </w:p>
    <w:p>
      <w:pPr>
        <w:jc w:val="right"/>
      </w:pPr>
      <w:r>
        <w:t>اور زبان پر کیا ہے؟ الحمدللہ، الحمدللہ۔</w:t>
      </w:r>
    </w:p>
    <w:p>
      <w:r>
        <w:rPr>
          <w:b/>
        </w:rPr>
        <w:t xml:space="preserve">[06:48] </w:t>
      </w:r>
      <w:r>
        <w:t>ab dekhiye, yeh yeh baat sochiye ke kya wajah hai ke Bible mein bhi aaya hai ke sab se zyada muhabbat Allah se karo.</w:t>
      </w:r>
    </w:p>
    <w:p>
      <w:pPr>
        <w:jc w:val="right"/>
      </w:pPr>
      <w:r>
        <w:t>ایسا الحمدللہ اللہ کو ہرگز مطلوب نہیں ہے۔</w:t>
      </w:r>
    </w:p>
    <w:p>
      <w:r>
        <w:rPr>
          <w:b/>
        </w:rPr>
        <w:t xml:space="preserve">[06:57] </w:t>
      </w:r>
      <w:r>
        <w:t>Quran mein bhi aaya hai ke sab se zyada muhabbat Allah se karo.</w:t>
      </w:r>
    </w:p>
    <w:p>
      <w:pPr>
        <w:jc w:val="right"/>
      </w:pPr>
      <w:r>
        <w:t>اب دیکھیے، یہ یہ بات سوچیے کہ کیا وجہ ہے کہ بائبل میں بھی آیا ہے کہ سب سے زیادہ محبت اللہ سے کرو۔</w:t>
      </w:r>
    </w:p>
    <w:p>
      <w:r>
        <w:rPr>
          <w:b/>
        </w:rPr>
        <w:t xml:space="preserve">[07:11] </w:t>
      </w:r>
      <w:r>
        <w:t>lekin yeh baat na aap musalmanon mein payenge, na is Christian mein payenge. saare Christian mein aap note daaliye, koi nahi milega jo sach much sab se zyada muhabbat Allah se karta ho.</w:t>
      </w:r>
    </w:p>
    <w:p>
      <w:pPr>
        <w:jc w:val="right"/>
      </w:pPr>
      <w:r>
        <w:t>قرآن میں بھی آیا ہے کہ سب سے زیادہ محبت اللہ سے کرو۔</w:t>
      </w:r>
    </w:p>
    <w:p>
      <w:r>
        <w:rPr>
          <w:b/>
        </w:rPr>
        <w:t xml:space="preserve">[07:15] </w:t>
      </w:r>
      <w:r>
        <w:t>na musalmanon mein koi milega aap ko jo sab se zyada muhabbat Allah se karta ho. kyun?</w:t>
      </w:r>
    </w:p>
    <w:p>
      <w:pPr>
        <w:jc w:val="right"/>
      </w:pPr>
      <w:r>
        <w:t>لیکن یہ بات نہ آپ مسلمانوں میں پائیں گے، نہ اس کرسچن میں پائیں گے۔ سارے کرسچن میں آپ نوٹ ڈالیے، کوئی نہیں ملے گا جو سچ مچ سب سے زیادہ محبت اللہ سے کرتا ہو۔</w:t>
      </w:r>
    </w:p>
    <w:p>
      <w:r>
        <w:rPr>
          <w:b/>
        </w:rPr>
        <w:t xml:space="preserve">[07:34] </w:t>
      </w:r>
      <w:r>
        <w:t>donon hi ne apne is jazbe ko associate kar rakha hai kisi aur se.</w:t>
      </w:r>
    </w:p>
    <w:p>
      <w:pPr>
        <w:jc w:val="right"/>
      </w:pPr>
      <w:r>
        <w:t>نہ مسلمانوں میں کوئی ملے گا آپ کو جو سب سے زیادہ محبت اللہ سے کرتا ہو۔ کیوں؟</w:t>
      </w:r>
    </w:p>
    <w:p>
      <w:r>
        <w:rPr>
          <w:b/>
        </w:rPr>
        <w:t xml:space="preserve">[07:44] </w:t>
      </w:r>
      <w:r>
        <w:t>donon hi ne apne is jazbe ko associate kar rakha hai kisi aur se.</w:t>
      </w:r>
    </w:p>
    <w:p>
      <w:pPr>
        <w:jc w:val="right"/>
      </w:pPr>
      <w:r>
        <w:t>دونوں ہی نے اپنے اس جذبے کو ایسوسیٹ کر رکھا ہے کسی اور سے۔</w:t>
      </w:r>
    </w:p>
    <w:p>
      <w:r>
        <w:rPr>
          <w:b/>
        </w:rPr>
        <w:t xml:space="preserve">[07:55] </w:t>
      </w:r>
      <w:r>
        <w:t>jazba to dono mein hai, lekin associate kar rakha hai kisi aur se. woh kis se? apne yani mazhabi jo tabqa hai, us ne kar rakha hai apne peghambar se.</w:t>
      </w:r>
    </w:p>
    <w:p>
      <w:pPr>
        <w:jc w:val="right"/>
      </w:pPr>
      <w:r>
        <w:t>جذبہ تو دونوں میں ہے، لیکن ایسوسیٹ کر رکھا ہے کسی اور سے۔ وہ کس سے؟ اپنے یعنی مذہبی جو طبقہ ہے، اس نے کر رکھا ہے اپنے پیغمبر سے۔</w:t>
      </w:r>
    </w:p>
    <w:p>
      <w:r>
        <w:rPr>
          <w:b/>
        </w:rPr>
        <w:t xml:space="preserve">[08:11] </w:t>
      </w:r>
      <w:r>
        <w:t>christian ne apne peghambar ko itna barhaya, itna barhaya, itna barhaya ke un ko kaha diya ke yeh to khuda ka beta hai, son of god. barhatay barhatay un ko son of god bana diya.</w:t>
      </w:r>
    </w:p>
    <w:p>
      <w:pPr>
        <w:jc w:val="right"/>
      </w:pPr>
      <w:r>
        <w:t>کرسچن نے اپنے پیغمبر کو اتنا بڑھایا، اتنا بڑھایا، اتنا بڑھایا کہ ان کو کہا دیا کہ یہ تو خدا کا بیٹا ہے، سن آف گاڈ۔ بڑھاتے بڑھاتے ان کو سن آف گاڈ بنا دیا۔</w:t>
      </w:r>
    </w:p>
    <w:p>
      <w:r>
        <w:rPr>
          <w:b/>
        </w:rPr>
        <w:t xml:space="preserve">[08:26] </w:t>
      </w:r>
      <w:r>
        <w:t>musalmanon ne barhatay barhatay kiya kiya? ke</w:t>
      </w:r>
    </w:p>
    <w:p>
      <w:pPr>
        <w:jc w:val="right"/>
      </w:pPr>
      <w:r>
        <w:t>مسلمانوں نے بڑھاتے بڑھاتے کیا کیا؟ کہ</w:t>
      </w:r>
    </w:p>
    <w:p>
      <w:r>
        <w:rPr>
          <w:b/>
        </w:rPr>
        <w:t xml:space="preserve">[08:31] </w:t>
      </w:r>
      <w:r>
        <w:t>sab kuch apne peghambari ko bana diya.</w:t>
      </w:r>
    </w:p>
    <w:p>
      <w:pPr>
        <w:jc w:val="right"/>
      </w:pPr>
      <w:r>
        <w:t>سب کچھ اپنے پیغمبری کو بنا دیا۔</w:t>
      </w:r>
    </w:p>
    <w:p>
      <w:r>
        <w:rPr>
          <w:b/>
        </w:rPr>
        <w:t xml:space="preserve">[08:38] </w:t>
      </w:r>
      <w:r>
        <w:t>mein bachpan se is tarah ki baat suntay aya hoon. hamare apne khandan mein hamare bhai thay, woh shair thay.</w:t>
      </w:r>
    </w:p>
    <w:p>
      <w:pPr>
        <w:jc w:val="right"/>
      </w:pPr>
      <w:r>
        <w:t>میں بچپن سے اس طرح کی بات سنتا آیا ہوں۔ ہمارے اپنے خاندان میں ہمارے بھائی تھے، وہ شاعر تھے۔</w:t>
      </w:r>
    </w:p>
    <w:p>
      <w:r>
        <w:rPr>
          <w:b/>
        </w:rPr>
        <w:t xml:space="preserve">[08:51] </w:t>
      </w:r>
      <w:r>
        <w:t>to un ki nazm likhi thi, bohat bari. uska uska unwan tha "sarwar kainat".</w:t>
      </w:r>
    </w:p>
    <w:p>
      <w:pPr>
        <w:jc w:val="right"/>
      </w:pPr>
      <w:r>
        <w:t>تو ان کی نظم لکھی تھی، بہت بڑی۔ اس کا اس کا عنوان تھا "سرور کائنات"۔</w:t>
      </w:r>
    </w:p>
    <w:p>
      <w:r>
        <w:rPr>
          <w:b/>
        </w:rPr>
        <w:t xml:space="preserve">[08:58] </w:t>
      </w:r>
      <w:r>
        <w:t>sarwar kainat. un ka aik shair tha: "rasool Allah ne hijrat kar ke madina aap gaye".</w:t>
      </w:r>
    </w:p>
    <w:p>
      <w:pPr>
        <w:jc w:val="right"/>
      </w:pPr>
      <w:r>
        <w:t>سرور کائنات۔ ان کا ایک شعر تھا: "رسول اللہ نے ہجرت کر کے مدینہ آپ گئے"۔</w:t>
      </w:r>
    </w:p>
    <w:p>
      <w:r>
        <w:rPr>
          <w:b/>
        </w:rPr>
        <w:t xml:space="preserve">[09:07] </w:t>
      </w:r>
      <w:r>
        <w:t>is ke baray mein</w:t>
      </w:r>
    </w:p>
    <w:p>
      <w:pPr>
        <w:jc w:val="right"/>
      </w:pPr>
      <w:r>
        <w:t>اس کے بارے میں</w:t>
      </w:r>
    </w:p>
    <w:p>
      <w:r>
        <w:rPr>
          <w:b/>
        </w:rPr>
        <w:t xml:space="preserve">[09:15] </w:t>
      </w:r>
      <w:r>
        <w:t>ke "mubarak ho, mubarak hai tayba mutahhar, teri zameen mehr o mah se bartar ke mehfil kulfqaa ke sarwar." diyar tera basa rahay hain.</w:t>
      </w:r>
    </w:p>
    <w:p>
      <w:pPr>
        <w:jc w:val="right"/>
      </w:pPr>
      <w:r>
        <w:t>کہ "مبارک ہو، مبارک ہے طیبہ مطہر، تیری زمین مہر و مہ سے برتر کہ محفل کلفقاء کے سرور۔" دیار تیرا بسا رہے ہیں۔</w:t>
      </w:r>
    </w:p>
    <w:p>
      <w:r>
        <w:rPr>
          <w:b/>
        </w:rPr>
        <w:t xml:space="preserve">[09:31] </w:t>
      </w:r>
      <w:r>
        <w:t>kulfqaa yeh sara jo hai woh kulfqaa hai. yani jo</w:t>
      </w:r>
    </w:p>
    <w:p>
      <w:pPr>
        <w:jc w:val="right"/>
      </w:pPr>
      <w:r>
        <w:t>کلفقاء یہ سارا جو ہے وہ کلفقاء ہے۔ یعنی جو</w:t>
      </w:r>
    </w:p>
    <w:p>
      <w:r>
        <w:rPr>
          <w:b/>
        </w:rPr>
        <w:t xml:space="preserve">[09:36] </w:t>
      </w:r>
      <w:r>
        <w:t>jo world hai, poora universe hai, woh sab ka sab is ka sarwar rasool Allah sal Allah alayhi wasalam hai. Maulana Shibli ne kitab likhi seerat par to is ka sarnama likha.</w:t>
      </w:r>
    </w:p>
    <w:p>
      <w:pPr>
        <w:jc w:val="right"/>
      </w:pPr>
      <w:r>
        <w:t>جو ورلڈ ہے، پورا یونیورس ہے، وہ سب کا سب اس کا سرور رسول اللہ صلی اللہ علیہ وسلم ہے۔ مولانا شبلی نے کتاب لکھی سیرت پر تو اس کا سرنامہ لکھا۔</w:t>
      </w:r>
    </w:p>
    <w:p>
      <w:r>
        <w:rPr>
          <w:b/>
        </w:rPr>
        <w:t xml:space="preserve">[09:47] </w:t>
      </w:r>
      <w:r>
        <w:t>unhon ne shehanshah kainat ke darbar mein</w:t>
      </w:r>
    </w:p>
    <w:p>
      <w:pPr>
        <w:jc w:val="right"/>
      </w:pPr>
      <w:r>
        <w:t>انہوں نے شہنشاہ کونین کے دربار میں</w:t>
      </w:r>
    </w:p>
    <w:p>
      <w:r>
        <w:rPr>
          <w:b/>
        </w:rPr>
        <w:t xml:space="preserve">[09:54] </w:t>
      </w:r>
      <w:r>
        <w:t>ab batayein ke shehanshah kainat jab aap ka peghambar hai to Allah taala kahan hain? kaha ke aap ne inseat kar diya Allah taala ko.</w:t>
      </w:r>
    </w:p>
    <w:p>
      <w:pPr>
        <w:jc w:val="right"/>
      </w:pPr>
      <w:r>
        <w:t>اب بتائیں کہ شہنشاہ کونین جب آپ کا پیغمبر ہے تو اللہ تعالی کہاں ہیں؟ کہا کہ آپ نے انسیٹ کر دیا اللہ تعالی کو۔</w:t>
      </w:r>
    </w:p>
    <w:p>
      <w:r>
        <w:rPr>
          <w:b/>
        </w:rPr>
        <w:t xml:space="preserve">[10:05] </w:t>
      </w:r>
      <w:r>
        <w:t>isi liye naat khwan parhtay hain aur bohat jhoom se parhtay hain aur taliyan bajti hain.</w:t>
      </w:r>
    </w:p>
    <w:p>
      <w:pPr>
        <w:jc w:val="right"/>
      </w:pPr>
      <w:r>
        <w:t>اسی لیے نعت خواں پڑھتے ہیں اور بہت جھوم سے پڑھتے ہیں اور تالیاں بجتی ہیں۔</w:t>
      </w:r>
    </w:p>
    <w:p>
      <w:r>
        <w:rPr>
          <w:b/>
        </w:rPr>
        <w:t xml:space="preserve">[10:15] </w:t>
      </w:r>
      <w:r>
        <w:t>tauheed ke palay mein wahdat ke siwa kiya hai? jo kuch hamein lena hai, le lenge Muhammad se.</w:t>
      </w:r>
    </w:p>
    <w:p>
      <w:pPr>
        <w:jc w:val="right"/>
      </w:pPr>
      <w:r>
        <w:t>توحید کے پلے میں وحدت کے سوا کیا ہے؟ جو کچھ ہمیں لینا ہے، لے لیں گے محمد سے۔</w:t>
      </w:r>
    </w:p>
    <w:p>
      <w:r>
        <w:rPr>
          <w:b/>
        </w:rPr>
        <w:t xml:space="preserve">[10:25] </w:t>
      </w:r>
      <w:r>
        <w:t>to dekhein, christian mein bhi sab se bari kami yeh hai ke woh un ki kitab mein likha hua hai ke "love god with all your soul, with all your heart, with all your mind".</w:t>
      </w:r>
    </w:p>
    <w:p>
      <w:pPr>
        <w:jc w:val="right"/>
      </w:pPr>
      <w:r>
        <w:t>تو دیکھیں، کرسچن میں بھی سب سے بڑی کمی یہ ہے کہ وہ ان کی کتاب میں لکھا ہوا ہے کہ "لو گاڈ ود آل یور سول، ود آل یور ہارٹ، ود آل یور مائنڈ"۔</w:t>
      </w:r>
    </w:p>
    <w:p>
      <w:r>
        <w:rPr>
          <w:b/>
        </w:rPr>
        <w:t xml:space="preserve">[10:41] </w:t>
      </w:r>
      <w:r>
        <w:t>lekin</w:t>
      </w:r>
    </w:p>
    <w:p>
      <w:pPr>
        <w:jc w:val="right"/>
      </w:pPr>
      <w:r>
        <w:t>لیکن</w:t>
      </w:r>
    </w:p>
    <w:p>
      <w:r>
        <w:rPr>
          <w:b/>
        </w:rPr>
        <w:t xml:space="preserve">[10:42] </w:t>
      </w:r>
      <w:r>
        <w:t>un ki love kis se hai? apne peghambar se jis ko woh khuda ka beta bana rakha hai. unhon ne quran mein likha hua hai ke "walam yakhsha illa Allah".</w:t>
      </w:r>
    </w:p>
    <w:p>
      <w:pPr>
        <w:jc w:val="right"/>
      </w:pPr>
      <w:r>
        <w:t>ان کی لو کس سے ہے؟ اپنے پیغمبر سے جس کو وہ خدا کا بیٹا بنا رکھا ہے۔ انہوں نے قرآن میں لکھا ہوا ہے کہ "ولم یخش الا اللہ"۔</w:t>
      </w:r>
    </w:p>
    <w:p>
      <w:r>
        <w:rPr>
          <w:b/>
        </w:rPr>
        <w:t xml:space="preserve">[10:54] </w:t>
      </w:r>
      <w:r>
        <w:t>lekin musalmanon ki mohabbat kis se hai? apne peghambar se kyunke unhon ne shehanshah kainat bana rakha hai.</w:t>
      </w:r>
    </w:p>
    <w:p>
      <w:pPr>
        <w:jc w:val="right"/>
      </w:pPr>
      <w:r>
        <w:t>لیکن مسلمانوں کی محبت کس سے ہے؟ اپنے پیغمبر سے کیونکہ انہوں نے شہنشاہ کون بنا رکھا ہے۔</w:t>
      </w:r>
    </w:p>
    <w:p>
      <w:r>
        <w:rPr>
          <w:b/>
        </w:rPr>
        <w:t xml:space="preserve">[11:09] </w:t>
      </w:r>
      <w:r>
        <w:t>yeh bohat ziyada sochne ki baat hai. kyun? jab Islam ke jitne bhi ahkam hain, chahe woh namaz, roza ho ya dawat Allah ho, sab ka jo</w:t>
      </w:r>
    </w:p>
    <w:p>
      <w:pPr>
        <w:jc w:val="right"/>
      </w:pPr>
      <w:r>
        <w:t>یہ بہت زیادہ سوچنے کی بات ہے۔ کیوں؟ جب اسلام کے جتنے بھی احکام ہیں، چاہے وہ نماز، روزہ ہو یا دعوت اللہ ہو، سب کا جو</w:t>
      </w:r>
    </w:p>
    <w:p>
      <w:r>
        <w:rPr>
          <w:b/>
        </w:rPr>
        <w:t xml:space="preserve">[11:26] </w:t>
      </w:r>
      <w:r>
        <w:t>center hai, markazi jo nuqta hai, woh hai tauheed. Allah se aap ko gehri mohabbat hogi, tabhi aap ki ibadat mein jaan aaye gi,</w:t>
      </w:r>
    </w:p>
    <w:p>
      <w:pPr>
        <w:jc w:val="right"/>
      </w:pPr>
      <w:r>
        <w:t>سینٹر ہے، مرکزی جو نقطہ ہے، وہ ہے توحید۔ اللہ سے آپ کو گہری محبت ہوگی، تبھی آپ کی عبادت میں جان آئے گی،</w:t>
      </w:r>
    </w:p>
    <w:p>
      <w:r>
        <w:rPr>
          <w:b/>
        </w:rPr>
        <w:t xml:space="preserve">[11:40] </w:t>
      </w:r>
      <w:r>
        <w:t>aap ki duaon mein jaan aaye gi,</w:t>
      </w:r>
    </w:p>
    <w:p>
      <w:pPr>
        <w:jc w:val="right"/>
      </w:pPr>
      <w:r>
        <w:t>آپ کی دعاؤں میں جان آئے گی،</w:t>
      </w:r>
    </w:p>
    <w:p>
      <w:r>
        <w:rPr>
          <w:b/>
        </w:rPr>
        <w:t xml:space="preserve">[11:42] </w:t>
      </w:r>
      <w:r>
        <w:t>aap ke zikr mein jaan aaye gi, aur tabhi aap dawat Allah kaam karenge. kyunke dawat Allah kiya hai? woh to aik divine goal hai, khudai mission hai.</w:t>
      </w:r>
    </w:p>
    <w:p>
      <w:pPr>
        <w:jc w:val="right"/>
      </w:pPr>
      <w:r>
        <w:t>آپ کے ذکر میں جان آئے گی، اور تبھی آپ دعوت اللہ کام کریں گے۔ کیونکہ دعوت اللہ کیا ہے؟ وہ تو ایک ڈیوائن گول ہے، خدائی مشن ہے۔</w:t>
      </w:r>
    </w:p>
    <w:p>
      <w:r>
        <w:rPr>
          <w:b/>
        </w:rPr>
        <w:t xml:space="preserve">[11:56] </w:t>
      </w:r>
      <w:r>
        <w:t>to khuda se aap ko taluq hi nahi, to kis liye aap is ke liye dorr dhoop karenge?</w:t>
      </w:r>
    </w:p>
    <w:p>
      <w:pPr>
        <w:jc w:val="right"/>
      </w:pPr>
      <w:r>
        <w:t>تو خدا سے آپ کو تعلق ہی نہیں، تو کس لیے آپ اس کے لیے دوڑ دھوپ کریں گے؟</w:t>
      </w:r>
    </w:p>
    <w:p>
      <w:r>
        <w:rPr>
          <w:b/>
        </w:rPr>
        <w:t xml:space="preserve">[12:06] </w:t>
      </w:r>
      <w:r>
        <w:t>to yeh rasool Allah sal Allah alayhi wasalam ne peshgi tor par warning di thi ke tum aisa karoge:</w:t>
      </w:r>
    </w:p>
    <w:p>
      <w:pPr>
        <w:jc w:val="right"/>
      </w:pPr>
      <w:r>
        <w:t>تو یہ رسول اللہ صلی اللہ علیہ وسلم نے پیشگی طور پر وارننگ دی تھی کہ تم ایسا کرو گے:</w:t>
      </w:r>
    </w:p>
    <w:p>
      <w:r>
        <w:rPr>
          <w:b/>
        </w:rPr>
        <w:t xml:space="preserve">[12:17] </w:t>
      </w:r>
      <w:r>
        <w:t>"la tatrooni kama atrat al-nasara min qabl". kaisi ajeeb</w:t>
      </w:r>
    </w:p>
    <w:p>
      <w:pPr>
        <w:jc w:val="right"/>
      </w:pPr>
      <w:r>
        <w:t>"لا تترونی کما عطرت النصاری من قبل"۔ کیسی عجیب</w:t>
      </w:r>
    </w:p>
    <w:p>
      <w:r>
        <w:rPr>
          <w:b/>
        </w:rPr>
        <w:t xml:space="preserve">[12:24] </w:t>
      </w:r>
      <w:r>
        <w:t>baat hai! ghaur kijiyega, chaudah sau saal pehle</w:t>
      </w:r>
    </w:p>
    <w:p>
      <w:pPr>
        <w:jc w:val="right"/>
      </w:pPr>
      <w:r>
        <w:t>بات ہے! غور کیجئے، چودہ سو سال پہلے</w:t>
      </w:r>
    </w:p>
    <w:p>
      <w:r>
        <w:rPr>
          <w:b/>
        </w:rPr>
        <w:t xml:space="preserve">[12:31] </w:t>
      </w:r>
      <w:r>
        <w:t>aap ne farmaya tha ke mujh ko is tarah se mat barhao charhao jaisa ke nasara ne barhaya charhaya apne paighambar ko.</w:t>
      </w:r>
    </w:p>
    <w:p>
      <w:pPr>
        <w:jc w:val="right"/>
      </w:pPr>
      <w:r>
        <w:t>آپ نے فرمایا تھا کہ مجھ کو اس طرح سے مت بڑھاؤ چڑھاؤ جیسا کہ نصاری نے بڑھایا چڑھایا اپنے پیغمبر کو۔</w:t>
      </w:r>
    </w:p>
    <w:p>
      <w:r>
        <w:rPr>
          <w:b/>
        </w:rPr>
        <w:t xml:space="preserve">[12:44] </w:t>
      </w:r>
      <w:r>
        <w:t>to unhon ne barhate barhate beta bana diya. musalmanon ne barhate barhate shehanshah kon bana diya?</w:t>
      </w:r>
    </w:p>
    <w:p>
      <w:pPr>
        <w:jc w:val="right"/>
      </w:pPr>
      <w:r>
        <w:t>تو انہوں نے بڑھاتے بڑھاتے بیٹا بنا دیا۔ مسلمانوں نے بڑھاتے بڑھاتے شہنشاہ کون بنا دیا؟</w:t>
      </w:r>
    </w:p>
    <w:p>
      <w:r>
        <w:rPr>
          <w:b/>
        </w:rPr>
        <w:t xml:space="preserve">[12:52] </w:t>
      </w:r>
      <w:r>
        <w:t>kaisi ajeeb baat hai!</w:t>
      </w:r>
    </w:p>
    <w:p>
      <w:pPr>
        <w:jc w:val="right"/>
      </w:pPr>
      <w:r>
        <w:t>کیسی عجیب بات ہے!</w:t>
      </w:r>
    </w:p>
    <w:p>
      <w:r>
        <w:rPr>
          <w:b/>
        </w:rPr>
        <w:t xml:space="preserve">[12:55] </w:t>
      </w:r>
      <w:r>
        <w:t>isi wajah se musalmanon ke sare mamlaat bigre hue hain. jab aap ko khuda se mohabbat nahi hai to khuda kyon aap ke mamlaat durust karega?</w:t>
      </w:r>
    </w:p>
    <w:p>
      <w:pPr>
        <w:jc w:val="right"/>
      </w:pPr>
      <w:r>
        <w:t>اسی وجہ سے مسلمانوں کے سارے معاملات بگڑے ہوئے ہیں۔ جب آپ کو خدا سے محبت نہیں ہے تو خدا کیوں آپ کے معاملات درست کرے گا؟</w:t>
      </w:r>
    </w:p>
    <w:p>
      <w:r>
        <w:rPr>
          <w:b/>
        </w:rPr>
        <w:t xml:space="preserve">[13:09] </w:t>
      </w:r>
      <w:r>
        <w:t>bataiye,</w:t>
      </w:r>
    </w:p>
    <w:p>
      <w:pPr>
        <w:jc w:val="right"/>
      </w:pPr>
      <w:r>
        <w:t>بتائیے،</w:t>
      </w:r>
    </w:p>
    <w:p>
      <w:r>
        <w:rPr>
          <w:b/>
        </w:rPr>
        <w:t xml:space="preserve">[13:12] </w:t>
      </w:r>
      <w:r>
        <w:t>kyon durust karega?</w:t>
      </w:r>
    </w:p>
    <w:p>
      <w:pPr>
        <w:jc w:val="right"/>
      </w:pPr>
      <w:r>
        <w:t>کیوں درست کرے گا؟</w:t>
      </w:r>
    </w:p>
    <w:p>
      <w:r>
        <w:rPr>
          <w:b/>
        </w:rPr>
        <w:t xml:space="preserve">[13:20] </w:t>
      </w:r>
      <w:r>
        <w:t>abhi ek bohat thi, yaani bohat thi</w:t>
      </w:r>
    </w:p>
    <w:p>
      <w:pPr>
        <w:jc w:val="right"/>
      </w:pPr>
      <w:r>
        <w:t>ابھی ایک بہت تھی، یعنی بہت تھی</w:t>
      </w:r>
    </w:p>
    <w:p>
      <w:r>
        <w:rPr>
          <w:b/>
        </w:rPr>
        <w:t xml:space="preserve">[13:29] </w:t>
      </w:r>
      <w:r>
        <w:t>ek,</w:t>
      </w:r>
    </w:p>
    <w:p>
      <w:pPr>
        <w:jc w:val="right"/>
      </w:pPr>
      <w:r>
        <w:t>ایک،</w:t>
      </w:r>
    </w:p>
    <w:p>
      <w:r>
        <w:rPr>
          <w:b/>
        </w:rPr>
        <w:t xml:space="preserve">[13:34] </w:t>
      </w:r>
      <w:r>
        <w:t>abhi aaj aap jante hain ke January 2012 ki 29 tareekh hai. chand din pehle ek seminar hua Jaipur mein,</w:t>
      </w:r>
    </w:p>
    <w:p>
      <w:pPr>
        <w:jc w:val="right"/>
      </w:pPr>
      <w:r>
        <w:t>ابھی آج آپ جانتے ہیں کہ جنوری 2012 کی 29 تاریخ ہے۔ چند دن پہلے ایک سیمینار ہوا جے پور میں،</w:t>
      </w:r>
    </w:p>
    <w:p>
      <w:r>
        <w:rPr>
          <w:b/>
        </w:rPr>
        <w:t xml:space="preserve">[13:50] </w:t>
      </w:r>
      <w:r>
        <w:t>international seminar.</w:t>
      </w:r>
    </w:p>
    <w:p>
      <w:pPr>
        <w:jc w:val="right"/>
      </w:pPr>
      <w:r>
        <w:t>انٹرنیشنل سیمینار۔</w:t>
      </w:r>
    </w:p>
    <w:p>
      <w:r>
        <w:rPr>
          <w:b/>
        </w:rPr>
        <w:t xml:space="preserve">[13:53] </w:t>
      </w:r>
      <w:r>
        <w:t>is mein dunya bhar ke top ke writers aaye the.</w:t>
      </w:r>
    </w:p>
    <w:p>
      <w:pPr>
        <w:jc w:val="right"/>
      </w:pPr>
      <w:r>
        <w:t>اس میں دنیا بھر کے ٹاپ کے رائٹرز آئے تھے۔</w:t>
      </w:r>
    </w:p>
    <w:p>
      <w:r>
        <w:rPr>
          <w:b/>
        </w:rPr>
        <w:t xml:space="preserve">[14:01] </w:t>
      </w:r>
      <w:r>
        <w:t>is mein jin logon ko bulaya gaya tha, is mein do aadmi woh the: ek Salman Rushdie jo rehte hain Britain mein, doosre</w:t>
      </w:r>
    </w:p>
    <w:p>
      <w:pPr>
        <w:jc w:val="right"/>
      </w:pPr>
      <w:r>
        <w:t>اس میں جن لوگوں کو بلایا گیا تھا، اس میں دو آدمی وہ تھے: ایک سلمان رشدی جو رہتے ہیں برٹن میں، دوسرے</w:t>
      </w:r>
    </w:p>
    <w:p>
      <w:r>
        <w:rPr>
          <w:b/>
        </w:rPr>
        <w:t xml:space="preserve">[14:21] </w:t>
      </w:r>
      <w:r>
        <w:t>Richard Dawkins, woh bhi UK mein rehte hain. to sare India ke musalmanon ne shor machaya ke Salman Rushdie na aane pao.</w:t>
      </w:r>
    </w:p>
    <w:p>
      <w:pPr>
        <w:jc w:val="right"/>
      </w:pPr>
      <w:r>
        <w:t>رچرڈ ٹاکنز، وہ بھی یو کے میں رہتے ہیں۔ تو سارے انڈیا کے مسلمانوں نے شور مچایا کہ سلمان رشدی نہ آنے پاوے۔</w:t>
      </w:r>
    </w:p>
    <w:p>
      <w:r>
        <w:rPr>
          <w:b/>
        </w:rPr>
        <w:t xml:space="preserve">[14:33] </w:t>
      </w:r>
      <w:r>
        <w:t>yahan tak ke Jaipur mein musalmanon ne poora tayari kar rakhi thi ke agar</w:t>
      </w:r>
    </w:p>
    <w:p>
      <w:pPr>
        <w:jc w:val="right"/>
      </w:pPr>
      <w:r>
        <w:t>یہاں تک کہ جے پور میں مسلمانوں نے پورا تیاری کر رکھی تھی کہ اگر</w:t>
      </w:r>
    </w:p>
    <w:p>
      <w:r>
        <w:rPr>
          <w:b/>
        </w:rPr>
        <w:t xml:space="preserve">[14:38] </w:t>
      </w:r>
      <w:r>
        <w:t>aaye yahan Salman Rushdie to un ke khilaf protest kiya jayega, sab kuch kiya jayega jo mumkin hai.</w:t>
      </w:r>
    </w:p>
    <w:p>
      <w:pPr>
        <w:jc w:val="right"/>
      </w:pPr>
      <w:r>
        <w:t>آئے یہاں سلمان رشدی تو ان کے خلاف پروٹیسٹ کیا جائے گا، سب کچھ کیا جائے گا جو ممکن ہے۔</w:t>
      </w:r>
    </w:p>
    <w:p>
      <w:r>
        <w:rPr>
          <w:b/>
        </w:rPr>
        <w:t xml:space="preserve">[14:49] </w:t>
      </w:r>
      <w:r>
        <w:t>lekin Dr. Richard Dawkins wahan aaye aur wahan speech di, un ke sath kuch bhi nahi hua.</w:t>
      </w:r>
    </w:p>
    <w:p>
      <w:pPr>
        <w:jc w:val="right"/>
      </w:pPr>
      <w:r>
        <w:t>لیکن ڈاکٹر رچرڈ ڈاکنز وہاں آئے اور وہاں سپیچ دی، ان کے ساتھ کچھ بھی نہیں ہوا۔</w:t>
      </w:r>
    </w:p>
    <w:p>
      <w:r>
        <w:rPr>
          <w:b/>
        </w:rPr>
        <w:t xml:space="preserve">[15:00] </w:t>
      </w:r>
      <w:r>
        <w:t>dekhiye, un ka stall tha, wahan un ki yeh kitaab bhi logon ko rakhi gayi stall par: "God Delusion".</w:t>
      </w:r>
    </w:p>
    <w:p>
      <w:pPr>
        <w:jc w:val="right"/>
      </w:pPr>
      <w:r>
        <w:t>دیکھیے، ان کا اسٹال تھا، وہاں ان کی یہ کتاب بھی لوگوں کو رکھی گئی اسٹال پر: "گاڈ ڈیلوژن"۔</w:t>
      </w:r>
    </w:p>
    <w:p>
      <w:r>
        <w:rPr>
          <w:b/>
        </w:rPr>
        <w:t xml:space="preserve">[15:12] </w:t>
      </w:r>
      <w:r>
        <w:t>Richard Dawkins kon hain? dekhiye, yeh</w:t>
      </w:r>
    </w:p>
    <w:p>
      <w:pPr>
        <w:jc w:val="right"/>
      </w:pPr>
      <w:r>
        <w:t>رچرڈ ڈاکنز کون ہیں؟ دیکھیے، یہ</w:t>
      </w:r>
    </w:p>
    <w:p>
      <w:r>
        <w:rPr>
          <w:b/>
        </w:rPr>
        <w:t xml:space="preserve">[15:17] </w:t>
      </w:r>
      <w:r>
        <w:t>baqayda woh ek mission chala rahe hain atheism ka, jis mein aap dekh rahe hain ke ek bus hai, bus pe likha hua hai: "There is no God".</w:t>
      </w:r>
    </w:p>
    <w:p>
      <w:pPr>
        <w:jc w:val="right"/>
      </w:pPr>
      <w:r>
        <w:t>باقاعدہ وہ ایک مشن چلا رہے ہیں اتھیزم کا، جس میں آپ دیکھ رہے ہیں کہ ایک بس ہے، بس پہ لکھا ہوا ہے: "دیر از نو گاڈ"۔</w:t>
      </w:r>
    </w:p>
    <w:p>
      <w:r>
        <w:rPr>
          <w:b/>
        </w:rPr>
        <w:t xml:space="preserve">[15:28] </w:t>
      </w:r>
      <w:r>
        <w:t>yaani mission chala rahe hain, woh bus mein literature hota hai, aadmi hote hain, ja ja ke parchar karte hain ke khuda nahi hai.</w:t>
      </w:r>
    </w:p>
    <w:p>
      <w:pPr>
        <w:jc w:val="right"/>
      </w:pPr>
      <w:r>
        <w:t>یعنی مشن چلا رہے ہیں، وہ بس میں لٹریچر ہوتا ہے، آدمی ہوتے ہیں، جا جا کے پرچار کرتے ہیں کہ خدا نہیں ہے۔</w:t>
      </w:r>
    </w:p>
    <w:p>
      <w:r>
        <w:rPr>
          <w:b/>
        </w:rPr>
        <w:t xml:space="preserve">[15:37] </w:t>
      </w:r>
      <w:r>
        <w:t>to atheism ke parcharak bane hue hain woh.</w:t>
      </w:r>
    </w:p>
    <w:p>
      <w:pPr>
        <w:jc w:val="right"/>
      </w:pPr>
      <w:r>
        <w:t>تو اتھیزم کے پرچارک بنے ہوئے ہیں وہ۔</w:t>
      </w:r>
    </w:p>
    <w:p>
      <w:r>
        <w:rPr>
          <w:b/>
        </w:rPr>
        <w:t xml:space="preserve">[15:44] </w:t>
      </w:r>
      <w:r>
        <w:t>lekin un ko to wahan jaane wale ek sahab ne bohat dard se kaha ke shaitab-e-rasool ke khilaf to musalmanon ne khoob hungama kiya wahan, lekin shaitab-e-khuda bhi wahan aaya, us ke khilaf koi hungama nahi, kuch nahi.</w:t>
      </w:r>
    </w:p>
    <w:p>
      <w:pPr>
        <w:jc w:val="right"/>
      </w:pPr>
      <w:r>
        <w:t>لیکن ان کو تو وہاں جانے والے ایک صاحب نے بہت درد سے کہا کہ شاطب رسول کے خلاف تو مسلمانوں نے خوب ہنگامہ کیا وہاں، لیکن شاطب خدا بھی وہاں آیا، اس کے خلاف کوئی ہنگامہ نہیں، کچھ نہیں۔</w:t>
      </w:r>
    </w:p>
    <w:p>
      <w:r>
        <w:rPr>
          <w:b/>
        </w:rPr>
        <w:t xml:space="preserve">[16:02] </w:t>
      </w:r>
      <w:r>
        <w:t>us ko taliyan bajeen, us ki taqreeb par.</w:t>
      </w:r>
    </w:p>
    <w:p>
      <w:pPr>
        <w:jc w:val="right"/>
      </w:pPr>
      <w:r>
        <w:t>اس کو تالیاں بجیں، اس کی تقریب پر۔</w:t>
      </w:r>
    </w:p>
    <w:p>
      <w:r>
        <w:rPr>
          <w:b/>
        </w:rPr>
        <w:t xml:space="preserve">[16:06] </w:t>
      </w:r>
      <w:r>
        <w:t>dekhen, yeh ek ek shakhs ki baat nahin hai, ek shakhs ki baat nahin hai. rasool Allah ke khilaf jo literature tayyar kiya gaya hai, woh to kuch bhi nahin hai.</w:t>
      </w:r>
    </w:p>
    <w:p>
      <w:pPr>
        <w:jc w:val="right"/>
      </w:pPr>
      <w:r>
        <w:t>دیکھیں، یہ ایک ایک شخص کی بات نہیں ہے، ایک شخص کی بات نہیں ہے۔ رسول اللہ کے خلاف جو لٹریچر تیار کیا گیا ہے، وہ تو کچھ بھی نہیں ہے۔</w:t>
      </w:r>
    </w:p>
    <w:p>
      <w:r>
        <w:rPr>
          <w:b/>
        </w:rPr>
        <w:t xml:space="preserve">[16:18] </w:t>
      </w:r>
      <w:r>
        <w:t>Khuda ke khilaf to poori library tayyar kar di gayi hai. beshumar kitaben hain,</w:t>
      </w:r>
    </w:p>
    <w:p>
      <w:pPr>
        <w:jc w:val="right"/>
      </w:pPr>
      <w:r>
        <w:t>خدا کے خلاف تو پوری لائبریری تیار کر دی گئی ہے۔ بے شمار کتابیں ہیں،</w:t>
      </w:r>
    </w:p>
    <w:p>
      <w:r>
        <w:rPr>
          <w:b/>
        </w:rPr>
        <w:t xml:space="preserve">[16:27] </w:t>
      </w:r>
      <w:r>
        <w:t>"god religion" to hazaron kitabon mein se ek kitab hai,</w:t>
      </w:r>
    </w:p>
    <w:p>
      <w:pPr>
        <w:jc w:val="right"/>
      </w:pPr>
      <w:r>
        <w:t>"گاڈ ریلیجن" تو ہزاروں کتابوں میں سے ایک کتاب ہے،</w:t>
      </w:r>
    </w:p>
    <w:p>
      <w:r>
        <w:rPr>
          <w:b/>
        </w:rPr>
        <w:t xml:space="preserve">[16:33] </w:t>
      </w:r>
      <w:r>
        <w:t>aur baqayda discipline philosophy ka jo discipline hai, philosophy sare philosopher jo hain, woh atheism ki baaten karte the.</w:t>
      </w:r>
    </w:p>
    <w:p>
      <w:pPr>
        <w:jc w:val="right"/>
      </w:pPr>
      <w:r>
        <w:t>اور باقاعدہ ڈسپلن فلاسفی کا جو ڈسپلن ہے، فلاسفی سارے فلاسفر جو ہیں، وہ اتھیزم کی باتیں کرتے تھے۔</w:t>
      </w:r>
    </w:p>
    <w:p>
      <w:r>
        <w:rPr>
          <w:b/>
        </w:rPr>
        <w:t xml:space="preserve">[16:44] </w:t>
      </w:r>
      <w:r>
        <w:t>koi philosopher aisa nahin hai jo believer raha ho, sab atheist hain. aur duniya mein philosopher jo hain, university ke professor hain, idaron ke chairman hain,</w:t>
      </w:r>
    </w:p>
    <w:p>
      <w:pPr>
        <w:jc w:val="right"/>
      </w:pPr>
      <w:r>
        <w:t>کوئی فلاسفر ایسا نہیں ہے جو بیلیور رہا ہو، سب اتھیسٹ ہیں۔ اور دنیا میں فلاسفر جو ہیں، یونیورسٹی کے پروفیسر ہیں، اداروں کے چیئرمین ہیں،</w:t>
      </w:r>
    </w:p>
    <w:p>
      <w:r>
        <w:rPr>
          <w:b/>
        </w:rPr>
        <w:t xml:space="preserve">[16:55] </w:t>
      </w:r>
      <w:r>
        <w:t>seminar mein ja ke chair baithte hain, badi badi kursiyon par. yeh sare philosopher jo hain, atheist hain. isi ke sath dekhiye, aise aise is zamane mein discipline paida hui, aisi movement paida hui, intellectual movement</w:t>
      </w:r>
    </w:p>
    <w:p>
      <w:pPr>
        <w:jc w:val="right"/>
      </w:pPr>
      <w:r>
        <w:t>سیمینار میں جا کے چیئر بیٹھتے ہیں، بڑی بڑی کرسیوں پر۔ یہ سارے فلاسفر جو ہیں، اتھیسٹ ہیں۔ اسی کے ساتھ دیکھیے، ایسے ایسے اس زمانے میں ڈسپلن پیدا ہوئی، ایسی موومنٹ پیدا ہوئی، انٹلیکچول موومنٹ</w:t>
      </w:r>
    </w:p>
    <w:p>
      <w:r>
        <w:rPr>
          <w:b/>
        </w:rPr>
        <w:t xml:space="preserve">[17:12] </w:t>
      </w:r>
      <w:r>
        <w:t>jo direct ya indirect Khuda ke khilaf thi. maslan dekhiye, Marxism, Darwinism, Freudism, Existentialism,</w:t>
      </w:r>
    </w:p>
    <w:p>
      <w:pPr>
        <w:jc w:val="right"/>
      </w:pPr>
      <w:r>
        <w:t>جو ڈائریکٹ یا ان ڈائریکٹ خدا کے خلاف تھی۔ مثلاً دیکھیے، مارکسزم، ڈارونزم، فرائیڈزم، ایگزسٹینشلزم،</w:t>
      </w:r>
    </w:p>
    <w:p>
      <w:r>
        <w:rPr>
          <w:b/>
        </w:rPr>
        <w:t xml:space="preserve">[17:26] </w:t>
      </w:r>
      <w:r>
        <w:t>logical positivism,</w:t>
      </w:r>
    </w:p>
    <w:p>
      <w:pPr>
        <w:jc w:val="right"/>
      </w:pPr>
      <w:r>
        <w:t>لاجیکل پازیٹیوزم،</w:t>
      </w:r>
    </w:p>
    <w:p>
      <w:r>
        <w:rPr>
          <w:b/>
        </w:rPr>
        <w:t xml:space="preserve">[17:28] </w:t>
      </w:r>
      <w:r>
        <w:t>atheism. yeh jitne bhi hain, yeh sab direct ya indirect Khuda ke khilaf. hatta ke Marxism, democracy, woh bhi, liberalism, secularism, yeh sab.</w:t>
      </w:r>
    </w:p>
    <w:p>
      <w:pPr>
        <w:jc w:val="right"/>
      </w:pPr>
      <w:r>
        <w:t>اتھیزم۔ یہ جتنے بھی ہیں، یہ سب ڈائریکٹ یا ان ڈائریکٹ خدا کے خلاف۔ حتیٰ کہ مارکسزم، ڈیموکریسی، وہ بھی، لبرلزم، سیکولرزم، یہ سب۔</w:t>
      </w:r>
    </w:p>
    <w:p>
      <w:r>
        <w:rPr>
          <w:b/>
        </w:rPr>
        <w:t xml:space="preserve">[17:46] </w:t>
      </w:r>
      <w:r>
        <w:t>yani science ke siwa jitne subject paida hue is zamane mein, woh sab ke sab direct ya indirect</w:t>
      </w:r>
    </w:p>
    <w:p>
      <w:pPr>
        <w:jc w:val="right"/>
      </w:pPr>
      <w:r>
        <w:t>یعنی سائنس کے سوا جتنے سبجیکٹ پیدا ہوئے اس زمانے میں، وہ سب کے سب ڈائریکٹ یا ان ڈائریکٹ</w:t>
      </w:r>
    </w:p>
    <w:p>
      <w:r>
        <w:rPr>
          <w:b/>
        </w:rPr>
        <w:t xml:space="preserve">[17:53] </w:t>
      </w:r>
      <w:r>
        <w:t>Khuda ko inset karne wale the. humanism khud ek ek poori ek nazariya hai, poori philosophy hai.</w:t>
      </w:r>
    </w:p>
    <w:p>
      <w:pPr>
        <w:jc w:val="right"/>
      </w:pPr>
      <w:r>
        <w:t>خدا کو انسیٹ کرنے والے تھے۔ ہیومنزم خود ایک ایک پوری ایک نظریہ ہے، پوری فلاسفی ہے۔</w:t>
      </w:r>
    </w:p>
    <w:p>
      <w:r>
        <w:rPr>
          <w:b/>
        </w:rPr>
        <w:t xml:space="preserve">[18:03] </w:t>
      </w:r>
      <w:r>
        <w:t>humanism ka matlab kya hai? transfer of seat from god to man.</w:t>
      </w:r>
    </w:p>
    <w:p>
      <w:pPr>
        <w:jc w:val="right"/>
      </w:pPr>
      <w:r>
        <w:t>ہیومنزم کا مطلب کیا ہے؟ ٹرانسفر آف سیٹ فرام گاڈ ٹو مین۔</w:t>
      </w:r>
    </w:p>
    <w:p>
      <w:r>
        <w:rPr>
          <w:b/>
        </w:rPr>
        <w:t xml:space="preserve">[18:10] </w:t>
      </w:r>
      <w:r>
        <w:t>yahi humanism ka kalma hai: transfer of seat from god to man.</w:t>
      </w:r>
    </w:p>
    <w:p>
      <w:pPr>
        <w:jc w:val="right"/>
      </w:pPr>
      <w:r>
        <w:t>یہی ہیومنزم کا کلمہ ہے: ٹرانسفر آف سیٹ فرام گاڈ ٹو مین۔</w:t>
      </w:r>
    </w:p>
    <w:p>
      <w:r>
        <w:rPr>
          <w:b/>
        </w:rPr>
        <w:t xml:space="preserve">[18:23] </w:t>
      </w:r>
      <w:r>
        <w:t>Jaipur mein bhi ek baqayda ek din isi par tha, ek ek mauzu isi par wahan par discussion taqreeren kiye logon ne ke: "head head man replaced god".</w:t>
      </w:r>
    </w:p>
    <w:p>
      <w:pPr>
        <w:jc w:val="right"/>
      </w:pPr>
      <w:r>
        <w:t>جے پور میں بھی ایک باقاعدہ ایک دن اسی پر تھا، ایک ایک موضوع اسی پر وہاں پر ڈسکشن تقریریں کیے لوگوں نے کہ: "ہیڈ ہیڈ مین ریپلیسڈ گاڈ"۔</w:t>
      </w:r>
    </w:p>
    <w:p>
      <w:r>
        <w:rPr>
          <w:b/>
        </w:rPr>
        <w:t xml:space="preserve">[18:40] </w:t>
      </w:r>
      <w:r>
        <w:t>"head man replaced god". kya insan ne</w:t>
      </w:r>
    </w:p>
    <w:p>
      <w:pPr>
        <w:jc w:val="right"/>
      </w:pPr>
      <w:r>
        <w:t>"ہیڈ مین ریپلیسڈ گاڈ"۔ کیا انسان نے</w:t>
      </w:r>
    </w:p>
    <w:p>
      <w:r>
        <w:rPr>
          <w:b/>
        </w:rPr>
        <w:t xml:space="preserve">[18:44] </w:t>
      </w:r>
      <w:r>
        <w:t>Khuda ke takht par Khuda ko hata kar Khuda ke takht par qabza kar liya hai? to ek shakhs ne wahan khullam khulla kaha ke is ka sawal hi kya hai?</w:t>
      </w:r>
    </w:p>
    <w:p>
      <w:pPr>
        <w:jc w:val="right"/>
      </w:pPr>
      <w:r>
        <w:t>خدا کے تخت پر خدا کو ہٹا کر خدا کے تخت پر قبضہ کر لیا ہے؟ تو ایک شخص نے وہاں کھلم کھلا کہا کہ اس کا سوال ہی کیا ہے؟</w:t>
      </w:r>
    </w:p>
    <w:p>
      <w:r>
        <w:rPr>
          <w:b/>
        </w:rPr>
        <w:t xml:space="preserve">[18:54] </w:t>
      </w:r>
      <w:r>
        <w:t>Khuda hai kahan ke is ka ke takht par qabza kiya jaye? Khuda to hai hi nahin.</w:t>
      </w:r>
    </w:p>
    <w:p>
      <w:pPr>
        <w:jc w:val="right"/>
      </w:pPr>
      <w:r>
        <w:t>خدا ہے کہاں کہ اس کا کے تخت پر قبضہ کیا جائے؟ خدا تو ہے ہی نہیں۔</w:t>
      </w:r>
    </w:p>
    <w:p>
      <w:r>
        <w:rPr>
          <w:b/>
        </w:rPr>
        <w:t xml:space="preserve">[19:01] </w:t>
      </w:r>
      <w:r>
        <w:t>is tarah ke hangame sari duniya mein, yani jo ek cartoon chhapa ya jo ek kitab chhapi Salman Rushdie ki, us se billion time zyada bade paimane par Khuda ke khilaf parchhar ho raha hai.</w:t>
      </w:r>
    </w:p>
    <w:p>
      <w:pPr>
        <w:jc w:val="right"/>
      </w:pPr>
      <w:r>
        <w:t>اس طرح کے ہنگامے ساری دنیا میں، یعنی جو ایک کارٹون چھپا یا جو ایک کتاب چھپی سلمان رشدی کی، اس سے بلین ٹائم زیادہ بڑے پیمانے پر خدا کے خلاف پرچار ہو رہا ہے۔</w:t>
      </w:r>
    </w:p>
    <w:p>
      <w:r>
        <w:rPr>
          <w:b/>
        </w:rPr>
        <w:t xml:space="preserve">[19:21] </w:t>
      </w:r>
      <w:r>
        <w:t>is mein koi mubalgha nahin hai. woh cartoon ki harkat kya hai? static verses ki harkat kya hai? is se billion time zyada duniya ke tamam bade bade mind jo the, woh philosopher ban gaye.</w:t>
      </w:r>
    </w:p>
    <w:p>
      <w:pPr>
        <w:jc w:val="right"/>
      </w:pPr>
      <w:r>
        <w:t>اس میں کوئی مبالغہ نہیں ہے۔ وہ کارٹون کی حرکت کیا ہے؟ سٹیٹک ورسز کی حرکت کیا ہے؟ اس سے بلین ٹائم زیادہ دنیا کے تمام بڑے بڑے مائنڈ جو تھے، وہ فلاسفر بن گئے۔</w:t>
      </w:r>
    </w:p>
    <w:p>
      <w:r>
        <w:rPr>
          <w:b/>
        </w:rPr>
        <w:t xml:space="preserve">[19:33] </w:t>
      </w:r>
      <w:r>
        <w:t>woh sab atheist the. libraryan bhari hui hain anti god literature se.</w:t>
      </w:r>
    </w:p>
    <w:p>
      <w:pPr>
        <w:jc w:val="right"/>
      </w:pPr>
      <w:r>
        <w:t>وہ سب اتھیسٹ تھے۔ لائبریریاں بھری ہوئی ہیں اینٹی گاڈ لٹریچر سے۔</w:t>
      </w:r>
    </w:p>
    <w:p>
      <w:r>
        <w:rPr>
          <w:b/>
        </w:rPr>
        <w:t xml:space="preserve">[19:40] </w:t>
      </w:r>
      <w:r>
        <w:t>badi badi tehrikein, misal ke taur par evolution theory, sare mind pe chha gayi.</w:t>
      </w:r>
    </w:p>
    <w:p>
      <w:pPr>
        <w:jc w:val="right"/>
      </w:pPr>
      <w:r>
        <w:t>بڑی بڑی تحریکیں، مثال کے طور پر ایولوشن تھیوری، سارے مائنڈ پہ چھا گئی۔</w:t>
      </w:r>
    </w:p>
    <w:p>
      <w:r>
        <w:rPr>
          <w:b/>
        </w:rPr>
        <w:t xml:space="preserve">[19:50] </w:t>
      </w:r>
      <w:r>
        <w:t>ek koi shayad mere siwa koi ek bhi nahin milega aap ko jo evolution theory se mutasir na hua ho. woh kya tha?</w:t>
      </w:r>
    </w:p>
    <w:p>
      <w:pPr>
        <w:jc w:val="right"/>
      </w:pPr>
      <w:r>
        <w:t>ایک کوئی شاید میرے سوا کوئی ایک بھی نہیں ملے گا آپ کو جو ایولوشن تھیوری سے متاثر نہ ہوا ہو۔ وہ کیا تھا؟</w:t>
      </w:r>
    </w:p>
    <w:p>
      <w:r>
        <w:rPr>
          <w:b/>
        </w:rPr>
        <w:t xml:space="preserve">[20:00] </w:t>
      </w:r>
      <w:r>
        <w:t>woh god ko inset karne ki theory thi. woh</w:t>
      </w:r>
    </w:p>
    <w:p>
      <w:pPr>
        <w:jc w:val="right"/>
      </w:pPr>
      <w:r>
        <w:t>وہ گاڈ کو انسیٹ کرنے کی تھیوری تھی۔ وہ</w:t>
      </w:r>
    </w:p>
    <w:p>
      <w:r>
        <w:rPr>
          <w:b/>
        </w:rPr>
        <w:t xml:space="preserve">[20:07] </w:t>
      </w:r>
      <w:r>
        <w:t>ek shakhs ne likha hai ke maujudah duniya mein Marx ne jitni Marx ko jitni property mili, Marx ko Karl Marx ko, woh utni property Muhammad ko bhi nahin mili thi.</w:t>
      </w:r>
    </w:p>
    <w:p>
      <w:pPr>
        <w:jc w:val="right"/>
      </w:pPr>
      <w:r>
        <w:t>ایک شخص نے لکھا ہے کہ موجودہ دنیا میں مارس نے جتنی مارس کو جتنی پراپرٹی ملی، مارس کو کارل مارس کو، وہ اتنی پراپرٹی محمد کو بھی نہیں ملی تھی۔</w:t>
      </w:r>
    </w:p>
    <w:p>
      <w:r>
        <w:rPr>
          <w:b/>
        </w:rPr>
        <w:t xml:space="preserve">[20:20] </w:t>
      </w:r>
      <w:r>
        <w:t>aur mars kon tha? woh khula hua atheist tha,</w:t>
      </w:r>
    </w:p>
    <w:p>
      <w:pPr>
        <w:jc w:val="right"/>
      </w:pPr>
      <w:r>
        <w:t>اور مارس کون تھا؟ وہ کھلا ہوا اتھیسٹ تھا،</w:t>
      </w:r>
    </w:p>
    <w:p>
      <w:r>
        <w:rPr>
          <w:b/>
        </w:rPr>
        <w:t xml:space="preserve">[20:26] </w:t>
      </w:r>
      <w:r>
        <w:t>mazhab ko be harkat samajhta tha. to aap ghore kijiye ke yeh to bohat choti si baatein hain ke denmark ke aik perche mein rasool Allah ke khilaaf aik cartoon chhap gaya ya aik shakhs ne aik kitaab likhi jis ka naam "Satanic Verses".</w:t>
      </w:r>
    </w:p>
    <w:p>
      <w:pPr>
        <w:jc w:val="right"/>
      </w:pPr>
      <w:r>
        <w:t>مذہب کو بے حرکت سمجھتا تھا۔ تو آپ غور کیجئے کہ یہ تو بہت چھوٹی سی باتیں ہیں کہ ڈنمارک کے ایک پرچے میں رسول اللہ کے خلاف ایک کارٹون چھپ گیا یا ایک شخص نے ایک کتاب لکھی جس کا نام "سیٹک ورسز"۔</w:t>
      </w:r>
    </w:p>
    <w:p>
      <w:r>
        <w:rPr>
          <w:b/>
        </w:rPr>
        <w:t xml:space="preserve">[20:44] </w:t>
      </w:r>
      <w:r>
        <w:t>is se billion time ziyada barhe pemane par Khuda ke khilaaf parchar ho raha hai, promote ho raha hai. Musalmanon ko koi pareshani nahi hai. Main wahid shakhs hoon is poore daur mein jis ne kitaab likhi is mozu par: "God Raised" likhi,</w:t>
      </w:r>
    </w:p>
    <w:p>
      <w:pPr>
        <w:jc w:val="right"/>
      </w:pPr>
      <w:r>
        <w:t>اس سے بلین ٹائم زیادہ بڑے پیمانے پر خدا کے خلاف پرچار ہو رہا ہے، پروموٹ ہو رہا ہے۔ مسلمانوں کو کوئی پریشانی نہیں ہے۔ میں واحد شخص ہوں اس پورے دور میں جس نے کتاب لکھی اس موضوع پر: "گاڈ رائزڈ" لکھی،</w:t>
      </w:r>
    </w:p>
    <w:p>
      <w:r>
        <w:rPr>
          <w:b/>
        </w:rPr>
        <w:t xml:space="preserve">[21:01] </w:t>
      </w:r>
      <w:r>
        <w:t>"Allah o Akbar" likhi. Kuch kuch koi pareshani nahi hai.</w:t>
      </w:r>
    </w:p>
    <w:p>
      <w:pPr>
        <w:jc w:val="right"/>
      </w:pPr>
      <w:r>
        <w:t>"اللہ اکبر" لکھی۔ کچھ کچھ کوئی پریشانی نہیں ہے۔</w:t>
      </w:r>
    </w:p>
    <w:p>
      <w:r>
        <w:rPr>
          <w:b/>
        </w:rPr>
        <w:t xml:space="preserve">[21:09] </w:t>
      </w:r>
      <w:r>
        <w:t>to shatme rasool pe hungama barpa hai.</w:t>
      </w:r>
    </w:p>
    <w:p>
      <w:pPr>
        <w:jc w:val="right"/>
      </w:pPr>
      <w:r>
        <w:t>تو شطب رسول پہ ہنگامہ برپا ہے۔</w:t>
      </w:r>
    </w:p>
    <w:p>
      <w:r>
        <w:rPr>
          <w:b/>
        </w:rPr>
        <w:t xml:space="preserve">[21:14] </w:t>
      </w:r>
      <w:r>
        <w:t>hamare tareekh, poori musalman tareekh ke jab se barhe aalim maane jaate hain, top most aalim woh thay Ibn Taymiyyah.</w:t>
      </w:r>
    </w:p>
    <w:p>
      <w:pPr>
        <w:jc w:val="right"/>
      </w:pPr>
      <w:r>
        <w:t>ہمارے تاریخ، پوری مسلم تاریخ کے جب سے بڑے عالم مانے جاتے ہیں، ٹاپ موسٹ عالم وہ تھے ابن تیمیہ۔</w:t>
      </w:r>
    </w:p>
    <w:p>
      <w:r>
        <w:rPr>
          <w:b/>
        </w:rPr>
        <w:t xml:space="preserve">[21:22] </w:t>
      </w:r>
      <w:r>
        <w:t>unhon ne kitaab likhi hai: "Al-Sarim al-Maslul ala Shatim al-Rasul". Kya kisi ne yeh bhi kitaab likhi hai? "Al-Sarim al-Maslul ala Shatim Allah".</w:t>
      </w:r>
    </w:p>
    <w:p>
      <w:pPr>
        <w:jc w:val="right"/>
      </w:pPr>
      <w:r>
        <w:t>انہوں نے کتاب لکھی ہے: "الصارب المسلول علی شاطب الرسول"۔ کیا کسی نے یہ بھی کتاب لکھی ہے؟ "الصارب المسلول علی شاطب اللہ"۔</w:t>
      </w:r>
    </w:p>
    <w:p>
      <w:r>
        <w:rPr>
          <w:b/>
        </w:rPr>
        <w:t xml:space="preserve">[21:34] </w:t>
      </w:r>
      <w:r>
        <w:t>bataiye, kisi aalim ne likhi hai? "Al-Sarim al-Maslul ala Shatim al-Rasul" likhi hai, lekin "Al-Sarim al-Maslul ala Shatim Allah" kisi ne likhi?</w:t>
      </w:r>
    </w:p>
    <w:p>
      <w:pPr>
        <w:jc w:val="right"/>
      </w:pPr>
      <w:r>
        <w:t>بتائیے، کسی عالم نے لکھی ہے؟ "الصارب المسلول علی شاطب الرسول" لکھی ہے، لیکن "الصارب المسلول علی شاطب اللہ" کسی نے لکھی؟</w:t>
      </w:r>
    </w:p>
    <w:p>
      <w:r>
        <w:rPr>
          <w:b/>
        </w:rPr>
        <w:t xml:space="preserve">[21:48] </w:t>
      </w:r>
      <w:r>
        <w:t>koi koi tarpah nahi.</w:t>
      </w:r>
    </w:p>
    <w:p>
      <w:pPr>
        <w:jc w:val="right"/>
      </w:pPr>
      <w:r>
        <w:t>کوئی کوئی تڑپا نہیں۔</w:t>
      </w:r>
    </w:p>
    <w:p>
      <w:r>
        <w:rPr>
          <w:b/>
        </w:rPr>
        <w:t xml:space="preserve">[21:52] </w:t>
      </w:r>
      <w:r>
        <w:t>aap ke bete ko koi agar gaali de de to aap tarpte hain,</w:t>
      </w:r>
    </w:p>
    <w:p>
      <w:pPr>
        <w:jc w:val="right"/>
      </w:pPr>
      <w:r>
        <w:t>آپ کے بیٹے کو کوئی اگر گالی دے دے تو آپ تڑپتے ہیں،</w:t>
      </w:r>
    </w:p>
    <w:p>
      <w:r>
        <w:rPr>
          <w:b/>
        </w:rPr>
        <w:t xml:space="preserve">[22:00] </w:t>
      </w:r>
      <w:r>
        <w:t>aur Khuda ke khilaaf itna hungama barpa hai, koi tarp nahi kisi ko. Kyun? Khuda se ta'alluq hi nahi kisi ko. Woh jazba-e-mohabbat jo tha, us se aap associate kar rakha aap ne kisi aur se.</w:t>
      </w:r>
    </w:p>
    <w:p>
      <w:pPr>
        <w:jc w:val="right"/>
      </w:pPr>
      <w:r>
        <w:t>اور خدا کے خلاف اتنا ہنگامہ برپا ہے، کوئی تڑپ نہیں کسی کو۔ کیوں؟ خدا سے تعلق ہی نہیں کسی کو۔ وہ جذبہ محبت جو تھا، اس سے آپ ایسوسیٹ کر رکھا آپ نے کسی اور سے۔</w:t>
      </w:r>
    </w:p>
    <w:p>
      <w:r>
        <w:rPr>
          <w:b/>
        </w:rPr>
        <w:t xml:space="preserve">[22:14] </w:t>
      </w:r>
      <w:r>
        <w:t>kisi ne apne bete se, kisi ne apni family se, kisi ne apne apne business se, kisi ne apne bank balance se,</w:t>
      </w:r>
    </w:p>
    <w:p>
      <w:pPr>
        <w:jc w:val="right"/>
      </w:pPr>
      <w:r>
        <w:t>کسی نے اپنے بیٹے سے، کسی نے اپنی فیملی سے، کسی نے اپنے اپنے بزنس سے، کسی نے اپنے بینک بیلنس سے،</w:t>
      </w:r>
    </w:p>
    <w:p>
      <w:r>
        <w:rPr>
          <w:b/>
        </w:rPr>
        <w:t xml:space="preserve">[22:22] </w:t>
      </w:r>
      <w:r>
        <w:t>Khuda se nahi hai. Dekhiye, yeh saada baat nahi hai. Is ke peeche bhi aik bohat gehra raaz hai.</w:t>
      </w:r>
    </w:p>
    <w:p>
      <w:pPr>
        <w:jc w:val="right"/>
      </w:pPr>
      <w:r>
        <w:t>خدا سے نہیں ہے۔ دیکھیے، یہ سادہ بات نہیں ہے۔ اس کے پیچھے بھی ایک بہت گہرا راز ہے۔</w:t>
      </w:r>
    </w:p>
    <w:p>
      <w:r>
        <w:rPr>
          <w:b/>
        </w:rPr>
        <w:t xml:space="preserve">[22:34] </w:t>
      </w:r>
      <w:r>
        <w:t>aap mohabbat kyun karein Khuda se?</w:t>
      </w:r>
    </w:p>
    <w:p>
      <w:pPr>
        <w:jc w:val="right"/>
      </w:pPr>
      <w:r>
        <w:t>آپ محبت کیوں کریں خدا سے؟</w:t>
      </w:r>
    </w:p>
    <w:p>
      <w:r>
        <w:rPr>
          <w:b/>
        </w:rPr>
        <w:t xml:space="preserve">[22:39] </w:t>
      </w:r>
      <w:r>
        <w:t>aap bete se mohabbat karte hain to kyun? Bete ko aap apna extension samajhte hain. Main bohat din tak sochta tha ke log kyun beta beta karte hain, naam nahi lete.</w:t>
      </w:r>
    </w:p>
    <w:p>
      <w:pPr>
        <w:jc w:val="right"/>
      </w:pPr>
      <w:r>
        <w:t>آپ بیٹے سے محبت کرتے ہیں تو کیوں؟ بیٹے کو آپ اپنا ایکسٹینشن سمجھتے ہیں۔ میں بہت دن تک سوچتا تھا کہ لوگ کیوں بیٹا بیٹا کرتے ہیں، نام نہیں لیتے۔</w:t>
      </w:r>
    </w:p>
    <w:p>
      <w:r>
        <w:rPr>
          <w:b/>
        </w:rPr>
        <w:t xml:space="preserve">[22:53] </w:t>
      </w:r>
      <w:r>
        <w:t>ab se logon ka haal yeh hai ke woh beta beta kahenge, naam nahi lenge.</w:t>
      </w:r>
    </w:p>
    <w:p>
      <w:pPr>
        <w:jc w:val="right"/>
      </w:pPr>
      <w:r>
        <w:t>اب سے لوگوں کا حال یہ ہے کہ وہ بیٹا بیٹا کہیں گے، نام نہیں لیں گے۔</w:t>
      </w:r>
    </w:p>
    <w:p>
      <w:r>
        <w:rPr>
          <w:b/>
        </w:rPr>
        <w:t xml:space="preserve">[22:59] </w:t>
      </w:r>
      <w:r>
        <w:t>to aakhir kar samajh mein aaya ke in ko aik taskeen milti hai ke beta bohat extension hai,</w:t>
      </w:r>
    </w:p>
    <w:p>
      <w:pPr>
        <w:jc w:val="right"/>
      </w:pPr>
      <w:r>
        <w:t>تو آخر کار سمجھ میں آیا کہ ان کو ایک تسکین ملتی ہے کہ بیٹا بڑا ایکسٹینشن ہے،</w:t>
      </w:r>
    </w:p>
    <w:p>
      <w:r>
        <w:rPr>
          <w:b/>
        </w:rPr>
        <w:t xml:space="preserve">[23:07] </w:t>
      </w:r>
      <w:r>
        <w:t>aur naam agar lein: Abdul Rahman, Abdul Raheem, to laga ke woh to ghair hai, koi koi aur shakhs hai. Itna gehra ta'alluq hai bete se</w:t>
      </w:r>
    </w:p>
    <w:p>
      <w:pPr>
        <w:jc w:val="right"/>
      </w:pPr>
      <w:r>
        <w:t>اور نام اگر لیں: عبدالرحمن، عبدالرحیم، تو لگا کہ وہ تو غیر ہے، کوئی کوئی اور شخص ہے۔ اتنا گہرا تعلق ہے بیٹے سے</w:t>
      </w:r>
    </w:p>
    <w:p>
      <w:r>
        <w:rPr>
          <w:b/>
        </w:rPr>
        <w:t xml:space="preserve">[23:17] </w:t>
      </w:r>
      <w:r>
        <w:t>ke kyunke aap ko is ko aap apna extension samajhte hain, is ko apna asset samajhte hain. Khuda se kuch bhi nahi, aap ko Khuda aap ka asset nahi.</w:t>
      </w:r>
    </w:p>
    <w:p>
      <w:pPr>
        <w:jc w:val="right"/>
      </w:pPr>
      <w:r>
        <w:t>کہ کیونکہ آپ کو اس کو آپ اپنا ایکسٹینشن سمجھتے ہیں، اس کو اپنا ایسٹ سمجھتے ہیں۔ خدا سے کچھ بھی نہیں، آپ کو خدا آپ کا ایسٹ نہیں۔</w:t>
      </w:r>
    </w:p>
    <w:p>
      <w:r>
        <w:rPr>
          <w:b/>
        </w:rPr>
        <w:t xml:space="preserve">[23:33] </w:t>
      </w:r>
      <w:r>
        <w:t>to yeh kyun aisa hua? Kyun aisa hua? Jo aur dekhiye, aik aik bohat hi dara dene wali ayat hai Quran Majeed mein, is ko Al-Baqarah mein bohat hi ziyada</w:t>
      </w:r>
    </w:p>
    <w:p>
      <w:pPr>
        <w:jc w:val="right"/>
      </w:pPr>
      <w:r>
        <w:t>تو یہ کیوں ایسا ہوا؟ کیوں ایسا ہوا؟ جو اور دیکھیے، ایک ایک بہت ہی ڈرا دینے والی آیت ہے قرآن مجید میں، اس کو البقرہ میں بہت ہی زیادہ</w:t>
      </w:r>
    </w:p>
    <w:p>
      <w:r>
        <w:rPr>
          <w:b/>
        </w:rPr>
        <w:t xml:space="preserve">[23:51] </w:t>
      </w:r>
      <w:r>
        <w:t>daraane wali ayat hai,</w:t>
      </w:r>
    </w:p>
    <w:p>
      <w:pPr>
        <w:jc w:val="right"/>
      </w:pPr>
      <w:r>
        <w:t>ڈرانے والی آیت ہے،</w:t>
      </w:r>
    </w:p>
    <w:p>
      <w:r>
        <w:rPr>
          <w:b/>
        </w:rPr>
        <w:t xml:space="preserve">[23:55] </w:t>
      </w:r>
      <w:r>
        <w:t>bohat ziyada: "Wa min an-nasi man yattakhidhu min dunillahi andadan yuhibbunahum kahibbillahi walladhina amanu ashadd hubban lillah</w:t>
      </w:r>
    </w:p>
    <w:p>
      <w:pPr>
        <w:jc w:val="right"/>
      </w:pPr>
      <w:r>
        <w:t>بہت زیادہ: "ومن الناس من یتخذ من دون اللہ اندادا یحبونہم کہب اللہ والذین آمنوا اشد حب حب اللہ</w:t>
      </w:r>
    </w:p>
    <w:p>
      <w:r>
        <w:rPr>
          <w:b/>
        </w:rPr>
        <w:t xml:space="preserve">[24:12] </w:t>
      </w:r>
      <w:r>
        <w:t>walladhina thalamu azaba in al-quwwata jameea".</w:t>
      </w:r>
    </w:p>
    <w:p>
      <w:pPr>
        <w:jc w:val="right"/>
      </w:pPr>
      <w:r>
        <w:t>الذین ظلموا عذاب ان القوۃ الا جمیعا"۔</w:t>
      </w:r>
    </w:p>
    <w:p>
      <w:r>
        <w:rPr>
          <w:b/>
        </w:rPr>
        <w:t xml:space="preserve">[24:21] </w:t>
      </w:r>
      <w:r>
        <w:t>yeh ayat Surah Al-Baqarah mein hai. Is ka tarjuma yeh hai</w:t>
      </w:r>
    </w:p>
    <w:p>
      <w:pPr>
        <w:jc w:val="right"/>
      </w:pPr>
      <w:r>
        <w:t>یہ آیت سورہ البقرہ میں ہے۔ اس کا ترجمہ یہ ہے</w:t>
      </w:r>
    </w:p>
    <w:p>
      <w:r>
        <w:rPr>
          <w:b/>
        </w:rPr>
        <w:t xml:space="preserve">[24:28] </w:t>
      </w:r>
      <w:r>
        <w:t>ke logon ka haal yeh hai ke woh Khuda ke saath kisi aur ko apna nad banate hain. Nad ma'ani equal, mud-e-muqabil, Khuda jaisa.</w:t>
      </w:r>
    </w:p>
    <w:p>
      <w:pPr>
        <w:jc w:val="right"/>
      </w:pPr>
      <w:r>
        <w:t>کہ لوگوں کا حال یہ ہے کہ وہ خدا کے ساتھ کسی اور کو اپنا ند بناتے ہیں۔ ند معنی ایکول، مد مقابل، خدا جیسا۔</w:t>
      </w:r>
    </w:p>
    <w:p>
      <w:r>
        <w:rPr>
          <w:b/>
        </w:rPr>
        <w:t xml:space="preserve">[24:43] </w:t>
      </w:r>
      <w:r>
        <w:t>is se woh mohabbat karte hain jo mohabbat khuda se karna chahiye.</w:t>
      </w:r>
    </w:p>
    <w:p>
      <w:pPr>
        <w:jc w:val="right"/>
      </w:pPr>
      <w:r>
        <w:t>اس سے وہ محبت کرتے ہیں جو محبت خدا سے کرنا چاہیے۔</w:t>
      </w:r>
    </w:p>
    <w:p>
      <w:r>
        <w:rPr>
          <w:b/>
        </w:rPr>
        <w:t xml:space="preserve">[24:50] </w:t>
      </w:r>
      <w:r>
        <w:t>logon ka haal yeh hai ke woh khuda ke sath kisi aur ko apna nad banate hain, yani markaz-e-mohabbat banate hain. Is se strong affection qaim karte hain,</w:t>
      </w:r>
    </w:p>
    <w:p>
      <w:pPr>
        <w:jc w:val="right"/>
      </w:pPr>
      <w:r>
        <w:t>لوگوں کا حال یہ ہے کہ وہ خدا کے ساتھ کسی اور کو اپنا ند بناتے ہیں، یعنی مرکز محبت بناتے ہیں۔ اس سے اسٹرانگ افیکشن قائم کرتے ہیں،</w:t>
      </w:r>
    </w:p>
    <w:p>
      <w:r>
        <w:rPr>
          <w:b/>
        </w:rPr>
        <w:t xml:space="preserve">[25:05] </w:t>
      </w:r>
      <w:r>
        <w:t>jabke</w:t>
      </w:r>
    </w:p>
    <w:p>
      <w:pPr>
        <w:jc w:val="right"/>
      </w:pPr>
      <w:r>
        <w:t>جبکہ</w:t>
      </w:r>
    </w:p>
    <w:p>
      <w:r>
        <w:rPr>
          <w:b/>
        </w:rPr>
        <w:t xml:space="preserve">[25:07] </w:t>
      </w:r>
      <w:r>
        <w:t>yeh strong affection khuda se hona chahiye. Is ke baad kya hai? Ayat mein woh kapkapade dene wali ayatein hain</w:t>
      </w:r>
    </w:p>
    <w:p>
      <w:pPr>
        <w:jc w:val="right"/>
      </w:pPr>
      <w:r>
        <w:t>یہ اسٹرانگ افیکشن خدا سے ہونا چاہیے۔ اس کے بعد کیا ہے؟ آیت میں وہ کپکپا دینے والی آیتیں ہیں</w:t>
      </w:r>
    </w:p>
    <w:p>
      <w:r>
        <w:rPr>
          <w:b/>
        </w:rPr>
        <w:t xml:space="preserve">[25:18] </w:t>
      </w:r>
      <w:r>
        <w:t>ke agar dekhein yeh log azab ko jo akhirat mein samne aayega,</w:t>
      </w:r>
    </w:p>
    <w:p>
      <w:pPr>
        <w:jc w:val="right"/>
      </w:pPr>
      <w:r>
        <w:t>کہ اگر دیکھیں یہ لوگ عذاب کو جو آخرت میں سامنے آئے گا،</w:t>
      </w:r>
    </w:p>
    <w:p>
      <w:r>
        <w:rPr>
          <w:b/>
        </w:rPr>
        <w:t xml:space="preserve">[25:31] </w:t>
      </w:r>
      <w:r>
        <w:t>yani is ayat ke baad azab ka tazkira kyun hai? Wala allazina zalamoo az al-azab in al-quwwata illa jameea yani quwwat to sari Allah ke liye thi, aur unhon ne mohabbat kar liya kisi aur se.</w:t>
      </w:r>
    </w:p>
    <w:p>
      <w:pPr>
        <w:jc w:val="right"/>
      </w:pPr>
      <w:r>
        <w:t>یعنی اس آیت کے بعد عذاب کا تذکرہ کیوں ہے؟ ولا الذین ظلموا از العذاب ان القوۃ الا جمیعا یعنی قوت تو ساری اللہ کے لیے تھی، اور انہوں نے محبت کر لیا کسی اور سے۔</w:t>
      </w:r>
    </w:p>
    <w:p>
      <w:r>
        <w:rPr>
          <w:b/>
        </w:rPr>
        <w:t xml:space="preserve">[25:47] </w:t>
      </w:r>
      <w:r>
        <w:t>yahan par azab ka zikr kyun hai?</w:t>
      </w:r>
    </w:p>
    <w:p>
      <w:pPr>
        <w:jc w:val="right"/>
      </w:pPr>
      <w:r>
        <w:t>یہاں پر عذاب کا ذکر کیوں ہے؟</w:t>
      </w:r>
    </w:p>
    <w:p>
      <w:r>
        <w:rPr>
          <w:b/>
        </w:rPr>
        <w:t xml:space="preserve">[25:51] </w:t>
      </w:r>
      <w:r>
        <w:t>saaf baat hai ke jis ne Allah se mohabbat shadeed nahi ki, woh azab ka rizq le raha hai.</w:t>
      </w:r>
    </w:p>
    <w:p>
      <w:pPr>
        <w:jc w:val="right"/>
      </w:pPr>
      <w:r>
        <w:t>صاف بات ہے کہ جس نے اللہ سے محبت شدید نہیں کی، وہ عذاب کا رزق لے رہا ہے۔</w:t>
      </w:r>
    </w:p>
    <w:p>
      <w:r>
        <w:rPr>
          <w:b/>
        </w:rPr>
        <w:t xml:space="preserve">[26:03] </w:t>
      </w:r>
      <w:r>
        <w:t>kaisi ajib baat hai! Yeh</w:t>
      </w:r>
    </w:p>
    <w:p>
      <w:pPr>
        <w:jc w:val="right"/>
      </w:pPr>
      <w:r>
        <w:t>کیسی عجیب بات ہے! یہ</w:t>
      </w:r>
    </w:p>
    <w:p>
      <w:r>
        <w:rPr>
          <w:b/>
        </w:rPr>
        <w:t xml:space="preserve">[26:05] </w:t>
      </w:r>
      <w:r>
        <w:t>jahannum ka rizq, rizq le raha hai. Ar eis ke</w:t>
      </w:r>
    </w:p>
    <w:p>
      <w:pPr>
        <w:jc w:val="right"/>
      </w:pPr>
      <w:r>
        <w:t>جہنم کا رزق، رزق لے رہا ہے۔ ار ائی ایس کے</w:t>
      </w:r>
    </w:p>
    <w:p>
      <w:r>
        <w:rPr>
          <w:b/>
        </w:rPr>
        <w:t xml:space="preserve">[26:12] </w:t>
      </w:r>
      <w:r>
        <w:t>goya ke jannat ki qeemat hai Allah se mohabbat shadeed, aur jahannum is ke liye hai jo ke Allah se mohabbat shadeed na ho.</w:t>
      </w:r>
    </w:p>
    <w:p>
      <w:pPr>
        <w:jc w:val="right"/>
      </w:pPr>
      <w:r>
        <w:t>گویا کہ جنت کی قیمت ہے اللہ سے محبت شدید، اور جہنم اس کے لیے ہے جو کہ اللہ سے محبت شدید نہ ہو۔</w:t>
      </w:r>
    </w:p>
    <w:p>
      <w:r>
        <w:rPr>
          <w:b/>
        </w:rPr>
        <w:t xml:space="preserve">[26:22] </w:t>
      </w:r>
      <w:r>
        <w:t>is ayat ko aap hazar bar parhiye ja kar Surah Al-Baqarah mein.</w:t>
      </w:r>
    </w:p>
    <w:p>
      <w:pPr>
        <w:jc w:val="right"/>
      </w:pPr>
      <w:r>
        <w:t>اس آیت کو آپ ہزار بار پڑھیے جا کر سورہ البقرہ میں۔</w:t>
      </w:r>
    </w:p>
    <w:p>
      <w:r>
        <w:rPr>
          <w:b/>
        </w:rPr>
        <w:t xml:space="preserve">[26:30] </w:t>
      </w:r>
      <w:r>
        <w:t>kaisi ajib baat hai!</w:t>
      </w:r>
    </w:p>
    <w:p>
      <w:pPr>
        <w:jc w:val="right"/>
      </w:pPr>
      <w:r>
        <w:t>کیسی عجیب بات ہے!</w:t>
      </w:r>
    </w:p>
    <w:p>
      <w:r>
        <w:rPr>
          <w:b/>
        </w:rPr>
        <w:t xml:space="preserve">[26:36] </w:t>
      </w:r>
      <w:r>
        <w:t>yani Allah se mohabbat shadeed jis ko hai, usi ko Allah ke haan jannat ke darwaze khule jayenge, aur jis ko Allah se mohabbat shadeed nahi hui,</w:t>
      </w:r>
    </w:p>
    <w:p>
      <w:pPr>
        <w:jc w:val="right"/>
      </w:pPr>
      <w:r>
        <w:t>یعنی اللہ سے محبت شدید جس کو ہے، اسی کو اللہ کے ہاں جنت کے دروازے کھلے جائیں گے، اور جس کو اللہ سے محبت شدید نہیں ہوئی،</w:t>
      </w:r>
    </w:p>
    <w:p>
      <w:r>
        <w:rPr>
          <w:b/>
        </w:rPr>
        <w:t xml:space="preserve">[26:49] </w:t>
      </w:r>
      <w:r>
        <w:t>yani strong affection nahi hua, us ko jahannum ka rasta dikhaya jayega.</w:t>
      </w:r>
    </w:p>
    <w:p>
      <w:pPr>
        <w:jc w:val="right"/>
      </w:pPr>
      <w:r>
        <w:t>یعنی سٹرانگ افیکشن نہیں ہوا، اس کو جہنم کا راستہ دکھایا جائے گا۔</w:t>
      </w:r>
    </w:p>
    <w:p>
      <w:r>
        <w:rPr>
          <w:b/>
        </w:rPr>
        <w:t xml:space="preserve">[27:04] </w:t>
      </w:r>
      <w:r>
        <w:t>ab dekhiye ke is ki jad kya hai? Kyun aisa hai?</w:t>
      </w:r>
    </w:p>
    <w:p>
      <w:pPr>
        <w:jc w:val="right"/>
      </w:pPr>
      <w:r>
        <w:t>اب دیکھیے کہ اس کی جڑ کیا ہے؟ کیوں ایسا ہے؟</w:t>
      </w:r>
    </w:p>
    <w:p>
      <w:r>
        <w:rPr>
          <w:b/>
        </w:rPr>
        <w:t xml:space="preserve">[27:13] </w:t>
      </w:r>
      <w:r>
        <w:t>mohabbat ki jo buniyad hai, woh kya hai?</w:t>
      </w:r>
    </w:p>
    <w:p>
      <w:pPr>
        <w:jc w:val="right"/>
      </w:pPr>
      <w:r>
        <w:t>محبت کی جو بنیاد ہے، وہ کیا ہے؟</w:t>
      </w:r>
    </w:p>
    <w:p>
      <w:r>
        <w:rPr>
          <w:b/>
        </w:rPr>
        <w:t xml:space="preserve">[27:19] </w:t>
      </w:r>
      <w:r>
        <w:t>aap ko jis se sab se zyada milta hai, usi se aap sab se zyada mohabbat karte hain. Yeh fitri baat hai. Jis se aap ko kuch na mile, us se aap mohabbat nahi kar sakte.</w:t>
      </w:r>
    </w:p>
    <w:p>
      <w:pPr>
        <w:jc w:val="right"/>
      </w:pPr>
      <w:r>
        <w:t>آپ کو جس سے سب سے زیادہ ملتا ہے، اسی سے آپ سب سے زیادہ محبت کرتے ہیں۔ یہ فطری بات ہے۔ جس سے آپ کو کچھ نہ ملے، اس سے آپ محبت نہیں کر سکتے۔</w:t>
      </w:r>
    </w:p>
    <w:p>
      <w:r>
        <w:rPr>
          <w:b/>
        </w:rPr>
        <w:t xml:space="preserve">[27:38] </w:t>
      </w:r>
      <w:r>
        <w:t>jaga jo aap ko atiya milta hai, jo blessing milti hai,</w:t>
      </w:r>
    </w:p>
    <w:p>
      <w:pPr>
        <w:jc w:val="right"/>
      </w:pPr>
      <w:r>
        <w:t>جاگا جو آپ کو عطیہ ملتا ہے، جو بلیسنگ ملتی ہے،</w:t>
      </w:r>
    </w:p>
    <w:p>
      <w:r>
        <w:rPr>
          <w:b/>
        </w:rPr>
        <w:t xml:space="preserve">[27:45] </w:t>
      </w:r>
      <w:r>
        <w:t>usi ka return hota hai mohabbat. To Allah se mohabbat shadeed kyun kare insan?</w:t>
      </w:r>
    </w:p>
    <w:p>
      <w:pPr>
        <w:jc w:val="right"/>
      </w:pPr>
      <w:r>
        <w:t>اسی کا ریٹرن ہوتا ہے محبت۔ تو اللہ سے محبت شدید کیوں کرے انسان؟</w:t>
      </w:r>
    </w:p>
    <w:p>
      <w:r>
        <w:rPr>
          <w:b/>
        </w:rPr>
        <w:t xml:space="preserve">[27:55] </w:t>
      </w:r>
      <w:r>
        <w:t>is liye ke Allah ne aap ko paida kiya. Is liye ke Allah ne aap ko</w:t>
      </w:r>
    </w:p>
    <w:p>
      <w:pPr>
        <w:jc w:val="right"/>
      </w:pPr>
      <w:r>
        <w:t>اس لیے کہ اللہ نے آپ کو پیدا کیا۔ اس لیے کہ اللہ نے آپ کو</w:t>
      </w:r>
    </w:p>
    <w:p>
      <w:r>
        <w:rPr>
          <w:b/>
        </w:rPr>
        <w:t xml:space="preserve">[28:02] </w:t>
      </w:r>
      <w:r>
        <w:t>yeh zameen di, jahan life support system hai. Allah ne yeh ek pura nizam-e-kainat banaya hai.</w:t>
      </w:r>
    </w:p>
    <w:p>
      <w:pPr>
        <w:jc w:val="right"/>
      </w:pPr>
      <w:r>
        <w:t>یہ زمین دی، جہاں لائف سپورٹ سسٹم ہے۔ اللہ نے یہ ایک پورا نظام کائنات بنایا ہے۔</w:t>
      </w:r>
    </w:p>
    <w:p>
      <w:r>
        <w:rPr>
          <w:b/>
        </w:rPr>
        <w:t xml:space="preserve">[28:14] </w:t>
      </w:r>
      <w:r>
        <w:t>yani abhi ek scientist ne research ke baad likha hai ke "the universe is a custom made universe".</w:t>
      </w:r>
    </w:p>
    <w:p>
      <w:pPr>
        <w:jc w:val="right"/>
      </w:pPr>
      <w:r>
        <w:t>یعنی ابھی ایک سائنٹسٹ نے ریسرچ کے بعد لکھا ہے کہ "دا یونیورس از اے کسٹم میڈ یونیورس"۔</w:t>
      </w:r>
    </w:p>
    <w:p>
      <w:r>
        <w:rPr>
          <w:b/>
        </w:rPr>
        <w:t xml:space="preserve">[28:25] </w:t>
      </w:r>
      <w:r>
        <w:t>yeh bohat ajib cheez daryaft hui hai, jo pehle insan nahi janta tha ke poori universe insan ke lehaz se banai gayi hai.</w:t>
      </w:r>
    </w:p>
    <w:p>
      <w:pPr>
        <w:jc w:val="right"/>
      </w:pPr>
      <w:r>
        <w:t>یہ بہت عجیب چیز دریافت ہوئی ہے، جو پہلے انسان نہیں جانتا تھا کہ پوری یونیورس انسان کے لحاظ سے بنائی گئی ہے۔</w:t>
      </w:r>
    </w:p>
    <w:p>
      <w:r>
        <w:rPr>
          <w:b/>
        </w:rPr>
        <w:t xml:space="preserve">[28:34] </w:t>
      </w:r>
      <w:r>
        <w:t>aap jante hain ke custom made ka matlab kya hai? Ek joota aap banwayen, special tareeqe se banate hain log, manga to bilkul aap ke paaon mein fit baith jata hai,</w:t>
      </w:r>
    </w:p>
    <w:p>
      <w:pPr>
        <w:jc w:val="right"/>
      </w:pPr>
      <w:r>
        <w:t>آپ جانتے ہیں کہ کسٹم میڈ کا مطلب کیا ہے؟ ایک جوتا آپ بنوائیں، اسپیشل طریقے سے بناتے ہیں لوگ، مانگا تو بالکل آپ کے پاؤں میں فٹ بیٹھ جاتا ہے،</w:t>
      </w:r>
    </w:p>
    <w:p>
      <w:r>
        <w:rPr>
          <w:b/>
        </w:rPr>
        <w:t xml:space="preserve">[28:49] </w:t>
      </w:r>
      <w:r>
        <w:t>jaise moza fit baith jata hai.</w:t>
      </w:r>
    </w:p>
    <w:p>
      <w:pPr>
        <w:jc w:val="right"/>
      </w:pPr>
      <w:r>
        <w:t>جیسے موزہ فٹ بیٹھ جاتا ہے۔</w:t>
      </w:r>
    </w:p>
    <w:p>
      <w:r>
        <w:rPr>
          <w:b/>
        </w:rPr>
        <w:t xml:space="preserve">[28:52] </w:t>
      </w:r>
      <w:r>
        <w:t>to bilkul aap ke paon ke ek dam is ke hisab se jo jab joote banaya jaye, to woh ek custom made shoe hai.</w:t>
      </w:r>
    </w:p>
    <w:p>
      <w:pPr>
        <w:jc w:val="right"/>
      </w:pPr>
      <w:r>
        <w:t>تو بالکل آپ کے پاؤں کے ایک دم اس کے حساب سے جو جب جوتا بنایا جائے، تو وہ ایک کسٹم میڈ شو ہے۔</w:t>
      </w:r>
    </w:p>
    <w:p>
      <w:r>
        <w:rPr>
          <w:b/>
        </w:rPr>
        <w:t xml:space="preserve">[29:04] </w:t>
      </w:r>
      <w:r>
        <w:t>to is ne kaha ke yeh universe custom made universe hai, yani bilkul insan ke hisab kitab se banai gai hai.</w:t>
      </w:r>
    </w:p>
    <w:p>
      <w:pPr>
        <w:jc w:val="right"/>
      </w:pPr>
      <w:r>
        <w:t>تو اس نے کہا کہ یہ یونیورس کسٹم میڈ یونیورس ہے، یعنی بالکل انسان کے حساب کتاب سے بنائی گئی ہے۔</w:t>
      </w:r>
    </w:p>
    <w:p>
      <w:r>
        <w:rPr>
          <w:b/>
        </w:rPr>
        <w:t xml:space="preserve">[29:16] </w:t>
      </w:r>
      <w:r>
        <w:t>ab yeh baat quran mein ek aur lafzon mein kahi gai hai, kai bar kahi gai hai. Ek ayat mein arz karta hoon surah al-jasiah ki wasakhir lakum ma fi al-samawat wal ard wasakhir lakum ma fi al-samawat wa ma fi al-ard jameea</w:t>
      </w:r>
    </w:p>
    <w:p>
      <w:pPr>
        <w:jc w:val="right"/>
      </w:pPr>
      <w:r>
        <w:t>اب یہ بات قرآن میں ایک اور لفظوں میں کہی گئی ہے، کئی بار کہی گئی ہے۔ ایک آیت میں عرض کرتا ہوں سورہ الجاسیہ کی وسخر لکم ما فی السماوات والارض وسخر لکم ما فی السماوات وما فی الارض جمیعا</w:t>
      </w:r>
    </w:p>
    <w:p>
      <w:r>
        <w:rPr>
          <w:b/>
        </w:rPr>
        <w:t xml:space="preserve">[29:39] </w:t>
      </w:r>
      <w:r>
        <w:t>khuda ne musakhkhar kar diya tumhare liye zameen aur aasman ko, is ki tamam cheezon ko, sab ka sab jamee tumhare liye musakhkhar kar diya.</w:t>
      </w:r>
    </w:p>
    <w:p>
      <w:pPr>
        <w:jc w:val="right"/>
      </w:pPr>
      <w:r>
        <w:t>خدا نے مسخر کر دیا تمہارے لیے زمین اور آسمان کو، اس کی تمام چیزوں کو، سب کا سب جمیع تمہارے لیے مسخر کر دیا۔</w:t>
      </w:r>
    </w:p>
    <w:p>
      <w:r>
        <w:rPr>
          <w:b/>
        </w:rPr>
        <w:t xml:space="preserve">[29:51] </w:t>
      </w:r>
      <w:r>
        <w:t>yani musakhkhar ka matlab hai tumhare kaam mein laga diya.</w:t>
      </w:r>
    </w:p>
    <w:p>
      <w:pPr>
        <w:jc w:val="right"/>
      </w:pPr>
      <w:r>
        <w:t>یعنی مسخر کا مطلب ہے تمہارے کام میں لگا دیا۔</w:t>
      </w:r>
    </w:p>
    <w:p>
      <w:r>
        <w:rPr>
          <w:b/>
        </w:rPr>
        <w:t xml:space="preserve">[29:55] </w:t>
      </w:r>
      <w:r>
        <w:t>yani goya wohi baat hai ke custom made bana diya tumhare liye.</w:t>
      </w:r>
    </w:p>
    <w:p>
      <w:pPr>
        <w:jc w:val="right"/>
      </w:pPr>
      <w:r>
        <w:t>یعنی گویا وہی بات ہے کہ کسٹم میڈ بنا دیا تمہارے لیے۔</w:t>
      </w:r>
    </w:p>
    <w:p>
      <w:r>
        <w:rPr>
          <w:b/>
        </w:rPr>
        <w:t xml:space="preserve">[30:06] </w:t>
      </w:r>
      <w:r>
        <w:t>aap ghor kijiye ke aap agar sochein ke sari kainat khuda ne mere liye banai hai,</w:t>
      </w:r>
    </w:p>
    <w:p>
      <w:pPr>
        <w:jc w:val="right"/>
      </w:pPr>
      <w:r>
        <w:t>آپ غور کیجئے کہ آپ اگر سوچیں کہ ساری کائنات خدا نے میرے لیے بنائی ہے،</w:t>
      </w:r>
    </w:p>
    <w:p>
      <w:r>
        <w:rPr>
          <w:b/>
        </w:rPr>
        <w:t xml:space="preserve">[30:16] </w:t>
      </w:r>
      <w:r>
        <w:t>yeh sari kainat mere liye banai hai, yani zameen mein fasal ugti hai mere liye, barish barish barasti hai mere liye, suraj roshni o hararat bhej raha hai mere liye,</w:t>
      </w:r>
    </w:p>
    <w:p>
      <w:pPr>
        <w:jc w:val="right"/>
      </w:pPr>
      <w:r>
        <w:t>یہ ساری کائنات میرے لیے بنائی ہے، یعنی زمین میں فصل اگتی ہے میرے لیے، بارش بارش برستی ہے میرے لیے، سورج روشنی و حرارت بھیج رہا ہے میرے لیے،</w:t>
      </w:r>
    </w:p>
    <w:p>
      <w:r>
        <w:rPr>
          <w:b/>
        </w:rPr>
        <w:t xml:space="preserve">[30:34] </w:t>
      </w:r>
      <w:r>
        <w:t>tare sitare aur kakshan gardish kar rahe hain mere liye.</w:t>
      </w:r>
    </w:p>
    <w:p>
      <w:pPr>
        <w:jc w:val="right"/>
      </w:pPr>
      <w:r>
        <w:t>تارے ستارے اور کاکشاں گردش کر رہے ہیں میرے لیے۔</w:t>
      </w:r>
    </w:p>
    <w:p>
      <w:r>
        <w:rPr>
          <w:b/>
        </w:rPr>
        <w:t xml:space="preserve">[30:43] </w:t>
      </w:r>
      <w:r>
        <w:t>to bilashubah alfaaz gum ho jayenge aap ke.</w:t>
      </w:r>
    </w:p>
    <w:p>
      <w:pPr>
        <w:jc w:val="right"/>
      </w:pPr>
      <w:r>
        <w:t>تو بلاشبہ الفاظ گم ہو جائیں گے آپ کے۔</w:t>
      </w:r>
    </w:p>
    <w:p>
      <w:r>
        <w:rPr>
          <w:b/>
        </w:rPr>
        <w:t xml:space="preserve">[30:50] </w:t>
      </w:r>
      <w:r>
        <w:t>aap khuda ki woh hamd karna chahenge jis hamd ke liye aap ke paas alfaaz nahi hain.</w:t>
      </w:r>
    </w:p>
    <w:p>
      <w:pPr>
        <w:jc w:val="right"/>
      </w:pPr>
      <w:r>
        <w:t>آپ خدا کے وہ حمد کرنا چاہیں گے جس حمد کے لیے آپ کے پاس الفاظ نہیں ہوں۔</w:t>
      </w:r>
    </w:p>
    <w:p>
      <w:r>
        <w:rPr>
          <w:b/>
        </w:rPr>
        <w:t xml:space="preserve">[30:59] </w:t>
      </w:r>
      <w:r>
        <w:t>aap ka seena phat kar kahega: "khuda, main kahan se woh lafz laoon?" aap ka seena phat jayega ke "khuda, main kahan se woh lafz laoon jis se main tujhe hamd kar sakoon?"</w:t>
      </w:r>
    </w:p>
    <w:p>
      <w:pPr>
        <w:jc w:val="right"/>
      </w:pPr>
      <w:r>
        <w:t>آپ کا سینہ پھٹ کر کہے گا: "خدا، میں کہاں سے وہ لفظ لاؤں؟" آپ کا سینہ پھٹ جائے گا کہ "خدا، میں کہاں سے وہ لفظ لاؤں جس سے میں تجھے حمد کر سکوں؟"</w:t>
      </w:r>
    </w:p>
    <w:p>
      <w:r>
        <w:rPr>
          <w:b/>
        </w:rPr>
        <w:t xml:space="preserve">[31:15] </w:t>
      </w:r>
      <w:r>
        <w:t>to hi meri taraf se likh le</w:t>
      </w:r>
    </w:p>
    <w:p>
      <w:pPr>
        <w:jc w:val="right"/>
      </w:pPr>
      <w:r>
        <w:t>تو ہی میری طرف سے لکھ لے</w:t>
      </w:r>
    </w:p>
    <w:p>
      <w:r>
        <w:rPr>
          <w:b/>
        </w:rPr>
        <w:t xml:space="preserve">[31:23] </w:t>
      </w:r>
      <w:r>
        <w:t>woh alfaaz jo mere paas nahi hain.</w:t>
      </w:r>
    </w:p>
    <w:p>
      <w:pPr>
        <w:jc w:val="right"/>
      </w:pPr>
      <w:r>
        <w:t>وہ الفاظ جو میرے پاس نہیں ہیں۔</w:t>
      </w:r>
    </w:p>
    <w:p>
      <w:r>
        <w:rPr>
          <w:b/>
        </w:rPr>
        <w:t xml:space="preserve">[31:29] </w:t>
      </w:r>
      <w:r>
        <w:t>lekin hua kya?</w:t>
      </w:r>
    </w:p>
    <w:p>
      <w:pPr>
        <w:jc w:val="right"/>
      </w:pPr>
      <w:r>
        <w:t>لیکن ہوا کیا؟</w:t>
      </w:r>
    </w:p>
    <w:p>
      <w:r>
        <w:rPr>
          <w:b/>
        </w:rPr>
        <w:t xml:space="preserve">[31:33] </w:t>
      </w:r>
      <w:r>
        <w:t>musalmanon ne khud sakhta nazariye banaye.</w:t>
      </w:r>
    </w:p>
    <w:p>
      <w:pPr>
        <w:jc w:val="right"/>
      </w:pPr>
      <w:r>
        <w:t>مسلمانوں نے خود ساختہ نظریے بنائے۔</w:t>
      </w:r>
    </w:p>
    <w:p>
      <w:r>
        <w:rPr>
          <w:b/>
        </w:rPr>
        <w:t xml:space="preserve">[31:41] </w:t>
      </w:r>
      <w:r>
        <w:t>ek hadith ghari gai: "lau la ka lamma khalaqtul aflaq" yani "ae muhammad,</w:t>
      </w:r>
    </w:p>
    <w:p>
      <w:pPr>
        <w:jc w:val="right"/>
      </w:pPr>
      <w:r>
        <w:t>ایک حدیث گھڑی گئی: "لولا کا لما خلقت الافلاق" یعنی "اے محمد،</w:t>
      </w:r>
    </w:p>
    <w:p>
      <w:r>
        <w:rPr>
          <w:b/>
        </w:rPr>
        <w:t xml:space="preserve">[31:50] </w:t>
      </w:r>
      <w:r>
        <w:t>agar tum ko na paida karna hota to hum zameen o aasman hi na banate".</w:t>
      </w:r>
    </w:p>
    <w:p>
      <w:pPr>
        <w:jc w:val="right"/>
      </w:pPr>
      <w:r>
        <w:t>اگر تم کو نہ پیدا کرنا ہوتا تو ہم زمین و آسمان ہی نہ بناتے"۔</w:t>
      </w:r>
    </w:p>
    <w:p>
      <w:r>
        <w:rPr>
          <w:b/>
        </w:rPr>
        <w:t xml:space="preserve">[32:00] </w:t>
      </w:r>
      <w:r>
        <w:t>ab ghor kijiye ke yeh jo hadith hai, is mein jo baat kahi gai hai, aur quran mein kya baat kahi gai hai? Quran mein baat kahi gai hai ke wasakhir lakum ma fi al-samawat wa ma fi al-jamee yani agar lafz badlein to aap kahein ke "lau la al-insan lamma khalaqtul aflaq".</w:t>
      </w:r>
    </w:p>
    <w:p>
      <w:pPr>
        <w:jc w:val="right"/>
      </w:pPr>
      <w:r>
        <w:t>اب غور کیجئے کہ یہ جو حدیث ہے، اس میں جو بات کہی گئی ہے، اور قرآن میں کیا بات کہی گئی ہے؟ قرآن میں بات کہی گئی ہے کہ وسخر لکم ما فی السماوات وما فی الجمیع یعنی اگر لفظ بدلیں تو آپ کہیں کہ "لولا الانسان لما خلقت الافلاق"۔</w:t>
      </w:r>
    </w:p>
    <w:p>
      <w:r>
        <w:rPr>
          <w:b/>
        </w:rPr>
        <w:t xml:space="preserve">[32:23] </w:t>
      </w:r>
      <w:r>
        <w:t>aap ne barah-e-rast kaha hai ke "lau la al-rasool lamma khalaqtul aflaq". Quran kya keh raha hai? Lau la al-insan lamma khalaqtul aflaq to aap ne sara de rakha hai apne rasool ke khane mein.</w:t>
      </w:r>
    </w:p>
    <w:p>
      <w:pPr>
        <w:jc w:val="right"/>
      </w:pPr>
      <w:r>
        <w:t>آپ نے براہ راست کہا ہے کہ "لولا الرسول لما خلقت الافلاق"۔ قرآن کیا کہہ رہا ہے؟ لولا الانسان لما خلقت الافلاق تو آپ نے سارا دے رکھا ہے اپنے رسول کے خانے میں۔</w:t>
      </w:r>
    </w:p>
    <w:p>
      <w:r>
        <w:rPr>
          <w:b/>
        </w:rPr>
        <w:t xml:space="preserve">[32:41] </w:t>
      </w:r>
      <w:r>
        <w:t>to rasool ke liye mohabbat hai, rasool ke liye aap bhadakte hain, rasool ke liye sab kuch aap ke paas hota hai.</w:t>
      </w:r>
    </w:p>
    <w:p>
      <w:pPr>
        <w:jc w:val="right"/>
      </w:pPr>
      <w:r>
        <w:t>تو رسول کے لیے محبت ہے، رسول کے لیے آپ بھڑکتے ہیں، رسول کے لیے سب کچھ آپ کے پاس ہوتا ہے۔</w:t>
      </w:r>
    </w:p>
    <w:p>
      <w:r>
        <w:rPr>
          <w:b/>
        </w:rPr>
        <w:t xml:space="preserve">[32:49] </w:t>
      </w:r>
      <w:r>
        <w:t>yeh bas yeh hai ke jo ulma is ko hadith ko mauzu kehte hain, woh is se mustasna hain. Hargiz nahi, woh sab ka sab is mein shamil hai.</w:t>
      </w:r>
    </w:p>
    <w:p>
      <w:pPr>
        <w:jc w:val="right"/>
      </w:pPr>
      <w:r>
        <w:t>یہ بس یہ ہے کہ جو علماء اس کو حدیث کو موضوع کہتے ہیں، وہ اس سے مستثنیٰ ہیں۔ ہرگز نہیں، وہ سب کا سب اس میں شامل ہے۔</w:t>
      </w:r>
    </w:p>
    <w:p>
      <w:r>
        <w:rPr>
          <w:b/>
        </w:rPr>
        <w:t xml:space="preserve">[33:02] </w:t>
      </w:r>
      <w:r>
        <w:t>is hadith ko chahe woh mauzu kahein ya zaeef kahein ya na manen, lekin doosre aitbar se theek isi satah par mein apna ek daee tajruba batata hoon aap ko.</w:t>
      </w:r>
    </w:p>
    <w:p>
      <w:pPr>
        <w:jc w:val="right"/>
      </w:pPr>
      <w:r>
        <w:t>اس حدیث کو چاہے وہ موضوع کہیں یا ضعیف کہیں یا نہ مانیں، لیکن دوسرے اعتبار سے ٹھیک اسی سطح پر میں اپنا ایک داعی تجربہ بتاتا ہوں آپ کو۔</w:t>
      </w:r>
    </w:p>
    <w:p>
      <w:r>
        <w:rPr>
          <w:b/>
        </w:rPr>
        <w:t xml:space="preserve">[33:14] </w:t>
      </w:r>
      <w:r>
        <w:t>daee tajruba bohat se tajrubaat mein jati hai, is mein ek tajruba</w:t>
      </w:r>
    </w:p>
    <w:p>
      <w:pPr>
        <w:jc w:val="right"/>
      </w:pPr>
      <w:r>
        <w:t>داعی تجربہ بہت سے تجربات میں جاتی ہے، اس میں ایک تجربہ</w:t>
      </w:r>
    </w:p>
    <w:p>
      <w:r>
        <w:rPr>
          <w:b/>
        </w:rPr>
        <w:t xml:space="preserve">[33:21] </w:t>
      </w:r>
      <w:r>
        <w:t>hadis mein aata hai ke ta'abbud Allah ka'annaka tarah Allah ki ibadat is tarah karo jaise ke tum us ko dekh rahe ho.</w:t>
      </w:r>
    </w:p>
    <w:p>
      <w:pPr>
        <w:jc w:val="right"/>
      </w:pPr>
      <w:r>
        <w:t>حدیث میں آتا ہے کہ تعبد اللہ کانک ترا اللہ کی عبادت اس طرح کرو جیسے کہ تم اس کو دیکھ رہے ہو۔</w:t>
      </w:r>
    </w:p>
    <w:p>
      <w:r>
        <w:rPr>
          <w:b/>
        </w:rPr>
        <w:t xml:space="preserve">[33:36] </w:t>
      </w:r>
      <w:r>
        <w:t>Allah ki ibadat is tarah karo jaise ke tum us ko dekh rahe ho. Isi ki sharah karte hue maine likha ek baar ke maine bin dekhe Khuda ko dekha.</w:t>
      </w:r>
    </w:p>
    <w:p>
      <w:pPr>
        <w:jc w:val="right"/>
      </w:pPr>
      <w:r>
        <w:t>اللہ کی عبادت اس طرح کرو جیسے کہ تم اس کو دیکھ رہے ہو۔ اسی کی شرح کرتے ہوئے میں نے لکھا ایک بار کہ میں نے بن دیکھے خدا کو دیکھا۔</w:t>
      </w:r>
    </w:p>
    <w:p>
      <w:r>
        <w:rPr>
          <w:b/>
        </w:rPr>
        <w:t xml:space="preserve">[33:50] </w:t>
      </w:r>
      <w:r>
        <w:t>Isi hadis ka to tarjuma tha: "Maine</w:t>
      </w:r>
    </w:p>
    <w:p>
      <w:pPr>
        <w:jc w:val="right"/>
      </w:pPr>
      <w:r>
        <w:t>اسی حدیث کا تو ترجمہ تھا: "میں نے</w:t>
      </w:r>
    </w:p>
    <w:p>
      <w:r>
        <w:rPr>
          <w:b/>
        </w:rPr>
        <w:t xml:space="preserve">[33:56] </w:t>
      </w:r>
      <w:r>
        <w:t>bin dekhe Khuda ko dekha". To mere paas fatwa lag gaya: yeh hululi hai, yeh woh wajood ko manta hai, is ke khilaf kharij Islam ka fatwa lagna chahiye.</w:t>
      </w:r>
    </w:p>
    <w:p>
      <w:pPr>
        <w:jc w:val="right"/>
      </w:pPr>
      <w:r>
        <w:t>بن دیکھے خدا کو دیکھا"۔ تو میرے پاس فتویٰ لگ گیا: یہ حلولی ہے، یہ وہ وجود کو مانتا ہے، اس کے خلاف خارج اسلام کا فتویٰ لگنا چاہیے۔</w:t>
      </w:r>
    </w:p>
    <w:p>
      <w:r>
        <w:rPr>
          <w:b/>
        </w:rPr>
        <w:t xml:space="preserve">[34:11] </w:t>
      </w:r>
      <w:r>
        <w:t>Ab doosra waqia suniye:</w:t>
      </w:r>
    </w:p>
    <w:p>
      <w:pPr>
        <w:jc w:val="right"/>
      </w:pPr>
      <w:r>
        <w:t>اب دوسرا واقعہ سنیے:</w:t>
      </w:r>
    </w:p>
    <w:p>
      <w:r>
        <w:rPr>
          <w:b/>
        </w:rPr>
        <w:t xml:space="preserve">[34:14] </w:t>
      </w:r>
      <w:r>
        <w:t>Ek martaba main ek musha'are mein sharik hua, wahan ek nabina shair aaye thay.</w:t>
      </w:r>
    </w:p>
    <w:p>
      <w:pPr>
        <w:jc w:val="right"/>
      </w:pPr>
      <w:r>
        <w:t>ایک مرتبہ میں ایک مشاعرے میں شریک ہوا، وہاں ایک نابینہ شاعر آئے تھے۔</w:t>
      </w:r>
    </w:p>
    <w:p>
      <w:r>
        <w:rPr>
          <w:b/>
        </w:rPr>
        <w:t xml:space="preserve">[34:21] </w:t>
      </w:r>
      <w:r>
        <w:t>Nabina thay woh aur shair thay. Seerat-e-Rasool ka jalsa tha, woh to unhein ek shair saare musha'are mein yeh shair sab se zyada pasand kiya gaya.</w:t>
      </w:r>
    </w:p>
    <w:p>
      <w:pPr>
        <w:jc w:val="right"/>
      </w:pPr>
      <w:r>
        <w:t>نابینہ تھے وہ اور شاعر تھے۔ سیرت رسول کا جلسہ تھا، وہ تو انہیں ایک شعر سارے مشاعرے میں یہ شعر سب سے زیادہ پسند کیا گیا۔</w:t>
      </w:r>
    </w:p>
    <w:p>
      <w:r>
        <w:rPr>
          <w:b/>
        </w:rPr>
        <w:t xml:space="preserve">[34:36] </w:t>
      </w:r>
      <w:r>
        <w:t>Woh shair tha: "Basarat kho gayi to kya baseerat to salamat hai? Madina hum ne dekha hai magar nadida nadida".</w:t>
      </w:r>
    </w:p>
    <w:p>
      <w:pPr>
        <w:jc w:val="right"/>
      </w:pPr>
      <w:r>
        <w:t>وہ شعر تھا: "بصارت کھو گئی تو کیا بصیرت تو سلامت ہے؟ مدینہ ہم نے دیکھا ہے مگر نادیدہ نادیدہ"۔</w:t>
      </w:r>
    </w:p>
    <w:p>
      <w:r>
        <w:rPr>
          <w:b/>
        </w:rPr>
        <w:t xml:space="preserve">[34:50] </w:t>
      </w:r>
      <w:r>
        <w:t>Yaani Madina maine dekha baghair dekhe hue</w:t>
      </w:r>
    </w:p>
    <w:p>
      <w:pPr>
        <w:jc w:val="right"/>
      </w:pPr>
      <w:r>
        <w:t>یعنی مدینہ میں نے دیکھا بغیر دیکھے ہوئے</w:t>
      </w:r>
    </w:p>
    <w:p>
      <w:r>
        <w:rPr>
          <w:b/>
        </w:rPr>
        <w:t xml:space="preserve">[34:53] </w:t>
      </w:r>
      <w:r>
        <w:t>To wah wah ho rahi hai, aur maine yeh keh diya ke main Khuda ko dekha baghair dekhe hue to mujhe fatwa lag raha hai. Kyun?</w:t>
      </w:r>
    </w:p>
    <w:p>
      <w:pPr>
        <w:jc w:val="right"/>
      </w:pPr>
      <w:r>
        <w:t>تو واہ واہ ہو رہی ہے، اور میں نے یہ کہہ دیا کہ میں خدا کو دیکھا بغیر دیکھے ہوئے تو مجھے فتویٰ لگ رہا ہے۔ کیوں؟</w:t>
      </w:r>
    </w:p>
    <w:p>
      <w:r>
        <w:rPr>
          <w:b/>
        </w:rPr>
        <w:t xml:space="preserve">[35:02] </w:t>
      </w:r>
      <w:r>
        <w:t>Madina un ka markaz-e-mohabbat hai, Rasool un ka markaz-e-mohabbat hai, Khuda un ka markaz-e-mohabbat nahin.</w:t>
      </w:r>
    </w:p>
    <w:p>
      <w:pPr>
        <w:jc w:val="right"/>
      </w:pPr>
      <w:r>
        <w:t>مدینہ ان کا مرکز محبت ہے، رسول ان کا مرکز محبت ہے، خدا ان کا مرکز محبت نہیں۔</w:t>
      </w:r>
    </w:p>
    <w:p>
      <w:r>
        <w:rPr>
          <w:b/>
        </w:rPr>
        <w:t xml:space="preserve">[35:13] </w:t>
      </w:r>
      <w:r>
        <w:t>Bin dekhe maine Khuda ko dekha, yeh un ke nazdeek kufr hai, aur bin dekhe maine Madina ko dekha, yeh qabil-e-tareef baat hai.</w:t>
      </w:r>
    </w:p>
    <w:p>
      <w:pPr>
        <w:jc w:val="right"/>
      </w:pPr>
      <w:r>
        <w:t>بن دیکھے میں نے خدا کو دیکھا، یہ ان کے نزدیک کفر ہے، اور بن دیکھے میں نے مدینہ کو دیکھا، یہ قابل تعریف بات ہے۔</w:t>
      </w:r>
    </w:p>
    <w:p>
      <w:r>
        <w:rPr>
          <w:b/>
        </w:rPr>
        <w:t xml:space="preserve">[35:29] </w:t>
      </w:r>
      <w:r>
        <w:t>To jo sar-chashma-e-mohabbat tha, woh yeh tha, woh yeh baat thi ke aap daryaft karein ke Khuda ne mere jaisa insan banaya hai jo bolta hai, jo dekhta hai.</w:t>
      </w:r>
    </w:p>
    <w:p>
      <w:pPr>
        <w:jc w:val="right"/>
      </w:pPr>
      <w:r>
        <w:t>تو جو سرچشمہ محبت تھا، وہ یہ تھا، وہ یہ بات تھی کہ آپ دریافت کریں کہ خدا نے میرے جیسا انسان بنایا ہے جو بولتا ہے، جو دیکھتا ہے۔</w:t>
      </w:r>
    </w:p>
    <w:p>
      <w:r>
        <w:rPr>
          <w:b/>
        </w:rPr>
        <w:t xml:space="preserve">[35:43] </w:t>
      </w:r>
      <w:r>
        <w:t>Kaun sochta hai is ko?</w:t>
      </w:r>
    </w:p>
    <w:p>
      <w:pPr>
        <w:jc w:val="right"/>
      </w:pPr>
      <w:r>
        <w:t>کون سوچتا ہے اس کو؟</w:t>
      </w:r>
    </w:p>
    <w:p>
      <w:r>
        <w:rPr>
          <w:b/>
        </w:rPr>
        <w:t xml:space="preserve">[35:46] </w:t>
      </w:r>
      <w:r>
        <w:t>Meri itni lambi umar hai, koi is par munaj nahin laga jo khud jis ko ek thrilling ehsas ho ke kaise main bolta hoon, kaise main sunta hoon, kaise main dekhta hoon, kaise mera judge, judge, judge system kaam karta hai,</w:t>
      </w:r>
    </w:p>
    <w:p>
      <w:pPr>
        <w:jc w:val="right"/>
      </w:pPr>
      <w:r>
        <w:t>میری اتنی لمبی عمر ہے، کوئی اس پر منج نہیں لگا جو خود جس کو ایک تھرلنگ احساس ہو کہ کیسے میں بولتا ہوں، کیسے میں سنتا ہوں، کیسے میں دیکھتا ہوں، کیسے میرا جج، جج، جج سسٹم کام کرتا ہے،</w:t>
      </w:r>
    </w:p>
    <w:p>
      <w:r>
        <w:rPr>
          <w:b/>
        </w:rPr>
        <w:t xml:space="preserve">[36:02] </w:t>
      </w:r>
      <w:r>
        <w:t>kaise main zameen pe chalta hoon,</w:t>
      </w:r>
    </w:p>
    <w:p>
      <w:pPr>
        <w:jc w:val="right"/>
      </w:pPr>
      <w:r>
        <w:t>کیسے میں زمین پہ چلتا ہوں،</w:t>
      </w:r>
    </w:p>
    <w:p>
      <w:r>
        <w:rPr>
          <w:b/>
        </w:rPr>
        <w:t xml:space="preserve">[36:07] </w:t>
      </w:r>
      <w:r>
        <w:t>kaise carain ban gayeen, kaise airplane ban gaye, kaise samundaron mein hum jahaz le ke hum is ko tair rahe hain, kaise life support system hai.</w:t>
      </w:r>
    </w:p>
    <w:p>
      <w:pPr>
        <w:jc w:val="right"/>
      </w:pPr>
      <w:r>
        <w:t>کیسے کاریں بن گئیں، کیسے ایروپلین بن گئے، کیسے سمندروں میں ہم جہاز لے کے ہم اس کو تیر رہے ہیں، کیسے لائف سپورٹ سسٹم ہے۔</w:t>
      </w:r>
    </w:p>
    <w:p>
      <w:r>
        <w:rPr>
          <w:b/>
        </w:rPr>
        <w:t xml:space="preserve">[36:22] </w:t>
      </w:r>
      <w:r>
        <w:t>To is ko soch kar, is ka jo karne wala hai, is ka jo khaliq hai, is ke liye mohabbat, mohabbat ka samundar ubla ho seene se.</w:t>
      </w:r>
    </w:p>
    <w:p>
      <w:pPr>
        <w:jc w:val="right"/>
      </w:pPr>
      <w:r>
        <w:t>تو اس کو سوچ کر، اس کا جو کرنے والا ہے، اس کا جو خالق ہے، اس کے لیے محبت، محبت کا سمندر ابلا ہو سینے سے۔</w:t>
      </w:r>
    </w:p>
    <w:p>
      <w:r>
        <w:rPr>
          <w:b/>
        </w:rPr>
        <w:t xml:space="preserve">[36:31] </w:t>
      </w:r>
      <w:r>
        <w:t>Aahista aahista insan ko is ko maine thodi dekha nahin, kyunke har cheez ko attribute kisi aur se kiye hue hain, har cheez ko</w:t>
      </w:r>
    </w:p>
    <w:p>
      <w:pPr>
        <w:jc w:val="right"/>
      </w:pPr>
      <w:r>
        <w:t>آہستہ آہستہ انسان کو اس کو میں نے تھوڑی دیکھا نہیں، کیونکہ ہر چیز کو ایٹریبیوٹ کسی اور سے کیے ہوئے ہیں، ہر چیز کو</w:t>
      </w:r>
    </w:p>
    <w:p>
      <w:r>
        <w:rPr>
          <w:b/>
        </w:rPr>
        <w:t xml:space="preserve">[36:42] </w:t>
      </w:r>
      <w:r>
        <w:t>kisi aur se associate kiye hue hain, Khuda se nahin.</w:t>
      </w:r>
    </w:p>
    <w:p>
      <w:pPr>
        <w:jc w:val="right"/>
      </w:pPr>
      <w:r>
        <w:t>کسی اور سے ایسوسیٹ کیے ہوئے ہیں، خدا سے نہیں۔</w:t>
      </w:r>
    </w:p>
    <w:p>
      <w:r>
        <w:rPr>
          <w:b/>
        </w:rPr>
        <w:t xml:space="preserve">[36:48] </w:t>
      </w:r>
      <w:r>
        <w:t>Main to is nakhun ko bhi sochta hoon ke Khuda ne agar nakhun na deta, Khuda to meri ungliyan kaam nahin kartin. Agar agar nakhun na ho ungliyon mein, koi kaam karna bohat hi mushkil ho jaye.</w:t>
      </w:r>
    </w:p>
    <w:p>
      <w:pPr>
        <w:jc w:val="right"/>
      </w:pPr>
      <w:r>
        <w:t>میں تو اس ناخن کو بھی سوچتا ہوں کہ خدا نے اگر ناخن نہ دیتا، خدا تو میری انگلیاں کام نہیں کرتیں۔ اگر اگر ناخن نہ ہو انگلیوں میں، کوئی کام کرنا بہت ہی مشکل ہو جائے۔</w:t>
      </w:r>
    </w:p>
    <w:p>
      <w:r>
        <w:rPr>
          <w:b/>
        </w:rPr>
        <w:t xml:space="preserve">[37:04] </w:t>
      </w:r>
      <w:r>
        <w:t>Agar yeh jor na ho</w:t>
      </w:r>
    </w:p>
    <w:p>
      <w:pPr>
        <w:jc w:val="right"/>
      </w:pPr>
      <w:r>
        <w:t>اگر یہ جوڑ نہ ہو</w:t>
      </w:r>
    </w:p>
    <w:p>
      <w:r>
        <w:rPr>
          <w:b/>
        </w:rPr>
        <w:t xml:space="preserve">[37:07] </w:t>
      </w:r>
      <w:r>
        <w:t>haath mein aur paon mein to main mera badi tanav bada hoga, kuch kaam nahin kar sakta.</w:t>
      </w:r>
    </w:p>
    <w:p>
      <w:pPr>
        <w:jc w:val="right"/>
      </w:pPr>
      <w:r>
        <w:t>ہاتھ میں اور پاؤں میں تو میں میرا بادی تنا ہوا بادی ہوگا، کچھ کام نہیں کر سکتا۔</w:t>
      </w:r>
    </w:p>
    <w:p>
      <w:r>
        <w:rPr>
          <w:b/>
        </w:rPr>
        <w:t xml:space="preserve">[37:16] </w:t>
      </w:r>
      <w:r>
        <w:t>Agar mere paas aankh ho lekin roshni na ho bahar to main dekh nahin sakta. Mere paas kaan ho magar hawa na ho beech mein to main sun nahin sakta.</w:t>
      </w:r>
    </w:p>
    <w:p>
      <w:pPr>
        <w:jc w:val="right"/>
      </w:pPr>
      <w:r>
        <w:t>اگر میرے پاس آنکھ ہو لیکن روشنی نہ ہو باہر تو میں دیکھ نہیں سکتا۔ میرے پاس کان ہو مگر ہوا نہ ہو بیچ میں تو میں سن نہیں سکتا۔</w:t>
      </w:r>
    </w:p>
    <w:p>
      <w:r>
        <w:rPr>
          <w:b/>
        </w:rPr>
        <w:t xml:space="preserve">[37:27] </w:t>
      </w:r>
      <w:r>
        <w:t>Mere paas phephra ho lekin oxygen ki supply ka nizam na ho</w:t>
      </w:r>
    </w:p>
    <w:p>
      <w:pPr>
        <w:jc w:val="right"/>
      </w:pPr>
      <w:r>
        <w:t>میرے پاس پھیپھڑا ہو لیکن اکسیجن کی سپلائی کا نظام نہ ہو</w:t>
      </w:r>
    </w:p>
    <w:p>
      <w:r>
        <w:rPr>
          <w:b/>
        </w:rPr>
        <w:t xml:space="preserve">[37:33] </w:t>
      </w:r>
      <w:r>
        <w:t>to mein jee nahin sakta.</w:t>
      </w:r>
    </w:p>
    <w:p>
      <w:pPr>
        <w:jc w:val="right"/>
      </w:pPr>
      <w:r>
        <w:t>تو میں جی نہیں سکتا۔</w:t>
      </w:r>
    </w:p>
    <w:p>
      <w:r>
        <w:rPr>
          <w:b/>
        </w:rPr>
        <w:t xml:space="preserve">[37:40] </w:t>
      </w:r>
      <w:r>
        <w:t>to mera wajood sar ta pa rehmat khudaawandi ka aik</w:t>
      </w:r>
    </w:p>
    <w:p>
      <w:pPr>
        <w:jc w:val="right"/>
      </w:pPr>
      <w:r>
        <w:t>تو میرا وجود سر تا پا رحمت خداوندی کا ایک</w:t>
      </w:r>
    </w:p>
    <w:p>
      <w:r>
        <w:rPr>
          <w:b/>
        </w:rPr>
        <w:t xml:space="preserve">[37:49] </w:t>
      </w:r>
      <w:r>
        <w:t>aik zahira hai. phir yeh saari kainat mere muwafiq banai gayi hai, custom made universe hai.</w:t>
      </w:r>
    </w:p>
    <w:p>
      <w:pPr>
        <w:jc w:val="right"/>
      </w:pPr>
      <w:r>
        <w:t>ایک ظاہرہ ہے۔ پھر یہ ساری کائنات میرے موافق بنائی گئی ہے، کسٹم میڈ یونیورس ہے۔</w:t>
      </w:r>
    </w:p>
    <w:p>
      <w:r>
        <w:rPr>
          <w:b/>
        </w:rPr>
        <w:t xml:space="preserve">[37:59] </w:t>
      </w:r>
      <w:r>
        <w:t>yani zara zara mere khidmat laga, mere matlab insaan ki khidmat laga hua hai.</w:t>
      </w:r>
    </w:p>
    <w:p>
      <w:pPr>
        <w:jc w:val="right"/>
      </w:pPr>
      <w:r>
        <w:t>یعنی ذرہ ذرہ میرے خدمت لگا، میرے مطلب انسان کی خدمت لگا ہوا ہے۔</w:t>
      </w:r>
    </w:p>
    <w:p>
      <w:r>
        <w:rPr>
          <w:b/>
        </w:rPr>
        <w:t xml:space="preserve">[38:07] </w:t>
      </w:r>
      <w:r>
        <w:t>aap yeh soch kar kis qadar aik thrilling hamd aata hai, thrilling shuru ka aata hai</w:t>
      </w:r>
    </w:p>
    <w:p>
      <w:pPr>
        <w:jc w:val="right"/>
      </w:pPr>
      <w:r>
        <w:t>آپ یہ سوچ کر کس قدر ایک تھرلنگ حمد آتا ہے، تھرلنگ شروع کا آتا ہے</w:t>
      </w:r>
    </w:p>
    <w:p>
      <w:r>
        <w:rPr>
          <w:b/>
        </w:rPr>
        <w:t xml:space="preserve">[38:16] </w:t>
      </w:r>
      <w:r>
        <w:t>ke khudaaya tu kitna raheem hai, tu kitna qareeb hai, tu kitna apne bando se tujh ko lagaao hai.</w:t>
      </w:r>
    </w:p>
    <w:p>
      <w:pPr>
        <w:jc w:val="right"/>
      </w:pPr>
      <w:r>
        <w:t>کہ خدایا تو کتنا رحیم ہے، تو کتنا قریب ہے، تو کتنا اپنے بندوں سے تجھ کو لگاؤ ہے۔</w:t>
      </w:r>
    </w:p>
    <w:p>
      <w:r>
        <w:rPr>
          <w:b/>
        </w:rPr>
        <w:t xml:space="preserve">[38:29] </w:t>
      </w:r>
      <w:r>
        <w:t>lekin jab in saari cheezon ko aap kisi aur se attach kiye hue hain,</w:t>
      </w:r>
    </w:p>
    <w:p>
      <w:pPr>
        <w:jc w:val="right"/>
      </w:pPr>
      <w:r>
        <w:t>لیکن جب ان ساری چیزوں کو آپ کسی اور سے اٹیچ کیے ہوئے ہیں،</w:t>
      </w:r>
    </w:p>
    <w:p>
      <w:r>
        <w:rPr>
          <w:b/>
        </w:rPr>
        <w:t xml:space="preserve">[38:33] </w:t>
      </w:r>
      <w:r>
        <w:t>mein bohat baar dekha ke aik maa aur baap apne bete ko itne khush ho rahe hain, khoob khush ho rahe hain. mein sochta hoon ke kitne zalim hain yeh maa baap, jis ne tumhare bete ko banaya, us ko kyun nahin tazkara karte?</w:t>
      </w:r>
    </w:p>
    <w:p>
      <w:pPr>
        <w:jc w:val="right"/>
      </w:pPr>
      <w:r>
        <w:t>میں بہت بار دیکھا کہ ایک ماں اور باپ اپنے بیٹے کو اتنے خوش ہو رہے ہیں، خوب خوش ہو رہے ہیں۔ میں سوچتا ہوں کہ کتنے ظالم ہیں یہ ماں باپ، جس نے تمہارے بیٹے کو بنایا، اس کو کیوں نہیں تذکرہ کرتے؟</w:t>
      </w:r>
    </w:p>
    <w:p>
      <w:r>
        <w:rPr>
          <w:b/>
        </w:rPr>
        <w:t xml:space="preserve">[38:49] </w:t>
      </w:r>
      <w:r>
        <w:t>yeh yeh tajruba mujhe baar baar hua hai</w:t>
      </w:r>
    </w:p>
    <w:p>
      <w:pPr>
        <w:jc w:val="right"/>
      </w:pPr>
      <w:r>
        <w:t>یہ یہ تجربہ مجھے بار بار ہوا ہے</w:t>
      </w:r>
    </w:p>
    <w:p>
      <w:r>
        <w:rPr>
          <w:b/>
        </w:rPr>
        <w:t xml:space="preserve">[38:52] </w:t>
      </w:r>
      <w:r>
        <w:t>ke maa baap dekhenge apne bete ko, khoob khush ho rahe hain. yeh maa baap zalim hain.</w:t>
      </w:r>
    </w:p>
    <w:p>
      <w:pPr>
        <w:jc w:val="right"/>
      </w:pPr>
      <w:r>
        <w:t>کہ ماں باپ دیکھیں گے اپنے بیٹے کو، خوب خوش ہو رہے ہیں۔ یہ ماں باپ ظالم ہیں۔</w:t>
      </w:r>
    </w:p>
    <w:p>
      <w:r>
        <w:rPr>
          <w:b/>
        </w:rPr>
        <w:t xml:space="preserve">[39:01] </w:t>
      </w:r>
      <w:r>
        <w:t>yani tumhare farzand ka jo khaliq hai, us ko us ko kyun nahin yaad kar ke alhamdulillah kehte? bas bete ko dekh kar khush ho rahe hain, aur bete ka jo khaliq hai, us us ka kuch nahin.</w:t>
      </w:r>
    </w:p>
    <w:p>
      <w:pPr>
        <w:jc w:val="right"/>
      </w:pPr>
      <w:r>
        <w:t>یعنی تمہارے فرزند کا جو خالق ہے، اس کو اس کو کیوں نہیں یاد کر کے الحمدللہ کہتے؟ بس بیٹے کو دیکھ کر خوش ہو رہے ہیں، اور بیٹے کا جو خالق ہے، اس اس کا کچھ نہیں۔</w:t>
      </w:r>
    </w:p>
    <w:p>
      <w:r>
        <w:rPr>
          <w:b/>
        </w:rPr>
        <w:t xml:space="preserve">[39:15] </w:t>
      </w:r>
      <w:r>
        <w:t>aap ehsaas hai</w:t>
      </w:r>
    </w:p>
    <w:p>
      <w:pPr>
        <w:jc w:val="right"/>
      </w:pPr>
      <w:r>
        <w:t>آپ احساس ہے</w:t>
      </w:r>
    </w:p>
    <w:p>
      <w:r>
        <w:rPr>
          <w:b/>
        </w:rPr>
        <w:t xml:space="preserve">[39:21] </w:t>
      </w:r>
      <w:r>
        <w:t>to poori poori yeh zameen aise logon se bhari hui hai</w:t>
      </w:r>
    </w:p>
    <w:p>
      <w:pPr>
        <w:jc w:val="right"/>
      </w:pPr>
      <w:r>
        <w:t>تو پوری پوری یہ زمین ایسے لوگوں سے بھری ہوئی ہے</w:t>
      </w:r>
    </w:p>
    <w:p>
      <w:r>
        <w:rPr>
          <w:b/>
        </w:rPr>
        <w:t xml:space="preserve">[39:28] </w:t>
      </w:r>
      <w:r>
        <w:t>jo har doosri cheez se mohabbat karte hain, lekin Allah se mohabbat nahin karte.</w:t>
      </w:r>
    </w:p>
    <w:p>
      <w:pPr>
        <w:jc w:val="right"/>
      </w:pPr>
      <w:r>
        <w:t>جو ہر دوسری چیز سے محبت کرتے ہیں، لیکن اللہ سے محبت نہیں کرتے۔</w:t>
      </w:r>
    </w:p>
    <w:p>
      <w:r>
        <w:rPr>
          <w:b/>
        </w:rPr>
        <w:t xml:space="preserve">[39:41] </w:t>
      </w:r>
      <w:r>
        <w:t>is ki wajah se kya hai ke hum aala marifat se mehroom hain? hamari ibaadaton mein woh atrat nahin hai jo jis ko khushu o khuzu o ikhbat kaha gaya hai.</w:t>
      </w:r>
    </w:p>
    <w:p>
      <w:pPr>
        <w:jc w:val="right"/>
      </w:pPr>
      <w:r>
        <w:t>اس کی وجہ سے کیا ہے کہ ہم اعلیٰ معرفت سے محروم ہیں؟ ہماری عبادتوں میں وہ عطرت نہیں ہے جو جس کو خشوع اور خضوع اور اخبات کہا گیا ہے۔</w:t>
      </w:r>
    </w:p>
    <w:p>
      <w:r>
        <w:rPr>
          <w:b/>
        </w:rPr>
        <w:t xml:space="preserve">[39:57] </w:t>
      </w:r>
      <w:r>
        <w:t>phir isi ki wajah hai ke dawat Allah ke liye hum hero nahin bante.</w:t>
      </w:r>
    </w:p>
    <w:p>
      <w:pPr>
        <w:jc w:val="right"/>
      </w:pPr>
      <w:r>
        <w:t>پھر اسی کی وجہ ہے کہ دعوت اللہ کے لیے ہم ہیرو نہیں بنتے۔</w:t>
      </w:r>
    </w:p>
    <w:p>
      <w:r>
        <w:rPr>
          <w:b/>
        </w:rPr>
        <w:t xml:space="preserve">[40:03] </w:t>
      </w:r>
      <w:r>
        <w:t>dawat Allah kya hai? yeh aik divine role hai, yeh Khuda ka concern hai ke us ke bando tak us ka paigham pohanchay.</w:t>
      </w:r>
    </w:p>
    <w:p>
      <w:pPr>
        <w:jc w:val="right"/>
      </w:pPr>
      <w:r>
        <w:t>دعوت اللہ کیا ہے؟ یہ ایک ڈیوائن رول ہے، یہ خدا کا کنسرن ہے کہ اس کے بندوں تک اس کا پیغام پہنچے۔</w:t>
      </w:r>
    </w:p>
    <w:p>
      <w:r>
        <w:rPr>
          <w:b/>
        </w:rPr>
        <w:t xml:space="preserve">[40:16] </w:t>
      </w:r>
      <w:r>
        <w:t>yeh Khuda ka concern hai, isi liye Allah taala ne is ko kaha hai</w:t>
      </w:r>
    </w:p>
    <w:p>
      <w:pPr>
        <w:jc w:val="right"/>
      </w:pPr>
      <w:r>
        <w:t>یہ خدا کا کنسرن ہے، اسی لیے اللہ تعالیٰ نے اس کو کہا ہے</w:t>
      </w:r>
    </w:p>
    <w:p>
      <w:r>
        <w:rPr>
          <w:b/>
        </w:rPr>
        <w:t xml:space="preserve">[40:21] </w:t>
      </w:r>
      <w:r>
        <w:t>jo kaam log karein, yeh kaam un ko ansaar, ansaar, ansaar Allah kaha hai. Allah ki madad karne wale, Allah ki madad karne wale.</w:t>
      </w:r>
    </w:p>
    <w:p>
      <w:pPr>
        <w:jc w:val="right"/>
      </w:pPr>
      <w:r>
        <w:t>جو کام لوگ کریں، یہ کام ان کو انصار، انصار، انصار اللہ کہا ہے۔ اللہ کی مدد کرنے والے، اللہ کی مدد کرنے والے۔</w:t>
      </w:r>
    </w:p>
    <w:p>
      <w:r>
        <w:rPr>
          <w:b/>
        </w:rPr>
        <w:t xml:space="preserve">[40:35] </w:t>
      </w:r>
      <w:r>
        <w:t>surah nisa mein hai ke yusallim mubashireen wa munzireen lil laahi wa laa yakuna lil naasi 'alal laahi hujjatum ba'dar rusul yani Allah ko yeh matloob hai ke us ke kuch bande uthein aur insaanon ko bata dein ke what is the creation plan of God?</w:t>
      </w:r>
    </w:p>
    <w:p>
      <w:pPr>
        <w:jc w:val="right"/>
      </w:pPr>
      <w:r>
        <w:t>سورہ نساء میں ہے کہ یوسلم مبشرین ومنظرین للہ کون للناس وعلی اللہ حجت بعد الرسل یعنی اللہ کو یہ مطلوب ہے کہ اس کے کچھ بندے اٹھیں اور انسانوں کو بتا دیں کہ واٹ از دا کریشن پلان اف گاڈ؟</w:t>
      </w:r>
    </w:p>
    <w:p>
      <w:r>
        <w:rPr>
          <w:b/>
        </w:rPr>
        <w:t xml:space="preserve">[40:57] </w:t>
      </w:r>
      <w:r>
        <w:t>yeh bata dein, yeh Allah ka concern hai. to isi liye mein kehta hoon ke yeh divine role hai, yeh lekin aap dekhiye, saare kaam dunya mein ho rahe hain, lekin dawat Allah hi aik kaam hai jo nahin ho raha hai.</w:t>
      </w:r>
    </w:p>
    <w:p>
      <w:pPr>
        <w:jc w:val="right"/>
      </w:pPr>
      <w:r>
        <w:t>یہ بتا دیں، یہ اللہ کا کنسرن ہے۔ تو اسی لیے میں کہتا ہوں کہ یہ ڈیوائن رول ہے، یہ لیکن آپ دیکھیے، سارے کام دنیا میں ہو رہے ہیں، لیکن دعوت اللہ ہی ایک کام ہے جو نہیں ہو رہا ہے۔</w:t>
      </w:r>
    </w:p>
    <w:p>
      <w:r>
        <w:rPr>
          <w:b/>
        </w:rPr>
        <w:t xml:space="preserve">[41:17] </w:t>
      </w:r>
      <w:r>
        <w:t>hata ke Allah taala ne is ke liye yani samandari mawaqay khol diye. yani age of communication kya hai?</w:t>
      </w:r>
    </w:p>
    <w:p>
      <w:pPr>
        <w:jc w:val="right"/>
      </w:pPr>
      <w:r>
        <w:t>حتی کہ اللہ تعالیٰ نے اس کے لیے یعنی سمندری مواقع کھول دیے۔ یعنی ایج اف کمیونیکیشن کیا ہے؟</w:t>
      </w:r>
    </w:p>
    <w:p>
      <w:r>
        <w:rPr>
          <w:b/>
        </w:rPr>
        <w:t xml:space="preserve">[41:27] </w:t>
      </w:r>
      <w:r>
        <w:t>age of communication pro dawat age hai. poora age of communication jo hai, yeh pro dawat age hai.</w:t>
      </w:r>
    </w:p>
    <w:p>
      <w:pPr>
        <w:jc w:val="right"/>
      </w:pPr>
      <w:r>
        <w:t>ایج اف کمیونیکیشن پرو دعوت ایج ہے۔ پورا ایج اف کمیونیکیشن جو ہے، یہ پرو دعوت ایج ہے۔</w:t>
      </w:r>
    </w:p>
    <w:p>
      <w:r>
        <w:rPr>
          <w:b/>
        </w:rPr>
        <w:t xml:space="preserve">[41:37] </w:t>
      </w:r>
      <w:r>
        <w:t>lekin is communication ko log istemaal kar rahe hain kis ke liye? family ke liye, business ke liye, job ke liye, tafreeh ke liye, entertainment ke liye, dawat ke liye nahin.</w:t>
      </w:r>
    </w:p>
    <w:p>
      <w:pPr>
        <w:jc w:val="right"/>
      </w:pPr>
      <w:r>
        <w:t>لیکن اس کمیونیکیشن کو لوگ استعمال کر رہے ہیں کس کے لیے؟ فیملی کے لیے، بزنس کے لیے، جاب کے لیے، تفریح کے لیے، انٹرٹینمنٹ کے لیے، دعوت کے لیے نہیں۔</w:t>
      </w:r>
    </w:p>
    <w:p>
      <w:r>
        <w:rPr>
          <w:b/>
        </w:rPr>
        <w:t xml:space="preserve">[41:50] </w:t>
      </w:r>
      <w:r>
        <w:t>yeh is is age ko jo age jis mein hum jee rahe hain,</w:t>
      </w:r>
    </w:p>
    <w:p>
      <w:pPr>
        <w:jc w:val="right"/>
      </w:pPr>
      <w:r>
        <w:t>یہ اس اس ایج کو جو ایج جس میں ہم جی رہے ہیں،</w:t>
      </w:r>
    </w:p>
    <w:p>
      <w:r>
        <w:rPr>
          <w:b/>
        </w:rPr>
        <w:t xml:space="preserve">[41:54] </w:t>
      </w:r>
      <w:r>
        <w:t>is ko kaha jata hai age of communication.</w:t>
      </w:r>
    </w:p>
    <w:p>
      <w:pPr>
        <w:jc w:val="right"/>
      </w:pPr>
      <w:r>
        <w:t>اس کو کہا جاتا ہے ایج اف کمیونیکیشن۔</w:t>
      </w:r>
    </w:p>
    <w:p>
      <w:r>
        <w:rPr>
          <w:b/>
        </w:rPr>
        <w:t xml:space="preserve">[42:01] </w:t>
      </w:r>
      <w:r>
        <w:t>to age of communication kia hai? yeh to pro dawat age hai, kyunke dawati kaam kia hai? dawati kaam hai baat ko phailana, disseminate karna, logon tak baat ko pohanchana.</w:t>
      </w:r>
    </w:p>
    <w:p>
      <w:pPr>
        <w:jc w:val="right"/>
      </w:pPr>
      <w:r>
        <w:t>تو ایج اف کمیونیکیشن کیا ہے؟ یہ تو پرو دعوت ایج ہے، کیونکہ دعوتی کام کیا ہے؟ دعوتی کام ہے بات کو پھیلانا، ڈسیمینیٹ کرنا، لوگوں تک بات کو پہنچانا۔</w:t>
      </w:r>
    </w:p>
    <w:p>
      <w:r>
        <w:rPr>
          <w:b/>
        </w:rPr>
        <w:t xml:space="preserve">[42:15] </w:t>
      </w:r>
      <w:r>
        <w:t>to to pehle zamanay mein aap</w:t>
      </w:r>
    </w:p>
    <w:p>
      <w:pPr>
        <w:jc w:val="right"/>
      </w:pPr>
      <w:r>
        <w:t>تو تو پہلے زمانے میں آپ</w:t>
      </w:r>
    </w:p>
    <w:p>
      <w:r>
        <w:rPr>
          <w:b/>
        </w:rPr>
        <w:t xml:space="preserve">[42:18] </w:t>
      </w:r>
      <w:r>
        <w:t>aas paas ke logon tak baat pohancha sakte thay, ab communication ne moqa de diya ke aalami satah par aap kaam kar saken, global level par.</w:t>
      </w:r>
    </w:p>
    <w:p>
      <w:pPr>
        <w:jc w:val="right"/>
      </w:pPr>
      <w:r>
        <w:t>اس پاس کے لوگوں تک بات پہنچا سکتے تھے، اب کمیونیکیشن نے موقع دے دیا کہ عالمی سطح پر آپ کام کر سکیں، گلوبل لیول پر۔</w:t>
      </w:r>
    </w:p>
    <w:p>
      <w:r>
        <w:rPr>
          <w:b/>
        </w:rPr>
        <w:t xml:space="preserve">[42:29] </w:t>
      </w:r>
      <w:r>
        <w:t>isi liye main kehta hoon ke age of communication jo hai, woh pro dawat age hai.</w:t>
      </w:r>
    </w:p>
    <w:p>
      <w:pPr>
        <w:jc w:val="right"/>
      </w:pPr>
      <w:r>
        <w:t>اسی لیے میں کہتا ہوں کہ ایج اف کمیونیکیشن جو ہے، وہ پرو دعوت ایج ہے۔</w:t>
      </w:r>
    </w:p>
    <w:p>
      <w:r>
        <w:rPr>
          <w:b/>
        </w:rPr>
        <w:t xml:space="preserve">[42:36] </w:t>
      </w:r>
      <w:r>
        <w:t>bas kis ko fikr hai?</w:t>
      </w:r>
    </w:p>
    <w:p>
      <w:pPr>
        <w:jc w:val="right"/>
      </w:pPr>
      <w:r>
        <w:t>بس کس کو فکر ہے؟</w:t>
      </w:r>
    </w:p>
    <w:p>
      <w:r>
        <w:rPr>
          <w:b/>
        </w:rPr>
        <w:t xml:space="preserve">[42:43] </w:t>
      </w:r>
      <w:r>
        <w:t>aaj kal har aadmi ki jeeb mein mobile, jis ko dekhe, us ki jeeb mein mobile hai,</w:t>
      </w:r>
    </w:p>
    <w:p>
      <w:pPr>
        <w:jc w:val="right"/>
      </w:pPr>
      <w:r>
        <w:t>آج کل ہر آدمی کی جیب میں موبائل، جس کو دیکھے، اس کی جیب میں موبائل ہے،</w:t>
      </w:r>
    </w:p>
    <w:p>
      <w:r>
        <w:rPr>
          <w:b/>
        </w:rPr>
        <w:t xml:space="preserve">[42:51] </w:t>
      </w:r>
      <w:r>
        <w:t>aur har waqt ghanti bajti rehti hai, log baatein karte hain. kai baar maine janna chaha ke aakhir kia baatein karte hain, kis se baatein karte hain? yeh to pata chala ke apni family se.</w:t>
      </w:r>
    </w:p>
    <w:p>
      <w:pPr>
        <w:jc w:val="right"/>
      </w:pPr>
      <w:r>
        <w:t>اور ہر وقت گھنٹی بجتی رہتی ہے، لوگ باتیں کرتے ہیں۔ کئی بار میں نے جاننا چاہا کہ آخر کیا باتیں کرتے ہیں، کس سے باتیں کرتے ہیں؟ یہ تو پتہ چلا کہ اپنی فیملی سے۔</w:t>
      </w:r>
    </w:p>
    <w:p>
      <w:r>
        <w:rPr>
          <w:b/>
        </w:rPr>
        <w:t xml:space="preserve">[43:05] </w:t>
      </w:r>
      <w:r>
        <w:t>beshtar callen jo hoti hain, woh apni family ke liye hoti hain.</w:t>
      </w:r>
    </w:p>
    <w:p>
      <w:pPr>
        <w:jc w:val="right"/>
      </w:pPr>
      <w:r>
        <w:t>بیشتر کالیں جو ہوتی ہیں، وہ اپنی فیملی کے لیے ہوتی ہیں۔</w:t>
      </w:r>
    </w:p>
    <w:p>
      <w:r>
        <w:rPr>
          <w:b/>
        </w:rPr>
        <w:t xml:space="preserve">[43:11] </w:t>
      </w:r>
      <w:r>
        <w:t>mislan main Europe ke aik safar mein gaya, aik conference thi, aik dilchasp qissa arz karta hoon.</w:t>
      </w:r>
    </w:p>
    <w:p>
      <w:pPr>
        <w:jc w:val="right"/>
      </w:pPr>
      <w:r>
        <w:t>مثلاً میں یورپ کے ایک سفر میں گیا، ایک کانفرنس تھی، ایک دلچسپ قصہ عرض کرتا ہوں۔</w:t>
      </w:r>
    </w:p>
    <w:p>
      <w:r>
        <w:rPr>
          <w:b/>
        </w:rPr>
        <w:t xml:space="preserve">[43:21] </w:t>
      </w:r>
      <w:r>
        <w:t>to wahan Arab ke aik sheikh aaye hue thay, aik aalim, woh bar bar telephone par baat karte thay.</w:t>
      </w:r>
    </w:p>
    <w:p>
      <w:pPr>
        <w:jc w:val="right"/>
      </w:pPr>
      <w:r>
        <w:t>تو وہاں عرب کے ایک شیخ آئے ہوئے تھے، ایک عالم، وہ بار بار ٹیلی فون پر بات کرتے تھے۔</w:t>
      </w:r>
    </w:p>
    <w:p>
      <w:r>
        <w:rPr>
          <w:b/>
        </w:rPr>
        <w:t xml:space="preserve">[43:30] </w:t>
      </w:r>
      <w:r>
        <w:t>to main ne kaha, "yeh kia? yeh Arab yahan aaye hain conference mein, kia baatein karte hain?" to aik martaba</w:t>
      </w:r>
    </w:p>
    <w:p>
      <w:pPr>
        <w:jc w:val="right"/>
      </w:pPr>
      <w:r>
        <w:t>تو میں نے کہا، "یہ کیا؟ یہ عرب یہاں آئے ہیں کانفرنس میں، کیا باتیں کرتے ہیں؟" تو ایک مرتبہ</w:t>
      </w:r>
    </w:p>
    <w:p>
      <w:r>
        <w:rPr>
          <w:b/>
        </w:rPr>
        <w:t xml:space="preserve">[43:38] </w:t>
      </w:r>
      <w:r>
        <w:t>I wanted over here his call. thora sa main mutawajjah hua to mujhe aik jumla maine suna keh rahe thay, wahan koi un ki larki nawasi waghera shayad koi thi Arab mein.</w:t>
      </w:r>
    </w:p>
    <w:p>
      <w:pPr>
        <w:jc w:val="right"/>
      </w:pPr>
      <w:r>
        <w:t>I wanted over here ہز کال۔ تھوڑا سا میں متوجہ ہوا تو مجھے ایک جملہ میں نے سنا کہہ رہے تھے، وہاں کوئی ان کی لڑکی نواسی وغیرہ شاید کوئی تھی عرب میں۔</w:t>
      </w:r>
    </w:p>
    <w:p>
      <w:r>
        <w:rPr>
          <w:b/>
        </w:rPr>
        <w:t xml:space="preserve">[43:55] </w:t>
      </w:r>
      <w:r>
        <w:t>yahan se keh rahe hain, "alabo ke maan ke?"</w:t>
      </w:r>
    </w:p>
    <w:p>
      <w:pPr>
        <w:jc w:val="right"/>
      </w:pPr>
      <w:r>
        <w:t>یہاں سے کہہ رہے ہیں، "الابو کے ماں کے؟"</w:t>
      </w:r>
    </w:p>
    <w:p>
      <w:r>
        <w:rPr>
          <w:b/>
        </w:rPr>
        <w:t xml:space="preserve">[44:02] </w:t>
      </w:r>
      <w:r>
        <w:t>maine yeh samjha ke ghaliban un ki nawasi ya poti koi thi. "alabo ke maan ke? kia tumhara baap tumhare sath hai?"</w:t>
      </w:r>
    </w:p>
    <w:p>
      <w:pPr>
        <w:jc w:val="right"/>
      </w:pPr>
      <w:r>
        <w:t>میں نے یہ سمجھا کہ غالباً ان کی نواسی یا پوتی کوئی تھی۔ "الابو کے ماں کے؟ کیا تمہارا باپ تمہارے ساتھ ہے؟"</w:t>
      </w:r>
    </w:p>
    <w:p>
      <w:r>
        <w:rPr>
          <w:b/>
        </w:rPr>
        <w:t xml:space="preserve">[44:14] </w:t>
      </w:r>
      <w:r>
        <w:t>aap yaqeen kijiye ke mujhe rona aa gaya. kaash woh kehte hain, "kia tumhara Khuda tumhare sath hai? tumhara paida karne wala tumhare sath hai?</w:t>
      </w:r>
    </w:p>
    <w:p>
      <w:pPr>
        <w:jc w:val="right"/>
      </w:pPr>
      <w:r>
        <w:t>آپ یقین کیجئے کہ مجھے رونا آ گیا۔ کاش وہ کہتے ہیں، "کیا تمہارا خدا تمہارے ساتھ ہے؟ تمہارا پیدا کرنے والا تمہارے ساتھ ہے؟</w:t>
      </w:r>
    </w:p>
    <w:p>
      <w:r>
        <w:rPr>
          <w:b/>
        </w:rPr>
        <w:t xml:space="preserve">[44:23] </w:t>
      </w:r>
      <w:r>
        <w:t>tumhara Khaliq tumhare sath hai? kia tum ne aaj subah Khuda ko yaad kiya?"</w:t>
      </w:r>
    </w:p>
    <w:p>
      <w:pPr>
        <w:jc w:val="right"/>
      </w:pPr>
      <w:r>
        <w:t>تمہارا خالق تمہارے ساتھ ہے؟ کیا تم نے آج صبح خدا کو یاد کیا؟"</w:t>
      </w:r>
    </w:p>
    <w:p>
      <w:r>
        <w:rPr>
          <w:b/>
        </w:rPr>
        <w:t xml:space="preserve">[44:32] </w:t>
      </w:r>
      <w:r>
        <w:t>yani "alrab ke maan ke" kehna chahiye, "alrab ke maan ke". woh koi bachi hogi.</w:t>
      </w:r>
    </w:p>
    <w:p>
      <w:pPr>
        <w:jc w:val="right"/>
      </w:pPr>
      <w:r>
        <w:t>یعنی "الرب کے ماں کے" کہنا چاہیے، "الرب کے ماں کے"۔ وہ کوئی بچی ہوگی۔</w:t>
      </w:r>
    </w:p>
    <w:p>
      <w:r>
        <w:rPr>
          <w:b/>
        </w:rPr>
        <w:t xml:space="preserve">[44:41] </w:t>
      </w:r>
      <w:r>
        <w:t>yahan se keh rahe hain, ghaliban main qasar, maine samjha tha ke woh nawasi hai, ghaliban un ki.</w:t>
      </w:r>
    </w:p>
    <w:p>
      <w:pPr>
        <w:jc w:val="right"/>
      </w:pPr>
      <w:r>
        <w:t>یہاں سے کہہ رہے ہیں، غالباً میں قاصر، میں نے سمجھا تھا کہ وہ نواسی ہے، غالباً ان کی۔</w:t>
      </w:r>
    </w:p>
    <w:p>
      <w:r>
        <w:rPr>
          <w:b/>
        </w:rPr>
        <w:t xml:space="preserve">[44:49] </w:t>
      </w:r>
      <w:r>
        <w:t>to kia tumhara baap tumhare sath hai?</w:t>
      </w:r>
    </w:p>
    <w:p>
      <w:pPr>
        <w:jc w:val="right"/>
      </w:pPr>
      <w:r>
        <w:t>تو کیا تمہارا باپ تمہارے ساتھ ہے؟</w:t>
      </w:r>
    </w:p>
    <w:p>
      <w:r>
        <w:rPr>
          <w:b/>
        </w:rPr>
        <w:t xml:space="preserve">[44:55] </w:t>
      </w:r>
      <w:r>
        <w:t>maine socha, kaash woh yeh kehte hain, "har rab ke maan ke? kia tum ne aaj subah ka, aaj tum ne Khuda ko yaad kiya? kia aaj tum ne Khuda ki kitab ki tilawat ki?</w:t>
      </w:r>
    </w:p>
    <w:p>
      <w:pPr>
        <w:jc w:val="right"/>
      </w:pPr>
      <w:r>
        <w:t>میں نے سوچا، کاش وہ یہ کہتے ہیں، "ہر رب کے ماں کے؟ کیا تم نے آج صبح کا، آج تم نے خدا کو یاد کیا؟ کیا آج تم نے خدا کی کتاب کی تلاوت کی؟</w:t>
      </w:r>
    </w:p>
    <w:p>
      <w:r>
        <w:rPr>
          <w:b/>
        </w:rPr>
        <w:t xml:space="preserve">[45:07] </w:t>
      </w:r>
      <w:r>
        <w:t>kia aaj tum ne Khuda ki ibadat ki? kia aaj tum ne Khuda ka zikr kiya?</w:t>
      </w:r>
    </w:p>
    <w:p>
      <w:pPr>
        <w:jc w:val="right"/>
      </w:pPr>
      <w:r>
        <w:t>کیا آج تم نے خدا کی عبادت کی؟ کیا آج تم نے خدا کا ذکر کیا؟</w:t>
      </w:r>
    </w:p>
    <w:p>
      <w:r>
        <w:rPr>
          <w:b/>
        </w:rPr>
        <w:t xml:space="preserve">[45:13] </w:t>
      </w:r>
      <w:r>
        <w:t>kia aaj tum ko Khuda ka koi rizq mila?"</w:t>
      </w:r>
    </w:p>
    <w:p>
      <w:pPr>
        <w:jc w:val="right"/>
      </w:pPr>
      <w:r>
        <w:t>کیا آج تم کو خدا کا کوئی رزق ملا؟"</w:t>
      </w:r>
    </w:p>
    <w:p>
      <w:r>
        <w:rPr>
          <w:b/>
        </w:rPr>
        <w:t xml:space="preserve">[45:20] </w:t>
      </w:r>
      <w:r>
        <w:t>to communication jo tha, woh tha dawat Allah ke liye. aap ne kia kar diya? is ko sirf money ke liye, business ke liye, family ke liye, bas aur kuch bhi nahi hai.</w:t>
      </w:r>
    </w:p>
    <w:p>
      <w:pPr>
        <w:jc w:val="right"/>
      </w:pPr>
      <w:r>
        <w:t>تو کمیونیکیشن جو تھا، وہ تھا دعوت اللہ کے لیے۔ آپ نے کیا کر دیا؟ اس کو صرف منی کے لیے، بزنس کے لیے، فیملی کے لیے، بس اور کچھ بھی نہیں ہے۔</w:t>
      </w:r>
    </w:p>
    <w:p>
      <w:r>
        <w:rPr>
          <w:b/>
        </w:rPr>
        <w:t xml:space="preserve">[45:35] </w:t>
      </w:r>
      <w:r>
        <w:t>to yaad rakhiye, jannat ka rizq lena hai, yeh jannat ka rizq lena hai, saada baat nahi hai.</w:t>
      </w:r>
    </w:p>
    <w:p>
      <w:pPr>
        <w:jc w:val="right"/>
      </w:pPr>
      <w:r>
        <w:t>تو یاد رکھیے، جنت کا رزق لینا ہے، یہ جنت کا رزق لینا ہے، سادہ بات نہیں ہے۔</w:t>
      </w:r>
    </w:p>
    <w:p>
      <w:r>
        <w:rPr>
          <w:b/>
        </w:rPr>
        <w:t xml:space="preserve">[45:46] </w:t>
      </w:r>
      <w:r>
        <w:t>yad rakhiye, jannat ki qeemat yeh hai ke Allah ko acknowledge karna,</w:t>
      </w:r>
    </w:p>
    <w:p>
      <w:pPr>
        <w:jc w:val="right"/>
      </w:pPr>
      <w:r>
        <w:t>یاد رکھیے، جنت کی قیمت یہ ہے کہ اللہ کو اکنالج کرنا،</w:t>
      </w:r>
    </w:p>
    <w:p>
      <w:r>
        <w:rPr>
          <w:b/>
        </w:rPr>
        <w:t xml:space="preserve">[45:55] </w:t>
      </w:r>
      <w:r>
        <w:t>Allah ka shukar karna. Quran se sabit hai ke Allah ka shukar karne wale jannat mein jayenge. To shukar kya hai?</w:t>
      </w:r>
    </w:p>
    <w:p>
      <w:pPr>
        <w:jc w:val="right"/>
      </w:pPr>
      <w:r>
        <w:t>اللہ کا شکر کرنا۔ قرآن سے ثابت ہے کہ اللہ کا شکر کرنے والے جنت میں جائیں گے۔ تو شکر کیا ہے؟</w:t>
      </w:r>
    </w:p>
    <w:p>
      <w:r>
        <w:rPr>
          <w:b/>
        </w:rPr>
        <w:t xml:space="preserve">[46:05] </w:t>
      </w:r>
      <w:r>
        <w:t>acknowledgement hai.</w:t>
      </w:r>
    </w:p>
    <w:p>
      <w:pPr>
        <w:jc w:val="right"/>
      </w:pPr>
      <w:r>
        <w:t>اکنالجمنٹ ہے۔</w:t>
      </w:r>
    </w:p>
    <w:p>
      <w:r>
        <w:rPr>
          <w:b/>
        </w:rPr>
        <w:t xml:space="preserve">[46:11] </w:t>
      </w:r>
      <w:r>
        <w:t>main ne ek qissa aap ko bataya tha ek baar ke jab India mein Sanjay Gandhi ka bara zor tha, jab maa Indira Gandhi prime minister theen aur Sanjay Gandhi chhaye hue the,</w:t>
      </w:r>
    </w:p>
    <w:p>
      <w:pPr>
        <w:jc w:val="right"/>
      </w:pPr>
      <w:r>
        <w:t>میں نے ایک قصہ آپ کو بتایا تھا ایک بار کہ جب انڈیا میں سنجے گاندھی کا بڑا زور تھا، جب ماں اندرا گاندھی پرائم منسٹر تھیں اور سنجے گاندھی چھائے ہوئے تھے،</w:t>
      </w:r>
    </w:p>
    <w:p>
      <w:r>
        <w:rPr>
          <w:b/>
        </w:rPr>
        <w:t xml:space="preserve">[46:25] </w:t>
      </w:r>
      <w:r>
        <w:t>to hamare ilaqe ke ek sahab</w:t>
      </w:r>
    </w:p>
    <w:p>
      <w:pPr>
        <w:jc w:val="right"/>
      </w:pPr>
      <w:r>
        <w:t>تو ہمارے علاقے کے ایک صاحب</w:t>
      </w:r>
    </w:p>
    <w:p>
      <w:r>
        <w:rPr>
          <w:b/>
        </w:rPr>
        <w:t xml:space="preserve">[46:31] </w:t>
      </w:r>
      <w:r>
        <w:t>Sanjay Gandhi ki party mein shamil ho gaye. Woh the mamooli gaon ke aadmi the, lekin bohat wafadari ki unhon ne Sanjay Gandhi ke sath. To wahan woh kache makan rehte the, kheti bari karte the.</w:t>
      </w:r>
    </w:p>
    <w:p>
      <w:pPr>
        <w:jc w:val="right"/>
      </w:pPr>
      <w:r>
        <w:t>سنجے گاندھی کی پارٹی میں شامل ہو گئے۔ وہ تھے معمولی گاؤں کے آدمی تھے، لیکن بہت وفاداری کی انہوں نے سنجے گاندھی کے ساتھ۔ تو وہاں وہ کچے مکان رہتے تھے، کھیتی باڑی کرتے تھے۔</w:t>
      </w:r>
    </w:p>
    <w:p>
      <w:r>
        <w:rPr>
          <w:b/>
        </w:rPr>
        <w:t xml:space="preserve">[46:46] </w:t>
      </w:r>
      <w:r>
        <w:t>to un ki wafadari ko dekhte hue Sanjay Gandhi ne un ko Rajya Sabha ka member bana diya. Delhi mein, Delhi mein un ko flat mil gaya,</w:t>
      </w:r>
    </w:p>
    <w:p>
      <w:pPr>
        <w:jc w:val="right"/>
      </w:pPr>
      <w:r>
        <w:t>تو ان کی وفاداری کو دیکھتے ہوئے سنجے گاندھی نے ان کو راج سبھا کا ممبر بنا دیا۔ دہلی میں، دہلی میں ان کو فلیٹ مل گیا،</w:t>
      </w:r>
    </w:p>
    <w:p>
      <w:r>
        <w:rPr>
          <w:b/>
        </w:rPr>
        <w:t xml:space="preserve">[46:54] </w:t>
      </w:r>
      <w:r>
        <w:t>flat hai, car hai, telephone hai waghera, paisa hai jo ke un ko maal hasil nahi tha, khwab bhi nahi dekha tha.</w:t>
      </w:r>
    </w:p>
    <w:p>
      <w:pPr>
        <w:jc w:val="right"/>
      </w:pPr>
      <w:r>
        <w:t>فلیٹ ہے، کار ہے، ٹیلی فون ہے وغیرہ، پیسہ ہے جو کہ ان کو مال حاصل نہیں تھا، خواب بھی نہیں دیکھا تھا۔</w:t>
      </w:r>
    </w:p>
    <w:p>
      <w:r>
        <w:rPr>
          <w:b/>
        </w:rPr>
        <w:t xml:space="preserve">[47:04] </w:t>
      </w:r>
      <w:r>
        <w:t>unhon ne to mere ek saathi un se milne gaye, wapas aa kar us ko report di</w:t>
      </w:r>
    </w:p>
    <w:p>
      <w:pPr>
        <w:jc w:val="right"/>
      </w:pPr>
      <w:r>
        <w:t>انہوں نے تو میرے ایک ساتھی ان سے ملنے گئے، واپس آ کر اس کو رپورٹ دی</w:t>
      </w:r>
    </w:p>
    <w:p>
      <w:r>
        <w:rPr>
          <w:b/>
        </w:rPr>
        <w:t xml:space="preserve">[47:12] </w:t>
      </w:r>
      <w:r>
        <w:t>ke woh aadmi jo tha bar bar kehta tha, "yeh sab Sanjay babu ki dein hai, yeh sab Sanjay babu ki dein hai."</w:t>
      </w:r>
    </w:p>
    <w:p>
      <w:pPr>
        <w:jc w:val="right"/>
      </w:pPr>
      <w:r>
        <w:t>کہ وہ آدمی جو تھا بار بار کہتا تھا، "یہ سب سنجے بابو کی دین ہے، یہ سب سنجے بابو کی دین ہے۔"</w:t>
      </w:r>
    </w:p>
    <w:p>
      <w:r>
        <w:rPr>
          <w:b/>
        </w:rPr>
        <w:t xml:space="preserve">[47:24] </w:t>
      </w:r>
      <w:r>
        <w:t>to yeh woh insan mujhe nahi mila, yeh kahe, "yeh sab mere Khuda ki dein hai,</w:t>
      </w:r>
    </w:p>
    <w:p>
      <w:pPr>
        <w:jc w:val="right"/>
      </w:pPr>
      <w:r>
        <w:t>تو یہ وہ انسان مجھے نہیں ملا، یہ کہے، "یہ سب میرے خدا کی دین ہے،</w:t>
      </w:r>
    </w:p>
    <w:p>
      <w:r>
        <w:rPr>
          <w:b/>
        </w:rPr>
        <w:t xml:space="preserve">[47:31] </w:t>
      </w:r>
      <w:r>
        <w:t>yeh zameen, yeh aasman, yeh suraj, yeh chand, yeh family, yeh mera wajood, yeh meri sehat." Woh insan mujhe nahi mila abhi tak jo kahe, "yeh sab mere Khuda ki dein hai,</w:t>
      </w:r>
    </w:p>
    <w:p>
      <w:pPr>
        <w:jc w:val="right"/>
      </w:pPr>
      <w:r>
        <w:t>یہ زمین، یہ آسمان، یہ سورج، یہ چاند، یہ فیملی، یہ میرا وجود، یہ میری صحت۔" وہ انسان مجھے نہیں ملا ابھی تک جو کہے، "یہ سب میرے خدا کی دین ہے،</w:t>
      </w:r>
    </w:p>
    <w:p>
      <w:r>
        <w:rPr>
          <w:b/>
        </w:rPr>
        <w:t xml:space="preserve">[47:45] </w:t>
      </w:r>
      <w:r>
        <w:t>yeh sab Khawand-e-alam ki dein hai."</w:t>
      </w:r>
    </w:p>
    <w:p>
      <w:pPr>
        <w:jc w:val="right"/>
      </w:pPr>
      <w:r>
        <w:t>یہ سب خداوند عالم کی دین ہے۔"</w:t>
      </w:r>
    </w:p>
    <w:p>
      <w:r>
        <w:rPr>
          <w:b/>
        </w:rPr>
        <w:t xml:space="preserve">[47:57] </w:t>
      </w:r>
      <w:r>
        <w:t>to yad rakhiye,</w:t>
      </w:r>
    </w:p>
    <w:p>
      <w:pPr>
        <w:jc w:val="right"/>
      </w:pPr>
      <w:r>
        <w:t>تو یاد رکھیے،</w:t>
      </w:r>
    </w:p>
    <w:p>
      <w:r>
        <w:rPr>
          <w:b/>
        </w:rPr>
        <w:t xml:space="preserve">[48:01] </w:t>
      </w:r>
      <w:r>
        <w:t>Allah se mohabbat hi pehli qeemat hai. Allah se mohabbat hi wahid cheez hai jo aap Allah ko jo return de sakte hain.</w:t>
      </w:r>
    </w:p>
    <w:p>
      <w:pPr>
        <w:jc w:val="right"/>
      </w:pPr>
      <w:r>
        <w:t>اللہ سے محبت ہی پہلی قیمت ہے۔ اللہ سے محبت ہی واحد چیز ہے جو آپ اللہ کو جو ریٹرن دے سکتے ہیں۔</w:t>
      </w:r>
    </w:p>
    <w:p>
      <w:r>
        <w:rPr>
          <w:b/>
        </w:rPr>
        <w:t xml:space="preserve">[48:13] </w:t>
      </w:r>
      <w:r>
        <w:t>aap koi cheez len, farz ki jiye, ek kitab aap khareeden ya aap ek telephone khareeden, ek mobile khareeden, ek mez kar den, koi bhi cheez khareeden to us ka aap ab us ki ek price dete hain.</w:t>
      </w:r>
    </w:p>
    <w:p>
      <w:pPr>
        <w:jc w:val="right"/>
      </w:pPr>
      <w:r>
        <w:t>آپ کوئی چیز لیں، فرض کیجئے، ایک کتاب آپ خریدیں یا آپ ایک ٹیلی فون خریدیں، ایک موبائل خریدیں، ایک میز کر دیں، کوئی بھی چیز خریدیں تو اس کا آپ اب اس کی ایک پرائس دیتے ہیں۔</w:t>
      </w:r>
    </w:p>
    <w:p>
      <w:r>
        <w:rPr>
          <w:b/>
        </w:rPr>
        <w:t xml:space="preserve">[48:30] </w:t>
      </w:r>
      <w:r>
        <w:t>aap price tab woh cheez milti hai aap ko.</w:t>
      </w:r>
    </w:p>
    <w:p>
      <w:pPr>
        <w:jc w:val="right"/>
      </w:pPr>
      <w:r>
        <w:t>آپ پرائس تب وہ چیز ملتی ہے آپ کو۔</w:t>
      </w:r>
    </w:p>
    <w:p>
      <w:r>
        <w:rPr>
          <w:b/>
        </w:rPr>
        <w:t xml:space="preserve">[48:35] </w:t>
      </w:r>
      <w:r>
        <w:t>to yad rakhiye, jannat ki price sirf ek hai, woh Allah se mohabbat shadeed aur koi price nahi hai.</w:t>
      </w:r>
    </w:p>
    <w:p>
      <w:pPr>
        <w:jc w:val="right"/>
      </w:pPr>
      <w:r>
        <w:t>تو یاد رکھیے، جنت کی پرائس صرف ایک ہے، وہ اللہ سے محبت شدید اور کوئی پرائس نہیں ہے۔</w:t>
      </w:r>
    </w:p>
    <w:p>
      <w:r>
        <w:rPr>
          <w:b/>
        </w:rPr>
        <w:t xml:space="preserve">[48:49] </w:t>
      </w:r>
      <w:r>
        <w:t>isi mohabbat shadeed se sab cheezain nikalti hain.</w:t>
      </w:r>
    </w:p>
    <w:p>
      <w:pPr>
        <w:jc w:val="right"/>
      </w:pPr>
      <w:r>
        <w:t>اسی محبت شدید سے سب چیزیں نکلتی ہیں۔</w:t>
      </w:r>
    </w:p>
    <w:p>
      <w:r>
        <w:rPr>
          <w:b/>
        </w:rPr>
        <w:t xml:space="preserve">[48:55] </w:t>
      </w:r>
      <w:r>
        <w:t>chahe zikr ho, chahe dua ho, chahe ibadat ho, dawat-e-Ilah ho, qurbani ho, hajj ho, umrah ho,</w:t>
      </w:r>
    </w:p>
    <w:p>
      <w:pPr>
        <w:jc w:val="right"/>
      </w:pPr>
      <w:r>
        <w:t>چاہے ذکر ہو، چاہے دعا ہو، چاہے عبادت ہو، دعوت اللہ ہو، قربانی ہو، حج ہو، عمرہ ہو،</w:t>
      </w:r>
    </w:p>
    <w:p>
      <w:r>
        <w:rPr>
          <w:b/>
        </w:rPr>
        <w:t xml:space="preserve">[49:05] </w:t>
      </w:r>
      <w:r>
        <w:t>kuch bhi ho, isi se nikalta hai.</w:t>
      </w:r>
    </w:p>
    <w:p>
      <w:pPr>
        <w:jc w:val="right"/>
      </w:pPr>
      <w:r>
        <w:t>کچھ بھی ہو، اسی سے نکلتا ہے۔</w:t>
      </w:r>
    </w:p>
    <w:p>
      <w:r>
        <w:rPr>
          <w:b/>
        </w:rPr>
        <w:t xml:space="preserve">[49:11] </w:t>
      </w:r>
      <w:r>
        <w:t>warna jis mein mohabbat shadeed shamil nahi hai, woh kuch bhi nahi hai. Woh na hajj hai, na umrah hai, na namaz hai, na dawat hai, na kuch bhi nahi.</w:t>
      </w:r>
    </w:p>
    <w:p>
      <w:pPr>
        <w:jc w:val="right"/>
      </w:pPr>
      <w:r>
        <w:t>ورنہ جس میں محبت شدید شامل نہیں ہے، وہ کچھ بھی نہیں ہے۔ وہ نہ حج ہے، نہ عمرہ ہے، نہ نماز ہے، نہ دعوت ہے، نہ کچھ بھی نہیں۔</w:t>
      </w:r>
    </w:p>
    <w:p>
      <w:r>
        <w:rPr>
          <w:b/>
        </w:rPr>
        <w:t xml:space="preserve">[49:22] </w:t>
      </w:r>
      <w:r>
        <w:t>jis tareeqe se</w:t>
      </w:r>
    </w:p>
    <w:p>
      <w:pPr>
        <w:jc w:val="right"/>
      </w:pPr>
      <w:r>
        <w:t>جس طریقے سے</w:t>
      </w:r>
    </w:p>
    <w:p>
      <w:r>
        <w:rPr>
          <w:b/>
        </w:rPr>
        <w:t xml:space="preserve">[49:27] </w:t>
      </w:r>
      <w:r>
        <w:t>kal main ne ek dekha, anar ek bachi ne us ko toda, tod kar ke us ka andar ka dana nikala aur chhilka phenk diya. To main ne kaha, main ne dekha ke jo jo ibadat rooh se khali ho, woh yeh chhilka hai.</w:t>
      </w:r>
    </w:p>
    <w:p>
      <w:pPr>
        <w:jc w:val="right"/>
      </w:pPr>
      <w:r>
        <w:t>کل میں نے ایک دیکھا، انار ایک بچی نے اس کو توڑا، توڑ کر کے اس کا اندر کا دانہ نکالا اور چھلکا پھینک دیا۔ تو میں نے کہا، میں نے دیکھا کہ جو جو عبادت روح سے خالی ہو، وہ یہ چھلکا ہے۔</w:t>
      </w:r>
    </w:p>
    <w:p>
      <w:r>
        <w:rPr>
          <w:b/>
        </w:rPr>
        <w:t xml:space="preserve">[49:43] </w:t>
      </w:r>
      <w:r>
        <w:t>yeh</w:t>
      </w:r>
    </w:p>
    <w:p>
      <w:pPr>
        <w:jc w:val="right"/>
      </w:pPr>
      <w:r>
        <w:t>یہ</w:t>
      </w:r>
    </w:p>
    <w:p>
      <w:r>
        <w:rPr>
          <w:b/>
        </w:rPr>
        <w:t xml:space="preserve">[49:45] </w:t>
      </w:r>
      <w:r>
        <w:t>to yeh insaan phenk deta hai, khuda nahi phenkega. kya is bachi ne dana nikala anar ka aur chhilka phenk diya, kooday mein daal diya?</w:t>
      </w:r>
    </w:p>
    <w:p>
      <w:pPr>
        <w:jc w:val="right"/>
      </w:pPr>
      <w:r>
        <w:t>تو یہ انسان پھینک دیتا ہے، خدا نہیں پھینکے گا۔ کیا اس بچی نے دانہ نکالا انار کا اور چھلکا پھینک دیا، کوڑے میں ڈال دیا؟</w:t>
      </w:r>
    </w:p>
    <w:p>
      <w:r>
        <w:rPr>
          <w:b/>
        </w:rPr>
        <w:t xml:space="preserve">[49:56] </w:t>
      </w:r>
      <w:r>
        <w:t>to aap ka hajj, aap ka umrah, aap ki namaz, aap ki ibadat, hatta ke aap ki dawat Allah bhi,</w:t>
      </w:r>
    </w:p>
    <w:p>
      <w:pPr>
        <w:jc w:val="right"/>
      </w:pPr>
      <w:r>
        <w:t>تو آپ کا حج، آپ کا عمرہ، آپ کی نماز، آپ کی عبادت، حتی کہ آپ کی دعوت اللہ بھی،</w:t>
      </w:r>
    </w:p>
    <w:p>
      <w:r>
        <w:rPr>
          <w:b/>
        </w:rPr>
        <w:t xml:space="preserve">[50:02] </w:t>
      </w:r>
      <w:r>
        <w:t>aap ki dawat bhi agar is mein spirit nahi hai to woh kooday mein phenk diya. woh chhilka hai, woh aap ki dawat sirf announcement ho, sirf stage par baith kar ke aap taqreerein karte ho,</w:t>
      </w:r>
    </w:p>
    <w:p>
      <w:pPr>
        <w:jc w:val="right"/>
      </w:pPr>
      <w:r>
        <w:t>آپ کی دعوت بھی اگر اس میں اسپرٹ نہیں ہے تو وہ کوڑے میں پھینک دیا۔ وہ چھلکا ہے، وہ آپ کی دعوت صرف اناؤنسمنٹ ہو، صرف اسٹیج پر بیٹھ کر کے آپ تقریریں کرتے ہو،</w:t>
      </w:r>
    </w:p>
    <w:p>
      <w:r>
        <w:rPr>
          <w:b/>
        </w:rPr>
        <w:t xml:space="preserve">[50:19] </w:t>
      </w:r>
      <w:r>
        <w:t>is mein spirit maujood na ho, mohabbat Khuda ki to phir woh chhilka hai, kooday mein daal diya jayega.</w:t>
      </w:r>
    </w:p>
    <w:p>
      <w:pPr>
        <w:jc w:val="right"/>
      </w:pPr>
      <w:r>
        <w:t>اس میں اسپرٹ موجود نہ ہو، محبت خدا کی تو پھر وہ چھلکا ہے، کوڑے میں ڈال دیا جائے گا۔</w:t>
      </w:r>
    </w:p>
    <w:p>
      <w:r>
        <w:rPr>
          <w:b/>
        </w:rPr>
        <w:t xml:space="preserve">[50:28] </w:t>
      </w:r>
      <w:r>
        <w:t>woh</w:t>
      </w:r>
    </w:p>
    <w:p>
      <w:pPr>
        <w:jc w:val="right"/>
      </w:pPr>
      <w:r>
        <w:t>وہ</w:t>
      </w:r>
    </w:p>
    <w:p>
      <w:r>
        <w:rPr>
          <w:b/>
        </w:rPr>
        <w:t xml:space="preserve">[50:36] </w:t>
      </w:r>
      <w:r>
        <w:t>to sab ki jar mein kya baat hai? aap ne Khuda se mohabbat ka jo sar-chashma hai, usi ko daryaft nahi kiya</w:t>
      </w:r>
    </w:p>
    <w:p>
      <w:pPr>
        <w:jc w:val="right"/>
      </w:pPr>
      <w:r>
        <w:t>تو سب کی جڑ میں کیا بات ہے؟ آپ نے خدا سے محبت کا جو سرچشمہ ہے، اسی کو دریافت نہیں کیا</w:t>
      </w:r>
    </w:p>
    <w:p>
      <w:r>
        <w:rPr>
          <w:b/>
        </w:rPr>
        <w:t xml:space="preserve">[50:50] </w:t>
      </w:r>
      <w:r>
        <w:t>ke Khuda woh Khuda hai jis ne mujhe banaya, woh Khuda hai jis ne yeh zameen banai, woh Khuda hai jis ne life support system qaim kiya, woh Khuda hai jis ne yeh poori kainat banai</w:t>
      </w:r>
    </w:p>
    <w:p>
      <w:pPr>
        <w:jc w:val="right"/>
      </w:pPr>
      <w:r>
        <w:t>کہ خدا وہ خدا ہے جس نے مجھے بنایا، وہ خدا ہے جس نے یہ زمین بنائی، وہ خدا ہے جس نے لائف سپورٹ سسٹم قائم کیا، وہ خدا ہے جس نے یہ پوری کائنات بنائی</w:t>
      </w:r>
    </w:p>
    <w:p>
      <w:r>
        <w:rPr>
          <w:b/>
        </w:rPr>
        <w:t xml:space="preserve">[51:03] </w:t>
      </w:r>
      <w:r>
        <w:t>aur yeh sab mujh ko free mein sab kuch de diya. is haqeeqat ko daryaft nahi kiya aap ne</w:t>
      </w:r>
    </w:p>
    <w:p>
      <w:pPr>
        <w:jc w:val="right"/>
      </w:pPr>
      <w:r>
        <w:t>اور یہ سب مجھ کو فری میں سب کچھ دے دیا۔ اس حقیقت کو دریافت نہیں کیا آپ نے</w:t>
      </w:r>
    </w:p>
    <w:p>
      <w:r>
        <w:rPr>
          <w:b/>
        </w:rPr>
        <w:t xml:space="preserve">[51:14] </w:t>
      </w:r>
      <w:r>
        <w:t>aur is haqeeqat ko daryaft na karna ke toba rizq hai. Surah Baqarah ki woh ayat ko aap bar bar parhiye</w:t>
      </w:r>
    </w:p>
    <w:p>
      <w:pPr>
        <w:jc w:val="right"/>
      </w:pPr>
      <w:r>
        <w:t>اور اس حقیقت کو دریافت نہ کرنا کہ توبہ رزق ہے۔ سورہ بقرہ کی وہ آیت کو آپ بار بار پڑھیے</w:t>
      </w:r>
    </w:p>
    <w:p>
      <w:r>
        <w:rPr>
          <w:b/>
        </w:rPr>
        <w:t xml:space="preserve">[51:24] </w:t>
      </w:r>
      <w:r>
        <w:t>ke jis ko Allah se mohabbat nahi, woh is ka maqam kahan hai?</w:t>
      </w:r>
    </w:p>
    <w:p>
      <w:pPr>
        <w:jc w:val="right"/>
      </w:pPr>
      <w:r>
        <w:t>کہ جس کو اللہ سے محبت نہیں، وہ اس کا مقام کہاں ہے؟</w:t>
      </w:r>
    </w:p>
    <w:p>
      <w:r>
        <w:rPr>
          <w:b/>
        </w:rPr>
        <w:t xml:space="preserve">[51:40] </w:t>
      </w:r>
      <w:r>
        <w:t>to yeh sab baatein bohat zyada sochne ki hain, muhasba karne ki hain, introspection karne ki hain, study karne ki hain</w:t>
      </w:r>
    </w:p>
    <w:p>
      <w:pPr>
        <w:jc w:val="right"/>
      </w:pPr>
      <w:r>
        <w:t>تو یہ سب باتیں بہت زیادہ سوچنے کی ہیں، محاسبہ کرنے کی ہیں، انٹراسپیکشن کرنے کی ہیں، اسٹڈی کرنے کی ہیں</w:t>
      </w:r>
    </w:p>
    <w:p>
      <w:r>
        <w:rPr>
          <w:b/>
        </w:rPr>
        <w:t xml:space="preserve">[51:55] </w:t>
      </w:r>
      <w:r>
        <w:t>aur phir is se pehle ke maut aaye, ek faisla lene ki hai. dekhein, hum mein se har shakhs ko maut peecha kar rahi hai, hum mein se har shakhs ka countdown ho raha hai.</w:t>
      </w:r>
    </w:p>
    <w:p>
      <w:pPr>
        <w:jc w:val="right"/>
      </w:pPr>
      <w:r>
        <w:t>اور پھر اس سے پہلے کہ موت آئے، ایک فیصلہ لینے کی ہے۔ دیکھیں، ہم میں سے ہر شخص کو موت پیچھا کر رہی ہے، ہم میں سے ہر شخص کا کاؤنٹ ڈاؤن ہو رہا ہے۔</w:t>
      </w:r>
    </w:p>
    <w:p>
      <w:r>
        <w:rPr>
          <w:b/>
        </w:rPr>
        <w:t xml:space="preserve">[52:12] </w:t>
      </w:r>
      <w:r>
        <w:t>achanak hum mein se har shakhs ko marna hai.</w:t>
      </w:r>
    </w:p>
    <w:p>
      <w:pPr>
        <w:jc w:val="right"/>
      </w:pPr>
      <w:r>
        <w:t>اچانک ہم میں سے ہر شخص کو مرنا ہے۔</w:t>
      </w:r>
    </w:p>
    <w:p>
      <w:r>
        <w:rPr>
          <w:b/>
        </w:rPr>
        <w:t xml:space="preserve">[52:19] </w:t>
      </w:r>
      <w:r>
        <w:t>jab Malak ul Maut aata hai to hum ko koi choice nahi deta. maut ke baad achanak aap Allah ke samne khare honge.</w:t>
      </w:r>
    </w:p>
    <w:p>
      <w:pPr>
        <w:jc w:val="right"/>
      </w:pPr>
      <w:r>
        <w:t>جب ملک الموت آتا ہے تو ہم کو کوئی چوائس نہیں دیتا۔ موت کے بعد اچانک آپ اللہ کے سامنے کھڑے ہوں گے۔</w:t>
      </w:r>
    </w:p>
    <w:p>
      <w:r>
        <w:rPr>
          <w:b/>
        </w:rPr>
        <w:t xml:space="preserve">[52:32] </w:t>
      </w:r>
      <w:r>
        <w:t>abhi aap apne aap ko, apni family, apni duniya, apni jo cheezein aap ke hain, us mein paate hain. aap achanak aap Khuda aur farishton ke darmiyan apne aap ko payenge.</w:t>
      </w:r>
    </w:p>
    <w:p>
      <w:pPr>
        <w:jc w:val="right"/>
      </w:pPr>
      <w:r>
        <w:t>ابھی آپ اپنے آپ کو، اپنی فیملی، اپنی دنیا، اپنی جو چیزیں آپ کے ہیں، اس میں پاتے ہیں۔ آپ اچانک آپ خدا اور فرشتوں کے درمیان اپنے آپ کو پائیں گے۔</w:t>
      </w:r>
    </w:p>
    <w:p>
      <w:r>
        <w:rPr>
          <w:b/>
        </w:rPr>
        <w:t xml:space="preserve">[52:47] </w:t>
      </w:r>
      <w:r>
        <w:t>to mein aksar kaha karta hoon ke yeh duniya Allah taala ne di thi hum ko ek bohat bari opportunity ke taur par, golden opportunity, balkeh diamond opportunity.</w:t>
      </w:r>
    </w:p>
    <w:p>
      <w:pPr>
        <w:jc w:val="right"/>
      </w:pPr>
      <w:r>
        <w:t>تو میں اکثر کہا کرتا ہوں کہ یہ دنیا اللہ تعالیٰ نے دی تھی ہم کو ایک بہت بڑی اپرچونیٹی کے طور پر، گولڈن اپرچونیٹی، بلکہ ڈائمنڈ اپرچونیٹی۔</w:t>
      </w:r>
    </w:p>
    <w:p>
      <w:r>
        <w:rPr>
          <w:b/>
        </w:rPr>
        <w:t xml:space="preserve">[53:00] </w:t>
      </w:r>
      <w:r>
        <w:t>woh kya? hum Allah se mohabbat ko discover karein, Allah se mohabbat ko</w:t>
      </w:r>
    </w:p>
    <w:p>
      <w:pPr>
        <w:jc w:val="right"/>
      </w:pPr>
      <w:r>
        <w:t>وہ کیا؟ ہم اللہ سے محبت کو ڈسکور کریں، اللہ سے محبت کو</w:t>
      </w:r>
    </w:p>
    <w:p>
      <w:r>
        <w:rPr>
          <w:b/>
        </w:rPr>
        <w:t xml:space="preserve">[53:09] </w:t>
      </w:r>
      <w:r>
        <w:t>apna jagah dein, apne dil mein, apne dimagh mein, haqeeqi maano mein. aur is ke nateeje mein farishte hamein likhein ke yeh insaan jannat ka mustahiq hai.</w:t>
      </w:r>
    </w:p>
    <w:p>
      <w:pPr>
        <w:jc w:val="right"/>
      </w:pPr>
      <w:r>
        <w:t>اپنا جگہ دیں، اپنے دل میں، اپنے دماغ میں، حقیقی معنوں میں۔ اور اس کے نتیجے میں فرشتے ہمیں لکھیں کہ یہ انسان جنت کا مستحق ہے۔</w:t>
      </w:r>
    </w:p>
    <w:p>
      <w:r>
        <w:rPr>
          <w:b/>
        </w:rPr>
        <w:t xml:space="preserve">[53:23] </w:t>
      </w:r>
      <w:r>
        <w:t>is ke liye ek golden opportunity, ek diamond opportunity di gayi thi.</w:t>
      </w:r>
    </w:p>
    <w:p>
      <w:pPr>
        <w:jc w:val="right"/>
      </w:pPr>
      <w:r>
        <w:t>اس کے لیے ایک گولڈن اپرچونیٹی، ایک ڈائمنڈ اپرچونیٹی دی گئی تھی۔</w:t>
      </w:r>
    </w:p>
    <w:p>
      <w:r>
        <w:rPr>
          <w:b/>
        </w:rPr>
        <w:t xml:space="preserve">[53:34] </w:t>
      </w:r>
      <w:r>
        <w:t>yani eternal world mein aap ko</w:t>
      </w:r>
    </w:p>
    <w:p>
      <w:pPr>
        <w:jc w:val="right"/>
      </w:pPr>
      <w:r>
        <w:t>یعنی ایٹرنل ورلڈ میں آپ کو</w:t>
      </w:r>
    </w:p>
    <w:p>
      <w:r>
        <w:rPr>
          <w:b/>
        </w:rPr>
        <w:t xml:space="preserve">[53:40] </w:t>
      </w:r>
      <w:r>
        <w:t>ideal world jannat ka hai, jannat ideal world hai, perfect world hai, Khuda ka paros hai. is duniya mein jagah milegi</w:t>
      </w:r>
    </w:p>
    <w:p>
      <w:pPr>
        <w:jc w:val="right"/>
      </w:pPr>
      <w:r>
        <w:t>آئیڈیل ورلڈ جنت کا ہے، جنت آئیڈیل ورلڈ ہے، پرفیکٹ ورلڈ ہے، خدا کا پڑوس ہے۔ اس دنیا میں جگہ ملے گی</w:t>
      </w:r>
    </w:p>
    <w:p>
      <w:r>
        <w:rPr>
          <w:b/>
        </w:rPr>
        <w:t xml:space="preserve">[53:54] </w:t>
      </w:r>
      <w:r>
        <w:t>lekin jis ko dekhiye, us ko is mauqa kho raha hai. to Quran mein aakhirat ko kaha gaya yom ul hasra, aise logon ke liye hasrat ka din.</w:t>
      </w:r>
    </w:p>
    <w:p>
      <w:pPr>
        <w:jc w:val="right"/>
      </w:pPr>
      <w:r>
        <w:t>لیکن جس کو دیکھیے، اس کو اس موقع کھو رہا ہے۔ تو قرآن میں آخرت کو کہا گیا یوم الحسرا، ایسے لوگوں کے لیے حسرت کا دن۔</w:t>
      </w:r>
    </w:p>
    <w:p>
      <w:r>
        <w:rPr>
          <w:b/>
        </w:rPr>
        <w:t xml:space="preserve">[54:08] </w:t>
      </w:r>
      <w:r>
        <w:t>Bible mein ajeeb lafz hai</w:t>
      </w:r>
    </w:p>
    <w:p>
      <w:pPr>
        <w:jc w:val="right"/>
      </w:pPr>
      <w:r>
        <w:t>بائبل میں عجیب لفظ ہے</w:t>
      </w:r>
    </w:p>
    <w:p>
      <w:r>
        <w:rPr>
          <w:b/>
        </w:rPr>
        <w:t xml:space="preserve">[54:10] </w:t>
      </w:r>
      <w:r>
        <w:t>ke jis ne is duniya mein</w:t>
      </w:r>
    </w:p>
    <w:p>
      <w:pPr>
        <w:jc w:val="right"/>
      </w:pPr>
      <w:r>
        <w:t>کہ جس نے اس دنیا میں</w:t>
      </w:r>
    </w:p>
    <w:p>
      <w:r>
        <w:rPr>
          <w:b/>
        </w:rPr>
        <w:t xml:space="preserve">[54:16] </w:t>
      </w:r>
      <w:r>
        <w:t>Allah ko raazi nahi kiya to kya hoga? abad tak rona aur daant peesna hoga. rona aur daant peesna, maani afsos, afsos, afsos.</w:t>
      </w:r>
    </w:p>
    <w:p>
      <w:pPr>
        <w:jc w:val="right"/>
      </w:pPr>
      <w:r>
        <w:t>اللہ کو راضی نہیں کیا تو کیا ہوگا؟ ابد تک رونا اور دانت پیسنا ہوگا۔ رونا اور دانت پیسنا، معنی افسوس، افسوس، افسوس۔</w:t>
      </w:r>
    </w:p>
    <w:p>
      <w:r>
        <w:rPr>
          <w:b/>
        </w:rPr>
        <w:t xml:space="preserve">[54:31] </w:t>
      </w:r>
      <w:r>
        <w:t>abad tak rona aur dant peesna hoga yani abad tak afsos mein pade rehna hoga. isi ko main kehta hoon ke marne ke baad har aadmi sochega hasrat ke saath, afsos ke saath ke mind was</w:t>
      </w:r>
    </w:p>
    <w:p>
      <w:pPr>
        <w:jc w:val="right"/>
      </w:pPr>
      <w:r>
        <w:t>ابد تک رونا اور دانت پیسنا ہوگا یعنی ابد تک افسوس میں پڑے رہنا ہوگا۔ اسی کو میں کہتا ہوں کہ مرنے کے بعد ہر آدمی سوچے گا حسرت کے ساتھ، افسوس کے ساتھ کہ مائنڈ واز</w:t>
      </w:r>
    </w:p>
    <w:p>
      <w:r>
        <w:rPr>
          <w:b/>
        </w:rPr>
        <w:t xml:space="preserve">[54:49] </w:t>
      </w:r>
      <w:r>
        <w:t>a case of missed opportunity. mind was a case of missed opportunity.</w:t>
      </w:r>
    </w:p>
    <w:p>
      <w:pPr>
        <w:jc w:val="right"/>
      </w:pPr>
      <w:r>
        <w:t>ا کیس آف مسڈ اپرچونیٹی۔ مائنڈ واز ا کیس آف مسڈ اپرچونیٹی۔</w:t>
      </w:r>
    </w:p>
    <w:p>
      <w:r>
        <w:rPr>
          <w:b/>
        </w:rPr>
        <w:t xml:space="preserve">[54:59] </w:t>
      </w:r>
      <w:r>
        <w:t>mera case to ek ek khoye hue mauqa, ek case ban gaya. ek mauqa mila tha, woh kho diya maine.</w:t>
      </w:r>
    </w:p>
    <w:p>
      <w:pPr>
        <w:jc w:val="right"/>
      </w:pPr>
      <w:r>
        <w:t>میرا کیس تو ایک ایک کھوئے ہوئے موقع، ایک کیس بن گیا۔ ایک موقع ملا تھا، وہ کھو دیا میں نے۔</w:t>
      </w:r>
    </w:p>
    <w:p>
      <w:r>
        <w:rPr>
          <w:b/>
        </w:rPr>
        <w:t xml:space="preserve">[55:07] </w:t>
      </w:r>
      <w:r>
        <w:t>ab na woh dobara mauqa milne wala hai, na mujhe kuch aur hasil hone wala hai.</w:t>
      </w:r>
    </w:p>
    <w:p>
      <w:pPr>
        <w:jc w:val="right"/>
      </w:pPr>
      <w:r>
        <w:t>اب نہ وہ دوبارہ موقع ملنے والا ہے، نہ مجھے کچھ اور حاصل ہونے والا ہے۔</w:t>
      </w:r>
    </w:p>
    <w:p>
      <w:r>
        <w:rPr>
          <w:b/>
        </w:rPr>
        <w:t xml:space="preserve">[55:20] </w:t>
      </w:r>
      <w:r>
        <w:t>to jitna zyada aap ke andar yeh shaoor paida hoga, Allah ka shaoor, Allah se mohabbat ka shaoor,</w:t>
      </w:r>
    </w:p>
    <w:p>
      <w:pPr>
        <w:jc w:val="right"/>
      </w:pPr>
      <w:r>
        <w:t>تو جتنا زیادہ آپ کے اندر یہ شعور پیدا ہوگا، اللہ کا شعور، اللہ سے محبت کا شعور،</w:t>
      </w:r>
    </w:p>
    <w:p>
      <w:r>
        <w:rPr>
          <w:b/>
        </w:rPr>
        <w:t xml:space="preserve">[55:31] </w:t>
      </w:r>
      <w:r>
        <w:t>utne zyada jaan aayegi aap ke imaan mein, aap ke ibadat mein, aap ke kirdaar mein, aap ki baat cheet mein, aap ki dawat mein, aap ki sarkargiyon mein.</w:t>
      </w:r>
    </w:p>
    <w:p>
      <w:pPr>
        <w:jc w:val="right"/>
      </w:pPr>
      <w:r>
        <w:t>اتنے زیادہ جان آئے گی آپ کے ایمان میں، آپ کے عبادت میں، آپ کے کردار میں، آپ کی بات چیت میں، آپ کی دعوت میں، آپ کی سرگرمیوں میں۔</w:t>
      </w:r>
    </w:p>
    <w:p>
      <w:r>
        <w:rPr>
          <w:b/>
        </w:rPr>
        <w:t xml:space="preserve">[55:48] </w:t>
      </w:r>
      <w:r>
        <w:t>to har cheez ka central force hai, woh yahi hai mohabbat Khuda.</w:t>
      </w:r>
    </w:p>
    <w:p>
      <w:pPr>
        <w:jc w:val="right"/>
      </w:pPr>
      <w:r>
        <w:t>تو ہر چیز کا سینٹرل فورس ہے، وہ یہی ہے محبت خدا۔</w:t>
      </w:r>
    </w:p>
    <w:p>
      <w:r>
        <w:rPr>
          <w:b/>
        </w:rPr>
        <w:t xml:space="preserve">[55:53] </w:t>
      </w:r>
      <w:r>
        <w:t>central force</w:t>
      </w:r>
    </w:p>
    <w:p>
      <w:pPr>
        <w:jc w:val="right"/>
      </w:pPr>
      <w:r>
        <w:t>سینٹرل فورس</w:t>
      </w:r>
    </w:p>
    <w:p>
      <w:r>
        <w:rPr>
          <w:b/>
        </w:rPr>
        <w:t xml:space="preserve">[56:02] </w:t>
      </w:r>
      <w:r>
        <w:t>jis tarah aap ke jism hai, us ke andar jab tak rooh hai, tab tak aap chal rahe hain, bol rahe hain, dekh rahe hain, sab kuch ho raha hai. rooh nikal jaye to bilkul yeh body bilkul kuch bhi nahin.</w:t>
      </w:r>
    </w:p>
    <w:p>
      <w:pPr>
        <w:jc w:val="right"/>
      </w:pPr>
      <w:r>
        <w:t>جس طرح آپ کے جسم ہے، اس کے اندر جب تک روح ہے، تب تک آپ چل رہے ہیں، بول رہے ہیں، دیکھ رہے ہیں، سب کچھ ہو رہا ہے۔ روح نکل جائے تو بالکل یہ باڈی بالکل کچھ بھی نہیں۔</w:t>
      </w:r>
    </w:p>
    <w:p>
      <w:r>
        <w:rPr>
          <w:b/>
        </w:rPr>
        <w:t xml:space="preserve">[56:12] </w:t>
      </w:r>
      <w:r>
        <w:t>rooh ke nikalte hi yeh body kuch bhi nahin. yani poori body ko jo sargaram karti hai,</w:t>
      </w:r>
    </w:p>
    <w:p>
      <w:pPr>
        <w:jc w:val="right"/>
      </w:pPr>
      <w:r>
        <w:t>روح کے نکلتے ہی یہ باڈی کچھ بھی نہیں۔ یعنی پوری باڈی کو جو سرگرم کرتی ہے،</w:t>
      </w:r>
    </w:p>
    <w:p>
      <w:r>
        <w:rPr>
          <w:b/>
        </w:rPr>
        <w:t xml:space="preserve">[56:18] </w:t>
      </w:r>
      <w:r>
        <w:t>woh hai rooh. isi tarah aap ki zindagi mein mohabbat Khuda ki rooh jab tak hai, tab tak poora aap ka Islam zinda hai.</w:t>
      </w:r>
    </w:p>
    <w:p>
      <w:pPr>
        <w:jc w:val="right"/>
      </w:pPr>
      <w:r>
        <w:t>وہ ہے روح۔ اسی طریقے سے آپ کی زندگی میں محبت خدا کی روح جب تک ہے، تب تک پورا آپ کا اسلام زندہ ہے۔</w:t>
      </w:r>
    </w:p>
    <w:p>
      <w:r>
        <w:rPr>
          <w:b/>
        </w:rPr>
        <w:t xml:space="preserve">[56:33] </w:t>
      </w:r>
      <w:r>
        <w:t>aap ke poore Islami jo jo mazahir hain, woh sab aap ki zindagi mein paaye jayenge.</w:t>
      </w:r>
    </w:p>
    <w:p>
      <w:pPr>
        <w:jc w:val="right"/>
      </w:pPr>
      <w:r>
        <w:t>آپ کے پورے اسلامی جو جو مظاہر ہیں، وہ سب آپ کی زندگی میں پائے جائیں گے۔</w:t>
      </w:r>
    </w:p>
    <w:p>
      <w:r>
        <w:rPr>
          <w:b/>
        </w:rPr>
        <w:t xml:space="preserve">[56:43] </w:t>
      </w:r>
      <w:r>
        <w:t>agar mohabbat Khuda na rahe to aap dead body ban jayenge. dead body aap ka Islam, dead body hoga.</w:t>
      </w:r>
    </w:p>
    <w:p>
      <w:pPr>
        <w:jc w:val="right"/>
      </w:pPr>
      <w:r>
        <w:t>اگر محبت خدا نہ رہے تو آپ ڈیڈ باڈی بن جائیں گے۔ ڈیڈ باڈی آپ کا اسلام، ڈیڈ باڈی ہوگا۔</w:t>
      </w:r>
    </w:p>
    <w:p>
      <w:r>
        <w:rPr>
          <w:b/>
        </w:rPr>
        <w:t xml:space="preserve">[56:54] </w:t>
      </w:r>
      <w:r>
        <w:t>aap ka Islam, dead body ban jayega agar mohabbat Khuda na rahe to.</w:t>
      </w:r>
    </w:p>
    <w:p>
      <w:pPr>
        <w:jc w:val="right"/>
      </w:pPr>
      <w:r>
        <w:t>آپ کا اسلام، ڈیڈ باڈی بن جائے گا اگر محبت خدا نہ رہے تو۔</w:t>
      </w:r>
    </w:p>
    <w:p>
      <w:r>
        <w:rPr>
          <w:b/>
        </w:rPr>
        <w:t xml:space="preserve">[57:03] </w:t>
      </w:r>
      <w:r>
        <w:t>to aap kya samajhte hain? aap yani kal parson mein soch raha tha ke agar main mar jaon to jis kamre mein rehta hoon, main sochta ke agar mar jaon to mera body yahan litaya hua hoga.</w:t>
      </w:r>
    </w:p>
    <w:p>
      <w:pPr>
        <w:jc w:val="right"/>
      </w:pPr>
      <w:r>
        <w:t>تو آپ کیا سمجھتے ہیں؟ آپ یعنی کل پرسوں میں سوچ رہا تھا کہ اگر میں مر جاؤں تو جس کمرے میں رہتا ہوں، میں سوچتا کہ اگر مر جاؤں تو میرا باڈی یہاں لٹایا ہوا ہوگا۔</w:t>
      </w:r>
    </w:p>
    <w:p>
      <w:r>
        <w:rPr>
          <w:b/>
        </w:rPr>
        <w:t xml:space="preserve">[57:21] </w:t>
      </w:r>
      <w:r>
        <w:t>woh kuch log aayenge, mujh ko nahlayen, dhulayenge aur yahan ke qabar pe daal denge. yani yahi body jis ko is waqt log ek zinda insan ke taur par lete hain,</w:t>
      </w:r>
    </w:p>
    <w:p>
      <w:pPr>
        <w:jc w:val="right"/>
      </w:pPr>
      <w:r>
        <w:t>وہ کچھ لوگ آئیں گے، مجھ کو نہلائیں، دھلائیں گے اور یہاں کے قبر پہ ڈال دیں گے۔ یعنی یہی باڈی جس کو اس وقت لوگ ایک زندہ انسان کے طور پر لیتے ہیں،</w:t>
      </w:r>
    </w:p>
    <w:p>
      <w:r>
        <w:rPr>
          <w:b/>
        </w:rPr>
        <w:t xml:space="preserve">[57:34] </w:t>
      </w:r>
      <w:r>
        <w:t>woh milte hain, mere paas baithte hain, baat karte hain. koi mere paas nahin baithega, koi mujh se baat nahin karega. agarche yeh body aise hi dikhai dega,</w:t>
      </w:r>
    </w:p>
    <w:p>
      <w:pPr>
        <w:jc w:val="right"/>
      </w:pPr>
      <w:r>
        <w:t>وہ ملتے ہیں، میرے پاس بیٹھتے ہیں، بات کرتے ہیں۔ کوئی میرے پاس نہیں بیٹھے گا، کوئی مجھ سے بات نہیں کرے گا۔ اگرچہ یہ باڈی ایسے ہی دکھائی دے گا،</w:t>
      </w:r>
    </w:p>
    <w:p>
      <w:r>
        <w:rPr>
          <w:b/>
        </w:rPr>
        <w:t xml:space="preserve">[57:45] </w:t>
      </w:r>
      <w:r>
        <w:t>ja ke daal denge qabar ke andar. aayi hai is Islam ka haal jis Islam se rooh nikal gayi ho. jis Islam se rooh nikal gayi, woh rooh kya hai?</w:t>
      </w:r>
    </w:p>
    <w:p>
      <w:pPr>
        <w:jc w:val="right"/>
      </w:pPr>
      <w:r>
        <w:t>جا کے ڈال دیں گے قبر کے اندر۔ آئی ہے اس اسلام کا حال جس اسلام سے روح نکل گئی ہو۔ جس اسلام سے روح نکل گئی، وہ روح کیا ہے؟</w:t>
      </w:r>
    </w:p>
    <w:p>
      <w:r>
        <w:rPr>
          <w:b/>
        </w:rPr>
        <w:t xml:space="preserve">[57:58] </w:t>
      </w:r>
      <w:r>
        <w:t>mohabbat Khuda hai.</w:t>
      </w:r>
    </w:p>
    <w:p>
      <w:pPr>
        <w:jc w:val="right"/>
      </w:pPr>
      <w:r>
        <w:t>محبت خدا ہے۔</w:t>
      </w:r>
    </w:p>
    <w:p>
      <w:r>
        <w:rPr>
          <w:b/>
        </w:rPr>
        <w:t xml:space="preserve">[58:03] </w:t>
      </w:r>
      <w:r>
        <w:t>yaad rakhiye, mazhab Islam ki rooh mohabbat Khuda hai. mohabbat Khuda nahin to woh, woh jo hai, woh rituals hain, kuch rasmi cheezein hain, woh chhilka hai.</w:t>
      </w:r>
    </w:p>
    <w:p>
      <w:pPr>
        <w:jc w:val="right"/>
      </w:pPr>
      <w:r>
        <w:t>یاد رکھیے، مذہب اسلام کی روح محبت خدا ہے۔ محبت خدا نہیں تو وہ، وہ جو ہے، وہ ریچولز ہیں، کچھ رسمی چیزیں ہیں، وہ چھلکا ہے۔</w:t>
      </w:r>
    </w:p>
    <w:p>
      <w:r>
        <w:rPr>
          <w:b/>
        </w:rPr>
        <w:t xml:space="preserve">[58:16] </w:t>
      </w:r>
      <w:r>
        <w:t>chhilka, chhilke kaun hai jo chhilke ko le kar ke</w:t>
      </w:r>
    </w:p>
    <w:p>
      <w:pPr>
        <w:jc w:val="right"/>
      </w:pPr>
      <w:r>
        <w:t>چھلکا، چھلکے کون ہے جو چھلکے کو لے کر کے</w:t>
      </w:r>
    </w:p>
    <w:p>
      <w:r>
        <w:rPr>
          <w:b/>
        </w:rPr>
        <w:t xml:space="preserve">[58:23] </w:t>
      </w:r>
      <w:r>
        <w:t>chhilke ko har aadmi kooday mein daal deta hai? chhilke ki koi value nahin hoti.</w:t>
      </w:r>
    </w:p>
    <w:p>
      <w:pPr>
        <w:jc w:val="right"/>
      </w:pPr>
      <w:r>
        <w:t>چھلکے کو ہر آدمی کوڑے میں ڈال دیتا ہے؟ چھلکے کی کوئی ولو نہیں ہوتی۔</w:t>
      </w:r>
    </w:p>
    <w:p>
      <w:r>
        <w:rPr>
          <w:b/>
        </w:rPr>
        <w:t xml:space="preserve">[58:34] </w:t>
      </w:r>
      <w:r>
        <w:t>to yeh baatein saada nahin hain. isi se hamari jannat jahannum wabasta hai. yaad rakhiye, kabhi bhi khush bimariyon mein na rahiye.</w:t>
      </w:r>
    </w:p>
    <w:p>
      <w:pPr>
        <w:jc w:val="right"/>
      </w:pPr>
      <w:r>
        <w:t>تو یہ باتیں سادہ نہیں ہیں۔ اسی سے ہماری جنت جہنم وابستہ ہے۔ یاد رکھیے، کبھی بھی خوش بیماریوں میں نہ رہیے۔</w:t>
      </w:r>
    </w:p>
    <w:p>
      <w:r>
        <w:rPr>
          <w:b/>
        </w:rPr>
        <w:t xml:space="preserve">[58:47] </w:t>
      </w:r>
      <w:r>
        <w:t>Quran mein hai ke laisa bi amani kum</w:t>
      </w:r>
    </w:p>
    <w:p>
      <w:pPr>
        <w:jc w:val="right"/>
      </w:pPr>
      <w:r>
        <w:t>قرآن میں ہے کہ لیس بیامانیکم</w:t>
      </w:r>
    </w:p>
    <w:p>
      <w:r>
        <w:rPr>
          <w:b/>
        </w:rPr>
        <w:t xml:space="preserve">[58:51] </w:t>
      </w:r>
      <w:r>
        <w:t>wala amani al kitabi man ya mal yujza bi. yani na tumhari visual thinking par faisla hoga, na ahl-e-kitab ki visual thinking par faisla hoga.</w:t>
      </w:r>
    </w:p>
    <w:p>
      <w:pPr>
        <w:jc w:val="right"/>
      </w:pPr>
      <w:r>
        <w:t>ولا مانی الکتاب من یعمل یجزبی۔ یعنی نہ تمہاری ویژول تھنکنگ پر فیصلہ ہوگا، نہ اہل کتاب کی ویژول تھنکنگ پر فیصلہ ہوگا۔</w:t>
      </w:r>
    </w:p>
    <w:p>
      <w:r>
        <w:rPr>
          <w:b/>
        </w:rPr>
        <w:t xml:space="preserve">[59:05] </w:t>
      </w:r>
      <w:r>
        <w:t>jo jaisa karega, woh sab payega.</w:t>
      </w:r>
    </w:p>
    <w:p>
      <w:pPr>
        <w:jc w:val="right"/>
      </w:pPr>
      <w:r>
        <w:t>جو جیسا کرے گا، وہ سب پائے گا۔</w:t>
      </w:r>
    </w:p>
    <w:p>
      <w:r>
        <w:rPr>
          <w:b/>
        </w:rPr>
        <w:t xml:space="preserve">[59:10] </w:t>
      </w:r>
      <w:r>
        <w:t>ab kahein ke kitna sangin muamla hai.</w:t>
      </w:r>
    </w:p>
    <w:p>
      <w:pPr>
        <w:jc w:val="right"/>
      </w:pPr>
      <w:r>
        <w:t>اب کہیں کہ کتنا سنگین معاملہ ہے۔</w:t>
      </w:r>
    </w:p>
    <w:p>
      <w:r>
        <w:rPr>
          <w:b/>
        </w:rPr>
        <w:t xml:space="preserve">[59:12] </w:t>
      </w:r>
      <w:r>
        <w:t>amaani par, khushgumaani par, visual thinking par, romantic ideas par kuch faisla nahi hone wala hai. kuch bhi nahi is se banne wala hai.</w:t>
      </w:r>
    </w:p>
    <w:p>
      <w:pPr>
        <w:jc w:val="right"/>
      </w:pPr>
      <w:r>
        <w:t>امانی پر، خوشگمانی پر، ویژول تھنکنگ پر، رومینٹک آئیڈیاز پر کچھ فیصلہ نہیں ہونے والا ہے۔ کچھ بھی نہیں اس سے بننے والا ہے۔</w:t>
      </w:r>
    </w:p>
    <w:p>
      <w:r>
        <w:rPr>
          <w:b/>
        </w:rPr>
        <w:t xml:space="preserve">[59:26] </w:t>
      </w:r>
      <w:r>
        <w:t>to ek lamha bhi aap zaaye karne ko afford nahi kar sakte. itna serious muamla hai, itna serious muamla hai ke ek lamha ko afford karna, ek lamha ko waste karna bhi aap ke liye affordable nahi</w:t>
      </w:r>
    </w:p>
    <w:p>
      <w:pPr>
        <w:jc w:val="right"/>
      </w:pPr>
      <w:r>
        <w:t>تو ایک لمحہ بھی آپ ضائع کرنے کو افورڈ نہیں کر سکتے۔ اتنا سیریس معاملہ ہے، اتنا سیریس معاملہ ہے کہ ایک لمحہ کو افورڈ کرنا، ایک لمحہ کو ویسٹ کرنا بھی آپ کے لیے افورڈیبل نہیں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