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Stress and Spirituality 1 Jan. 2012 - Maulana Wahiduddin Khan</w:t>
      </w:r>
    </w:p>
    <w:p>
      <w:r>
        <w:t>https://www.youtube.com/watch?v=RjwFDdlo4dE</w:t>
      </w:r>
    </w:p>
    <w:p>
      <w:r>
        <w:rPr>
          <w:b/>
        </w:rPr>
        <w:t xml:space="preserve">[00:14] </w:t>
      </w:r>
      <w:r>
        <w:t>bismillah hir rahman nir rahim, wa salla Allahu ala an nabiyyil karim. rab ishrah li sadri,</w:t>
      </w:r>
    </w:p>
    <w:p>
      <w:pPr>
        <w:jc w:val="right"/>
      </w:pPr>
      <w:r>
        <w:t>بسم اللہ الرحمن الرحیم، وصلی اللہ علی النبی الکریم۔ رب اشرح لی صدری،</w:t>
      </w:r>
    </w:p>
    <w:p>
      <w:r>
        <w:rPr>
          <w:b/>
        </w:rPr>
        <w:t xml:space="preserve">[00:28] </w:t>
      </w:r>
      <w:r>
        <w:t>wa yassir li amri, wah-lul uqdatan min lisani, yafqahu qawli.</w:t>
      </w:r>
    </w:p>
    <w:p>
      <w:pPr>
        <w:jc w:val="right"/>
      </w:pPr>
      <w:r>
        <w:t>ویسر لی امری، واحل العقدۃ من لسانی، یفقہ قولی۔</w:t>
      </w:r>
    </w:p>
    <w:p>
      <w:r>
        <w:rPr>
          <w:b/>
        </w:rPr>
        <w:t xml:space="preserve">[00:36] </w:t>
      </w:r>
      <w:r>
        <w:t>aaj ka topic hai: stress and spirituality,</w:t>
      </w:r>
    </w:p>
    <w:p>
      <w:pPr>
        <w:jc w:val="right"/>
      </w:pPr>
      <w:r>
        <w:t>آج کا ٹاپک ہے: اسٹریس اینڈ اسپیریچولیٹی،</w:t>
      </w:r>
    </w:p>
    <w:p>
      <w:r>
        <w:rPr>
          <w:b/>
        </w:rPr>
        <w:t xml:space="preserve">[00:44] </w:t>
      </w:r>
      <w:r>
        <w:t>yaani zehni tanav aur ruhaniyat.</w:t>
      </w:r>
    </w:p>
    <w:p>
      <w:pPr>
        <w:jc w:val="right"/>
      </w:pPr>
      <w:r>
        <w:t>یعنی ذہنی تناؤ اور روحانیت۔</w:t>
      </w:r>
    </w:p>
    <w:p>
      <w:r>
        <w:rPr>
          <w:b/>
        </w:rPr>
        <w:t xml:space="preserve">[00:53] </w:t>
      </w:r>
      <w:r>
        <w:t>aaj kal sari dunya ka sab se bada masla yahi hai jis ko kehte hain stress. sari dunya mein</w:t>
      </w:r>
    </w:p>
    <w:p>
      <w:pPr>
        <w:jc w:val="right"/>
      </w:pPr>
      <w:r>
        <w:t>آج کل ساری دنیا کا سب سے بڑا مسئلہ یہی ہے جس کو کہتے ہیں اسٹریس۔ ساری دنیا میں</w:t>
      </w:r>
    </w:p>
    <w:p>
      <w:r>
        <w:rPr>
          <w:b/>
        </w:rPr>
        <w:t xml:space="preserve">[01:08] </w:t>
      </w:r>
      <w:r>
        <w:t>hazaron ki tadad mein school of de-stressing khule hue hain, beshumar log is profession mein lage hue hain.</w:t>
      </w:r>
    </w:p>
    <w:p>
      <w:pPr>
        <w:jc w:val="right"/>
      </w:pPr>
      <w:r>
        <w:t>ہزاروں کی تعداد میں اسکول آف ڈی اسٹریسنگ کھلے ہوئے ہیں، بے شمار لوگ اس پروفیشن میں لگے ہوئے ہیں۔</w:t>
      </w:r>
    </w:p>
    <w:p>
      <w:r>
        <w:rPr>
          <w:b/>
        </w:rPr>
        <w:t xml:space="preserve">[01:20] </w:t>
      </w:r>
      <w:r>
        <w:t>magar jahan tak main jaanta hoon, 1% bhi</w:t>
      </w:r>
    </w:p>
    <w:p>
      <w:pPr>
        <w:jc w:val="right"/>
      </w:pPr>
      <w:r>
        <w:t>مگر جہاں تک میں جانتا ہوں، 1% بھی</w:t>
      </w:r>
    </w:p>
    <w:p>
      <w:r>
        <w:rPr>
          <w:b/>
        </w:rPr>
        <w:t xml:space="preserve">[01:28] </w:t>
      </w:r>
      <w:r>
        <w:t>kamyabi nahi hui is mein ke stress mein jo log jee rahe hain, un ki de-stressing kar sakein yeh log.</w:t>
      </w:r>
    </w:p>
    <w:p>
      <w:pPr>
        <w:jc w:val="right"/>
      </w:pPr>
      <w:r>
        <w:t>کامیابی نہیں ہوئی اس میں کہ اسٹریس میں جو لوگ جی رہے ہیں، ان کی ڈی اسٹریسنگ کر سکیں یہ لوگ۔</w:t>
      </w:r>
    </w:p>
    <w:p>
      <w:r>
        <w:rPr>
          <w:b/>
        </w:rPr>
        <w:t xml:space="preserve">[01:39] </w:t>
      </w:r>
      <w:r>
        <w:t>stress badhta ja raha hai.</w:t>
      </w:r>
    </w:p>
    <w:p>
      <w:pPr>
        <w:jc w:val="right"/>
      </w:pPr>
      <w:r>
        <w:t>اسٹریس بڑھتا جا رہا ہے۔</w:t>
      </w:r>
    </w:p>
    <w:p>
      <w:r>
        <w:rPr>
          <w:b/>
        </w:rPr>
        <w:t xml:space="preserve">[01:43] </w:t>
      </w:r>
      <w:r>
        <w:t>to is par main aaj ki majlis mein kuch kehne ki koshish karunga.</w:t>
      </w:r>
    </w:p>
    <w:p>
      <w:pPr>
        <w:jc w:val="right"/>
      </w:pPr>
      <w:r>
        <w:t>تو اس پر میں آج کی مجلس میں کچھ کہنے کی کوشش کروں گا۔</w:t>
      </w:r>
    </w:p>
    <w:p>
      <w:r>
        <w:rPr>
          <w:b/>
        </w:rPr>
        <w:t xml:space="preserve">[01:55] </w:t>
      </w:r>
      <w:r>
        <w:t>aap jante hain ke main rozana all india radio sunta hoon, to aaj bhi main subah sun raha tha. ittefaq se aaj, yaani aaj pehla din hai naye saal ka, yaani 2012 jo hai,</w:t>
      </w:r>
    </w:p>
    <w:p>
      <w:pPr>
        <w:jc w:val="right"/>
      </w:pPr>
      <w:r>
        <w:t>آپ جانتے ہیں کہ میں روزانہ آل انڈیا ریڈیو سنتا ہوں، تو آج بھی میں صبح سن رہا تھا۔ اتفاق سے آج، یعنی آج پہلا دن ہے نئے سال کا، یعنی 2012 جو ہے،</w:t>
      </w:r>
    </w:p>
    <w:p>
      <w:r>
        <w:rPr>
          <w:b/>
        </w:rPr>
        <w:t xml:space="preserve">[02:11] </w:t>
      </w:r>
      <w:r>
        <w:t>is ka pehla din hai, first January. to aaj wahan ek senior secretary, jis ko kehte hain secretary, ek senior secretary ka interview aa raha tha,</w:t>
      </w:r>
    </w:p>
    <w:p>
      <w:pPr>
        <w:jc w:val="right"/>
      </w:pPr>
      <w:r>
        <w:t>اس کا پہلا دن ہے، فرسٹ جنوری۔ تو آج وہاں ایک سینئر سیکریٹریسٹ، جس کو کہتے ہیں سیکریٹریسٹ، ایک سینئر سیکریٹریسٹ کا انٹرویو آ رہا تھا،</w:t>
      </w:r>
    </w:p>
    <w:p>
      <w:r>
        <w:rPr>
          <w:b/>
        </w:rPr>
        <w:t xml:space="preserve">[02:25] </w:t>
      </w:r>
      <w:r>
        <w:t>aur isi mauzu par aa raha tha,</w:t>
      </w:r>
    </w:p>
    <w:p>
      <w:pPr>
        <w:jc w:val="right"/>
      </w:pPr>
      <w:r>
        <w:t>اور اسی موضوع پر آ رہا تھا،</w:t>
      </w:r>
    </w:p>
    <w:p>
      <w:r>
        <w:rPr>
          <w:b/>
        </w:rPr>
        <w:t xml:space="preserve">[02:29] </w:t>
      </w:r>
      <w:r>
        <w:t>stress ke mauzu par. to woh aadmi bahut shandar English bol raha tha, main ne bahut gaur se suna,</w:t>
      </w:r>
    </w:p>
    <w:p>
      <w:pPr>
        <w:jc w:val="right"/>
      </w:pPr>
      <w:r>
        <w:t>اسٹریس کے موضوع پر۔ تو وہ آدمی بہت شاندار انگلش بول رہا تھا، میں نے بہت غور سے سنا،</w:t>
      </w:r>
    </w:p>
    <w:p>
      <w:r>
        <w:rPr>
          <w:b/>
        </w:rPr>
        <w:t xml:space="preserve">[02:42] </w:t>
      </w:r>
      <w:r>
        <w:t>ek bhi lafz aisa nahi tha jis ke liye mujhe dictionary dekhna pade, lekin phir bhi kuch samajh mein nahi aaya. kyunke sab confusion hi confusion tha.</w:t>
      </w:r>
    </w:p>
    <w:p>
      <w:pPr>
        <w:jc w:val="right"/>
      </w:pPr>
      <w:r>
        <w:t>ایک بھی لفظ ایسا نہیں تھا جس کے لیے مجھے ڈکشنری دیکھنا پڑے، لیکن پھر بھی کچھ سمجھ میں نہیں آیا۔ کیونکہ سب کنفیوژن ہی کنفیوژن تھا۔</w:t>
      </w:r>
    </w:p>
    <w:p>
      <w:r>
        <w:rPr>
          <w:b/>
        </w:rPr>
        <w:t xml:space="preserve">[02:54] </w:t>
      </w:r>
      <w:r>
        <w:t>main bahut zyada padha hai, main ne in logon ki cheezein, in ke article ya kitabein,</w:t>
      </w:r>
    </w:p>
    <w:p>
      <w:pPr>
        <w:jc w:val="right"/>
      </w:pPr>
      <w:r>
        <w:t>میں بہت زیادہ پڑھا ہے، میں نے ان لوگوں کی چیزیں، ان کے آرٹیکل یا کتابیں،</w:t>
      </w:r>
    </w:p>
    <w:p>
      <w:r>
        <w:rPr>
          <w:b/>
        </w:rPr>
        <w:t xml:space="preserve">[02:59] </w:t>
      </w:r>
      <w:r>
        <w:t>in ki speeches bhi suni hain, jo log is profession mein hain. magar sabhi ka haal yeh hai ke woh koi solution nahi de paate,</w:t>
      </w:r>
    </w:p>
    <w:p>
      <w:pPr>
        <w:jc w:val="right"/>
      </w:pPr>
      <w:r>
        <w:t>ان کی اسپیچز بھی سنی ہیں، جو لوگ اس پروفیشن میں ہیں۔ لیکن سبھی کا حال یہ ہے کہ وہ کوئی سلوشن نہیں دے پاتے،</w:t>
      </w:r>
    </w:p>
    <w:p>
      <w:r>
        <w:rPr>
          <w:b/>
        </w:rPr>
        <w:t xml:space="preserve">[03:14] </w:t>
      </w:r>
      <w:r>
        <w:t>problems without any exception.</w:t>
      </w:r>
    </w:p>
    <w:p>
      <w:pPr>
        <w:jc w:val="right"/>
      </w:pPr>
      <w:r>
        <w:t>پرابلمز ودا آؤٹ اینی ایکسیپشن۔</w:t>
      </w:r>
    </w:p>
    <w:p>
      <w:r>
        <w:rPr>
          <w:b/>
        </w:rPr>
        <w:t xml:space="preserve">[03:19] </w:t>
      </w:r>
      <w:r>
        <w:t>to aaj bhi jo main sun raha tha, to there was not an exception.</w:t>
      </w:r>
    </w:p>
    <w:p>
      <w:pPr>
        <w:jc w:val="right"/>
      </w:pPr>
      <w:r>
        <w:t>تو آج بھی جو میں سن رہا تھا، تو دیر واز ناٹ این ایکسیپشن۔</w:t>
      </w:r>
    </w:p>
    <w:p>
      <w:r>
        <w:rPr>
          <w:b/>
        </w:rPr>
        <w:t xml:space="preserve">[03:29] </w:t>
      </w:r>
      <w:r>
        <w:t>unhone</w:t>
      </w:r>
    </w:p>
    <w:p>
      <w:pPr>
        <w:jc w:val="right"/>
      </w:pPr>
      <w:r>
        <w:t>انہوں نے</w:t>
      </w:r>
    </w:p>
    <w:p>
      <w:r>
        <w:rPr>
          <w:b/>
        </w:rPr>
        <w:t xml:space="preserve">[03:32] </w:t>
      </w:r>
      <w:r>
        <w:t>diagnosis to bahut sahi kiya, magar prescription sahi nahi de sake. yeh sab ka haal hai. kitabein main sunta hoon ya padhta hoon to diagnosis to bada acha karte hain woh,</w:t>
      </w:r>
    </w:p>
    <w:p>
      <w:pPr>
        <w:jc w:val="right"/>
      </w:pPr>
      <w:r>
        <w:t>ڈائیگنوسس تو بہت صحیح کیا، لیکن پریسکرپشن صحیح نہیں دے سکے۔ یہ سب کا حال ہے۔ کتابیں میں سنتا ہوں یا پڑھتا ہوں تو ڈائیگنوس تو بڑا اچھا کرتے ہیں وہ،</w:t>
      </w:r>
    </w:p>
    <w:p>
      <w:r>
        <w:rPr>
          <w:b/>
        </w:rPr>
        <w:t xml:space="preserve">[03:46] </w:t>
      </w:r>
      <w:r>
        <w:t>lekin jab aati hai baat prescription ki</w:t>
      </w:r>
    </w:p>
    <w:p>
      <w:pPr>
        <w:jc w:val="right"/>
      </w:pPr>
      <w:r>
        <w:t>لیکن جب آتی ہے بات پریسکرپشن کی</w:t>
      </w:r>
    </w:p>
    <w:p>
      <w:r>
        <w:rPr>
          <w:b/>
        </w:rPr>
        <w:t xml:space="preserve">[03:50] </w:t>
      </w:r>
      <w:r>
        <w:t>to bata nahi paate. diagnosis karte hue unhone yeh jumla istemal kiya ke "Stress is a result of difference</w:t>
      </w:r>
    </w:p>
    <w:p>
      <w:pPr>
        <w:jc w:val="right"/>
      </w:pPr>
      <w:r>
        <w:t>تو بتا نہیں پاتے۔ ڈائیگنوس کرتے ہوئے انہوں نے یہ جملہ استعمال کیا کہ "Stress is a result of difference</w:t>
      </w:r>
    </w:p>
    <w:p>
      <w:r>
        <w:rPr>
          <w:b/>
        </w:rPr>
        <w:t xml:space="preserve">[04:09] </w:t>
      </w:r>
      <w:r>
        <w:t>between aspiration and reality."</w:t>
      </w:r>
    </w:p>
    <w:p>
      <w:pPr>
        <w:jc w:val="right"/>
      </w:pPr>
      <w:r>
        <w:t>between aspiration and reality."</w:t>
      </w:r>
    </w:p>
    <w:p>
      <w:r>
        <w:rPr>
          <w:b/>
        </w:rPr>
        <w:t xml:space="preserve">[04:16] </w:t>
      </w:r>
      <w:r>
        <w:t>"Stress is a difference, stress is a result of difference between aspiration and reality." yaani yeh zehni tanav hai, woh is liye hota hai ke hamari khwahishein zyada hain</w:t>
      </w:r>
    </w:p>
    <w:p>
      <w:pPr>
        <w:jc w:val="right"/>
      </w:pPr>
      <w:r>
        <w:t>"Stress is a difference, stress is a result of difference between aspiration and reality." یعنی یہ ذہنی تناؤ ہے، وہ اس لیے ہوتا ہے کہ ہماری خواہشیں زیادہ ہیں</w:t>
      </w:r>
    </w:p>
    <w:p>
      <w:r>
        <w:rPr>
          <w:b/>
        </w:rPr>
        <w:t xml:space="preserve">[04:34] </w:t>
      </w:r>
      <w:r>
        <w:t>aur jo haqeeqat mein hum paate hain woh kam hota hai. Isi contradiction ke result ka naam hai stress.</w:t>
      </w:r>
    </w:p>
    <w:p>
      <w:pPr>
        <w:jc w:val="right"/>
      </w:pPr>
      <w:r>
        <w:t>اور جو حقیقت میں ہم پاتے ہیں وہ کم ہوتا ہے۔ اسی کنٹراڈکشن کے رزلٹ کا نام ہے اسٹریس۔</w:t>
      </w:r>
    </w:p>
    <w:p>
      <w:r>
        <w:rPr>
          <w:b/>
        </w:rPr>
        <w:t xml:space="preserve">[04:45] </w:t>
      </w:r>
      <w:r>
        <w:t>bahut sahih yeh tashkhees thi.</w:t>
      </w:r>
    </w:p>
    <w:p>
      <w:pPr>
        <w:jc w:val="right"/>
      </w:pPr>
      <w:r>
        <w:t>بہت صحیح یہ تشخیص تھی۔</w:t>
      </w:r>
    </w:p>
    <w:p>
      <w:r>
        <w:rPr>
          <w:b/>
        </w:rPr>
        <w:t xml:space="preserve">[04:53] </w:t>
      </w:r>
      <w:r>
        <w:t>lekin diagnosis jo hai sahih thi aur prescription kuch bhi nahi, tajweez kuch bhi nahi, is confusion ke siwa.</w:t>
      </w:r>
    </w:p>
    <w:p>
      <w:pPr>
        <w:jc w:val="right"/>
      </w:pPr>
      <w:r>
        <w:t>لیکن ڈائیگنوسس جو ہے صحیح تھی اور پریسکرپشن کچھ بھی نہیں، تجویز کچھ بھی نہیں، اس کنفیوژن کے سوا۔</w:t>
      </w:r>
    </w:p>
    <w:p>
      <w:r>
        <w:rPr>
          <w:b/>
        </w:rPr>
        <w:t xml:space="preserve">[05:05] </w:t>
      </w:r>
      <w:r>
        <w:t>to yeh main sun kar ke bahar aaya,</w:t>
      </w:r>
    </w:p>
    <w:p>
      <w:pPr>
        <w:jc w:val="right"/>
      </w:pPr>
      <w:r>
        <w:t>تو یہ میں سن کر کے باہر آیا،</w:t>
      </w:r>
    </w:p>
    <w:p>
      <w:r>
        <w:rPr>
          <w:b/>
        </w:rPr>
        <w:t xml:space="preserve">[05:10] </w:t>
      </w:r>
      <w:r>
        <w:t>yaani apne office mein main sun raha tha, aur phir main bahar aaya, bargah par.</w:t>
      </w:r>
    </w:p>
    <w:p>
      <w:pPr>
        <w:jc w:val="right"/>
      </w:pPr>
      <w:r>
        <w:t>یعنی اپنے آفس میں میں سن رہا تھا، اور پھر میں باہر آیا، بارگاہ پر۔</w:t>
      </w:r>
    </w:p>
    <w:p>
      <w:r>
        <w:rPr>
          <w:b/>
        </w:rPr>
        <w:t xml:space="preserve">[05:18] </w:t>
      </w:r>
      <w:r>
        <w:t>to yahan par jab main kursi par baitha to maine dekha ke suraj nikla hua hai.</w:t>
      </w:r>
    </w:p>
    <w:p>
      <w:pPr>
        <w:jc w:val="right"/>
      </w:pPr>
      <w:r>
        <w:t>تو یہاں پر جب میں کرسی پر بیٹھا تو میں نے دیکھا کہ سورج نکلا ہوا ہے۔</w:t>
      </w:r>
    </w:p>
    <w:p>
      <w:r>
        <w:rPr>
          <w:b/>
        </w:rPr>
        <w:t xml:space="preserve">[05:28] </w:t>
      </w:r>
      <w:r>
        <w:t>first January ko itna acha suraj to meri zuban se nikla, "What a beautiful</w:t>
      </w:r>
    </w:p>
    <w:p>
      <w:pPr>
        <w:jc w:val="right"/>
      </w:pPr>
      <w:r>
        <w:t>فرسٹ جنوری کو اتنا اچھا سورج تو میری زبان سے نکلا، "What a beautiful</w:t>
      </w:r>
    </w:p>
    <w:p>
      <w:r>
        <w:rPr>
          <w:b/>
        </w:rPr>
        <w:t xml:space="preserve">[05:34] </w:t>
      </w:r>
      <w:r>
        <w:t>sun!" kehti hai, "achi hai yeh subah," kehti hai, "achi hai is suraj ki roshni." aap jante hain ke jab</w:t>
      </w:r>
    </w:p>
    <w:p>
      <w:pPr>
        <w:jc w:val="right"/>
      </w:pPr>
      <w:r>
        <w:t>sun!" کہتی ہے، "اچھی ہے یہ صبح،" کہتی ہے، "اچھی ہے اس سورج کی روشنی۔" آپ جانتے ہیں کہ جب</w:t>
      </w:r>
    </w:p>
    <w:p>
      <w:r>
        <w:rPr>
          <w:b/>
        </w:rPr>
        <w:t xml:space="preserve">[05:47] </w:t>
      </w:r>
      <w:r>
        <w:t>mausam</w:t>
      </w:r>
    </w:p>
    <w:p>
      <w:pPr>
        <w:jc w:val="right"/>
      </w:pPr>
      <w:r>
        <w:t>موسم</w:t>
      </w:r>
    </w:p>
    <w:p>
      <w:r>
        <w:rPr>
          <w:b/>
        </w:rPr>
        <w:t xml:space="preserve">[05:50] </w:t>
      </w:r>
      <w:r>
        <w:t>jade ka ho aur achi subah, acha suraj nikal aaye to bahut hi zyada is mein kashish hoti hai.</w:t>
      </w:r>
    </w:p>
    <w:p>
      <w:pPr>
        <w:jc w:val="right"/>
      </w:pPr>
      <w:r>
        <w:t>جاڑے کا ہو اور اچھی صبح، اچھا سورج نکل آئے تو بہت ہی زیادہ اس میں کشش ہوتی ہے۔</w:t>
      </w:r>
    </w:p>
    <w:p>
      <w:r>
        <w:rPr>
          <w:b/>
        </w:rPr>
        <w:t xml:space="preserve">[06:03] </w:t>
      </w:r>
      <w:r>
        <w:t>bahut aadmi enjoy karta hai is mein. to meri zuban se nikla, "What a beautiful sun</w:t>
      </w:r>
    </w:p>
    <w:p>
      <w:pPr>
        <w:jc w:val="right"/>
      </w:pPr>
      <w:r>
        <w:t>بہت آدمی انجوائے کرتا ہے اس میں۔ تو میری زبان سے نکلا، "What a beautiful sun</w:t>
      </w:r>
    </w:p>
    <w:p>
      <w:r>
        <w:rPr>
          <w:b/>
        </w:rPr>
        <w:t xml:space="preserve">[06:09] </w:t>
      </w:r>
      <w:r>
        <w:t>!" phir aas paas maine dekha, hamare ghar ke charon taraf darakht hain, hare bhare darakht.</w:t>
      </w:r>
    </w:p>
    <w:p>
      <w:pPr>
        <w:jc w:val="right"/>
      </w:pPr>
      <w:r>
        <w:t>!" پھر آس پاس میں نے دیکھا، ہمارے گھر کے چاروں طرف درخت ہیں، ہرے بھرے درخت۔</w:t>
      </w:r>
    </w:p>
    <w:p>
      <w:r>
        <w:rPr>
          <w:b/>
        </w:rPr>
        <w:t xml:space="preserve">[06:20] </w:t>
      </w:r>
      <w:r>
        <w:t>to meri zuban se phir dobara nikla, "What a beautiful trees!"</w:t>
      </w:r>
    </w:p>
    <w:p>
      <w:pPr>
        <w:jc w:val="right"/>
      </w:pPr>
      <w:r>
        <w:t>تو میری زبان سے پھر دوبارہ نکلا، "What a beautiful trees!"</w:t>
      </w:r>
    </w:p>
    <w:p>
      <w:r>
        <w:rPr>
          <w:b/>
        </w:rPr>
        <w:t xml:space="preserve">[06:26] </w:t>
      </w:r>
      <w:r>
        <w:t>phir maine upar ki taraf dekha fiza mein to chidiyan ud rahi theen. to meri zuban se nikla, "What a beautiful</w:t>
      </w:r>
    </w:p>
    <w:p>
      <w:pPr>
        <w:jc w:val="right"/>
      </w:pPr>
      <w:r>
        <w:t>پھر میں نے اوپر کی طرف دیکھا فضا میں تو چڑیاں اڑ رہی تھیں۔ تو میری زبان سے نکلا، "What a beautiful</w:t>
      </w:r>
    </w:p>
    <w:p>
      <w:r>
        <w:rPr>
          <w:b/>
        </w:rPr>
        <w:t xml:space="preserve">[06:35] </w:t>
      </w:r>
      <w:r>
        <w:t>bird!" aur dekha to main aasman dikhai de raha tha. to phir maine kaha ke "What a beautif</w:t>
      </w:r>
    </w:p>
    <w:p>
      <w:pPr>
        <w:jc w:val="right"/>
      </w:pPr>
      <w:r>
        <w:t>bird!" اور دیکھا تو میں آسمان دکھائی دے رہا تھا۔ تو پھر میں نے کہا کہ "What a beautif</w:t>
      </w:r>
    </w:p>
    <w:p>
      <w:r>
        <w:rPr>
          <w:b/>
        </w:rPr>
        <w:t xml:space="preserve">[06:45] </w:t>
      </w:r>
      <w:r>
        <w:t>ul sky!" to ek ek cheez par is tarah ka main response deta raha.</w:t>
      </w:r>
    </w:p>
    <w:p>
      <w:pPr>
        <w:jc w:val="right"/>
      </w:pPr>
      <w:r>
        <w:t>ul sky!" تو ایک ایک چیز پر اس طرح کا میں رسپانس دیتا رہا۔</w:t>
      </w:r>
    </w:p>
    <w:p>
      <w:r>
        <w:rPr>
          <w:b/>
        </w:rPr>
        <w:t xml:space="preserve">[06:55] </w:t>
      </w:r>
      <w:r>
        <w:t>ab maine socha ke ek taraf to</w:t>
      </w:r>
    </w:p>
    <w:p>
      <w:pPr>
        <w:jc w:val="right"/>
      </w:pPr>
      <w:r>
        <w:t>اب میں نے سوچا کہ ایک طرف تو</w:t>
      </w:r>
    </w:p>
    <w:p>
      <w:r>
        <w:rPr>
          <w:b/>
        </w:rPr>
        <w:t xml:space="preserve">[07:00] </w:t>
      </w:r>
      <w:r>
        <w:t>jo stress ka mahir hai,</w:t>
      </w:r>
    </w:p>
    <w:p>
      <w:pPr>
        <w:jc w:val="right"/>
      </w:pPr>
      <w:r>
        <w:t>جو اسٹریس کا ماہر ہے،</w:t>
      </w:r>
    </w:p>
    <w:p>
      <w:r>
        <w:rPr>
          <w:b/>
        </w:rPr>
        <w:t xml:space="preserve">[07:06] </w:t>
      </w:r>
      <w:r>
        <w:t>wo taqreer kar raha hai, is mein kuch de nahi pata wo, aur neeche itna zyada de rahi hai.</w:t>
      </w:r>
    </w:p>
    <w:p>
      <w:pPr>
        <w:jc w:val="right"/>
      </w:pPr>
      <w:r>
        <w:t>وہ تقریر کر رہا ہے، اس میں کچھ دے نہیں پاتا وہ، اور نیچے اتنا زیادہ دے رہی ہے۔</w:t>
      </w:r>
    </w:p>
    <w:p>
      <w:r>
        <w:rPr>
          <w:b/>
        </w:rPr>
        <w:t xml:space="preserve">[07:16] </w:t>
      </w:r>
      <w:r>
        <w:t>stress ko kaise de-stress kiya jaye, apni poori taqreer mein bata nahi paye, formula is ka. aur nature ain usi waqt is ka formula de rahi thi.</w:t>
      </w:r>
    </w:p>
    <w:p>
      <w:pPr>
        <w:jc w:val="right"/>
      </w:pPr>
      <w:r>
        <w:t>اسٹریس کو کیسے ڈی اسٹریس کیا جائے، اپنی پوری تقریر میں بتا نہیں پائے، فارمولا اس کا۔ اور نیچر عین اسی وقت اس کا فارمولا دے رہی تھی۔</w:t>
      </w:r>
    </w:p>
    <w:p>
      <w:r>
        <w:rPr>
          <w:b/>
        </w:rPr>
        <w:t xml:space="preserve">[07:29] </w:t>
      </w:r>
      <w:r>
        <w:t>har taraf husn tha, har taraf beauty thi,</w:t>
      </w:r>
    </w:p>
    <w:p>
      <w:pPr>
        <w:jc w:val="right"/>
      </w:pPr>
      <w:r>
        <w:t>ہر طرف حسن تھا، ہر طرف بیوٹی تھی،</w:t>
      </w:r>
    </w:p>
    <w:p>
      <w:r>
        <w:rPr>
          <w:b/>
        </w:rPr>
        <w:t xml:space="preserve">[07:32] </w:t>
      </w:r>
      <w:r>
        <w:t>har taraf enjoy karne ka saman tha. eternal bridge har taraf dikhai de rahi thi mujhe nature mein.</w:t>
      </w:r>
    </w:p>
    <w:p>
      <w:pPr>
        <w:jc w:val="right"/>
      </w:pPr>
      <w:r>
        <w:t>ہر طرف انجوائے کرنے کا سامان تھا۔ ایٹرنل بریج ہر طرف دکھائی دے رہی تھی مجھے نیچر میں۔</w:t>
      </w:r>
    </w:p>
    <w:p>
      <w:r>
        <w:rPr>
          <w:b/>
        </w:rPr>
        <w:t xml:space="preserve">[07:42] </w:t>
      </w:r>
      <w:r>
        <w:t>sooraj mein, darakhton mein, chidiya mein, aasman mein, fazaon mein,</w:t>
      </w:r>
    </w:p>
    <w:p>
      <w:pPr>
        <w:jc w:val="right"/>
      </w:pPr>
      <w:r>
        <w:t>سورج میں، درختوں میں، چڑیا میں، آسمان میں، فضاؤں میں،</w:t>
      </w:r>
    </w:p>
    <w:p>
      <w:r>
        <w:rPr>
          <w:b/>
        </w:rPr>
        <w:t xml:space="preserve">[07:52] </w:t>
      </w:r>
      <w:r>
        <w:t>hawa ke jhonke mein, oxygen mein. is waqt mujhe is ka jawab mila.</w:t>
      </w:r>
    </w:p>
    <w:p>
      <w:pPr>
        <w:jc w:val="right"/>
      </w:pPr>
      <w:r>
        <w:t>ہوا کے جھونکے میں، آکسیجن میں۔ اس وقت مجھے اس کا جواب ملا۔</w:t>
      </w:r>
    </w:p>
    <w:p>
      <w:r>
        <w:rPr>
          <w:b/>
        </w:rPr>
        <w:t xml:space="preserve">[08:03] </w:t>
      </w:r>
      <w:r>
        <w:t>is waqt mujhe jawab mila is baat ka ke hum apni stress ko kaise de-stress kar sakte hain. aur raaz kya hai sari stress ka?</w:t>
      </w:r>
    </w:p>
    <w:p>
      <w:pPr>
        <w:jc w:val="right"/>
      </w:pPr>
      <w:r>
        <w:t>اس وقت مجھے جواب ملا اس بات کا کہ ہم اپنی اسٹریس کو کیسے ڈی اسٹریس کر سکتے ہیں۔ اور راز کیا ہے ساری اسٹریس کا؟</w:t>
      </w:r>
    </w:p>
    <w:p>
      <w:r>
        <w:rPr>
          <w:b/>
        </w:rPr>
        <w:t xml:space="preserve">[08:18] </w:t>
      </w:r>
      <w:r>
        <w:t>to woh jo unhon ne kaha tha</w:t>
      </w:r>
    </w:p>
    <w:p>
      <w:pPr>
        <w:jc w:val="right"/>
      </w:pPr>
      <w:r>
        <w:t>تو وہ جو انہوں نے کہا تھا</w:t>
      </w:r>
    </w:p>
    <w:p>
      <w:r>
        <w:rPr>
          <w:b/>
        </w:rPr>
        <w:t xml:space="preserve">[08:21] </w:t>
      </w:r>
      <w:r>
        <w:t>ke "Stress is a result of difference between aspiration and reality." is mein dekhiye, aspiration to insaan ke andar jo hai woh khaliq ki di hui hai.</w:t>
      </w:r>
    </w:p>
    <w:p>
      <w:pPr>
        <w:jc w:val="right"/>
      </w:pPr>
      <w:r>
        <w:t>کہ "Stress is a result of difference between aspiration and reality." اس میں دیکھیے، aspiration تو انسان کے اندر جو ہے وہ خالق کی دی ہوئی ہے۔</w:t>
      </w:r>
    </w:p>
    <w:p>
      <w:r>
        <w:rPr>
          <w:b/>
        </w:rPr>
        <w:t xml:space="preserve">[08:37] </w:t>
      </w:r>
      <w:r>
        <w:t>jo bhi aspiration hamari hain, jo hamari tamannaein hain, hamari aarzooein hain, hamari khwahishein hain, woh khaliq ki di hui hain. hum ne khud create nahi kiya hai.</w:t>
      </w:r>
    </w:p>
    <w:p>
      <w:pPr>
        <w:jc w:val="right"/>
      </w:pPr>
      <w:r>
        <w:t>جو بھی aspiration ہماری ہیں، جو ہماری تمنائیں ہیں، ہماری آرزوئیں ہیں، ہماری خواہشیں ہیں، وہ خالق کی دی ہوئی ہیں۔ ہم نے خود کریئیٹ نہیں کیا ہے۔</w:t>
      </w:r>
    </w:p>
    <w:p>
      <w:r>
        <w:rPr>
          <w:b/>
        </w:rPr>
        <w:t xml:space="preserve">[08:50] </w:t>
      </w:r>
      <w:r>
        <w:t>lekin jo realities, jis ko unhon ne kaha,</w:t>
      </w:r>
    </w:p>
    <w:p>
      <w:pPr>
        <w:jc w:val="right"/>
      </w:pPr>
      <w:r>
        <w:t>لیکن جو ریلیٹیز، جس کو انہوں نے کہا،</w:t>
      </w:r>
    </w:p>
    <w:p>
      <w:r>
        <w:rPr>
          <w:b/>
        </w:rPr>
        <w:t xml:space="preserve">[08:55] </w:t>
      </w:r>
      <w:r>
        <w:t>yeh duniya hum jeete hain, woh hamari apni banai hui hain. job, business, ghar, car, yeh sab cheezein.</w:t>
      </w:r>
    </w:p>
    <w:p>
      <w:pPr>
        <w:jc w:val="right"/>
      </w:pPr>
      <w:r>
        <w:t>یہ دنیا ہم جیتے ہیں، وہ ہماری اپنی بنائی ہوئی ہیں۔ جاب، بزنس، گھر، کار، یہ سب چیزیں۔</w:t>
      </w:r>
    </w:p>
    <w:p>
      <w:r>
        <w:rPr>
          <w:b/>
        </w:rPr>
        <w:t xml:space="preserve">[09:11] </w:t>
      </w:r>
      <w:r>
        <w:t>to meri samajh mein ek baat aayi</w:t>
      </w:r>
    </w:p>
    <w:p>
      <w:pPr>
        <w:jc w:val="right"/>
      </w:pPr>
      <w:r>
        <w:t>تو میری سمجھ میں ایک بات آئی</w:t>
      </w:r>
    </w:p>
    <w:p>
      <w:r>
        <w:rPr>
          <w:b/>
        </w:rPr>
        <w:t xml:space="preserve">[09:15] </w:t>
      </w:r>
      <w:r>
        <w:t>ke stress ka raaz kya hai. dekhiye, ek hai man-made boundaries, ek hai God-made boundaries.</w:t>
      </w:r>
    </w:p>
    <w:p>
      <w:pPr>
        <w:jc w:val="right"/>
      </w:pPr>
      <w:r>
        <w:t>کہ اسٹریس کا راز کیا ہے۔ دیکھیے، ایک ہے مین میڈ باؤنڈریز، ایک ہے گاڈ میڈ باؤنڈریز۔</w:t>
      </w:r>
    </w:p>
    <w:p>
      <w:r>
        <w:rPr>
          <w:b/>
        </w:rPr>
        <w:t xml:space="preserve">[09:31] </w:t>
      </w:r>
      <w:r>
        <w:t>man-made boundaries, God-made boundaries. yaani insaan ki paida ki hui achhi cheezein aur Khuda ki paida ki hui achhi cheezein.</w:t>
      </w:r>
    </w:p>
    <w:p>
      <w:pPr>
        <w:jc w:val="right"/>
      </w:pPr>
      <w:r>
        <w:t>مین میڈ باؤنڈریز، گاڈ میڈ باؤنڈریز۔ یعنی انسان کی پیدا کی ہوئی اچھی چیزیں اور خدا کی پیدا کی ہوئی اچھی چیزیں۔</w:t>
      </w:r>
    </w:p>
    <w:p>
      <w:r>
        <w:rPr>
          <w:b/>
        </w:rPr>
        <w:t xml:space="preserve">[09:43] </w:t>
      </w:r>
      <w:r>
        <w:t>to sara raaz kya hai? hum</w:t>
      </w:r>
    </w:p>
    <w:p>
      <w:pPr>
        <w:jc w:val="right"/>
      </w:pPr>
      <w:r>
        <w:t>تو سارا راز کیا ہے؟ ہم</w:t>
      </w:r>
    </w:p>
    <w:p>
      <w:r>
        <w:rPr>
          <w:b/>
        </w:rPr>
        <w:t xml:space="preserve">[09:49] </w:t>
      </w:r>
      <w:r>
        <w:t>apne aspirations ki taskeen chahte hain man-made boundaries mein. insaan ki banai hui cheezon mein. yaani ghar mein, car mein, job mein, business mein,</w:t>
      </w:r>
    </w:p>
    <w:p>
      <w:pPr>
        <w:jc w:val="right"/>
      </w:pPr>
      <w:r>
        <w:t>اپنے aspirations کی تسکین چاہتے ہیں مین میڈ باؤنڈریز میں۔ انسان کی بنائی ہوئی چیزوں میں۔ یعنی گھر میں، کار میں، جاب میں، بزنس میں،</w:t>
      </w:r>
    </w:p>
    <w:p>
      <w:r>
        <w:rPr>
          <w:b/>
        </w:rPr>
        <w:t xml:space="preserve">[10:02] </w:t>
      </w:r>
      <w:r>
        <w:t>bank balance mein. yeh jo insaan ki banai hui cheezein hain, civilization mein,</w:t>
      </w:r>
    </w:p>
    <w:p>
      <w:pPr>
        <w:jc w:val="right"/>
      </w:pPr>
      <w:r>
        <w:t>بینک بیلنس میں۔ یہ جو انسان کی بنائی ہوئی چیزیں ہیں، سویلائزیشن میں،</w:t>
      </w:r>
    </w:p>
    <w:p>
      <w:r>
        <w:rPr>
          <w:b/>
        </w:rPr>
        <w:t xml:space="preserve">[10:10] </w:t>
      </w:r>
      <w:r>
        <w:t>yeh sab insaan ki banai hui hain. sab mein kuch na kuch defect hai, sab mein kuch na kuch limitations hain, sab mein kuch na kuch disadvantage hai.</w:t>
      </w:r>
    </w:p>
    <w:p>
      <w:pPr>
        <w:jc w:val="right"/>
      </w:pPr>
      <w:r>
        <w:t>یہ سب انسان کی بنائی ہوئی ہیں۔ سب میں کچھ نہ کچھ ڈیفیکٹ ہے، سب میں کچھ نہ کچھ لیمیٹیشنز ہیں، سب میں کچھ نہ کچھ ڈس ایڈوانٹیج ہے۔</w:t>
      </w:r>
    </w:p>
    <w:p>
      <w:r>
        <w:rPr>
          <w:b/>
        </w:rPr>
        <w:t xml:space="preserve">[10:23] </w:t>
      </w:r>
      <w:r>
        <w:t>aur ain usi waqt God-made boundaries hamare charon taraf phaili hui hain. to sara mamla yeh hai ke aspirations jo hain woh to hain unlimited.</w:t>
      </w:r>
    </w:p>
    <w:p>
      <w:pPr>
        <w:jc w:val="right"/>
      </w:pPr>
      <w:r>
        <w:t>اور عین اسی وقت گاڈ میڈ باؤنڈریز ہمارے چاروں طرف پھیلی ہوئی ہیں۔ تو سارا معاملہ یہ ہے کہ aspirations جو ہیں وہ تو ہیں ان لمیٹڈ۔</w:t>
      </w:r>
    </w:p>
    <w:p>
      <w:r>
        <w:rPr>
          <w:b/>
        </w:rPr>
        <w:t xml:space="preserve">[10:39] </w:t>
      </w:r>
      <w:r>
        <w:t>aur</w:t>
      </w:r>
    </w:p>
    <w:p>
      <w:pPr>
        <w:jc w:val="right"/>
      </w:pPr>
      <w:r>
        <w:t>اور</w:t>
      </w:r>
    </w:p>
    <w:p>
      <w:r>
        <w:rPr>
          <w:b/>
        </w:rPr>
        <w:t xml:space="preserve">[10:41] </w:t>
      </w:r>
      <w:r>
        <w:t>jin cheezon mein hum aur God-made boundaries mein hum dhoondh rahe hain is ki taskeen, woh hai limited.</w:t>
      </w:r>
    </w:p>
    <w:p>
      <w:pPr>
        <w:jc w:val="right"/>
      </w:pPr>
      <w:r>
        <w:t>جن چیزوں میں ہم اور گاڈ میڈ باؤنڈریز میں ہم ڈھونڈ رہے ہیں اس کی تسکین، وہ ہے لمیٹڈ۔</w:t>
      </w:r>
    </w:p>
    <w:p>
      <w:r>
        <w:rPr>
          <w:b/>
        </w:rPr>
        <w:t xml:space="preserve">[10:51] </w:t>
      </w:r>
      <w:r>
        <w:t>yeh hai contradiction.</w:t>
      </w:r>
    </w:p>
    <w:p>
      <w:pPr>
        <w:jc w:val="right"/>
      </w:pPr>
      <w:r>
        <w:t>یہ ہے کنٹراڈکشن۔</w:t>
      </w:r>
    </w:p>
    <w:p>
      <w:r>
        <w:rPr>
          <w:b/>
        </w:rPr>
        <w:t xml:space="preserve">[10:55] </w:t>
      </w:r>
      <w:r>
        <w:t>phir mujhe yaad aaya Quran Majeed ka ke ek ayat yaad aayi. ajeeb o ghareeb ayat hai Quran Majeed mein.</w:t>
      </w:r>
    </w:p>
    <w:p>
      <w:pPr>
        <w:jc w:val="right"/>
      </w:pPr>
      <w:r>
        <w:t>پھر مجھے یاد آیا قرآن مجید کا کہ ایک آیت یاد آئی۔ عجیب و غریب آیت ہے قرآن مجید میں۔</w:t>
      </w:r>
    </w:p>
    <w:p>
      <w:r>
        <w:rPr>
          <w:b/>
        </w:rPr>
        <w:t xml:space="preserve">[11:05] </w:t>
      </w:r>
      <w:r>
        <w:t>ayat ek hi ayat nahi hai, bohat si aayatein hain.</w:t>
      </w:r>
    </w:p>
    <w:p>
      <w:pPr>
        <w:jc w:val="right"/>
      </w:pPr>
      <w:r>
        <w:t>آیت ایک ہی آیت نہیں ہے، بہت سی آیتیں ہیں۔</w:t>
      </w:r>
    </w:p>
    <w:p>
      <w:r>
        <w:rPr>
          <w:b/>
        </w:rPr>
        <w:t xml:space="preserve">[11:11] </w:t>
      </w:r>
      <w:r>
        <w:t>sakhkhar lakum ma fis samawati wa ma fil ardi jameean</w:t>
      </w:r>
    </w:p>
    <w:p>
      <w:pPr>
        <w:jc w:val="right"/>
      </w:pPr>
      <w:r>
        <w:t>سَخَّرَ لَكُمْ مَا فِي السَّمَاوَاتِ وَمَا فِي الْأَرْضِ جَمِيعًا</w:t>
      </w:r>
    </w:p>
    <w:p>
      <w:r>
        <w:rPr>
          <w:b/>
        </w:rPr>
        <w:t xml:space="preserve">[11:18] </w:t>
      </w:r>
      <w:r>
        <w:t>aasman aur zameen aur jo kuch hai sab tumhare liye musakhkhar kar diya.</w:t>
      </w:r>
    </w:p>
    <w:p>
      <w:pPr>
        <w:jc w:val="right"/>
      </w:pPr>
      <w:r>
        <w:t>آسمان اور زمین اور جو کچھ ہے سب تمہارے لیے مسخر کر دیا۔</w:t>
      </w:r>
    </w:p>
    <w:p>
      <w:r>
        <w:rPr>
          <w:b/>
        </w:rPr>
        <w:t xml:space="preserve">[11:25] </w:t>
      </w:r>
      <w:r>
        <w:t>kaisi ajeeb ayat hai.</w:t>
      </w:r>
    </w:p>
    <w:p>
      <w:pPr>
        <w:jc w:val="right"/>
      </w:pPr>
      <w:r>
        <w:t>کیسی عجیب آیت ہے۔</w:t>
      </w:r>
    </w:p>
    <w:p>
      <w:r>
        <w:rPr>
          <w:b/>
        </w:rPr>
        <w:t xml:space="preserve">[11:30] </w:t>
      </w:r>
      <w:r>
        <w:t>sakhkhar la kum ma fi al-samawat wa ma fi al-ard jameean jo kuch space mein hai, jo kuch aasmanon aur zameeno mein hai, jo kuch nature mein hai, tumhare liye mushakhkhar kar diya.</w:t>
      </w:r>
    </w:p>
    <w:p>
      <w:pPr>
        <w:jc w:val="right"/>
      </w:pPr>
      <w:r>
        <w:t>سَخَّرَ لَكُمْ مَا فِي السَّمَاوَاتِ وَمَا فِي الْأَرْضِ جَمِيعًا جو کچھ اسپیس میں ہے، جو کچھ آسمانوں اور زمینوں میں ہے، جو کچھ نیچر میں ہے، تمہارے لیے مسخر کر دیا۔</w:t>
      </w:r>
    </w:p>
    <w:p>
      <w:r>
        <w:rPr>
          <w:b/>
        </w:rPr>
        <w:t xml:space="preserve">[11:47] </w:t>
      </w:r>
      <w:r>
        <w:t>isi ko ek scientist ne kaha hai ke</w:t>
      </w:r>
    </w:p>
    <w:p>
      <w:pPr>
        <w:jc w:val="right"/>
      </w:pPr>
      <w:r>
        <w:t>اسی کو ایک سائنٹسٹ نے کہا ہے کہ</w:t>
      </w:r>
    </w:p>
    <w:p>
      <w:r>
        <w:rPr>
          <w:b/>
        </w:rPr>
        <w:t xml:space="preserve">[11:54] </w:t>
      </w:r>
      <w:r>
        <w:t>wo</w:t>
      </w:r>
    </w:p>
    <w:p>
      <w:pPr>
        <w:jc w:val="right"/>
      </w:pPr>
      <w:r>
        <w:t>وہ</w:t>
      </w:r>
    </w:p>
    <w:p>
      <w:r>
        <w:rPr>
          <w:b/>
        </w:rPr>
        <w:t xml:space="preserve">[12:02] </w:t>
      </w:r>
      <w:r>
        <w:t>yani yeh baat aaj scientifically discover ho chuki hai. ab yeh sirf aqeeday ki baat nahi hai ke sari universe hamare liye hai.</w:t>
      </w:r>
    </w:p>
    <w:p>
      <w:pPr>
        <w:jc w:val="right"/>
      </w:pPr>
      <w:r>
        <w:t>یعنی یہ بات آج سائنٹیفکلی ڈسکور ہو چکی ہے۔ اب یہ صرف عقیدے کی بات نہیں ہے کہ ساری یونیورس ہمارے لیے ہے۔</w:t>
      </w:r>
    </w:p>
    <w:p>
      <w:r>
        <w:rPr>
          <w:b/>
        </w:rPr>
        <w:t xml:space="preserve">[12:14] </w:t>
      </w:r>
      <w:r>
        <w:t>yeh ab ek scientific discovery hai.</w:t>
      </w:r>
    </w:p>
    <w:p>
      <w:pPr>
        <w:jc w:val="right"/>
      </w:pPr>
      <w:r>
        <w:t>یہ اب ایک سائنٹیفک ڈسکوری ہے۔</w:t>
      </w:r>
    </w:p>
    <w:p>
      <w:r>
        <w:rPr>
          <w:b/>
        </w:rPr>
        <w:t xml:space="preserve">[12:20] </w:t>
      </w:r>
      <w:r>
        <w:t>bohat ajeeb baat hai.</w:t>
      </w:r>
    </w:p>
    <w:p>
      <w:pPr>
        <w:jc w:val="right"/>
      </w:pPr>
      <w:r>
        <w:t>بہت عجیب بات ہے۔</w:t>
      </w:r>
    </w:p>
    <w:p>
      <w:r>
        <w:rPr>
          <w:b/>
        </w:rPr>
        <w:t xml:space="preserve">[12:28] </w:t>
      </w:r>
      <w:r>
        <w:t>bohat ajeeb baat hai.</w:t>
      </w:r>
    </w:p>
    <w:p>
      <w:pPr>
        <w:jc w:val="right"/>
      </w:pPr>
      <w:r>
        <w:t>بہت عجیب بات ہے۔</w:t>
      </w:r>
    </w:p>
    <w:p>
      <w:r>
        <w:rPr>
          <w:b/>
        </w:rPr>
        <w:t xml:space="preserve">[12:30] </w:t>
      </w:r>
      <w:r>
        <w:t>sari kainat is tarah banai gayi hai ke bilkul woh insan ke liye fit ho, insan ki zarooraton ko poora kare.</w:t>
      </w:r>
    </w:p>
    <w:p>
      <w:pPr>
        <w:jc w:val="right"/>
      </w:pPr>
      <w:r>
        <w:t>ساری کائنات اس طرح بنائی گئی ہے کہ بالکل وہ انسان کے لیے فٹ ہو، انسان کی ضرورتوں کو پورا کرے۔</w:t>
      </w:r>
    </w:p>
    <w:p>
      <w:r>
        <w:rPr>
          <w:b/>
        </w:rPr>
        <w:t xml:space="preserve">[12:42] </w:t>
      </w:r>
      <w:r>
        <w:t>insan ke insan ki jo zarooraten hain, jo tamannayen hain, us se aakhri had tak muwafiqat karti hai yeh kainat.</w:t>
      </w:r>
    </w:p>
    <w:p>
      <w:pPr>
        <w:jc w:val="right"/>
      </w:pPr>
      <w:r>
        <w:t>انسان کے انسان کی جو ضرورتیں ہیں، جو تمنائیں ہیں، اس سے آخری حد تک موافقت کرتی ہے یہ کائنات۔</w:t>
      </w:r>
    </w:p>
    <w:p>
      <w:r>
        <w:rPr>
          <w:b/>
        </w:rPr>
        <w:t xml:space="preserve">[13:00] </w:t>
      </w:r>
      <w:r>
        <w:t>yeh kaisi ajeeb baat hai.</w:t>
      </w:r>
    </w:p>
    <w:p>
      <w:pPr>
        <w:jc w:val="right"/>
      </w:pPr>
      <w:r>
        <w:t>یہ کیسی عجیب بات ہے۔</w:t>
      </w:r>
    </w:p>
    <w:p>
      <w:r>
        <w:rPr>
          <w:b/>
        </w:rPr>
        <w:t xml:space="preserve">[13:06] </w:t>
      </w:r>
      <w:r>
        <w:t>yani ek scientist ke alfaaz mein yeh universe custom made universe hai.</w:t>
      </w:r>
    </w:p>
    <w:p>
      <w:pPr>
        <w:jc w:val="right"/>
      </w:pPr>
      <w:r>
        <w:t>یعنی ایک سائنٹسٹ کے الفاظ میں یہ یونیورس کسٹم میڈ یونیورس ہے۔</w:t>
      </w:r>
    </w:p>
    <w:p>
      <w:r>
        <w:rPr>
          <w:b/>
        </w:rPr>
        <w:t xml:space="preserve">[13:16] </w:t>
      </w:r>
      <w:r>
        <w:t>custom made kehte hain jise aap ek joota aap ko lena hai, order dein aap, woh aap ko bilkul paon ke lehaz se ek joota tayyar kare.</w:t>
      </w:r>
    </w:p>
    <w:p>
      <w:pPr>
        <w:jc w:val="right"/>
      </w:pPr>
      <w:r>
        <w:t>کسٹم میڈ کہتے ہیں جسے آپ ایک جوتا آپ کو لینا ہے، آرڈر دیں آپ، وہ آپ کو بالکل پاؤں کے لحاظ سے ایک جوتا تیار کرے۔</w:t>
      </w:r>
    </w:p>
    <w:p>
      <w:r>
        <w:rPr>
          <w:b/>
        </w:rPr>
        <w:t xml:space="preserve">[13:26] </w:t>
      </w:r>
      <w:r>
        <w:t>bilkul paon ke lehaz se aap ke. aur aap ke paon par fit ho jaye woh. toh woh hai custom made shoe.</w:t>
      </w:r>
    </w:p>
    <w:p>
      <w:pPr>
        <w:jc w:val="right"/>
      </w:pPr>
      <w:r>
        <w:t>بالکل پاؤں کے لحاظ سے آپ کے۔ اور آپ کے پاؤں پر فٹ ہو جائے وہ۔ تو وہ ہے کسٹم میڈ شو۔</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