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Importance of Modesty 6 Oct, 2018 - Maulana Wahiduddin Khan</w:t>
      </w:r>
    </w:p>
    <w:p>
      <w:r>
        <w:t>https://www.youtube.com/watch?v=Ul3hRcfLGRM</w:t>
      </w:r>
    </w:p>
    <w:p>
      <w:r>
        <w:rPr>
          <w:b/>
        </w:rPr>
        <w:t xml:space="preserve">[00:14] </w:t>
      </w:r>
      <w:r>
        <w:t>bismillah al-rahman al-rahim. wa salli Allahu ala nabiyyi al-kareem.</w:t>
      </w:r>
    </w:p>
    <w:p>
      <w:pPr>
        <w:jc w:val="right"/>
      </w:pPr>
      <w:r>
        <w:t>بسم اللہ الرحمن الرحیم۔ وصلی اللہ علی نبی کریم۔</w:t>
      </w:r>
    </w:p>
    <w:p>
      <w:r>
        <w:rPr>
          <w:b/>
        </w:rPr>
        <w:t xml:space="preserve">[00:37] </w:t>
      </w:r>
      <w:r>
        <w:t>6 october 2018.</w:t>
      </w:r>
    </w:p>
    <w:p>
      <w:pPr>
        <w:jc w:val="right"/>
      </w:pPr>
      <w:r>
        <w:t>6 اکتوبر 2018۔</w:t>
      </w:r>
    </w:p>
    <w:p>
      <w:r>
        <w:rPr>
          <w:b/>
        </w:rPr>
        <w:t xml:space="preserve">[00:46] </w:t>
      </w:r>
      <w:r>
        <w:t>aaj, aaj ke liye ek hadith ka intikhab hua hai.</w:t>
      </w:r>
    </w:p>
    <w:p>
      <w:pPr>
        <w:jc w:val="right"/>
      </w:pPr>
      <w:r>
        <w:t>آج، آج کے لیے ایک حدیث کا انتخاب ہوا ہے۔</w:t>
      </w:r>
    </w:p>
    <w:p>
      <w:r>
        <w:rPr>
          <w:b/>
        </w:rPr>
        <w:t xml:space="preserve">[00:58] </w:t>
      </w:r>
      <w:r>
        <w:t>yeh hadith ek bohat hi ajeeb hadith hai.</w:t>
      </w:r>
    </w:p>
    <w:p>
      <w:pPr>
        <w:jc w:val="right"/>
      </w:pPr>
      <w:r>
        <w:t>یہ حدیث ایک بہت ہی عجیب حدیث ہے۔</w:t>
      </w:r>
    </w:p>
    <w:p>
      <w:r>
        <w:rPr>
          <w:b/>
        </w:rPr>
        <w:t xml:space="preserve">[01:06] </w:t>
      </w:r>
      <w:r>
        <w:t>toh pehle aap ko is ka text parha jayega, phir inshallah is ke baad bare mein pass hoonga.</w:t>
      </w:r>
    </w:p>
    <w:p>
      <w:pPr>
        <w:jc w:val="right"/>
      </w:pPr>
      <w:r>
        <w:t>تو پہلے آپ کو اس کا ٹیکسٹ پڑھا جائے گا، پھر انشاءاللہ اس کے بعد بارے میں پاس ہوں گے۔</w:t>
      </w:r>
    </w:p>
    <w:p>
      <w:r>
        <w:rPr>
          <w:b/>
        </w:rPr>
        <w:t xml:space="preserve">[01:17] </w:t>
      </w:r>
      <w:r>
        <w:t>an abi huraira qala: jals jibril al-nabi salla Allahu alayhi wa sallam fa nazara al-sama, fa idha malakun yanzil.</w:t>
      </w:r>
    </w:p>
    <w:p>
      <w:pPr>
        <w:jc w:val="right"/>
      </w:pPr>
      <w:r>
        <w:t>عن ابی ہریرہ قال: جلس جبریل النبی صلی اللہ علیہ وسلم فنظر السماء، فاذا ملکینزل۔</w:t>
      </w:r>
    </w:p>
    <w:p>
      <w:r>
        <w:rPr>
          <w:b/>
        </w:rPr>
        <w:t xml:space="preserve">[01:26] </w:t>
      </w:r>
      <w:r>
        <w:t>fa qala lahu jibril: hadha al-malak ma nazala mundhu khaliqa qabla al-sa'ah. fa lamma nazala qala: ya Muhammad, in rabbaka yuqri'uka al-salam.</w:t>
      </w:r>
    </w:p>
    <w:p>
      <w:pPr>
        <w:jc w:val="right"/>
      </w:pPr>
      <w:r>
        <w:t>فقال لہ جبریل: هذا الملک ما نزل منذ خلق قبل الساعہ۔ فلما نزل قال: یا محمد، ان ربک یقرئک السلام۔</w:t>
      </w:r>
    </w:p>
    <w:p>
      <w:r>
        <w:rPr>
          <w:b/>
        </w:rPr>
        <w:t xml:space="preserve">[01:38] </w:t>
      </w:r>
      <w:r>
        <w:t>arsalani ilayka rabbuka a malakan nabiyan ja'aluka aw abdan rasulan? fa laftat rasul Allah salla Allahu alayhi wa sallam ila jibril al-mustashir mustashiri lahu.</w:t>
      </w:r>
    </w:p>
    <w:p>
      <w:pPr>
        <w:jc w:val="right"/>
      </w:pPr>
      <w:r>
        <w:t>ارسلنی الیک ربک افملک نبیا جعلوک او عبدا رسولا؟ فلتفت رسول اللہ صلی اللہ علیہ وسلم الی جبریل المستشیر مستشیری لہ۔</w:t>
      </w:r>
    </w:p>
    <w:p>
      <w:r>
        <w:rPr>
          <w:b/>
        </w:rPr>
        <w:t xml:space="preserve">[01:53] </w:t>
      </w:r>
      <w:r>
        <w:t>fa qala lahu jibril: tawada' li rabbika ya Muhammad?</w:t>
      </w:r>
    </w:p>
    <w:p>
      <w:pPr>
        <w:jc w:val="right"/>
      </w:pPr>
      <w:r>
        <w:t>فقال له جبریل: تواضع لربک یا محمد؟</w:t>
      </w:r>
    </w:p>
    <w:p>
      <w:r>
        <w:rPr>
          <w:b/>
        </w:rPr>
        <w:t xml:space="preserve">[01:58] </w:t>
      </w:r>
      <w:r>
        <w:t>fa 'araftu annahu nasih. fa qala rasul Allah salla Allahu alayhi wa sallam: la bal abdan rasulan. is hadith ko musnad ahmad, shu'ab al-iman, bayhaqi, sunan nisai al-kubra mein riwayat kiya gaya hai.</w:t>
      </w:r>
    </w:p>
    <w:p>
      <w:pPr>
        <w:jc w:val="right"/>
      </w:pPr>
      <w:r>
        <w:t>فعرفت انہ ناصح۔ فقال رسول اللہ صلی اللہ علیہ وسلم: لا بل عبدا رسولا۔ اس حدیث کو مسند احمد، شعاب الایمان، بیہقی، سنن نسائی الکبری میں روایت کیا گیا ہے۔</w:t>
      </w:r>
    </w:p>
    <w:p>
      <w:r>
        <w:rPr>
          <w:b/>
        </w:rPr>
        <w:t xml:space="preserve">[02:16] </w:t>
      </w:r>
      <w:r>
        <w:t>is hadith ka tarjuma yeh hai: an abu huraira se riwayat hai ke jibril alayhi al-salam ek martaba rasul Allah salla Allahu alayhi wa sallam ke paas baithe hue thay.</w:t>
      </w:r>
    </w:p>
    <w:p>
      <w:pPr>
        <w:jc w:val="right"/>
      </w:pPr>
      <w:r>
        <w:t>اس حدیث کا ترجمہ یہ ہے: عن ابو ہریرہ سے روایت ہے کہ جبرائیل علیہ السلام ایک مرتبہ رسول اللہ صلی اللہ علیہ وسلم کے پاس بیٹھے ہوئے تھے۔</w:t>
      </w:r>
    </w:p>
    <w:p>
      <w:r>
        <w:rPr>
          <w:b/>
        </w:rPr>
        <w:t xml:space="preserve">[02:28] </w:t>
      </w:r>
      <w:r>
        <w:t>jibril ne asman ki taraf nazar uthai toh dekha ke ek farishta nazil ho raha hai.</w:t>
      </w:r>
    </w:p>
    <w:p>
      <w:pPr>
        <w:jc w:val="right"/>
      </w:pPr>
      <w:r>
        <w:t>جبرائیل نے آسمان کی طرف نظر اٹھائی تو دیکھا کہ ایک فرشتہ نازل ہو رہا ہے۔</w:t>
      </w:r>
    </w:p>
    <w:p>
      <w:r>
        <w:rPr>
          <w:b/>
        </w:rPr>
        <w:t xml:space="preserve">[02:35] </w:t>
      </w:r>
      <w:r>
        <w:t>to jibril ne aap se kaha: yeh farishta jo nazil hua hai, ab se pehle paidaish se ab tak zameen par nahi aaya tha.</w:t>
      </w:r>
    </w:p>
    <w:p>
      <w:pPr>
        <w:jc w:val="right"/>
      </w:pPr>
      <w:r>
        <w:t>تو جبرائیل نے آپ سے کہا: یہ فرشتہ جو نازل ہوا ہے، اب سے پہلے پیدائش سے اب تک زمین پر نہیں آیا تھا۔</w:t>
      </w:r>
    </w:p>
    <w:p>
      <w:r>
        <w:rPr>
          <w:b/>
        </w:rPr>
        <w:t xml:space="preserve">[02:46] </w:t>
      </w:r>
      <w:r>
        <w:t>jab woh aaya to us ne kaha: aye muhammad, aap ka rab aap ko salam kehta hai aur mujhe aap ki taraf bheja hai ke aap ko</w:t>
      </w:r>
    </w:p>
    <w:p>
      <w:pPr>
        <w:jc w:val="right"/>
      </w:pPr>
      <w:r>
        <w:t>جب وہ آیا تو اس نے کہا: اے محمد، آپ کا رب آپ کو سلام کہتا ہے اور مجھے آپ کی طرف بھیجا ہے کہ آپ کو</w:t>
      </w:r>
    </w:p>
    <w:p>
      <w:r>
        <w:rPr>
          <w:b/>
        </w:rPr>
        <w:t xml:space="preserve">[02:54] </w:t>
      </w:r>
      <w:r>
        <w:t>badshah nabi banaye ya banda rasool. to rasool allah jibril alaih-e-salam ki taraf mutawajjah hue mashwara ke liye.</w:t>
      </w:r>
    </w:p>
    <w:p>
      <w:pPr>
        <w:jc w:val="right"/>
      </w:pPr>
      <w:r>
        <w:t>بادشاہ نبی بنائے یا بندہ رسول۔ تو رسول اللہ جبرائیل علیہ السلام کی طرف متوجہ ہوئے مشورہ کے لیے۔</w:t>
      </w:r>
    </w:p>
    <w:p>
      <w:r>
        <w:rPr>
          <w:b/>
        </w:rPr>
        <w:t xml:space="preserve">[03:07] </w:t>
      </w:r>
      <w:r>
        <w:t>to jibril ne kaha ke apne rab ke liye tawazu ikhtiyar kijiye, aye muhammad.</w:t>
      </w:r>
    </w:p>
    <w:p>
      <w:pPr>
        <w:jc w:val="right"/>
      </w:pPr>
      <w:r>
        <w:t>تو جبرائیل نے کہا کہ اپنے رب کے لیے تواضع اختیار کیجئے، اے محمد۔</w:t>
      </w:r>
    </w:p>
    <w:p>
      <w:r>
        <w:rPr>
          <w:b/>
        </w:rPr>
        <w:t xml:space="preserve">[03:12] </w:t>
      </w:r>
      <w:r>
        <w:t>aap kehte hain ke maine samjha ke woh khair khwah hain. to aap ne kaha ke balkeh main yeh pasand karunga ke main abde rasool banaya jaon.</w:t>
      </w:r>
    </w:p>
    <w:p>
      <w:pPr>
        <w:jc w:val="right"/>
      </w:pPr>
      <w:r>
        <w:t>آپ کہتے ہیں کہ میں نے سمجھا کہ وہ خیر خواہ ہیں۔ تو آپ نے کہا کہ بلکہ میں یہ پسند کروں گا کہ میں عبد رسول بنایا جاؤں۔</w:t>
      </w:r>
    </w:p>
    <w:p>
      <w:r>
        <w:rPr>
          <w:b/>
        </w:rPr>
        <w:t xml:space="preserve">[03:27] </w:t>
      </w:r>
      <w:r>
        <w:t>mashallah. dekhen ji, is hadith ko jab maine parha</w:t>
      </w:r>
    </w:p>
    <w:p>
      <w:pPr>
        <w:jc w:val="right"/>
      </w:pPr>
      <w:r>
        <w:t>ماشاءاللہ۔ دیکھیں جی، اس حدیث کو جب میں نے پڑھا</w:t>
      </w:r>
    </w:p>
    <w:p>
      <w:r>
        <w:rPr>
          <w:b/>
        </w:rPr>
        <w:t xml:space="preserve">[03:40] </w:t>
      </w:r>
      <w:r>
        <w:t>to mere mann mein ek sawal aaya.</w:t>
      </w:r>
    </w:p>
    <w:p>
      <w:pPr>
        <w:jc w:val="right"/>
      </w:pPr>
      <w:r>
        <w:t>تو میرے من میں ایک سوال آیا۔</w:t>
      </w:r>
    </w:p>
    <w:p>
      <w:r>
        <w:rPr>
          <w:b/>
        </w:rPr>
        <w:t xml:space="preserve">[03:49] </w:t>
      </w:r>
      <w:r>
        <w:t>shayar logon ke jo bayan hain aur doosre logon ke bhi, is mein aksar rasool allah ke</w:t>
      </w:r>
    </w:p>
    <w:p>
      <w:pPr>
        <w:jc w:val="right"/>
      </w:pPr>
      <w:r>
        <w:t>شاعر لوگوں کے جو بیان ہیں اور دوسرے لوگوں کے بھی، اس میں اکثر رسول اللہ کے</w:t>
      </w:r>
    </w:p>
    <w:p>
      <w:r>
        <w:rPr>
          <w:b/>
        </w:rPr>
        <w:t xml:space="preserve">[04:05] </w:t>
      </w:r>
      <w:r>
        <w:t>yani is baat ko bohat badhate hain ke aap ko hukumat mili.</w:t>
      </w:r>
    </w:p>
    <w:p>
      <w:pPr>
        <w:jc w:val="right"/>
      </w:pPr>
      <w:r>
        <w:t>یعنی اس بات کو بہت بڑھاتے ہیں کہ آپ کو حکومت ملی۔</w:t>
      </w:r>
    </w:p>
    <w:p>
      <w:r>
        <w:rPr>
          <w:b/>
        </w:rPr>
        <w:t xml:space="preserve">[04:15] </w:t>
      </w:r>
      <w:r>
        <w:t>to</w:t>
      </w:r>
    </w:p>
    <w:p>
      <w:pPr>
        <w:jc w:val="right"/>
      </w:pPr>
      <w:r>
        <w:t>تو</w:t>
      </w:r>
    </w:p>
    <w:p>
      <w:r>
        <w:rPr>
          <w:b/>
        </w:rPr>
        <w:t xml:space="preserve">[04:19] </w:t>
      </w:r>
      <w:r>
        <w:t>misal ke taur par ek shayar rasool allah ke bare mein kehta hai: aye khasa khasan-e-rasul, waqt-e-dua hai.</w:t>
      </w:r>
    </w:p>
    <w:p>
      <w:pPr>
        <w:jc w:val="right"/>
      </w:pPr>
      <w:r>
        <w:t>مثلاً ایک شاعر رسول اللہ کے بارے میں کہتا ہے: اے خاصہ خاصان رسل، وقت دعا ہے۔</w:t>
      </w:r>
    </w:p>
    <w:p>
      <w:r>
        <w:rPr>
          <w:b/>
        </w:rPr>
        <w:t xml:space="preserve">[04:31] </w:t>
      </w:r>
      <w:r>
        <w:t>aise hi</w:t>
      </w:r>
    </w:p>
    <w:p>
      <w:pPr>
        <w:jc w:val="right"/>
      </w:pPr>
      <w:r>
        <w:t>ایسے ہی</w:t>
      </w:r>
    </w:p>
    <w:p>
      <w:r>
        <w:rPr>
          <w:b/>
        </w:rPr>
        <w:t xml:space="preserve">[04:34] </w:t>
      </w:r>
      <w:r>
        <w:t>shahanshah-e-konain, is tarah ke alfaaz bolte hain log. shahanshah-e-konain, badshah-e-kainat wagera.</w:t>
      </w:r>
    </w:p>
    <w:p>
      <w:pPr>
        <w:jc w:val="right"/>
      </w:pPr>
      <w:r>
        <w:t>شہنشاہ کونین، اس طرح کے الفاظ بولتے ہیں لوگ۔ شہنشاہ کونین، بادشاہ کائنات وغیرہ۔</w:t>
      </w:r>
    </w:p>
    <w:p>
      <w:r>
        <w:rPr>
          <w:b/>
        </w:rPr>
        <w:t xml:space="preserve">[04:49] </w:t>
      </w:r>
      <w:r>
        <w:t>to ba taur-e-waqia to yeh hua</w:t>
      </w:r>
    </w:p>
    <w:p>
      <w:pPr>
        <w:jc w:val="right"/>
      </w:pPr>
      <w:r>
        <w:t>تو بطور واقعہ تو یہ ہوا</w:t>
      </w:r>
    </w:p>
    <w:p>
      <w:r>
        <w:rPr>
          <w:b/>
        </w:rPr>
        <w:t xml:space="preserve">[04:53] </w:t>
      </w:r>
      <w:r>
        <w:t>ke aap ko arab mein political power mila.</w:t>
      </w:r>
    </w:p>
    <w:p>
      <w:pPr>
        <w:jc w:val="right"/>
      </w:pPr>
      <w:r>
        <w:t>کہ آپ کو عرب میں پولیٹیکل پاور ملا۔</w:t>
      </w:r>
    </w:p>
    <w:p>
      <w:r>
        <w:rPr>
          <w:b/>
        </w:rPr>
        <w:t xml:space="preserve">[05:00] </w:t>
      </w:r>
      <w:r>
        <w:t>lekin dekhne ki baat yeh hai ke aap ne manga kya cheez?</w:t>
      </w:r>
    </w:p>
    <w:p>
      <w:pPr>
        <w:jc w:val="right"/>
      </w:pPr>
      <w:r>
        <w:t>لیکن دیکھنے کی بات یہ ہے کہ آپ نے مانگا کیا چیز؟</w:t>
      </w:r>
    </w:p>
    <w:p>
      <w:r>
        <w:rPr>
          <w:b/>
        </w:rPr>
        <w:t xml:space="preserve">[05:09] </w:t>
      </w:r>
      <w:r>
        <w:t>aap ne mangi allah se modesty. modesty.</w:t>
      </w:r>
    </w:p>
    <w:p>
      <w:pPr>
        <w:jc w:val="right"/>
      </w:pPr>
      <w:r>
        <w:t>آپ نے مانگی اللہ سے ماڈیسٹی۔ ماڈیسٹی۔</w:t>
      </w:r>
    </w:p>
    <w:p>
      <w:r>
        <w:rPr>
          <w:b/>
        </w:rPr>
        <w:t xml:space="preserve">[05:21] </w:t>
      </w:r>
      <w:r>
        <w:t>kya lafz hai? tawazu</w:t>
      </w:r>
    </w:p>
    <w:p>
      <w:pPr>
        <w:jc w:val="right"/>
      </w:pPr>
      <w:r>
        <w:t>کیا لفظ ہے؟ تواضع</w:t>
      </w:r>
    </w:p>
    <w:p>
      <w:r>
        <w:rPr>
          <w:b/>
        </w:rPr>
        <w:t xml:space="preserve">[05:23] </w:t>
      </w:r>
      <w:r>
        <w:t>? ji. tawazu. modesty. is par maine bohat socha. to meri samajh mein aaya ke modesty jo hai, woh insan ka basic character hai.</w:t>
      </w:r>
    </w:p>
    <w:p>
      <w:pPr>
        <w:jc w:val="right"/>
      </w:pPr>
      <w:r>
        <w:t>؟ جی۔ تواضع۔ ماڈیسٹی۔ اس پر میں نے بہت سوچا۔ تو میری سمجھ میں آیا کہ ماڈیسٹی جو ہے، وہ انسان کا بیسک کریکٹر ہے۔</w:t>
      </w:r>
    </w:p>
    <w:p>
      <w:r>
        <w:rPr>
          <w:b/>
        </w:rPr>
        <w:t xml:space="preserve">[05:43] </w:t>
      </w:r>
      <w:r>
        <w:t>baqi jo insan ko allah se milta hai, chahe hukumat mile, chahe daulat mile, koi bhi cheez mile, woh uska</w:t>
      </w:r>
    </w:p>
    <w:p>
      <w:pPr>
        <w:jc w:val="right"/>
      </w:pPr>
      <w:r>
        <w:t>بقیہ جو انسان کو اللہ سے ملتا ہے، چاہے حکومت ملے، چاہے دولت ملے، کوئی بھی چیز ملے، وہ اس کا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