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Why this Ethical Crisis (Moral Crisis) I December 16, 2007 - Maulana Wahiduddin Khan</w:t>
      </w:r>
    </w:p>
    <w:p>
      <w:r>
        <w:t>https://www.youtube.com/watch?v=00lGcZ0tyyg</w:t>
      </w:r>
    </w:p>
    <w:p>
      <w:r>
        <w:rPr>
          <w:b/>
        </w:rPr>
        <w:t xml:space="preserve">[00:13] </w:t>
      </w:r>
      <w:r>
        <w:t>bismillah-e-rehman-e-rahim, wa salla allah ala-n-nabi-e-karim. rab-ishrah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wah-l-uqdatan min lisani yafqahu qawli.</w:t>
      </w:r>
    </w:p>
    <w:p>
      <w:pPr>
        <w:jc w:val="right"/>
      </w:pPr>
      <w:r>
        <w:t>واحل العقدۃ من لسانی یفقہ قولی۔</w:t>
      </w:r>
    </w:p>
    <w:p>
      <w:r>
        <w:rPr>
          <w:b/>
        </w:rPr>
        <w:t xml:space="preserve">[00:35] </w:t>
      </w:r>
      <w:r>
        <w:t>aaj ka jo, aaj ki, aaj ki baat cheet ka jo title hai woh yeh hai: "why this,</w:t>
      </w:r>
    </w:p>
    <w:p>
      <w:pPr>
        <w:jc w:val="right"/>
      </w:pPr>
      <w:r>
        <w:t>آج کا جو، آج کی، آج کی بات چیت کا جو ٹائٹل ہے وہ یہ ہے: "وائی دس،</w:t>
      </w:r>
    </w:p>
    <w:p>
      <w:r>
        <w:rPr>
          <w:b/>
        </w:rPr>
        <w:t xml:space="preserve">[00:50] </w:t>
      </w:r>
      <w:r>
        <w:t>why this ethical crisis" aur "moral crisis". aaj kal sabhi log jo sincere hain, jo cheezon ko seriously lete hain,</w:t>
      </w:r>
    </w:p>
    <w:p>
      <w:pPr>
        <w:jc w:val="right"/>
      </w:pPr>
      <w:r>
        <w:t>وائی دس ایتھیکل کرائسز" اور "مورل کرائسز"۔ آج کل سبھی لوگ جو سنسیئر ہیں، جو چیزوں کو سیریسلی لیتے ہیں،</w:t>
      </w:r>
    </w:p>
    <w:p>
      <w:r>
        <w:rPr>
          <w:b/>
        </w:rPr>
        <w:t xml:space="preserve">[01:07] </w:t>
      </w:r>
      <w:r>
        <w:t>woh</w:t>
      </w:r>
    </w:p>
    <w:p>
      <w:pPr>
        <w:jc w:val="right"/>
      </w:pPr>
      <w:r>
        <w:t>وہ</w:t>
      </w:r>
    </w:p>
    <w:p>
      <w:r>
        <w:rPr>
          <w:b/>
        </w:rPr>
        <w:t xml:space="preserve">[01:09] </w:t>
      </w:r>
      <w:r>
        <w:t>kehte hain ke aaj kal ke zamane mein itne zyada log ir responsible ho gaye hain, kyun? khaas taur par jo senior log hain, jo zyada umar ke log hain,</w:t>
      </w:r>
    </w:p>
    <w:p>
      <w:pPr>
        <w:jc w:val="right"/>
      </w:pPr>
      <w:r>
        <w:t>کہتے ہیں کہ آج کل کے زمانے میں اتنے زیادہ لوگ ار رسپانسبل ہو گئے ہیں، کیوں؟ خاص طور پر جو سینئر لوگ ہیں، جو زیادہ عمر کے لوگ ہیں،</w:t>
      </w:r>
    </w:p>
    <w:p>
      <w:r>
        <w:rPr>
          <w:b/>
        </w:rPr>
        <w:t xml:space="preserve">[01:22] </w:t>
      </w:r>
      <w:r>
        <w:t>wo kehte hain ke hamare bachpan mein jitna pais hota tha,</w:t>
      </w:r>
    </w:p>
    <w:p>
      <w:pPr>
        <w:jc w:val="right"/>
      </w:pPr>
      <w:r>
        <w:t>وہ کہتے ہیں کہ ہمارے بچپن میں جتنا پیس ہوتا تھا،</w:t>
      </w:r>
    </w:p>
    <w:p>
      <w:r>
        <w:rPr>
          <w:b/>
        </w:rPr>
        <w:t xml:space="preserve">[01:27] </w:t>
      </w:r>
      <w:r>
        <w:t>log moral standard ko</w:t>
      </w:r>
    </w:p>
    <w:p>
      <w:pPr>
        <w:jc w:val="right"/>
      </w:pPr>
      <w:r>
        <w:t>لوگ مورل اسٹینڈرڈ کو</w:t>
      </w:r>
    </w:p>
    <w:p>
      <w:r>
        <w:rPr>
          <w:b/>
        </w:rPr>
        <w:t xml:space="preserve">[01:34] </w:t>
      </w:r>
      <w:r>
        <w:t>adhere karte the, moral standard ko follow karte the. ab kisi ko is ka dhyan nahin, har aadmi bas apne wahm par chal raha hai, apne desire par chal raha hai,</w:t>
      </w:r>
    </w:p>
    <w:p>
      <w:pPr>
        <w:jc w:val="right"/>
      </w:pPr>
      <w:r>
        <w:t>اڈھیر کرتے تھے، مورل اسٹینڈرڈ کو فالو کرتے تھے۔ اب کسی کو اس کا دھیان نہیں، ہر آدمی بس اپنے وھم پر چل رہا ہے، اپنے ڈیزائر پر چل رہا ہے،</w:t>
      </w:r>
    </w:p>
    <w:p>
      <w:r>
        <w:rPr>
          <w:b/>
        </w:rPr>
        <w:t xml:space="preserve">[01:53] </w:t>
      </w:r>
      <w:r>
        <w:t>koi responsibility feel nahin karta wo. to aisa kyun hai? kal mein, kal ek, ek telephone aaya, is se mein ne bas sochna shuru kiya.</w:t>
      </w:r>
    </w:p>
    <w:p>
      <w:pPr>
        <w:jc w:val="right"/>
      </w:pPr>
      <w:r>
        <w:t>کوئی رسپانسبیلٹی فیل نہیں کرتا وہ۔ تو ایسا کیوں ہے؟ کل میں، کل ایک، ایک ٹیلی فون آیا، اس سے میں نے بس سوچنا شروع کیا۔</w:t>
      </w:r>
    </w:p>
    <w:p>
      <w:r>
        <w:rPr>
          <w:b/>
        </w:rPr>
        <w:t xml:space="preserve">[02:04] </w:t>
      </w:r>
      <w:r>
        <w:t>telephone tha hamare saathi jo hain, Mr Rajat Malhotra.</w:t>
      </w:r>
    </w:p>
    <w:p>
      <w:pPr>
        <w:jc w:val="right"/>
      </w:pPr>
      <w:r>
        <w:t>ٹیلی فون تھا ہمارے ساتھی جو ہیں، مسٹر رجت ملہوترا۔</w:t>
      </w:r>
    </w:p>
    <w:p>
      <w:r>
        <w:rPr>
          <w:b/>
        </w:rPr>
        <w:t xml:space="preserve">[02:09] </w:t>
      </w:r>
      <w:r>
        <w:t>wo aaj kal bahar gaye hue hain, un ki company ki taraf se bahut se log international tour par gaye hue hain.</w:t>
      </w:r>
    </w:p>
    <w:p>
      <w:pPr>
        <w:jc w:val="right"/>
      </w:pPr>
      <w:r>
        <w:t>وہ آج کل باہر گئے ہوئے ہیں، ان کی کمپنی کی طرف سے بہت سے لوگ انٹرنیشنل ٹور پر گئے ہوئے ہیں۔</w:t>
      </w:r>
    </w:p>
    <w:p>
      <w:r>
        <w:rPr>
          <w:b/>
        </w:rPr>
        <w:t xml:space="preserve">[02:19] </w:t>
      </w:r>
      <w:r>
        <w:t>to kal wo Thailand mein the, to wahan se unhon ne telephone kiya.</w:t>
      </w:r>
    </w:p>
    <w:p>
      <w:pPr>
        <w:jc w:val="right"/>
      </w:pPr>
      <w:r>
        <w:t>تو کل وہ تھائی لینڈ میں تھے، تو وہاں سے انہوں نے ٹیلی فون کیا۔</w:t>
      </w:r>
    </w:p>
    <w:p>
      <w:r>
        <w:rPr>
          <w:b/>
        </w:rPr>
        <w:t xml:space="preserve">[02:27] </w:t>
      </w:r>
      <w:r>
        <w:t>to is par mein sochne laga. unhon ne kaha ke mein apne sath</w:t>
      </w:r>
    </w:p>
    <w:p>
      <w:pPr>
        <w:jc w:val="right"/>
      </w:pPr>
      <w:r>
        <w:t>تو اس پر میں سوچنے لگا۔ انہوں نے کہا کہ میں اپنے ساتھ</w:t>
      </w:r>
    </w:p>
    <w:p>
      <w:r>
        <w:rPr>
          <w:b/>
        </w:rPr>
        <w:t xml:space="preserve">[02:34] </w:t>
      </w:r>
      <w:r>
        <w:t>aise pamphlet laya tha jo CPS ki taraf se chhappe gaye hain: "Khuda par, aakhirat par, hell aur paradise par".</w:t>
      </w:r>
    </w:p>
    <w:p>
      <w:pPr>
        <w:jc w:val="right"/>
      </w:pPr>
      <w:r>
        <w:t>ایسے پمفلیٹ لایا تھا جو سی پی ایس کی طرف سے چھاپے گئے ہیں: "خدا پر، آخرت پر، ہیل اور پارڈائز پر"۔</w:t>
      </w:r>
    </w:p>
    <w:p>
      <w:r>
        <w:rPr>
          <w:b/>
        </w:rPr>
        <w:t xml:space="preserve">[02:47] </w:t>
      </w:r>
      <w:r>
        <w:t>to mein apne sathiyon se baat karta tha Khuda par, to koi is mein zara bhi interest nahin leta tha.</w:t>
      </w:r>
    </w:p>
    <w:p>
      <w:pPr>
        <w:jc w:val="right"/>
      </w:pPr>
      <w:r>
        <w:t>تو میں اپنے ساتھیوں سے بات کرتا تھا خدا پر، تو کوئی اس میں ذرا بھی انٹرسٹ نہیں لیتا تھا۔</w:t>
      </w:r>
    </w:p>
    <w:p>
      <w:r>
        <w:rPr>
          <w:b/>
        </w:rPr>
        <w:t xml:space="preserve">[02:56] </w:t>
      </w:r>
      <w:r>
        <w:t>kisi ko kuch bhi interest nahin hai ke wo Khuda par baat kare, creator par baat kare, creation plan of God par baat kare. lekin yahan Thailand mein mein ne dekha ke log yahan par aaye to sab ke sab toot pade</w:t>
      </w:r>
    </w:p>
    <w:p>
      <w:pPr>
        <w:jc w:val="right"/>
      </w:pPr>
      <w:r>
        <w:t>کسی کو کچھ بھی انٹرسٹ نہیں ہے کہ وہ خدا پر بات کرے، کریٹر پر بات کرے، کریشن پلان آف گاڈ پر بات کرے۔ لیکن یہاں تھائی لینڈ میں میں نے دیکھا کہ لوگ یہاں پر آئے تو سب کے سب ٹوٹ پڑے</w:t>
      </w:r>
    </w:p>
    <w:p>
      <w:r>
        <w:rPr>
          <w:b/>
        </w:rPr>
        <w:t xml:space="preserve">[03:13] </w:t>
      </w:r>
      <w:r>
        <w:t>shopping ke liye. jisko dekhe shopping ke toot pada hai, aur khoob kharidariyan kar rahe hain. unhon ne kaha ke mujhe samajh nahin aata ke yeh log is itne saman le kaise jayenge, itna khareed rahe hain.</w:t>
      </w:r>
    </w:p>
    <w:p>
      <w:pPr>
        <w:jc w:val="right"/>
      </w:pPr>
      <w:r>
        <w:t>شاپنگ کے لیے۔ جس کو دیکھے شاپنگ کے ٹوٹ پڑا ہے، اور خوب خریداریاں کر رہے ہیں۔ انہوں نے کہا کہ مجھے سمجھ نہیں آتا کہ یہ لوگ اس اتنے سامان لے کیسے جائیں گے، اتنا خرید رہے ہیں۔</w:t>
      </w:r>
    </w:p>
    <w:p>
      <w:r>
        <w:rPr>
          <w:b/>
        </w:rPr>
        <w:t xml:space="preserve">[03:29] </w:t>
      </w:r>
      <w:r>
        <w:t>to unhon ne kahin se poocha ke aap log itna zyada shopping kar rahe hain, is ke aakhir yeh need ke liye to hai nahin?</w:t>
      </w:r>
    </w:p>
    <w:p>
      <w:pPr>
        <w:jc w:val="right"/>
      </w:pPr>
      <w:r>
        <w:t>تو انہوں نے کہیں سے پوچھا کہ آپ لوگ اتنا زیادہ شاپنگ کر رہے ہیں، اس کے آخر یہ نیڈ کے لیے تو ہے نہیں؟</w:t>
      </w:r>
    </w:p>
    <w:p>
      <w:r>
        <w:rPr>
          <w:b/>
        </w:rPr>
        <w:t xml:space="preserve">[03:39] </w:t>
      </w:r>
      <w:r>
        <w:t>ghar par sab saman aap ke liye maujood hai, yeh shopping kyun? to unhon ne kaha ke shopping hum is liye kar rahe hain</w:t>
      </w:r>
    </w:p>
    <w:p>
      <w:pPr>
        <w:jc w:val="right"/>
      </w:pPr>
      <w:r>
        <w:t>گھر پر سب سامان آپ کے لیے موجود ہے، یہ شاپنگ کیوں؟ تو انہوں نے کہا کہ شاپنگ ہم اس لیے کر رہے ہیں</w:t>
      </w:r>
    </w:p>
    <w:p>
      <w:r>
        <w:rPr>
          <w:b/>
        </w:rPr>
        <w:t xml:space="preserve">[03:48] </w:t>
      </w:r>
      <w:r>
        <w:t>ke jab hum ghar par jayenge to log poochhenge ke bhai kya laye? to falan country mein gaye, falan country mein gaye, to hamare liye kya laye?</w:t>
      </w:r>
    </w:p>
    <w:p>
      <w:pPr>
        <w:jc w:val="right"/>
      </w:pPr>
      <w:r>
        <w:t>کہ جب ہم گھر پر جائیں گے تو لوگ پوچھیں گے کہ بھئی کیا لائے؟ تو فلاں کنٹری میں گئے، فلاں کنٹری میں گئے، تو ہمارے لیے کیا لائے؟</w:t>
      </w:r>
    </w:p>
    <w:p>
      <w:r>
        <w:rPr>
          <w:b/>
        </w:rPr>
        <w:t xml:space="preserve">[03:59] </w:t>
      </w:r>
      <w:r>
        <w:t>to hum is liye shopping kar rahe hain. chunancha wo log jo shopping kar rahe the,</w:t>
      </w:r>
    </w:p>
    <w:p>
      <w:pPr>
        <w:jc w:val="right"/>
      </w:pPr>
      <w:r>
        <w:t>تو ہم اس لیے شاپنگ کر رہے ہیں۔ چنانچہ وہ لوگ جو شاپنگ کر رہے تھے،</w:t>
      </w:r>
    </w:p>
    <w:p>
      <w:r>
        <w:rPr>
          <w:b/>
        </w:rPr>
        <w:t xml:space="preserve">[04:06] </w:t>
      </w:r>
      <w:r>
        <w:t>telephone kar ke khushi khushi bata rahe the apne relatives ko, apne bete beti ko ke tumhare liye hum yeh la rahe hain, tumhare liye woh la rahe hain.</w:t>
      </w:r>
    </w:p>
    <w:p>
      <w:pPr>
        <w:jc w:val="right"/>
      </w:pPr>
      <w:r>
        <w:t>ٹیلی فون کر کے خوشی خوشی بتا رہے تھے اپنے ریلیٹوز کو، اپنے بیٹے بیٹی کو کہ تمہارے لیے ہم یہ لا رہے ہیں، تمہارے لیے وہ لا رہے ہیں۔</w:t>
      </w:r>
    </w:p>
    <w:p>
      <w:r>
        <w:rPr>
          <w:b/>
        </w:rPr>
        <w:t xml:space="preserve">[04:18] </w:t>
      </w:r>
      <w:r>
        <w:t>bahut khush ho kar bata rahe the. to is par mein ne socha shuru kiya ke wohi log jo</w:t>
      </w:r>
    </w:p>
    <w:p>
      <w:pPr>
        <w:jc w:val="right"/>
      </w:pPr>
      <w:r>
        <w:t>بہت خوش ہو کر بتا رہے تھے۔ تو اس پر میں نے سوچا شروع کیا کہ وہی لوگ جو</w:t>
      </w:r>
    </w:p>
    <w:p>
      <w:r>
        <w:rPr>
          <w:b/>
        </w:rPr>
        <w:t xml:space="preserve">[04:25] </w:t>
      </w:r>
      <w:r>
        <w:t>shopping ke, yani shopping karne mein itna dilchaspi le rahe hain, wohi log Khuda ke subject par kyun baat nahin karte?</w:t>
      </w:r>
    </w:p>
    <w:p>
      <w:pPr>
        <w:jc w:val="right"/>
      </w:pPr>
      <w:r>
        <w:t>شاپنگ کے، یعنی شاپنگ کرنے میں اتنا دلچسپی لے رہے ہیں، وہی لوگ خدا کے سبجیکٹ پر کیوں بات نہیں کرتے؟</w:t>
      </w:r>
    </w:p>
    <w:p>
      <w:r>
        <w:rPr>
          <w:b/>
        </w:rPr>
        <w:t xml:space="preserve">[04:38] </w:t>
      </w:r>
      <w:r>
        <w:t>kyun? is liye ke mein ne apne psyche ko socha ke mera hal kya hai?</w:t>
      </w:r>
    </w:p>
    <w:p>
      <w:pPr>
        <w:jc w:val="right"/>
      </w:pPr>
      <w:r>
        <w:t>کیوں؟ اس لیے کہ میں نے اپنے سائیکی کو سوچا کہ میرا حال کیا ہے؟</w:t>
      </w:r>
    </w:p>
    <w:p>
      <w:r>
        <w:rPr>
          <w:b/>
        </w:rPr>
        <w:t xml:space="preserve">[04:44] </w:t>
      </w:r>
      <w:r>
        <w:t>mein chahe shopping center mein hoon ya kisi garden mein hoon, har cheez mujhe Khuda ka creation dikhai deti hai. har cheez.</w:t>
      </w:r>
    </w:p>
    <w:p>
      <w:pPr>
        <w:jc w:val="right"/>
      </w:pPr>
      <w:r>
        <w:t>میں چاہے شاپنگ سینٹر میں ہوں یا کسی گارڈن میں ہوں، ہر چیز مجھے خدا کا کریشن دکھائی دیتی ہے۔ ہر چیز۔</w:t>
      </w:r>
    </w:p>
    <w:p>
      <w:r>
        <w:rPr>
          <w:b/>
        </w:rPr>
        <w:t xml:space="preserve">[04:55] </w:t>
      </w:r>
      <w:r>
        <w:t>koi bhi cheez. kyunke wo sab cheez ya to direct taur par Khuda ne create kiya hai,</w:t>
      </w:r>
    </w:p>
    <w:p>
      <w:pPr>
        <w:jc w:val="right"/>
      </w:pPr>
      <w:r>
        <w:t>کوئی بھی چیز۔ کیونکہ وہ سب چیز یا تو ڈائریکٹ طور پر خدا نے کریٹ کیا ہے،</w:t>
      </w:r>
    </w:p>
    <w:p>
      <w:r>
        <w:rPr>
          <w:b/>
        </w:rPr>
        <w:t xml:space="preserve">[05:03] </w:t>
      </w:r>
      <w:r>
        <w:t>jaise grass hai, tree hai, river hai, mountain hai, wo direct taur par Khuda ka creation hai. aur jo cheezein hum khareedte hain, wo bhi Khuda hi ka creation hai.</w:t>
      </w:r>
    </w:p>
    <w:p>
      <w:pPr>
        <w:jc w:val="right"/>
      </w:pPr>
      <w:r>
        <w:t>جیسے گراس ہے، ٹری ہے، ریور ہے، ماؤنٹین ہے، وہ ڈائریکٹ طور پر خدا کا کریشن ہے۔ اور جو چیزیں ہم خریدتے ہیں، وہ بھی خدا ہی کا کریشن ہے۔</w:t>
      </w:r>
    </w:p>
    <w:p>
      <w:r>
        <w:rPr>
          <w:b/>
        </w:rPr>
        <w:t xml:space="preserve">[05:17] </w:t>
      </w:r>
      <w:r>
        <w:t>jaise ke yeh glass hai, pani to Khuda ne direct create kiya.</w:t>
      </w:r>
    </w:p>
    <w:p>
      <w:pPr>
        <w:jc w:val="right"/>
      </w:pPr>
      <w:r>
        <w:t>جیسے کہ یہ گلاس ہے، پانی تو خدا نے ڈائریکٹ کریٹ کیا۔</w:t>
      </w:r>
    </w:p>
    <w:p>
      <w:r>
        <w:rPr>
          <w:b/>
        </w:rPr>
        <w:t xml:space="preserve">[05:23] </w:t>
      </w:r>
      <w:r>
        <w:t>lekin yeh glass hai, woh kuch cheezein jo Khuda ne is dunya mein rakh dein, unhi ko hum ne discover kiya aur un ko hum ne process kiya, to phir woh glass ban gaya.</w:t>
      </w:r>
    </w:p>
    <w:p>
      <w:pPr>
        <w:jc w:val="right"/>
      </w:pPr>
      <w:r>
        <w:t>لیکن یہ گلاس ہے، وہ کچھ چیزیں جو خدا نے اس دنیا میں رکھ دیں، انہی کو ہم نے ڈسکور کیا اور ان کو ہم نے پروسیس کیا، تو پھر وہ گلاس بن گیا۔</w:t>
      </w:r>
    </w:p>
    <w:p>
      <w:r>
        <w:rPr>
          <w:b/>
        </w:rPr>
        <w:t xml:space="preserve">[05:40] </w:t>
      </w:r>
      <w:r>
        <w:t>to ultimately glass bhi Khuda hi ka creation hai, pani bhi Khuda ka creation hai. dono. to jab mein pani peene ke liye glass uthata hoon to mujhe yeh duality dikhai nahi deti.</w:t>
      </w:r>
    </w:p>
    <w:p>
      <w:pPr>
        <w:jc w:val="right"/>
      </w:pPr>
      <w:r>
        <w:t>تو الٹیمیٹلی گلاس بھی خدا ہی کا کریشن ہے، پانی بھی خدا کا کریشن ہے۔ دونوں۔ تو جب میں پانی پینے کے لیے گلاس اٹھاتا ہوں تو مجھے یہ ڈوئلٹی دکھائی نہیں دیتی۔</w:t>
      </w:r>
    </w:p>
    <w:p>
      <w:r>
        <w:rPr>
          <w:b/>
        </w:rPr>
        <w:t xml:space="preserve">[05:57] </w:t>
      </w:r>
      <w:r>
        <w:t>pani ko dekh kar bhi mere andar Khuda ko acknowledge karne ka sentiment aata hai.</w:t>
      </w:r>
    </w:p>
    <w:p>
      <w:pPr>
        <w:jc w:val="right"/>
      </w:pPr>
      <w:r>
        <w:t>پانی کو دیکھ کر بھی میرے اندر خدا کو اکنالج کرنے کا سینٹیمنٹ آتا ہے۔</w:t>
      </w:r>
    </w:p>
    <w:p>
      <w:r>
        <w:rPr>
          <w:b/>
        </w:rPr>
        <w:t xml:space="preserve">[06:02] </w:t>
      </w:r>
      <w:r>
        <w:t>aur glass ko dekh kar bhi mein Khuda ko acknowledge karta hoon. kitni bari blessing hai Khuda ki. kitna zyada Khuda hamare liye mehrban hai.</w:t>
      </w:r>
    </w:p>
    <w:p>
      <w:pPr>
        <w:jc w:val="right"/>
      </w:pPr>
      <w:r>
        <w:t>اور گلاس کو دیکھ کر بھی میں خدا کو اکنالج کرتا ہوں۔ کتنی بڑی بلیسنگ ہے خدا کی۔ کتنا زیادہ خدا ہمارے لیے مہربان ہے۔</w:t>
      </w:r>
    </w:p>
    <w:p>
      <w:r>
        <w:rPr>
          <w:b/>
        </w:rPr>
        <w:t xml:space="preserve">[06:14] </w:t>
      </w:r>
      <w:r>
        <w:t>kitni sari cheezein paida kar dein. jaise Quran mein hai ke:</w:t>
      </w:r>
    </w:p>
    <w:p>
      <w:pPr>
        <w:jc w:val="right"/>
      </w:pPr>
      <w:r>
        <w:t>کتنی ساری چیزیں پیدا کر دیں۔ جیسے قرآن میں ہے کہ:</w:t>
      </w:r>
    </w:p>
    <w:p>
      <w:r>
        <w:rPr>
          <w:b/>
        </w:rPr>
        <w:t xml:space="preserve">[06:21] </w:t>
      </w:r>
      <w:r>
        <w:t>wa atakum min kulli ma salatum wa atakum min kulli ma salatum yani Khuda ne tum ko is dunya mein woh sari cheezein de dein jis ki tumhein zaroorat thi.</w:t>
      </w:r>
    </w:p>
    <w:p>
      <w:pPr>
        <w:jc w:val="right"/>
      </w:pPr>
      <w:r>
        <w:t>وَعَطَاكُمْ مِنْ كُلِّ مَا سَالْتُمُوْا وَعَطَاكُمْ مِنْ كُلِّ مَا سَالْتُمُوْا یعنی خدا نے تم کو اس دنیا میں وہ ساری چیزیں دے دیں جس کی تمہیں ضرورت تھی۔</w:t>
      </w:r>
    </w:p>
    <w:p>
      <w:r>
        <w:rPr>
          <w:b/>
        </w:rPr>
        <w:t xml:space="preserve">[06:40] </w:t>
      </w:r>
      <w:r>
        <w:t>bila mangay hue Khuda ne is dunya mein woh sab kuch rakh diya. jis ko hum kehte hain life support system. hum ne manga nahi tha. hum ko pata bhi nahi tha ke hum ko yeh chahiye, woh chahiye, woh chahiye.</w:t>
      </w:r>
    </w:p>
    <w:p>
      <w:pPr>
        <w:jc w:val="right"/>
      </w:pPr>
      <w:r>
        <w:t>بلا مانگے ہوئے خدا نے اس دنیا میں وہ سب کچھ رکھ دیا۔ جس کو ہم کہتے ہیں لائف سپورٹ سسٹم۔ ہم نے مانگا نہیں تھا۔ ہم کو پتہ بھی نہیں تھا کہ ہم کو یہ چاہیے، وہ چاہیے، وہ چاہیے۔</w:t>
      </w:r>
    </w:p>
    <w:p>
      <w:r>
        <w:rPr>
          <w:b/>
        </w:rPr>
        <w:t xml:space="preserve">[06:53] </w:t>
      </w:r>
      <w:r>
        <w:t>to kuch cheezein woh hain jo direct taur par Khuda ki factory se ban kar nikal rahi hain. jaise pani hai, oxygen hai, light hai.</w:t>
      </w:r>
    </w:p>
    <w:p>
      <w:pPr>
        <w:jc w:val="right"/>
      </w:pPr>
      <w:r>
        <w:t>تو کچھ چیزیں وہ ہیں جو ڈائریکٹ طور پر خدا کی فیکٹری سے بن کر نکل رہی ہیں۔ جیسے پانی ہے، آکسیجن ہے، لائٹ ہے۔</w:t>
      </w:r>
    </w:p>
    <w:p>
      <w:r>
        <w:rPr>
          <w:b/>
        </w:rPr>
        <w:t xml:space="preserve">[07:03] </w:t>
      </w:r>
      <w:r>
        <w:t>kuch cheezein woh hain ke jo is zameen mein Khuda ne rakh di theen, jo cheezein hain. jise aur rakh diya tha to hum ne use steel banaya.</w:t>
      </w:r>
    </w:p>
    <w:p>
      <w:pPr>
        <w:jc w:val="right"/>
      </w:pPr>
      <w:r>
        <w:t>کچھ چیزیں وہ ہیں کہ جو اس زمین میں خدا نے رکھ دی تھیں، جو چیزیں ہیں۔ جسے اور رکھ دیا تھا تو ہم نے اسے اسٹیل بنایا۔</w:t>
      </w:r>
    </w:p>
    <w:p>
      <w:r>
        <w:rPr>
          <w:b/>
        </w:rPr>
        <w:t xml:space="preserve">[07:12] </w:t>
      </w:r>
      <w:r>
        <w:t>steel banaya to phir engine banaya. to mein jab dekhta hoon kisi machine ko to machine ko bhi mein isi tarah se Khuda ka creation manta hoon jis tarah aur ko manta hoon.</w:t>
      </w:r>
    </w:p>
    <w:p>
      <w:pPr>
        <w:jc w:val="right"/>
      </w:pPr>
      <w:r>
        <w:t>اسٹیل بنایا تو پھر انجن بنایا۔ تو میں جب دیکھتا ہوں کسی مشین کو تو مشین کو بھی میں اسی طرح سے خدا کا کریشن مانتا ہوں جس طرح اور کو مانتا ہوں۔</w:t>
      </w:r>
    </w:p>
    <w:p>
      <w:r>
        <w:rPr>
          <w:b/>
        </w:rPr>
        <w:t xml:space="preserve">[07:25] </w:t>
      </w:r>
      <w:r>
        <w:t>aur direct taur par Khuda ki factory se ban kar aa raha hai. itna hi zyada mujhe ehsas hota hai ke yeh yeh engine jo hai, yeh machine jo hai, woh bhi Khuda ki taraf se aa rahi hai.</w:t>
      </w:r>
    </w:p>
    <w:p>
      <w:pPr>
        <w:jc w:val="right"/>
      </w:pPr>
      <w:r>
        <w:t>اور ڈائریکٹ طور پر خدا کی فیکٹری سے بن کر آ رہا ہے۔ اتنا ہی زیادہ مجھے احساس ہوتا ہے کہ یہ یہ انجن جو ہے، یہ مشین جو ہے، وہ بھی خدا کی طرف سے آ رہی ہے۔</w:t>
      </w:r>
    </w:p>
    <w:p>
      <w:r>
        <w:rPr>
          <w:b/>
        </w:rPr>
        <w:t xml:space="preserve">[07:37] </w:t>
      </w:r>
      <w:r>
        <w:t>kyun ke yeh mind bhi to Khuda ka diya hua hai. jis mind se hum sochte hain.</w:t>
      </w:r>
    </w:p>
    <w:p>
      <w:pPr>
        <w:jc w:val="right"/>
      </w:pPr>
      <w:r>
        <w:t>کیونکہ یہ مائنڈ بھی تو خدا کا دیا ہوا ہے۔ جس مائنڈ سے ہم سوچتے ہیں۔</w:t>
      </w:r>
    </w:p>
    <w:p>
      <w:r>
        <w:rPr>
          <w:b/>
        </w:rPr>
        <w:t xml:space="preserve">[07:43] </w:t>
      </w:r>
      <w:r>
        <w:t>to mein ne yeh socha ke kya wajah hai ke shopping item ko dekh kar log khush ho rahe hain. lekin jo apne ko mein ne compare kiya ke mein to shopping item mein bhi, shopping item mein bhi Khuda ko dekhta hoon.</w:t>
      </w:r>
    </w:p>
    <w:p>
      <w:pPr>
        <w:jc w:val="right"/>
      </w:pPr>
      <w:r>
        <w:t>تو میں نے یہ سوچا کہ کیا وجہ ہے کہ شاپنگ آئٹم کو دیکھ کر لوگ خوش ہو رہے ہیں۔ لیکن جو اپنے کو میں نے کمپیئر کیا کہ میں تو شاپنگ آئٹم میں بھی، شاپنگ آئٹم میں بھی خدا کو دیکھتا ہوں۔</w:t>
      </w:r>
    </w:p>
    <w:p>
      <w:r>
        <w:rPr>
          <w:b/>
        </w:rPr>
        <w:t xml:space="preserve">[08:01] </w:t>
      </w:r>
      <w:r>
        <w:t>aur doob doob jata hoon Khuda ke blessing ko soch kar ke. yeh log aisa kyun nahi kar rahe? dekhein yeh is ki history jo hai bohat peechay jati hai is ki history.</w:t>
      </w:r>
    </w:p>
    <w:p>
      <w:pPr>
        <w:jc w:val="right"/>
      </w:pPr>
      <w:r>
        <w:t>اور ڈوب ڈوب جاتا ہوں خدا کے بلیسنگ کو سوچ کر کے۔ یہ لوگ ایسا کیوں نہیں کر رہے؟ دیکھیں یہ اس کی ہسٹری جو ہے بہت پیچھے جاتی ہے اس کی ہسٹری۔</w:t>
      </w:r>
    </w:p>
    <w:p>
      <w:r>
        <w:rPr>
          <w:b/>
        </w:rPr>
        <w:t xml:space="preserve">[08:12] </w:t>
      </w:r>
      <w:r>
        <w:t>yeh hai ek separatism ki tendency jo hai woh paida hui bohat pehle. yani seventeen century mein.</w:t>
      </w:r>
    </w:p>
    <w:p>
      <w:pPr>
        <w:jc w:val="right"/>
      </w:pPr>
      <w:r>
        <w:t>یہ ہے ایک سیپریٹزم کی ٹینڈنسی جو ہے وہ پیدا ہوئی بہت پہلے۔ یعنی سیونٹین سینچری میں۔</w:t>
      </w:r>
    </w:p>
    <w:p>
      <w:r>
        <w:rPr>
          <w:b/>
        </w:rPr>
        <w:t xml:space="preserve">[08:22] </w:t>
      </w:r>
      <w:r>
        <w:t>seventeen century mein dualism ka concept aaya. is ko Descartes ne shuru kiya aur kai logon ne shuru kiya. phir is ko zyada barhaya Galileo ne.</w:t>
      </w:r>
    </w:p>
    <w:p>
      <w:pPr>
        <w:jc w:val="right"/>
      </w:pPr>
      <w:r>
        <w:t>سیونٹین سینچری میں ڈولزم کا کانسیپٹ آیا۔ اس کو ڈیکارٹ نے شروع کیا اور کئی لوگوں نے شروع کیا۔ پھر اس کو زیادہ بڑھایا گلیلیو نے۔</w:t>
      </w:r>
    </w:p>
    <w:p>
      <w:r>
        <w:rPr>
          <w:b/>
        </w:rPr>
        <w:t xml:space="preserve">[08:35] </w:t>
      </w:r>
      <w:r>
        <w:t>Galileo aap jante hain ke seventeen century mein is ka</w:t>
      </w:r>
    </w:p>
    <w:p>
      <w:pPr>
        <w:jc w:val="right"/>
      </w:pPr>
      <w:r>
        <w:t>گلیلیو آپ جانتے ہیں کہ سیونٹین سینچری میں اس کا</w:t>
      </w:r>
    </w:p>
    <w:p>
      <w:r>
        <w:rPr>
          <w:b/>
        </w:rPr>
        <w:t xml:space="preserve">[08:40] </w:t>
      </w:r>
      <w:r>
        <w:t>sara kaam hua. sixteen century ka second half aur seventeen century ka first half isi ke darmiyan mein place hua Galileo.</w:t>
      </w:r>
    </w:p>
    <w:p>
      <w:pPr>
        <w:jc w:val="right"/>
      </w:pPr>
      <w:r>
        <w:t>سارا کام ہوا۔ سکسٹین سینچری کا سیکنڈ ہاف اور سیونٹین سینچری کا فرسٹ ہاف اسی کے درمیان میں پلیس ہوا گلیلیو۔</w:t>
      </w:r>
    </w:p>
    <w:p>
      <w:r>
        <w:rPr>
          <w:b/>
        </w:rPr>
        <w:t xml:space="preserve">[08:53] </w:t>
      </w:r>
      <w:r>
        <w:t>to Galileo ne kya kiya? ke cheezon ke</w:t>
      </w:r>
    </w:p>
    <w:p>
      <w:pPr>
        <w:jc w:val="right"/>
      </w:pPr>
      <w:r>
        <w:t>تو گلیلیو نے کیا کیا؟ کہ چیزوں کے</w:t>
      </w:r>
    </w:p>
    <w:p>
      <w:r>
        <w:rPr>
          <w:b/>
        </w:rPr>
        <w:t xml:space="preserve">[08:57] </w:t>
      </w:r>
      <w:r>
        <w:t>quantitative aspect ko is ke qualitative aspect se alag kar diya. yahan se shuru hui hai yeh cheez.</w:t>
      </w:r>
    </w:p>
    <w:p>
      <w:pPr>
        <w:jc w:val="right"/>
      </w:pPr>
      <w:r>
        <w:t>کوانٹیٹیٹیو اسپیکٹ کو اس کے کوالیٹیٹیو اسپیکٹ سے الگ کر دیا۔ یہاں سے شروع ہوئی ہے یہ چیز۔</w:t>
      </w:r>
    </w:p>
    <w:p>
      <w:r>
        <w:rPr>
          <w:b/>
        </w:rPr>
        <w:t xml:space="preserve">[09:06] </w:t>
      </w:r>
      <w:r>
        <w:t>ke hum shopping item ko dekhte hain aur created item ko nahi dekhte. jab hum khareedte hain shopping center se ek cheez to hum dekhte hain ke yeh yeh ek</w:t>
      </w:r>
    </w:p>
    <w:p>
      <w:pPr>
        <w:jc w:val="right"/>
      </w:pPr>
      <w:r>
        <w:t>کہ ہم شاپنگ آئٹم کو دیکھتے ہیں اور کریٹڈ آئٹم کو نہیں دیکھتے۔ جب ہم خریدتے ہیں شاپنگ سینٹر سے ایک چیز تو ہم دیکھتے ہیں کہ یہ یہ ایک</w:t>
      </w:r>
    </w:p>
    <w:p>
      <w:r>
        <w:rPr>
          <w:b/>
        </w:rPr>
        <w:t xml:space="preserve">[09:20] </w:t>
      </w:r>
      <w:r>
        <w:t>purchased commodity hai. halanke woh created commodity hai. koi bhi cheez jab aap lete hain bazaar se,</w:t>
      </w:r>
    </w:p>
    <w:p>
      <w:pPr>
        <w:jc w:val="right"/>
      </w:pPr>
      <w:r>
        <w:t>پرچیزڈ کموڈیٹی ہے۔ حالانکہ وہ کریٹڈ کموڈیٹی ہے۔ کوئی بھی چیز جب آپ لیتے ہیں بازار سے،</w:t>
      </w:r>
    </w:p>
    <w:p>
      <w:r>
        <w:rPr>
          <w:b/>
        </w:rPr>
        <w:t xml:space="preserve">[09:34] </w:t>
      </w:r>
      <w:r>
        <w:t>kisi shopping center se to aap ko ek maloom kiya aata hai ke yeh ek purchased community, commodity hai.</w:t>
      </w:r>
    </w:p>
    <w:p>
      <w:pPr>
        <w:jc w:val="right"/>
      </w:pPr>
      <w:r>
        <w:t>کسی شاپنگ سینٹر سے تو آپ کو ایک معلوم کیا آتا ہے کہ یہ ایک پرچیزڈ کمیونٹی، کموڈیٹی ہے۔</w:t>
      </w:r>
    </w:p>
    <w:p>
      <w:r>
        <w:rPr>
          <w:b/>
        </w:rPr>
        <w:t xml:space="preserve">[09:41] </w:t>
      </w:r>
      <w:r>
        <w:t>purchased commodity yani khareedi hui cheez. khareedi hui cheez ke taur par lete hain is ko aap. halanke woh paida ki hui cheez hai woh.</w:t>
      </w:r>
    </w:p>
    <w:p>
      <w:pPr>
        <w:jc w:val="right"/>
      </w:pPr>
      <w:r>
        <w:t>پرچیزڈ کموڈیٹی یعنی خریدی ہوئی چیز۔ خریدی ہوئی چیز کے طور پر لیتے ہیں اس کو آپ۔ حالانکہ وہ پیدا کی ہوئی چیز ہے وہ۔</w:t>
      </w:r>
    </w:p>
    <w:p>
      <w:r>
        <w:rPr>
          <w:b/>
        </w:rPr>
        <w:t xml:space="preserve">[09:51] </w:t>
      </w:r>
      <w:r>
        <w:t>woh created commodity hai. to creation ko aap simply ek purchasing ka item samajhte hain.</w:t>
      </w:r>
    </w:p>
    <w:p>
      <w:pPr>
        <w:jc w:val="right"/>
      </w:pPr>
      <w:r>
        <w:t>وہ کریٹڈ کموڈیٹی ہے۔ تو کریشن کو آپ سمپلی ایک پرچیزنگ کا آئٹم سمجھتے ہیں۔</w:t>
      </w:r>
    </w:p>
    <w:p>
      <w:r>
        <w:rPr>
          <w:b/>
        </w:rPr>
        <w:t xml:space="preserve">[10:00] </w:t>
      </w:r>
      <w:r>
        <w:t>is wajah se aap ko yeh to aata hai ke dekho bhai kitna make acha hai is ka, yeh kitni company achi hai is ki. is hesiyat se sochte hain aap.</w:t>
      </w:r>
    </w:p>
    <w:p>
      <w:pPr>
        <w:jc w:val="right"/>
      </w:pPr>
      <w:r>
        <w:t>اس وجہ سے آپ کو یہ تو آتا ہے کہ دیکھو بھئی کتنا میک اچھا ہے اس کا، یہ کتنی کمپنی اچھی ہے اس کی۔ اس حیثیت سے سوچتے ہیں آپ۔</w:t>
      </w:r>
    </w:p>
    <w:p>
      <w:r>
        <w:rPr>
          <w:b/>
        </w:rPr>
        <w:t xml:space="preserve">[10:09] </w:t>
      </w:r>
      <w:r>
        <w:t>lekin khuda ne jo paida kiya is hesiyat se nahi sochte aap. to aap khush hote hain, magan hote hain, lekin</w:t>
      </w:r>
    </w:p>
    <w:p>
      <w:pPr>
        <w:jc w:val="right"/>
      </w:pPr>
      <w:r>
        <w:t>لیکن خدا نے جو پیدا کیا اس حیثیت سے نہیں سوچتے آپ۔ تو آپ خوش ہوتے ہیں، مگن ہوتے ہیں، لیکن</w:t>
      </w:r>
    </w:p>
    <w:p>
      <w:r>
        <w:rPr>
          <w:b/>
        </w:rPr>
        <w:t xml:space="preserve">[10:17] </w:t>
      </w:r>
      <w:r>
        <w:t>shukr ka jazba nahi aata. khuda ko acknowledge nahi karte aap. to kya hua dekhein Galileo jo tha yeh Italian starmer tha.</w:t>
      </w:r>
    </w:p>
    <w:p>
      <w:pPr>
        <w:jc w:val="right"/>
      </w:pPr>
      <w:r>
        <w:t>شکر کا جذبہ نہیں آتا۔ خدا کو اکنالج نہیں کرتے آپ۔ تو کیا ہوا دیکھیں گلیلیو جو تھا یہ اٹیلین اسٹارمر تھا۔</w:t>
      </w:r>
    </w:p>
    <w:p>
      <w:r>
        <w:rPr>
          <w:b/>
        </w:rPr>
        <w:t xml:space="preserve">[10:28] </w:t>
      </w:r>
      <w:r>
        <w:t>aur bohat is ko kaha jata hai ke modern science isi se shuru hui. phir Newton ne is ko aage barhaya. phir Einstein ne aage barhaya.</w:t>
      </w:r>
    </w:p>
    <w:p>
      <w:pPr>
        <w:jc w:val="right"/>
      </w:pPr>
      <w:r>
        <w:t>اور بہت اس کو کہا جاتا ہے کہ ماڈرن سائنس اسی سے شروع ہوئی۔ پھر نیوٹن نے اس کو آگے بڑھایا۔ پھر آئنسٹین نے آگے بڑھایا۔</w:t>
      </w:r>
    </w:p>
    <w:p>
      <w:r>
        <w:rPr>
          <w:b/>
        </w:rPr>
        <w:t xml:space="preserve">[10:38] </w:t>
      </w:r>
      <w:r>
        <w:t>lekin jo jo jo foundation rakhi hai modern science ki woh Galileo ne aisa kaha jata hai. to aap jante hain ke Galileo se pehle kya mamla tha?</w:t>
      </w:r>
    </w:p>
    <w:p>
      <w:pPr>
        <w:jc w:val="right"/>
      </w:pPr>
      <w:r>
        <w:t>لیکن جو جو جو فاؤنڈیشن رکھی ہے ماڈرن سائنس کی وہ گلیلیو نے ایسا کہا جاتا ہے۔ تو آپ جانتے ہیں کہ گلیلیو سے پہلے کیا معاملہ تھا؟</w:t>
      </w:r>
    </w:p>
    <w:p>
      <w:r>
        <w:rPr>
          <w:b/>
        </w:rPr>
        <w:t xml:space="preserve">[10:51] </w:t>
      </w:r>
      <w:r>
        <w:t>jo history of thought batati hai ke</w:t>
      </w:r>
    </w:p>
    <w:p>
      <w:pPr>
        <w:jc w:val="right"/>
      </w:pPr>
      <w:r>
        <w:t>جو ہسٹری آف تھاٹ بتاتی ہے کہ</w:t>
      </w:r>
    </w:p>
    <w:p>
      <w:r>
        <w:rPr>
          <w:b/>
        </w:rPr>
        <w:t xml:space="preserve">[10:54] </w:t>
      </w:r>
      <w:r>
        <w:t>Galileo se pehle jo traditional thinking thi us mein mathematics aur physics dono separate department thay.</w:t>
      </w:r>
    </w:p>
    <w:p>
      <w:pPr>
        <w:jc w:val="right"/>
      </w:pPr>
      <w:r>
        <w:t>گلیلیو سے پہلے جو ٹریشنل تھنکنگ تھی اس میں میتھمیٹکس اور فزکس دونوں سیپریٹ ڈیپارٹمنٹ تھے۔</w:t>
      </w:r>
    </w:p>
    <w:p>
      <w:r>
        <w:rPr>
          <w:b/>
        </w:rPr>
        <w:t xml:space="preserve">[11:06] </w:t>
      </w:r>
      <w:r>
        <w:t>Galileo se pehle yeh tha ke mathematics alag thi aur physics alag thi.</w:t>
      </w:r>
    </w:p>
    <w:p>
      <w:pPr>
        <w:jc w:val="right"/>
      </w:pPr>
      <w:r>
        <w:t>گلیلیو سے پہلے یہ تھا کہ میتھمیٹکس الگ تھی اور فزکس الگ تھی۔</w:t>
      </w:r>
    </w:p>
    <w:p>
      <w:r>
        <w:rPr>
          <w:b/>
        </w:rPr>
        <w:t xml:space="preserve">[11:16] </w:t>
      </w:r>
      <w:r>
        <w:t>is ka karmana bataya jata hai ke is ne is is separation ko khatam kiya. mathematics ko aur physics ko dono ko ek kar diya.</w:t>
      </w:r>
    </w:p>
    <w:p>
      <w:pPr>
        <w:jc w:val="right"/>
      </w:pPr>
      <w:r>
        <w:t>اس کا کارنامہ بتایا جاتا ہے کہ اس نے اس اس سیپریشن کو ختم کیا۔ میتھمیٹکس کو اور فزکس کو دونوں کو ایک کر دیا۔</w:t>
      </w:r>
    </w:p>
    <w:p>
      <w:r>
        <w:rPr>
          <w:b/>
        </w:rPr>
        <w:t xml:space="preserve">[11:25] </w:t>
      </w:r>
      <w:r>
        <w:t>is se physics mein taraqqi ke chances bohat barh gaye.</w:t>
      </w:r>
    </w:p>
    <w:p>
      <w:pPr>
        <w:jc w:val="right"/>
      </w:pPr>
      <w:r>
        <w:t>اس سے فزکس میں ترقی کے چانسز بہت بڑھ گئے۔</w:t>
      </w:r>
    </w:p>
    <w:p>
      <w:r>
        <w:rPr>
          <w:b/>
        </w:rPr>
        <w:t xml:space="preserve">[11:29] </w:t>
      </w:r>
      <w:r>
        <w:t>lekin yahi Galileo hai jis ne yeh kiya ke cheezon ke bare mein ek ek ek duality paida ki. ke cheezon ke quantitative ek hota hai, is ka quantitative aspect.</w:t>
      </w:r>
    </w:p>
    <w:p>
      <w:pPr>
        <w:jc w:val="right"/>
      </w:pPr>
      <w:r>
        <w:t>لیکن یہی گلیلیو ہے جس نے یہ کیا کہ چیزوں کے بارے میں ایک ایک ایک ڈوئلٹی پیدا کی۔ کہ چیزوں کے کوانٹیٹیٹیو ایک ہوتا ہے، اس کا کوانٹیٹیٹیو اسپیکٹ۔</w:t>
      </w:r>
    </w:p>
    <w:p>
      <w:r>
        <w:rPr>
          <w:b/>
        </w:rPr>
        <w:t xml:space="preserve">[11:42] </w:t>
      </w:r>
      <w:r>
        <w:t>ek hota hai qualitative aspect. to is ne qualitative aspect ko alag kar diya aur aur qualitative aspect ko alag kar diya.</w:t>
      </w:r>
    </w:p>
    <w:p>
      <w:pPr>
        <w:jc w:val="right"/>
      </w:pPr>
      <w:r>
        <w:t>ایک ہوتا ہے کوالیٹیٹیو اسپیکٹ۔ تو اس نے کوالیٹیٹیو اسپیکٹ کو الگ کر دیا اور اور کوالیٹیٹیو اسپیکٹ کو الگ کر دیا۔</w:t>
      </w:r>
    </w:p>
    <w:p>
      <w:r>
        <w:rPr>
          <w:b/>
        </w:rPr>
        <w:t xml:space="preserve">[11:50] </w:t>
      </w:r>
      <w:r>
        <w:t>misal se aap samjhenge is cheez ko. maslan aap phool ko lijeye. phool. ek phool ke andar dekhein khushbu hoti hai aur sath sath is ki is ki ek chemistry hoti hai.</w:t>
      </w:r>
    </w:p>
    <w:p>
      <w:pPr>
        <w:jc w:val="right"/>
      </w:pPr>
      <w:r>
        <w:t>مثال سے آپ سمجھیں گے اس چیز کو۔ مثلاً آپ پھول کو لیجئے۔ پھول۔ ایک پھول کے اندر دیکھیں خوشبو ہوتی ہے اور ساتھ ساتھ اس کے اس کی ایک کیمسٹری ہوتی ہے۔</w:t>
      </w:r>
    </w:p>
    <w:p>
      <w:r>
        <w:rPr>
          <w:b/>
        </w:rPr>
        <w:t xml:space="preserve">[12:03] </w:t>
      </w:r>
      <w:r>
        <w:t>ek hoti hai is ki chemistry, ek hoti hai is ki khushbu.</w:t>
      </w:r>
    </w:p>
    <w:p>
      <w:pPr>
        <w:jc w:val="right"/>
      </w:pPr>
      <w:r>
        <w:t>ایک ہوتی ہے اس کی کیمسٹری، ایک ہوتی ہے اس کی خوشبو۔</w:t>
      </w:r>
    </w:p>
    <w:p>
      <w:r>
        <w:rPr>
          <w:b/>
        </w:rPr>
        <w:t xml:space="preserve">[12:09] </w:t>
      </w:r>
      <w:r>
        <w:t>to unhon ne kya kiya ke phool se is ki chemistry ko alag kar diya aur khushbu ko alag kar diya. yani khushbu science ka subject of study na rahi.</w:t>
      </w:r>
    </w:p>
    <w:p>
      <w:pPr>
        <w:jc w:val="right"/>
      </w:pPr>
      <w:r>
        <w:t>تو انہوں نے کیا کیا کہ پھول سے اس کی کیمسٹری کو الگ کر دیا اور خوشبو کو الگ کر دیا۔ یعنی خوشبو سائنس کا سبجیکٹ آف اسٹڈی نہ رہی۔</w:t>
      </w:r>
    </w:p>
    <w:p>
      <w:r>
        <w:rPr>
          <w:b/>
        </w:rPr>
        <w:t xml:space="preserve">[12:23] </w:t>
      </w:r>
      <w:r>
        <w:t>khushbu science ka subject of study na rahi. sirf chemistry is ki study</w:t>
      </w:r>
    </w:p>
    <w:p>
      <w:pPr>
        <w:jc w:val="right"/>
      </w:pPr>
      <w:r>
        <w:t>خوشبو سائنس کا سبجیکٹ آف اسٹڈی نہ رہی۔ صرف کیمسٹری اس کی اسٹڈی</w:t>
      </w:r>
    </w:p>
    <w:p>
      <w:r>
        <w:rPr>
          <w:b/>
        </w:rPr>
        <w:t xml:space="preserve">[12:29] </w:t>
      </w:r>
      <w:r>
        <w:t>ka subject rahi. isi ko Sollyon ne apni kitab jo Limitations of Science mein kaha hai ke ke science ko unhon ne unhon ne innocent ko unhon ne</w:t>
      </w:r>
    </w:p>
    <w:p>
      <w:pPr>
        <w:jc w:val="right"/>
      </w:pPr>
      <w:r>
        <w:t>کا سبجیکٹ رہی۔ اسی کو سولیون نے اپنی کتاب جو لمیٹیشنز آف سائنس میں کہا ہے کہ کہ سائنس کو انہوں نے انہوں نے انوسنٹ کو انہوں نے</w:t>
      </w:r>
    </w:p>
    <w:p>
      <w:r>
        <w:rPr>
          <w:b/>
        </w:rPr>
        <w:t xml:space="preserve">[12:45] </w:t>
      </w:r>
      <w:r>
        <w:t>is is is subject se alag kar diya. woh philosophy ka subject hai, woh mazhab ka subject hai, woh spirituality ka subject hai. yani khushbu ya soul ya rooh ya mind yeh sab jo hain jo jo un ko aap measure nahi kar sakte, jo measurable nahi hain.</w:t>
      </w:r>
    </w:p>
    <w:p>
      <w:pPr>
        <w:jc w:val="right"/>
      </w:pPr>
      <w:r>
        <w:t>اس اس اس سبجیکٹ سے الگ کر دیا۔ وہ فلاسفی کا سبجیکٹ ہے، وہ مذہب کا سبجیکٹ ہے، وہ سپریچولیٹی کا سبجیکٹ ہے۔ یعنی خوشبو یا سول یا روح یا مائنڈ یہ سب جو ہیں جو جو ان کو آپ میژر نہیں کر سکتے، جو میژریبل نہیں ہیں۔</w:t>
      </w:r>
    </w:p>
    <w:p>
      <w:r>
        <w:rPr>
          <w:b/>
        </w:rPr>
        <w:t xml:space="preserve">[13:03] </w:t>
      </w:r>
      <w:r>
        <w:t>to woh keh diya ke woh philosophy ka subject hai, woh spirituality ka subject hai, woh digit ka subject hai. aur science ka subject kya hai? woh cheez jo measure kiya sakti ho.</w:t>
      </w:r>
    </w:p>
    <w:p>
      <w:pPr>
        <w:jc w:val="right"/>
      </w:pPr>
      <w:r>
        <w:t>تو وہ کہہ دیا کہ وہ فلاسفی کا سبجیکٹ ہے، وہ سپریچولیٹی کا سبجیکٹ ہے، وہ ڈیجٹ کا سبجیکٹ ہے۔ اور سائنس کا سبجیکٹ کیا ہے؟ وہ چیز جو میژر کیا سکتی ہو۔</w:t>
      </w:r>
    </w:p>
    <w:p>
      <w:r>
        <w:rPr>
          <w:b/>
        </w:rPr>
        <w:t xml:space="preserve">[13:13] </w:t>
      </w:r>
      <w:r>
        <w:t>jo measurable hai woh science ka subject hai. jo measurable nahi hai woh science ka subject nahi hai. halankeh aap jante hain ke jis tarah body mera hai us tarah mera mind hai.</w:t>
      </w:r>
    </w:p>
    <w:p>
      <w:pPr>
        <w:jc w:val="right"/>
      </w:pPr>
      <w:r>
        <w:t>جو میژریبل ہے وہ سائنس کا سبجیکٹ ہے۔ جو میژریبل نہیں ہے وہ سائنس کا سبجیکٹ نہیں ہے۔ حالانکہ آپ جانتے ہیں کہ جس طرح باڈی میرا ہے اس طرح میرا مائنڈ ہے۔</w:t>
      </w:r>
    </w:p>
    <w:p>
      <w:r>
        <w:rPr>
          <w:b/>
        </w:rPr>
        <w:t xml:space="preserve">[13:25] </w:t>
      </w:r>
      <w:r>
        <w:t>lekin mind subject, mind jo hai woh science ka subject na rahi. body subject science ka ban gayi. subject of study. yeh jo duality thi ya separatism thi is ki wajah se ek naya culture paida hua.</w:t>
      </w:r>
    </w:p>
    <w:p>
      <w:pPr>
        <w:jc w:val="right"/>
      </w:pPr>
      <w:r>
        <w:t>لیکن مائنڈ سبجیکٹ، مائنڈ جو ہے وہ سائنس کا سبجیکٹ نہ رہی۔ باڈی سبجیکٹ سائنس کا بن گئی۔ سبجیکٹ آف اسٹڈی۔ یہ جو ڈوئلٹی تھی یا سیپریٹزم تھی اس کی وجہ سے ایک نیا کلچر پیدا ہوا۔</w:t>
      </w:r>
    </w:p>
    <w:p>
      <w:r>
        <w:rPr>
          <w:b/>
        </w:rPr>
        <w:t xml:space="preserve">[13:40] </w:t>
      </w:r>
      <w:r>
        <w:t>ek naya culture.</w:t>
      </w:r>
    </w:p>
    <w:p>
      <w:pPr>
        <w:jc w:val="right"/>
      </w:pPr>
      <w:r>
        <w:t>ایک نیا کلچر۔</w:t>
      </w:r>
    </w:p>
    <w:p>
      <w:r>
        <w:rPr>
          <w:b/>
        </w:rPr>
        <w:t xml:space="preserve">[13:44] </w:t>
      </w:r>
      <w:r>
        <w:t>kyun ke aap jante hain ke zamane mein science dominate kar rahi hai. is zamane mein yeh baat ek maloom baat hai ke science dominate dominate kar rahi hai.</w:t>
      </w:r>
    </w:p>
    <w:p>
      <w:pPr>
        <w:jc w:val="right"/>
      </w:pPr>
      <w:r>
        <w:t>کیونکہ آپ جانتے ہیں کہ زمانے میں سائنس ڈومینیٹ کر رہی ہے۔ اس زمانے میں یہ بات ایک معلوم بات ہے کہ سائنس ڈومینیٹ ڈومینیٹ کر رہی ہے۔</w:t>
      </w:r>
    </w:p>
    <w:p>
      <w:r>
        <w:rPr>
          <w:b/>
        </w:rPr>
        <w:t xml:space="preserve">[13:54] </w:t>
      </w:r>
      <w:r>
        <w:t>to jab</w:t>
      </w:r>
    </w:p>
    <w:p>
      <w:pPr>
        <w:jc w:val="right"/>
      </w:pPr>
      <w:r>
        <w:t>تو جب</w:t>
      </w:r>
    </w:p>
    <w:p>
      <w:r>
        <w:rPr>
          <w:b/>
        </w:rPr>
        <w:t xml:space="preserve">[13:57] </w:t>
      </w:r>
      <w:r>
        <w:t>is zamane ke jo scholars thay unhon ne dono ko alag kiya to insan ne samjha ke woh subject jo hai woh hamare matlab ka nahi hai. woh shairon ka hai, woh spiritual logon ka hai, philosophers ka hai.</w:t>
      </w:r>
    </w:p>
    <w:p>
      <w:pPr>
        <w:jc w:val="right"/>
      </w:pPr>
      <w:r>
        <w:t>اس زمانے کے جو سکالرز تھے انہوں نے دونوں کو الگ کیا تو انسان نے سمجھا کہ وہ سبجیکٹ جو ہے وہ ہمارے مطلب کا نہیں ہے۔ وہ شاعروں کا ہے، وہ سپریچول لوگوں کا ہے، فلاسفرز کا ہے۔</w:t>
      </w:r>
    </w:p>
    <w:p>
      <w:r>
        <w:rPr>
          <w:b/>
        </w:rPr>
        <w:t xml:space="preserve">[14:10] </w:t>
      </w:r>
      <w:r>
        <w:t>hamara jo subject hai woh to yahi hai ke jo cheez</w:t>
      </w:r>
    </w:p>
    <w:p>
      <w:pPr>
        <w:jc w:val="right"/>
      </w:pPr>
      <w:r>
        <w:t>ہمارا جو سبجیکٹ ہے وہ تو یہی ہے کہ جو چیز</w:t>
      </w:r>
    </w:p>
    <w:p>
      <w:r>
        <w:rPr>
          <w:b/>
        </w:rPr>
        <w:t xml:space="preserve">[14:15] </w:t>
      </w:r>
      <w:r>
        <w:t>jin cheez ka hum experiment kar sakte hon, jis ko hum measure kar sakte hon, jis ko naap aur tol sakte hon woh wahi haqeeqat hai. Doosra haqeeqat nahi hai, reality nahi hai.</w:t>
      </w:r>
    </w:p>
    <w:p>
      <w:pPr>
        <w:jc w:val="right"/>
      </w:pPr>
      <w:r>
        <w:t>جن چیز کا ہم ایکسپیریمنٹ کر سکتے ہوں، جس کو ہم میژر کر سکتے ہوں، جس کو ناپ اور تول سکتے ہوں وہ وہی حقیقت ہے۔ دوسرا حقیقت نہیں ہے، ریلیٹی نہیں ہے۔</w:t>
      </w:r>
    </w:p>
    <w:p>
      <w:r>
        <w:rPr>
          <w:b/>
        </w:rPr>
        <w:t xml:space="preserve">[14:25] </w:t>
      </w:r>
      <w:r>
        <w:t>to woh ek imaginary cheez ban gai. Is separatism ne yeh culture paida kiya</w:t>
      </w:r>
    </w:p>
    <w:p>
      <w:pPr>
        <w:jc w:val="right"/>
      </w:pPr>
      <w:r>
        <w:t>تو وہ ایک امیجنری چیز بن گئی۔ اس سیپریٹزم نے یہ کلچر پیدا کیا</w:t>
      </w:r>
    </w:p>
    <w:p>
      <w:r>
        <w:rPr>
          <w:b/>
        </w:rPr>
        <w:t xml:space="preserve">[14:33] </w:t>
      </w:r>
      <w:r>
        <w:t>ke inaam ko bonim se alag kar diya. Ab cheezein kya hain? Aap ko lagti hain ke yeh karkhane mein bani hai, mein paise se khareed raha hoon bas.</w:t>
      </w:r>
    </w:p>
    <w:p>
      <w:pPr>
        <w:jc w:val="right"/>
      </w:pPr>
      <w:r>
        <w:t>کہ انعام کو بونیم سے الگ کر دیا۔ اب چیزیں کیا ہیں؟ آپ کو لگتی ہیں کہ یہ کارخانے میں بنی ہے، میں پیسے سے خرید رہا ہوں بس۔</w:t>
      </w:r>
    </w:p>
    <w:p>
      <w:r>
        <w:rPr>
          <w:b/>
        </w:rPr>
        <w:t xml:space="preserve">[14:45] </w:t>
      </w:r>
      <w:r>
        <w:t>aur woh jo link hai woh link to dikhai nahi deta. Yani shopping center aur Khuda ke beech mein jo link hai woh dikhai nahi deta.</w:t>
      </w:r>
    </w:p>
    <w:p>
      <w:pPr>
        <w:jc w:val="right"/>
      </w:pPr>
      <w:r>
        <w:t>اور وہ جو لنک ہے وہ لنک تو دکھائی نہیں دیتا۔ یعنی شاپنگ سینٹر اور خدا کے بیچ میں جو لنک ہے وہ دکھائی نہیں دیتا۔</w:t>
      </w:r>
    </w:p>
    <w:p>
      <w:r>
        <w:rPr>
          <w:b/>
        </w:rPr>
        <w:t xml:space="preserve">[14:54] </w:t>
      </w:r>
      <w:r>
        <w:t>is liye aap is par na sochte hain na is par ghore karte hain.</w:t>
      </w:r>
    </w:p>
    <w:p>
      <w:pPr>
        <w:jc w:val="right"/>
      </w:pPr>
      <w:r>
        <w:t>اس لیے آپ اس پر نہ سوچتے ہیں نہ اس پر غور کرتے ہیں۔</w:t>
      </w:r>
    </w:p>
    <w:p>
      <w:r>
        <w:rPr>
          <w:b/>
        </w:rPr>
        <w:t xml:space="preserve">[15:01] </w:t>
      </w:r>
      <w:r>
        <w:t>yeh bohat hi bara,</w:t>
      </w:r>
    </w:p>
    <w:p>
      <w:pPr>
        <w:jc w:val="right"/>
      </w:pPr>
      <w:r>
        <w:t>یہ بہت ہی بڑا،</w:t>
      </w:r>
    </w:p>
    <w:p>
      <w:r>
        <w:rPr>
          <w:b/>
        </w:rPr>
        <w:t xml:space="preserve">[15:06] </w:t>
      </w:r>
      <w:r>
        <w:t>yeh bohat bara yeh insani history mein bohat hi bara yeh yeh yeh ek deviation tha jis ki wajah se saare dunya ka culture jo hai material material culture ban gaya.</w:t>
      </w:r>
    </w:p>
    <w:p>
      <w:pPr>
        <w:jc w:val="right"/>
      </w:pPr>
      <w:r>
        <w:t>یہ بہت بڑا یہ انسانی ہسٹری میں بہت ہی بڑا یہ یہ یہ ایک ڈیوی ایشن تھا جس کی وجہ سے سارے دنیا کا کلچر جو ہے مٹیریل مٹیریل کلچر بن گیا۔</w:t>
      </w:r>
    </w:p>
    <w:p>
      <w:r>
        <w:rPr>
          <w:b/>
        </w:rPr>
        <w:t xml:space="preserve">[15:22] </w:t>
      </w:r>
      <w:r>
        <w:t>Khuda se juri hui thi responsibility, accountability. Kyun ke jab aap Khuda ko mante hain to foran yeh ehsas hota hai ke mujhe Khuda ke samne jawab dena hai.</w:t>
      </w:r>
    </w:p>
    <w:p>
      <w:pPr>
        <w:jc w:val="right"/>
      </w:pPr>
      <w:r>
        <w:t>خدا سے جڑی ہوئی تھی ریسپانسبیلٹی، اکاؤنٹیبلٹی۔ کیونکہ جب آپ خدا کو مانتے ہیں تو فوراً یہ احساس ہوتا ہے کہ مجھے خدا کے سامنے جواب دینا ہے۔</w:t>
      </w:r>
    </w:p>
    <w:p>
      <w:r>
        <w:rPr>
          <w:b/>
        </w:rPr>
        <w:t xml:space="preserve">[15:33] </w:t>
      </w:r>
      <w:r>
        <w:t>mein accountable hoon. Mein chota jab bachcha tha to hamare baap kaha karte the ke Khuda ko munh dikhana hai.</w:t>
      </w:r>
    </w:p>
    <w:p>
      <w:pPr>
        <w:jc w:val="right"/>
      </w:pPr>
      <w:r>
        <w:t>میں اکاؤنٹیبل ہوں۔ میں چھوٹا جب بچہ تھا تو ہمارے باپ کہا کرتے تھے کہ خدا کو منہ دکھانا ہے۔</w:t>
      </w:r>
    </w:p>
    <w:p>
      <w:r>
        <w:rPr>
          <w:b/>
        </w:rPr>
        <w:t xml:space="preserve">[15:43] </w:t>
      </w:r>
      <w:r>
        <w:t>hamare baap yeh aksar kaha karte the ke Khuda ko munh dikhana hai. Matlab koi kaam karo to yeh soch kar karo</w:t>
      </w:r>
    </w:p>
    <w:p>
      <w:pPr>
        <w:jc w:val="right"/>
      </w:pPr>
      <w:r>
        <w:t>ہمارے باپ یہ اکثر کہا کرتے تھے کہ خدا کو منہ دکھانا ہے۔ مطلب کوئی کام کرو تو یہ سوچ کر کرو</w:t>
      </w:r>
    </w:p>
    <w:p>
      <w:r>
        <w:rPr>
          <w:b/>
        </w:rPr>
        <w:t xml:space="preserve">[15:51] </w:t>
      </w:r>
      <w:r>
        <w:t>ke jab mein Khuda ke samne pesh kiya jaunga to kya mein apne ko justified kar sakunga?</w:t>
      </w:r>
    </w:p>
    <w:p>
      <w:pPr>
        <w:jc w:val="right"/>
      </w:pPr>
      <w:r>
        <w:t>کہ جب میں خدا کے سامنے پیش کیا جاؤں گا تو کیا میں اپنے کو جسٹیفائیڈ کر سکوں گا؟</w:t>
      </w:r>
    </w:p>
    <w:p>
      <w:r>
        <w:rPr>
          <w:b/>
        </w:rPr>
        <w:t xml:space="preserve">[16:00] </w:t>
      </w:r>
      <w:r>
        <w:t>to yeh baat ab se bohat pehle ki hai, yani sau saal pehle ki. Is waqt ka insan jo hai sochta tha ke Khuda ko munh dikhana hai, Khuda ke samne pesh hona hai.</w:t>
      </w:r>
    </w:p>
    <w:p>
      <w:pPr>
        <w:jc w:val="right"/>
      </w:pPr>
      <w:r>
        <w:t>تو یہ بات اب سے بہت پہلے کی ہے، یعنی سو سال پہلے کی۔ اس وقت کا انسان جو ہے سوچتا تھا کہ خدا کو منہ دکھانا ہے، خدا کے سامنے پیش ہونا ہے۔</w:t>
      </w:r>
    </w:p>
    <w:p>
      <w:r>
        <w:rPr>
          <w:b/>
        </w:rPr>
        <w:t xml:space="preserve">[16:11] </w:t>
      </w:r>
      <w:r>
        <w:t>yani accountability ke ehsas mein jeeta tha insan. Jannat aur jahannum jahannum ko soch kar jeeta tha insan.</w:t>
      </w:r>
    </w:p>
    <w:p>
      <w:pPr>
        <w:jc w:val="right"/>
      </w:pPr>
      <w:r>
        <w:t>یعنی اکاؤنٹیبلٹی کے احساس میں جیتا تھا انسان۔ جنت اور جہنم جہنم کو سوچ کر جیتا تھا انسان۔</w:t>
      </w:r>
    </w:p>
    <w:p>
      <w:r>
        <w:rPr>
          <w:b/>
        </w:rPr>
        <w:t xml:space="preserve">[16:20] </w:t>
      </w:r>
      <w:r>
        <w:t>lekin ab woh cheez jo hai jab subject of study na rahi to bas woh khali ban gai, woh shayari ban gai woh. To yeh hai Galileo ne yeh kiya ke quantitative aspect jo hai cheezon ka us ko liya aur jo qualitative aspect hai us ko chhod diya.</w:t>
      </w:r>
    </w:p>
    <w:p>
      <w:pPr>
        <w:jc w:val="right"/>
      </w:pPr>
      <w:r>
        <w:t>لیکن اب وہ چیز جو ہے جب سبجیکٹ آف اسٹڈی نہ رہی تو بس وہ خالی بن گئی، وہ شاعری بن گئی وہ۔ تو یہ ہے گلیلیو نے یہ کیا کہ کوانٹیٹیٹیو اسپیکٹ جو ہے چیزوں کا اس کو لیا اور جو کوالیٹیٹیو اسپیکٹ ہے اس کو چھوڑ دیا۔</w:t>
      </w:r>
    </w:p>
    <w:p>
      <w:r>
        <w:rPr>
          <w:b/>
        </w:rPr>
        <w:t xml:space="preserve">[16:42] </w:t>
      </w:r>
      <w:r>
        <w:t>yeh hai jadd is moral crisis ki jis ko hum aaj dekh rahe hain. Ke cheezon ko is ki jo link thi Khuda se us ko hum ne alag kar diya.</w:t>
      </w:r>
    </w:p>
    <w:p>
      <w:pPr>
        <w:jc w:val="right"/>
      </w:pPr>
      <w:r>
        <w:t>یہ ہے جڑ اس مورل کرائسز کی جس کو ہم آج دیکھ رہے ہیں۔ کہ چیزوں کو اس کی جو لنک تھی خدا سے اس کو ہم نے الگ کر دیا۔</w:t>
      </w:r>
    </w:p>
    <w:p>
      <w:r>
        <w:rPr>
          <w:b/>
        </w:rPr>
        <w:t xml:space="preserve">[16:58] </w:t>
      </w:r>
      <w:r>
        <w:t>ab koi na sochta Khuda ke bare mein, na kuch. Bas samajhta hai ke meri jeb mein paisa hai, bazaar mein cheezein hain, khareed liya bas ho gaya.</w:t>
      </w:r>
    </w:p>
    <w:p>
      <w:pPr>
        <w:jc w:val="right"/>
      </w:pPr>
      <w:r>
        <w:t>اب کوئی نہ سوچتا خدا کے بارے میں، نہ کچھ۔ بس سمجھتا ہے کہ میری جیب میں پیسہ ہے، بازار میں چیزیں ہیں، خرید لیا بس ہو گیا۔</w:t>
      </w:r>
    </w:p>
    <w:p>
      <w:r>
        <w:rPr>
          <w:b/>
        </w:rPr>
        <w:t xml:space="preserve">[17:07] </w:t>
      </w:r>
      <w:r>
        <w:t>yani har cheez jo hai, har cheez jo hai woh purchased ki hui item ban gai, na ke created ki hui item.</w:t>
      </w:r>
    </w:p>
    <w:p>
      <w:pPr>
        <w:jc w:val="right"/>
      </w:pPr>
      <w:r>
        <w:t>یعنی ہر چیز جو ہے، ہر چیز جو ہے وہ پرچیز کی ہوئی آئٹم بن گئی، نہ کہ کریٹ کی ہوئی آئٹم۔</w:t>
      </w:r>
    </w:p>
    <w:p>
      <w:r>
        <w:rPr>
          <w:b/>
        </w:rPr>
        <w:t xml:space="preserve">[17:17] </w:t>
      </w:r>
      <w:r>
        <w:t>yeh ho gaya mamla.</w:t>
      </w:r>
    </w:p>
    <w:p>
      <w:pPr>
        <w:jc w:val="right"/>
      </w:pPr>
      <w:r>
        <w:t>یہ ہو گیا معاملہ۔</w:t>
      </w:r>
    </w:p>
    <w:p>
      <w:r>
        <w:rPr>
          <w:b/>
        </w:rPr>
        <w:t xml:space="preserve">[17:21] </w:t>
      </w:r>
      <w:r>
        <w:t>hamare jaisa log jo is ka victim nahi bane is soch ka to hum kisi bhi cheez ko chahe ek sui ho, chahe ek hawai jahaz ho, chahe ek glass ho jab us ko lete hain to ehsas hota hai ke Khuda ne kis tarah itni sari cheezein banain.</w:t>
      </w:r>
    </w:p>
    <w:p>
      <w:pPr>
        <w:jc w:val="right"/>
      </w:pPr>
      <w:r>
        <w:t>ہمارے جیسا لوگ جو اس کا وکٹم نہیں بنے اس سوچ کا تو ہم کسی بھی چیز کو چاہے ایک سوئی ہو، چاہے ایک ہوائی جہاز ہو، چاہے ایک گلاس ہو جب اس کو لیتے ہیں تو احساس ہوتا ہے کہ خدا نے کس طرح اتنی ساری چیزیں بنائیں۔</w:t>
      </w:r>
    </w:p>
    <w:p>
      <w:r>
        <w:rPr>
          <w:b/>
        </w:rPr>
        <w:t xml:space="preserve">[17:40] </w:t>
      </w:r>
      <w:r>
        <w:t>hum ne to sirf convert kiya hai, asal to Khuda hi creator hai is ka. Hamara jo is mein hai ke mind ko apply kar ke hum ne convert kiya to mind bhi Khuda ka diya hua hai jo convert karta hai.</w:t>
      </w:r>
    </w:p>
    <w:p>
      <w:pPr>
        <w:jc w:val="right"/>
      </w:pPr>
      <w:r>
        <w:t>ہم نے تو صرف کنورٹ کیا ہے، اصل تو خدا ہی کریٹر ہے اس کا۔ ہمارا جو اس میں ہے کہ مائنڈ کو اپلائی کر کے ہم نے کنورٹ کیا تو مائنڈ بھی خدا کا دیا ہوا ہے جو کنورٹ کرتا ہے۔</w:t>
      </w:r>
    </w:p>
    <w:p>
      <w:r>
        <w:rPr>
          <w:b/>
        </w:rPr>
        <w:t xml:space="preserve">[17:55] </w:t>
      </w:r>
      <w:r>
        <w:t>ab woh raw material bhi Khuda ka diya hua,</w:t>
      </w:r>
    </w:p>
    <w:p>
      <w:pPr>
        <w:jc w:val="right"/>
      </w:pPr>
      <w:r>
        <w:t>اب وہ را مٹیریل بھی خدا کا دیا ہوا،</w:t>
      </w:r>
    </w:p>
    <w:p>
      <w:r>
        <w:rPr>
          <w:b/>
        </w:rPr>
        <w:t xml:space="preserve">[17:58] </w:t>
      </w:r>
      <w:r>
        <w:t>raw material bhi Khuda ka diya hua, mera mind bhi Khuda ka diya hua. To jab mein convert karta hoon raw material ko ek machine mein ya ek consumer goods mein tab bhi woh Khudai hai</w:t>
      </w:r>
    </w:p>
    <w:p>
      <w:pPr>
        <w:jc w:val="right"/>
      </w:pPr>
      <w:r>
        <w:t>را مٹیریل بھی خدا کا دیا ہوا، میرا مائنڈ بھی خدا کا دیا ہوا۔ تو جب میں کنورٹ کرتا ہوں را مٹیریل کو ایک مشین میں یا ایک کنزیومر گڈز میں تب بھی وہ خدائی ہے</w:t>
      </w:r>
    </w:p>
    <w:p>
      <w:r>
        <w:rPr>
          <w:b/>
        </w:rPr>
        <w:t xml:space="preserve">[18:14] </w:t>
      </w:r>
      <w:r>
        <w:t>jis ko hamein sochna chahiye. Kyun ke raw material bhi Khuda ne create kiya aur aap ka mind bhi Khuda ne create kiya, life support system bhi Khuda ne diya.</w:t>
      </w:r>
    </w:p>
    <w:p>
      <w:pPr>
        <w:jc w:val="right"/>
      </w:pPr>
      <w:r>
        <w:t>جس کو ہمیں سوچنا چاہیے۔ کیونکہ را مٹیریل بھی خدا نے کریٹ کیا اور آپ کا مائنڈ بھی خدا نے کریٹ کیا، لائف سپورٹ سسٹم بھی خدا نے دیا۔</w:t>
      </w:r>
    </w:p>
    <w:p>
      <w:r>
        <w:rPr>
          <w:b/>
        </w:rPr>
        <w:t xml:space="preserve">[18:26] </w:t>
      </w:r>
      <w:r>
        <w:t>to yeh hua ke sara jo hai</w:t>
      </w:r>
    </w:p>
    <w:p>
      <w:pPr>
        <w:jc w:val="right"/>
      </w:pPr>
      <w:r>
        <w:t>تو یہ ہوا کہ سارا جو ہے</w:t>
      </w:r>
    </w:p>
    <w:p>
      <w:r>
        <w:rPr>
          <w:b/>
        </w:rPr>
        <w:t xml:space="preserve">[18:31] </w:t>
      </w:r>
      <w:r>
        <w:t>velioz badal gayeen, sari velioz badal gayeen. jo velioz pehle theen yaani woh woh sab khatam ho gaya.</w:t>
      </w:r>
    </w:p>
    <w:p>
      <w:pPr>
        <w:jc w:val="right"/>
      </w:pPr>
      <w:r>
        <w:t>ویلیوز بدل گئیں، ساری ویلیوز بدل گئیں۔ جو ویلیوز پہلے تھیں یعنی وہ وہ سب ختم ہو گئی۔</w:t>
      </w:r>
    </w:p>
    <w:p>
      <w:r>
        <w:rPr>
          <w:b/>
        </w:rPr>
        <w:t xml:space="preserve">[18:40] </w:t>
      </w:r>
      <w:r>
        <w:t>kyunke sari velioz juri hui thi accountability concept se. Khuda ke samne main accountable hoon is se juri hui thi.</w:t>
      </w:r>
    </w:p>
    <w:p>
      <w:pPr>
        <w:jc w:val="right"/>
      </w:pPr>
      <w:r>
        <w:t>کیونکہ ساری ویلیوز جڑی ہوئی تھی اکاؤنٹیبلٹی کانسیپٹ سے۔ خدا کے سامنے میں اکاؤنٹیبل ہوں اس سے جڑی ہوئی تھی۔</w:t>
      </w:r>
    </w:p>
    <w:p>
      <w:r>
        <w:rPr>
          <w:b/>
        </w:rPr>
        <w:t xml:space="preserve">[18:49] </w:t>
      </w:r>
      <w:r>
        <w:t>jab woh soch khatam ho gayi to woh link bhi khatam ho gayi. Isi ka ek ek main aap ko example deta hoon jo modern culture aaya hai.</w:t>
      </w:r>
    </w:p>
    <w:p>
      <w:pPr>
        <w:jc w:val="right"/>
      </w:pPr>
      <w:r>
        <w:t>جب وہ سوچ ختم ہو گئی تو وہ لنک بھی ختم ہو گئی۔ اسی کا ایک ایک میں آپ کو ایگزامپل دیتا ہوں جو ماڈرن کلچر آیا ہے۔</w:t>
      </w:r>
    </w:p>
    <w:p>
      <w:r>
        <w:rPr>
          <w:b/>
        </w:rPr>
        <w:t xml:space="preserve">[19:02] </w:t>
      </w:r>
      <w:r>
        <w:t>to yeh aaj ka angrezi akhbar mere hath mein hai.</w:t>
      </w:r>
    </w:p>
    <w:p>
      <w:pPr>
        <w:jc w:val="right"/>
      </w:pPr>
      <w:r>
        <w:t>تو یہ آج کا انگریزی اخبار میرے ہاتھ میں ہے۔</w:t>
      </w:r>
    </w:p>
    <w:p>
      <w:r>
        <w:rPr>
          <w:b/>
        </w:rPr>
        <w:t xml:space="preserve">[19:06] </w:t>
      </w:r>
      <w:r>
        <w:t>aaj ka angrezi akhbar is mein ek article nikla hai: "Don't feel guilty, don't feel guilty".</w:t>
      </w:r>
    </w:p>
    <w:p>
      <w:pPr>
        <w:jc w:val="right"/>
      </w:pPr>
      <w:r>
        <w:t>آج کا انگریزی اخبار اس میں ایک آرٹیکل نکلا ہے: "ڈونٹ فیل گلٹی، ڈونٹ فیل گلٹی"۔</w:t>
      </w:r>
    </w:p>
    <w:p>
      <w:r>
        <w:rPr>
          <w:b/>
        </w:rPr>
        <w:t xml:space="preserve">[19:17] </w:t>
      </w:r>
      <w:r>
        <w:t>yeh aaj hi ke angrezi akhbar mein yeh mazmoon aaya hai. Yeh ek mazmoon ki baat nahi hai,</w:t>
      </w:r>
    </w:p>
    <w:p>
      <w:pPr>
        <w:jc w:val="right"/>
      </w:pPr>
      <w:r>
        <w:t>یہ آج ہی کے انگریزی اخبار میں یہ مضمون آیا ہے۔ یہ ایک مضمون کی بات نہیں ہے،</w:t>
      </w:r>
    </w:p>
    <w:p>
      <w:r>
        <w:rPr>
          <w:b/>
        </w:rPr>
        <w:t xml:space="preserve">[19:26] </w:t>
      </w:r>
      <w:r>
        <w:t>yeh modern mind ki baat hai. Aaj ka insan kis tarah sochta hai us ki baat hai. Yeh ek mazmoon, yeh ek article ki baat nahi hai.</w:t>
      </w:r>
    </w:p>
    <w:p>
      <w:pPr>
        <w:jc w:val="right"/>
      </w:pPr>
      <w:r>
        <w:t>یہ ماڈرن مائنڈ کی بات ہے۔ آج کا انسان کس طرح سوچتا ہے اس کی بات ہے۔ یہ ایک مضمون، یہ ایک آرٹیکل کی بات نہیں ہے۔</w:t>
      </w:r>
    </w:p>
    <w:p>
      <w:r>
        <w:rPr>
          <w:b/>
        </w:rPr>
        <w:t xml:space="preserve">[19:36] </w:t>
      </w:r>
      <w:r>
        <w:t>yeh sare log isi tarah sochte hain, thore thore se logon ko chhod kar ke. "Don't feel guilty"</w:t>
      </w:r>
    </w:p>
    <w:p>
      <w:pPr>
        <w:jc w:val="right"/>
      </w:pPr>
      <w:r>
        <w:t>یہ سارے لوگ اسی طرح سوچتے ہیں، تھوڑے تھوڑے سے لوگوں کو چھوڑ کر کے۔ "ڈونٹ فیل گلٹی"</w:t>
      </w:r>
    </w:p>
    <w:p>
      <w:r>
        <w:rPr>
          <w:b/>
        </w:rPr>
        <w:t xml:space="preserve">[19:44] </w:t>
      </w:r>
      <w:r>
        <w:t>is mein kya bataya hai unhon ne ke jab hum apne ko right aur wrong ke concept mein le kar sochte hain ke bhai yeh to galat ho gaya, yeh to gunah ho gaya, yeh to sin ho gaya to hum apne ko guilty feel karte hain.</w:t>
      </w:r>
    </w:p>
    <w:p>
      <w:pPr>
        <w:jc w:val="right"/>
      </w:pPr>
      <w:r>
        <w:t>اس میں کیا بتایا ہے انہوں نے کہ جب ہم اپنے کو رائٹ اور رانگ کے کانسیپٹ میں لے کر سوچتے ہیں کہ بھئی یہ تو غلط ہو گیا، یہ تو گناہ ہو گیا، یہ تو سن ہو گیا تو ہم اپنے کو گلٹی فیل کرتے ہیں۔</w:t>
      </w:r>
    </w:p>
    <w:p>
      <w:r>
        <w:rPr>
          <w:b/>
        </w:rPr>
        <w:t xml:space="preserve">[19:59] </w:t>
      </w:r>
      <w:r>
        <w:t>to is ko bohat hi beautiful</w:t>
      </w:r>
    </w:p>
    <w:p>
      <w:pPr>
        <w:jc w:val="right"/>
      </w:pPr>
      <w:r>
        <w:t>تو اس کو بہت ہی بیوٹی فل</w:t>
      </w:r>
    </w:p>
    <w:p>
      <w:r>
        <w:rPr>
          <w:b/>
        </w:rPr>
        <w:t xml:space="preserve">[20:03] </w:t>
      </w:r>
      <w:r>
        <w:t>shabdon mein unhon ne kaha hai ke yeh feel, yeh jo feeling hai, yeh jo ehsas hai ke apne ko hum guilty mehsoos karte hain, is se self confidence ka level ghat jata hai.</w:t>
      </w:r>
    </w:p>
    <w:p>
      <w:pPr>
        <w:jc w:val="right"/>
      </w:pPr>
      <w:r>
        <w:t>शब्दوں میں انہوں نے کہا ہے کہ یہ فیل، یہ جو فیلنگ ہے، یہ جو احساس ہے کہ اپنے کو ہم گلٹی محسوس کرتے ہیں، اس سے سیلف کانفیڈنس کا لیول گھٹ جاتا ہے۔</w:t>
      </w:r>
    </w:p>
    <w:p>
      <w:r>
        <w:rPr>
          <w:b/>
        </w:rPr>
        <w:t xml:space="preserve">[20:18] </w:t>
      </w:r>
      <w:r>
        <w:t>dekhen kitni bhari yeh</w:t>
      </w:r>
    </w:p>
    <w:p>
      <w:pPr>
        <w:jc w:val="right"/>
      </w:pPr>
      <w:r>
        <w:t>دیکھیں کتنی بھاری یہ</w:t>
      </w:r>
    </w:p>
    <w:p>
      <w:r>
        <w:rPr>
          <w:b/>
        </w:rPr>
        <w:t xml:space="preserve">[20:20] </w:t>
      </w:r>
      <w:r>
        <w:t>woh hai, yaani kitna bara fitna hai yeh. Ek baat ko jis ko ek aur dhang se jis ko hum yeh kahenge, woh kya kahenge ke jab aap apne ko guilty feel karte hain to aap ke andar</w:t>
      </w:r>
    </w:p>
    <w:p>
      <w:pPr>
        <w:jc w:val="right"/>
      </w:pPr>
      <w:r>
        <w:t>وہ ہے، یعنی کتنا بڑا فتنہ ہے یہ۔ ایک بات کو جس کو ایک اور ڈھنگ سے جس کو ہم یہ کہیں گے، وہ کیا کہیں گے کہ جب آپ اپنے کو گلٹی فیل کرتے ہیں تو آپ کے اندر</w:t>
      </w:r>
    </w:p>
    <w:p>
      <w:r>
        <w:rPr>
          <w:b/>
        </w:rPr>
        <w:t xml:space="preserve">[20:36] </w:t>
      </w:r>
      <w:r>
        <w:t>self correction ka ehsas aata hai, apni islaah karoon main. Unhon ne kya kar diya ke is se self confidence ka level ghat ta hai aur phir zindagi mein aap muqabla karne ke qabil nahi rehte, challenge ka samna karne ke qabil nahi rehte.</w:t>
      </w:r>
    </w:p>
    <w:p>
      <w:pPr>
        <w:jc w:val="right"/>
      </w:pPr>
      <w:r>
        <w:t>سیلف کریکشن کا احساس آتا ہے، اپنی اصلاح کروں میں۔ انہوں نے کیا کر دیا کہ اس سے سیلف کانفیڈنس کا لیول گھٹتا ہے اور پھر زندگی میں آپ مقابلہ کرنے کے قابل نہیں رہتے، چیلنج کا سامنا کرنے کے قابل نہیں رہتے۔</w:t>
      </w:r>
    </w:p>
    <w:p>
      <w:r>
        <w:rPr>
          <w:b/>
        </w:rPr>
        <w:t xml:space="preserve">[20:53] </w:t>
      </w:r>
      <w:r>
        <w:t>kitni bhayanak yeh deviation hai jo zindagi mein aaya hai. Guilty feel karne ka matlab kya hai? Woh cheezein jo doosron ke liye harmful hain, society ke liye harmful hain,</w:t>
      </w:r>
    </w:p>
    <w:p>
      <w:pPr>
        <w:jc w:val="right"/>
      </w:pPr>
      <w:r>
        <w:t>کتنی بھیانک یہ ڈیوی ایشن ہے جو زندگی میں آیا ہے۔ گلٹی فیل کرنے کا مطلب کیا ہے؟ وہ چیزیں جو دوسروں کے لیے ہارم فل ہیں، سوسائٹی کے لیے ہارم فل ہیں،</w:t>
      </w:r>
    </w:p>
    <w:p>
      <w:r>
        <w:rPr>
          <w:b/>
        </w:rPr>
        <w:t xml:space="preserve">[21:10] </w:t>
      </w:r>
      <w:r>
        <w:t>us ko jo aap kar bethein kabhi to aap sochen ke bhai mujh se ghalati ho gayi, mujh se ghalati ho gayi. To jab aap ko yeh ehsas hoga ke mujh se ghalati ho gayi to apne ko islaah karenge, apne ko correct karenge, aap ke andar revision ka ehsas hoga,</w:t>
      </w:r>
    </w:p>
    <w:p>
      <w:pPr>
        <w:jc w:val="right"/>
      </w:pPr>
      <w:r>
        <w:t>اس کو جو آپ کر بیٹھیں کبھی تو آپ سوچیں کہ بھئی مجھ سے غلطی ہو گئی، مجھ سے غلطی ہو گئی۔ تو جب آپ کو یہ احساس ہوگا کہ مجھ سے غلطی ہو گئی تو اپنے کو اصلاح کریں گے، اپنے کو کریکٹ کریں گے، آپ کے اندر ریویژن کا احساس ہوگا،</w:t>
      </w:r>
    </w:p>
    <w:p>
      <w:r>
        <w:rPr>
          <w:b/>
        </w:rPr>
        <w:t xml:space="preserve">[21:27] </w:t>
      </w:r>
      <w:r>
        <w:t>apne ko revise karenge aap. Lekin yeh chahte hain ke le, is lekin is ko unhon ne ek beautiful tareeqe se is ko yun kar diya ke is se self confidence ka level ghat ta hai.</w:t>
      </w:r>
    </w:p>
    <w:p>
      <w:pPr>
        <w:jc w:val="right"/>
      </w:pPr>
      <w:r>
        <w:t>اپنے کو ریوائز کریں گے آپ۔ لیکن یہ چاہتے ہیں کہ لے، اس لیکن اس کو انہوں نے ایک بیوٹی فل طریقے سے اس کو یوں کر دیا کہ اس سے سیلف کانفیڈنس کا لیول گھٹتا ہے۔</w:t>
      </w:r>
    </w:p>
    <w:p>
      <w:r>
        <w:rPr>
          <w:b/>
        </w:rPr>
        <w:t xml:space="preserve">[21:43] </w:t>
      </w:r>
      <w:r>
        <w:t>self confidence se koi taluq hi nahi is ko,</w:t>
      </w:r>
    </w:p>
    <w:p>
      <w:pPr>
        <w:jc w:val="right"/>
      </w:pPr>
      <w:r>
        <w:t>سیلف کانفیڈنس سے کوئی تعلق ہی نہیں اس کو،</w:t>
      </w:r>
    </w:p>
    <w:p>
      <w:r>
        <w:rPr>
          <w:b/>
        </w:rPr>
        <w:t xml:space="preserve">[21:46] </w:t>
      </w:r>
      <w:r>
        <w:t>is ka taluq hai self correction se. Kyunke society ke liye aap agar harmful ban rahe hain to aap ko apni koi islaah karni chahiye apni.</w:t>
      </w:r>
    </w:p>
    <w:p>
      <w:pPr>
        <w:jc w:val="right"/>
      </w:pPr>
      <w:r>
        <w:t>اس کا تعلق ہے سیلف کریکشن سے۔ کیونکہ سوسائٹی کے لیے آپ اگر ہارم فل بن رہے ہیں تو آپ کو اپنی کوئی اصلاح کرنی چاہیے اپنی۔</w:t>
      </w:r>
    </w:p>
    <w:p>
      <w:r>
        <w:rPr>
          <w:b/>
        </w:rPr>
        <w:t xml:space="preserve">[21:56] </w:t>
      </w:r>
      <w:r>
        <w:t>jaise aaj kal dekhen, aap corruption har taraf hai, exploitation har taraf hai, violence har taraf hai, hate har taraf hai.</w:t>
      </w:r>
    </w:p>
    <w:p>
      <w:pPr>
        <w:jc w:val="right"/>
      </w:pPr>
      <w:r>
        <w:t>جیسے آج کل دیکھیں، آپ کرپشن ہر طرف ہے، ایکسپلائٹیشن ہر طرف ہے، وائیلنس ہر طرف ہے، ہیٹ ہر طرف ہے۔</w:t>
      </w:r>
    </w:p>
    <w:p>
      <w:r>
        <w:rPr>
          <w:b/>
        </w:rPr>
        <w:t xml:space="preserve">[22:06] </w:t>
      </w:r>
      <w:r>
        <w:t>abhi aap ne suna hoga ke ek bachche ne doosre bachche ko gun se maar diya, yaani woh bhi innocent, woh bhi innocent, lekin yeh khel sochte hain. Kaha hai gun istemal karte karte unhon ne asli deewar par chala di kyunke unhein ehsas nahi hai.</w:t>
      </w:r>
    </w:p>
    <w:p>
      <w:pPr>
        <w:jc w:val="right"/>
      </w:pPr>
      <w:r>
        <w:t>ابھی آپ نے سنا ہوگا کہ ایک بچے نے دوسرے بچے کو گن سے مار دیا، یعنی وہ بھی انوسنٹ، وہ بھی انوسنٹ، لیکن یہ کھیل سوچتے ہیں۔ کہا ہے گن استعمال کرتے کرتے انہوں نے اصلی دیوار پر چلا دی کیونکہ انہیں احساس نہیں ہے۔</w:t>
      </w:r>
    </w:p>
    <w:p>
      <w:r>
        <w:rPr>
          <w:b/>
        </w:rPr>
        <w:t xml:space="preserve">[22:21] </w:t>
      </w:r>
      <w:r>
        <w:t>maa baap, maa baap ka bhi zehn yahi ban gaya hai, bachchon ko tokte nahi hain, woh samajhte hain ke is se self confidence ka level ghat jayega. Yeh ek bohat hi</w:t>
      </w:r>
    </w:p>
    <w:p>
      <w:pPr>
        <w:jc w:val="right"/>
      </w:pPr>
      <w:r>
        <w:t>ماں باپ، ماں باپ کا بھی ذہن یہی بن گیا ہے، بچوں کو ٹوکتے نہیں ہیں، وہ سمجھتے ہیں کہ اس سے سیلف کانفیڈنس کا لیول گھٹ جائے گا۔ یہ ایک بہت ہی</w:t>
      </w:r>
    </w:p>
    <w:p>
      <w:r>
        <w:rPr>
          <w:b/>
        </w:rPr>
        <w:t xml:space="preserve">[22:31] </w:t>
      </w:r>
      <w:r>
        <w:t>beautiful word hai lekin bohat zyada galat hai yeh word. Dekhen, main arz kar doon aap ko self confidence ka source kya hai?</w:t>
      </w:r>
    </w:p>
    <w:p>
      <w:pPr>
        <w:jc w:val="right"/>
      </w:pPr>
      <w:r>
        <w:t>بیوٹی فل ورڈ ہے لیکن بہت زیادہ غلط ہے یہ ورڈ۔ دیکھیں، میں عرض کر دوں آپ کو سیلف کانفیڈنس کا سورس کیا ہے؟</w:t>
      </w:r>
    </w:p>
    <w:p>
      <w:r>
        <w:rPr>
          <w:b/>
        </w:rPr>
        <w:t xml:space="preserve">[22:41] </w:t>
      </w:r>
      <w:r>
        <w:t>self confidence ka source yeh hai ke main right path par chal raha hoon. Self confidence ka source yeh hai ke main right path par chal raha hoon,</w:t>
      </w:r>
    </w:p>
    <w:p>
      <w:pPr>
        <w:jc w:val="right"/>
      </w:pPr>
      <w:r>
        <w:t>سیلف کانفیڈنس کا سورس یہ ہے کہ میں رائٹ پاتھ پر چل رہا ہوں۔ سیلف کانفیڈنس کا سورس یہ ہے کہ میں رائٹ پاتھ پر چل رہا ہوں،</w:t>
      </w:r>
    </w:p>
    <w:p>
      <w:r>
        <w:rPr>
          <w:b/>
        </w:rPr>
        <w:t xml:space="preserve">[22:50] </w:t>
      </w:r>
      <w:r>
        <w:t>yeh nahi ke maine ghalati hi nahi ki hai.</w:t>
      </w:r>
    </w:p>
    <w:p>
      <w:pPr>
        <w:jc w:val="right"/>
      </w:pPr>
      <w:r>
        <w:t>یہ نہیں کہ میں نے غلطی ہی نہیں کی ہے۔</w:t>
      </w:r>
    </w:p>
    <w:p>
      <w:r>
        <w:rPr>
          <w:b/>
        </w:rPr>
        <w:t xml:space="preserve">[22:55] </w:t>
      </w:r>
      <w:r>
        <w:t>There is a difference between the two. Aik yeh ehsas hai ke maine to ghalti ki nahi, aik yeh hai ke main sachay rastay par chal raha hoon.</w:t>
      </w:r>
    </w:p>
    <w:p>
      <w:pPr>
        <w:jc w:val="right"/>
      </w:pPr>
      <w:r>
        <w:t>دیر از ڈیفرنس بٹوین دا ٹو۔ ایک یہ احساس ہے کہ میں نے تو غلطی کی نہیں، ایک یہ ہے کہ میں سچے راستے پر چل رہا ہوں۔</w:t>
      </w:r>
    </w:p>
    <w:p>
      <w:r>
        <w:rPr>
          <w:b/>
        </w:rPr>
        <w:t xml:space="preserve">[23:05] </w:t>
      </w:r>
      <w:r>
        <w:t>to aap logon ko to self confidence laiye, yeh is is tareeqay se ke un ko sachay rastay par laiye, un ko ehsas ho ke main right path par hoon.</w:t>
      </w:r>
    </w:p>
    <w:p>
      <w:pPr>
        <w:jc w:val="right"/>
      </w:pPr>
      <w:r>
        <w:t>تو آپ لوگوں کو تو سیلف کانفیڈنس لائیے، یہ اس اس طریقے سے کہ ان کو سچے راستے پر لائیے، ان کو احساس ہو کہ میں رائٹ پاتھ پر ہوں۔</w:t>
      </w:r>
    </w:p>
    <w:p>
      <w:r>
        <w:rPr>
          <w:b/>
        </w:rPr>
        <w:t xml:space="preserve">[23:15] </w:t>
      </w:r>
      <w:r>
        <w:t>aur yeh ehsas koi ehsas nahi hai ke maine to koi ghalti nahi ki.</w:t>
      </w:r>
    </w:p>
    <w:p>
      <w:pPr>
        <w:jc w:val="right"/>
      </w:pPr>
      <w:r>
        <w:t>اور یہ احساس کوئی احساس نہیں ہے کہ میں نے تو کوئی غلطی نہیں کی۔</w:t>
      </w:r>
    </w:p>
    <w:p>
      <w:r>
        <w:rPr>
          <w:b/>
        </w:rPr>
        <w:t xml:space="preserve">[23:21] </w:t>
      </w:r>
      <w:r>
        <w:t>aap violence karein to koi ghalti nahi ki maine, exploitation karein to koi ghalti nahi ki maine, corruption karein to maine koi ghalti nahi ki.</w:t>
      </w:r>
    </w:p>
    <w:p>
      <w:pPr>
        <w:jc w:val="right"/>
      </w:pPr>
      <w:r>
        <w:t>آپ وائیلنس کریں تو کوئی غلطی نہیں کی میں نے، ایکسپلائٹیشن کریں تو کوئی غلطی نہیں کی میں نے، کرپشن کریں تو میں نے کوئی غلطی نہیں کی۔</w:t>
      </w:r>
    </w:p>
    <w:p>
      <w:r>
        <w:rPr>
          <w:b/>
        </w:rPr>
        <w:t xml:space="preserve">[23:30] </w:t>
      </w:r>
      <w:r>
        <w:t>yeh yeh koi soch hai bataiye? is se yeh yeh yeh yeh to</w:t>
      </w:r>
    </w:p>
    <w:p>
      <w:pPr>
        <w:jc w:val="right"/>
      </w:pPr>
      <w:r>
        <w:t>یہ یہ کوئی سوچ ہے بتائیے؟ اس سے یہ یہ یہ یہ تو</w:t>
      </w:r>
    </w:p>
    <w:p>
      <w:r>
        <w:rPr>
          <w:b/>
        </w:rPr>
        <w:t xml:space="preserve">[23:38] </w:t>
      </w:r>
      <w:r>
        <w:t>animal se badtar life hai, animal bhi aisa nahi karte. yani sari values ko aap khatam karte hain to kya hoga?</w:t>
      </w:r>
    </w:p>
    <w:p>
      <w:pPr>
        <w:jc w:val="right"/>
      </w:pPr>
      <w:r>
        <w:t>اینیمل سے بدتر لائف ہے، اینیمل بھی ایسا نہیں کرتے۔ یعنی ساری ویلیوز کو آپ ختم کرتے ہیں تو کیا ہوگا؟</w:t>
      </w:r>
    </w:p>
    <w:p>
      <w:r>
        <w:rPr>
          <w:b/>
        </w:rPr>
        <w:t xml:space="preserve">[23:47] </w:t>
      </w:r>
      <w:r>
        <w:t>anarchy, har taraf anarchy, har taraf jungal. to self confidence bilashuba zaroori hai lekin self confidence ka jo source hai woh kya hai?</w:t>
      </w:r>
    </w:p>
    <w:p>
      <w:pPr>
        <w:jc w:val="right"/>
      </w:pPr>
      <w:r>
        <w:t>انارکی، ہر طرف انارکی، ہر طرف جنگل۔ تو سیلف کانفیڈنس بلاشبہ ضروری ہے لیکن سیلف کانفیڈنس کا جو سورس ہے وہ کیا ہے؟</w:t>
      </w:r>
    </w:p>
    <w:p>
      <w:r>
        <w:rPr>
          <w:b/>
        </w:rPr>
        <w:t xml:space="preserve">[23:58] </w:t>
      </w:r>
      <w:r>
        <w:t>yeh ehsas ke main right path par hoon, yeh ehsas nahi ke maine ghalti nahi ki. jab aap mehsoos karein ke maine ghalti kar di, mujh se koi ghalti ho gayi to wahan kya hai?</w:t>
      </w:r>
    </w:p>
    <w:p>
      <w:pPr>
        <w:jc w:val="right"/>
      </w:pPr>
      <w:r>
        <w:t>یہ احساس کہ میں رائٹ پاتھ پر ہوں، یہ احساس نہیں کہ میں نے غلطی نہیں کی۔ جب آپ محسوس کریں کہ میں نے غلطی کر دی، مجھ سے کوئی غلطی ہو گئی تو وہاں کیا ہے؟</w:t>
      </w:r>
    </w:p>
    <w:p>
      <w:r>
        <w:rPr>
          <w:b/>
        </w:rPr>
        <w:t xml:space="preserve">[24:10] </w:t>
      </w:r>
      <w:r>
        <w:t>self correction ka ehsas jaagna chahiye, na ke is ko aap jorein self confidence se aur kahein ke sahib ab to ghalti mat samjho,</w:t>
      </w:r>
    </w:p>
    <w:p>
      <w:pPr>
        <w:jc w:val="right"/>
      </w:pPr>
      <w:r>
        <w:t>سیلف کریکشن کا احساس جاگنا چاہیے، نہ کہ اس کو آپ جوڑیں سیلف کانفیڈنس سے اور کہیں کہ صاحب اب تو غلطی مت سمجھو،</w:t>
      </w:r>
    </w:p>
    <w:p>
      <w:r>
        <w:rPr>
          <w:b/>
        </w:rPr>
        <w:t xml:space="preserve">[24:20] </w:t>
      </w:r>
      <w:r>
        <w:t>yeh to koi, yeh to koi soch nahi hai, yeh to koi soch nahi hai. to chounke is ki link wahan tak jati hai, chounke aap ne aisa kiya ke yeh jo dunya hai, is dunya se is ke creator ko aap ne alag kar diya.</w:t>
      </w:r>
    </w:p>
    <w:p>
      <w:pPr>
        <w:jc w:val="right"/>
      </w:pPr>
      <w:r>
        <w:t>یہ تو کوئی، یہ تو کوئی سوچ نہیں ہے، یہ تو کوئی سوچ نہیں ہے۔ تو چونکہ اس کی لنک وہاں تک جاتی ہے، چونکہ آپ نے ایسا کیا کہ یہ جو دنیا ہے، اس دنیا سے اس کے کریٹر کو آپ نے الگ کر دیا۔</w:t>
      </w:r>
    </w:p>
    <w:p>
      <w:r>
        <w:rPr>
          <w:b/>
        </w:rPr>
        <w:t xml:space="preserve">[24:41] </w:t>
      </w:r>
      <w:r>
        <w:t>jab creator ko alag kar diya to aap aap kisi ke samnay accountable nahi rahe.</w:t>
      </w:r>
    </w:p>
    <w:p>
      <w:pPr>
        <w:jc w:val="right"/>
      </w:pPr>
      <w:r>
        <w:t>جب کریٹر کو الگ کر دیا تو آپ آپ کسی کے سامنے اکاؤنٹیبل نہیں رہے۔</w:t>
      </w:r>
    </w:p>
    <w:p>
      <w:r>
        <w:rPr>
          <w:b/>
        </w:rPr>
        <w:t xml:space="preserve">[24:47] </w:t>
      </w:r>
      <w:r>
        <w:t>jaise maine aik bar dekha hai, aik aik aik aik aik ghar tha, khali bilkul tha, aik jungal mein gaya tha main wahan par to wahan par bandar bhare hue thay, aadmi nahi thay, sab bandar bhare hue thay aur uchal kood kar rahe thay, woh sab uchal kood kar rahe thay.</w:t>
      </w:r>
    </w:p>
    <w:p>
      <w:pPr>
        <w:jc w:val="right"/>
      </w:pPr>
      <w:r>
        <w:t>جیسے میں نے ایک بار دیکھا ہے، ایک ایک ایک ایک ایک گھر تھا، خالی بالکل تھا، ایک جنگل میں گیا تھا میں وہاں پر تو وہاں پر بندر بھرے ہوئے تھے، آدمی نہیں تھے، سب بندر بھرے ہوئے تھے اور اچھل کود کر رہے تھے، وہ سب اچھل کود کر رہے تھے۔</w:t>
      </w:r>
    </w:p>
    <w:p>
      <w:r>
        <w:rPr>
          <w:b/>
        </w:rPr>
        <w:t xml:space="preserve">[25:04] </w:t>
      </w:r>
      <w:r>
        <w:t>kyunke bandaron ko koi responsibility nahi thi, woh bandaron ko ehsas nahi ke ghar kis liye banaya gaya hai,</w:t>
      </w:r>
    </w:p>
    <w:p>
      <w:pPr>
        <w:jc w:val="right"/>
      </w:pPr>
      <w:r>
        <w:t>کیونکہ بندروں کو کوئی رسپانسبیلٹی نہیں تھی، وہ بندروں کو احساس نہیں کہ گھر کس لیے بنایا گیا ہے،</w:t>
      </w:r>
    </w:p>
    <w:p>
      <w:r>
        <w:rPr>
          <w:b/>
        </w:rPr>
        <w:t xml:space="preserve">[25:10] </w:t>
      </w:r>
      <w:r>
        <w:t>unhein unhein discipline ke sath rehna hai, is ka ehsas nahi un ko. unhein yahan discipline ke sath rehna hai, is ka unhein ehsas nahi.</w:t>
      </w:r>
    </w:p>
    <w:p>
      <w:pPr>
        <w:jc w:val="right"/>
      </w:pPr>
      <w:r>
        <w:t>انہیں انہیں ڈسپلن کے ساتھ رہنا ہے، اس کا احساس نہیں ان کو۔ انہیں یہاں ڈسپلن کے ساتھ رہنا ہے، اس کا انہیں احساس نہیں۔</w:t>
      </w:r>
    </w:p>
    <w:p>
      <w:r>
        <w:rPr>
          <w:b/>
        </w:rPr>
        <w:t xml:space="preserve">[25:22] </w:t>
      </w:r>
      <w:r>
        <w:t>aise hi poori dunya ko aap kya chahte hain? ke jungal jungal bana dena chahte hain ke</w:t>
      </w:r>
    </w:p>
    <w:p>
      <w:pPr>
        <w:jc w:val="right"/>
      </w:pPr>
      <w:r>
        <w:t>ایسے ہی پوری دنیا کو آپ کیا چاہتے ہیں؟ کہ جنگل جنگل بنا دینا چاہتے ہیں کہ</w:t>
      </w:r>
    </w:p>
    <w:p>
      <w:r>
        <w:rPr>
          <w:b/>
        </w:rPr>
        <w:t xml:space="preserve">[25:27] </w:t>
      </w:r>
      <w:r>
        <w:t>discipline ka ehsas na rahe, responsibility ka ehsas na rahe, moral values ka ehsas na rahe? to phir dunya kya banegi?</w:t>
      </w:r>
    </w:p>
    <w:p>
      <w:pPr>
        <w:jc w:val="right"/>
      </w:pPr>
      <w:r>
        <w:t>ڈسپلن کا احساس نہ رہے، رسپانسبیلٹی کا احساس نہ رہے، مورل ویلیوز کا احساس نہ رہے؟ تو پھر دنیا کیا بنے گی؟</w:t>
      </w:r>
    </w:p>
    <w:p>
      <w:r>
        <w:rPr>
          <w:b/>
        </w:rPr>
        <w:t xml:space="preserve">[25:38] </w:t>
      </w:r>
      <w:r>
        <w:t>jungal banegi, har taraf violence hoga, har taraf corruption hoga, har taraf exploitation hoga, to kisi ke liye bhi peace nahi nahi hoga.</w:t>
      </w:r>
    </w:p>
    <w:p>
      <w:pPr>
        <w:jc w:val="right"/>
      </w:pPr>
      <w:r>
        <w:t>جنگل بنے گی، ہر طرف وائیلنس ہوگا، ہر طرف کرپشن ہوگا، ہر طرف ایکسپلائٹیشن ہوگا، تو کسی کے لیے بھی پیس نہیں نہیں ہوگا۔</w:t>
      </w:r>
    </w:p>
    <w:p>
      <w:r>
        <w:rPr>
          <w:b/>
        </w:rPr>
        <w:t xml:space="preserve">[25:47] </w:t>
      </w:r>
      <w:r>
        <w:t>dekhein, principle kya hai? jab aap doosre ko peace denge, tabhi aap ko peace milega. kyunke society mein sara mamla interdependence hota hai.</w:t>
      </w:r>
    </w:p>
    <w:p>
      <w:pPr>
        <w:jc w:val="right"/>
      </w:pPr>
      <w:r>
        <w:t>دیکھیں، پرنسپل کیا ہے؟ جب آپ دوسرے کو پیس دیں گے، تبھی آپ کو پیس ملے گا۔ کیونکہ سوسائٹی میں سارا معاملہ انٹرڈیپینڈنس ہوتا ہے۔</w:t>
      </w:r>
    </w:p>
    <w:p>
      <w:r>
        <w:rPr>
          <w:b/>
        </w:rPr>
        <w:t xml:space="preserve">[25:59] </w:t>
      </w:r>
      <w:r>
        <w:t>principle of interdependence par rehta hai, yeh qaim hai hamari society</w:t>
      </w:r>
    </w:p>
    <w:p>
      <w:pPr>
        <w:jc w:val="right"/>
      </w:pPr>
      <w:r>
        <w:t>پرنسپل آف انٹرڈیپینڈنس پر رہتا ہے، یہ قائم ہے ہماری سوسائٹی</w:t>
      </w:r>
    </w:p>
    <w:p>
      <w:r>
        <w:rPr>
          <w:b/>
        </w:rPr>
        <w:t xml:space="preserve">[26:05] </w:t>
      </w:r>
      <w:r>
        <w:t>ke aik doosre se juda hua hai, sab interlinked hai. to agar aap yeh ehsas laein logon ke andar ke tum ko apne ko guilty feel nahi karna chahiye, is ka matlab kya hai?</w:t>
      </w:r>
    </w:p>
    <w:p>
      <w:pPr>
        <w:jc w:val="right"/>
      </w:pPr>
      <w:r>
        <w:t>کہ ایک دوسرے سے جڑا ہوا ہے، سب انٹرلنکڈ ہے۔ تو اگر آپ یہ احساس لائیں لوگوں کے اندر کہ تم کو اپنے کو گلٹی فیلڈ نہیں کرنا چاہیے، اس کا معنی کیا ہے؟</w:t>
      </w:r>
    </w:p>
    <w:p>
      <w:r>
        <w:rPr>
          <w:b/>
        </w:rPr>
        <w:t xml:space="preserve">[26:17] </w:t>
      </w:r>
      <w:r>
        <w:t>ke aap doosre ke liye harmful ban sakte hain, to phir kya hoga? woh aap, woh aap ke liye harmful banega.</w:t>
      </w:r>
    </w:p>
    <w:p>
      <w:pPr>
        <w:jc w:val="right"/>
      </w:pPr>
      <w:r>
        <w:t>کہ آپ دوسرے کے لیے ہارم فل بن سکتے ہیں، تو پھر کیا ہوگا؟ وہ آپ، وہ آپ کے لیے ہارم فل بنے گا۔</w:t>
      </w:r>
    </w:p>
    <w:p>
      <w:r>
        <w:rPr>
          <w:b/>
        </w:rPr>
        <w:t xml:space="preserve">[26:25] </w:t>
      </w:r>
      <w:r>
        <w:t>yeh mamla unilateral nahi hai, yeh bilateral hai. aap exploit karenge, doosra exploit karega, aap corruption karenge, doosra bhi corruption karega.</w:t>
      </w:r>
    </w:p>
    <w:p>
      <w:pPr>
        <w:jc w:val="right"/>
      </w:pPr>
      <w:r>
        <w:t>یہ معاملہ یونیلیٹرل نہیں ہے، یہ بائی لیٹرل ہے۔ آپ ایکسپلائٹ کریں گے، دوسرا ایکسپلائٹ کرے گا، آپ کرپشن کریں گے، دوسرا بھی کرپشن کرے گا۔</w:t>
      </w:r>
    </w:p>
    <w:p>
      <w:r>
        <w:rPr>
          <w:b/>
        </w:rPr>
        <w:t xml:space="preserve">[26:37] </w:t>
      </w:r>
      <w:r>
        <w:t>kaise aap barh sakte hain? to poore society jungal ban jayegi, anarchy aa jayegi society mein. to yeh koi simple baat nahi hai</w:t>
      </w:r>
    </w:p>
    <w:p>
      <w:pPr>
        <w:jc w:val="right"/>
      </w:pPr>
      <w:r>
        <w:t>کیسے آپ بڑھ سکتے ہیں؟ تو پورے سوسائٹی جنگل بن جائے گی، انارکی آ جائے گی سوسائٹی میں۔ تو یہ کوئی سمپل بات نہیں ہے</w:t>
      </w:r>
    </w:p>
    <w:p>
      <w:r>
        <w:rPr>
          <w:b/>
        </w:rPr>
        <w:t xml:space="preserve">[26:46] </w:t>
      </w:r>
      <w:r>
        <w:t>ke "don't feel guilty". "don't feel guilty" ka matlab yeh hai ke poori society ko anarchy ke hawale kar do. kaise aap reh sakte hain aisi society mein?</w:t>
      </w:r>
    </w:p>
    <w:p>
      <w:pPr>
        <w:jc w:val="right"/>
      </w:pPr>
      <w:r>
        <w:t>کہ "ڈونٹ فیل گلٹی"۔ "ڈونٹ فیل گلٹی" کا معنی یہ ہے کہ پوری سوسائٹی کو انارکی کے حوالے کر دو۔ کیسے آپ رہ سکتے ہیں ایسی سوسائٹی میں؟</w:t>
      </w:r>
    </w:p>
    <w:p>
      <w:r>
        <w:rPr>
          <w:b/>
        </w:rPr>
        <w:t xml:space="preserve">[26:56] </w:t>
      </w:r>
      <w:r>
        <w:t>aur aaj ki society aisi ban gayi hai, aisi ban gayi hai.</w:t>
      </w:r>
    </w:p>
    <w:p>
      <w:pPr>
        <w:jc w:val="right"/>
      </w:pPr>
      <w:r>
        <w:t>اور آج کی سوسائٹی ایسی بن گئی ہے، ایسی بن گئی ہے۔</w:t>
      </w:r>
    </w:p>
    <w:p>
      <w:r>
        <w:rPr>
          <w:b/>
        </w:rPr>
        <w:t xml:space="preserve">[27:04] </w:t>
      </w:r>
      <w:r>
        <w:t>larke aur larkeeyan ya mard aurat dono hi apne ko responsible nahi samajhte, kisi moral values ka apne ko paband nahi samajhte. jo chahen karen, jo chahen karen, to sab ka bura haal ho raha hai, sabhi log safar kar rahe hain.</w:t>
      </w:r>
    </w:p>
    <w:p>
      <w:pPr>
        <w:jc w:val="right"/>
      </w:pPr>
      <w:r>
        <w:t>لڑکے اور لڑکیاں یا مرد عورت دونوں ہی اپنے کو رسپانسبل نہیں سمجھتے، کسی مورل ویلیوز کا اپنے کو پابند نہیں سمجھتے۔ جو چاہیں کریں، جو چاہیں کریں، تو سب کا برا حال ہو رہا ہے، سبھی لوگ سفر کر رہے ہیں۔</w:t>
      </w:r>
    </w:p>
    <w:p>
      <w:r>
        <w:rPr>
          <w:b/>
        </w:rPr>
        <w:t xml:space="preserve">[27:19] </w:t>
      </w:r>
      <w:r>
        <w:t>yaad rakhiye, moral values jo hain, woh</w:t>
      </w:r>
    </w:p>
    <w:p>
      <w:pPr>
        <w:jc w:val="right"/>
      </w:pPr>
      <w:r>
        <w:t>یاد رکھیے، مورل ویلیوز جو ہیں، وہ</w:t>
      </w:r>
    </w:p>
    <w:p>
      <w:r>
        <w:rPr>
          <w:b/>
        </w:rPr>
        <w:t xml:space="preserve">[27:23] </w:t>
      </w:r>
      <w:r>
        <w:t>woh hamari mutual zaroorat hai, mutual need hain, woh kisi ek ka mamla nahi hai. woh jab aap logon ke andar yeh ehsas paida karenge ke "don't feel guilty" to kya hoga?</w:t>
      </w:r>
    </w:p>
    <w:p>
      <w:pPr>
        <w:jc w:val="right"/>
      </w:pPr>
      <w:r>
        <w:t>وہ ہماری میوچول ضرورت ہے، میوچول نیڈ ہیں، وہ کسی ایک کا معاملہ نہیں ہے۔ وہ جب آپ لوگوں کے اندر یہ احساس پیدا کریں گے کہ "ڈونٹ فیل گلٹی" تو کیا ہوگا؟</w:t>
      </w:r>
    </w:p>
    <w:p>
      <w:r>
        <w:rPr>
          <w:b/>
        </w:rPr>
        <w:t xml:space="preserve">[27:36] </w:t>
      </w:r>
      <w:r>
        <w:t>anarchy aayegi.</w:t>
      </w:r>
    </w:p>
    <w:p>
      <w:pPr>
        <w:jc w:val="right"/>
      </w:pPr>
      <w:r>
        <w:t>انارکی آئے گی۔</w:t>
      </w:r>
    </w:p>
    <w:p>
      <w:r>
        <w:rPr>
          <w:b/>
        </w:rPr>
        <w:t xml:space="preserve">[27:40] </w:t>
      </w:r>
      <w:r>
        <w:t>aur yeh aaj kal ho raha hai ke aadmi samajhta hai, dekhiye, aaj kal kya haalat hai? kal parson meri kisi se baat ho rahi thi, kisi ke aaj kal crime itne zyada kyun hote hain?</w:t>
      </w:r>
    </w:p>
    <w:p>
      <w:pPr>
        <w:jc w:val="right"/>
      </w:pPr>
      <w:r>
        <w:t>اور یہ آج کل ہو رہا ہے کہ آدمی سمجھتا ہے، دیکھیے، آج کل کیا حالت ہے؟ کل پرسوں میری کسی سے بات ہو رہی تھی، کسی کہ آج کل کرائم اتنے زیادہ کیوں ہوتے ہیں؟</w:t>
      </w:r>
    </w:p>
    <w:p>
      <w:r>
        <w:rPr>
          <w:b/>
        </w:rPr>
        <w:t xml:space="preserve">[27:54] </w:t>
      </w:r>
      <w:r>
        <w:t>itne zyada crime kyun ho rahe hain? kyunke aadmi ko punishment ka darr nahi hai.</w:t>
      </w:r>
    </w:p>
    <w:p>
      <w:pPr>
        <w:jc w:val="right"/>
      </w:pPr>
      <w:r>
        <w:t>اتنے زیادہ کرائم کیوں ہو رہے ہیں؟ کیونکہ آدمی کو پنشمنٹ کا ڈر نہیں ہے۔</w:t>
      </w:r>
    </w:p>
    <w:p>
      <w:r>
        <w:rPr>
          <w:b/>
        </w:rPr>
        <w:t xml:space="preserve">[28:00] </w:t>
      </w:r>
      <w:r>
        <w:t>police report karegi, case jayega court mein to wahan wakeel baitha hua hai. hamare samajh ke jo sab se zyada brilliant log hain, woh woh wakeel ban kar baithe hue hain wahan par.</w:t>
      </w:r>
    </w:p>
    <w:p>
      <w:pPr>
        <w:jc w:val="right"/>
      </w:pPr>
      <w:r>
        <w:t>پولیس رپورٹ کرے گی، کیس جائے گا کورٹ میں تو وہاں وکیل بیٹھا ہوا ہے۔ ہمارے سماج کے جو سب سے زیادہ بریلینٹ لوگ ہیں، وہ وہ وکیل بن کر بیٹھے ہوئے ہیں وہاں پر۔</w:t>
      </w:r>
    </w:p>
    <w:p>
      <w:r>
        <w:rPr>
          <w:b/>
        </w:rPr>
        <w:t xml:space="preserve">[28:16] </w:t>
      </w:r>
      <w:r>
        <w:t>to aap ke paas agar jeeb mein paisa hai, wakeel ko fees dijiye, woh aise aise</w:t>
      </w:r>
    </w:p>
    <w:p>
      <w:pPr>
        <w:jc w:val="right"/>
      </w:pPr>
      <w:r>
        <w:t>تو آپ کے پاس اگر جیب میں پیسہ ہے، وکیل کو فیس دیجیے، وہ ایسے ایسے</w:t>
      </w:r>
    </w:p>
    <w:p>
      <w:r>
        <w:rPr>
          <w:b/>
        </w:rPr>
        <w:t xml:space="preserve">[28:22] </w:t>
      </w:r>
      <w:r>
        <w:t>point nikalega, aise aise point ke judge jo hai, yeh jante hue bhi ke isne crime kiya, woh aap ko punishment nahi de sakta.</w:t>
      </w:r>
    </w:p>
    <w:p>
      <w:pPr>
        <w:jc w:val="right"/>
      </w:pPr>
      <w:r>
        <w:t>پوائنٹ نکالے گا، ایسے ایسے پوائنٹ کہ جج جو ہے، یہ جانتے ہوئے بھی کہ اس نے کرائم کیا، وہ آپ کو پنشمنٹ نہیں دے سکتا۔</w:t>
      </w:r>
    </w:p>
    <w:p>
      <w:r>
        <w:rPr>
          <w:b/>
        </w:rPr>
        <w:t xml:space="preserve">[28:31] </w:t>
      </w:r>
      <w:r>
        <w:t>woh kyunke badha hua hai is legal point se jis ko nikal rakha hai kisi wakeel ne. to aap crime kijiye, aap ke paas paisa hai to wakeel khareed lijiye, aur phir aap koi koi koi saza dene wala nahi hai aap ko.</w:t>
      </w:r>
    </w:p>
    <w:p>
      <w:pPr>
        <w:jc w:val="right"/>
      </w:pPr>
      <w:r>
        <w:t>وہ کیونکہ بدا ہوا ہے اس لیگل پوائنٹ سے جس کو نکال رکھا ہے کسی وکیل نے۔ تو آپ کرائم کیجیے، آپ کے پاس پیسہ ہے تو وکیل خرید لیجئے، اور پھر آپ کوئی کوئی کوئی سزا دینے والا نہیں ہے آپ کو۔</w:t>
      </w:r>
    </w:p>
    <w:p>
      <w:r>
        <w:rPr>
          <w:b/>
        </w:rPr>
        <w:t xml:space="preserve">[28:45] </w:t>
      </w:r>
      <w:r>
        <w:t>jaise aap dekhiye ke sazaein kahan ho rahi hain aaj kal?</w:t>
      </w:r>
    </w:p>
    <w:p>
      <w:pPr>
        <w:jc w:val="right"/>
      </w:pPr>
      <w:r>
        <w:t>جیسے آپ دیکھیے کہ سزائیں کہاں ہو رہی ہیں آج کل؟</w:t>
      </w:r>
    </w:p>
    <w:p>
      <w:r>
        <w:rPr>
          <w:b/>
        </w:rPr>
        <w:t xml:space="preserve">[28:52] </w:t>
      </w:r>
      <w:r>
        <w:t>yani itne crime ho rahe hain aur saza kisi ko nahi ho rahi, kisi ko punishment nahi milta. hum jee rahe hain ek aisi society mein jahan har taraf crime hai lekin punishment kisi ko nahi.</w:t>
      </w:r>
    </w:p>
    <w:p>
      <w:pPr>
        <w:jc w:val="right"/>
      </w:pPr>
      <w:r>
        <w:t>یعنی اتنے کرائم ہو رہے ہیں اور سزا کسی کو نہیں ہو رہی، کسی کو پنشمنٹ نہیں ملتا۔ ہم جی رہے ہیں ایک ایسی سوسائٹی میں جہاں ہر طرف کرائم ہے لیکن پنشمنٹ کسی کو نہیں۔</w:t>
      </w:r>
    </w:p>
    <w:p>
      <w:r>
        <w:rPr>
          <w:b/>
        </w:rPr>
        <w:t xml:space="preserve">[29:03] </w:t>
      </w:r>
      <w:r>
        <w:t>kyun? wahan wakeel baithe hue hain, aap paisa dijiye, un ka mind ko khareediye,</w:t>
      </w:r>
    </w:p>
    <w:p>
      <w:pPr>
        <w:jc w:val="right"/>
      </w:pPr>
      <w:r>
        <w:t>کیوں؟ وہاں وکیل بیٹھے ہوئے ہیں، آپ پیسہ دیجیے، ان کا مائنڈ کو خریدیے،</w:t>
      </w:r>
    </w:p>
    <w:p>
      <w:r>
        <w:rPr>
          <w:b/>
        </w:rPr>
        <w:t xml:space="preserve">[29:09] </w:t>
      </w:r>
      <w:r>
        <w:t>aur woh aise aise legal point nikalenge ke judge judge ko ke hath paon baandh dega. woh woh aap ko punishment nahi de sakta.</w:t>
      </w:r>
    </w:p>
    <w:p>
      <w:pPr>
        <w:jc w:val="right"/>
      </w:pPr>
      <w:r>
        <w:t>اور وہ ایسے ایسے لیگل پوائنٹ نکالیں گے کہ جج جج کو کے ہاتھ پاؤں باندھ دیں گے۔ وہ وہ آپ کو پنشمنٹ نہیں دے سکتا۔</w:t>
      </w:r>
    </w:p>
    <w:p>
      <w:r>
        <w:rPr>
          <w:b/>
        </w:rPr>
        <w:t xml:space="preserve">[29:19] </w:t>
      </w:r>
      <w:r>
        <w:t>to pehle zamane mein kya tha ke log darte the Khuda se, Khuda ko munh dikhana hai ke chahe hum chhoot jayen is mein</w:t>
      </w:r>
    </w:p>
    <w:p>
      <w:pPr>
        <w:jc w:val="right"/>
      </w:pPr>
      <w:r>
        <w:t>تو پہلے زمانے میں کیا تھا کہ لوگ ڈرتے تھے خدا سے، خدا کو منہ دکھانا ہے کہ چاہے ہم چھوٹ جائیں اس میں</w:t>
      </w:r>
    </w:p>
    <w:p>
      <w:r>
        <w:rPr>
          <w:b/>
        </w:rPr>
        <w:t xml:space="preserve">[29:33] </w:t>
      </w:r>
      <w:r>
        <w:t>court se chhoot jayen, tab bhi Khuda kahan nahi chhod sakte hum.</w:t>
      </w:r>
    </w:p>
    <w:p>
      <w:pPr>
        <w:jc w:val="right"/>
      </w:pPr>
      <w:r>
        <w:t>کورٹ سے چھوٹ جائیں، تب بھی خدا کہاں نہیں چھوڑ سکتے ہم۔</w:t>
      </w:r>
    </w:p>
    <w:p>
      <w:r>
        <w:rPr>
          <w:b/>
        </w:rPr>
        <w:t xml:space="preserve">[29:38] </w:t>
      </w:r>
      <w:r>
        <w:t>jaise Rasool Allah salallahu alaihi wasallam ke paas ek ek case aaya, ek land ka, woh dispute, ek disputed land ka, do aadmi claim kar rahe the, aur uska kisi ke paas koi paper nahi tha.</w:t>
      </w:r>
    </w:p>
    <w:p>
      <w:pPr>
        <w:jc w:val="right"/>
      </w:pPr>
      <w:r>
        <w:t>جیسے رسول اللہ صلی اللہ علیہ وسلم کے پاس ایک ایک کیس آیا، ایک لینڈ کا، وہ ڈسپیوٹ، ایک ڈسپیوٹڈ لینڈ کا، دو آدمی کلیم کر رہے تھے، اور اس کا کسی کے پاس کوئی پیپر نہیں تھا۔</w:t>
      </w:r>
    </w:p>
    <w:p>
      <w:r>
        <w:rPr>
          <w:b/>
        </w:rPr>
        <w:t xml:space="preserve">[29:51] </w:t>
      </w:r>
      <w:r>
        <w:t>pehle zamane mein paper hua nahi karte the aaj kal ke tareeqe se, to koi evidence aisa maujood nahi tha,</w:t>
      </w:r>
    </w:p>
    <w:p>
      <w:pPr>
        <w:jc w:val="right"/>
      </w:pPr>
      <w:r>
        <w:t>پہلے زمانے میں پیپر ہوا نہیں کرتے تھے آج کل کے طریقے سے، تو کوئی ایویڈنس ایسا موجود نہیں تھا،</w:t>
      </w:r>
    </w:p>
    <w:p>
      <w:r>
        <w:rPr>
          <w:b/>
        </w:rPr>
        <w:t xml:space="preserve">[29:57] </w:t>
      </w:r>
      <w:r>
        <w:t>sirf logon ke apne batane par verdict dena tha. to Rasool Allah ne kaha ke dekho, agar tumhare kehne par mujhe faisla karna hai to kisi ne bahut achhe tareeqe se apna case pesh kiya,</w:t>
      </w:r>
    </w:p>
    <w:p>
      <w:pPr>
        <w:jc w:val="right"/>
      </w:pPr>
      <w:r>
        <w:t>صرف لوگوں کے اپنے بتانے پر ورڈکٹ دینا تھا۔ تو رسول اللہ نے کہا کہ دیکھو، اگر تمہارے کہنے پر مجھے فیصلہ کرنا ہے تو کسی نے بہت اچھے طریقے سے اپنا کیس پیش کیا،</w:t>
      </w:r>
    </w:p>
    <w:p>
      <w:r>
        <w:rPr>
          <w:b/>
        </w:rPr>
        <w:t xml:space="preserve">[30:14] </w:t>
      </w:r>
      <w:r>
        <w:t>aur us se us ko sun kar ke main ne us ke favor mein faisla de diya.</w:t>
      </w:r>
    </w:p>
    <w:p>
      <w:pPr>
        <w:jc w:val="right"/>
      </w:pPr>
      <w:r>
        <w:t>اور اس سے اس کو سن کر کے میں نے اس کے فیور میں فیصلہ دے دیا۔</w:t>
      </w:r>
    </w:p>
    <w:p>
      <w:r>
        <w:rPr>
          <w:b/>
        </w:rPr>
        <w:t xml:space="preserve">[30:19] </w:t>
      </w:r>
      <w:r>
        <w:t>jab ke zameen us ki na ho to jante ho kya hoga? woh zameen tumhare liye aag ka aag ban jayegi, aag aag ka tukda ban jayegi.</w:t>
      </w:r>
    </w:p>
    <w:p>
      <w:pPr>
        <w:jc w:val="right"/>
      </w:pPr>
      <w:r>
        <w:t>جب کہ زمین اس کی نہ ہو تو جانتے ہو کیا ہوگا؟ وہ زمین تمہارے لیے آگ کا آگ بن جائے گی، آگ آگ کا ٹکڑا بن جائے گی۔</w:t>
      </w:r>
    </w:p>
    <w:p>
      <w:r>
        <w:rPr>
          <w:b/>
        </w:rPr>
        <w:t xml:space="preserve">[30:32] </w:t>
      </w:r>
      <w:r>
        <w:t>manar! to agar agar main ne zameen</w:t>
      </w:r>
    </w:p>
    <w:p>
      <w:pPr>
        <w:jc w:val="right"/>
      </w:pPr>
      <w:r>
        <w:t>منار! تو اگر اگر میں نے زمین</w:t>
      </w:r>
    </w:p>
    <w:p>
      <w:r>
        <w:rPr>
          <w:b/>
        </w:rPr>
        <w:t xml:space="preserve">[30:37] </w:t>
      </w:r>
      <w:r>
        <w:t>di tum ko tumhari baaton ko sun kar ke, jab ke zameen tumhari nahi hai, to goya ke tum logon ko main ne manar diya, aag ka ek tukda diya.</w:t>
      </w:r>
    </w:p>
    <w:p>
      <w:pPr>
        <w:jc w:val="right"/>
      </w:pPr>
      <w:r>
        <w:t>دی تم کو تمہاری باتوں کو سن کر کے، جب کہ زمین تمہاری نہیں ہے، تو گویا کہ تم لوگوں کو میں نے منار دیا، آگ کا ایک ٹکڑا دیا۔</w:t>
      </w:r>
    </w:p>
    <w:p>
      <w:r>
        <w:rPr>
          <w:b/>
        </w:rPr>
        <w:t xml:space="preserve">[30:49] </w:t>
      </w:r>
      <w:r>
        <w:t>to ab yeh sun kar ke dono ke dono ghabra gaye. woh samajhne lage ke masla hamare argument ka nahi hai, masla Khuda ke judgment ka hai.</w:t>
      </w:r>
    </w:p>
    <w:p>
      <w:pPr>
        <w:jc w:val="right"/>
      </w:pPr>
      <w:r>
        <w:t>تو اب یہ سن کر کے دونوں کے دونوں گھبرا گئے۔ وہ سمجھنے لگے کہ مسئلہ ہمارے ارگیومنٹ کا نہیں ہے، مسئلہ خدا کے ججمنٹ کا ہے۔</w:t>
      </w:r>
    </w:p>
    <w:p>
      <w:r>
        <w:rPr>
          <w:b/>
        </w:rPr>
        <w:t xml:space="preserve">[30:58] </w:t>
      </w:r>
      <w:r>
        <w:t>hum apne argument se dikha den ke hum hi is ke owner hain, lekin Khuda ke ilm mein agar hum owner nahi hain, woh hum apni baat se kahenge to hamara argument, hamara case ko plead karna, yeh kuch nahi kaam dega.</w:t>
      </w:r>
    </w:p>
    <w:p>
      <w:pPr>
        <w:jc w:val="right"/>
      </w:pPr>
      <w:r>
        <w:t>ہم اپنے ارگیومنٹ سے دکھا دیں کہ ہم ہی اس کے اونر ہیں، لیکن خدا کے علم میں اگر ہم اونر نہیں ہیں، وہ ہم اپنی بات سے کہیں گے تو ہمارا ارگیومنٹ، ہمارا کیس کو پلیٹ کرنا، یہ کچھ نہیں کام دے گا۔</w:t>
      </w:r>
    </w:p>
    <w:p>
      <w:r>
        <w:rPr>
          <w:b/>
        </w:rPr>
        <w:t xml:space="preserve">[31:17] </w:t>
      </w:r>
      <w:r>
        <w:t>masla aakhir mein jayega khuda ki adalat mein. to kya hua? dono ne yeh kehna shuru kiya ke haq liyaakhi, haq liyaakhi! ke agar zameen meri thi to maine apne bhai ko de diya.</w:t>
      </w:r>
    </w:p>
    <w:p>
      <w:pPr>
        <w:jc w:val="right"/>
      </w:pPr>
      <w:r>
        <w:t>مسئلہ آخر میں جائے گا خدا کی عدالت میں۔ تو کیا ہوا؟ دونوں نے یہ کہنا شروع کیا کہ حق لیاخی، حق لیاخی! کہ اگر زمین میری تھی تو میں نے اپنے بھائی کو دے دیا۔</w:t>
      </w:r>
    </w:p>
    <w:p>
      <w:r>
        <w:rPr>
          <w:b/>
        </w:rPr>
        <w:t xml:space="preserve">[31:30] </w:t>
      </w:r>
      <w:r>
        <w:t>us ne kaha ke agar zameen meri thi to maine us bhai ko de diya.</w:t>
      </w:r>
    </w:p>
    <w:p>
      <w:pPr>
        <w:jc w:val="right"/>
      </w:pPr>
      <w:r>
        <w:t>اس نے کہا کہ اگر زمین میری تھی تو میں نے اس بھائی کو دے دیا۔</w:t>
      </w:r>
    </w:p>
    <w:p>
      <w:r>
        <w:rPr>
          <w:b/>
        </w:rPr>
        <w:t xml:space="preserve">[31:33] </w:t>
      </w:r>
      <w:r>
        <w:t>yeh tha pehle zamane ka nizaam jo chala raha tha hazaron baras se ke insaan darta tha khuda se, darta tha khuda ki adalat se, darta tha is se ke us ko hell mein jana pad jayega agar us ne galat kaam kiya.</w:t>
      </w:r>
    </w:p>
    <w:p>
      <w:pPr>
        <w:jc w:val="right"/>
      </w:pPr>
      <w:r>
        <w:t>یہ تھا پہلے زمانے کا نظام جو چلا رہا تھا ہزاروں برس سے کہ انسان ڈرتا تھا خدا سے، ڈرتا تھا خدا کی عدالت سے، ڈرتا تھا اس سے کہ اس کو ہیل میں جانا پڑ جائے گا اگر اس نے غلط کام کیا۔</w:t>
      </w:r>
    </w:p>
    <w:p>
      <w:r>
        <w:rPr>
          <w:b/>
        </w:rPr>
        <w:t xml:space="preserve">[31:51] </w:t>
      </w:r>
      <w:r>
        <w:t>to</w:t>
      </w:r>
    </w:p>
    <w:p>
      <w:pPr>
        <w:jc w:val="right"/>
      </w:pPr>
      <w:r>
        <w:t>تو</w:t>
      </w:r>
    </w:p>
    <w:p>
      <w:r>
        <w:rPr>
          <w:b/>
        </w:rPr>
        <w:t xml:space="preserve">[31:53] </w:t>
      </w:r>
      <w:r>
        <w:t>yeh tha god based culture, god based thinking, khuda ko le kar sochna. ab jo khuda ko alag kar diya gaya, cheezon se alag kar diya gaya, to kya hua?</w:t>
      </w:r>
    </w:p>
    <w:p>
      <w:pPr>
        <w:jc w:val="right"/>
      </w:pPr>
      <w:r>
        <w:t>یہ تھا گاڈ بیسڈ کلچر، گاڈ بیسڈ تھنکنگ، خدا کو لے کر سوچنا۔ اب جو خدا کو الگ کر دیا گیا، چیزوں سے الگ کر دیا گیا، تو کیا ہوا؟</w:t>
      </w:r>
    </w:p>
    <w:p>
      <w:r>
        <w:rPr>
          <w:b/>
        </w:rPr>
        <w:t xml:space="preserve">[32:06] </w:t>
      </w:r>
      <w:r>
        <w:t>har aadmi</w:t>
      </w:r>
    </w:p>
    <w:p>
      <w:pPr>
        <w:jc w:val="right"/>
      </w:pPr>
      <w:r>
        <w:t>ہر آدمی</w:t>
      </w:r>
    </w:p>
    <w:p>
      <w:r>
        <w:rPr>
          <w:b/>
        </w:rPr>
        <w:t xml:space="preserve">[32:10] </w:t>
      </w:r>
      <w:r>
        <w:t>yeh mehsoos karne laga ke main kisi ka accountable nahi hoon. accountability ka ehsaas khatm ho gaya, responsibility ka ehsaas khatm ho gaya.</w:t>
      </w:r>
    </w:p>
    <w:p>
      <w:pPr>
        <w:jc w:val="right"/>
      </w:pPr>
      <w:r>
        <w:t>یہ محسوس کرنے لگا کہ میں کسی کا اکاؤنٹیبل نہیں ہوں۔ اکاؤنٹیبلٹی کا احساس ختم ہو گیا، رسپانسبیلٹی کا احساس ختم ہو گیا۔</w:t>
      </w:r>
    </w:p>
    <w:p>
      <w:r>
        <w:rPr>
          <w:b/>
        </w:rPr>
        <w:t xml:space="preserve">[32:20] </w:t>
      </w:r>
      <w:r>
        <w:t>ab yahi hai mamla: apne mind ko istemal kar ke bacha lo apne aap ko, paisa kharch kar ke bacha lo apne aap ko. is se aage to kuch hone wala hai nahi.</w:t>
      </w:r>
    </w:p>
    <w:p>
      <w:pPr>
        <w:jc w:val="right"/>
      </w:pPr>
      <w:r>
        <w:t>اب یہی ہے معاملہ: اپنے مائنڈ کو استعمال کر کے بچا لو اپنے آپ کو، پیسہ خرچ کر کے بچا لو اپنے آپ کو۔ اس سے آگے تو کچھ ہونے والا ہے نہیں۔</w:t>
      </w:r>
    </w:p>
    <w:p>
      <w:r>
        <w:rPr>
          <w:b/>
        </w:rPr>
        <w:t xml:space="preserve">[32:31] </w:t>
      </w:r>
      <w:r>
        <w:t>to yeh jo mizaj aaya hai, is ka aaghaz hua hai seventeen century mein galileo ke nazariye se.</w:t>
      </w:r>
    </w:p>
    <w:p>
      <w:pPr>
        <w:jc w:val="right"/>
      </w:pPr>
      <w:r>
        <w:t>تو یہ جو مزاج آیا ہے، اس کا آغاز ہوا ہے سیونٹین سنچری میں گلیلیو کے نظریے سے۔</w:t>
      </w:r>
    </w:p>
    <w:p>
      <w:r>
        <w:rPr>
          <w:b/>
        </w:rPr>
        <w:t xml:space="preserve">[32:40] </w:t>
      </w:r>
      <w:r>
        <w:t>galileo ne ek taraf to yeh kiya ke mathematics ko physics ko mila diya, aur doosri taraf</w:t>
      </w:r>
    </w:p>
    <w:p>
      <w:pPr>
        <w:jc w:val="right"/>
      </w:pPr>
      <w:r>
        <w:t>گلیلیو نے ایک طرف تو یہ کیا کہ میتھمیٹکس کو فزکس کو ملا دیا، اور دوسری طرف</w:t>
      </w:r>
    </w:p>
    <w:p>
      <w:r>
        <w:rPr>
          <w:b/>
        </w:rPr>
        <w:t xml:space="preserve">[32:47] </w:t>
      </w:r>
      <w:r>
        <w:t>kya kiya? quantity ko quality ko alag alag kar diya. do kaam kiya us ne.</w:t>
      </w:r>
    </w:p>
    <w:p>
      <w:pPr>
        <w:jc w:val="right"/>
      </w:pPr>
      <w:r>
        <w:t>کیا کیا؟ کوانٹٹی کو کوالٹی کو الگ الگ کر دیا۔ دو کام کیا اس نے۔</w:t>
      </w:r>
    </w:p>
    <w:p>
      <w:r>
        <w:rPr>
          <w:b/>
        </w:rPr>
        <w:t xml:space="preserve">[32:57] </w:t>
      </w:r>
      <w:r>
        <w:t>to aakhir umar mein aap jante hain, galileo andha ho gaya tha, completely blind. wahan bhi us ne socha nahi ke dekho, koi aur taqat hai jis ki wajah se mujhe aankh mili thi.</w:t>
      </w:r>
    </w:p>
    <w:p>
      <w:pPr>
        <w:jc w:val="right"/>
      </w:pPr>
      <w:r>
        <w:t>تو آخر عمر میں آپ جانتے ہیں، گلیلیو اندھا ہو گیا تھا، کمپلیٹلی برائن۔ وہاں بھی اس نے سوچا نہیں کہ دیکھو، کوئی اور طاقت ہے جس کی وجہ سے مجھے آنکھ ملی تھی۔</w:t>
      </w:r>
    </w:p>
    <w:p>
      <w:r>
        <w:rPr>
          <w:b/>
        </w:rPr>
        <w:t xml:space="preserve">[33:07] </w:t>
      </w:r>
      <w:r>
        <w:t>ab mujhe mere paas aankh nahi hai. us ko sochna chahiye tha ke aankh jis se main dekhta tha, jis se maine itni kitaben likhin, itna main research kiya.</w:t>
      </w:r>
    </w:p>
    <w:p>
      <w:pPr>
        <w:jc w:val="right"/>
      </w:pPr>
      <w:r>
        <w:t>اب مجھے میرے پاس آنکھ نہیں ہے۔ اس کو سوچنا چاہیے تھا کہ آنکھ جس سے میں دیکھتا تھا، جس سے میں نے اتنی کتابیں لکھیں، اتنا میں ریسرچ کیا۔</w:t>
      </w:r>
    </w:p>
    <w:p>
      <w:r>
        <w:rPr>
          <w:b/>
        </w:rPr>
        <w:t xml:space="preserve">[33:17] </w:t>
      </w:r>
      <w:r>
        <w:t>aap jante hain, galileo pehla shakhs hai jis ne ke telescope se sitaron ko dekha aur yeh bataya ke zameen jo hai, woh center nahi hai balkeh sun jo hai, woh center hai.</w:t>
      </w:r>
    </w:p>
    <w:p>
      <w:pPr>
        <w:jc w:val="right"/>
      </w:pPr>
      <w:r>
        <w:t>آپ جانتے ہیں، گلیلیو پہلا شخص ہے جس نے کہ ٹیلیسکوپ سے ستاروں کو دیکھا اور یہ بتایا کہ زمین جو ہے، وہ سینٹر نہیں ہے بلکہ سن جو ہے، وہ سینٹر ہے۔</w:t>
      </w:r>
    </w:p>
    <w:p>
      <w:r>
        <w:rPr>
          <w:b/>
        </w:rPr>
        <w:t xml:space="preserve">[33:32] </w:t>
      </w:r>
      <w:r>
        <w:t>to itni door tak dekh saka woh, lekin khud apne ko nahi dekh saka woh</w:t>
      </w:r>
    </w:p>
    <w:p>
      <w:pPr>
        <w:jc w:val="right"/>
      </w:pPr>
      <w:r>
        <w:t>تو اتنی دور تک دیکھ سکا وہ، لیکن خود اپنے کو نہیں دیکھ سکا وہ</w:t>
      </w:r>
    </w:p>
    <w:p>
      <w:r>
        <w:rPr>
          <w:b/>
        </w:rPr>
        <w:t xml:space="preserve">[33:37] </w:t>
      </w:r>
      <w:r>
        <w:t>ke main jo blind ho gaya to waqt koi aur hai jo control kar raha hai. us ke dene se aankh milti hai, us ko na de to mujhe aankh nahi rahegi mere paas.</w:t>
      </w:r>
    </w:p>
    <w:p>
      <w:pPr>
        <w:jc w:val="right"/>
      </w:pPr>
      <w:r>
        <w:t>کہ میں جو بلائنڈ ہو گیا تو وقت کوئی اور ہے جو کنٹرول کر رہا ہے۔ اس کے دینے سے آنکھ ملتی ہے، اس کو نہ دے تو مجھے آنکھ نہیں رہے گی میرے پاس۔</w:t>
      </w:r>
    </w:p>
    <w:p>
      <w:r>
        <w:rPr>
          <w:b/>
        </w:rPr>
        <w:t xml:space="preserve">[33:48] </w:t>
      </w:r>
      <w:r>
        <w:t>to behal, us ke baad bohat se log paida hue isi rukh par,</w:t>
      </w:r>
    </w:p>
    <w:p>
      <w:pPr>
        <w:jc w:val="right"/>
      </w:pPr>
      <w:r>
        <w:t>تو بہرحال، اس نے اس کے بعد بہت سے لوگ پیدا ہوئے اسی رخ پر،</w:t>
      </w:r>
    </w:p>
    <w:p>
      <w:r>
        <w:rPr>
          <w:b/>
        </w:rPr>
        <w:t xml:space="preserve">[33:55] </w:t>
      </w:r>
      <w:r>
        <w:t>aur phir yeh silsila chalta raha is separation ka. to aaj yahi haal hai ke aap aap ek ghar banate hain, ek car kharidte hain, ek business karte hain, to us ko samajhte hain ke meri apni kamai ka nateeja hai, meri apni aqal ka nateeja hai,</w:t>
      </w:r>
    </w:p>
    <w:p>
      <w:pPr>
        <w:jc w:val="right"/>
      </w:pPr>
      <w:r>
        <w:t>اور پھر یہ سلسلہ چلتا رہا اس سیپریشن کا۔ تو آج یہی حال ہے کہ آپ آپ ایک گھر بناتے ہیں، ایک کار خریدتے ہیں، ایک بزنس کرتے ہیں، تو اس کو سمجھتے ہیں کہ میری اپنی کمائی کا نتیجہ ہے، میری اپنی عقل کا نتیجہ ہے،</w:t>
      </w:r>
    </w:p>
    <w:p>
      <w:r>
        <w:rPr>
          <w:b/>
        </w:rPr>
        <w:t xml:space="preserve">[34:13] </w:t>
      </w:r>
      <w:r>
        <w:t>aur is mein jo khuda ka hissa hai, us ko aap bhool jate hain. halanke hamara hissa is mein ek percent se bhi bohat hi kam hai, balkeh kuch bhi nahi hai.</w:t>
      </w:r>
    </w:p>
    <w:p>
      <w:pPr>
        <w:jc w:val="right"/>
      </w:pPr>
      <w:r>
        <w:t>اور اس میں جو خدا کا حصہ ہے، اس کو آپ بھول جاتے ہیں۔ حالانکہ ہمارا حصہ اس میں ایک پرسنٹ سے بھی بہت ہی کم ہے، بلکہ کچھ بھی نہیں ہے۔</w:t>
      </w:r>
    </w:p>
    <w:p>
      <w:r>
        <w:rPr>
          <w:b/>
        </w:rPr>
        <w:t xml:space="preserve">[34:23] </w:t>
      </w:r>
      <w:r>
        <w:t>agar aap mind ko le kar sochen to hamara hissa kuch bhi nahi hai. mind bhi khuda ka diya hua hai.</w:t>
      </w:r>
    </w:p>
    <w:p>
      <w:pPr>
        <w:jc w:val="right"/>
      </w:pPr>
      <w:r>
        <w:t>اگر آپ مائنڈ کو لے کر سوچیں تو ہمارا حصہ کچھ بھی نہیں ہے۔ مائنڈ بھی خدا کا دیا ہوا ہے۔</w:t>
      </w:r>
    </w:p>
    <w:p>
      <w:r>
        <w:rPr>
          <w:b/>
        </w:rPr>
        <w:t xml:space="preserve">[34:30] </w:t>
      </w:r>
      <w:r>
        <w:t>aap ne jo business kiya, jo car kharidi, jo ghar banaya, bachon ko education dilwai, aur waghera waghera, to woh sab ka sab god given hai.</w:t>
      </w:r>
    </w:p>
    <w:p>
      <w:pPr>
        <w:jc w:val="right"/>
      </w:pPr>
      <w:r>
        <w:t>آپ نے جو بزنس کیا، جو کار خریدی، جو گھر بنایا، بچوں کو ایجوکیشن دلوائی، اور وغیرہ وغیرہ، تو وہ سب کا سب گاڈ گیون ہے۔</w:t>
      </w:r>
    </w:p>
    <w:p>
      <w:r>
        <w:rPr>
          <w:b/>
        </w:rPr>
        <w:t xml:space="preserve">[34:44] </w:t>
      </w:r>
      <w:r>
        <w:t>yani is mein koi bhi aap ka hissa kuch bhi nahi hai, kyunke jis ko aap apna hissa samajhte hain, woh aap ke mind ki wajah se hai. to mind bhi to khuda ka diya hua hai,</w:t>
      </w:r>
    </w:p>
    <w:p>
      <w:pPr>
        <w:jc w:val="right"/>
      </w:pPr>
      <w:r>
        <w:t>یعنی اس میں کوئی بھی آپ کا حصہ کچھ بھی نہیں ہے، کیونکہ جس کو آپ اپنا حصہ سمجھتے ہیں، وہ آپ کے مائنڈ کی وجہ سے ہے۔ تو مائنڈ بھی تو خدا کا دیا ہوا ہے،</w:t>
      </w:r>
    </w:p>
    <w:p>
      <w:r>
        <w:rPr>
          <w:b/>
        </w:rPr>
        <w:t xml:space="preserve">[34:53] </w:t>
      </w:r>
      <w:r>
        <w:t>woh bhi khuda ka diya hua hai. to maine arz kiya tha is se pehle ke main wahan manchester gaya, wahan ek arab se mulaqat hui, to us ne isi baat ko is tarah kaha ke us zamane ka us ne kaha ke main arab mein tha, phir main yahan</w:t>
      </w:r>
    </w:p>
    <w:p>
      <w:pPr>
        <w:jc w:val="right"/>
      </w:pPr>
      <w:r>
        <w:t>وہ بھی خدا کا دیا ہوا ہے۔ تو میں نے عرض کیا تھا اس سے پہلے کہ میں وہاں مانچسٹر گیا، وہاں ایک عرب سے ملاقات ہوئی، تو اس نے اسی بات کو اس طرح کہا کہ اس زمانے کا اس نے کہا کہ میں عرب میں تھا، پھر میں یہاں</w:t>
      </w:r>
    </w:p>
    <w:p>
      <w:r>
        <w:rPr>
          <w:b/>
        </w:rPr>
        <w:t xml:space="preserve">[35:11] </w:t>
      </w:r>
      <w:r>
        <w:t>britain mein aaya to ek cheez mujhe mehsoos hui ke kya raaz hai ke us zamane mein aadmi itna materialistic ho gaya hai.</w:t>
      </w:r>
    </w:p>
    <w:p>
      <w:pPr>
        <w:jc w:val="right"/>
      </w:pPr>
      <w:r>
        <w:t>برٹن میں آیا تو ایک چیز مجھے محسوس ہوئی کہ کیا راز ہے کہ اس زمانے میں آدمی اتنا مٹیریلسٹ ہو گیا ہے۔</w:t>
      </w:r>
    </w:p>
    <w:p>
      <w:r>
        <w:rPr>
          <w:b/>
        </w:rPr>
        <w:t xml:space="preserve">[35:21] </w:t>
      </w:r>
      <w:r>
        <w:t>to us ne kaha ke is zamane mein yeh hua hai ke inaam ko moniem se alag kar diya gaya.</w:t>
      </w:r>
    </w:p>
    <w:p>
      <w:pPr>
        <w:jc w:val="right"/>
      </w:pPr>
      <w:r>
        <w:t>تو اس نے کہا کہ اس زمانے میں یہ ہوا ہے کہ انعام کو مونیم سے الگ کر دیا گیا۔</w:t>
      </w:r>
    </w:p>
    <w:p>
      <w:r>
        <w:rPr>
          <w:b/>
        </w:rPr>
        <w:t xml:space="preserve">[35:27] </w:t>
      </w:r>
      <w:r>
        <w:t>inaam matlab inaam ka to hota hai blessing, munim ka to hota hai giver. ek hai giver, ek hai blessing. to is ne kaha ke munim ko inaam se alag kar diya gaya.</w:t>
      </w:r>
    </w:p>
    <w:p>
      <w:pPr>
        <w:jc w:val="right"/>
      </w:pPr>
      <w:r>
        <w:t>انعام مطلب انعام کا تو ہوتا ہے بلیسنگ، مونیم کا تو ہوتا ہے گیور۔ ایک ہے گیور، ایک ہے بلیسنگ۔ تو اس نے کہا کہ مونیم کو انعام سے الگ کر دیا گیا۔</w:t>
      </w:r>
    </w:p>
    <w:p>
      <w:r>
        <w:rPr>
          <w:b/>
        </w:rPr>
        <w:t xml:space="preserve">[35:40] </w:t>
      </w:r>
      <w:r>
        <w:t>yani hum blessing ko to le rahe hain,</w:t>
      </w:r>
    </w:p>
    <w:p>
      <w:pPr>
        <w:jc w:val="right"/>
      </w:pPr>
      <w:r>
        <w:t>یعنی ہم بلیسنگ کو تو لے رہے ہیں،</w:t>
      </w:r>
    </w:p>
    <w:p>
      <w:r>
        <w:rPr>
          <w:b/>
        </w:rPr>
        <w:t xml:space="preserve">[35:43] </w:t>
      </w:r>
      <w:r>
        <w:t>lekin hum giver ko nahi sochte, inaam ko le rahe hain, munim ko nahi sochte. khoob khush ho rahe hain ghar bana kar ke, khoob khush ho rahe hain bari bari carain khareed kar ke, khoob khush ho rahe hain apne bachon ko taraqqi dilwa kar ke, lekin yeh sochte hain ke bachcha kis ne diya hai,</w:t>
      </w:r>
    </w:p>
    <w:p>
      <w:pPr>
        <w:jc w:val="right"/>
      </w:pPr>
      <w:r>
        <w:t>لیکن ہم گیور کو نہیں سوچتے، انعام کو لے رہے ہیں، مونیم کو نہیں سوچتے۔ خوب خوش ہو رہے ہیں گھر بنا کر کے، خوب خوش ہو رہے ہیں بڑی بڑی کاریں خرید کر کے، خوب خوش ہو رہے ہیں اپنے بچوں کو ترقی دلوا کر کے، لیکن یہ سوچتے ہیں کہ بچہ کس نے دیا ہے،</w:t>
      </w:r>
    </w:p>
    <w:p>
      <w:r>
        <w:rPr>
          <w:b/>
        </w:rPr>
        <w:t xml:space="preserve">[36:04] </w:t>
      </w:r>
      <w:r>
        <w:t>yeh sari cheezain kis ne di hain, jis ki wajah se hum yahan dunya mein jee rahe hain. to jab aap inaam ko alag kar dein, munim ko alag kar dein, yani blessing ko alag kar dein, aur giver ko alag kar dein, to kya hoga?</w:t>
      </w:r>
    </w:p>
    <w:p>
      <w:pPr>
        <w:jc w:val="right"/>
      </w:pPr>
      <w:r>
        <w:t>یہ ساری چیزیں کس نے دی ہیں، جس کی وجہ سے ہم یہاں دنیا میں جی رہے ہیں۔ تو جب آپ انعام کو الگ کر دیں، مونیم کو الگ کر دیں، یعنی بلیسنگ کو الگ کر دیں، اور گیور کو الگ کر دیں، تو کیا ہوگا؟</w:t>
      </w:r>
    </w:p>
    <w:p>
      <w:r>
        <w:rPr>
          <w:b/>
        </w:rPr>
        <w:t xml:space="preserve">[36:17] </w:t>
      </w:r>
      <w:r>
        <w:t>phir aap god oriented soch khatam ho jayegi aap ke andar, phir self oriented soch banegi aap ke andar ke main main hi sab kuch hoon.</w:t>
      </w:r>
    </w:p>
    <w:p>
      <w:pPr>
        <w:jc w:val="right"/>
      </w:pPr>
      <w:r>
        <w:t>پھر آپ گاڈ اورینٹڈ سوچ ختم ہو جائے گی آپ کے اندر، پھر سیلف اورینٹڈ سوچ بنے گی آپ کے اندر کہ میں میں ہی سب کچھ ہوں۔</w:t>
      </w:r>
    </w:p>
    <w:p>
      <w:r>
        <w:rPr>
          <w:b/>
        </w:rPr>
        <w:t xml:space="preserve">[36:27] </w:t>
      </w:r>
      <w:r>
        <w:t>to agar agar do lafz mein kaha jaye to jo jo pehle jo culture tha hamare pichli history mein, to woh tha god centered thinking.</w:t>
      </w:r>
    </w:p>
    <w:p>
      <w:pPr>
        <w:jc w:val="right"/>
      </w:pPr>
      <w:r>
        <w:t>تو اگر اگر دو لفظ میں کہا جائے تو جو جو پہلے جو کلچر تھا ہمارے پچھلی ہسٹری میں، تو وہ تھا گاڈ سینٹرڈ تھنکنگ۔</w:t>
      </w:r>
    </w:p>
    <w:p>
      <w:r>
        <w:rPr>
          <w:b/>
        </w:rPr>
        <w:t xml:space="preserve">[36:39] </w:t>
      </w:r>
      <w:r>
        <w:t>ab kya hai? self centered thinking. yeh sara maamla badal gaya.</w:t>
      </w:r>
    </w:p>
    <w:p>
      <w:pPr>
        <w:jc w:val="right"/>
      </w:pPr>
      <w:r>
        <w:t>اب کیا ہے؟ سیلف سینٹرڈ تھنکنگ۔ یہ سارا معاملہ بدل گیا۔</w:t>
      </w:r>
    </w:p>
    <w:p>
      <w:r>
        <w:rPr>
          <w:b/>
        </w:rPr>
        <w:t xml:space="preserve">[36:46] </w:t>
      </w:r>
      <w:r>
        <w:t>isi separation ke nateeje se yeh sara materialism hai, yeh sara yani moral values ka khatam ho jana hai, aur sara corruption har taraf hai, jis ko bhi dekhein woh exploitation.</w:t>
      </w:r>
    </w:p>
    <w:p>
      <w:pPr>
        <w:jc w:val="right"/>
      </w:pPr>
      <w:r>
        <w:t>اسی سیپریشن کے نتیجے سے یہ سارا مٹیریلزم ہے، یہ سارا یعنی مورل ویلیوز کا ختم ہو جانا ہے، اور سارا کرپشن ہر طرف ہے، جس کو بھی دیکھیں وہ ایکسپلائٹیشن۔</w:t>
      </w:r>
    </w:p>
    <w:p>
      <w:r>
        <w:rPr>
          <w:b/>
        </w:rPr>
        <w:t xml:space="preserve">[37:00] </w:t>
      </w:r>
      <w:r>
        <w:t>is zamane mein business exploitation ka farq nahi raha.</w:t>
      </w:r>
    </w:p>
    <w:p>
      <w:pPr>
        <w:jc w:val="right"/>
      </w:pPr>
      <w:r>
        <w:t>اس زمانے میں بزنس ایکسپلائٹیشن کا فرق نہیں رہا۔</w:t>
      </w:r>
    </w:p>
    <w:p>
      <w:r>
        <w:rPr>
          <w:b/>
        </w:rPr>
        <w:t xml:space="preserve">[37:04] </w:t>
      </w:r>
      <w:r>
        <w:t>is zamane mein business ka exploitation ka farq hi khatam ho gaya hai. exploit kar ke aadmi paisa kamata hai aur samajhta hai ke main business kar raha hoon, to us ko dar nahi hai.</w:t>
      </w:r>
    </w:p>
    <w:p>
      <w:pPr>
        <w:jc w:val="right"/>
      </w:pPr>
      <w:r>
        <w:t>اس زمانے میں بزنس کا ایکسپلائٹیشن کا فرق ہی ختم ہو گیا ہے۔ ایکسپلائٹ کر کے آدمی پیسہ کماتا ہے اور سمجھتا ہے کہ میں بزنس کر رہا ہوں، تو اس کو ڈر نہیں ہے۔</w:t>
      </w:r>
    </w:p>
    <w:p>
      <w:r>
        <w:rPr>
          <w:b/>
        </w:rPr>
        <w:t xml:space="preserve">[37:13] </w:t>
      </w:r>
      <w:r>
        <w:t>to sahib, hum logon ki jo zindagi zimmedari hai, us ko samjhiye. hamari zimmedari kya hai? ek bohat hi mushkil kaam hai, us ke peeche</w:t>
      </w:r>
    </w:p>
    <w:p>
      <w:pPr>
        <w:jc w:val="right"/>
      </w:pPr>
      <w:r>
        <w:t>تو صاحب، ہم لوگوں کی جو زندگی ذمہ داری ہے، اس کو سمجھیے۔ ہماری ذمہ داری کیا ہے؟ ایک بہت ہی مشکل کام ہے، اس کے پیچھے</w:t>
      </w:r>
    </w:p>
    <w:p>
      <w:r>
        <w:rPr>
          <w:b/>
        </w:rPr>
        <w:t xml:space="preserve">[37:23] </w:t>
      </w:r>
      <w:r>
        <w:t>kai suo saal ki ka bigaad hai, kai suo saal ka bigaad hai. yani decart se aur galileo se aur doosre bohat se logon se jo burai shuru hui,</w:t>
      </w:r>
    </w:p>
    <w:p>
      <w:pPr>
        <w:jc w:val="right"/>
      </w:pPr>
      <w:r>
        <w:t>کئی سو سال کی کا بگاڑ ہے، کئی سو سال کا بگاڑ ہے۔ یعنی ڈیکارڈ سے اور گلیلیو سے اور دوسرے بہت سے لوگوں سے جو برائی شروع ہوئی،</w:t>
      </w:r>
    </w:p>
    <w:p>
      <w:r>
        <w:rPr>
          <w:b/>
        </w:rPr>
        <w:t xml:space="preserve">[37:38] </w:t>
      </w:r>
      <w:r>
        <w:t>us ke hum end par hain us waqt. to kam se kam teen suo saal ka bigaad yeh hai,</w:t>
      </w:r>
    </w:p>
    <w:p>
      <w:pPr>
        <w:jc w:val="right"/>
      </w:pPr>
      <w:r>
        <w:t>اس کے ہم اینڈ پر ہیں اس وقت۔ تو کم سے کم تین سو سال کا بگاڑ یہ ہے،</w:t>
      </w:r>
    </w:p>
    <w:p>
      <w:r>
        <w:rPr>
          <w:b/>
        </w:rPr>
        <w:t xml:space="preserve">[37:44] </w:t>
      </w:r>
      <w:r>
        <w:t>us ko hamein correct karna hai ya hamein batana hai ke ke inaam aur munim mein dobara yani rishta qaim karna hai ke jab tum inaam le kar khush ho rahe ho to yeh bhi socho ke yeh inaam kis ne diya hai.</w:t>
      </w:r>
    </w:p>
    <w:p>
      <w:pPr>
        <w:jc w:val="right"/>
      </w:pPr>
      <w:r>
        <w:t>اس کو ہمیں کریکٹ کرنا ہے یا ہمیں بتانا ہے کہ کہ انعام اور مونیم میں دوبارہ یعنی رشتہ قائم کرنا ہے کہ جب تم انعام لے کر خوش ہو رہے ہو تو یہ بھی سوچو کہ یہ انعام کس نے دیا ہے۔</w:t>
      </w:r>
    </w:p>
    <w:p>
      <w:r>
        <w:rPr>
          <w:b/>
        </w:rPr>
        <w:t xml:space="preserve">[38:03] </w:t>
      </w:r>
      <w:r>
        <w:t>to munim ko yaad karo, munim se daro, munim ke samne apne aap ko accountable samjho. yeh hai yeh kaam hai jo hamein karna hai.</w:t>
      </w:r>
    </w:p>
    <w:p>
      <w:pPr>
        <w:jc w:val="right"/>
      </w:pPr>
      <w:r>
        <w:t>تو مونیم کو یاد کرو، مونیم سے ڈرو، مونیم کے سامنے اپنے آپ کو اکاؤنٹیبل سمجھو۔ یہ ہے یہ کام ہے جو ہمیں کرنا ہے۔</w:t>
      </w:r>
    </w:p>
    <w:p>
      <w:r>
        <w:rPr>
          <w:b/>
        </w:rPr>
        <w:t xml:space="preserve">[38:19] </w:t>
      </w:r>
      <w:r>
        <w:t>yani insaan ke andar jo yeh baat aa gayi hai ke moral values ka khataama ho gaya hai, to us se dekhein do barhe nuqsan, do barhe nuqsan bhugta hai insaan ko.</w:t>
      </w:r>
    </w:p>
    <w:p>
      <w:pPr>
        <w:jc w:val="right"/>
      </w:pPr>
      <w:r>
        <w:t>یعنی انسان کے اندر جو یہ بات آ گئی ہے کہ مورل ویلیوز کا خاتمہ ہو گیا ہے، تو اس سے دیکھیں دو بڑے نقصان، دو بڑے نقصان بھگتنا ہے انسان کو۔</w:t>
      </w:r>
    </w:p>
    <w:p>
      <w:r>
        <w:rPr>
          <w:b/>
        </w:rPr>
        <w:t xml:space="preserve">[38:36] </w:t>
      </w:r>
      <w:r>
        <w:t>ek nuqsan to isi dunya mein pesh aa raha hai ke society mein bigaad aa gaya, society mein anarchy aa gayi,</w:t>
      </w:r>
    </w:p>
    <w:p>
      <w:pPr>
        <w:jc w:val="right"/>
      </w:pPr>
      <w:r>
        <w:t>ایک نقصان تو اسی دنیا میں پیش آ رہا ہے کہ سوسائٹی میں بگاڑ آ گیا، سوسائٹی میں انارکی آ گئی،</w:t>
      </w:r>
    </w:p>
    <w:p>
      <w:r>
        <w:rPr>
          <w:b/>
        </w:rPr>
        <w:t xml:space="preserve">[38:43] </w:t>
      </w:r>
      <w:r>
        <w:t>society se peace khatam ho gaya, society mein har taraf hate aur violence aa gaya. yeh us ka pehla anjaam hai jo hum bhugat rahe hain, us ka pehla result hai jo hum bhugat rahe hain.</w:t>
      </w:r>
    </w:p>
    <w:p>
      <w:pPr>
        <w:jc w:val="right"/>
      </w:pPr>
      <w:r>
        <w:t>سوسائٹی سے پیس ختم ہو گیا، سوسائٹی میں ہر طرف ہیٹ اور وائیلنس آ گیا۔ یہ اس کا پہلا انجام ہے جو ہم بھگت رہے ہیں، اس کا پہلا رزلٹ ہے جو ہم بھگت رہے ہیں۔</w:t>
      </w:r>
    </w:p>
    <w:p>
      <w:r>
        <w:rPr>
          <w:b/>
        </w:rPr>
        <w:t xml:space="preserve">[38:59] </w:t>
      </w:r>
      <w:r>
        <w:t>aur doosra woh jo marne ke baad,</w:t>
      </w:r>
    </w:p>
    <w:p>
      <w:pPr>
        <w:jc w:val="right"/>
      </w:pPr>
      <w:r>
        <w:t>اور دوسرا وہ جو مرنے کے بعد،</w:t>
      </w:r>
    </w:p>
    <w:p>
      <w:r>
        <w:rPr>
          <w:b/>
        </w:rPr>
        <w:t xml:space="preserve">[39:03] </w:t>
      </w:r>
      <w:r>
        <w:t>marne ke baad</w:t>
      </w:r>
    </w:p>
    <w:p>
      <w:pPr>
        <w:jc w:val="right"/>
      </w:pPr>
      <w:r>
        <w:t>مرنے کے بعد</w:t>
      </w:r>
    </w:p>
    <w:p>
      <w:r>
        <w:rPr>
          <w:b/>
        </w:rPr>
        <w:t xml:space="preserve">[39:06] </w:t>
      </w:r>
      <w:r>
        <w:t>yani yeh jo zindagi hamari hai, woh to thodi si zindagi hai, aur hamari eternal life to aage aage hai. to yeh hamein batana hai insaan ko ke yeh saada simple baat nahi hai.</w:t>
      </w:r>
    </w:p>
    <w:p>
      <w:pPr>
        <w:jc w:val="right"/>
      </w:pPr>
      <w:r>
        <w:t>یعنی یہ جو زندگی ہماری ہے، وہ تو تھوڑی سی زندگی ہے، اور ہماری ایٹرنل لائف تو آگے آگے ہے۔ تو یہ ہمیں بتانا ہے انسان کو کہ یہ سادہ سمپل بات نہیں ہے۔</w:t>
      </w:r>
    </w:p>
    <w:p>
      <w:r>
        <w:rPr>
          <w:b/>
        </w:rPr>
        <w:t xml:space="preserve">[39:20] </w:t>
      </w:r>
      <w:r>
        <w:t>agar tum inaam ko munim se alag karo, quantitative aspect jo hai cheezon ka, aur aur jo quantitative aspect tha, dono ko alag karo to simple baat nahi hai.</w:t>
      </w:r>
    </w:p>
    <w:p>
      <w:pPr>
        <w:jc w:val="right"/>
      </w:pPr>
      <w:r>
        <w:t>اگر تم انعام کو مونیم سے الگ کرو، کوانٹیٹیو ایسپیکٹ جو ہے چیزوں کا، اور اور جو کوانٹیٹیو ایسپیکٹ تھا، دونوں کو الگ کرو تو سمپل بات نہیں ہے۔</w:t>
      </w:r>
    </w:p>
    <w:p>
      <w:r>
        <w:rPr>
          <w:b/>
        </w:rPr>
        <w:t xml:space="preserve">[39:31] </w:t>
      </w:r>
      <w:r>
        <w:t>yeh</w:t>
      </w:r>
    </w:p>
    <w:p>
      <w:pPr>
        <w:jc w:val="right"/>
      </w:pPr>
      <w:r>
        <w:t>یہ</w:t>
      </w:r>
    </w:p>
    <w:p>
      <w:r>
        <w:rPr>
          <w:b/>
        </w:rPr>
        <w:t xml:space="preserve">[39:34] </w:t>
      </w:r>
      <w:r>
        <w:t>us ka ek nuqsan yeh hai ke tum ek aisi society create kar rahe ho jo bhrashtachar ki society hai, violence ki society hai, corruption exploitation society hai, anarchy, anarchy har taraf hai,</w:t>
      </w:r>
    </w:p>
    <w:p>
      <w:pPr>
        <w:jc w:val="right"/>
      </w:pPr>
      <w:r>
        <w:t>اس کا ایک نقصان یہ ہے کہ تم ایک ایسی سوسائٹی کریٹ کر رہے ہو جو بھرشاچار کی سوسائٹی ہے، وائیلنس کی سوسائٹی ہے، کرپشن ایکسپلائٹیشن سوسائٹی ہے، انارکی، انارکی ہر طرف ہے،</w:t>
      </w:r>
    </w:p>
    <w:p>
      <w:r>
        <w:rPr>
          <w:b/>
        </w:rPr>
        <w:t xml:space="preserve">[39:48] </w:t>
      </w:r>
      <w:r>
        <w:t>kisi ke liye bhi peace nahi. paisa wala bhi, woh bhi peace mein nahi hai,</w:t>
      </w:r>
    </w:p>
    <w:p>
      <w:pPr>
        <w:jc w:val="right"/>
      </w:pPr>
      <w:r>
        <w:t>کسی کے لیے بھی پیس نہیں۔ پیسہ والا بھی، وہ بھی پیس میں نہیں ہے،</w:t>
      </w:r>
    </w:p>
    <w:p>
      <w:r>
        <w:rPr>
          <w:b/>
        </w:rPr>
        <w:t xml:space="preserve">[39:52] </w:t>
      </w:r>
      <w:r>
        <w:t>ghareeb hai, woh bhi pais mein nahi hai.</w:t>
      </w:r>
    </w:p>
    <w:p>
      <w:pPr>
        <w:jc w:val="right"/>
      </w:pPr>
      <w:r>
        <w:t>غریب ہے، وہ بھی پیس میں نہیں ہے۔</w:t>
      </w:r>
    </w:p>
    <w:p>
      <w:r>
        <w:rPr>
          <w:b/>
        </w:rPr>
        <w:t xml:space="preserve">[39:56] </w:t>
      </w:r>
      <w:r>
        <w:t>aur doosra is se bara jo nuqsan hai, woh yeh hai ke marne ke baad Khuda ke samne pesh hona hai, aur eternal life bhugtna hai humein.</w:t>
      </w:r>
    </w:p>
    <w:p>
      <w:pPr>
        <w:jc w:val="right"/>
      </w:pPr>
      <w:r>
        <w:t>اور دوسرا اس سے بڑا جو نقصان ہے، وہ یہ ہے کہ مرنے کے بعد خدا کے سامنے پیش ہونا ہے، اور ایٹرنل لائف بھگتنا ہے ہمیں۔</w:t>
      </w:r>
    </w:p>
    <w:p>
      <w:r>
        <w:rPr>
          <w:b/>
        </w:rPr>
        <w:t xml:space="preserve">[40:09] </w:t>
      </w:r>
      <w:r>
        <w:t>kal parson ek sahab ka telephone aaya mere paas, to yahi baat maine un se kahi ke logon ko bataiye ke jis din hum, jis din hamari maut aati hai, usi moment, usi second kya hota hai?</w:t>
      </w:r>
    </w:p>
    <w:p>
      <w:pPr>
        <w:jc w:val="right"/>
      </w:pPr>
      <w:r>
        <w:t>کل پرسوں ایک صاحب کا ٹیلی فون آیا میرے پاس، تو یہی بات میں نے ان سے کہی کہ لوگوں کو بتائیے کہ جس دن ہم، جس دن ہماری موت آتی ہے، اسی مومنٹ، اسی سیکنڈ کیا ہوتا ہے؟</w:t>
      </w:r>
    </w:p>
    <w:p>
      <w:r>
        <w:rPr>
          <w:b/>
        </w:rPr>
        <w:t xml:space="preserve">[40:21] </w:t>
      </w:r>
      <w:r>
        <w:t>ek bohat bara farq samne aa jata hai. jis moment hamari jaan nikalti hai, jis moment hum ko maut aati hai, achanak kya hota hai?</w:t>
      </w:r>
    </w:p>
    <w:p>
      <w:pPr>
        <w:jc w:val="right"/>
      </w:pPr>
      <w:r>
        <w:t>ایک بہت بڑا فرق سامنے آ جاتا ہے۔ جس مومنٹ ہماری جان نکلتی ہے، جس مومنٹ ہم کو موت آتی ہے، اچانک کیا ہوتا ہے؟</w:t>
      </w:r>
    </w:p>
    <w:p>
      <w:r>
        <w:rPr>
          <w:b/>
        </w:rPr>
        <w:t xml:space="preserve">[40:33] </w:t>
      </w:r>
      <w:r>
        <w:t>yeh duniya mere peechay ho jati hai, aur agay jo hai eternity hoti hai. eternity, eternity hoti hai. hamesha ke liye bhugtna ek aisi duniya mein jahan ke liye hum ne koi tayari nahi ki.</w:t>
      </w:r>
    </w:p>
    <w:p>
      <w:pPr>
        <w:jc w:val="right"/>
      </w:pPr>
      <w:r>
        <w:t>یہ دنیا میرے پیچھے ہو جاتی ہے، اور آگے جو ہے ایٹرنیٹی ہوتی ہے۔ ایٹرنیٹی، ایٹرنیٹی ہوتی ہے۔ ہمیشہ کے لیے بھگتنا ایک ایسی دنیا میں جہاں کے لیے ہم نے کوئی تیاری نہیں کی۔</w:t>
      </w:r>
    </w:p>
    <w:p>
      <w:r>
        <w:rPr>
          <w:b/>
        </w:rPr>
        <w:t xml:space="preserve">[40:46] </w:t>
      </w:r>
      <w:r>
        <w:t>yeh yun samajh lein ke is duniya mein ek aisa aadmi ho jis ne education nahi liya,</w:t>
      </w:r>
    </w:p>
    <w:p>
      <w:pPr>
        <w:jc w:val="right"/>
      </w:pPr>
      <w:r>
        <w:t>یہ یوں سمجھ لیں کہ اس دنیا میں ایک ایسا آدمی ہو جس نے ایجوکیشن نہیں لیا،</w:t>
      </w:r>
    </w:p>
    <w:p>
      <w:r>
        <w:rPr>
          <w:b/>
        </w:rPr>
        <w:t xml:space="preserve">[40:51] </w:t>
      </w:r>
      <w:r>
        <w:t>koi is ko skill is ke andar nahi hai, is ne koi ghar nahi banaya, kuch bhi nahi hai, koi thikana nahi hai is ke liye, to kaise jiye ga?</w:t>
      </w:r>
    </w:p>
    <w:p>
      <w:pPr>
        <w:jc w:val="right"/>
      </w:pPr>
      <w:r>
        <w:t>کوئی اس کو سکل اس کے اندر نہیں ہے، اس نے کوئی گھر نہیں بنایا، کچھ بھی نہیں ہے، کوئی ٹھکانہ نہیں ہے اس کے لیے، تو کیسے جیئے گا؟</w:t>
      </w:r>
    </w:p>
    <w:p>
      <w:r>
        <w:rPr>
          <w:b/>
        </w:rPr>
        <w:t xml:space="preserve">[40:59] </w:t>
      </w:r>
      <w:r>
        <w:t>woh is duniya mein jeene ke liye humein ghar chahiye, shelter chahiye, property chahiye, bank balance chahiye, job chahiye, skill chahiye, tab hum duniya mein ek achi zindagi bana paate hain.</w:t>
      </w:r>
    </w:p>
    <w:p>
      <w:pPr>
        <w:jc w:val="right"/>
      </w:pPr>
      <w:r>
        <w:t>وہ اس دنیا میں جینے کے لیے ہمیں گھر چاہیے، شیلٹر چاہیے، پراپرٹی چاہیے، بینک بیلنس چاہیے، جاب چاہیے، سکل چاہیے، تب ہم دنیا میں ایک اچھی زندگی بنا پاتے ہیں۔</w:t>
      </w:r>
    </w:p>
    <w:p>
      <w:r>
        <w:rPr>
          <w:b/>
        </w:rPr>
        <w:t xml:space="preserve">[41:16] </w:t>
      </w:r>
      <w:r>
        <w:t>to ek aadmi jis ke andar yeh sab kuch bhi na ho, kuch bhi na ho, to kya hoga? woh woh beggar ban kar rahe ga, museebaton ko sehta sehana is pare ga.</w:t>
      </w:r>
    </w:p>
    <w:p>
      <w:pPr>
        <w:jc w:val="right"/>
      </w:pPr>
      <w:r>
        <w:t>تو ایک آدمی جس کے اندر یہ سب کچھ بھی نہ ہو، کچھ بھی نہ ہو، تو کیا ہوگا؟ وہ وہ بگر بن کر رہے گا، مصیبتوں کو سہتا سہانا اس پڑے گا۔</w:t>
      </w:r>
    </w:p>
    <w:p>
      <w:r>
        <w:rPr>
          <w:b/>
        </w:rPr>
        <w:t xml:space="preserve">[41:31] </w:t>
      </w:r>
      <w:r>
        <w:t>is ko</w:t>
      </w:r>
    </w:p>
    <w:p>
      <w:pPr>
        <w:jc w:val="right"/>
      </w:pPr>
      <w:r>
        <w:t>اس کو</w:t>
      </w:r>
    </w:p>
    <w:p>
      <w:r>
        <w:rPr>
          <w:b/>
        </w:rPr>
        <w:t xml:space="preserve">[41:33] </w:t>
      </w:r>
      <w:r>
        <w:t>to agli zindagi mein jo baghair preparation ke dakhil ho raha hai, yaani is zindagi mein agar baghair preparation ke aap dakhil hon to bhugtna parta hai is ko.</w:t>
      </w:r>
    </w:p>
    <w:p>
      <w:pPr>
        <w:jc w:val="right"/>
      </w:pPr>
      <w:r>
        <w:t>تو اگلی زندگی میں جو بغیر پریپیریشن کے داخل ہو رہا ہے، یعنی اس زندگی میں اگر بغیر پریپیریشن کے آپ داخل ہوں تو بھگتنا پڑتا ہے اس کو۔</w:t>
      </w:r>
    </w:p>
    <w:p>
      <w:r>
        <w:rPr>
          <w:b/>
        </w:rPr>
        <w:t xml:space="preserve">[41:44] </w:t>
      </w:r>
      <w:r>
        <w:t>aap na education lein, na koi hunar seekhein, na koi business karein, to kya aap baghair preparation ke duniya mein dakhil ho gaye?</w:t>
      </w:r>
    </w:p>
    <w:p>
      <w:pPr>
        <w:jc w:val="right"/>
      </w:pPr>
      <w:r>
        <w:t>آپ نہ ایجوکیشن لیں، نہ کوئی ہنر سیکھیں، نہ کوئی بزنس کریں، تو کیا آپ بغیر پریپیریشن کے دنیا میں داخل ہو گئے؟</w:t>
      </w:r>
    </w:p>
    <w:p>
      <w:r>
        <w:rPr>
          <w:b/>
        </w:rPr>
        <w:t xml:space="preserve">[41:52] </w:t>
      </w:r>
      <w:r>
        <w:t>aap</w:t>
      </w:r>
    </w:p>
    <w:p>
      <w:pPr>
        <w:jc w:val="right"/>
      </w:pPr>
      <w:r>
        <w:t>آپ</w:t>
      </w:r>
    </w:p>
    <w:p>
      <w:r>
        <w:rPr>
          <w:b/>
        </w:rPr>
        <w:t xml:space="preserve">[41:54] </w:t>
      </w:r>
      <w:r>
        <w:t>to har taraf museebat hi museebat rahe gi, zillat zillat rahe gi. isi tarah se agar baghair preparation ke aap agli duniya mein dakhil ho gaye to super zillat, super museebat wahan pesh aaye gi.</w:t>
      </w:r>
    </w:p>
    <w:p>
      <w:pPr>
        <w:jc w:val="right"/>
      </w:pPr>
      <w:r>
        <w:t>تو ہر طرف مصیبت ہی مصیبت رہے گی، ذلت ذلت رہے گی۔ اسی طرح سے اگر بغیر پریپیریشن کے آپ اگلی دنیا میں داخل ہو گئے تو سپر ذلت، سپر مصیبت وہاں پیش آئے گی۔</w:t>
      </w:r>
    </w:p>
    <w:p>
      <w:r>
        <w:rPr>
          <w:b/>
        </w:rPr>
        <w:t xml:space="preserve">[42:09] </w:t>
      </w:r>
      <w:r>
        <w:t>yahan bhi preparation chahiye, wahan bhi preparation chahiye.</w:t>
      </w:r>
    </w:p>
    <w:p>
      <w:pPr>
        <w:jc w:val="right"/>
      </w:pPr>
      <w:r>
        <w:t>یہاں بھی پریپیریشن چاہیے، وہاں بھی پریپیریشن چاہیے۔</w:t>
      </w:r>
    </w:p>
    <w:p>
      <w:r>
        <w:rPr>
          <w:b/>
        </w:rPr>
        <w:t xml:space="preserve">[42:15] </w:t>
      </w:r>
      <w:r>
        <w:t>yeh hai logon ko batana</w:t>
      </w:r>
    </w:p>
    <w:p>
      <w:pPr>
        <w:jc w:val="right"/>
      </w:pPr>
      <w:r>
        <w:t>یہ ہے لوگوں کو بتانا</w:t>
      </w:r>
    </w:p>
    <w:p>
      <w:r>
        <w:rPr>
          <w:b/>
        </w:rPr>
        <w:t xml:space="preserve">[42:20] </w:t>
      </w:r>
      <w:r>
        <w:t>ke marne se pehle tayari kar lo, aglay aglay yaani aglay marhalay hayat mein, aglay period of life mein jo kuch pesh aana hai, us ke liye</w:t>
      </w:r>
    </w:p>
    <w:p>
      <w:pPr>
        <w:jc w:val="right"/>
      </w:pPr>
      <w:r>
        <w:t>کہ مرنے سے پہلے تیاری کر لو، اگلے اگلے یعنی اگلے مرحلے حیات میں، اگلے پیریڈ آف لائف میں جو کچھ پیش آنا ہے، اس کے لیے</w:t>
      </w:r>
    </w:p>
    <w:p>
      <w:r>
        <w:rPr>
          <w:b/>
        </w:rPr>
        <w:t xml:space="preserve">[42:36] </w:t>
      </w:r>
      <w:r>
        <w:t>yeh hamara mission hai aur yeh humein karna hai. aap mein se har shakhs ko is is is spirit se jeena hai jo maine isi par arz kiya tha ke "I will do it,</w:t>
      </w:r>
    </w:p>
    <w:p>
      <w:pPr>
        <w:jc w:val="right"/>
      </w:pPr>
      <w:r>
        <w:t>یہ ہمارا مشن ہے اور یہ ہمیں کرنا ہے۔ آپ میں سے ہر شخص کو اس اس اسپرٹ سے جینا ہے جو میں نے اسی پر عرض کیا تھا کہ "آئی ویل ڈو اٹ،</w:t>
      </w:r>
    </w:p>
    <w:p>
      <w:r>
        <w:rPr>
          <w:b/>
        </w:rPr>
        <w:t xml:space="preserve">[42:51] </w:t>
      </w:r>
      <w:r>
        <w:t>I will do it". mujhe woh karna hai.</w:t>
      </w:r>
    </w:p>
    <w:p>
      <w:pPr>
        <w:jc w:val="right"/>
      </w:pPr>
      <w:r>
        <w:t>آئی ویل ڈو اٹ"۔ مجھے وہ کرنا ہے۔</w:t>
      </w:r>
    </w:p>
    <w:p>
      <w:r>
        <w:rPr>
          <w:b/>
        </w:rPr>
        <w:t xml:space="preserve">[42:55] </w:t>
      </w:r>
      <w:r>
        <w:t>jaise hum ne bataya tha ke Chicago ka ek mayor tha, to Chicago jo hai pehle bohat hi ganda shehar samjha jata tha. Chicago ke maani hote hain jangli piyaz, to is ke shehar ka naam bhi jangli piyaz pad gaya tha.</w:t>
      </w:r>
    </w:p>
    <w:p>
      <w:pPr>
        <w:jc w:val="right"/>
      </w:pPr>
      <w:r>
        <w:t>جیسے ہم نے بتایا تھا کہ شکاگو کا ایک میئر تھا، تو شکاگو جو ہے پہلے بہت ہی گندا شہر سمجھا جاتا تھا۔ شکاگو کے معنی ہوتے ہیں جنگلی پیاز، تو اس کے شہر کا نام بھی جنگلی پیاز پڑ گیا تھا۔</w:t>
      </w:r>
    </w:p>
    <w:p>
      <w:r>
        <w:rPr>
          <w:b/>
        </w:rPr>
        <w:t xml:space="preserve">[43:11] </w:t>
      </w:r>
      <w:r>
        <w:t>lekin is ne kya kiya?</w:t>
      </w:r>
    </w:p>
    <w:p>
      <w:pPr>
        <w:jc w:val="right"/>
      </w:pPr>
      <w:r>
        <w:t>لیکن اس نے کیا کیا؟</w:t>
      </w:r>
    </w:p>
    <w:p>
      <w:r>
        <w:rPr>
          <w:b/>
        </w:rPr>
        <w:t xml:space="preserve">[43:14] </w:t>
      </w:r>
      <w:r>
        <w:t>bohat se kaam kiye. is ne khaas tor par "I I I will do" ki speed paida ki. har aadmi ko mujhe, mujhe khud is shehar ko beautiful shehar banana hai.</w:t>
      </w:r>
    </w:p>
    <w:p>
      <w:pPr>
        <w:jc w:val="right"/>
      </w:pPr>
      <w:r>
        <w:t>بہت سے کام کیے۔ اس نے خاص طور پر "آئی آئی آئی ویل ڈو" کی اسپیڈ پیدا کی۔ ہر آدمی کو مجھے، مجھے خود اس شہر کو بیوٹی فل شہر بنانا ہے۔</w:t>
      </w:r>
    </w:p>
    <w:p>
      <w:r>
        <w:rPr>
          <w:b/>
        </w:rPr>
        <w:t xml:space="preserve">[43:22] </w:t>
      </w:r>
      <w:r>
        <w:t>yeh speed bhari is ne, to aaj Chicago bohat hi beautiful shehar bana hua hai.</w:t>
      </w:r>
    </w:p>
    <w:p>
      <w:pPr>
        <w:jc w:val="right"/>
      </w:pPr>
      <w:r>
        <w:t>یہ اسپیڈ بھری اس نے، تو آج شکاگو بہت ہی بیوٹی فل شہر بنا ہوا ہے۔</w:t>
      </w:r>
    </w:p>
    <w:p>
      <w:r>
        <w:rPr>
          <w:b/>
        </w:rPr>
        <w:t xml:space="preserve">[43:31] </w:t>
      </w:r>
      <w:r>
        <w:t>to hum mein se har shakhs ko yeh karna hai ke hum yeh samjhein ke oopar se koi program nahi aane wala hai, aap ko khud hi karna hai.</w:t>
      </w:r>
    </w:p>
    <w:p>
      <w:pPr>
        <w:jc w:val="right"/>
      </w:pPr>
      <w:r>
        <w:t>تو ہم میں سے ہر شخص کو یہ کرنا ہے کہ ہم یہ سمجھیں کہ اوپر سے کوئی پروگرام نہیں آنے والا ہے، آپ کو خود ہی کرنا ہے۔</w:t>
      </w:r>
    </w:p>
    <w:p>
      <w:r>
        <w:rPr>
          <w:b/>
        </w:rPr>
        <w:t xml:space="preserve">[43:42] </w:t>
      </w:r>
      <w:r>
        <w:t>hum ne Allah ke fazal se yeh yahan ho chuka hai ke aap ko literature tayar ho gaya hai, is ko aap istemal karein. brochure aur pamphlet chhap chuke hain, is ko aap logon ko dete rahein.</w:t>
      </w:r>
    </w:p>
    <w:p>
      <w:pPr>
        <w:jc w:val="right"/>
      </w:pPr>
      <w:r>
        <w:t>ہم نے اللہ کے فضل سے یہ یہاں ہو چکا ہے کہ آپ کو لٹریچر تیار ہو گیا ہے، اس کو آپ استعمال کریں۔ بروشر اور پمفلیٹ چھپ چکے ہیں، اس کو آپ لوگوں کو دیتے رہیں۔</w:t>
      </w:r>
    </w:p>
    <w:p>
      <w:r>
        <w:rPr>
          <w:b/>
        </w:rPr>
        <w:t xml:space="preserve">[43:53] </w:t>
      </w:r>
      <w:r>
        <w:t>caist ban rahe hain, jis ko aap logon ko pohnchayen. yeh sara infrastructure jo hai ban chuka hai. yeh Allah ka fazal hai ke is infrastructure jo hai, yani da'wa infrastructure, already mukammal ho chuka hai.</w:t>
      </w:r>
    </w:p>
    <w:p>
      <w:pPr>
        <w:jc w:val="right"/>
      </w:pPr>
      <w:r>
        <w:t>کیسٹ بن رہے ہیں، جس کو آپ لوگوں کو پہنچائیں۔ یہ سارا انفراسٹرکچر جو ہے بن چکا ہے۔ یہ اللہ کا فضل ہے کہ اس انفراسٹرکچر جو ہے، یعنی دعویٰ انفراسٹرکچر، الریڈی مکمل ہو چکا ہے۔</w:t>
      </w:r>
    </w:p>
    <w:p>
      <w:r>
        <w:rPr>
          <w:b/>
        </w:rPr>
        <w:t xml:space="preserve">[44:10] </w:t>
      </w:r>
      <w:r>
        <w:t>is mein koi kar nahi sakta ke da'wa infrastructure mein koi kami hai,</w:t>
      </w:r>
    </w:p>
    <w:p>
      <w:pPr>
        <w:jc w:val="right"/>
      </w:pPr>
      <w:r>
        <w:t>اس میں کوئی کر نہیں سکتا کہ دعویٰ انفراسٹرکچر میں کوئی کمی ہے،</w:t>
      </w:r>
    </w:p>
    <w:p>
      <w:r>
        <w:rPr>
          <w:b/>
        </w:rPr>
        <w:t xml:space="preserve">[44:14] </w:t>
      </w:r>
      <w:r>
        <w:t>lekin ise is ko istemal karna to aap log karen ge. is ko da'wa infrastructure maujood hai aur ban chuka hai, tayyar ho chuka hai Allah ke fazal se.</w:t>
      </w:r>
    </w:p>
    <w:p>
      <w:pPr>
        <w:jc w:val="right"/>
      </w:pPr>
      <w:r>
        <w:t>لیکن اسے اس کو استعمال کرنا تو آپ لوگ کریں گے۔ اس کو دعویٰ انفراسٹرکچر موجود ہے اور بن چکا ہے، تیار ہو چکا ہے اللہ کے فضل سے۔</w:t>
      </w:r>
    </w:p>
    <w:p>
      <w:r>
        <w:rPr>
          <w:b/>
        </w:rPr>
        <w:t xml:space="preserve">[44:25] </w:t>
      </w:r>
      <w:r>
        <w:t>lekin is ko phailana, is ko to doosron tak pohnchana, yeh to aap ko karna hai. jaise maine is se pehle kaha ke aap mein se har shakhs apne pocket mein, apne bag mein, apne purse mein</w:t>
      </w:r>
    </w:p>
    <w:p>
      <w:pPr>
        <w:jc w:val="right"/>
      </w:pPr>
      <w:r>
        <w:t>لیکن اس کو پھیلانا، اس کو تو دوسروں تک پہنچانا، یہ تو آپ کو کرنا ہے۔ جیسے میں نے اس سے پہلے کہا کہ آپ میں سے ہر شخص اپنے پاکٹ میں، اپنے بیگ میں، اپنے پرس میں</w:t>
      </w:r>
    </w:p>
    <w:p>
      <w:r>
        <w:rPr>
          <w:b/>
        </w:rPr>
        <w:t xml:space="preserve">[44:36] </w:t>
      </w:r>
      <w:r>
        <w:t>pamphlet rakha hai, chhote chhote pamphlet jo chhpe hue hain, har waqt us ki jeeb mein rehna chahiye taake jab bhi kisi se mile aap to us ko de saken. aap</w:t>
      </w:r>
    </w:p>
    <w:p>
      <w:pPr>
        <w:jc w:val="right"/>
      </w:pPr>
      <w:r>
        <w:t>پمفلیٹ رکھا ہے، چھوٹے چھوٹے پمفلیٹ جو چھپے ہوئے ہیں، ہر وقت اس کی جیب میں رہنا چاہیے تاکہ جب بھی کسی سے ملے آپ تو اس کو دے سکیں۔ آپ</w:t>
      </w:r>
    </w:p>
    <w:p>
      <w:r>
        <w:rPr>
          <w:b/>
        </w:rPr>
        <w:t xml:space="preserve">[44:48] </w:t>
      </w:r>
      <w:r>
        <w:t>isi tareeqe se doosri cheezen to yeh Allah ka fazal hai ke aap aur hamari zindagi mein infrastructure, da'wa infrastructure poori tarah wajood mein aa chuka hai.</w:t>
      </w:r>
    </w:p>
    <w:p>
      <w:pPr>
        <w:jc w:val="right"/>
      </w:pPr>
      <w:r>
        <w:t>اسی طریقے سے دوسری چیزیں تو یہ اللہ کا فضل ہے کہ آپ اور ہماری زندگی میں انفراسٹرکچر، دعویٰ انفراسٹرکچر پوری طرح وجود میں آ چکا ہے۔</w:t>
      </w:r>
    </w:p>
    <w:p>
      <w:r>
        <w:rPr>
          <w:b/>
        </w:rPr>
        <w:t xml:space="preserve">[45:01] </w:t>
      </w:r>
      <w:r>
        <w:t>main samajhta hoon ke da'wa infrastructure mein koi kami nahi hai.</w:t>
      </w:r>
    </w:p>
    <w:p>
      <w:pPr>
        <w:jc w:val="right"/>
      </w:pPr>
      <w:r>
        <w:t>میں سمجھتا ہوں کہ دعویٰ انفراسٹرکچر میں کوئی کمی نہیں ہے۔</w:t>
      </w:r>
    </w:p>
    <w:p>
      <w:r>
        <w:rPr>
          <w:b/>
        </w:rPr>
        <w:t xml:space="preserve">[45:05] </w:t>
      </w:r>
      <w:r>
        <w:t>ab is ko istemal karne ki baat hai, is ko aap istemal kar ke pohnchayen. is se pehle ke log logon ko maut aa jaye, jo log zinda hain, aap ko sochna chahiye ke jo zinda hain, woh kal maren ge.</w:t>
      </w:r>
    </w:p>
    <w:p>
      <w:pPr>
        <w:jc w:val="right"/>
      </w:pPr>
      <w:r>
        <w:t>اب اس کو استعمال کرنے کی بات ہے، اس کو آپ استعمال کر کے پہنچائیں۔ اس سے پہلے کہ لوگ لوگوں کو موت آ جائے، جو لوگ زندہ ہیں، آپ کو سوچنا چاہیے کہ جو زندہ ہیں، وہ کل مریں گے۔</w:t>
      </w:r>
    </w:p>
    <w:p>
      <w:r>
        <w:rPr>
          <w:b/>
        </w:rPr>
        <w:t xml:space="preserve">[45:19] </w:t>
      </w:r>
      <w:r>
        <w:t>to un ki maut se pehle pehle mujhe unhein bata dena chahiye ke aage kya hai,</w:t>
      </w:r>
    </w:p>
    <w:p>
      <w:pPr>
        <w:jc w:val="right"/>
      </w:pPr>
      <w:r>
        <w:t>تو ان کی موت سے پہلے پہلے مجھے انہیں بتا دینا چاہیے کہ آگے کیا ہے،</w:t>
      </w:r>
    </w:p>
    <w:p>
      <w:r>
        <w:rPr>
          <w:b/>
        </w:rPr>
        <w:t xml:space="preserve">[45:24] </w:t>
      </w:r>
      <w:r>
        <w:t>aage kya hai.</w:t>
      </w:r>
    </w:p>
    <w:p>
      <w:pPr>
        <w:jc w:val="right"/>
      </w:pPr>
      <w:r>
        <w:t>آگے کیا ہے۔</w:t>
      </w:r>
    </w:p>
    <w:p>
      <w:r>
        <w:rPr>
          <w:b/>
        </w:rPr>
        <w:t xml:space="preserve">[45:29] </w:t>
      </w:r>
      <w:r>
        <w:t>yani "doomsday ahead". maine ek mazmoon parha tha ek baar, uska title tha "task ahead".</w:t>
      </w:r>
    </w:p>
    <w:p>
      <w:pPr>
        <w:jc w:val="right"/>
      </w:pPr>
      <w:r>
        <w:t>یعنی "ڈومز ڈے اہیڈ"۔ میں نے ایک مضمون پڑھا تھا ایک بار، اس کا ٹائٹل تھا "ٹاسک اہیڈ"۔</w:t>
      </w:r>
    </w:p>
    <w:p>
      <w:r>
        <w:rPr>
          <w:b/>
        </w:rPr>
        <w:t xml:space="preserve">[45:39] </w:t>
      </w:r>
      <w:r>
        <w:t>"task ahead" mein to main samajhta hoon, to main main ek aaj kal jo global warming ki khabren aa rahi hain, to maine kaha ke ab to hona chahiye ke "doomsday ahead".</w:t>
      </w:r>
    </w:p>
    <w:p>
      <w:pPr>
        <w:jc w:val="right"/>
      </w:pPr>
      <w:r>
        <w:t>"ٹاسک اہیڈ" میں تو سمجھتا ہوں، تو میں میں ایک آج کل جو گلوبل وارمنگ کی خبریں آ رہی ہیں، تو میں نے کہا کہ اب تو ہونا چاہیے کہ "ڈومز ڈے اہیڈ"۔</w:t>
      </w:r>
    </w:p>
    <w:p>
      <w:r>
        <w:rPr>
          <w:b/>
        </w:rPr>
        <w:t xml:space="preserve">[45:49] </w:t>
      </w:r>
      <w:r>
        <w:t>qayamat aanay wali hai, bohat jald tum doosri zindagi mein dakhil honay wale ho, is ki tayyari kar lo, is ki tayyari kar lo.</w:t>
      </w:r>
    </w:p>
    <w:p>
      <w:pPr>
        <w:jc w:val="right"/>
      </w:pPr>
      <w:r>
        <w:t>قیامت آنے والی ہے، بہت جلد تم دوسری زندگی میں داخل ہونے والے ہو، اس کی تیاری کر لو، اس کی تیاری کر لو۔</w:t>
      </w:r>
    </w:p>
    <w:p>
      <w:r>
        <w:rPr>
          <w:b/>
        </w:rPr>
        <w:t xml:space="preserve">[46:01] </w:t>
      </w:r>
      <w:r>
        <w:t>to yeh jo</w:t>
      </w:r>
    </w:p>
    <w:p>
      <w:pPr>
        <w:jc w:val="right"/>
      </w:pPr>
      <w:r>
        <w:t>تو یہ جو</w:t>
      </w:r>
    </w:p>
    <w:p>
      <w:r>
        <w:rPr>
          <w:b/>
        </w:rPr>
        <w:t xml:space="preserve">[46:06] </w:t>
      </w:r>
      <w:r>
        <w:t>yeh jo aaj ka culture hai, jis mein Khuda ko nikaal diya gaya, accountability ko nikaal diya gaya, aur divine thinking ko nikaal diya gaya,</w:t>
      </w:r>
    </w:p>
    <w:p>
      <w:pPr>
        <w:jc w:val="right"/>
      </w:pPr>
      <w:r>
        <w:t>یہ جو آج کا کلچر ہے، جس میں خدا کو نکال دیا گیا، اکاؤنٹیبلٹی کو نکال دیا گیا، اور ڈیوائن تھنکنگ کو نکال دیا گیا،</w:t>
      </w:r>
    </w:p>
    <w:p>
      <w:r>
        <w:rPr>
          <w:b/>
        </w:rPr>
        <w:t xml:space="preserve">[46:20] </w:t>
      </w:r>
      <w:r>
        <w:t>ab har animal ki tarah se log</w:t>
      </w:r>
    </w:p>
    <w:p>
      <w:pPr>
        <w:jc w:val="right"/>
      </w:pPr>
      <w:r>
        <w:t>اب ہر اینیمل کی طرح سے لوگ</w:t>
      </w:r>
    </w:p>
    <w:p>
      <w:r>
        <w:rPr>
          <w:b/>
        </w:rPr>
        <w:t xml:space="preserve">[46:24] </w:t>
      </w:r>
      <w:r>
        <w:t>khush ho rahe hain, kha pee rahe hain, shopping kar rahe hain, un ko batana hai ke aap aisa kar ke kitne bare risk ko bolne le rahe hain.</w:t>
      </w:r>
    </w:p>
    <w:p>
      <w:pPr>
        <w:jc w:val="right"/>
      </w:pPr>
      <w:r>
        <w:t>خوش ہو رہے ہیں، کھا پی رہے ہیں، شاپنگ کر رہے ہیں، ان کو بتانا ہے کہ آپ ایسا کر کے کتنے بڑے رسک کو بولنے لے رہے ہیں۔</w:t>
      </w:r>
    </w:p>
    <w:p>
      <w:r>
        <w:rPr>
          <w:b/>
        </w:rPr>
        <w:t xml:space="preserve">[46:37] </w:t>
      </w:r>
      <w:r>
        <w:t>le rahe hain, kitna bara risk aap ke samne hai ke achaanak aap ko maut aye gi.</w:t>
      </w:r>
    </w:p>
    <w:p>
      <w:pPr>
        <w:jc w:val="right"/>
      </w:pPr>
      <w:r>
        <w:t>لے رہے ہیں، کتنا بڑا رسک آپ کے سامنے ہے کہ اچانک آپ کو موت آئے گی۔</w:t>
      </w:r>
    </w:p>
    <w:p>
      <w:r>
        <w:rPr>
          <w:b/>
        </w:rPr>
        <w:t xml:space="preserve">[46:42] </w:t>
      </w:r>
      <w:r>
        <w:t>abhi isi mahine ke nau se nau december ko yeh hua, abhi chand din pehle ke Jamia mein ek professor the, angrezi ke professor Jaffri, woh baqayda professor the, abhi un ki umar bohat kam thi, mujh se bohat kam thi umar un ki.</w:t>
      </w:r>
    </w:p>
    <w:p>
      <w:pPr>
        <w:jc w:val="right"/>
      </w:pPr>
      <w:r>
        <w:t>ابھی اسی مہینے کے نو سے نو دسمبر کو یہ ہوا، ابھی چند دن پہلے کہ جامعہ میں ایک پروفیسر تھے، انگریزی کے پروفیسر جعفری، وہ باقاعدہ پروفیسر تھے، ابھی ان کی عمر بہت کم تھی، مجھ سے بہت کم تھی عمر ان کی۔</w:t>
      </w:r>
    </w:p>
    <w:p>
      <w:r>
        <w:rPr>
          <w:b/>
        </w:rPr>
        <w:t xml:space="preserve">[47:00] </w:t>
      </w:r>
      <w:r>
        <w:t>abhi</w:t>
      </w:r>
    </w:p>
    <w:p>
      <w:pPr>
        <w:jc w:val="right"/>
      </w:pPr>
      <w:r>
        <w:t>ابھی</w:t>
      </w:r>
    </w:p>
    <w:p>
      <w:r>
        <w:rPr>
          <w:b/>
        </w:rPr>
        <w:t xml:space="preserve">[47:01] </w:t>
      </w:r>
      <w:r>
        <w:t>woh ghar se aaye, bilkul healthy the, woh bilkul healthy the, aur jab Jamia gate pe pohnche to achaanak gir ke mar gaye.</w:t>
      </w:r>
    </w:p>
    <w:p>
      <w:pPr>
        <w:jc w:val="right"/>
      </w:pPr>
      <w:r>
        <w:t>وہ گھر سے آئے، بالکل ہیلدی تھے، وہ بالکل ہیلدی تھے، اور جب جامعہ گیٹ پہ پہنچے تو اچانک گر کے مر گئے۔</w:t>
      </w:r>
    </w:p>
    <w:p>
      <w:r>
        <w:rPr>
          <w:b/>
        </w:rPr>
        <w:t xml:space="preserve">[47:14] </w:t>
      </w:r>
      <w:r>
        <w:t>yahan bhi dekhen, ab main yeh kahoon ga ke jab woh mar gaye to kya hua? condolence meeting hone lagi idhar udhar, is mein kya un ki shakhsi tareefen ho rahi hain ke angrezi ke bohat expert the, bohat bare professor the, bohat learned aadmi the, itni book likhi unhon ne,</w:t>
      </w:r>
    </w:p>
    <w:p>
      <w:pPr>
        <w:jc w:val="right"/>
      </w:pPr>
      <w:r>
        <w:t>یہاں بھی دیکھیں، اب میں یہ کہوں گا کہ جب وہ مر گئے تو کیا ہوا؟ کنڈولنس میٹنگ ہونے لگی ادھر ادھر، اس میں کیا ان کی شخصی تعریفیں ہو رہی ہیں کہ انگریزی کے بہت ایکسپرٹ تھے، بہت بڑے پروفیسر تھے، بہت لرنڈ آدمی تھے، اتنی بک لکھی انہوں نے،</w:t>
      </w:r>
    </w:p>
    <w:p>
      <w:r>
        <w:rPr>
          <w:b/>
        </w:rPr>
        <w:t xml:space="preserve">[47:33] </w:t>
      </w:r>
      <w:r>
        <w:t>aur yeh aspect hzaf ho gaya ke maut achaanak kisi ko aa sakti hai, hum sab ko aa sakti hai, is ki tayyari karo. to maine samjha ke yeh itni bhi hoti hai, aaj kal Quran khwani ho rahi hai, condolence meeting ho rahi hai, matmi jalsay ho rahe hain, yeh sab bhi ek fitna hai,</w:t>
      </w:r>
    </w:p>
    <w:p>
      <w:pPr>
        <w:jc w:val="right"/>
      </w:pPr>
      <w:r>
        <w:t>اور یہ ایسپیکٹ حذف ہو گیا کہ موت اچانک کسی کو آ سکتی ہے، ہم سب کو آ سکتی ہے، اس کی تیاری کرو۔ تو میں نے سمجھا کہ یہ اتنی بھی ہوتی ہے، آج کل قرآن خوانی ہو رہی ہے، کنڈولنس میٹنگ ہو رہی ہے، ماتمی جلسے ہو رہے ہیں، یہ سب بھی ایک فتنہ ہے،</w:t>
      </w:r>
    </w:p>
    <w:p>
      <w:r>
        <w:rPr>
          <w:b/>
        </w:rPr>
        <w:t xml:space="preserve">[47:49] </w:t>
      </w:r>
      <w:r>
        <w:t>kyun ke asal jo aspect hai woh to yeh hai ke achaanak maut, is ko koi highlight nahi karta.</w:t>
      </w:r>
    </w:p>
    <w:p>
      <w:pPr>
        <w:jc w:val="right"/>
      </w:pPr>
      <w:r>
        <w:t>کیونکہ اصل جو ایسپیکٹ ہے وہ تو یہ ہے کہ اچانک موت، اس کو کوئی ہائی لائٹ نہیں کرتا۔</w:t>
      </w:r>
    </w:p>
    <w:p>
      <w:r>
        <w:rPr>
          <w:b/>
        </w:rPr>
        <w:t xml:space="preserve">[47:58] </w:t>
      </w:r>
      <w:r>
        <w:t>maine kai condolence, condolence meeting jo hua karti hai, taza jalsi maine shirkat ki, is mein to sirf marne wale ki tareefen hoti hain.</w:t>
      </w:r>
    </w:p>
    <w:p>
      <w:pPr>
        <w:jc w:val="right"/>
      </w:pPr>
      <w:r>
        <w:t>میں نے کئی کنڈولنس، کنڈولنس میٹنگ جو ہوا کرتی ہے، تازہ جلسی میں نے شرکت کی، اس میں تو صرف مرنے والے کی تعریفیں ہوتی ہیں۔</w:t>
      </w:r>
    </w:p>
    <w:p>
      <w:r>
        <w:rPr>
          <w:b/>
        </w:rPr>
        <w:t xml:space="preserve">[48:07] </w:t>
      </w:r>
      <w:r>
        <w:t>is mein hamare papers mein, hamare magazines bhi mazmoon chaptay rehtay hain marne par,</w:t>
      </w:r>
    </w:p>
    <w:p>
      <w:pPr>
        <w:jc w:val="right"/>
      </w:pPr>
      <w:r>
        <w:t>اس میں ہمارے پیپرز میں، ہمارے میگزین بھی مضمون چھپتے رہتے ہیں مرنے پر،</w:t>
      </w:r>
    </w:p>
    <w:p>
      <w:r>
        <w:rPr>
          <w:b/>
        </w:rPr>
        <w:t xml:space="preserve">[48:16] </w:t>
      </w:r>
      <w:r>
        <w:t>aur aur meetings hoti hain, sab mein kya hai? jo aadmi mar gaya, us ki tareefein hain. bas asal jo aspect hai ke woh hai maut.</w:t>
      </w:r>
    </w:p>
    <w:p>
      <w:pPr>
        <w:jc w:val="right"/>
      </w:pPr>
      <w:r>
        <w:t>اور اور میٹنگیں ہوتی ہیں، سب میں کیا ہے؟ جو آدمی مر گیا، اس کی تعریفیں ہیں۔ بس اصل جو ایسپیکٹ ہے کہ وہ ہے موت۔</w:t>
      </w:r>
    </w:p>
    <w:p>
      <w:r>
        <w:rPr>
          <w:b/>
        </w:rPr>
        <w:t xml:space="preserve">[48:29] </w:t>
      </w:r>
      <w:r>
        <w:t>hadees mein aata hai ke "aktharo zikr hath mein lazatt". quran mein hai ke "kullu nafsin za'iqatul maut".</w:t>
      </w:r>
    </w:p>
    <w:p>
      <w:pPr>
        <w:jc w:val="right"/>
      </w:pPr>
      <w:r>
        <w:t>حدیث میں آتا ہے کہ "اکثرو ذکر ہاتھ میں لذات"۔ قرآن میں ہے کہ "کل نفس ذائقۃ الموت"۔</w:t>
      </w:r>
    </w:p>
    <w:p>
      <w:r>
        <w:rPr>
          <w:b/>
        </w:rPr>
        <w:t xml:space="preserve">[48:38] </w:t>
      </w:r>
      <w:r>
        <w:t>har aadmi ko marna hai, "kullu nafsin za'iqatul maut". "kullu nafsin za'iqatul maut".</w:t>
      </w:r>
    </w:p>
    <w:p>
      <w:pPr>
        <w:jc w:val="right"/>
      </w:pPr>
      <w:r>
        <w:t>ہر آدمی کو مرنا ہے، "کل نفس ذائقۃ الموت"۔ "کل نفس ذائقۃ الموت"۔</w:t>
      </w:r>
    </w:p>
    <w:p>
      <w:r>
        <w:rPr>
          <w:b/>
        </w:rPr>
        <w:t xml:space="preserve">[48:47] </w:t>
      </w:r>
      <w:r>
        <w:t>har insaan ko maut ka maza chakhna hai. hadees mein aaya hai ke "aktharo zikr hath mein lazatt". maut ko yaad karo, jo lazaton ko dha dene wali hai.</w:t>
      </w:r>
    </w:p>
    <w:p>
      <w:pPr>
        <w:jc w:val="right"/>
      </w:pPr>
      <w:r>
        <w:t>ہر انسان کو موت کا مزہ چکھنا ہے۔ حدیث میں آیا ہے کہ "اکثرو ذکر ہاتھ میں لذات"۔ موت کو یاد کرو، جو لذتوں کو ڈھا دینے والی ہے۔</w:t>
      </w:r>
    </w:p>
    <w:p>
      <w:r>
        <w:rPr>
          <w:b/>
        </w:rPr>
        <w:t xml:space="preserve">[48:58] </w:t>
      </w:r>
      <w:r>
        <w:t>yeh aspect hai asal kehne ka, lekin koi marta hai to is marne wale ki tareefein to khoob hoti hain, aur yeh nahi batate ke zinda hai, woh marega, woh achaanak mar sakta hai,</w:t>
      </w:r>
    </w:p>
    <w:p>
      <w:pPr>
        <w:jc w:val="right"/>
      </w:pPr>
      <w:r>
        <w:t>یہ ایسپیکٹ ہے اصل کہنے کا، لیکن کوئی مرتا ہے تو اس مرنے والے کی تعریفیں تو خوب ہوتی ہیں، اور یہ نہیں بتاتے کہ زندہ ہے، وہ مرے گا، وہ اچانک مر سکتا ہے،</w:t>
      </w:r>
    </w:p>
    <w:p>
      <w:r>
        <w:rPr>
          <w:b/>
        </w:rPr>
        <w:t xml:space="preserve">[49:13] </w:t>
      </w:r>
      <w:r>
        <w:t>kisi bhi umar mein mar sakta hai. woh</w:t>
      </w:r>
    </w:p>
    <w:p>
      <w:pPr>
        <w:jc w:val="right"/>
      </w:pPr>
      <w:r>
        <w:t>کسی بھی عمر میں مر سکتا ہے۔ وہ</w:t>
      </w:r>
    </w:p>
    <w:p>
      <w:r>
        <w:rPr>
          <w:b/>
        </w:rPr>
        <w:t xml:space="preserve">[49:16] </w:t>
      </w:r>
      <w:r>
        <w:t>to ae logon, tayyari karo is baat ki ke marne ke baad jo dunya aane wali hai, us mein hum dakhil hon to hum is ke liye prepare, prepare ho kar dakhil hon.</w:t>
      </w:r>
    </w:p>
    <w:p>
      <w:pPr>
        <w:jc w:val="right"/>
      </w:pPr>
      <w:r>
        <w:t>تو اے لوگوں، تیاری کرو اس بات کی کہ مرنے کے بعد جو دنیا آنے والی ہے، اس میں ہم داخل ہوں تو ہم اس کے لیے پریپیئر، پریپیئر ہو کر داخل ہوں۔</w:t>
      </w:r>
    </w:p>
    <w:p>
      <w:r>
        <w:rPr>
          <w:b/>
        </w:rPr>
        <w:t xml:space="preserve">[49:26] </w:t>
      </w:r>
      <w:r>
        <w:t>is mein is aspect ka zikr hi nahi hota. is mein yeh bhi sochiye to yahan bhi</w:t>
      </w:r>
    </w:p>
    <w:p>
      <w:pPr>
        <w:jc w:val="right"/>
      </w:pPr>
      <w:r>
        <w:t>اس میں اس ایسپیکٹ کا ذکر ہی نہیں ہوتا۔ اس میں یہ بھی سوچیے تو یہاں بھی</w:t>
      </w:r>
    </w:p>
    <w:p>
      <w:r>
        <w:rPr>
          <w:b/>
        </w:rPr>
        <w:t xml:space="preserve">[49:34] </w:t>
      </w:r>
      <w:r>
        <w:t>yani do cheezon ko ek doosre se alag kar diya gaya hai, yani maut ko aur marne wale ko. marne wale ka tazkira hai, maut ka tazkira nahi hai.</w:t>
      </w:r>
    </w:p>
    <w:p>
      <w:pPr>
        <w:jc w:val="right"/>
      </w:pPr>
      <w:r>
        <w:t>یعنی دو چیزوں کو ایک دوسرے سے الگ کر دیا گیا ہے، یعنی موت کو اور مرنے والے کو۔ مرنے والے کا تذکرہ ہے، موت کا تذکرہ نہیں ہے۔</w:t>
      </w:r>
    </w:p>
    <w:p>
      <w:r>
        <w:rPr>
          <w:b/>
        </w:rPr>
        <w:t xml:space="preserve">[49:42] </w:t>
      </w:r>
      <w:r>
        <w:t>yahan bhi ek separation kar diya gaya hai.</w:t>
      </w:r>
    </w:p>
    <w:p>
      <w:pPr>
        <w:jc w:val="right"/>
      </w:pPr>
      <w:r>
        <w:t>یہاں بھی ایک سیپریشن کر دیا گیا ہے۔</w:t>
      </w:r>
    </w:p>
    <w:p>
      <w:r>
        <w:rPr>
          <w:b/>
        </w:rPr>
        <w:t xml:space="preserve">[49:47] </w:t>
      </w:r>
      <w:r>
        <w:t>marne wala to mar chuka, ja chuka, lekin jo zinda hain, un ko batana hai ke dekho kya hone wala hai.</w:t>
      </w:r>
    </w:p>
    <w:p>
      <w:pPr>
        <w:jc w:val="right"/>
      </w:pPr>
      <w:r>
        <w:t>مرنے والا تو مر چکا، جا چکا، لیکن جو زندہ ہیں، ان کو بتانا ہے کہ دیکھو کیا ہونے والا ہے۔</w:t>
      </w:r>
    </w:p>
    <w:p>
      <w:r>
        <w:rPr>
          <w:b/>
        </w:rPr>
        <w:t xml:space="preserve">[49:58] </w:t>
      </w:r>
      <w:r>
        <w:t>mein aksar jab jata hoon, kabhi kisi ki maut mein, kafan dafan ke mamle mein, qabristan mein</w:t>
      </w:r>
    </w:p>
    <w:p>
      <w:pPr>
        <w:jc w:val="right"/>
      </w:pPr>
      <w:r>
        <w:t>میں اکثر جب جاتا ہوں، کبھی کسی کی موت میں، کفن دفن کے معاملے میں، قبرستان میں</w:t>
      </w:r>
    </w:p>
    <w:p>
      <w:r>
        <w:rPr>
          <w:b/>
        </w:rPr>
        <w:t xml:space="preserve">[50:06] </w:t>
      </w:r>
      <w:r>
        <w:t>to dekhta hoon, wahan bhi maut ka to koi tazkira nahi. idhar udhar ki baatein hain, kuch log idhar baith, kuch log baith ke idhar baatein kar rahe hain, kuch idhar udhar baith ke baatein kar rahe hain, koi maut ka tazkira nahi hai.</w:t>
      </w:r>
    </w:p>
    <w:p>
      <w:pPr>
        <w:jc w:val="right"/>
      </w:pPr>
      <w:r>
        <w:t>تو دیکھتا ہوں، وہاں بھی موت کا تو کوئی تذکرہ نہیں۔ ادھر ادھر کی باتیں ہیں، کچھ لوگ ادھر بیٹھ، کچھ لوگ بیٹھ کے ادھر باتیں کر رہے ہیں، کچھ ادھر ادھر بیٹھ کے باتیں کر رہے ہیں، کوئی موت کا تذکرہ نہیں ہے۔</w:t>
      </w:r>
    </w:p>
    <w:p>
      <w:r>
        <w:rPr>
          <w:b/>
        </w:rPr>
        <w:t xml:space="preserve">[50:20] </w:t>
      </w:r>
      <w:r>
        <w:t>iqraar hi nahi, chup ho kar koi soche,</w:t>
      </w:r>
    </w:p>
    <w:p>
      <w:pPr>
        <w:jc w:val="right"/>
      </w:pPr>
      <w:r>
        <w:t>اعتراف ہی نہیں، چپ ہو کر کوئی سوچے،</w:t>
      </w:r>
    </w:p>
    <w:p>
      <w:r>
        <w:rPr>
          <w:b/>
        </w:rPr>
        <w:t xml:space="preserve">[50:23] </w:t>
      </w:r>
      <w:r>
        <w:t>iqraar hi nahi. mein dekhta logon ke andar to wahan bhi dekhiye, yahi hai ke maut ko alag kar diya, marne wale ko alag kar diya. to marne wale ka tazkira kar rahe hain aur maut ka koi zikr hi nahi, is ka koi soch hi nahi hai.</w:t>
      </w:r>
    </w:p>
    <w:p>
      <w:pPr>
        <w:jc w:val="right"/>
      </w:pPr>
      <w:r>
        <w:t>اعتراف ہی نہیں۔ میں دیکھتا لوگوں کے اندر تو وہاں بھی دیکھیے، یہی ہے کہ موت کو الگ کر دیا، مرنے والے کو الگ کر دیا۔ تو مرنے والے کا تذکرہ کر رہے ہیں اور موت کا کوئی ذکر ہی نہیں، اس کا کوئی سوچ ہی نہیں ہے۔</w:t>
      </w:r>
    </w:p>
    <w:p>
      <w:r>
        <w:rPr>
          <w:b/>
        </w:rPr>
        <w:t xml:space="preserve">[50:37] </w:t>
      </w:r>
      <w:r>
        <w:t>halankeh asal soch to maut ki honi chahiye.</w:t>
      </w:r>
    </w:p>
    <w:p>
      <w:pPr>
        <w:jc w:val="right"/>
      </w:pPr>
      <w:r>
        <w:t>حالانکہ اصل سوچ تو موت کی ہونی چاہیے۔</w:t>
      </w:r>
    </w:p>
    <w:p>
      <w:r>
        <w:rPr>
          <w:b/>
        </w:rPr>
        <w:t xml:space="preserve">[50:42] </w:t>
      </w:r>
      <w:r>
        <w:t>isi liye hadees mein hai ke "aktharo zikr hath mein lazatt al maut". maut ko bohat zyada yaad karo, jo ke lazaton ko dha dene wali hai.</w:t>
      </w:r>
    </w:p>
    <w:p>
      <w:pPr>
        <w:jc w:val="right"/>
      </w:pPr>
      <w:r>
        <w:t>اسی لیے حدیث میں ہے کہ "اکثرو ذکر ہاتھ میں لذات الموت"۔ موت کو بہت زیادہ یاد کرو، جو کہ لذتوں کو ڈھا دینے والی ہے۔</w:t>
      </w:r>
    </w:p>
    <w:p>
      <w:r>
        <w:rPr>
          <w:b/>
        </w:rPr>
        <w:t xml:space="preserve">[50:56] </w:t>
      </w:r>
      <w:r>
        <w:t>kitni ahem baat hai yeh</w:t>
      </w:r>
    </w:p>
    <w:p>
      <w:pPr>
        <w:jc w:val="right"/>
      </w:pPr>
      <w:r>
        <w:t>کتنی اہم بات ہے یہ</w:t>
      </w:r>
    </w:p>
    <w:p>
      <w:r>
        <w:rPr>
          <w:b/>
        </w:rPr>
        <w:t xml:space="preserve">[50:58] </w:t>
      </w:r>
      <w:r>
        <w:t>ke maut ko yaad karna chahiye zyada se zyada, jabkeh marne wale ki tareefein karna yeh to koi kaam nahi hua.</w:t>
      </w:r>
    </w:p>
    <w:p>
      <w:pPr>
        <w:jc w:val="right"/>
      </w:pPr>
      <w:r>
        <w:t>کہ موت کو یاد کرنا چاہیے زیادہ سے زیادہ، جبکہ مرنے والے کی تعریفیں کرنا یہ تو کوئی کام نہیں ہوا۔</w:t>
      </w:r>
    </w:p>
    <w:p>
      <w:r>
        <w:rPr>
          <w:b/>
        </w:rPr>
        <w:t xml:space="preserve">[51:09] </w:t>
      </w:r>
      <w:r>
        <w:t>to yeh bohat hi yani serious situation hai, aur yeh serious situation hum ko hamari responsibility yaad dilati hai.</w:t>
      </w:r>
    </w:p>
    <w:p>
      <w:pPr>
        <w:jc w:val="right"/>
      </w:pPr>
      <w:r>
        <w:t>تو یہ بہت ہی یعنی سیریس سچویشن ہے، اور یہ سیریس سچویشن ہم کو ہماری ریسپانسبیلٹی یاد دلاتی ہے۔</w:t>
      </w:r>
    </w:p>
    <w:p>
      <w:r>
        <w:rPr>
          <w:b/>
        </w:rPr>
        <w:t xml:space="preserve">[51:21] </w:t>
      </w:r>
      <w:r>
        <w:t>hamari responsibility</w:t>
      </w:r>
    </w:p>
    <w:p>
      <w:pPr>
        <w:jc w:val="right"/>
      </w:pPr>
      <w:r>
        <w:t>ہماری ریسپانسبیلٹی</w:t>
      </w:r>
    </w:p>
    <w:p>
      <w:r>
        <w:rPr>
          <w:b/>
        </w:rPr>
        <w:t xml:space="preserve">[51:28] </w:t>
      </w:r>
      <w:r>
        <w:t>humain chahiye ke hum</w:t>
      </w:r>
    </w:p>
    <w:p>
      <w:pPr>
        <w:jc w:val="right"/>
      </w:pPr>
      <w:r>
        <w:t>ہمیں چاہیے کہ ہم</w:t>
      </w:r>
    </w:p>
    <w:p>
      <w:r>
        <w:rPr>
          <w:b/>
        </w:rPr>
        <w:t xml:space="preserve">[51:32] </w:t>
      </w:r>
      <w:r>
        <w:t>sab se zyada isi ke baray mein sochein. yeh baat soul consult ban jaye hamara, yani dawat jo hai, woh hamara soul consult ban jaye.</w:t>
      </w:r>
    </w:p>
    <w:p>
      <w:pPr>
        <w:jc w:val="right"/>
      </w:pPr>
      <w:r>
        <w:t>سب سے زیادہ اسی کے بارے میں سوچیں۔ یہ بات سول کنسلٹ بن جائے ہمارا، یعنی دعوت جو ہے، وہ ہمارا سول کنسلٹ بن جائے۔</w:t>
      </w:r>
    </w:p>
    <w:p>
      <w:r>
        <w:rPr>
          <w:b/>
        </w:rPr>
        <w:t xml:space="preserve">[51:44] </w:t>
      </w:r>
      <w:r>
        <w:t>baqi cheezein to need ke darje mein hon, kyunke humain dunya mein zinda rehna hai, to humain khana chahiye, kapra chahiye, sab cheezein chahiye,</w:t>
      </w:r>
    </w:p>
    <w:p>
      <w:pPr>
        <w:jc w:val="right"/>
      </w:pPr>
      <w:r>
        <w:t>باقی چیزیں تو نیڈ کے درجے میں ہوں، کیونکہ ہمیں دنیا میں زندہ رہنا ہے، تو ہمیں کھانا چاہیے، کپڑا چاہیے، سب چیزیں چاہیے،</w:t>
      </w:r>
    </w:p>
    <w:p>
      <w:r>
        <w:rPr>
          <w:b/>
        </w:rPr>
        <w:t xml:space="preserve">[51:54] </w:t>
      </w:r>
      <w:r>
        <w:t>woh hamari need hain. lekin jo mission hai, jo maqsad hai, woh yeh ho ke hum dunya ko bata sakein zindagi ke baray mein,</w:t>
      </w:r>
    </w:p>
    <w:p>
      <w:pPr>
        <w:jc w:val="right"/>
      </w:pPr>
      <w:r>
        <w:t>وہ ہماری نیڈ ہیں۔ لیکن جو مشن ہے، جو مقصد ہے، وہ یہ ہو کہ ہم دنیا کو بتا سکیں زندگی کے بارے میں،</w:t>
      </w:r>
    </w:p>
    <w:p>
      <w:r>
        <w:rPr>
          <w:b/>
        </w:rPr>
        <w:t xml:space="preserve">[52:07] </w:t>
      </w:r>
      <w:r>
        <w:t>khaas tor par creation plan of god ke baray mein. koi is tarah sochta hi nahi ke dunya kyun banai gayi, hum kyun yahan hain, pre death period kya hai, post death period kya hai,</w:t>
      </w:r>
    </w:p>
    <w:p>
      <w:pPr>
        <w:jc w:val="right"/>
      </w:pPr>
      <w:r>
        <w:t>خاص طور پر کریشن پلان آف گاڈ کے بارے میں۔ کوئی اس طرح سوچتا ہی نہیں کہ دنیا کیوں بنائی گئی، ہم کیوں یہاں ہیں، پری ڈیتھ پیریڈ کیا ہے، پوسٹ ڈیتھ پیریڈ کیا ہے،</w:t>
      </w:r>
    </w:p>
    <w:p>
      <w:r>
        <w:rPr>
          <w:b/>
        </w:rPr>
        <w:t xml:space="preserve">[52:25] </w:t>
      </w:r>
      <w:r>
        <w:t>salvation kya hai.</w:t>
      </w:r>
    </w:p>
    <w:p>
      <w:pPr>
        <w:jc w:val="right"/>
      </w:pPr>
      <w:r>
        <w:t>سالویشن کیا ہے۔</w:t>
      </w:r>
    </w:p>
    <w:p>
      <w:r>
        <w:rPr>
          <w:b/>
        </w:rPr>
        <w:t xml:space="preserve">[52:30] </w:t>
      </w:r>
      <w:r>
        <w:t>is mein yeh mazmoon maine dikhaya aap ko, "dont feel guilty". is mein yeh bhi hai ke salvation ka jo concept hai, woh hamein khwamkhwa demoralize karta hai.</w:t>
      </w:r>
    </w:p>
    <w:p>
      <w:pPr>
        <w:jc w:val="right"/>
      </w:pPr>
      <w:r>
        <w:t>اس میں یہ مضمون میں نے دکھایا آپ کو، "ڈونٹ فیل گلٹی"۔ اس میں یہ بھی ہے کہ سالویشن کا جو کانسیپٹ ہے، وہ ہمیں خوامخواہ ڈی مورلائز کرتا ہے۔</w:t>
      </w:r>
    </w:p>
    <w:p>
      <w:r>
        <w:rPr>
          <w:b/>
        </w:rPr>
        <w:t xml:space="preserve">[52:40] </w:t>
      </w:r>
      <w:r>
        <w:t>nahi, kitni ajeeb o ghareeb baat hai ke salvation ka jo concept hai, woh hamein responsible banata hai.</w:t>
      </w:r>
    </w:p>
    <w:p>
      <w:pPr>
        <w:jc w:val="right"/>
      </w:pPr>
      <w:r>
        <w:t>نہیں، کتنی عجیب و غریب بات ہے کہ سالویشن کا جو کانسیپٹ ہے، وہ ہمیں ریسپانسبل بناتا ہے۔</w:t>
      </w:r>
    </w:p>
    <w:p>
      <w:r>
        <w:rPr>
          <w:b/>
        </w:rPr>
        <w:t xml:space="preserve">[52:47] </w:t>
      </w:r>
      <w:r>
        <w:t>isko keh diya gaya, woh demoralize karta hai, hamare khud aitmadi ko ghatata hai.</w:t>
      </w:r>
    </w:p>
    <w:p>
      <w:pPr>
        <w:jc w:val="right"/>
      </w:pPr>
      <w:r>
        <w:t>اس کو کہہ دیا گیا، وہ ڈی مورلائز کرتا ہے، ہمارے خود اعتمادی کو گھٹاتا ہے۔</w:t>
      </w:r>
    </w:p>
    <w:p>
      <w:r>
        <w:rPr>
          <w:b/>
        </w:rPr>
        <w:t xml:space="preserve">[52:58] </w:t>
      </w:r>
      <w:r>
        <w:t>is zamane ko main samajhta hoon ke maine ek article likha tha ke alfaaz ka fitna, beautiful word bol kar ke log ajeeb o ghareeb qism ke tareeqay se beautify karte hain, galat baaton ko,</w:t>
      </w:r>
    </w:p>
    <w:p>
      <w:pPr>
        <w:jc w:val="right"/>
      </w:pPr>
      <w:r>
        <w:t>اس زمانے کو میں سمجھتا ہوں کہ میں نے ایک آرٹیکل لکھا تھا کہ الفاظ کا فتنہ، بیوٹی فل ورڈ بول کر کے لوگ عجیب و غریب قسم کے طریقے سے بیوٹیفائی کرتے ہیں، غلط باتوں کو،</w:t>
      </w:r>
    </w:p>
    <w:p>
      <w:r>
        <w:rPr>
          <w:b/>
        </w:rPr>
        <w:t xml:space="preserve">[53:13] </w:t>
      </w:r>
      <w:r>
        <w:t>galat baaton ko beautify karte hain, bohat hi</w:t>
      </w:r>
    </w:p>
    <w:p>
      <w:pPr>
        <w:jc w:val="right"/>
      </w:pPr>
      <w:r>
        <w:t>غلط باتوں کو بیوٹیفائی کرتے ہیں، بہت ہی</w:t>
      </w:r>
    </w:p>
    <w:p>
      <w:r>
        <w:rPr>
          <w:b/>
        </w:rPr>
        <w:t xml:space="preserve">[53:16] </w:t>
      </w:r>
      <w:r>
        <w:t>yani khoobsurat shabdon ko bol kar ke. isi bas isi ka ek misaal yeh bhi hai ke salvation ka jo concept hai, woh hum ko demoralize karta hai.</w:t>
      </w:r>
    </w:p>
    <w:p>
      <w:pPr>
        <w:jc w:val="right"/>
      </w:pPr>
      <w:r>
        <w:t>یعنی خوبصورت शब्दوں کو بول کر کے۔ اسی بس اسی کا ایک مثال یہ بھی ہے کہ سالویشن کا جو کانسیپٹ ہے، وہ ہم کو ڈی مورلائز کرتا ہے۔</w:t>
      </w:r>
    </w:p>
    <w:p>
      <w:r>
        <w:rPr>
          <w:b/>
        </w:rPr>
        <w:t xml:space="preserve">[53:29] </w:t>
      </w:r>
      <w:r>
        <w:t>hamein kehna yeh chahiye ke salvation concept hum ko responsible banata hai.</w:t>
      </w:r>
    </w:p>
    <w:p>
      <w:pPr>
        <w:jc w:val="right"/>
      </w:pPr>
      <w:r>
        <w:t>ہمیں کہنا یہ چاہیے کہ سالویشن کانسیپٹ ہم کو ریسپانسبل بناتا ہے۔</w:t>
      </w:r>
    </w:p>
    <w:p>
      <w:r>
        <w:rPr>
          <w:b/>
        </w:rPr>
        <w:t xml:space="preserve">[53:35] </w:t>
      </w:r>
      <w:r>
        <w:t>salvation jo concept hai, woh hum ko responsible member of society banata hai, kyunke agar hum moral values ko adhere na karein, agar hum right path par na chalein,</w:t>
      </w:r>
    </w:p>
    <w:p>
      <w:pPr>
        <w:jc w:val="right"/>
      </w:pPr>
      <w:r>
        <w:t>سالویشن جو کانسیپٹ ہے، وہ ہم کو ریسپانسبل ممبر آف سوسائٹی بناتا ہے، کیونکہ اگر ہم مورل ویلیوز کو اڈیئر نہ کریں، اگر ہم رائٹ پاتھ پر نہ چلیں،</w:t>
      </w:r>
    </w:p>
    <w:p>
      <w:r>
        <w:rPr>
          <w:b/>
        </w:rPr>
        <w:t xml:space="preserve">[53:49] </w:t>
      </w:r>
      <w:r>
        <w:t>agar hum zimmedariyon ko poori na karein, to hamari salvation jo hai, is list mein par jayegi.</w:t>
      </w:r>
    </w:p>
    <w:p>
      <w:pPr>
        <w:jc w:val="right"/>
      </w:pPr>
      <w:r>
        <w:t>اگر ہم ذمہ داریوں کو پوری نہ کریں، تو ہماری سالویشن جو ہے، اس لسٹ میں پڑ جائے گی۔</w:t>
      </w:r>
    </w:p>
    <w:p>
      <w:r>
        <w:rPr>
          <w:b/>
        </w:rPr>
        <w:t xml:space="preserve">[53:56] </w:t>
      </w:r>
      <w:r>
        <w:t>to yeh cheez hamare liye woh hai, yani ek hum hum hum hum ko hum ko har waqt revise karne ka kehti rehti hai, apne ko sahi karte raho, apne ko sahi karte raho, apne ko sahi karte raho.</w:t>
      </w:r>
    </w:p>
    <w:p>
      <w:pPr>
        <w:jc w:val="right"/>
      </w:pPr>
      <w:r>
        <w:t>تو یہ چیز ہمارے لیے وہ ہے، یعنی ایک ہم ہم ہم ہم کو ہم کو ہر وقت ریوائز کرنے کا کہتی رہتی ہے، اپنے کو صحیح کرتے رہو، اپنے کو صحیح کرتے رہو، اپنے کو صحیح کرتے رہو۔</w:t>
      </w:r>
    </w:p>
    <w:p>
      <w:r>
        <w:rPr>
          <w:b/>
        </w:rPr>
        <w:t xml:space="preserve">[54:12] </w:t>
      </w:r>
      <w:r>
        <w:t>lekin khoobsurat alfaaz bol kar ke insaan ko keh diya ke nahi bhai, yeh sab bekar cheezein hain.</w:t>
      </w:r>
    </w:p>
    <w:p>
      <w:pPr>
        <w:jc w:val="right"/>
      </w:pPr>
      <w:r>
        <w:t>لیکن خوبصورت الفاظ بول کر کے انسان کو کہہ دیا کہ نہیں بھئی، یہ سب بیکار چیزیں ہیں۔</w:t>
      </w:r>
    </w:p>
    <w:p>
      <w:r>
        <w:rPr>
          <w:b/>
        </w:rPr>
        <w:t xml:space="preserve">[54:20] </w:t>
      </w:r>
      <w:r>
        <w:t>to in sab baaton ko kehne ka matlab mera yahi hai ke aap log apni responsibility ko samjhein, apni zimmedari ko samhein. agar shehar mein gandagi barh jaye to safai karmchari ki zimmedari barh jayegi.</w:t>
      </w:r>
    </w:p>
    <w:p>
      <w:pPr>
        <w:jc w:val="right"/>
      </w:pPr>
      <w:r>
        <w:t>تو ان سب باتوں کو کہنے کا مطلب میرا یہی ہے کہ آپ لوگ اپنی ریسپانسبیلٹی کو سمجھیں، اپنی ذمہ داری کو سمجھیں۔ اگر شہر میں گندگی بڑھ جائے تو صفائی کर्मچاری کی ذمہ داری بڑھ جائے گی۔</w:t>
      </w:r>
    </w:p>
    <w:p>
      <w:r>
        <w:rPr>
          <w:b/>
        </w:rPr>
        <w:t xml:space="preserve">[54:34] </w:t>
      </w:r>
      <w:r>
        <w:t>agar shehar mein gandagi barh jaye to safai karmchari ki zimmedari barh jayegi.</w:t>
      </w:r>
    </w:p>
    <w:p>
      <w:pPr>
        <w:jc w:val="right"/>
      </w:pPr>
      <w:r>
        <w:t>اگر شہر میں گندگی بڑھ جائے تو صفائی کर्मچاری کی ذمہ داری بڑھ جائے گی۔</w:t>
      </w:r>
    </w:p>
    <w:p>
      <w:r>
        <w:rPr>
          <w:b/>
        </w:rPr>
        <w:t xml:space="preserve">[54:40] </w:t>
      </w:r>
      <w:r>
        <w:t>agar agar kisi mulk mein gharibi barh jaye to government ki zimmedari barh jayegi. is tareeqay se aap ka mamla hona chahiye.</w:t>
      </w:r>
    </w:p>
    <w:p>
      <w:pPr>
        <w:jc w:val="right"/>
      </w:pPr>
      <w:r>
        <w:t>اگر اگر کسی ملک میں غریبی بڑھ جائے تو گورنمنٹ کی ذمہ داری بڑھ جائے گی۔ اس طریقے سے آپ کا معاملہ ہونا چاہیے۔</w:t>
      </w:r>
    </w:p>
    <w:p>
      <w:r>
        <w:rPr>
          <w:b/>
        </w:rPr>
        <w:t xml:space="preserve">[54:52] </w:t>
      </w:r>
      <w:r>
        <w:t>is serious jo serious situation paida ho gayi hai, us ko aap samjhiye,</w:t>
      </w:r>
    </w:p>
    <w:p>
      <w:pPr>
        <w:jc w:val="right"/>
      </w:pPr>
      <w:r>
        <w:t>اس سیریس جو سیریس سچویشن پیدا ہوگئی ہے، اس کو آپ سمجھیے،</w:t>
      </w:r>
    </w:p>
    <w:p>
      <w:r>
        <w:rPr>
          <w:b/>
        </w:rPr>
        <w:t xml:space="preserve">[54:57] </w:t>
      </w:r>
      <w:r>
        <w:t>us ko padhiye, us ko janiye, aur jo daawa infrastructure khuda ke fazal se already ban chuka hai, us ko istemal kijiye.</w:t>
      </w:r>
    </w:p>
    <w:p>
      <w:pPr>
        <w:jc w:val="right"/>
      </w:pPr>
      <w:r>
        <w:t>اس کو پڑھیے، اس کو جانیے، اور جو دعویٰ انفراسٹرکچر خدا کے فضل سے الریڈی بن چکا ہے، اس کو استعمال کیجئے۔</w:t>
      </w:r>
    </w:p>
    <w:p>
      <w:r>
        <w:rPr>
          <w:b/>
        </w:rPr>
        <w:t xml:space="preserve">[55:10] </w:t>
      </w:r>
      <w:r>
        <w:t>istemal kar ke us ko dunya ko ba khabar kijiye,</w:t>
      </w:r>
    </w:p>
    <w:p>
      <w:pPr>
        <w:jc w:val="right"/>
      </w:pPr>
      <w:r>
        <w:t>استعمال کر کے اس کو دنیا کو باخبر کیجئے،</w:t>
      </w:r>
    </w:p>
    <w:p>
      <w:r>
        <w:rPr>
          <w:b/>
        </w:rPr>
        <w:t xml:space="preserve">[55:15] </w:t>
      </w:r>
      <w:r>
        <w:t>kyunke isi mein aap ko bhi salvation hai. doosron ko bachane mein aap bachenge. main aksar kaha karta hoon ke jab tak aap doosron ko jannat ka rasta nahi dikhayenge, to aap ki apni jannat bhi doubtfull rahegi.</w:t>
      </w:r>
    </w:p>
    <w:p>
      <w:pPr>
        <w:jc w:val="right"/>
      </w:pPr>
      <w:r>
        <w:t>کیونکہ اسی میں آپ کو بھی سالویشن ہے۔ دوسروں کو بچانے میں آپ بچیں گے۔ میں اکثر کہا کرتا ہوں کہ جب تک آپ دوسروں کو جنت کا راستہ نہیں دکھائیں گے، تو آپ کی اپنی جنت بھی ڈاؤٹ فل رہے گی۔</w:t>
      </w:r>
    </w:p>
    <w:p>
      <w:r>
        <w:rPr>
          <w:b/>
        </w:rPr>
        <w:t xml:space="preserve">[55:35] </w:t>
      </w:r>
      <w:r>
        <w:t>doosron ko jannat mein le jane ki koshish, doosron ko paradise mein le jane ki koshish hi mein aap ki apni paradise bhi isi mein chhupi hui hai.</w:t>
      </w:r>
    </w:p>
    <w:p>
      <w:pPr>
        <w:jc w:val="right"/>
      </w:pPr>
      <w:r>
        <w:t>دوسروں کو جنت میں لے جانے کی کوشش، دوسروں کو پیراڈائز میں لے جانے کی کوشش ہی میں آپ کی اپنی پیراڈائز بھی اسی میں چھپی ہوئی ہے۔</w:t>
      </w:r>
    </w:p>
    <w:p>
      <w:r>
        <w:rPr>
          <w:b/>
        </w:rPr>
        <w:t xml:space="preserve">[55:46] </w:t>
      </w:r>
      <w:r>
        <w:t>to daawa work koi simple work nahi hai. daawa work sirf yani</w:t>
      </w:r>
    </w:p>
    <w:p>
      <w:pPr>
        <w:jc w:val="right"/>
      </w:pPr>
      <w:r>
        <w:t>تو داؤ ورک کوئی سمپل ورک نہیں ہے۔ داؤ ورک صرف یعنی</w:t>
      </w:r>
    </w:p>
    <w:p>
      <w:r>
        <w:rPr>
          <w:b/>
        </w:rPr>
        <w:t xml:space="preserve">[55:52] </w:t>
      </w:r>
      <w:r>
        <w:t>sirf social sense mein koi moral duty nahi hai. us ko woh link hai aap ke apne salvation se, aap ke apni paradise se.</w:t>
      </w:r>
    </w:p>
    <w:p>
      <w:pPr>
        <w:jc w:val="right"/>
      </w:pPr>
      <w:r>
        <w:t>صرف سوشل سینس میں کوئی مورل ڈیوٹی نہیں ہے۔ اس کو وہ لنک ہے آپ کے اپنے سالویشن سے، آپ کے اپنی پیراڈائز سے۔</w:t>
      </w:r>
    </w:p>
    <w:p>
      <w:r>
        <w:rPr>
          <w:b/>
        </w:rPr>
        <w:t xml:space="preserve">[56:03] </w:t>
      </w:r>
      <w:r>
        <w:t>to daawa work aadmi ko karna chahiye is is ehsaas ke tehat ke agar maine daawa work nahi kiya to meri apni salvation bhi doubtfull hai, meri apni paradise bhi doubtfull hai.</w:t>
      </w:r>
    </w:p>
    <w:p>
      <w:pPr>
        <w:jc w:val="right"/>
      </w:pPr>
      <w:r>
        <w:t>تو داؤ ورک آدمی کو کرنا چاہیے اس اس احساس کے تحت کہ اگر میں نے داؤ ورک نہیں کیا تو میری اپنی سالویشن بھی ڈاؤٹ فل ہے، میری اپنی پیراڈائز بھی ڈاؤٹ فل ہے۔</w:t>
      </w:r>
    </w:p>
    <w:p>
      <w:r>
        <w:rPr>
          <w:b/>
        </w:rPr>
        <w:t xml:space="preserve">[56:15] </w:t>
      </w:r>
      <w:r>
        <w:t>jab tak yeh ehsas nahi hoga, tab tak aap bharpoor tor par daao work ke liye active nahi honge.</w:t>
      </w:r>
    </w:p>
    <w:p>
      <w:pPr>
        <w:jc w:val="right"/>
      </w:pPr>
      <w:r>
        <w:t>جب تک یہ احساس نہیں ہوگا، تب تک آپ بھرپور طور پر داؤ ورک کے لیے ایکٹیو نہیں ہوں گے۔</w:t>
      </w:r>
    </w:p>
    <w:p>
      <w:r>
        <w:rPr>
          <w:b/>
        </w:rPr>
        <w:t xml:space="preserve">[56:26] </w:t>
      </w:r>
      <w:r>
        <w:t>to dunya ka bigaad jo hai, woh is liye nahi ke hum is ki complaint karein, is ke khilaaf taqreerein karein, balkeh is se sense of duty lein, sense of responsibility lein ke kitna bara kaam hai jo mujhe karna hai,</w:t>
      </w:r>
    </w:p>
    <w:p>
      <w:pPr>
        <w:jc w:val="right"/>
      </w:pPr>
      <w:r>
        <w:t>تو دنیا کا بگاڑ جو ہے، وہ اس لیے نہیں کہ ہم اس کی کمپلینٹ کریں، اس کے خلاف تقریریں کریں، بلکہ اس سے سینس آف ڈیوٹی لیں، سینس آف ریسپانسبیلٹی لیں کہ کتنا بڑا کام ہے جو مجھے کرنا ہے،</w:t>
      </w:r>
    </w:p>
    <w:p>
      <w:r>
        <w:rPr>
          <w:b/>
        </w:rPr>
        <w:t xml:space="preserve">[56:41] </w:t>
      </w:r>
      <w:r>
        <w:t>kitna bara kaam hai jis ko mujhe anjaam dena hai, aur mujhe woh karna hai. i have to do this work.</w:t>
      </w:r>
    </w:p>
    <w:p>
      <w:pPr>
        <w:jc w:val="right"/>
      </w:pPr>
      <w:r>
        <w:t>کتنا بڑا کام ہے جس کو مجھے انجام دینا ہے، اور مجھے وہ کرنا ہے۔ آئی ہیو ٹو ڈو دس ورک۔</w:t>
      </w:r>
    </w:p>
    <w:p>
      <w:r>
        <w:rPr>
          <w:b/>
        </w:rPr>
        <w:t xml:space="preserve">[56:52] </w:t>
      </w:r>
      <w:r>
        <w:t>yeh meri duty hai ke main is kaam ko anjaam doon. jab tak yeh ehsas nahi hoga, tab tak kaam nahi ban sakta hai.</w:t>
      </w:r>
    </w:p>
    <w:p>
      <w:pPr>
        <w:jc w:val="right"/>
      </w:pPr>
      <w:r>
        <w:t>یہ میری ڈیوٹی ہے کہ میں اس کام کو انجام دوں۔ جب تک یہ احساس نہیں ہوگا، تب تک کام نہیں بن سکتا ہے۔</w:t>
      </w:r>
    </w:p>
    <w:p>
      <w:r>
        <w:rPr>
          <w:b/>
        </w:rPr>
        <w:t xml:space="preserve">[57:04] </w:t>
      </w:r>
      <w:r>
        <w:t>jaise churchill ne nara diya tha ke "it all depends upon me" . jab</w:t>
      </w:r>
    </w:p>
    <w:p>
      <w:pPr>
        <w:jc w:val="right"/>
      </w:pPr>
      <w:r>
        <w:t>جیسے چرچل نے نعرہ دیا تھا کہ "اٹ آل ڈیپینڈز اپون می"۔ جب</w:t>
      </w:r>
    </w:p>
    <w:p>
      <w:r>
        <w:rPr>
          <w:b/>
        </w:rPr>
        <w:t xml:space="preserve">[57:09] </w:t>
      </w:r>
      <w:r>
        <w:t>jab england tabaah hoga second world war mein, aur phir se reconstruct karna tha is ko, to us ne yeh nara diya tha ek ek aadmi ko ke "it all depends upon me" .</w:t>
      </w:r>
    </w:p>
    <w:p>
      <w:pPr>
        <w:jc w:val="right"/>
      </w:pPr>
      <w:r>
        <w:t>جب انگلینڈ تباہ ہوگا سیکنڈ ورلڈ وار میں، اور پھر سے ریکنسٹرکٹ کرنا تھا اس کو، تو اس نے یہ نعرہ دیا تھا ایک ایک آدمی کو کہ "اٹ آل ڈیپینڈز اپون می"۔</w:t>
      </w:r>
    </w:p>
    <w:p>
      <w:r>
        <w:rPr>
          <w:b/>
        </w:rPr>
        <w:t xml:space="preserve">[57:22] </w:t>
      </w:r>
      <w:r>
        <w:t>humein har shakhs ko sochna chahiye ke mujhe woh karna hai, meri zimmedari hai, main hi khuda ke saamne responsible hoon.</w:t>
      </w:r>
    </w:p>
    <w:p>
      <w:pPr>
        <w:jc w:val="right"/>
      </w:pPr>
      <w:r>
        <w:t>ہمیں ہر شخص کو سوچنا چاہیے کہ مجھے وہ کرنا ہے، میری ذمہ داری ہے، میں ہی خدا کے سامنے ریسپانسبل ہوں۔</w:t>
      </w:r>
    </w:p>
    <w:p>
      <w:r>
        <w:rPr>
          <w:b/>
        </w:rPr>
        <w:t xml:space="preserve">[57:30] </w:t>
      </w:r>
      <w:r>
        <w:t>yahi sense of duty hai jo aap ko sacha daai banayega. aqool qooli hazaa wa astaghfirullah li wa lakum ajmaeen.</w:t>
      </w:r>
    </w:p>
    <w:p>
      <w:pPr>
        <w:jc w:val="right"/>
      </w:pPr>
      <w:r>
        <w:t>یہی سینس آف ڈیوٹی ہے جو آپ کو سچا داعی بنائے گا۔ اقول قولیھذا واستغفراللہ لی ولکم اجمعین۔</w:t>
      </w:r>
    </w:p>
    <w:p>
      <w:r>
        <w:rPr>
          <w:b/>
        </w:rPr>
        <w:t xml:space="preserve">[57:55] </w:t>
      </w:r>
      <w:r>
        <w:t>ah Maulana Dr Fareeda Khanum has pointed out towards this article which you read out today. the article "don't feel guilty" also says that we need a loving god, not a god who punishes.</w:t>
      </w:r>
    </w:p>
    <w:p>
      <w:pPr>
        <w:jc w:val="right"/>
      </w:pPr>
      <w:r>
        <w:t>اہ مولانا ڈاکٹر فریدہ خانم ہیز پوائنٹڈ آؤٹ ٹورڈز دس آرٹیکل وچ یو ریڈ آؤٹ ٹوڈے۔ دی آرٹیکل "ڈونٹ فیل گلٹی" السو سیز دیٹ وی نیڈ ا لوونگ گاڈ، ناٹ ا گاڈ ہو پنشز۔</w:t>
      </w:r>
    </w:p>
    <w:p>
      <w:r>
        <w:rPr>
          <w:b/>
        </w:rPr>
        <w:t xml:space="preserve">[58:10] </w:t>
      </w:r>
      <w:r>
        <w:t>is this a right statement? dekhein, main is ko right statement nahi manunga,</w:t>
      </w:r>
    </w:p>
    <w:p>
      <w:pPr>
        <w:jc w:val="right"/>
      </w:pPr>
      <w:r>
        <w:t>از دس ا رائٹ سٹیٹمنٹ؟ دیکھیں، میں اس کو رائٹ اسٹیٹمنٹ نہیں مانوں گا،</w:t>
      </w:r>
    </w:p>
    <w:p>
      <w:r>
        <w:rPr>
          <w:b/>
        </w:rPr>
        <w:t xml:space="preserve">[58:17] </w:t>
      </w:r>
      <w:r>
        <w:t>kyunke yeh god ko manna aur na manna dono barabar ho jata hai.</w:t>
      </w:r>
    </w:p>
    <w:p>
      <w:pPr>
        <w:jc w:val="right"/>
      </w:pPr>
      <w:r>
        <w:t>کیونکہ یہ گاڈ کو ماننا اور نہ ماننا دونوں برابر ہو جاتا ہے۔</w:t>
      </w:r>
    </w:p>
    <w:p>
      <w:r>
        <w:rPr>
          <w:b/>
        </w:rPr>
        <w:t xml:space="preserve">[58:25] </w:t>
      </w:r>
      <w:r>
        <w:t>god jo hai, agar aap yeh maanein ke woh sirf love karta hai aur humara woh nigran nahi hai, humein watch nahi karta, to yeh main apne liye le ke soch raha hoon,</w:t>
      </w:r>
    </w:p>
    <w:p>
      <w:pPr>
        <w:jc w:val="right"/>
      </w:pPr>
      <w:r>
        <w:t>گاڈ جو ہے، اگر آپ یہ مانیں کہ وہ صرف لو کرتا ہے اور ہمارا وہ نگراں نہیں ہے، ہمیں واچ نہیں کرتا، تو یہ میں اپنے لیے لے کے سوچ رہا ہوں،</w:t>
      </w:r>
    </w:p>
    <w:p>
      <w:r>
        <w:rPr>
          <w:b/>
        </w:rPr>
        <w:t xml:space="preserve">[58:40] </w:t>
      </w:r>
      <w:r>
        <w:t>doosron ko le ke nahi soch raha hoon.</w:t>
      </w:r>
    </w:p>
    <w:p>
      <w:pPr>
        <w:jc w:val="right"/>
      </w:pPr>
      <w:r>
        <w:t>دوسروں کو لے کے نہیں سوچ رہا ہوں۔</w:t>
      </w:r>
    </w:p>
    <w:p>
      <w:r>
        <w:rPr>
          <w:b/>
        </w:rPr>
        <w:t xml:space="preserve">[58:43] </w:t>
      </w:r>
      <w:r>
        <w:t>basic baat yeh hai ke main dunya mein akela nahi hoon, akela nahi hoon. to khuda love karta hai aur hamesha meri favour mein rehta hai.</w:t>
      </w:r>
    </w:p>
    <w:p>
      <w:pPr>
        <w:jc w:val="right"/>
      </w:pPr>
      <w:r>
        <w:t>بیسک بات یہ ہے کہ میں دنیا میں اکیلا نہیں ہوں، اکیلا نہیں ہوں۔ تو خدا لو کرتا ہے اور ہمیشہ میری فیور میں رہتا ہے۔</w:t>
      </w:r>
    </w:p>
    <w:p>
      <w:r>
        <w:rPr>
          <w:b/>
        </w:rPr>
        <w:t xml:space="preserve">[58:53] </w:t>
      </w:r>
      <w:r>
        <w:t>to is ka matlab yeh hai ke main jo corruption karunga, woh bhi khuda justify kar raha hai. is ko to khuda lover bhi hai aur just bhi hai,</w:t>
      </w:r>
    </w:p>
    <w:p>
      <w:pPr>
        <w:jc w:val="right"/>
      </w:pPr>
      <w:r>
        <w:t>تو اس کا مطلب یہ ہے کہ میں جو کرپشن کروں گا، وہ بھی خدا جسٹیسفائی کر رہا ہے۔ اس کو تو خدا لور بھی ہے اور جسٹ بھی ہے،</w:t>
      </w:r>
    </w:p>
    <w:p>
      <w:r>
        <w:rPr>
          <w:b/>
        </w:rPr>
        <w:t xml:space="preserve">[59:03] </w:t>
      </w:r>
      <w:r>
        <w:t>donon baatein hain. agar justice ko aap khuda se alag kar dein to phir woh khuda ko manna na manna dono barabar ho jayega. kyunke khuda ko mannay ka ek matlab yeh hai ke hum giver ko maanein, creator ko maanein.</w:t>
      </w:r>
    </w:p>
    <w:p>
      <w:pPr>
        <w:jc w:val="right"/>
      </w:pPr>
      <w:r>
        <w:t>دونوں باتیں ہیں۔ اگر جسٹس کو آپ خدا سے الگ کر دیں تو پھر وہ خدا کو ماننا نہ ماننا دونوں برابر ہو جائے گا۔ کیونکہ خدا کو ماننے کا ایک مطلب یہ ہے کہ ہم گیور کو مانیں، کریٹر کو مانیں۔</w:t>
      </w:r>
    </w:p>
    <w:p>
      <w:r>
        <w:rPr>
          <w:b/>
        </w:rPr>
        <w:t xml:space="preserve">[59:20] </w:t>
      </w:r>
      <w:r>
        <w:t>yeh humara farz hai ke hum jis ne paida kiya hai, us ko maanein. saath saath yeh hai ke hum ko woh right path par rakhe.</w:t>
      </w:r>
    </w:p>
    <w:p>
      <w:pPr>
        <w:jc w:val="right"/>
      </w:pPr>
      <w:r>
        <w:t>یہ ہمارا فرض ہے کہ ہم جس نے پیدا کیا ہے، اس کو مانیں۔ ساتھ ساتھ یہ ہے کہ ہم کو وہ رائٹ پاتھ پر رکھے۔</w:t>
      </w:r>
    </w:p>
    <w:p>
      <w:r>
        <w:rPr>
          <w:b/>
        </w:rPr>
        <w:t xml:space="preserve">[59:30] </w:t>
      </w:r>
      <w:r>
        <w:t>agar hum right path se hatein to hum ko punishment de, kyunke punishment ko alag kar ke kabhi bhi aap kisi ko right path par</w:t>
      </w:r>
    </w:p>
    <w:p>
      <w:pPr>
        <w:jc w:val="right"/>
      </w:pPr>
      <w:r>
        <w:t>اگر ہم رائٹ پاتھ سے ہٹیں تو ہم کو پنشمنٹ دے، کیونکہ پنشمنٹ کو الگ کر کے کبھی بھی آپ کسی کو رائٹ پاتھ پر</w:t>
      </w:r>
    </w:p>
    <w:p>
      <w:r>
        <w:rPr>
          <w:b/>
        </w:rPr>
        <w:t xml:space="preserve">[59:38] </w:t>
      </w:r>
      <w:r>
        <w:t>nahi rakh sakte, hat jayega. baad mein insaan ke nature ko jo jo study ki gayi hai, jaise aap cm judd ki jo kitaab hai "modern weakness" , us mein yeh batata hai ke punishment ko alag kar ke aap kabhi bhi koi just society nahi bana sakte.</w:t>
      </w:r>
    </w:p>
    <w:p>
      <w:pPr>
        <w:jc w:val="right"/>
      </w:pPr>
      <w:r>
        <w:t>نہیں رکھ سکتے، ہٹ جائے گا۔ بعد میں انسان کے نیچر کو جو جو اسٹڈی کی گئی ہے، جیسے آپ سی ایم جوڈ کی جو کتاب ہے "ماڈرن ویکنڈنس"، اس میں یہ بتاتا ہے کہ پنشمنٹ کو الگ کر کے آپ کبھی بھی کوئی جسٹ سوسائٹی نہیں بنا سکتے۔</w:t>
      </w:r>
    </w:p>
    <w:p>
      <w:r>
        <w:rPr>
          <w:b/>
        </w:rPr>
        <w:t xml:space="preserve">[59:55] </w:t>
      </w:r>
      <w:r>
        <w:t>aap</w:t>
      </w:r>
    </w:p>
    <w:p>
      <w:pPr>
        <w:jc w:val="right"/>
      </w:pPr>
      <w:r>
        <w:t>آپ</w:t>
      </w:r>
    </w:p>
    <w:p>
      <w:r>
        <w:rPr>
          <w:b/>
        </w:rPr>
        <w:t xml:space="preserve">[59:57] </w:t>
      </w:r>
      <w:r>
        <w:t>to god, god hai, is liye hum hum se woh love karta hai, hum bhi hum bhi usay love karte hain, lekin saath saath woh justice bhi us ko karna hai.</w:t>
      </w:r>
    </w:p>
    <w:p>
      <w:pPr>
        <w:jc w:val="right"/>
      </w:pPr>
      <w:r>
        <w:t>تو گاڈ، گاڈ ہے، اس لیے ہم ہم سے وہ لو کرتا ہے، ہم بھی ہم بھی اسے لو کرتے ہیں، لیکن ساتھ ساتھ وہ جسٹس بھی اس کو کرنا ہے۔</w:t>
      </w:r>
    </w:p>
    <w:p>
      <w:r>
        <w:rPr>
          <w:b/>
        </w:rPr>
        <w:t xml:space="preserve">[1:00:07] </w:t>
      </w:r>
      <w:r>
        <w:t>to justice ka yeh taqaza hai ke woh humein reward bhi de aur punishment bhi de.</w:t>
      </w:r>
    </w:p>
    <w:p>
      <w:pPr>
        <w:jc w:val="right"/>
      </w:pPr>
      <w:r>
        <w:t>تو جسٹس کا یہ تقاضا ہے کہ وہ ہمیں ریوارڈ بھی دے اور پنشمنٹ بھی دے۔</w:t>
      </w:r>
    </w:p>
    <w:p>
      <w:r>
        <w:rPr>
          <w:b/>
        </w:rPr>
        <w:t xml:space="preserve">[1:00:16] </w:t>
      </w:r>
      <w:r>
        <w:t>to is wajah se yeh jo concept de rahe hain, adhoora concept hai. yeh Maulana, jaise ke kisi bhi administration ko run karne ke liye just bhi hona zaroori hai aur appreciate hona bhi zaroori hai.</w:t>
      </w:r>
    </w:p>
    <w:p>
      <w:pPr>
        <w:jc w:val="right"/>
      </w:pPr>
      <w:r>
        <w:t>تو اس وجہ سے یہ جو کانسیپٹ دے رہے ہیں، ادھورا کانسیپٹ ہے۔ یہ مولانا، جیسے کہ کسی بھی ایڈمنسٹریشن کو رن کرنے کے لیے جسٹ بھی ہونا ضروری ہے اور ایپریشیٹ ہونا بھی ضروری ہے۔</w:t>
      </w:r>
    </w:p>
    <w:p>
      <w:r>
        <w:rPr>
          <w:b/>
        </w:rPr>
        <w:t xml:space="preserve">[1:00:27] </w:t>
      </w:r>
      <w:r>
        <w:t>to punishment agar nahi hoga to doosra jo exploit kar raha hai situation ko ya misuse kar raha hai, us se phir harmony nahi rahegi. state jo hai, humari state concept yahi hai ke ek taraf state aap ko provide karti hai aap ki zarooriyat, maslan infrastructure banayegi achhe qism ka aap ke liye,</w:t>
      </w:r>
    </w:p>
    <w:p>
      <w:pPr>
        <w:jc w:val="right"/>
      </w:pPr>
      <w:r>
        <w:t>تو پنشمنٹ اگر نہیں ہوگا تو دوسرا جو ایکسپلائٹ کر رہا ہے سچویشن کو یا مس یوز کر رہا ہے، اس سے پھر ہارمونی نہیں رہے گی۔ اسٹیٹ جو ہے، ہماری اسٹیٹ کانسیپٹ یہی ہے کہ ایک طرف اسٹیٹ آپ کو پرووائیڈ کرتی ہے آپ کی ضرورتیں، مثلاً انفراسٹرکچر بنائے گی اچھے قسم کا آپ کے لیے،</w:t>
      </w:r>
    </w:p>
    <w:p>
      <w:r>
        <w:rPr>
          <w:b/>
        </w:rPr>
        <w:t xml:space="preserve">[1:00:45] </w:t>
      </w:r>
      <w:r>
        <w:t>food ki supply ka intezaam karegi waghera. saath saath yeh bhi hai ke agar aap rastay se hatein to aap ko punishment bhi diya jayega.</w:t>
      </w:r>
    </w:p>
    <w:p>
      <w:pPr>
        <w:jc w:val="right"/>
      </w:pPr>
      <w:r>
        <w:t>فوڈ کی سپلائی کا انتظام کرے گی وغیرہ۔ ساتھ ساتھ یہ بھی ہے کہ اگر آپ راستے سے ہٹیں تو آپ کو پنشمنٹ بھی دیا جائے گا۔</w:t>
      </w:r>
    </w:p>
    <w:p>
      <w:r>
        <w:rPr>
          <w:b/>
        </w:rPr>
        <w:t xml:space="preserve">[1:00:54] </w:t>
      </w:r>
      <w:r>
        <w:t>aap ko woh judicially, judicial system isi liye qaim kiya gaya hai. to aap kabhi bhi</w:t>
      </w:r>
    </w:p>
    <w:p>
      <w:pPr>
        <w:jc w:val="right"/>
      </w:pPr>
      <w:r>
        <w:t>آپ کو وہ جوڈیشلی، جوڈیشل سسٹم اسی لیے قائم کیا گیا ہے۔ تو آپ کبھی بھی</w:t>
      </w:r>
    </w:p>
    <w:p>
      <w:r>
        <w:rPr>
          <w:b/>
        </w:rPr>
        <w:t xml:space="preserve">[1:01:01] </w:t>
      </w:r>
      <w:r>
        <w:t>aisa nahi keh sakte ke khuda ko use lo karna chahiye, is ko punish nahi karna chahiye, kyunke yeh khuda ka negation ban jayega. ji</w:t>
      </w:r>
    </w:p>
    <w:p>
      <w:pPr>
        <w:jc w:val="right"/>
      </w:pPr>
      <w:r>
        <w:t>ایسا نہیں کہہ سکتے کہ خدا کو اسے لو کرنا چاہیے، اس کو پنش نہیں کرنا چاہیے، کیونکہ یہ خدا کا نیگیشن بن جائے گا۔ جی</w:t>
      </w:r>
    </w:p>
    <w:p>
      <w:r>
        <w:rPr>
          <w:b/>
        </w:rPr>
        <w:t xml:space="preserve">[1:01:11] </w:t>
      </w:r>
      <w:r>
        <w:t>maulana, das observation is from doctor pradhan. he has pointed out this quotation from frederick nietzsche.</w:t>
      </w:r>
    </w:p>
    <w:p>
      <w:pPr>
        <w:jc w:val="right"/>
      </w:pPr>
      <w:r>
        <w:t>مولانا، دس ابزرویشن از فرام ڈاکٹر پردھان۔ ہی ہیز پوائنٹڈ آؤٹ دس کوٹیشن فرام فیڈرک نزیش۔</w:t>
      </w:r>
    </w:p>
    <w:p>
      <w:r>
        <w:rPr>
          <w:b/>
        </w:rPr>
        <w:t xml:space="preserve">[1:01:22] </w:t>
      </w:r>
      <w:r>
        <w:t>he says that "i cannot believe in a god who wants to be praised all the time".</w:t>
      </w:r>
    </w:p>
    <w:p>
      <w:pPr>
        <w:jc w:val="right"/>
      </w:pPr>
      <w:r>
        <w:t>ہی سیز دیٹ "آئی کین ناٹ بیلیو ان ا گاڈ ہو وانٹس ٹو بی پریزڈ ال دا ٹائم"۔</w:t>
      </w:r>
    </w:p>
    <w:p>
      <w:r>
        <w:rPr>
          <w:b/>
        </w:rPr>
        <w:t xml:space="preserve">[1:01:28] </w:t>
      </w:r>
      <w:r>
        <w:t>so what is the correct perspective? you know towards this? dekhen, yeh maine arz kiya ke log sab badal kar ke galat baat ko beautify karte hain.</w:t>
      </w:r>
    </w:p>
    <w:p>
      <w:pPr>
        <w:jc w:val="right"/>
      </w:pPr>
      <w:r>
        <w:t>سو واٹ از دی کریکٹ پرسپیکٹو؟ یو نو ٹورڈز دس؟ دیکھیں، یہ میں نے عرض کیا کہ لوگ سب بدل کر کے غلط بات کو بیوٹیفائی کرتے ہیں۔</w:t>
      </w:r>
    </w:p>
    <w:p>
      <w:r>
        <w:rPr>
          <w:b/>
        </w:rPr>
        <w:t xml:space="preserve">[1:01:42] </w:t>
      </w:r>
      <w:r>
        <w:t>yani aap praise ko kehte hain, is ko acknowledgement kyun nahi kehte? aap woh praise nahi hai, woh acknowledgement hai. woh</w:t>
      </w:r>
    </w:p>
    <w:p>
      <w:pPr>
        <w:jc w:val="right"/>
      </w:pPr>
      <w:r>
        <w:t>یعنی آپ پریز کو کہتے ہیں، اس کو اکنالجمنٹ کیوں نہیں کہتے؟ آپ وہ پریز نہیں ہے، وہ اکنالج کرنا ہے۔ وہ</w:t>
      </w:r>
    </w:p>
    <w:p>
      <w:r>
        <w:rPr>
          <w:b/>
        </w:rPr>
        <w:t xml:space="preserve">[1:01:48] </w:t>
      </w:r>
      <w:r>
        <w:t>praise ki koi baat hi nahi yahan par hai. to jo cheez haqeeqat mein acknowledgement hai, us ko aap ne praise kar kar ke kya kiya? yeh aap ne yani beautiful word bol kar ke us ko mislead kiya.</w:t>
      </w:r>
    </w:p>
    <w:p>
      <w:pPr>
        <w:jc w:val="right"/>
      </w:pPr>
      <w:r>
        <w:t>پریز کی کوئی بات ہی نہیں یہاں پر ہے۔ تو جو چیز حقیقت میں اکنالجمنٹ ہے، اس کو آپ نے پریز کر کر کے کیا کیا؟ یہ آپ نے یعنی بیوٹی فل ورڈ بول کر کے اس کو مس لیڈ کیا۔</w:t>
      </w:r>
    </w:p>
    <w:p>
      <w:r>
        <w:rPr>
          <w:b/>
        </w:rPr>
        <w:t xml:space="preserve">[1:02:01] </w:t>
      </w:r>
      <w:r>
        <w:t>insan ko masla praise karne ka nahi hai ke khuda ko praise karte rahen. aap</w:t>
      </w:r>
    </w:p>
    <w:p>
      <w:pPr>
        <w:jc w:val="right"/>
      </w:pPr>
      <w:r>
        <w:t>انسان کو مسئلہ پریز کرنے کا نہیں ہے کہ خدا کو پریز کرتے رہیں۔ آپ</w:t>
      </w:r>
    </w:p>
    <w:p>
      <w:r>
        <w:rPr>
          <w:b/>
        </w:rPr>
        <w:t xml:space="preserve">[1:02:07] </w:t>
      </w:r>
      <w:r>
        <w:t>masla hai us ko acknowledge karna. jaise quran mein shukr kaha gaya to shukr ke maani acknowledgement ke hote hain. jab khuda ne hamein create kiya hai, khuda hum giver hai, khuda hamara sustainer hai, khuda ne sari cheezen di hain jo jis se hum</w:t>
      </w:r>
    </w:p>
    <w:p>
      <w:pPr>
        <w:jc w:val="right"/>
      </w:pPr>
      <w:r>
        <w:t>مسئلہ ہے اس کو اکنالج کرنا۔ جیسے قرآن میں شکر کہا گیا تو شکر کے معنی اکنالجمنٹ کے ہوتے ہیں۔ جب خدا نے ہمیں کریٹ کیا ہے، خدا ہم گیور ہے، خدا ہمارا سسٹینر ہے، خدا نے ساری چیزیں دی ہیں جو جس سے ہم</w:t>
      </w:r>
    </w:p>
    <w:p>
      <w:r>
        <w:rPr>
          <w:b/>
        </w:rPr>
        <w:t xml:space="preserve">[1:02:24] </w:t>
      </w:r>
      <w:r>
        <w:t>yani jis ko hum istemal karte hain. maslan khuda musalsal hum ko light supply kar raha hai, khuda barabar hum ko oxygen supply kar raha hai aur sari cheezen.</w:t>
      </w:r>
    </w:p>
    <w:p>
      <w:pPr>
        <w:jc w:val="right"/>
      </w:pPr>
      <w:r>
        <w:t>یعنی جس کو ہم استعمال کرتے ہیں۔ مثلاً خدا مسلسل ہم کو لائٹ سپلائی کر رہا ہے، خدا برابر ہم کو اکسیجن سپلائی کر رہا ہے اور ساری چیزیں۔</w:t>
      </w:r>
    </w:p>
    <w:p>
      <w:r>
        <w:rPr>
          <w:b/>
        </w:rPr>
        <w:t xml:space="preserve">[1:02:36] </w:t>
      </w:r>
      <w:r>
        <w:t>to hum acknowledge karte hain ke khuda ne kitni bari bresi ki hamare sath.</w:t>
      </w:r>
    </w:p>
    <w:p>
      <w:pPr>
        <w:jc w:val="right"/>
      </w:pPr>
      <w:r>
        <w:t>تو ہم اکنالج کرتے ہیں کہ خدا نے کتنی بڑی بریسی کی ہمارے ساتھ۔</w:t>
      </w:r>
    </w:p>
    <w:p>
      <w:r>
        <w:rPr>
          <w:b/>
        </w:rPr>
        <w:t xml:space="preserve">[1:02:41] </w:t>
      </w:r>
      <w:r>
        <w:t>praise karne ki baat nahi hai, yeh hamari duty ki baat hai. jab bhi koi aap ko koi cheez deta hai to yeh duty banti hai aap ki ke aap us ko acknowledge karen. to yeh yahi karte hain yeh log, intellectual log, ke ek ek</w:t>
      </w:r>
    </w:p>
    <w:p>
      <w:pPr>
        <w:jc w:val="right"/>
      </w:pPr>
      <w:r>
        <w:t>پریز کرنے کی بات نہیں ہے، یہ ہماری ڈیوٹی کی بات ہے۔ جب بھی کوئی آپ کو کوئی چیز دیتا ہے تو یہ ڈیوٹی بنتی ہے آپ کی کہ آپ اس کو اکنالج کریں۔ تو یہ یہی کرتے ہیں یہ لوگ، انٹلیکچول لوگ، کہ ایک ایک</w:t>
      </w:r>
    </w:p>
    <w:p>
      <w:r>
        <w:rPr>
          <w:b/>
        </w:rPr>
        <w:t xml:space="preserve">[1:02:58] </w:t>
      </w:r>
      <w:r>
        <w:t>irrelevant word bol kar ke us ko divert kar den doosri taraf. to aadmi samajhta hai ke oh, yeh to galat baat hai. to main yeh kahunga ke khuda ke sath hamara jo muamla hai, woh yeh hai ke hum us ko acknowledge karen.</w:t>
      </w:r>
    </w:p>
    <w:p>
      <w:pPr>
        <w:jc w:val="right"/>
      </w:pPr>
      <w:r>
        <w:t>ایریلیونٹ ورڈ بول کر کے اس کو ڈائیورٹ کر دیں دوسری طرف۔ تو آدمی سمجھتا ہے کہ اوہ، یہ تو غلط بات ہے۔ تو میں یہ کہوں گا کہ خدا کے ساتھ ہمارا جو معاملہ ہے، وہ یہ ہے کہ ہم اس کو اکنالج کریں۔</w:t>
      </w:r>
    </w:p>
    <w:p>
      <w:r>
        <w:rPr>
          <w:b/>
        </w:rPr>
        <w:t xml:space="preserve">[1:03:13] </w:t>
      </w:r>
      <w:r>
        <w:t>yani inaam ke sath</w:t>
      </w:r>
    </w:p>
    <w:p>
      <w:pPr>
        <w:jc w:val="right"/>
      </w:pPr>
      <w:r>
        <w:t>یعنی انعام کے ساتھ</w:t>
      </w:r>
    </w:p>
    <w:p>
      <w:r>
        <w:rPr>
          <w:b/>
        </w:rPr>
        <w:t xml:space="preserve">[1:03:16] </w:t>
      </w:r>
      <w:r>
        <w:t>hum eteraaf karen ke us ne aisa inaam kiya hai. khuda ne to yeh praise ki baat nahi hai, yeh acknowledge karne ki baat hai aur bilkul sahi hai aur yeh duty banti hai hamari.</w:t>
      </w:r>
    </w:p>
    <w:p>
      <w:pPr>
        <w:jc w:val="right"/>
      </w:pPr>
      <w:r>
        <w:t>ہم اعتراف کریں کہ اس نے ایسا انعام کیا ہے۔ خدا نے تو یہ پریز کی بات نہیں ہے، یہ اکنالج کرنے کی بات ہے اور بالکل صحیح ہے اور یہ ڈیوٹی بنتی ہے ہماری۔</w:t>
      </w:r>
    </w:p>
    <w:p>
      <w:r>
        <w:rPr>
          <w:b/>
        </w:rPr>
        <w:t xml:space="preserve">[1:03:27] </w:t>
      </w:r>
      <w:r>
        <w:t>maulana, in continuation to this, there is a group among the scholars or</w:t>
      </w:r>
    </w:p>
    <w:p>
      <w:pPr>
        <w:jc w:val="right"/>
      </w:pPr>
      <w:r>
        <w:t>مولانا، ان کنٹینیویشن ٹو دس، دیر از ا گروپ امنگز دی سکالرز اور</w:t>
      </w:r>
    </w:p>
    <w:p>
      <w:r>
        <w:rPr>
          <w:b/>
        </w:rPr>
        <w:t xml:space="preserve">[1:03:34] </w:t>
      </w:r>
      <w:r>
        <w:t>which says that "don't you think it is the self centeredness of god that he wants to be acknowledged"? yeh to phir jhoota word hai.</w:t>
      </w:r>
    </w:p>
    <w:p>
      <w:pPr>
        <w:jc w:val="right"/>
      </w:pPr>
      <w:r>
        <w:t>وچ سیز دیٹ "ڈونٹ یو تھنک اٹ از دی سیلف سینٹرڈنس اف گاڈ دیٹ ہی وانٹس ٹو بی اکنالجڈ"؟ یہ تو پھر جھوٹا ورڈ ہے۔</w:t>
      </w:r>
    </w:p>
    <w:p>
      <w:r>
        <w:rPr>
          <w:b/>
        </w:rPr>
        <w:t xml:space="preserve">[1:03:43] </w:t>
      </w:r>
      <w:r>
        <w:t>yeh jhoote word bol kar aap kisi bhi cheez ko galat, ko sahi, sahi, galat karte rehte hain. kyun na? yani yeh hum, maine kaha nahi, hamari duty hai.</w:t>
      </w:r>
    </w:p>
    <w:p>
      <w:pPr>
        <w:jc w:val="right"/>
      </w:pPr>
      <w:r>
        <w:t>یہ جھوٹے ورڈ بول کر آپ کسی بھی چیز کو غلط، کو صحیح، صحیح، غلط کرتے رہتے ہیں۔ کیوں نہ؟ یعنی یہ ہم، میں نے کہا نہیں، ہماری ڈیوٹی ہے۔</w:t>
      </w:r>
    </w:p>
    <w:p>
      <w:r>
        <w:rPr>
          <w:b/>
        </w:rPr>
        <w:t xml:space="preserve">[1:03:54] </w:t>
      </w:r>
      <w:r>
        <w:t>hum agar acknowledge na karen to hum ne crime kiya. hamari duty hai. khuda to khuda ko kisi cheez ki zaroorat nahi hai. zaroorat hoti to itni bari university na bana pata.</w:t>
      </w:r>
    </w:p>
    <w:p>
      <w:pPr>
        <w:jc w:val="right"/>
      </w:pPr>
      <w:r>
        <w:t>ہم اگر اکلائٹ نہ کریں تو ہم نے کرائم کیا۔ ہماری ڈیوٹی ہے۔ خدا تو خدا کو کسی چیز کی ضرورت نہیں ہے۔ ضرورت ہوتی تو اتنی بڑی یونیورسٹی نہ بنا پاتا۔</w:t>
      </w:r>
    </w:p>
    <w:p>
      <w:r>
        <w:rPr>
          <w:b/>
        </w:rPr>
        <w:t xml:space="preserve">[1:04:04] </w:t>
      </w:r>
      <w:r>
        <w:t>woh itni bari university jis mein sab kuch hai, wohi is baat ka proof hai ke khuda ko kisi cheez ki zaroorat nahi hai. woh</w:t>
      </w:r>
    </w:p>
    <w:p>
      <w:pPr>
        <w:jc w:val="right"/>
      </w:pPr>
      <w:r>
        <w:t>وہ اتنی بڑی یونیورسٹی جس میں سب کچھ ہے، وہی اس بات کا پروف ہے کہ خدا کو کسی چیز کی ضرورت نہیں ہے۔ وہ</w:t>
      </w:r>
    </w:p>
    <w:p>
      <w:r>
        <w:rPr>
          <w:b/>
        </w:rPr>
        <w:t xml:space="preserve">[1:04:12] </w:t>
      </w:r>
      <w:r>
        <w:t>khuda ko zaroorat kisi bhi cheez ki nahi hai. state ko zaroorat hoti hai ke us ko tax den. log tax na den to state kaise chalega? kyunke khuda ko hum koi tax nahi dete, kuch bhi nahi dete.</w:t>
      </w:r>
    </w:p>
    <w:p>
      <w:pPr>
        <w:jc w:val="right"/>
      </w:pPr>
      <w:r>
        <w:t>خدا کو ضرورت کسی بھی چیز کی نہیں ہے۔ اسٹیٹ کو ضرورت ہوتی ہے کہ اس کو ٹیکس دیں۔ لوگ ٹیکس نہ دیں تو اسٹیٹ کیسے چلے گا؟ کیونکہ خدا کو ہم کوئی ٹیکس نہیں دیتے، کچھ بھی نہیں دیتے۔</w:t>
      </w:r>
    </w:p>
    <w:p>
      <w:r>
        <w:rPr>
          <w:b/>
        </w:rPr>
        <w:t xml:space="preserve">[1:04:23] </w:t>
      </w:r>
      <w:r>
        <w:t>to khuda ka itni bari university banana jis mein sab kuch hai, kisi se kuch liye baghair banana,</w:t>
      </w:r>
    </w:p>
    <w:p>
      <w:pPr>
        <w:jc w:val="right"/>
      </w:pPr>
      <w:r>
        <w:t>تو خدا کا اتنی بڑی یونیورسٹی بنانا جس میں سب کچھ ہے، کسی سے کچھ لیے بغیر بنانا،</w:t>
      </w:r>
    </w:p>
    <w:p>
      <w:r>
        <w:rPr>
          <w:b/>
        </w:rPr>
        <w:t xml:space="preserve">[1:04:32] </w:t>
      </w:r>
      <w:r>
        <w:t>isi se andaza hota hai, is se yeh proof hoti hai ke khuda ko zaroorat kisi bhi cheez ki nahi hai. lekin hamari duty to banegi phir bhi ke hum acknowledge karen.</w:t>
      </w:r>
    </w:p>
    <w:p>
      <w:pPr>
        <w:jc w:val="right"/>
      </w:pPr>
      <w:r>
        <w:t>اسی سے اندازہ ہوتا ہے، اس سے یہ پروف ہوتی ہے کہ خدا کو ضرورت کسی بھی چیز کی نہیں ہے۔ لیکن ہماری ڈیوٹی تو بنے گی پھر بھی کہ ہم اکنالج کریں۔</w:t>
      </w:r>
    </w:p>
    <w:p>
      <w:r>
        <w:rPr>
          <w:b/>
        </w:rPr>
        <w:t xml:space="preserve">[1:04:42] </w:t>
      </w:r>
      <w:r>
        <w:t>yeh beautiful word bol kar ke yeh log baat ko idhar se udhar pherte rehte hain aur isi mein log phanse rehte hain. use misunderstandings mein daal dete hain logon ko.</w:t>
      </w:r>
    </w:p>
    <w:p>
      <w:pPr>
        <w:jc w:val="right"/>
      </w:pPr>
      <w:r>
        <w:t>یہ بیوٹی فل ورڈ بول کر کے یہ لوگ بات کو ادھر سے ادھر پھیرتے رہتے ہیں اور اسی میں لوگ پھنسے رہتے ہیں۔ اسے مس انڈرسٹینڈنگ میں ڈال دیتے ہیں لوگوں کو۔</w:t>
      </w:r>
    </w:p>
    <w:p>
      <w:r>
        <w:rPr>
          <w:b/>
        </w:rPr>
        <w:t xml:space="preserve">[1:04:53] </w:t>
      </w:r>
      <w:r>
        <w:t>ah, this question is from mariya khan. why was science dominant enough to influence people to accept the dualism that galileo and others came up with?</w:t>
      </w:r>
    </w:p>
    <w:p>
      <w:pPr>
        <w:jc w:val="right"/>
      </w:pPr>
      <w:r>
        <w:t>اہ، دس کوئسچن از فرام ماریہ خان۔ وائی واز سائنس ڈومیننٹ انف ٹو انفلوئنس پیپل ٹو ایکسیپٹ دی ڈولزم دیٹ گلیلیو اینڈ ادر ادرز کیم اپ ود؟</w:t>
      </w:r>
    </w:p>
    <w:p>
      <w:r>
        <w:rPr>
          <w:b/>
        </w:rPr>
        <w:t xml:space="preserve">[1:05:08] </w:t>
      </w:r>
      <w:r>
        <w:t>Why can't disciplines like religion and spirituality create the same impact?</w:t>
      </w:r>
    </w:p>
    <w:p>
      <w:pPr>
        <w:jc w:val="right"/>
      </w:pPr>
      <w:r>
        <w:t>وائی کڈنٹ ڈسپلنز لائک ریلیجن اینڈ سپرچویلٹی کریٹ دی سیم امپیکٹ؟</w:t>
      </w:r>
    </w:p>
    <w:p>
      <w:r>
        <w:rPr>
          <w:b/>
        </w:rPr>
        <w:t xml:space="preserve">[1:05:15] </w:t>
      </w:r>
      <w:r>
        <w:t>dekhen, is kā jo reason</w:t>
      </w:r>
    </w:p>
    <w:p>
      <w:pPr>
        <w:jc w:val="right"/>
      </w:pPr>
      <w:r>
        <w:t>دیکھیں، اس کا جو ریزن ہے وہ ہے پریکٹیکل۔ یعنی جو فلاسفی تھی یا سپرچول سائنسز تھیں، انہوں نے مٹیریل سینس میں انسان کو نہیں دیا کچھ، لیکن سائنس نے، یعنی سائنس مینز ٹیکنیکل سائنس، اپلائیڈ سائنس، اس نے انسان کو بہت ساری چیزیں دے دیں۔</w:t>
      </w:r>
    </w:p>
    <w:p>
      <w:r>
        <w:rPr>
          <w:b/>
        </w:rPr>
        <w:t xml:space="preserve">[1:05:36] </w:t>
      </w:r>
      <w:r>
        <w:t>bāisikil se le kar ke moṭar kār, havā jahāz tak diyā, industry dī, sāre consumer goods us ne dī. To chūṅke visible chīzen dīn unhon ne, to log us se logon ko bālvāhā ki us se ham apnā status bahut ūṅchā kar sakte hain, comfort, comfortable life bhī batā sakte hain.</w:t>
      </w:r>
    </w:p>
    <w:p>
      <w:pPr>
        <w:jc w:val="right"/>
      </w:pPr>
      <w:r>
        <w:t>بائیسکل سے لے کر کے موٹر کار، ہوا جہاز تک دیا، انڈسٹری دی، سارے کنزیومر گڈز اس نے دیے۔ تو چونکہ ویزیبل چیزیں دیں انہوں نے، تو لوگ اس سے لوگوں کو بالوہا کہ اس سے ہم اپنا اسٹیٹس بہت اونچا کر سکتے ہیں، کمفرٹ، کمفرٹیبل لائف بھی بتا سکتے ہیں۔</w:t>
      </w:r>
    </w:p>
    <w:p>
      <w:r>
        <w:rPr>
          <w:b/>
        </w:rPr>
        <w:t xml:space="preserve">[1:05:54] </w:t>
      </w:r>
      <w:r>
        <w:t>to chūṅke material cheezen kaafi din unhon ne, is vajah se us ki importance badh gayi. Wahan jo cheez mil rahi thi, woh to intellectual level pe mil rahi thi, soch ke level par.</w:t>
      </w:r>
    </w:p>
    <w:p>
      <w:pPr>
        <w:jc w:val="right"/>
      </w:pPr>
      <w:r>
        <w:t>تو چونکہ مٹیریل چیزیں کافی دیں انہوں نے، اس وجہ سے اس کی امپورٹنس بڑھ گئی۔ وہاں جو چیز مل رہی تھی، وہ تو انٹلیکچول لیول پہ مل رہی تھی، سوچ کے لیول پر۔</w:t>
      </w:r>
    </w:p>
    <w:p>
      <w:r>
        <w:rPr>
          <w:b/>
        </w:rPr>
        <w:t xml:space="preserve">[1:06:06] </w:t>
      </w:r>
      <w:r>
        <w:t>filāsafī thī yā superchual sāinsiz thī yā reliijan thā, vo āp ko</w:t>
      </w:r>
    </w:p>
    <w:p>
      <w:pPr>
        <w:jc w:val="right"/>
      </w:pPr>
      <w:r>
        <w:t>فلاسفی تھی یا سپرچول سائنسز تھی یا ریلیجن تھا، وہ آپ کو</w:t>
      </w:r>
    </w:p>
    <w:p>
      <w:r>
        <w:rPr>
          <w:b/>
        </w:rPr>
        <w:t xml:space="preserve">[1:06:11] </w:t>
      </w:r>
      <w:r>
        <w:t>inṭelekchual leval pe de rahā thā, soch ke leval par. Yahāṅ unhon ne de diyā āp ko miṭīriyal leval par. Is vajah se log us ke andar jhuk gae aur us kā vo ḍomineṭ karne lagā.</w:t>
      </w:r>
    </w:p>
    <w:p>
      <w:pPr>
        <w:jc w:val="right"/>
      </w:pPr>
      <w:r>
        <w:t>انٹلیکچول لیول پہ دے رہا تھا، سوچ کے لیول پر۔ یہاں انہوں نے دے دیا آپ کو مٹیریل لیول پر۔ اس وجہ سے لوگ اس کے اندر جھک گئے اور اس کا وہ ڈومینیٹ کرنے لگا۔</w:t>
      </w:r>
    </w:p>
    <w:p>
      <w:r>
        <w:rPr>
          <w:b/>
        </w:rPr>
        <w:t xml:space="preserve">[1:06:23] </w:t>
      </w:r>
      <w:r>
        <w:t>to main yah kahūṅgā ki kriṭikal rizain to phir bhī thā</w:t>
      </w:r>
    </w:p>
    <w:p>
      <w:pPr>
        <w:jc w:val="right"/>
      </w:pPr>
      <w:r>
        <w:t>تو میں یہ کہوں گا کہ کریٹیکل ریزن تو پھر بھی تھا</w:t>
      </w:r>
    </w:p>
    <w:p>
      <w:r>
        <w:rPr>
          <w:b/>
        </w:rPr>
        <w:t xml:space="preserve">[1:06:28] </w:t>
      </w:r>
      <w:r>
        <w:t>reliijan kī taraf, lekin lekin prâikṭikal rizain jo thā, vo idhar logon ko ziyādā dikhāī diyā. Use vo ḍomineṭ karne lagā. Hamāre jaise log jo ki sirf soch kar rāe banāte hain, vo to bahut kam hote hain.</w:t>
      </w:r>
    </w:p>
    <w:p>
      <w:pPr>
        <w:jc w:val="right"/>
      </w:pPr>
      <w:r>
        <w:t>ریلیجن کی طرف، لیکن لیکن پریکٹیکل ریزن جو تھا، وہ ادھر لوگوں کو زیادہ دکھائی دیا۔ اسے وہ ڈومینیٹ کرنے لگا۔ ہمارے جیسے لوگ جو کہ صرف سوچ کر رائے بناتے ہیں، وہ تو بہت کم ہوتے ہیں۔</w:t>
      </w:r>
    </w:p>
    <w:p>
      <w:r>
        <w:rPr>
          <w:b/>
        </w:rPr>
        <w:t xml:space="preserve">[1:06:43] </w:t>
      </w:r>
      <w:r>
        <w:t>soch kar rāe banāne vāle log to bahut hī kam hote hain. Ziyādā tar log jo hain, jo dekhā usī ko mān liyā. Ab dekhā ki vo sāins jo hai, vo hameṅ</w:t>
      </w:r>
    </w:p>
    <w:p>
      <w:pPr>
        <w:jc w:val="right"/>
      </w:pPr>
      <w:r>
        <w:t>سوچ کر رائے بنانے والے لوگ تو بہت ہی کم ہوتے ہیں۔ زیادہ تر لوگ جو ہیں، جو دیکھا اسی کو مان لیا۔ اب دیکھا کہ وہ سائنس جو ہے، وہ ہمیں</w:t>
      </w:r>
    </w:p>
    <w:p>
      <w:r>
        <w:rPr>
          <w:b/>
        </w:rPr>
        <w:t xml:space="preserve">[1:06:51] </w:t>
      </w:r>
      <w:r>
        <w:t>kār de rahī hai, havā jahāz de rahī hai, to bas bahut baṛī chīz mān liyā us ko. Aur soch ke leval par jo jo greṭnes hotī hai kisī chīz kī, us ko samajhne ke lie bahut ziyādā oiken māind chāhie.</w:t>
      </w:r>
    </w:p>
    <w:p>
      <w:pPr>
        <w:jc w:val="right"/>
      </w:pPr>
      <w:r>
        <w:t>کار دے رہی ہے، ہوا جہاز دے رہی ہے، تو بس بہت بڑی چیز مان لیا اس کو۔ اور سوچ کے لیول پر جو جو گریٹنس ہوتی ہے کسی چیز کی، اس کو سمجھنے کے لیے بہت زیادہ اویکن مائنڈ چاہیے۔</w:t>
      </w:r>
    </w:p>
    <w:p>
      <w:r>
        <w:rPr>
          <w:b/>
        </w:rPr>
        <w:t xml:space="preserve">[1:07:04] </w:t>
      </w:r>
      <w:r>
        <w:t>ṭhīk hai? Aur bahut oiken māind bahut thoṛe logon kā hotā hai.</w:t>
      </w:r>
    </w:p>
    <w:p>
      <w:pPr>
        <w:jc w:val="right"/>
      </w:pPr>
      <w:r>
        <w:t>ٹھیک ہے؟ اور بہت اویکن مائنڈ بہت تھوڑے لوگوں کا ہوتا ہے۔</w:t>
      </w:r>
    </w:p>
    <w:p>
      <w:r>
        <w:rPr>
          <w:b/>
        </w:rPr>
        <w:t xml:space="preserve">[1:07:10] </w:t>
      </w:r>
      <w:r>
        <w:t>Ah, people usually believe that leading a moral life is sufficient and God doesn't necessarily need to be acknowledged.</w:t>
      </w:r>
    </w:p>
    <w:p>
      <w:pPr>
        <w:jc w:val="right"/>
      </w:pPr>
      <w:r>
        <w:t>اہ، پیپل یوزلی بیلیو دیٹ لیڈنگ ا مورل لائف از سفیشنٹ اینڈ گاڈ ڈزنٹ نیسیسری نیڈ ٹو بی اکنالجڈ۔</w:t>
      </w:r>
    </w:p>
    <w:p>
      <w:r>
        <w:rPr>
          <w:b/>
        </w:rPr>
        <w:t xml:space="preserve">[1:07:23] </w:t>
      </w:r>
      <w:r>
        <w:t>Is it the right approach? Nahīn, nahīn, bilkul galat aprūch hai ye.</w:t>
      </w:r>
    </w:p>
    <w:p>
      <w:pPr>
        <w:jc w:val="right"/>
      </w:pPr>
      <w:r>
        <w:t>از اٹ دی رائٹ اپروچ؟ نہیں، نہیں، بالکل غلط اپروچ ہے یہ۔</w:t>
      </w:r>
    </w:p>
    <w:p>
      <w:r>
        <w:rPr>
          <w:b/>
        </w:rPr>
        <w:t xml:space="preserve">[1:07:28] </w:t>
      </w:r>
      <w:r>
        <w:t>ye to galat approach hai. Ye approach is lie mānā hai logon ne ki unhon ne pure date period ko alag kar ke pre date period ko le lete hain.</w:t>
      </w:r>
    </w:p>
    <w:p>
      <w:pPr>
        <w:jc w:val="right"/>
      </w:pPr>
      <w:r>
        <w:t>یہ تو غلط اپروچ ہے۔ یہ اپروچ اس لیے مانا ہے لوگوں نے کہ انہوں نے پورے ڈیٹ پیریڈ کو الگ کر کے پری ڈیٹ پیریڈ کو لے لیتے ہیں۔</w:t>
      </w:r>
    </w:p>
    <w:p>
      <w:r>
        <w:rPr>
          <w:b/>
        </w:rPr>
        <w:t xml:space="preserve">[1:07:39] </w:t>
      </w:r>
      <w:r>
        <w:t>vo vo samajhte hain ki bas jī rahe hain, jī rahe hain, mar gae, khatam. Lekin ab</w:t>
      </w:r>
    </w:p>
    <w:p>
      <w:pPr>
        <w:jc w:val="right"/>
      </w:pPr>
      <w:r>
        <w:t>وہ وہ سمجھتے ہیں کہ بس جی رہے ہیں، جی رہے ہیں، مر گئے، ختم۔ لیکن اب</w:t>
      </w:r>
    </w:p>
    <w:p>
      <w:r>
        <w:rPr>
          <w:b/>
        </w:rPr>
        <w:t xml:space="preserve">[1:07:45] </w:t>
      </w:r>
      <w:r>
        <w:t>sāinṭifikali āp us ko prove nahīn kar sakte ki marne par insān khatam ho jātā hai. Jo sāinṭifik ḍiskorīz hain, us ke mutābiq ham mānan par majabūr hain ki kanṭinyū rahtī hai insān kī parseneṭī.</w:t>
      </w:r>
    </w:p>
    <w:p>
      <w:pPr>
        <w:jc w:val="right"/>
      </w:pPr>
      <w:r>
        <w:t>سائنٹیفیکلی آپ اس کو پروف نہیں کر سکتے کہ مرنے پر انسان ختم ہو جاتا ہے۔ جو سائنٹیفک ڈسکوریز ہیں، اس کے مطابق ہم ماننے پر مجبور ہیں کہ کنٹینیو رہتی ہے انسان کی پرسنیلٹی۔</w:t>
      </w:r>
    </w:p>
    <w:p>
      <w:r>
        <w:rPr>
          <w:b/>
        </w:rPr>
        <w:t xml:space="preserve">[1:08:01] </w:t>
      </w:r>
      <w:r>
        <w:t>yāni maut ke bād bhī zindagī rahtī hai.</w:t>
      </w:r>
    </w:p>
    <w:p>
      <w:pPr>
        <w:jc w:val="right"/>
      </w:pPr>
      <w:r>
        <w:t>یعنی موت کے بعد بھی زندگی رہتی ہے۔</w:t>
      </w:r>
    </w:p>
    <w:p>
      <w:r>
        <w:rPr>
          <w:b/>
        </w:rPr>
        <w:t xml:space="preserve">[1:08:03] </w:t>
      </w:r>
      <w:r>
        <w:t>to jab maut ke bād zindagī rahtī hai, ko mān len āp to ye ye chīz bemaenī ho jātī hai. Kyūṅke āj ham ek sosāiṭī men banā rahe hain, vahāṅ hameṅ morl velīz kī zarūrat hai.</w:t>
      </w:r>
    </w:p>
    <w:p>
      <w:pPr>
        <w:jc w:val="right"/>
      </w:pPr>
      <w:r>
        <w:t>تو جب موت کے بعد زندگی رہتی ہے، کو مان لیں آپ تو یہ یہ چیز بے معنی ہو جاتی ہے۔ کیونکہ آج ہم ایک سوسائٹی میں بنا رہے ہیں، وہاں ہمیں مرل ویلیوز کی ضرورت ہے۔</w:t>
      </w:r>
    </w:p>
    <w:p>
      <w:r>
        <w:rPr>
          <w:b/>
        </w:rPr>
        <w:t xml:space="preserve">[1:08:13] </w:t>
      </w:r>
      <w:r>
        <w:t>ab kal hameṅ ek aur sosāiṭī banānā hai, hameṅ phir us kī ḍyūṭīz hongī, hamārī us ko pūrā karnā hogā. Hameṅ</w:t>
      </w:r>
    </w:p>
    <w:p>
      <w:pPr>
        <w:jc w:val="right"/>
      </w:pPr>
      <w:r>
        <w:t>اب کل ہمیں ایک اور سوسائٹی بنانا ہے، ہمیں پھر اس کی ڈیوٹیز ہوں گی، ہماری اس کو پورا کرنا ہوگا۔ ہمیں</w:t>
      </w:r>
    </w:p>
    <w:p>
      <w:r>
        <w:rPr>
          <w:b/>
        </w:rPr>
        <w:t xml:space="preserve">[1:08:21] </w:t>
      </w:r>
      <w:r>
        <w:t>to ye ye soch jo hai, ye adhūrī soch hai. Ye koī main is ko sāinṭifik soch nahīn mānūṅgā.</w:t>
      </w:r>
    </w:p>
    <w:p>
      <w:pPr>
        <w:jc w:val="right"/>
      </w:pPr>
      <w:r>
        <w:t>تو یہ یہ سوچ جو ہے، یہ ادھوری سوچ ہے۔ یہ کوئی میں اس کو سائنٹیفک سوچ نہیں مانوں گا۔</w:t>
      </w:r>
    </w:p>
    <w:p>
      <w:r>
        <w:rPr>
          <w:b/>
        </w:rPr>
        <w:t xml:space="preserve">[1:08:31] </w:t>
      </w:r>
      <w:r>
        <w:t>ye reliijan ke bhī khilāf hai aur science ke bhī khilāf hai. This question is from Muhammad Zubair. He would like to know that what are the steps to do dawah work and is there any difference in qurbani in Eid al-Adha and bali done by</w:t>
      </w:r>
    </w:p>
    <w:p>
      <w:pPr>
        <w:jc w:val="right"/>
      </w:pPr>
      <w:r>
        <w:t>یہ ریلیجن کے بھی خلاف ہے اور سائنس کے بھی خلاف ہے۔ دس کوئسچن از فرام محمد زبیر۔ ہی وڈ لائک ٹو نو دیٹ واٹ ار دی سٹیپس ٹو ڈو داوا ورک اینڈ از دیر اینی ڈیفرنس ان قربانی ان عید الضحی اینڈ بلی ڈن بائی</w:t>
      </w:r>
    </w:p>
    <w:p>
      <w:r>
        <w:rPr>
          <w:b/>
        </w:rPr>
        <w:t xml:space="preserve">[1:08:51] </w:t>
      </w:r>
      <w:r>
        <w:t>Hindus? There are two questions basically. He wants to know the steps to do dawah work and the difference between qurbani that Muslims do and the Hindus do in the form of bali.</w:t>
      </w:r>
    </w:p>
    <w:p>
      <w:pPr>
        <w:jc w:val="right"/>
      </w:pPr>
      <w:r>
        <w:t>ہندوز؟ دیر ار ٹو کوئسچنز بیسکلی۔ ہی وانٹس ٹو نو دی سٹیپس ٹو ڈو داوا ورک اینڈ دی ڈیفرنس بٹوین قربانی دیٹ مسلمز ڈو اینڈ دی ہندوز ڈو ان دی فارم اف بلی۔</w:t>
      </w:r>
    </w:p>
    <w:p>
      <w:r>
        <w:rPr>
          <w:b/>
        </w:rPr>
        <w:t xml:space="preserve">[1:09:08] </w:t>
      </w:r>
      <w:r>
        <w:t>jī, balī kā jo kānsepṭ hai, vo to jahāṅ tak main jāntā hūṅ, vo</w:t>
      </w:r>
    </w:p>
    <w:p>
      <w:pPr>
        <w:jc w:val="right"/>
      </w:pPr>
      <w:r>
        <w:t>جی، بلی کا جو کانسیپٹ ہے، وہ تو جہاں تک میں جانتا ہوں، وہ</w:t>
      </w:r>
    </w:p>
    <w:p>
      <w:r>
        <w:rPr>
          <w:b/>
        </w:rPr>
        <w:t xml:space="preserve">[1:09:12] </w:t>
      </w:r>
      <w:r>
        <w:t>diotāon ko khuś karne ke lie hotā hai. Jahāṅ tak main jāntā hūṅ, to hamārā jo qurbānī hai, vo diotāon ko khuś karne ke lie sens men nahīn hai, na ḵẖudā ko khuś karne ke lie, na diotā ko khuś karne ke lie.</w:t>
      </w:r>
    </w:p>
    <w:p>
      <w:pPr>
        <w:jc w:val="right"/>
      </w:pPr>
      <w:r>
        <w:t>دیوتاؤں کو خوش کرنے کے لیے ہوتا ہے۔ جہاں تک میں جانتا ہوں، تو ہمارا جو قربانی ہے، وہ دیوتاؤں کو خوش کرنے کے لیے سینس میں نہیں ہے، نہ خدا کو خوش کرنے کے لیے، نہ دیوتا کو خوش کرنے کے لیے۔</w:t>
      </w:r>
    </w:p>
    <w:p>
      <w:r>
        <w:rPr>
          <w:b/>
        </w:rPr>
        <w:t xml:space="preserve">[1:09:24] </w:t>
      </w:r>
      <w:r>
        <w:t>vo ek ek ṭokan ke taur par hai, vo</w:t>
      </w:r>
    </w:p>
    <w:p>
      <w:pPr>
        <w:jc w:val="right"/>
      </w:pPr>
      <w:r>
        <w:t>وہ ایک ایک ٹوکن کے طور پر ہے، وہ</w:t>
      </w:r>
    </w:p>
    <w:p>
      <w:r>
        <w:rPr>
          <w:b/>
        </w:rPr>
        <w:t xml:space="preserve">[1:09:28] </w:t>
      </w:r>
      <w:r>
        <w:t>apne ko qurban karna hai. kyunke aap jante hain ke hadith mein aata hai ke rasool Allah se poocha gaya ke qurbani kya hai? mah e azahi ya rasool Allah</w:t>
      </w:r>
    </w:p>
    <w:p>
      <w:pPr>
        <w:jc w:val="right"/>
      </w:pPr>
      <w:r>
        <w:t>اپنے کو قربان کرنا ہے۔ کیونکہ آپ جانتے ہیں کہ حدیث میں آتا ہے کہ رسول اللہ سے پوچھا گیا کہ قربانی کیا ہے؟ ماہ اضاحی یا رسول اللہ</w:t>
      </w:r>
    </w:p>
    <w:p>
      <w:r>
        <w:rPr>
          <w:b/>
        </w:rPr>
        <w:t xml:space="preserve">[1:09:38] </w:t>
      </w:r>
      <w:r>
        <w:t>? to aap ne farmaya ke sunnat e ab ebrahim, tumhare baap ibrahim ki sunnat. to ibrahim ki sunnat kya thi?</w:t>
      </w:r>
    </w:p>
    <w:p>
      <w:pPr>
        <w:jc w:val="right"/>
      </w:pPr>
      <w:r>
        <w:t>؟ تو آپ نے فرمایا کہ سنت ابیکم ابراہیم، تمہارے باپ ابراہیم کی سنت۔ تو ابراہیم کی سنت کیا تھی؟</w:t>
      </w:r>
    </w:p>
    <w:p>
      <w:r>
        <w:rPr>
          <w:b/>
        </w:rPr>
        <w:t xml:space="preserve">[1:09:46] </w:t>
      </w:r>
      <w:r>
        <w:t>woh sunnat thi ke mission mein apne aap ko dedicate kar dena. to asal cheez yeh hai ke hazrat ibrahim ne jis tarah se apne aap ko mission mein dedicate kiya, to is tarah hamein apne aap ko dedicate karna hai.</w:t>
      </w:r>
    </w:p>
    <w:p>
      <w:pPr>
        <w:jc w:val="right"/>
      </w:pPr>
      <w:r>
        <w:t>وہ سنت تھی کہ مشن میں اپنے آپ کو ڈیڈیکیٹ کر دینا۔ تو اصل چیز یہ ہے کہ حضرت ابراہیم نے جس طرح سے اپنے آپ کو مشن میں ڈیڈیکیٹ کیا، تو اس طرح ہمیں اپنے آپ کو ڈیڈیکیٹ کرنا ہے۔</w:t>
      </w:r>
    </w:p>
    <w:p>
      <w:r>
        <w:rPr>
          <w:b/>
        </w:rPr>
        <w:t xml:space="preserve">[1:10:00] </w:t>
      </w:r>
      <w:r>
        <w:t>to as a as a token, hum is waqt yeh qurbani karte hain. warna asal cheez jo hai, maqsood</w:t>
      </w:r>
    </w:p>
    <w:p>
      <w:pPr>
        <w:jc w:val="right"/>
      </w:pPr>
      <w:r>
        <w:t>تو ایز ا ایز ا ٹوکن، ہم اس وقت یہ قربانی کرتے ہیں۔ ورنہ اصل چیز جو ہے، مقصود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