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Scientific Affirmation of the Quran I 15th Dec 07 - Maulana Wahiduddin Khan</w:t>
      </w:r>
    </w:p>
    <w:p>
      <w:r>
        <w:t>https://www.youtube.com/watch?v=pt0FaCDlfAY</w:t>
      </w:r>
    </w:p>
    <w:p>
      <w:r>
        <w:rPr>
          <w:b/>
        </w:rPr>
        <w:t xml:space="preserve">[00:10] </w:t>
      </w:r>
      <w:r>
        <w:t>bismillah rahman rahim, wa salallahu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[00:24] </w:t>
      </w:r>
      <w:r>
        <w:t>wahl uqdatan min lisani, yafqahu qawli.</w:t>
      </w:r>
    </w:p>
    <w:p>
      <w:pPr>
        <w:jc w:val="right"/>
      </w:pPr>
      <w:r>
        <w:t>واحل العقدۃ من لسانی، یفقہ قولی۔</w:t>
      </w:r>
    </w:p>
    <w:p>
      <w:r>
        <w:rPr>
          <w:b/>
        </w:rPr>
        <w:t xml:space="preserve">[00:33] </w:t>
      </w:r>
      <w:r>
        <w:t>The title for the present theme is "Scientific Affirmation of the Quran".</w:t>
      </w:r>
    </w:p>
    <w:p>
      <w:pPr>
        <w:jc w:val="right"/>
      </w:pPr>
      <w:r>
        <w:t>دا ٹائٹل فار دا پریزنٹ تھیم از "سائنٹیفک افرمیشن آف دا قرآن"۔</w:t>
      </w:r>
    </w:p>
    <w:p>
      <w:r>
        <w:rPr>
          <w:b/>
        </w:rPr>
        <w:t xml:space="preserve">[00:49] </w:t>
      </w:r>
      <w:r>
        <w:t>you know, Quran is the most authentic book of the religion of Islam.</w:t>
      </w:r>
    </w:p>
    <w:p>
      <w:pPr>
        <w:jc w:val="right"/>
      </w:pPr>
      <w:r>
        <w:t>یو نو، قرآن از دا موسٹ اتھینٹک بک آف دی ریلیجن آف اسلام۔</w:t>
      </w:r>
    </w:p>
    <w:p>
      <w:r>
        <w:rPr>
          <w:b/>
        </w:rPr>
        <w:t xml:space="preserve">[00:58] </w:t>
      </w:r>
      <w:r>
        <w:t>quran is—quran is a revealed book by god almighty.</w:t>
      </w:r>
    </w:p>
    <w:p>
      <w:pPr>
        <w:jc w:val="right"/>
      </w:pPr>
      <w:r>
        <w:t>قرآن از—قرآن از اے ریویلڈ بک بائی گاڈ المائٹی۔</w:t>
      </w:r>
    </w:p>
    <w:p>
      <w:r>
        <w:rPr>
          <w:b/>
        </w:rPr>
        <w:t xml:space="preserve">[01:09] </w:t>
      </w:r>
      <w:r>
        <w:t>Quran was revealed in the first quarter of the—in the first quarter of seventh century.</w:t>
      </w:r>
    </w:p>
    <w:p>
      <w:pPr>
        <w:jc w:val="right"/>
      </w:pPr>
      <w:r>
        <w:t>قرآن واز ریویلڈ ان دی فرسٹ کوارٹر آف دا—ان دا فرسٹ کوارٹر آف سیونتھ سنچری۔</w:t>
      </w:r>
    </w:p>
    <w:p>
      <w:r>
        <w:rPr>
          <w:b/>
        </w:rPr>
        <w:t xml:space="preserve">[01:23] </w:t>
      </w:r>
      <w:r>
        <w:t>that is long before the advent of modern science.</w:t>
      </w:r>
    </w:p>
    <w:p>
      <w:pPr>
        <w:jc w:val="right"/>
      </w:pPr>
      <w:r>
        <w:t>دیٹ از لانگ بیفور دی ایڈونٹ آف ماڈرن سائنس۔</w:t>
      </w:r>
    </w:p>
    <w:p>
      <w:r>
        <w:rPr>
          <w:b/>
        </w:rPr>
        <w:t xml:space="preserve">[01:34] </w:t>
      </w:r>
      <w:r>
        <w:t>you know, at the time, all things were—all things were unknown.</w:t>
      </w:r>
    </w:p>
    <w:p>
      <w:pPr>
        <w:jc w:val="right"/>
      </w:pPr>
      <w:r>
        <w:t>یو نو، ایٹ دا ٹائم، آل تھنگز ویر—آل تھنگز ویر ان نون۔</w:t>
      </w:r>
    </w:p>
    <w:p>
      <w:r>
        <w:rPr>
          <w:b/>
        </w:rPr>
        <w:t xml:space="preserve">[01:47] </w:t>
      </w:r>
      <w:r>
        <w:t>people used to think in traditional—in the traditional way.</w:t>
      </w:r>
    </w:p>
    <w:p>
      <w:pPr>
        <w:jc w:val="right"/>
      </w:pPr>
      <w:r>
        <w:t>پیپل یوز ٹو تھنک ان ٹریڈیشنل—ان دی ٹریڈیشنل وے۔</w:t>
      </w:r>
    </w:p>
    <w:p>
      <w:r>
        <w:rPr>
          <w:b/>
        </w:rPr>
        <w:t xml:space="preserve">[02:04] </w:t>
      </w:r>
      <w:r>
        <w:t>So, when—so, after the scientific revolution,</w:t>
      </w:r>
    </w:p>
    <w:p>
      <w:pPr>
        <w:jc w:val="right"/>
      </w:pPr>
      <w:r>
        <w:t>سو، وین—سو، آفٹر دی سائنٹیفک ریولوشن،</w:t>
      </w:r>
    </w:p>
    <w:p>
      <w:r>
        <w:rPr>
          <w:b/>
        </w:rPr>
        <w:t xml:space="preserve">[02:13] </w:t>
      </w:r>
      <w:r>
        <w:t>there was a great</w:t>
      </w:r>
    </w:p>
    <w:p>
      <w:pPr>
        <w:jc w:val="right"/>
      </w:pPr>
      <w:r>
        <w:t>دیر واز اے گریٹ</w:t>
      </w:r>
    </w:p>
    <w:p>
      <w:r>
        <w:rPr>
          <w:b/>
        </w:rPr>
        <w:t xml:space="preserve">[02:17] </w:t>
      </w:r>
      <w:r>
        <w:t>change in di history of human thought.</w:t>
      </w:r>
    </w:p>
    <w:p>
      <w:pPr>
        <w:jc w:val="right"/>
      </w:pPr>
      <w:r>
        <w:t>چینج ان دی ہسٹری آف ہیومن تھاٹ۔</w:t>
      </w:r>
    </w:p>
    <w:p>
      <w:r>
        <w:rPr>
          <w:b/>
        </w:rPr>
        <w:t xml:space="preserve">[02:24] </w:t>
      </w:r>
      <w:r>
        <w:t>science—modern science—prove something and disprove some—something.</w:t>
      </w:r>
    </w:p>
    <w:p>
      <w:pPr>
        <w:jc w:val="right"/>
      </w:pPr>
      <w:r>
        <w:t>سائنس—ماڈرن سائنس—پروو سم تھنگ اینڈ ڈسپروو سم—سم تھنگ۔</w:t>
      </w:r>
    </w:p>
    <w:p>
      <w:r>
        <w:rPr>
          <w:b/>
        </w:rPr>
        <w:t xml:space="preserve">[02:35] </w:t>
      </w:r>
      <w:r>
        <w:t>for example,</w:t>
      </w:r>
    </w:p>
    <w:p>
      <w:pPr>
        <w:jc w:val="right"/>
      </w:pPr>
      <w:r>
        <w:t>فار ایگزامپل،</w:t>
      </w:r>
    </w:p>
    <w:p>
      <w:r>
        <w:rPr>
          <w:b/>
        </w:rPr>
        <w:t xml:space="preserve">[02:40] </w:t>
      </w:r>
      <w:r>
        <w:t>let us take the geocentric theory.</w:t>
      </w:r>
    </w:p>
    <w:p>
      <w:pPr>
        <w:jc w:val="right"/>
      </w:pPr>
      <w:r>
        <w:t>لیٹ اس ٹیک دا جیو سینٹرک تھیوری۔</w:t>
      </w:r>
    </w:p>
    <w:p>
      <w:r>
        <w:rPr>
          <w:b/>
        </w:rPr>
        <w:t xml:space="preserve">[02:50] </w:t>
      </w:r>
      <w:r>
        <w:t>all the philosophers and thinkers were believing in geo centric theory. that is, our earth is in the center, and sun is revolving around the earth.</w:t>
      </w:r>
    </w:p>
    <w:p>
      <w:pPr>
        <w:jc w:val="right"/>
      </w:pPr>
      <w:r>
        <w:t>آل دا فلاسفرز اینڈ تھنکرز ویر بیلیونگ ان جیو سینٹرک تھیوری۔ دیٹ از، اور ارتھ از ان دا سینٹر، اینڈ سن از ریوالونگ اراؤنڈ دی ارتھ۔</w:t>
      </w:r>
    </w:p>
    <w:p>
      <w:r>
        <w:rPr>
          <w:b/>
        </w:rPr>
        <w:t xml:space="preserve">[03:07] </w:t>
      </w:r>
      <w:r>
        <w:t>but, after copernicus, this theory was rejected</w:t>
      </w:r>
    </w:p>
    <w:p>
      <w:pPr>
        <w:jc w:val="right"/>
      </w:pPr>
      <w:r>
        <w:t>بٹ، آفٹر کوپرنیکس، دس تھیوری واز ریجیکٹڈ</w:t>
      </w:r>
    </w:p>
    <w:p>
      <w:r>
        <w:rPr>
          <w:b/>
        </w:rPr>
        <w:t xml:space="preserve">[03:17] </w:t>
      </w:r>
      <w:r>
        <w:t>. Now, we know that the case is quite opposite.</w:t>
      </w:r>
    </w:p>
    <w:p>
      <w:pPr>
        <w:jc w:val="right"/>
      </w:pPr>
      <w:r>
        <w:t>۔ ناؤ، وی نو دیٹ دا کیس از کوائٹ اپوزیٹ۔</w:t>
      </w:r>
    </w:p>
    <w:p>
      <w:r>
        <w:rPr>
          <w:b/>
        </w:rPr>
        <w:t xml:space="preserve">[03:26] </w:t>
      </w:r>
      <w:r>
        <w:t>in fact, sun is in the center, and earth revolves around the sun.</w:t>
      </w:r>
    </w:p>
    <w:p>
      <w:pPr>
        <w:jc w:val="right"/>
      </w:pPr>
      <w:r>
        <w:t>ان فیکٹ، سن از ان دا سینٹر، اینڈ ارتھ ریوالوز اراؤنڈ دی سن۔</w:t>
      </w:r>
    </w:p>
    <w:p>
      <w:r>
        <w:rPr>
          <w:b/>
        </w:rPr>
        <w:t xml:space="preserve">[03:37] </w:t>
      </w:r>
      <w:r>
        <w:t>sun. this is the present picture of solar system. this is called heliocentric theory.</w:t>
      </w:r>
    </w:p>
    <w:p>
      <w:pPr>
        <w:jc w:val="right"/>
      </w:pPr>
      <w:r>
        <w:t>سن۔ دس از دا پریزنٹ پکچر آف سولر سسٹم۔ دس از کالڈ ہیلیو سینٹرک تھیوری۔</w:t>
      </w:r>
    </w:p>
    <w:p>
      <w:r>
        <w:rPr>
          <w:b/>
        </w:rPr>
        <w:t xml:space="preserve">[03:47] </w:t>
      </w:r>
      <w:r>
        <w:t>so, many many things were rejected and disproved after the advent of science. but, Quran is the only exception.</w:t>
      </w:r>
    </w:p>
    <w:p>
      <w:pPr>
        <w:jc w:val="right"/>
      </w:pPr>
      <w:r>
        <w:t>سو، مینی مینی تھنگز ویر ریجیکٹڈ اینڈ ڈسپرووڈ آفٹر دی ایڈونٹ آف سائنس۔ بٹ، قرآن از دا اونلی ایکسیپشن۔</w:t>
      </w:r>
    </w:p>
    <w:p>
      <w:r>
        <w:rPr>
          <w:b/>
        </w:rPr>
        <w:t xml:space="preserve">[04:06] </w:t>
      </w:r>
      <w:r>
        <w:t>only exception.</w:t>
      </w:r>
    </w:p>
    <w:p>
      <w:pPr>
        <w:jc w:val="right"/>
      </w:pPr>
      <w:r>
        <w:t>اونلی ایکسیپشن۔</w:t>
      </w:r>
    </w:p>
    <w:p>
      <w:r>
        <w:rPr>
          <w:b/>
        </w:rPr>
        <w:t xml:space="preserve">[04:08] </w:t>
      </w:r>
      <w:r>
        <w:t>all though, Quran was revealed in pre scientific era. but, even in—in the era of modern science,</w:t>
      </w:r>
    </w:p>
    <w:p>
      <w:pPr>
        <w:jc w:val="right"/>
      </w:pPr>
      <w:r>
        <w:t>آل دو، قرآن واز ریویلڈ ان پری سائنٹیفک ایرا۔ بٹ، ایون ان—ان دی ایرا آف ماڈرن سائنس،</w:t>
      </w:r>
    </w:p>
    <w:p>
      <w:r>
        <w:rPr>
          <w:b/>
        </w:rPr>
        <w:t xml:space="preserve">[04:24] </w:t>
      </w:r>
      <w:r>
        <w:t>it remains its veracity.</w:t>
      </w:r>
    </w:p>
    <w:p>
      <w:pPr>
        <w:jc w:val="right"/>
      </w:pPr>
      <w:r>
        <w:t>اٹ ریمینز اٹس ویریسٹی۔</w:t>
      </w:r>
    </w:p>
    <w:p>
      <w:r>
        <w:rPr>
          <w:b/>
        </w:rPr>
        <w:t xml:space="preserve">[04:30] </w:t>
      </w:r>
      <w:r>
        <w:t>now, there is a—here I would like to refer a verse from the Quran.</w:t>
      </w:r>
    </w:p>
    <w:p>
      <w:pPr>
        <w:jc w:val="right"/>
      </w:pPr>
      <w:r>
        <w:t>ناؤ، دیر از اے—ہیئر آئی وُڈ لائک ٹو ریفر اے ورس فرام دا قرآن۔</w:t>
      </w:r>
    </w:p>
    <w:p>
      <w:r>
        <w:rPr>
          <w:b/>
        </w:rPr>
        <w:t xml:space="preserve">[04:41] </w:t>
      </w:r>
      <w:r>
        <w:t>there are one hundred fourteen chapters in the Quran.</w:t>
      </w:r>
    </w:p>
    <w:p>
      <w:pPr>
        <w:jc w:val="right"/>
      </w:pPr>
      <w:r>
        <w:t>دیر آر ون ہنڈرڈ فورٹین چیپٹرز ان دا قرآن۔</w:t>
      </w:r>
    </w:p>
    <w:p>
      <w:r>
        <w:rPr>
          <w:b/>
        </w:rPr>
        <w:t xml:space="preserve">[04:48] </w:t>
      </w:r>
      <w:r>
        <w:t>one chapter is Al-Sajdah,</w:t>
      </w:r>
    </w:p>
    <w:p>
      <w:pPr>
        <w:jc w:val="right"/>
      </w:pPr>
      <w:r>
        <w:t>ون چیپٹر از السجدہ،</w:t>
      </w:r>
    </w:p>
    <w:p>
      <w:r>
        <w:rPr>
          <w:b/>
        </w:rPr>
        <w:t xml:space="preserve">[04:56] </w:t>
      </w:r>
      <w:r>
        <w:t>number forty one, and verse number fifty three.</w:t>
      </w:r>
    </w:p>
    <w:p>
      <w:pPr>
        <w:jc w:val="right"/>
      </w:pPr>
      <w:r>
        <w:t>نمبر فورٹی ون، اینڈ ورس نمبر ففٹی تھری۔</w:t>
      </w:r>
    </w:p>
    <w:p>
      <w:r>
        <w:rPr>
          <w:b/>
        </w:rPr>
        <w:t xml:space="preserve">[05:05] </w:t>
      </w:r>
      <w:r>
        <w:t>in this verse, Quran has declared</w:t>
      </w:r>
    </w:p>
    <w:p>
      <w:pPr>
        <w:jc w:val="right"/>
      </w:pPr>
      <w:r>
        <w:t>ان دس ورس، قرآن ہیز ڈیکلیئرڈ</w:t>
      </w:r>
    </w:p>
    <w:p>
      <w:r>
        <w:rPr>
          <w:b/>
        </w:rPr>
        <w:t xml:space="preserve">[05:13] </w:t>
      </w:r>
      <w:r>
        <w:t>in the first quarter of seventh century, that "seeryuhum ayatina fil afaqi wa fi anfusihim hatta yatabayyana lahum annahu al-haq".</w:t>
      </w:r>
    </w:p>
    <w:p>
      <w:pPr>
        <w:jc w:val="right"/>
      </w:pPr>
      <w:r>
        <w:t>ان دا فرسٹ کوارٹر آف سیونتھ سنچری، دیٹ "سیوریہم آیاتنا فی الافاق و فی انفسہم حتیٰ یتبین لہم انہ الحق"۔</w:t>
      </w:r>
    </w:p>
    <w:p>
      <w:r>
        <w:rPr>
          <w:b/>
        </w:rPr>
        <w:t xml:space="preserve">[05:33] </w:t>
      </w:r>
      <w:r>
        <w:t>it means that in future, we will show—here we means God.</w:t>
      </w:r>
    </w:p>
    <w:p>
      <w:pPr>
        <w:jc w:val="right"/>
      </w:pPr>
      <w:r>
        <w:t>اٹ مینز دیٹ ان فیوچر، وی وِل شو—ہیئر وی مینز گاڈ۔</w:t>
      </w:r>
    </w:p>
    <w:p>
      <w:r>
        <w:rPr>
          <w:b/>
        </w:rPr>
        <w:t xml:space="preserve">[05:46] </w:t>
      </w:r>
      <w:r>
        <w:t>in the future, we will show signs. S.I.G.N.S sign. signs in the universe and in human life.</w:t>
      </w:r>
    </w:p>
    <w:p>
      <w:pPr>
        <w:jc w:val="right"/>
      </w:pPr>
      <w:r>
        <w:t>ان دا فیوچر، وی وِل شو سائنز۔ ایس آئی جی این ایس سائن۔ سائنز ان دا یونیورس اینڈ ان ہیومن لائف۔</w:t>
      </w:r>
    </w:p>
    <w:p>
      <w:r>
        <w:rPr>
          <w:b/>
        </w:rPr>
        <w:t xml:space="preserve">[06:06] </w:t>
      </w:r>
      <w:r>
        <w:t>both in the man and the universe.</w:t>
      </w:r>
    </w:p>
    <w:p>
      <w:pPr>
        <w:jc w:val="right"/>
      </w:pPr>
      <w:r>
        <w:t>بوتھ ان دا مین اینڈ دی یونیورس۔</w:t>
      </w:r>
    </w:p>
    <w:p>
      <w:r>
        <w:rPr>
          <w:b/>
        </w:rPr>
        <w:t xml:space="preserve">[06:12] </w:t>
      </w:r>
      <w:r>
        <w:t>these signs—these signs will—will make it clear that this book is a book of God, book of truth.</w:t>
      </w:r>
    </w:p>
    <w:p>
      <w:pPr>
        <w:jc w:val="right"/>
      </w:pPr>
      <w:r>
        <w:t>دس سائنز—دس سائنز وِل—وِل میک اٹ کلیئر دیٹ دس بک از اے بک آف گاڈ، بک آف ٹروتھ۔</w:t>
      </w:r>
    </w:p>
    <w:p>
      <w:r>
        <w:rPr>
          <w:b/>
        </w:rPr>
        <w:t xml:space="preserve">[06:31] </w:t>
      </w:r>
      <w:r>
        <w:t>it was a very daring statement. very daring statement.</w:t>
      </w:r>
    </w:p>
    <w:p>
      <w:pPr>
        <w:jc w:val="right"/>
      </w:pPr>
      <w:r>
        <w:t>اٹ واز اے ویری ڈیئرنگ سٹیٹمنٹ۔ ویری ڈیئرنگ سٹیٹمنٹ۔</w:t>
      </w:r>
    </w:p>
    <w:p>
      <w:r>
        <w:rPr>
          <w:b/>
        </w:rPr>
        <w:t xml:space="preserve">[06:40] </w:t>
      </w:r>
      <w:r>
        <w:t>because, if this statement was proved in the future, then it is quite in favor of the Quran.</w:t>
      </w:r>
    </w:p>
    <w:p>
      <w:pPr>
        <w:jc w:val="right"/>
      </w:pPr>
      <w:r>
        <w:t>بیکاز، اف دس سٹیٹمنٹ واز پروفڈ ان دا فیوچر، دین اٹ از کوائٹ ان فیور آف دا قرآن۔</w:t>
      </w:r>
    </w:p>
    <w:p>
      <w:r>
        <w:rPr>
          <w:b/>
        </w:rPr>
        <w:t xml:space="preserve">[06:50] </w:t>
      </w:r>
      <w:r>
        <w:t>but—but if this statement was not proved in the future, then it means that Quran was not a book of God.</w:t>
      </w:r>
    </w:p>
    <w:p>
      <w:pPr>
        <w:jc w:val="right"/>
      </w:pPr>
      <w:r>
        <w:t>بٹ—بٹ اف دس سٹیٹمنٹ واز ناٹ پروفڈ ان دا فیوچر، دین اٹ مینز دیٹ قرآن واز ناٹ اے بک آف گاڈ۔</w:t>
      </w:r>
    </w:p>
    <w:p>
      <w:r>
        <w:rPr>
          <w:b/>
        </w:rPr>
        <w:t xml:space="preserve">[07:06] </w:t>
      </w:r>
      <w:r>
        <w:t>but it is a fact that all the statements of the Quran, all the verses of the Quran,</w:t>
      </w:r>
    </w:p>
    <w:p>
      <w:pPr>
        <w:jc w:val="right"/>
      </w:pPr>
      <w:r>
        <w:t>بٹ اٹ از اے فیکٹ دیٹ آل دا سٹیٹمنٹس آف دا قرآن، آل دا ورسز آف دا قرآن،</w:t>
      </w:r>
    </w:p>
    <w:p>
      <w:r>
        <w:rPr>
          <w:b/>
        </w:rPr>
        <w:t xml:space="preserve">[07:18] </w:t>
      </w:r>
      <w:r>
        <w:t>stood the test of the science. stood the test of the scientific discoveries.</w:t>
      </w:r>
    </w:p>
    <w:p>
      <w:pPr>
        <w:jc w:val="right"/>
      </w:pPr>
      <w:r>
        <w:t>اسٹوڈ دا ٹیسٹ آف دا سائنس۔ اسٹوڈ دا ٹیسٹ آف دا سائنٹیفک ڈسکوریز۔</w:t>
      </w:r>
    </w:p>
    <w:p>
      <w:r>
        <w:rPr>
          <w:b/>
        </w:rPr>
        <w:t xml:space="preserve">[07:29] </w:t>
      </w:r>
      <w:r>
        <w:t>you know, there is a book compiled by a French scientist, Maurice Bucaille.</w:t>
      </w:r>
    </w:p>
    <w:p>
      <w:pPr>
        <w:jc w:val="right"/>
      </w:pPr>
      <w:r>
        <w:t>یو نو، دیر از اے بک کمپائلڈ بائی اے فرنچ سائنٹسٹ، مورس بوکائی۔</w:t>
      </w:r>
    </w:p>
    <w:p>
      <w:r>
        <w:rPr>
          <w:b/>
        </w:rPr>
        <w:t xml:space="preserve">[07:39] </w:t>
      </w:r>
      <w:r>
        <w:t>Doctor Maurice Bucaille. the title of this book is "Bible and the Quran and Science".</w:t>
      </w:r>
    </w:p>
    <w:p>
      <w:pPr>
        <w:jc w:val="right"/>
      </w:pPr>
      <w:r>
        <w:t>ڈاکٹر مورس بوکائی۔ دا ٹائٹل آف دس بک از "بائبل اینڈ دا قرآن اینڈ سائنس"۔</w:t>
      </w:r>
    </w:p>
    <w:p>
      <w:r>
        <w:rPr>
          <w:b/>
        </w:rPr>
        <w:t xml:space="preserve">[07:52] </w:t>
      </w:r>
      <w:r>
        <w:t>in this book, all though, he was born in the Christian family.</w:t>
      </w:r>
    </w:p>
    <w:p>
      <w:pPr>
        <w:jc w:val="right"/>
      </w:pPr>
      <w:r>
        <w:t>ان دس بک، آل دو، ہی واز بورن ان دا کرسچن فیملی۔</w:t>
      </w:r>
    </w:p>
    <w:p>
      <w:r>
        <w:rPr>
          <w:b/>
        </w:rPr>
        <w:t xml:space="preserve">[07:59] </w:t>
      </w:r>
      <w:r>
        <w:t>in this book, this French scholar tells us that after the advent of modern science, many statements of the Bible were rejected.</w:t>
      </w:r>
    </w:p>
    <w:p>
      <w:pPr>
        <w:jc w:val="right"/>
      </w:pPr>
      <w:r>
        <w:t>ان دس بک، دس فرنچ اسکالر ٹیلز اس دیٹ آفٹر دی ایڈونٹ آف ماڈرن سائنس، مینی سٹیٹمنٹس آف دا بائبل ویر ریجیکٹڈ۔</w:t>
      </w:r>
    </w:p>
    <w:p>
      <w:r>
        <w:rPr>
          <w:b/>
        </w:rPr>
        <w:t xml:space="preserve">[08:18] </w:t>
      </w:r>
      <w:r>
        <w:t>but Quran is a exception.</w:t>
      </w:r>
    </w:p>
    <w:p>
      <w:pPr>
        <w:jc w:val="right"/>
      </w:pPr>
      <w:r>
        <w:t>بٹ قرآن از اے ایکسیپشن۔</w:t>
      </w:r>
    </w:p>
    <w:p>
      <w:r>
        <w:rPr>
          <w:b/>
        </w:rPr>
        <w:t xml:space="preserve">[08:26] </w:t>
      </w:r>
      <w:r>
        <w:t>scientific discoveries only</w:t>
      </w:r>
    </w:p>
    <w:p>
      <w:pPr>
        <w:jc w:val="right"/>
      </w:pPr>
      <w:r>
        <w:t>سائنٹیفک ڈسکوریز اونلی</w:t>
      </w:r>
    </w:p>
    <w:p>
      <w:r>
        <w:rPr>
          <w:b/>
        </w:rPr>
        <w:t xml:space="preserve">[08:30] </w:t>
      </w:r>
      <w:r>
        <w:t>affirmed all those statements—all those statements—that</w:t>
      </w:r>
    </w:p>
    <w:p>
      <w:pPr>
        <w:jc w:val="right"/>
      </w:pPr>
      <w:r>
        <w:t>افرمد آل دو سٹیٹمنٹس—آل دو سٹیٹمنٹس—دیٹ</w:t>
      </w:r>
    </w:p>
    <w:p>
      <w:r>
        <w:rPr>
          <w:b/>
        </w:rPr>
        <w:t xml:space="preserve">[08:35] </w:t>
      </w:r>
      <w:r>
        <w:t>we find in da quran.</w:t>
      </w:r>
    </w:p>
    <w:p>
      <w:pPr>
        <w:jc w:val="right"/>
      </w:pPr>
      <w:r>
        <w:t>وی فائنڈ ان دا قرآن۔</w:t>
      </w:r>
    </w:p>
    <w:p>
      <w:r>
        <w:rPr>
          <w:b/>
        </w:rPr>
        <w:t xml:space="preserve">[08:39] </w:t>
      </w:r>
      <w:r>
        <w:t>so, i think that</w:t>
      </w:r>
    </w:p>
    <w:p>
      <w:pPr>
        <w:jc w:val="right"/>
      </w:pPr>
      <w:r>
        <w:t>سو، آئی تھنک دیٹ</w:t>
      </w:r>
    </w:p>
    <w:p>
      <w:r>
        <w:rPr>
          <w:b/>
        </w:rPr>
        <w:t xml:space="preserve">[08:42] </w:t>
      </w:r>
      <w:r>
        <w:t>dis is da—dis</w:t>
      </w:r>
    </w:p>
    <w:p>
      <w:pPr>
        <w:jc w:val="right"/>
      </w:pPr>
      <w:r>
        <w:t>دس از دا—دس</w:t>
      </w:r>
    </w:p>
    <w:p>
      <w:r>
        <w:rPr>
          <w:b/>
        </w:rPr>
        <w:t xml:space="preserve">[08:46] </w:t>
      </w:r>
      <w:r>
        <w:t>is a scientific criterion or academic criterion by which we can believe</w:t>
      </w:r>
    </w:p>
    <w:p>
      <w:pPr>
        <w:jc w:val="right"/>
      </w:pPr>
      <w:r>
        <w:t>از اے سائنٹیفک کرائٹیرین اور اکاڈیمک کرائٹیرین بائی وِچ وی کین بیلیو</w:t>
      </w:r>
    </w:p>
    <w:p>
      <w:r>
        <w:rPr>
          <w:b/>
        </w:rPr>
        <w:t xml:space="preserve">[08:54] </w:t>
      </w:r>
      <w:r>
        <w:t>That Quran is a book of God in true sense of the word.</w:t>
      </w:r>
    </w:p>
    <w:p>
      <w:pPr>
        <w:jc w:val="right"/>
      </w:pPr>
      <w:r>
        <w:t>دیٹ قرآن از اے بک آف گاڈ ان ٹرو سینس آف دا ورلڈ۔</w:t>
      </w:r>
    </w:p>
    <w:p>
      <w:r>
        <w:rPr>
          <w:b/>
        </w:rPr>
        <w:t xml:space="preserve">[09:02] </w:t>
      </w:r>
      <w:r>
        <w:t>it is not a man made book. it is a god send book.</w:t>
      </w:r>
    </w:p>
    <w:p>
      <w:pPr>
        <w:jc w:val="right"/>
      </w:pPr>
      <w:r>
        <w:t>اٹ از ناٹ اے مین میڈ بک۔ اٹ از اے گاڈ سینڈ بک۔</w:t>
      </w:r>
    </w:p>
    <w:p>
      <w:r>
        <w:rPr>
          <w:b/>
        </w:rPr>
        <w:t xml:space="preserve">[09:10] </w:t>
      </w:r>
      <w:r>
        <w:t>now, i would like to give some examples.</w:t>
      </w:r>
    </w:p>
    <w:p>
      <w:pPr>
        <w:jc w:val="right"/>
      </w:pPr>
      <w:r>
        <w:t>ناؤ، آئی وُڈ لائک ٹو گیو سم ایگزامپلز۔</w:t>
      </w:r>
    </w:p>
    <w:p>
      <w:r>
        <w:rPr>
          <w:b/>
        </w:rPr>
        <w:t xml:space="preserve">[09:20] </w:t>
      </w:r>
      <w:r>
        <w:t>you know, all those philosophers were of the opinion that our universe is a—is a—is a eternal universe.</w:t>
      </w:r>
    </w:p>
    <w:p>
      <w:pPr>
        <w:jc w:val="right"/>
      </w:pPr>
      <w:r>
        <w:t>یو نو، آل دو فلاسفرز وِر آف دا اوپینین دیٹ اور یونیورس از اے—از اے—از اے ان ایٹرنل یونیورس۔</w:t>
      </w:r>
    </w:p>
    <w:p>
      <w:r>
        <w:rPr>
          <w:b/>
        </w:rPr>
        <w:t xml:space="preserve">[09:33] </w:t>
      </w:r>
      <w:r>
        <w:t>eternal universe. it is—it exists from the eternity.</w:t>
      </w:r>
    </w:p>
    <w:p>
      <w:pPr>
        <w:jc w:val="right"/>
      </w:pPr>
      <w:r>
        <w:t>ایٹرنل یونیورس۔ اٹ از—اٹ ایگزسٹ فرام دا ایٹرنٹی۔</w:t>
      </w:r>
    </w:p>
    <w:p>
      <w:r>
        <w:rPr>
          <w:b/>
        </w:rPr>
        <w:t xml:space="preserve">[09:41] </w:t>
      </w:r>
      <w:r>
        <w:t>but quran declared that it was created by god at a—at a specific time.</w:t>
      </w:r>
    </w:p>
    <w:p>
      <w:pPr>
        <w:jc w:val="right"/>
      </w:pPr>
      <w:r>
        <w:t>بٹ قرآن ڈیکلیئرڈ دیٹ اٹ واز کریٹڈ بائی گاڈ ایٹ اے—ایٹ اے سپیسیفک ٹائم۔</w:t>
      </w:r>
    </w:p>
    <w:p>
      <w:r>
        <w:rPr>
          <w:b/>
        </w:rPr>
        <w:t xml:space="preserve">[10:02] </w:t>
      </w:r>
      <w:r>
        <w:t>quran declared that modern—declared that present world was not from eternity</w:t>
      </w:r>
    </w:p>
    <w:p>
      <w:pPr>
        <w:jc w:val="right"/>
      </w:pPr>
      <w:r>
        <w:t>قرآن ڈیکلیئرڈ دیٹ ماڈرن—ڈیکلیئرڈ دیٹ پریزنٹ ورلڈ واز ناٹ فرام ایٹرنٹی</w:t>
      </w:r>
    </w:p>
    <w:p>
      <w:r>
        <w:rPr>
          <w:b/>
        </w:rPr>
        <w:t xml:space="preserve">[10:10] </w:t>
      </w:r>
      <w:r>
        <w:t>. it was created from—it was created from by god. so, you know, this declaration was proved in the twenty century, in the first quarter of twenty century.</w:t>
      </w:r>
    </w:p>
    <w:p>
      <w:pPr>
        <w:jc w:val="right"/>
      </w:pPr>
      <w:r>
        <w:t>۔ اٹ واز کریٹڈ فرام—اِٹ واز کریٹڈ فرام بائی گاڈ۔ سو، یو نو، دس ڈیکلیئرشن واز پروفڈ ان دا ٹوئنٹی سنچری، ان دا فرسٹ کوارٹر آف ٹوئنٹی سنچری۔</w:t>
      </w:r>
    </w:p>
    <w:p>
      <w:r>
        <w:rPr>
          <w:b/>
        </w:rPr>
        <w:t xml:space="preserve">[10:29] </w:t>
      </w:r>
      <w:r>
        <w:t>when scientist—when scientists—discovered what is called big bang theory.</w:t>
      </w:r>
    </w:p>
    <w:p>
      <w:pPr>
        <w:jc w:val="right"/>
      </w:pPr>
      <w:r>
        <w:t>وین سائنٹسٹ—وِن سائنٹسٹس—ڈسکورڈ واٹ از کالڈ بگ بینگ تھیوری۔</w:t>
      </w:r>
    </w:p>
    <w:p>
      <w:r>
        <w:rPr>
          <w:b/>
        </w:rPr>
        <w:t xml:space="preserve">[10:39] </w:t>
      </w:r>
      <w:r>
        <w:t>before big bang theory,</w:t>
      </w:r>
    </w:p>
    <w:p>
      <w:pPr>
        <w:jc w:val="right"/>
      </w:pPr>
      <w:r>
        <w:t>بیفور بگ بینگ تھیوری،</w:t>
      </w:r>
    </w:p>
    <w:p>
      <w:r>
        <w:rPr>
          <w:b/>
        </w:rPr>
        <w:t xml:space="preserve">[10:43] </w:t>
      </w:r>
      <w:r>
        <w:t>before the discovery of big bang theory, it was controversial. but now, it is proved</w:t>
      </w:r>
    </w:p>
    <w:p>
      <w:pPr>
        <w:jc w:val="right"/>
      </w:pPr>
      <w:r>
        <w:t>بیفور دا ڈسکوری آف بگ بینگ تھیوری، اٹ واز کنٹروورشل۔ بٹ ناؤ، اٹ از پروفڈ</w:t>
      </w:r>
    </w:p>
    <w:p>
      <w:r>
        <w:rPr>
          <w:b/>
        </w:rPr>
        <w:t xml:space="preserve">[10:52] </w:t>
      </w:r>
      <w:r>
        <w:t>. it is a proved fact. because big bang theory tells us that present universe</w:t>
      </w:r>
    </w:p>
    <w:p>
      <w:pPr>
        <w:jc w:val="right"/>
      </w:pPr>
      <w:r>
        <w:t>۔ اٹ از اے پروفڈ فیکٹ۔ بیکاز بگ بینگ تھیوری ٹیلز اس دیٹ پریزنٹ یونیورس</w:t>
      </w:r>
    </w:p>
    <w:p>
      <w:r>
        <w:rPr>
          <w:b/>
        </w:rPr>
        <w:t xml:space="preserve">[11:07] </w:t>
      </w:r>
      <w:r>
        <w:t>came to—came into existence before thirteen billion years. thirteen billion years.</w:t>
      </w:r>
    </w:p>
    <w:p>
      <w:pPr>
        <w:jc w:val="right"/>
      </w:pPr>
      <w:r>
        <w:t>کیم ٹو—کیم انٹو ایگزسٹنس بیفور تھرٹین بلین ایئرز۔ تھرٹین بلین ایئرز۔</w:t>
      </w:r>
    </w:p>
    <w:p>
      <w:r>
        <w:rPr>
          <w:b/>
        </w:rPr>
        <w:t xml:space="preserve">[11:16] </w:t>
      </w:r>
      <w:r>
        <w:t>thirteen billion years.</w:t>
      </w:r>
    </w:p>
    <w:p>
      <w:pPr>
        <w:jc w:val="right"/>
      </w:pPr>
      <w:r>
        <w:t>تھرٹین بلین ایئرز۔</w:t>
      </w:r>
    </w:p>
    <w:p>
      <w:r>
        <w:rPr>
          <w:b/>
        </w:rPr>
        <w:t xml:space="preserve">[11:19] </w:t>
      </w:r>
      <w:r>
        <w:t>so, it was—it means that quranic statement was proved that present world is not an eternal world.</w:t>
      </w:r>
    </w:p>
    <w:p>
      <w:pPr>
        <w:jc w:val="right"/>
      </w:pPr>
      <w:r>
        <w:t>سو، اٹ واز—اِٹ مینز دیٹ قرآنک سٹیٹمنٹ واز پروفڈ دیٹ پریزنٹ ورلڈ از ناٹ ان ایٹرنل ورلڈ۔</w:t>
      </w:r>
    </w:p>
    <w:p>
      <w:r>
        <w:rPr>
          <w:b/>
        </w:rPr>
        <w:t xml:space="preserve">[11:30] </w:t>
      </w:r>
      <w:r>
        <w:t>but it was created at a—at a specific point of time. that is thirteen billion years before.</w:t>
      </w:r>
    </w:p>
    <w:p>
      <w:pPr>
        <w:jc w:val="right"/>
      </w:pPr>
      <w:r>
        <w:t>بٹ اِٹ واز کریٹڈ ایٹ اے—ایٹ اے سپیسیفک پوائنٹ آف ٹائم۔ دیٹ از تھرٹین بلین ایئرز بیفور۔</w:t>
      </w:r>
    </w:p>
    <w:p>
      <w:r>
        <w:rPr>
          <w:b/>
        </w:rPr>
        <w:t xml:space="preserve">[11:43] </w:t>
      </w:r>
      <w:r>
        <w:t>then, there was a verse in the quran:</w:t>
      </w:r>
    </w:p>
    <w:p>
      <w:pPr>
        <w:jc w:val="right"/>
      </w:pPr>
      <w:r>
        <w:t>دین، دیر واز اے ورس ان دا قرآن:</w:t>
      </w:r>
    </w:p>
    <w:p>
      <w:r>
        <w:rPr>
          <w:b/>
        </w:rPr>
        <w:t xml:space="preserve">[11:50] </w:t>
      </w:r>
      <w:r>
        <w:t>"afalam yanzuru ila as-samawati wal-ardh,</w:t>
      </w:r>
    </w:p>
    <w:p>
      <w:pPr>
        <w:jc w:val="right"/>
      </w:pPr>
      <w:r>
        <w:t>"افلاشک السماوات والارض،</w:t>
      </w:r>
    </w:p>
    <w:p>
      <w:r>
        <w:rPr>
          <w:b/>
        </w:rPr>
        <w:t xml:space="preserve">[11:58] </w:t>
      </w:r>
      <w:r>
        <w:t>are you in doubt</w:t>
      </w:r>
    </w:p>
    <w:p>
      <w:pPr>
        <w:jc w:val="right"/>
      </w:pPr>
      <w:r>
        <w:t>آر یو ان ڈاؤٹ</w:t>
      </w:r>
    </w:p>
    <w:p>
      <w:r>
        <w:rPr>
          <w:b/>
        </w:rPr>
        <w:t xml:space="preserve">[12:03] </w:t>
      </w:r>
      <w:r>
        <w:t>that</w:t>
      </w:r>
    </w:p>
    <w:p>
      <w:pPr>
        <w:jc w:val="right"/>
      </w:pPr>
      <w:r>
        <w:t>دیٹ</w:t>
      </w:r>
    </w:p>
    <w:p>
      <w:r>
        <w:rPr>
          <w:b/>
        </w:rPr>
        <w:t xml:space="preserve">[12:07] </w:t>
      </w:r>
      <w:r>
        <w:t>god created</w:t>
      </w:r>
    </w:p>
    <w:p>
      <w:pPr>
        <w:jc w:val="right"/>
      </w:pPr>
      <w:r>
        <w:t>گاڈ کریٹڈ</w:t>
      </w:r>
    </w:p>
    <w:p>
      <w:r>
        <w:rPr>
          <w:b/>
        </w:rPr>
        <w:t xml:space="preserve">[12:12] </w:t>
      </w:r>
      <w:r>
        <w:t>universe through an explosion?" it is very strange that this statement was in the quran.</w:t>
      </w:r>
    </w:p>
    <w:p>
      <w:pPr>
        <w:jc w:val="right"/>
      </w:pPr>
      <w:r>
        <w:t>یونیورس تھرو این ایکسپلوژن؟" اِٹ از ویری سٹرینج دیٹ دس سٹیٹمنٹ واز ان دا قرآن۔</w:t>
      </w:r>
    </w:p>
    <w:p>
      <w:r>
        <w:rPr>
          <w:b/>
        </w:rPr>
        <w:t xml:space="preserve">[12:24] </w:t>
      </w:r>
      <w:r>
        <w:t>"afalam yanzuru ila as-samawati wal-ardh, do you are in doubt that god created</w:t>
      </w:r>
    </w:p>
    <w:p>
      <w:pPr>
        <w:jc w:val="right"/>
      </w:pPr>
      <w:r>
        <w:t>"افلاشک السماوات والارض، ڈو یو آر ان ڈاؤٹ دیٹ گاڈ کریٹڈ</w:t>
      </w:r>
    </w:p>
    <w:p>
      <w:r>
        <w:rPr>
          <w:b/>
        </w:rPr>
        <w:t xml:space="preserve">[12:38] </w:t>
      </w:r>
      <w:r>
        <w:t>the universe through a—through an explosion?" this was quite unknown</w:t>
      </w:r>
    </w:p>
    <w:p>
      <w:pPr>
        <w:jc w:val="right"/>
      </w:pPr>
      <w:r>
        <w:t>دا یونیورس تھرو اے—ثرو این ایکسپلوژن؟" دس واز کوائٹ ان نون</w:t>
      </w:r>
    </w:p>
    <w:p>
      <w:r>
        <w:rPr>
          <w:b/>
        </w:rPr>
        <w:t xml:space="preserve">[12:50] </w:t>
      </w:r>
      <w:r>
        <w:t>to previous people. quite unknown.</w:t>
      </w:r>
    </w:p>
    <w:p>
      <w:pPr>
        <w:jc w:val="right"/>
      </w:pPr>
      <w:r>
        <w:t>ٹو پریویس پیپل۔ کوائٹ ان نون۔</w:t>
      </w:r>
    </w:p>
    <w:p>
      <w:r>
        <w:rPr>
          <w:b/>
        </w:rPr>
        <w:t xml:space="preserve">[12:55] </w:t>
      </w:r>
      <w:r>
        <w:t>but now, we know that</w:t>
      </w:r>
    </w:p>
    <w:p>
      <w:pPr>
        <w:jc w:val="right"/>
      </w:pPr>
      <w:r>
        <w:t>بٹ ناؤ، وی نو دیٹ</w:t>
      </w:r>
    </w:p>
    <w:p>
      <w:r>
        <w:rPr>
          <w:b/>
        </w:rPr>
        <w:t xml:space="preserve">[13:02] </w:t>
      </w:r>
      <w:r>
        <w:t>big bang theory tells us the same story.</w:t>
      </w:r>
    </w:p>
    <w:p>
      <w:pPr>
        <w:jc w:val="right"/>
      </w:pPr>
      <w:r>
        <w:t>بگ بینگ تھیوری ٹیلز اس دا سیم سٹوری۔</w:t>
      </w:r>
    </w:p>
    <w:p>
      <w:r>
        <w:rPr>
          <w:b/>
        </w:rPr>
        <w:t xml:space="preserve">[13:09] </w:t>
      </w:r>
      <w:r>
        <w:t>according to big bang theory, there was a—a big explosion. and after this explosion, present universe came into existence.</w:t>
      </w:r>
    </w:p>
    <w:p>
      <w:pPr>
        <w:jc w:val="right"/>
      </w:pPr>
      <w:r>
        <w:t>اکارڈنگ ٹو بگ بینگ تھیوری، دیر واز اے—اے بگ ایکسپلوژن۔ اینڈ آفٹر دس ایکسپلوژن، پریزنٹ یونیورس کیم انٹو ایگزسٹنس۔</w:t>
      </w:r>
    </w:p>
    <w:p>
      <w:r>
        <w:rPr>
          <w:b/>
        </w:rPr>
        <w:t xml:space="preserve">[13:24] </w:t>
      </w:r>
      <w:r>
        <w:t>it is very strange. this statement was given in—in the first quarter of seventh century.</w:t>
      </w:r>
    </w:p>
    <w:p>
      <w:pPr>
        <w:jc w:val="right"/>
      </w:pPr>
      <w:r>
        <w:t>اِٹ از ویری سٹرینج۔ دس سٹیٹمنٹ واز گیون ان—ان دا فرسٹ کوارٹر آف سیونتھ سنچری۔</w:t>
      </w:r>
    </w:p>
    <w:p>
      <w:r>
        <w:rPr>
          <w:b/>
        </w:rPr>
        <w:t xml:space="preserve">[13:35] </w:t>
      </w:r>
      <w:r>
        <w:t>and it was confirmed</w:t>
      </w:r>
    </w:p>
    <w:p>
      <w:pPr>
        <w:jc w:val="right"/>
      </w:pPr>
      <w:r>
        <w:t>اینڈ اِٹ واز کنفرمڈ</w:t>
      </w:r>
    </w:p>
    <w:p>
      <w:r>
        <w:rPr>
          <w:b/>
        </w:rPr>
        <w:t xml:space="preserve">[13:40] </w:t>
      </w:r>
      <w:r>
        <w:t>in the first quarter of twenty century,</w:t>
      </w:r>
    </w:p>
    <w:p>
      <w:pPr>
        <w:jc w:val="right"/>
      </w:pPr>
      <w:r>
        <w:t>ان دا فرسٹ کوارٹر آف ٹوئنٹی سنچری،</w:t>
      </w:r>
    </w:p>
    <w:p>
      <w:r>
        <w:rPr>
          <w:b/>
        </w:rPr>
        <w:t xml:space="preserve">[13:45] </w:t>
      </w:r>
      <w:r>
        <w:t>when scientist community—when scientist—when scientific community discovered the what is called big bang theory.</w:t>
      </w:r>
    </w:p>
    <w:p>
      <w:pPr>
        <w:jc w:val="right"/>
      </w:pPr>
      <w:r>
        <w:t>وین سائنٹسٹ کمیونٹی—وین سائنٹسٹ—وین سائنٹیفک کمیونٹی ڈسکورڈ دا واٹ از کالڈ بگ بینگ تھیوری۔</w:t>
      </w:r>
    </w:p>
    <w:p>
      <w:r>
        <w:rPr>
          <w:b/>
        </w:rPr>
        <w:t xml:space="preserve">[14:01] </w:t>
      </w:r>
      <w:r>
        <w:t>then,</w:t>
      </w:r>
    </w:p>
    <w:p>
      <w:pPr>
        <w:jc w:val="right"/>
      </w:pPr>
      <w:r>
        <w:t>دین،</w:t>
      </w:r>
    </w:p>
    <w:p>
      <w:r>
        <w:rPr>
          <w:b/>
        </w:rPr>
        <w:t xml:space="preserve">[14:06] </w:t>
      </w:r>
      <w:r>
        <w:t>quran has declared that:</w:t>
      </w:r>
    </w:p>
    <w:p>
      <w:pPr>
        <w:jc w:val="right"/>
      </w:pPr>
      <w:r>
        <w:t>قرآن ہیز ڈیکلیئرڈ دیٹ:</w:t>
      </w:r>
    </w:p>
    <w:p>
      <w:r>
        <w:rPr>
          <w:b/>
        </w:rPr>
        <w:t xml:space="preserve">[14:12] </w:t>
      </w:r>
      <w:r>
        <w:t>"wama ooteetum illa qaleela</w:t>
      </w:r>
    </w:p>
    <w:p>
      <w:pPr>
        <w:jc w:val="right"/>
      </w:pPr>
      <w:r>
        <w:t>"وما اوتیتم الا قلیلا</w:t>
      </w:r>
    </w:p>
    <w:p>
      <w:r>
        <w:rPr>
          <w:b/>
        </w:rPr>
        <w:t xml:space="preserve">[14:16] </w:t>
      </w:r>
      <w:r>
        <w:t>". it means that you were given only limited knowledge. man has—man has only limited knowledge, not the absolute knowledge or total knowledge.</w:t>
      </w:r>
    </w:p>
    <w:p>
      <w:pPr>
        <w:jc w:val="right"/>
      </w:pPr>
      <w:r>
        <w:t>"۔ اِٹ مینز دیٹ یو وِر گیون اونلی لمیٹڈ نالج۔ مین ہیز—مین ہیز اونلی لمیٹڈ نالج، ناٹ دا ایبسولیوٹ نالج اور ٹوٹل نالج۔</w:t>
      </w:r>
    </w:p>
    <w:p>
      <w:r>
        <w:rPr>
          <w:b/>
        </w:rPr>
        <w:t xml:space="preserve">[14:34] </w:t>
      </w:r>
      <w:r>
        <w:t>so, you are—so, man is compelled to believe in prophethood</w:t>
      </w:r>
    </w:p>
    <w:p>
      <w:pPr>
        <w:jc w:val="right"/>
      </w:pPr>
      <w:r>
        <w:t>سو، یو آر—سو، مین از کمپیلڈ ٹو بیلیو ان پرافٹ ہُڈ</w:t>
      </w:r>
    </w:p>
    <w:p>
      <w:r>
        <w:rPr>
          <w:b/>
        </w:rPr>
        <w:t xml:space="preserve">[14:43] </w:t>
      </w:r>
      <w:r>
        <w:t>. without prophet, you cannot know the total knowledge. we need guidance how to live in this universe, how to live in this—in this world.</w:t>
      </w:r>
    </w:p>
    <w:p>
      <w:pPr>
        <w:jc w:val="right"/>
      </w:pPr>
      <w:r>
        <w:t>۔ وِداؤٹ پرافٹ، یو کین ناٹ نو دا ٹوٹل نالج۔ وی نیڈ گائیڈنس ہاؤ ٹو لیو ان دس یونیورس، ہاؤ ٹو لیو ان دس—ان دس ورلڈ۔</w:t>
      </w:r>
    </w:p>
    <w:p>
      <w:r>
        <w:rPr>
          <w:b/>
        </w:rPr>
        <w:t xml:space="preserve">[15:01] </w:t>
      </w:r>
      <w:r>
        <w:t>but we have no total knowledge, so we cannot discover this fact by our own.</w:t>
      </w:r>
    </w:p>
    <w:p>
      <w:pPr>
        <w:jc w:val="right"/>
      </w:pPr>
      <w:r>
        <w:t>بٹ وی ہیو نو ٹوٹل نالج، سو وی کین ناٹ ڈسکور دس فیکٹ بائی اور اون۔</w:t>
      </w:r>
    </w:p>
    <w:p>
      <w:r>
        <w:rPr>
          <w:b/>
        </w:rPr>
        <w:t xml:space="preserve">[15:13] </w:t>
      </w:r>
      <w:r>
        <w:t>we need the help of the prophet of god. now, present science—now, the modern science have accepted this fact.</w:t>
      </w:r>
    </w:p>
    <w:p>
      <w:pPr>
        <w:jc w:val="right"/>
      </w:pPr>
      <w:r>
        <w:t>وی نیڈ دا ہیلپ آف دا پرافٹ آف گاڈ۔ ناؤ، پریزنٹ سائنس—ناؤ، دا ماڈرن سائنس ہیو ایکسیپٹڈ دس فیکٹ۔</w:t>
      </w:r>
    </w:p>
    <w:p>
      <w:r>
        <w:rPr>
          <w:b/>
        </w:rPr>
        <w:t xml:space="preserve">[15:31] </w:t>
      </w:r>
      <w:r>
        <w:t>present scientific community says that science gives us the partial knowledge of reality.</w:t>
      </w:r>
    </w:p>
    <w:p>
      <w:pPr>
        <w:jc w:val="right"/>
      </w:pPr>
      <w:r>
        <w:t>پریزنٹ سائنٹیفک کمیونٹی سیز دیٹ سائنس گیوز اس دا پارشل نالج آف ریلیٹی۔</w:t>
      </w:r>
    </w:p>
    <w:p>
      <w:r>
        <w:rPr>
          <w:b/>
        </w:rPr>
        <w:t xml:space="preserve">[15:44] </w:t>
      </w:r>
      <w:r>
        <w:t>this fact was declared by our scientist that science gives us a partial knowledge of reality.</w:t>
      </w:r>
    </w:p>
    <w:p>
      <w:pPr>
        <w:jc w:val="right"/>
      </w:pPr>
      <w:r>
        <w:t>دس فیکٹ واز ڈیکلیئرڈ بائی اور سائنٹسٹ دیٹ سائنس گیوز اس اے پارشل نالج آف ریلیٹی۔</w:t>
      </w:r>
    </w:p>
    <w:p>
      <w:r>
        <w:rPr>
          <w:b/>
        </w:rPr>
        <w:t xml:space="preserve">[15:57] </w:t>
      </w:r>
      <w:r>
        <w:t>so, only partial knowledge is not enough for—for—for—for guidance.</w:t>
      </w:r>
    </w:p>
    <w:p>
      <w:pPr>
        <w:jc w:val="right"/>
      </w:pPr>
      <w:r>
        <w:t>سو، اونلی پارشل نالج از ناٹ انف فار—فار—فار—فار گائیڈنس۔</w:t>
      </w:r>
    </w:p>
    <w:p>
      <w:r>
        <w:rPr>
          <w:b/>
        </w:rPr>
        <w:t xml:space="preserve">[16:09] </w:t>
      </w:r>
      <w:r>
        <w:t>we need guidance.</w:t>
      </w:r>
    </w:p>
    <w:p>
      <w:pPr>
        <w:jc w:val="right"/>
      </w:pPr>
      <w:r>
        <w:t>وی نیڈ گائیڈنس۔</w:t>
      </w:r>
    </w:p>
    <w:p>
      <w:r>
        <w:rPr>
          <w:b/>
        </w:rPr>
        <w:t xml:space="preserve">[16:12] </w:t>
      </w:r>
      <w:r>
        <w:t>we want to know the answers of all those questions: "who am I? why am I here?</w:t>
      </w:r>
    </w:p>
    <w:p>
      <w:pPr>
        <w:jc w:val="right"/>
      </w:pPr>
      <w:r>
        <w:t>وی وانٹ ٹو نو دا انسرز آف آل دو کوسچنز: "ہو ایم آئی؟ وائی ایم ہیر؟</w:t>
      </w:r>
    </w:p>
    <w:p>
      <w:r>
        <w:rPr>
          <w:b/>
        </w:rPr>
        <w:t xml:space="preserve">[16:20] </w:t>
      </w:r>
      <w:r>
        <w:t>what is life? what is death?" all these questions are very important for us. but</w:t>
      </w:r>
    </w:p>
    <w:p>
      <w:pPr>
        <w:jc w:val="right"/>
      </w:pPr>
      <w:r>
        <w:t>واٹ از لائف؟ واٹ از ڈیتھ؟" آل دیز کوسچنز آر ویری امپورٹنٹ فار اس۔ بٹ</w:t>
      </w:r>
    </w:p>
    <w:p>
      <w:r>
        <w:rPr>
          <w:b/>
        </w:rPr>
        <w:t xml:space="preserve">[16:31] </w:t>
      </w:r>
      <w:r>
        <w:t>due to our limitations, we can know—we cannot know the answers of these questions.</w:t>
      </w:r>
    </w:p>
    <w:p>
      <w:pPr>
        <w:jc w:val="right"/>
      </w:pPr>
      <w:r>
        <w:t>ڈیو ٹو اور لیمیٹیشنز، وی کین نو—وی کین ناٹ نو دا انسرز آف دیز کوسچنز۔</w:t>
      </w:r>
    </w:p>
    <w:p>
      <w:r>
        <w:rPr>
          <w:b/>
        </w:rPr>
        <w:t xml:space="preserve">[16:43] </w:t>
      </w:r>
      <w:r>
        <w:t>so, there is no way except to—except the prophethood of god. prophethood of—there is no way except to—except the prophet as our guide.</w:t>
      </w:r>
    </w:p>
    <w:p>
      <w:pPr>
        <w:jc w:val="right"/>
      </w:pPr>
      <w:r>
        <w:t>سو، دیر از نو وے ایکسیپٹ ٹو—ایکسیپٹ دا پرافٹ ہُڈ آف گاڈ۔ پرافٹ ہُڈ آف—دیر از نو وے ایکسیپٹ ٹو—ایکسیپٹ دا پرافٹ ایز اور گائیڈ۔</w:t>
      </w:r>
    </w:p>
    <w:p>
      <w:r>
        <w:rPr>
          <w:b/>
        </w:rPr>
        <w:t xml:space="preserve">[17:01] </w:t>
      </w:r>
      <w:r>
        <w:t>because prophet was a inspired person. prophet was an inspired person.</w:t>
      </w:r>
    </w:p>
    <w:p>
      <w:pPr>
        <w:jc w:val="right"/>
      </w:pPr>
      <w:r>
        <w:t>بیکاز پرافٹ واز اے انسپائرڈ پرسن۔ پرافٹ واز ان انسپائرڈ پرسن۔</w:t>
      </w:r>
    </w:p>
    <w:p>
      <w:r>
        <w:rPr>
          <w:b/>
        </w:rPr>
        <w:t xml:space="preserve">[17:11] </w:t>
      </w:r>
      <w:r>
        <w:t>god revealed all the truth to prophet. so, prophet is the only source in this regard.</w:t>
      </w:r>
    </w:p>
    <w:p>
      <w:pPr>
        <w:jc w:val="right"/>
      </w:pPr>
      <w:r>
        <w:t>گاڈ ریویلڈ آل دا ٹروتھ ٹو پرافٹ۔ سو، پرافٹ از دا اونلی سورس ان دس ریگارڈ۔</w:t>
      </w:r>
    </w:p>
    <w:p>
      <w:r>
        <w:rPr>
          <w:b/>
        </w:rPr>
        <w:t xml:space="preserve">[17:25] </w:t>
      </w:r>
      <w:r>
        <w:t>here all so, we find that science confirmed the—the reality that we have to accept prophet</w:t>
      </w:r>
    </w:p>
    <w:p>
      <w:pPr>
        <w:jc w:val="right"/>
      </w:pPr>
      <w:r>
        <w:t>ہیر آل سو، وی فائنڈ دیٹ سائنس کنفرم دا—دا ریلیٹی دیٹ وی ہیو ٹو ایکسیپٹ پرافٹ</w:t>
      </w:r>
    </w:p>
    <w:p>
      <w:r>
        <w:rPr>
          <w:b/>
        </w:rPr>
        <w:t xml:space="preserve">[17:39] </w:t>
      </w:r>
      <w:r>
        <w:t>. Otherwise, we are bound to live in blindness. Then, there are many other verses.</w:t>
      </w:r>
    </w:p>
    <w:p>
      <w:pPr>
        <w:jc w:val="right"/>
      </w:pPr>
      <w:r>
        <w:t>۔ ادروائز، وی آر باؤنڈ ٹو لیو ان بلائنڈنس۔ دین، دیر آر مینی ادر ورسز۔</w:t>
      </w:r>
    </w:p>
    <w:p>
      <w:r>
        <w:rPr>
          <w:b/>
        </w:rPr>
        <w:t xml:space="preserve">[17:53] </w:t>
      </w:r>
      <w:r>
        <w:t>For example, there is a verse about the day and night. Day and night.</w:t>
      </w:r>
    </w:p>
    <w:p>
      <w:pPr>
        <w:jc w:val="right"/>
      </w:pPr>
      <w:r>
        <w:t>فار ایگزامپل، دیر از اے ورس اباؤٹ دا ڈے اینڈ نائٹ۔ ڈے اینڈ نائٹ۔</w:t>
      </w:r>
    </w:p>
    <w:p>
      <w:r>
        <w:rPr>
          <w:b/>
        </w:rPr>
        <w:t xml:space="preserve">[18:03] </w:t>
      </w:r>
      <w:r>
        <w:t>this verse you can see in—in chapter Al-A'raf.</w:t>
      </w:r>
    </w:p>
    <w:p>
      <w:pPr>
        <w:jc w:val="right"/>
      </w:pPr>
      <w:r>
        <w:t>دس ورس یو کین سی ان—ان چیپٹر الاعراف۔</w:t>
      </w:r>
    </w:p>
    <w:p>
      <w:r>
        <w:rPr>
          <w:b/>
        </w:rPr>
        <w:t xml:space="preserve">[18:09] </w:t>
      </w:r>
      <w:r>
        <w:t>This verse says: "yakhsul layla al-nahar yatlubuhu hasisa". "yakhsul layla al-nahar yatlubuhu hasisa".</w:t>
      </w:r>
    </w:p>
    <w:p>
      <w:pPr>
        <w:jc w:val="right"/>
      </w:pPr>
      <w:r>
        <w:t>دس ورس سیز: "یخشل لیلا النہار یطلبہ حسیصہ"۔ "یخشل لیلا النہار یطلبہ حسیصہ"۔</w:t>
      </w:r>
    </w:p>
    <w:p>
      <w:r>
        <w:rPr>
          <w:b/>
        </w:rPr>
        <w:t xml:space="preserve">[18:24] </w:t>
      </w:r>
      <w:r>
        <w:t>The translation of this verse is that this verse is about—about day and night.</w:t>
      </w:r>
    </w:p>
    <w:p>
      <w:pPr>
        <w:jc w:val="right"/>
      </w:pPr>
      <w:r>
        <w:t>دا ٹرانسلیشن آف دس ورس از دیٹ دس ورس از اباؤٹ—اباؤٹ ڈے اینڈ نائٹ۔</w:t>
      </w:r>
    </w:p>
    <w:p>
      <w:r>
        <w:rPr>
          <w:b/>
        </w:rPr>
        <w:t xml:space="preserve">[18:34] </w:t>
      </w:r>
      <w:r>
        <w:t>about day and night.</w:t>
      </w:r>
    </w:p>
    <w:p>
      <w:pPr>
        <w:jc w:val="right"/>
      </w:pPr>
      <w:r>
        <w:t>اباؤٹ ڈے اینڈ نائٹ۔</w:t>
      </w:r>
    </w:p>
    <w:p>
      <w:r>
        <w:rPr>
          <w:b/>
        </w:rPr>
        <w:t xml:space="preserve">[18:36] </w:t>
      </w:r>
      <w:r>
        <w:t>So, this verse says that: "akhsul layla al-nahar yatlubuhu hasisa". It means that each one of them seeks rapid succession.</w:t>
      </w:r>
    </w:p>
    <w:p>
      <w:pPr>
        <w:jc w:val="right"/>
      </w:pPr>
      <w:r>
        <w:t>سو، دس ورس سیز دیٹ: "اخشل لیلا النہار یطلبہ حسیصہ"۔ اِٹ مینز دیٹ ایچ ون آف دیم سیکس ریپڈ سکسیشن۔</w:t>
      </w:r>
    </w:p>
    <w:p>
      <w:r>
        <w:rPr>
          <w:b/>
        </w:rPr>
        <w:t xml:space="preserve">[18:53] </w:t>
      </w:r>
      <w:r>
        <w:t>each one of them seeks rapid succession.</w:t>
      </w:r>
    </w:p>
    <w:p>
      <w:pPr>
        <w:jc w:val="right"/>
      </w:pPr>
      <w:r>
        <w:t>ایچ ون آف دیم سیکس ریپڈ سکسیشن۔</w:t>
      </w:r>
    </w:p>
    <w:p>
      <w:r>
        <w:rPr>
          <w:b/>
        </w:rPr>
        <w:t xml:space="preserve">[19:00] </w:t>
      </w:r>
      <w:r>
        <w:t>It is very strange that the same word was used by a—by a—by a</w:t>
      </w:r>
    </w:p>
    <w:p>
      <w:pPr>
        <w:jc w:val="right"/>
      </w:pPr>
      <w:r>
        <w:t>اِٹ از ویری سٹرینج دیٹ دا سیم ورلڈ وار واز یوز بائی اے—بائی اے—بائی اے</w:t>
      </w:r>
    </w:p>
    <w:p>
      <w:r>
        <w:rPr>
          <w:b/>
        </w:rPr>
        <w:t xml:space="preserve">[19:15] </w:t>
      </w:r>
      <w:r>
        <w:t>astronauts. You know, in the—in this—in—in—in—in our present age, in the second half of the twentieth century,</w:t>
      </w:r>
    </w:p>
    <w:p>
      <w:pPr>
        <w:jc w:val="right"/>
      </w:pPr>
      <w:r>
        <w:t>اسٹروناٹس۔ یو نو، ان دی—ان دس—ان—ان—ان—ان اور پریزنٹ ایج، ان دا سیکنڈ ہاف آف دا ٹوئنٹی سنچری،</w:t>
      </w:r>
    </w:p>
    <w:p>
      <w:r>
        <w:rPr>
          <w:b/>
        </w:rPr>
        <w:t xml:space="preserve">[19:35] </w:t>
      </w:r>
      <w:r>
        <w:t>There were some discoveries in space science</w:t>
      </w:r>
    </w:p>
    <w:p>
      <w:pPr>
        <w:jc w:val="right"/>
      </w:pPr>
      <w:r>
        <w:t>دیر وار سم ڈسکوریز ان سپیس سائنس</w:t>
      </w:r>
    </w:p>
    <w:p>
      <w:r>
        <w:rPr>
          <w:b/>
        </w:rPr>
        <w:t xml:space="preserve">[19:42] </w:t>
      </w:r>
      <w:r>
        <w:t>. man was able to travel in space, and man was able to see planet earth from the space through telescope.</w:t>
      </w:r>
    </w:p>
    <w:p>
      <w:pPr>
        <w:jc w:val="right"/>
      </w:pPr>
      <w:r>
        <w:t>۔ مین واز ایبل ٹو ٹریول ان سپیس، اینڈ مین واز ایبل ٹو سی پلینٹ ارتھ فرام دا سپیس تھرو ٹیلیسکوپ۔</w:t>
      </w:r>
    </w:p>
    <w:p>
      <w:r>
        <w:rPr>
          <w:b/>
        </w:rPr>
        <w:t xml:space="preserve">[19:56] </w:t>
      </w:r>
      <w:r>
        <w:t>So, astronauts says that when we were in the space, and we saw the earth from telescope,</w:t>
      </w:r>
    </w:p>
    <w:p>
      <w:pPr>
        <w:jc w:val="right"/>
      </w:pPr>
      <w:r>
        <w:t>سو، اسٹروناٹس سیز دیٹ وین وی وِر ان دی سپیس، اینڈ وی سا دا ارتھ فرام ٹیلیسکوپ،</w:t>
      </w:r>
    </w:p>
    <w:p>
      <w:r>
        <w:rPr>
          <w:b/>
        </w:rPr>
        <w:t xml:space="preserve">[20:10] </w:t>
      </w:r>
      <w:r>
        <w:t>we observe a very strange phenomena. So, he says that we saw</w:t>
      </w:r>
    </w:p>
    <w:p>
      <w:pPr>
        <w:jc w:val="right"/>
      </w:pPr>
      <w:r>
        <w:t>وی ابزرو اے ویری سٹرینج فیناومینا۔ سو، دے سیز دیٹ وی سا</w:t>
      </w:r>
    </w:p>
    <w:p>
      <w:r>
        <w:rPr>
          <w:b/>
        </w:rPr>
        <w:t xml:space="preserve">[20:22] </w:t>
      </w:r>
      <w:r>
        <w:t>There was a rapid succession of darkness and light on the earth. This is the word of astronauts.</w:t>
      </w:r>
    </w:p>
    <w:p>
      <w:pPr>
        <w:jc w:val="right"/>
      </w:pPr>
      <w:r>
        <w:t>دیر واز اے ریپڈ سکشن آف ڈارکنس اینڈ لائٹ آن دا ارتھ۔ دس از دا ورڈ آف اسٹروناٹس۔</w:t>
      </w:r>
    </w:p>
    <w:p>
      <w:r>
        <w:rPr>
          <w:b/>
        </w:rPr>
        <w:t xml:space="preserve">[20:34] </w:t>
      </w:r>
      <w:r>
        <w:t>He says that I saw a rapid succession of day and night on the earth. So, this very strange.</w:t>
      </w:r>
    </w:p>
    <w:p>
      <w:pPr>
        <w:jc w:val="right"/>
      </w:pPr>
      <w:r>
        <w:t>ہی سیز دیٹ آئی سا اے ریپڈ سکسیشن آف ڈے اینڈ نائٹ آن دی ارتھ۔ سو، دس ویری سٹرینج۔</w:t>
      </w:r>
    </w:p>
    <w:p>
      <w:r>
        <w:rPr>
          <w:b/>
        </w:rPr>
        <w:t xml:space="preserve">[20:46] </w:t>
      </w:r>
      <w:r>
        <w:t>This—this scene, this observation that day and night are moving in a rapid succession on earth, it was not known to mankind.</w:t>
      </w:r>
    </w:p>
    <w:p>
      <w:pPr>
        <w:jc w:val="right"/>
      </w:pPr>
      <w:r>
        <w:t>دس—دس سین، دس ابزرویشن داٹ ڈے اینڈ نائٹ آر موونگ ان اے ریپڈ سکسیشن آن ارتھ، اِٹ واز ناٹ نون ٹو مین کائنڈ۔</w:t>
      </w:r>
    </w:p>
    <w:p>
      <w:r>
        <w:rPr>
          <w:b/>
        </w:rPr>
        <w:t xml:space="preserve">[21:03] </w:t>
      </w:r>
      <w:r>
        <w:t>no one was able to see this picture of the earth. It was possible only when man discovered</w:t>
      </w:r>
    </w:p>
    <w:p>
      <w:pPr>
        <w:jc w:val="right"/>
      </w:pPr>
      <w:r>
        <w:t>نو ون واز ایبل ٹو سی دس پکچر آف دی ارتھ۔ اِٹ واز پاسیبل اونلی وین مین ڈسکورڈ</w:t>
      </w:r>
    </w:p>
    <w:p>
      <w:r>
        <w:rPr>
          <w:b/>
        </w:rPr>
        <w:t xml:space="preserve">[21:18] </w:t>
      </w:r>
      <w:r>
        <w:t>space science, spacecraft, and space telescope. All these things were quite unknown in the seventh century.</w:t>
      </w:r>
    </w:p>
    <w:p>
      <w:pPr>
        <w:jc w:val="right"/>
      </w:pPr>
      <w:r>
        <w:t>سپیس سائنس، سپیس کرافٹ، اینڈ سپیس ٹیلیسکوپ۔ آل دیز تھنگز وار کوائٹ ان نون ان دا سیونتھ سنچری۔</w:t>
      </w:r>
    </w:p>
    <w:p>
      <w:r>
        <w:rPr>
          <w:b/>
        </w:rPr>
        <w:t xml:space="preserve">[21:34] </w:t>
      </w:r>
      <w:r>
        <w:t>so, in the Quran, this verse: "yakhsul layla al-nahar yatlubuhu hasisa" was a quite—was quite a scientific statement.</w:t>
      </w:r>
    </w:p>
    <w:p>
      <w:pPr>
        <w:jc w:val="right"/>
      </w:pPr>
      <w:r>
        <w:t>سو، ان دا قرآن، دس ورس: "یخشل لیلا النہار یطلبہ حسیصہ" واز اے کوائٹ—واز کوائٹ اے سائنٹیفک سٹیٹمنٹ۔</w:t>
      </w:r>
    </w:p>
    <w:p>
      <w:r>
        <w:rPr>
          <w:b/>
        </w:rPr>
        <w:t xml:space="preserve">[21:51] </w:t>
      </w:r>
      <w:r>
        <w:t>although, this phenomena was unknown to—to the people in seventh century.</w:t>
      </w:r>
    </w:p>
    <w:p>
      <w:pPr>
        <w:jc w:val="right"/>
      </w:pPr>
      <w:r>
        <w:t>آل دو، دس فیناومینا واز ان نون ٹو—ٹو دا پیپل ان سیونتھ سنچری۔</w:t>
      </w:r>
    </w:p>
    <w:p>
      <w:r>
        <w:rPr>
          <w:b/>
        </w:rPr>
        <w:t xml:space="preserve">[22:03] </w:t>
      </w:r>
      <w:r>
        <w:t>So, these kind of references in the Quran prove that Quran was revealed by God Almighty, who knows everything.</w:t>
      </w:r>
    </w:p>
    <w:p>
      <w:pPr>
        <w:jc w:val="right"/>
      </w:pPr>
      <w:r>
        <w:t>سو، دس کا—دیز کائنڈ آف ریفرنسز ان دا قرآن پروف دیٹ قرآن واز ریویلڈ بائی گاڈ المائٹی، ہو نوز ایوری تھنگ۔</w:t>
      </w:r>
    </w:p>
    <w:p>
      <w:r>
        <w:rPr>
          <w:b/>
        </w:rPr>
        <w:t xml:space="preserve">[22:18] </w:t>
      </w:r>
      <w:r>
        <w:t>God Almighty knows everything. he knows da past, he knows da present, he knows da future.</w:t>
      </w:r>
    </w:p>
    <w:p>
      <w:pPr>
        <w:jc w:val="right"/>
      </w:pPr>
      <w:r>
        <w:t>گاڈ المائٹی نوز ایوری تھنگ۔ ہی نوز دا پاسٹ، ہی نوز دا پریزنٹ، ہی نوز دا فیوچر۔</w:t>
      </w:r>
    </w:p>
    <w:p>
      <w:r>
        <w:rPr>
          <w:b/>
        </w:rPr>
        <w:t xml:space="preserve">[22:29] </w:t>
      </w:r>
      <w:r>
        <w:t>so, there are many many verses like this</w:t>
      </w:r>
    </w:p>
    <w:p>
      <w:pPr>
        <w:jc w:val="right"/>
      </w:pPr>
      <w:r>
        <w:t>سو، دیر آر مینی مینی ورسز لائک دس</w:t>
      </w:r>
    </w:p>
    <w:p>
      <w:r>
        <w:rPr>
          <w:b/>
        </w:rPr>
        <w:t xml:space="preserve">[22:39] </w:t>
      </w:r>
      <w:r>
        <w:t>that prove the veracity of the Quran. these verses are like scientific affirmation.</w:t>
      </w:r>
    </w:p>
    <w:p>
      <w:pPr>
        <w:jc w:val="right"/>
      </w:pPr>
      <w:r>
        <w:t>دیٹ پروف دا ورسیٹی آف دا قرآن۔ دیز ورسز آر لائک سائنٹیفک افرمیشن۔</w:t>
      </w:r>
    </w:p>
    <w:p>
      <w:r>
        <w:rPr>
          <w:b/>
        </w:rPr>
        <w:t xml:space="preserve">[22:52] </w:t>
      </w:r>
      <w:r>
        <w:t>in aur present age, science discovered what was not known to previous men, to ancient men.</w:t>
      </w:r>
    </w:p>
    <w:p>
      <w:pPr>
        <w:jc w:val="right"/>
      </w:pPr>
      <w:r>
        <w:t>ان اور پریزنٹ ایج، سائنس ڈسکورڈ واٹ واز ناٹ نون ٹو پریویس مین، ٹو اینشینٹ مین۔</w:t>
      </w:r>
    </w:p>
    <w:p>
      <w:r>
        <w:rPr>
          <w:b/>
        </w:rPr>
        <w:t xml:space="preserve">[23:08] </w:t>
      </w:r>
      <w:r>
        <w:t>so, after these discoveries, it was proved that quranic statements were true</w:t>
      </w:r>
    </w:p>
    <w:p>
      <w:pPr>
        <w:jc w:val="right"/>
      </w:pPr>
      <w:r>
        <w:t>سو، آفٹر دیز ڈسکوریز، اِٹ واز پروفڈ دیٹ کونٹک سٹیٹمنٹ ویر ٹرو</w:t>
      </w:r>
    </w:p>
    <w:p>
      <w:r>
        <w:rPr>
          <w:b/>
        </w:rPr>
        <w:t xml:space="preserve">[23:18] </w:t>
      </w:r>
      <w:r>
        <w:t>. so, this event is like a scientific affirmation of the quran that quran is a word of god.</w:t>
      </w:r>
    </w:p>
    <w:p>
      <w:pPr>
        <w:jc w:val="right"/>
      </w:pPr>
      <w:r>
        <w:t>۔ سو، دس ایونٹ از لائک اے سائنٹیفک افرمیشن آف دا قرآن دیٹ قرآن از اے ورڈ آف گاڈ۔</w:t>
      </w:r>
    </w:p>
    <w:p>
      <w:r>
        <w:rPr>
          <w:b/>
        </w:rPr>
        <w:t xml:space="preserve">[23:28] </w:t>
      </w:r>
      <w:r>
        <w:t>i have studied quran from its original language, that is arabic language.</w:t>
      </w:r>
    </w:p>
    <w:p>
      <w:pPr>
        <w:jc w:val="right"/>
      </w:pPr>
      <w:r>
        <w:t>آئی ہیو اسٹڈی قرآن فرام اٹس اوریجنل لینگویج، دیٹ از عربک لینگویج۔</w:t>
      </w:r>
    </w:p>
    <w:p>
      <w:r>
        <w:rPr>
          <w:b/>
        </w:rPr>
        <w:t xml:space="preserve">[23:41] </w:t>
      </w:r>
      <w:r>
        <w:t>so,</w:t>
      </w:r>
    </w:p>
    <w:p>
      <w:pPr>
        <w:jc w:val="right"/>
      </w:pPr>
      <w:r>
        <w:t>سو،</w:t>
      </w:r>
    </w:p>
    <w:p>
      <w:r>
        <w:rPr>
          <w:b/>
        </w:rPr>
        <w:t xml:space="preserve">[23:44] </w:t>
      </w:r>
      <w:r>
        <w:t>other than—other than these scientific aspects, there are so many other aspects that</w:t>
      </w:r>
    </w:p>
    <w:p>
      <w:pPr>
        <w:jc w:val="right"/>
      </w:pPr>
      <w:r>
        <w:t>ادر دین—ادر دین دیز سائنٹیفک اسپیکٹ، دیر آر سو مینی ادر اسپیکٹس دیٹ</w:t>
      </w:r>
    </w:p>
    <w:p>
      <w:r>
        <w:rPr>
          <w:b/>
        </w:rPr>
        <w:t xml:space="preserve">[23:56] </w:t>
      </w:r>
      <w:r>
        <w:t>prove that quran is a special book. it is not man made book.</w:t>
      </w:r>
    </w:p>
    <w:p>
      <w:pPr>
        <w:jc w:val="right"/>
      </w:pPr>
      <w:r>
        <w:t>پروف دیٹ قرآن از اے اسپیشل بک۔ اِٹ از ناٹ مین میڈ بک۔</w:t>
      </w:r>
    </w:p>
    <w:p>
      <w:r>
        <w:rPr>
          <w:b/>
        </w:rPr>
        <w:t xml:space="preserve">[24:09] </w:t>
      </w:r>
      <w:r>
        <w:t>for example,</w:t>
      </w:r>
    </w:p>
    <w:p>
      <w:pPr>
        <w:jc w:val="right"/>
      </w:pPr>
      <w:r>
        <w:t>فار ایگزامپل،</w:t>
      </w:r>
    </w:p>
    <w:p>
      <w:r>
        <w:rPr>
          <w:b/>
        </w:rPr>
        <w:t xml:space="preserve">[24:13] </w:t>
      </w:r>
      <w:r>
        <w:t>although, quran was presented by muhammad bin abdullah, the prophet of islam.</w:t>
      </w:r>
    </w:p>
    <w:p>
      <w:pPr>
        <w:jc w:val="right"/>
      </w:pPr>
      <w:r>
        <w:t>آل دو، قرآن واز پریزنٹڈ بائی محمد بن عبداللہ، دا پرافٹ آف اسلام۔</w:t>
      </w:r>
    </w:p>
    <w:p>
      <w:r>
        <w:rPr>
          <w:b/>
        </w:rPr>
        <w:t xml:space="preserve">[24:23] </w:t>
      </w:r>
      <w:r>
        <w:t>but, you will find a very strange difference between the two. we have quran that is believed to be the word of god.</w:t>
      </w:r>
    </w:p>
    <w:p>
      <w:pPr>
        <w:jc w:val="right"/>
      </w:pPr>
      <w:r>
        <w:t>بٹ، یو ویل فائنڈ اے ویری سٹرینج ڈفرنس بٹوین دا ٹو۔ وی ہیو قرآن دیٹ از بیلیو ٹو بی دا ورڈ آف گاڈ۔</w:t>
      </w:r>
    </w:p>
    <w:p>
      <w:r>
        <w:rPr>
          <w:b/>
        </w:rPr>
        <w:t xml:space="preserve">[24:36] </w:t>
      </w:r>
      <w:r>
        <w:t>at the same time, we have hadith</w:t>
      </w:r>
    </w:p>
    <w:p>
      <w:pPr>
        <w:jc w:val="right"/>
      </w:pPr>
      <w:r>
        <w:t>ایٹ دا سیم ٹائم، وی ہیو حدیث</w:t>
      </w:r>
    </w:p>
    <w:p>
      <w:r>
        <w:rPr>
          <w:b/>
        </w:rPr>
        <w:t xml:space="preserve">[24:38] </w:t>
      </w:r>
      <w:r>
        <w:t>. hadith means saying the prophet of islam. if you compare between the two, you will find that the language of the quran is quite different from that of the language of the prophet.</w:t>
      </w:r>
    </w:p>
    <w:p>
      <w:pPr>
        <w:jc w:val="right"/>
      </w:pPr>
      <w:r>
        <w:t>۔ حدیث مینز سینگ دا پرافٹ آف اسلام۔ اف یو کمپیئر بٹوین دا ٹو، یو ویل فائنڈ دیٹ دا لینگویج آف دا قرآن از کوائٹ ڈفرنٹ فرام دیٹ آف دا لینگویج آف دا پرافٹ۔</w:t>
      </w:r>
    </w:p>
    <w:p>
      <w:r>
        <w:rPr>
          <w:b/>
        </w:rPr>
        <w:t xml:space="preserve">[24:55] </w:t>
      </w:r>
      <w:r>
        <w:t>quite different</w:t>
      </w:r>
    </w:p>
    <w:p>
      <w:pPr>
        <w:jc w:val="right"/>
      </w:pPr>
      <w:r>
        <w:t>کوائٹ ڈفرنٹ</w:t>
      </w:r>
    </w:p>
    <w:p>
      <w:r>
        <w:rPr>
          <w:b/>
        </w:rPr>
        <w:t xml:space="preserve">[24:57] </w:t>
      </w:r>
      <w:r>
        <w:t>. if you know arabic language, then you will discover this difference very easily.</w:t>
      </w:r>
    </w:p>
    <w:p>
      <w:pPr>
        <w:jc w:val="right"/>
      </w:pPr>
      <w:r>
        <w:t>۔ اف یو نو عربک لینگویج، دین یو ویل ڈسکور دس ڈفرنس ویری ایزیلی۔</w:t>
      </w:r>
    </w:p>
    <w:p>
      <w:r>
        <w:rPr>
          <w:b/>
        </w:rPr>
        <w:t xml:space="preserve">[25:09] </w:t>
      </w:r>
      <w:r>
        <w:t>it is very strange. no one is—no one can speak</w:t>
      </w:r>
    </w:p>
    <w:p>
      <w:pPr>
        <w:jc w:val="right"/>
      </w:pPr>
      <w:r>
        <w:t>اِٹ از ویری سٹرینج۔ نو ون از—نو ون کین اسپیک</w:t>
      </w:r>
    </w:p>
    <w:p>
      <w:r>
        <w:rPr>
          <w:b/>
        </w:rPr>
        <w:t xml:space="preserve">[25:23] </w:t>
      </w:r>
      <w:r>
        <w:t>in such a way.</w:t>
      </w:r>
    </w:p>
    <w:p>
      <w:pPr>
        <w:jc w:val="right"/>
      </w:pPr>
      <w:r>
        <w:t>ان سچ اے وے۔</w:t>
      </w:r>
    </w:p>
    <w:p>
      <w:r>
        <w:rPr>
          <w:b/>
        </w:rPr>
        <w:t xml:space="preserve">[25:26] </w:t>
      </w:r>
      <w:r>
        <w:t>so, quran is not word of muhammad, because we have so many words of prophet muhammad.</w:t>
      </w:r>
    </w:p>
    <w:p>
      <w:pPr>
        <w:jc w:val="right"/>
      </w:pPr>
      <w:r>
        <w:t>سو، قرآن از ناٹ ورڈ آف محمد، بیکاز وی ہیو سو مینی ورڈز آف پرافٹ محمد۔</w:t>
      </w:r>
    </w:p>
    <w:p>
      <w:r>
        <w:rPr>
          <w:b/>
        </w:rPr>
        <w:t xml:space="preserve">[25:36] </w:t>
      </w:r>
      <w:r>
        <w:t>there are several books of hadith. we read these hadith, but their language of hadith is quite different from that of the quran</w:t>
      </w:r>
    </w:p>
    <w:p>
      <w:pPr>
        <w:jc w:val="right"/>
      </w:pPr>
      <w:r>
        <w:t>دیر آر سیورل بکس آف حدیث۔ وی ریڈ دیز حدیث، بٹ دی لینگویج آف حدیث از کوائٹ ڈفرنٹ فرام دیٹ آف دا قرآن</w:t>
      </w:r>
    </w:p>
    <w:p>
      <w:r>
        <w:rPr>
          <w:b/>
        </w:rPr>
        <w:t xml:space="preserve">[25:47] </w:t>
      </w:r>
      <w:r>
        <w:t>. so, why this difference? its difference itself is a proof that there are two different sources.</w:t>
      </w:r>
    </w:p>
    <w:p>
      <w:pPr>
        <w:jc w:val="right"/>
      </w:pPr>
      <w:r>
        <w:t>۔ سو، وائی دس ڈفرنس؟ اِٹس ڈفرنس اٹ سیلف از اے پروف دیٹ دیر آر ٹو ڈفرنٹ سورسز۔</w:t>
      </w:r>
    </w:p>
    <w:p>
      <w:r>
        <w:rPr>
          <w:b/>
        </w:rPr>
        <w:t xml:space="preserve">[26:01] </w:t>
      </w:r>
      <w:r>
        <w:t>quran was revealed by god, and hadith is only saying of the prophet muhammad himself.</w:t>
      </w:r>
    </w:p>
    <w:p>
      <w:pPr>
        <w:jc w:val="right"/>
      </w:pPr>
      <w:r>
        <w:t>قرآن واز ریویلڈ بائی گاڈ، اینڈ حدیث از اونلی سیئنگ آف دا پرافٹ محمد ہم سیلف۔</w:t>
      </w:r>
    </w:p>
    <w:p>
      <w:r>
        <w:rPr>
          <w:b/>
        </w:rPr>
        <w:t xml:space="preserve">[26:16] </w:t>
      </w:r>
      <w:r>
        <w:t>then, there is a verse in the quran that</w:t>
      </w:r>
    </w:p>
    <w:p>
      <w:pPr>
        <w:jc w:val="right"/>
      </w:pPr>
      <w:r>
        <w:t>دین، دیر از اے ورس ان دا قرآن دیٹ</w:t>
      </w:r>
    </w:p>
    <w:p>
      <w:r>
        <w:rPr>
          <w:b/>
        </w:rPr>
        <w:t xml:space="preserve">[26:29] </w:t>
      </w:r>
      <w:r>
        <w:t>gods—gods breakers are</w:t>
      </w:r>
    </w:p>
    <w:p>
      <w:pPr>
        <w:jc w:val="right"/>
      </w:pPr>
      <w:r>
        <w:t>گاڈز—گاڈز بریکرز آر</w:t>
      </w:r>
    </w:p>
    <w:p>
      <w:r>
        <w:rPr>
          <w:b/>
        </w:rPr>
        <w:t xml:space="preserve">[26:40] </w:t>
      </w:r>
      <w:r>
        <w:t>countless. even if you try to write all those breakers of god, all those signs of god,</w:t>
      </w:r>
    </w:p>
    <w:p>
      <w:pPr>
        <w:jc w:val="right"/>
      </w:pPr>
      <w:r>
        <w:t>کاؤنٹلیس۔ ایون اف یو ٹرائی ٹو رائٹ آل دو بریکرز آف گاڈ، آل دو سائنز آف گاڈ،</w:t>
      </w:r>
    </w:p>
    <w:p>
      <w:r>
        <w:rPr>
          <w:b/>
        </w:rPr>
        <w:t xml:space="preserve">[26:51] </w:t>
      </w:r>
      <w:r>
        <w:t>and you—you make all the trees as pen, and you use all the oceans as ink.</w:t>
      </w:r>
    </w:p>
    <w:p>
      <w:pPr>
        <w:jc w:val="right"/>
      </w:pPr>
      <w:r>
        <w:t>اینڈ یو—یو میک آل دا ٹریز ایز پین، اینڈ یو یوز آل دا اوشنز ایز انک۔</w:t>
      </w:r>
    </w:p>
    <w:p>
      <w:r>
        <w:rPr>
          <w:b/>
        </w:rPr>
        <w:t xml:space="preserve">[27:01] </w:t>
      </w:r>
      <w:r>
        <w:t>but, gods breakers—but, you cannot write all those gods breakers.</w:t>
      </w:r>
    </w:p>
    <w:p>
      <w:pPr>
        <w:jc w:val="right"/>
      </w:pPr>
      <w:r>
        <w:t>بٹ، گاڈز بریکرز—بٹ، یو کین ناٹ رائٹ آل دو گاڈز بریکرز۔</w:t>
      </w:r>
    </w:p>
    <w:p>
      <w:r>
        <w:rPr>
          <w:b/>
        </w:rPr>
        <w:t xml:space="preserve">[27:13] </w:t>
      </w:r>
      <w:r>
        <w:t>so, it was at that time, it was simply a belief. you know, in seventh century, people were not knowing all those things.</w:t>
      </w:r>
    </w:p>
    <w:p>
      <w:pPr>
        <w:jc w:val="right"/>
      </w:pPr>
      <w:r>
        <w:t>سو، اِٹ واز ایٹ دیٹ ٹائم، اِٹ واز سمپلی اے بیلیف۔ یو نو، ان سیونتھ سنچری، پیپل وار ناٹ نوئنگ آل دو تھنگز۔</w:t>
      </w:r>
    </w:p>
    <w:p>
      <w:r>
        <w:rPr>
          <w:b/>
        </w:rPr>
        <w:t xml:space="preserve">[27:26] </w:t>
      </w:r>
      <w:r>
        <w:t>at that time, the world was very simple. for example, people generally believed that stars are no more than ten thousand.</w:t>
      </w:r>
    </w:p>
    <w:p>
      <w:pPr>
        <w:jc w:val="right"/>
      </w:pPr>
      <w:r>
        <w:t>ایٹ دیٹ ٹائم، دا ورلڈ واز ویری سمپل۔ فار ایگزامپل، پیپل جنرلی بیلیو دیٹ اسٹارز آر نو مور دین ٹین تھاؤزنڈ۔</w:t>
      </w:r>
    </w:p>
    <w:p>
      <w:r>
        <w:rPr>
          <w:b/>
        </w:rPr>
        <w:t xml:space="preserve">[27:41] </w:t>
      </w:r>
      <w:r>
        <w:t>those stars we see in the sky. so, ancient people were of the belief that these stars are no more than ten thousand.</w:t>
      </w:r>
    </w:p>
    <w:p>
      <w:pPr>
        <w:jc w:val="right"/>
      </w:pPr>
      <w:r>
        <w:t>دو اسٹارز وی سی ان دا اسکائی۔ سو، اینشینٹ پیپل ویر آف دا بیلیف دیٹ دیز اسٹارز آر نو مور دین ٹین تھاؤزنڈ۔</w:t>
      </w:r>
    </w:p>
    <w:p>
      <w:r>
        <w:rPr>
          <w:b/>
        </w:rPr>
        <w:t xml:space="preserve">[27:55] </w:t>
      </w:r>
      <w:r>
        <w:t>and all so, they are very small in size. to uncle, to uncle, little star.</w:t>
      </w:r>
    </w:p>
    <w:p>
      <w:pPr>
        <w:jc w:val="right"/>
      </w:pPr>
      <w:r>
        <w:t>اینڈ آل سو، دے آر ویری اسمال ان سائز۔ ٹو انکل، ٹو انکل، لٹل اسٹار۔</w:t>
      </w:r>
    </w:p>
    <w:p>
      <w:r>
        <w:rPr>
          <w:b/>
        </w:rPr>
        <w:t xml:space="preserve">[28:06] </w:t>
      </w:r>
      <w:r>
        <w:t>so, so, so, stars were very small in size.</w:t>
      </w:r>
    </w:p>
    <w:p>
      <w:pPr>
        <w:jc w:val="right"/>
      </w:pPr>
      <w:r>
        <w:t>سو، سو، سو، اسٹارز ویر ویری اسمال ان سائز۔</w:t>
      </w:r>
    </w:p>
    <w:p>
      <w:r>
        <w:rPr>
          <w:b/>
        </w:rPr>
        <w:t xml:space="preserve">[28:11] </w:t>
      </w:r>
      <w:r>
        <w:t>smaller than our earth. but, after the advent of science,</w:t>
      </w:r>
    </w:p>
    <w:p>
      <w:pPr>
        <w:jc w:val="right"/>
      </w:pPr>
      <w:r>
        <w:t>اسمالر دین اور ارتھ۔ بٹ، آفٹر دی ایڈونٹ آف سائنس،</w:t>
      </w:r>
    </w:p>
    <w:p>
      <w:r>
        <w:rPr>
          <w:b/>
        </w:rPr>
        <w:t xml:space="preserve">[28:22] </w:t>
      </w:r>
      <w:r>
        <w:t>we came to know that there are so many. the universe of fact is so enormous. the universe of fact is so—so, the universe of fact is countless</w:t>
      </w:r>
    </w:p>
    <w:p>
      <w:pPr>
        <w:jc w:val="right"/>
      </w:pPr>
      <w:r>
        <w:t>وی کیم ٹو نو دیٹ دیر آر سو مینی۔ دا یونیورس آف فیکٹ از سو انارمس۔ دا یونیورس آف فیکٹ از سو—سو، دا یونیورس آف فیکٹ از کاؤنٹلیس</w:t>
      </w:r>
    </w:p>
    <w:p>
      <w:r>
        <w:rPr>
          <w:b/>
        </w:rPr>
        <w:t xml:space="preserve">[28:41] </w:t>
      </w:r>
      <w:r>
        <w:t>. we cannot understand all those things. so, here you can see that the verse of the quran was found by the scientific discoveries.</w:t>
      </w:r>
    </w:p>
    <w:p>
      <w:pPr>
        <w:jc w:val="right"/>
      </w:pPr>
      <w:r>
        <w:t>۔ وی کین ناٹ انڈرسٹینڈ آل دو تھنگز۔ سو، ہیر یو کین سی دیٹ دا ورس آف دا قرآن واز افونڈ بائی دا سائنٹیفک ڈسکوریز۔</w:t>
      </w:r>
    </w:p>
    <w:p>
      <w:r>
        <w:rPr>
          <w:b/>
        </w:rPr>
        <w:t xml:space="preserve">[28:56] </w:t>
      </w:r>
      <w:r>
        <w:t>because at that time, it was quite unknown that universe is so—so vast. that universe is so vast.</w:t>
      </w:r>
    </w:p>
    <w:p>
      <w:pPr>
        <w:jc w:val="right"/>
      </w:pPr>
      <w:r>
        <w:t>بیکاز ایٹ دیٹ ٹائم، اِٹ واز کوائٹ ان نون دیٹ یونیورس از سو—سو واسٹ۔ دیٹ یونیورس از سو واسٹ۔</w:t>
      </w:r>
    </w:p>
    <w:p>
      <w:r>
        <w:rPr>
          <w:b/>
        </w:rPr>
        <w:t xml:space="preserve">[29:08] </w:t>
      </w:r>
      <w:r>
        <w:t>there are so many things. but now, after the scientific discoveries, we came to know that</w:t>
      </w:r>
    </w:p>
    <w:p>
      <w:pPr>
        <w:jc w:val="right"/>
      </w:pPr>
      <w:r>
        <w:t>دیر آر سو مینی تھنگز۔ بٹ ناو، آفٹر دا سائنٹیفک ڈسکوریز، وی کیم ٹو نو دیٹ</w:t>
      </w:r>
    </w:p>
    <w:p>
      <w:r>
        <w:rPr>
          <w:b/>
        </w:rPr>
        <w:t xml:space="preserve">[29:24] </w:t>
      </w:r>
      <w:r>
        <w:t>the universe is so—so vast that we cannot understand everything.</w:t>
      </w:r>
    </w:p>
    <w:p>
      <w:pPr>
        <w:jc w:val="right"/>
      </w:pPr>
      <w:r>
        <w:t>دا یونیورس از سو—سو واسٹ دیٹ وی کین ناٹ انڈرسٹینڈ ایوری تھنگ۔</w:t>
      </w:r>
    </w:p>
    <w:p>
      <w:r>
        <w:rPr>
          <w:b/>
        </w:rPr>
        <w:t xml:space="preserve">[29:34] </w:t>
      </w:r>
      <w:r>
        <w:t>you know, newton was a great scientist</w:t>
      </w:r>
    </w:p>
    <w:p>
      <w:pPr>
        <w:jc w:val="right"/>
      </w:pPr>
      <w:r>
        <w:t>یو نو، نیوٹن واز اے گریٹ سائنٹسٹ</w:t>
      </w:r>
    </w:p>
    <w:p>
      <w:r>
        <w:rPr>
          <w:b/>
        </w:rPr>
        <w:t xml:space="preserve">[29:37] </w:t>
      </w:r>
      <w:r>
        <w:t>. he—he—he is the father of the modern. he—he is the father. he is said to be the father of the modern science.</w:t>
      </w:r>
    </w:p>
    <w:p>
      <w:pPr>
        <w:jc w:val="right"/>
      </w:pPr>
      <w:r>
        <w:t>۔ ہی—ہی—ہی از دا فادر آف دا ماڈرن۔ ہی—ہی از دا فادر۔ ہی از سیڈ ٹو بی دا فادر آف دا ماڈرن سائنس۔</w:t>
      </w:r>
    </w:p>
    <w:p>
      <w:r>
        <w:rPr>
          <w:b/>
        </w:rPr>
        <w:t xml:space="preserve">[29:49] </w:t>
      </w:r>
      <w:r>
        <w:t>but, newton said that i am like a little child playing at a shore of sea.</w:t>
      </w:r>
    </w:p>
    <w:p>
      <w:pPr>
        <w:jc w:val="right"/>
      </w:pPr>
      <w:r>
        <w:t>بٹ، نیوٹن سیڈ دیٹ آئی ایم لائک اے لٹل چائلڈ پلینگ ایٹ اے شور آف سی۔</w:t>
      </w:r>
    </w:p>
    <w:p>
      <w:r>
        <w:rPr>
          <w:b/>
        </w:rPr>
        <w:t xml:space="preserve">[29:59] </w:t>
      </w:r>
      <w:r>
        <w:t>as compared to the—to the—to the facts, as compared to the universal facts,</w:t>
      </w:r>
    </w:p>
    <w:p>
      <w:pPr>
        <w:jc w:val="right"/>
      </w:pPr>
      <w:r>
        <w:t>ایز کمپیر ٹو دا—ٹو دا—ٹو دا فیکٹس، ایز کمپیر ٹو دا یونیورسل فیکٹس،</w:t>
      </w:r>
    </w:p>
    <w:p>
      <w:r>
        <w:rPr>
          <w:b/>
        </w:rPr>
        <w:t xml:space="preserve">[30:13] </w:t>
      </w:r>
      <w:r>
        <w:t>i am like a child. i know nothing. but, this vastness of the universe was quite unknown to the ancient people.</w:t>
      </w:r>
    </w:p>
    <w:p>
      <w:pPr>
        <w:jc w:val="right"/>
      </w:pPr>
      <w:r>
        <w:t>آئی ایم لائک اے چائلڈ۔ آئی نو نتھنگ۔ بٹ، دس واسٹنس آف دا یونیورس واز کوائٹ ان نون ٹو دا اینشینٹ پیپل۔</w:t>
      </w:r>
    </w:p>
    <w:p>
      <w:r>
        <w:rPr>
          <w:b/>
        </w:rPr>
        <w:t xml:space="preserve">[30:29] </w:t>
      </w:r>
      <w:r>
        <w:t>so, this chronic verse proves that quran was revealed by god almighty, who knows everything.</w:t>
      </w:r>
    </w:p>
    <w:p>
      <w:pPr>
        <w:jc w:val="right"/>
      </w:pPr>
      <w:r>
        <w:t>سو، دس کرونک ورس پروف دیٹ قرآن واز ریویلڈ بائی گاڈ المائٹی، ہو نوز ایوری تھنگ۔</w:t>
      </w:r>
    </w:p>
    <w:p>
      <w:r>
        <w:rPr>
          <w:b/>
        </w:rPr>
        <w:t xml:space="preserve">[30:49] </w:t>
      </w:r>
      <w:r>
        <w:t>so, if you—if you read quran objectively, you will find that quran is a quite different book.</w:t>
      </w:r>
    </w:p>
    <w:p>
      <w:pPr>
        <w:jc w:val="right"/>
      </w:pPr>
      <w:r>
        <w:t>سو، اف یو—اف یو ریڈ قرآن ابجیکٹولی، یو ویل فائنڈ دیٹ قرآن از اے کوائٹ ڈفرنٹ بک۔</w:t>
      </w:r>
    </w:p>
    <w:p>
      <w:r>
        <w:rPr>
          <w:b/>
        </w:rPr>
        <w:t xml:space="preserve">[31:02] </w:t>
      </w:r>
      <w:r>
        <w:t>for example, the very first verse is—very first verse of the quran is: "zlik alkitabullah rab fihi".</w:t>
      </w:r>
    </w:p>
    <w:p>
      <w:pPr>
        <w:jc w:val="right"/>
      </w:pPr>
      <w:r>
        <w:t>فار ایگزامپل، دا ویری فرسٹ ورس از—ویری فرسٹ ورس آف دا قرآن از: "ذالک الکتاب اللہ رب فیہ"۔</w:t>
      </w:r>
    </w:p>
    <w:p>
      <w:r>
        <w:rPr>
          <w:b/>
        </w:rPr>
        <w:t xml:space="preserve">[31:15] </w:t>
      </w:r>
      <w:r>
        <w:t>this is the book of god</w:t>
      </w:r>
    </w:p>
    <w:p>
      <w:pPr>
        <w:jc w:val="right"/>
      </w:pPr>
      <w:r>
        <w:t>دس از دا بک آف گاڈ</w:t>
      </w:r>
    </w:p>
    <w:p>
      <w:r>
        <w:rPr>
          <w:b/>
        </w:rPr>
        <w:t xml:space="preserve">[31:17] </w:t>
      </w:r>
      <w:r>
        <w:t>. there is no doubt about it.</w:t>
      </w:r>
    </w:p>
    <w:p>
      <w:pPr>
        <w:jc w:val="right"/>
      </w:pPr>
      <w:r>
        <w:t>۔ دیر از نو ڈاؤٹ اباؤٹ اِٹ۔</w:t>
      </w:r>
    </w:p>
    <w:p>
      <w:r>
        <w:rPr>
          <w:b/>
        </w:rPr>
        <w:t xml:space="preserve">[31:21] </w:t>
      </w:r>
      <w:r>
        <w:t>this is the first verse of the chapter al-baqarah: "zlik alkitabullah rab fihi". "hudallil mutaqin".</w:t>
      </w:r>
    </w:p>
    <w:p>
      <w:pPr>
        <w:jc w:val="right"/>
      </w:pPr>
      <w:r>
        <w:t>دس از دا فرسٹ ورس آف دا چیپٹر البقرہ: "ذالک الکتاب اللہ رب فیہ"۔ "ھدل للمتقین"۔</w:t>
      </w:r>
    </w:p>
    <w:p>
      <w:r>
        <w:rPr>
          <w:b/>
        </w:rPr>
        <w:t xml:space="preserve">[31:33] </w:t>
      </w:r>
      <w:r>
        <w:t>this is the book of god. there is no doubt about it. this kind of statement you cannot find in any other book.</w:t>
      </w:r>
    </w:p>
    <w:p>
      <w:pPr>
        <w:jc w:val="right"/>
      </w:pPr>
      <w:r>
        <w:t>دس از دا بک آف گاڈ۔ دیر از نو ڈاؤٹ اباؤٹ اِٹ۔ دس کائنڈ آف سٹیٹمنٹ یو کین ناٹ فائنڈ ان اینی ادر بک۔</w:t>
      </w:r>
    </w:p>
    <w:p>
      <w:r>
        <w:rPr>
          <w:b/>
        </w:rPr>
        <w:t xml:space="preserve">[31:45] </w:t>
      </w:r>
      <w:r>
        <w:t>this statement is very unique.</w:t>
      </w:r>
    </w:p>
    <w:p>
      <w:pPr>
        <w:jc w:val="right"/>
      </w:pPr>
      <w:r>
        <w:t>دس سٹیٹمنٹ از ویری یونیک۔</w:t>
      </w:r>
    </w:p>
    <w:p>
      <w:r>
        <w:rPr>
          <w:b/>
        </w:rPr>
        <w:t xml:space="preserve">[31:53] </w:t>
      </w:r>
      <w:r>
        <w:t>you cannot find in any book such claim that this is the book of god. there is no doubt about it.</w:t>
      </w:r>
    </w:p>
    <w:p>
      <w:pPr>
        <w:jc w:val="right"/>
      </w:pPr>
      <w:r>
        <w:t>یو کین ناٹ فائنڈ ان اینی بک سچ کلیم دیٹ دس از دا بک آف گاڈ۔ دیر از نو ڈاؤٹ اباؤٹ اِٹ۔</w:t>
      </w:r>
    </w:p>
    <w:p>
      <w:r>
        <w:rPr>
          <w:b/>
        </w:rPr>
        <w:t xml:space="preserve">[32:04] </w:t>
      </w:r>
      <w:r>
        <w:t>das is an—it is an exceptional statement.</w:t>
      </w:r>
    </w:p>
    <w:p>
      <w:pPr>
        <w:jc w:val="right"/>
      </w:pPr>
      <w:r>
        <w:t>دس از ان—اٹ از ان ایکسیپشنل سٹیٹمنٹ۔</w:t>
      </w:r>
    </w:p>
    <w:p>
      <w:r>
        <w:rPr>
          <w:b/>
        </w:rPr>
        <w:t xml:space="preserve">[32:09] </w:t>
      </w:r>
      <w:r>
        <w:t>you know, there are billions and billions books in different languages.</w:t>
      </w:r>
    </w:p>
    <w:p>
      <w:pPr>
        <w:jc w:val="right"/>
      </w:pPr>
      <w:r>
        <w:t>یو نو، دیر آر بلینز اینڈ بلینز بکس ان ڈفرنٹ لینگویجز۔</w:t>
      </w:r>
    </w:p>
    <w:p>
      <w:r>
        <w:rPr>
          <w:b/>
        </w:rPr>
        <w:t xml:space="preserve">[32:16] </w:t>
      </w:r>
      <w:r>
        <w:t>but, you cannot find such statement in any book. it is it is it it it it it it it it its it it its its its its its its its its self is a proof that quran is the book of god.</w:t>
      </w:r>
    </w:p>
    <w:p>
      <w:pPr>
        <w:jc w:val="right"/>
      </w:pPr>
      <w:r>
        <w:t>بٹ، یو کین ناٹ فائنڈ سچ سٹیٹمنٹ ان اینی بک۔ اِٹ از اِٹ از اِٹ اِٹ اِٹ اِٹ اِٹ اِٹ اِٹ اِٹس اِٹ اِٹ اِٹس اِٹس اِٹس اِٹس اِٹس اِٹس اِٹس سیلف از اے پروف دیٹ قرآن از دا بک آف گاڈ۔</w:t>
      </w:r>
    </w:p>
    <w:p>
      <w:r>
        <w:rPr>
          <w:b/>
        </w:rPr>
        <w:t xml:space="preserve">[32:35] </w:t>
      </w:r>
      <w:r>
        <w:t>it is very unique. very unique.</w:t>
      </w:r>
    </w:p>
    <w:p>
      <w:pPr>
        <w:jc w:val="right"/>
      </w:pPr>
      <w:r>
        <w:t>اِٹ از ویری یونیک۔ ویری یونیک۔</w:t>
      </w:r>
    </w:p>
    <w:p>
      <w:r>
        <w:rPr>
          <w:b/>
        </w:rPr>
        <w:t xml:space="preserve">[32:44] </w:t>
      </w:r>
      <w:r>
        <w:t>then you—then if you read the quran, you will find that quran is a very unique in its style.</w:t>
      </w:r>
    </w:p>
    <w:p>
      <w:pPr>
        <w:jc w:val="right"/>
      </w:pPr>
      <w:r>
        <w:t>دین یو—دین اف یو ریڈ دا قرآن، یو ویل فائنڈ دیٹ قرآن از اے ویری یونیک ان اِٹس سٹائل۔</w:t>
      </w:r>
    </w:p>
    <w:p>
      <w:r>
        <w:rPr>
          <w:b/>
        </w:rPr>
        <w:t xml:space="preserve">[33:01] </w:t>
      </w:r>
      <w:r>
        <w:t>very unique in its style. exceptional style.</w:t>
      </w:r>
    </w:p>
    <w:p>
      <w:pPr>
        <w:jc w:val="right"/>
      </w:pPr>
      <w:r>
        <w:t>ویری یونیک ان اِٹس سٹائل۔ ایکسیپشنل سٹائل۔</w:t>
      </w:r>
    </w:p>
    <w:p>
      <w:r>
        <w:rPr>
          <w:b/>
        </w:rPr>
        <w:t xml:space="preserve">[33:07] </w:t>
      </w:r>
      <w:r>
        <w:t>in quran, you will find that</w:t>
      </w:r>
    </w:p>
    <w:p>
      <w:pPr>
        <w:jc w:val="right"/>
      </w:pPr>
      <w:r>
        <w:t>ان قرآن، یو ویل فائنڈ دیٹ</w:t>
      </w:r>
    </w:p>
    <w:p>
      <w:r>
        <w:rPr>
          <w:b/>
        </w:rPr>
        <w:t xml:space="preserve">[33:15] </w:t>
      </w:r>
      <w:r>
        <w:t>god, who is the author of the quran, he says: "o man! o man! here is your god!</w:t>
      </w:r>
    </w:p>
    <w:p>
      <w:pPr>
        <w:jc w:val="right"/>
      </w:pPr>
      <w:r>
        <w:t>گاڈ، ہو از دا آتھر آف دا قرآن، ہی سیز: "او مین! او مین! ہیر از یور گاڈ!</w:t>
      </w:r>
    </w:p>
    <w:p>
      <w:r>
        <w:rPr>
          <w:b/>
        </w:rPr>
        <w:t xml:space="preserve">[33:26] </w:t>
      </w:r>
      <w:r>
        <w:t>listen what i am saying to you! what—what i am revealing to you!" "in al-insan lafi khusr".</w:t>
      </w:r>
    </w:p>
    <w:p>
      <w:pPr>
        <w:jc w:val="right"/>
      </w:pPr>
      <w:r>
        <w:t>لسن واٹ آئی ایم سیئنگ ٹو یو! واٹ—واٹ آئی ایم ریویلنگ ٹو یو!" "ان الانسان لفی خسط"۔</w:t>
      </w:r>
    </w:p>
    <w:p>
      <w:r>
        <w:rPr>
          <w:b/>
        </w:rPr>
        <w:t xml:space="preserve">[33:35] </w:t>
      </w:r>
      <w:r>
        <w:t>"aiha al-insan! aiha al-nas!</w:t>
      </w:r>
    </w:p>
    <w:p>
      <w:pPr>
        <w:jc w:val="right"/>
      </w:pPr>
      <w:r>
        <w:t>"ایہا الانسان! ایہا الناس!</w:t>
      </w:r>
    </w:p>
    <w:p>
      <w:r>
        <w:rPr>
          <w:b/>
        </w:rPr>
        <w:t xml:space="preserve">[33:38] </w:t>
      </w:r>
      <w:r>
        <w:t>" this kind of—this kind of—this kind of style you cannot find in any other book.</w:t>
      </w:r>
    </w:p>
    <w:p>
      <w:pPr>
        <w:jc w:val="right"/>
      </w:pPr>
      <w:r>
        <w:t>" دس کائنڈ آف—دس کائنڈ آف—دس کائنڈ آف سٹائل یو کین ناٹ فائنڈ ان اینی ادر بک۔</w:t>
      </w:r>
    </w:p>
    <w:p>
      <w:r>
        <w:rPr>
          <w:b/>
        </w:rPr>
        <w:t xml:space="preserve">[33:50] </w:t>
      </w:r>
      <w:r>
        <w:t>the author of quran addresses you: "o man! o people!</w:t>
      </w:r>
    </w:p>
    <w:p>
      <w:pPr>
        <w:jc w:val="right"/>
      </w:pPr>
      <w:r>
        <w:t>دا آتھر آف قرآن ایڈریسز یو: "او مین! او پیپل!</w:t>
      </w:r>
    </w:p>
    <w:p>
      <w:r>
        <w:rPr>
          <w:b/>
        </w:rPr>
        <w:t xml:space="preserve">[34:00] </w:t>
      </w:r>
      <w:r>
        <w:t>listen my! o listen me! i am y</w:t>
      </w:r>
    </w:p>
    <w:p>
      <w:pPr>
        <w:jc w:val="right"/>
      </w:pPr>
      <w:r>
        <w:t>لسن مائی! او لسن می! آئی ایم ی</w:t>
      </w:r>
    </w:p>
    <w:p>
      <w:r>
        <w:rPr>
          <w:b/>
        </w:rPr>
        <w:t xml:space="preserve">[34:07] </w:t>
      </w:r>
      <w:r>
        <w:t>our god! i am your creator! i am giving you your guidance!" so, this kind of address you cannot find in any other book.</w:t>
      </w:r>
    </w:p>
    <w:p>
      <w:pPr>
        <w:jc w:val="right"/>
      </w:pPr>
      <w:r>
        <w:t>ور گاڈ! آئی ایم یور کریٹر! آئی ایم گیونگ یو یور گائیڈنس!" سو، دس کائنڈ آف ایڈریس یو کین ناٹ فائنڈ ان اینی ادر بک۔</w:t>
      </w:r>
    </w:p>
    <w:p>
      <w:r>
        <w:rPr>
          <w:b/>
        </w:rPr>
        <w:t xml:space="preserve">[34:22] </w:t>
      </w:r>
      <w:r>
        <w:t>quran is—quran is a—quran is a exceptional book in this regard. this style is all so a proof that quran is the book of god.</w:t>
      </w:r>
    </w:p>
    <w:p>
      <w:pPr>
        <w:jc w:val="right"/>
      </w:pPr>
      <w:r>
        <w:t>قرآن از—قرآن از اے—قرآن از اے ایکسیپشنل بک ان دس ریگارڈ۔ دس سٹائل از آل سو اے پروف دیٹ قرآن از دا بک آف گاڈ۔</w:t>
      </w:r>
    </w:p>
    <w:p>
      <w:r>
        <w:rPr>
          <w:b/>
        </w:rPr>
        <w:t xml:space="preserve">[34:43] </w:t>
      </w:r>
      <w:r>
        <w:t>there is a verse in the quran: "laqad khalaqna al-insan fi kabad". "we have created man in in difficulties".</w:t>
      </w:r>
    </w:p>
    <w:p>
      <w:pPr>
        <w:jc w:val="right"/>
      </w:pPr>
      <w:r>
        <w:t>دیر از اے ورس ان دا قرآن: "لقد خلقنا الانسان فی کبد"۔ "وی ہیو کریٹڈ مین ان ان ڈیفیکلٹیز"۔</w:t>
      </w:r>
    </w:p>
    <w:p>
      <w:r>
        <w:rPr>
          <w:b/>
        </w:rPr>
        <w:t xml:space="preserve">[34:58] </w:t>
      </w:r>
      <w:r>
        <w:t>"we have created man in difficulties". it is also a very strange statement.</w:t>
      </w:r>
    </w:p>
    <w:p>
      <w:pPr>
        <w:jc w:val="right"/>
      </w:pPr>
      <w:r>
        <w:t>"وی ہیو کریٹڈ مین ان ڈیفیکلٹیز"۔ اِٹ از آل سو اے ویری سٹرینج سٹیٹمنٹ۔</w:t>
      </w:r>
    </w:p>
    <w:p>
      <w:r>
        <w:rPr>
          <w:b/>
        </w:rPr>
        <w:t xml:space="preserve">[35:15] </w:t>
      </w:r>
      <w:r>
        <w:t>after all those inventions, after all those development and progress, even today, man is come back to live in difficulties, in problems.</w:t>
      </w:r>
    </w:p>
    <w:p>
      <w:pPr>
        <w:jc w:val="right"/>
      </w:pPr>
      <w:r>
        <w:t>آفٹر آل دو انوینشنز، آفٹر آل دو ڈویلپمنٹ اینڈ پروگریس، ایون ٹوڈے، مین از کم بیک ٹو لیو ان ڈیفیکلٹیز، ان پرابلمز۔</w:t>
      </w:r>
    </w:p>
    <w:p>
      <w:r>
        <w:rPr>
          <w:b/>
        </w:rPr>
        <w:t xml:space="preserve">[35:28] </w:t>
      </w:r>
      <w:r>
        <w:t>problems are integral part of life. no level—no development was able to to remove all these problems.</w:t>
      </w:r>
    </w:p>
    <w:p>
      <w:pPr>
        <w:jc w:val="right"/>
      </w:pPr>
      <w:r>
        <w:t>پرابلمز آر انٹیگرل پارٹ آف لائف۔ نو لیول—نو ڈویلپمنٹ واز ایبل ٹو ٹو ریموو آل دیز پرابلمز۔</w:t>
      </w:r>
    </w:p>
    <w:p>
      <w:r>
        <w:rPr>
          <w:b/>
        </w:rPr>
        <w:t xml:space="preserve">[35:43] </w:t>
      </w:r>
      <w:r>
        <w:t>it is very strange that after all those civilizational development, after all those industrial development, still man is compelled to live in difficulties, in tension, in stress,</w:t>
      </w:r>
    </w:p>
    <w:p>
      <w:pPr>
        <w:jc w:val="right"/>
      </w:pPr>
      <w:r>
        <w:t>اِٹ از ویری سٹرینج دیٹ آفٹر آل دو سولائزیشنل ڈویلپمنٹ، آفٹر آل دو انڈسٹریل ڈویلپمنٹ، اسٹل مین از کمپلڈ ٹو لیو ان ڈیفیکلٹیز، ان ٹینشن، ان اسٹریس،</w:t>
      </w:r>
    </w:p>
    <w:p>
      <w:r>
        <w:rPr>
          <w:b/>
        </w:rPr>
        <w:t xml:space="preserve">[36:03] </w:t>
      </w:r>
      <w:r>
        <w:t>in problems.</w:t>
      </w:r>
    </w:p>
    <w:p>
      <w:pPr>
        <w:jc w:val="right"/>
      </w:pPr>
      <w:r>
        <w:t>ان پرابلمز۔</w:t>
      </w:r>
    </w:p>
    <w:p>
      <w:r>
        <w:rPr>
          <w:b/>
        </w:rPr>
        <w:t xml:space="preserve">[36:10] </w:t>
      </w:r>
      <w:r>
        <w:t>this statement it self is a proof that quran is the book of god.</w:t>
      </w:r>
    </w:p>
    <w:p>
      <w:pPr>
        <w:jc w:val="right"/>
      </w:pPr>
      <w:r>
        <w:t>دس سٹیٹمنٹ اِٹ سیلف از اے پروف دیٹ قرآن از دا بک آف گاڈ۔</w:t>
      </w:r>
    </w:p>
    <w:p>
      <w:r>
        <w:rPr>
          <w:b/>
        </w:rPr>
        <w:t xml:space="preserve">[36:20] </w:t>
      </w:r>
      <w:r>
        <w:t>no weldy—no rich person, no political leader, no king—no one was exception in this regard.</w:t>
      </w:r>
    </w:p>
    <w:p>
      <w:pPr>
        <w:jc w:val="right"/>
      </w:pPr>
      <w:r>
        <w:t>نو ویلدی—نو رچ پرسن، نو پولیٹیکل لیڈر، نو کنگ—نو ون واز ایکسیپشن ان دس ریگارڈ۔</w:t>
      </w:r>
    </w:p>
    <w:p>
      <w:r>
        <w:rPr>
          <w:b/>
        </w:rPr>
        <w:t xml:space="preserve">[36:39] </w:t>
      </w:r>
      <w:r>
        <w:t>"laqad khalaqna al-insan fi kabad". then, there is a verse in the quran: "kullu nafsin za'iqatu al-maut".</w:t>
      </w:r>
    </w:p>
    <w:p>
      <w:pPr>
        <w:jc w:val="right"/>
      </w:pPr>
      <w:r>
        <w:t>"لقد خلقنا الانسان فی کبد"۔ دین، دیر از اے ورس ان دا قرآن: "کل نفس ذائقۃ الموت"۔</w:t>
      </w:r>
    </w:p>
    <w:p>
      <w:r>
        <w:rPr>
          <w:b/>
        </w:rPr>
        <w:t xml:space="preserve">[36:51] </w:t>
      </w:r>
      <w:r>
        <w:t>"kullu nafsin za'iqatu al-maut".</w:t>
      </w:r>
    </w:p>
    <w:p>
      <w:pPr>
        <w:jc w:val="right"/>
      </w:pPr>
      <w:r>
        <w:t>"کل نفس ذائقۃ الموت"۔</w:t>
      </w:r>
    </w:p>
    <w:p>
      <w:r>
        <w:rPr>
          <w:b/>
        </w:rPr>
        <w:t xml:space="preserve">[36:58] </w:t>
      </w:r>
      <w:r>
        <w:t>every one who was born, he will die.</w:t>
      </w:r>
    </w:p>
    <w:p>
      <w:pPr>
        <w:jc w:val="right"/>
      </w:pPr>
      <w:r>
        <w:t>ایوری ون ہو واز بارن، ہی ویل ڈائی۔</w:t>
      </w:r>
    </w:p>
    <w:p>
      <w:r>
        <w:rPr>
          <w:b/>
        </w:rPr>
        <w:t xml:space="preserve">[37:11] </w:t>
      </w:r>
      <w:r>
        <w:t>every one will die.</w:t>
      </w:r>
    </w:p>
    <w:p>
      <w:pPr>
        <w:jc w:val="right"/>
      </w:pPr>
      <w:r>
        <w:t>ایوری ون ویل ڈائی۔</w:t>
      </w:r>
    </w:p>
    <w:p>
      <w:r>
        <w:rPr>
          <w:b/>
        </w:rPr>
        <w:t xml:space="preserve">[37:16] </w:t>
      </w:r>
      <w:r>
        <w:t>every one—death is a—no one is exception in this—in this regard.</w:t>
      </w:r>
    </w:p>
    <w:p>
      <w:pPr>
        <w:jc w:val="right"/>
      </w:pPr>
      <w:r>
        <w:t>ایوری ون—ڈیتھ از اے—نو ون از ایکسیپشن ان دس—ان دس ریگارڈ۔</w:t>
      </w:r>
    </w:p>
    <w:p>
      <w:r>
        <w:rPr>
          <w:b/>
        </w:rPr>
        <w:t xml:space="preserve">[37:32] </w:t>
      </w:r>
      <w:r>
        <w:t>and you know, no one is able to save himself from death.</w:t>
      </w:r>
    </w:p>
    <w:p>
      <w:pPr>
        <w:jc w:val="right"/>
      </w:pPr>
      <w:r>
        <w:t>اینڈ یو نو، نو ون از ایبل ٹو سیو ہم سیلف فرام ڈیتھ۔</w:t>
      </w:r>
    </w:p>
    <w:p>
      <w:r>
        <w:rPr>
          <w:b/>
        </w:rPr>
        <w:t xml:space="preserve">[37:42] </w:t>
      </w:r>
      <w:r>
        <w:t>"kal nafsun za'iqatul maut" became a historical truth. no king, no powerful leader was able to save himself from death.</w:t>
      </w:r>
    </w:p>
    <w:p>
      <w:pPr>
        <w:jc w:val="right"/>
      </w:pPr>
      <w:r>
        <w:t>"کل نفس ذائقۃ الموت" بیکم اے ہسٹوریکل ٹروتھ۔ نو کنگ، نو پاورفل لیڈر واز ایبل ٹو سیو ہم سیلف فرام ڈیتھ۔</w:t>
      </w:r>
    </w:p>
    <w:p>
      <w:r>
        <w:rPr>
          <w:b/>
        </w:rPr>
        <w:t xml:space="preserve">[38:06] </w:t>
      </w:r>
      <w:r>
        <w:t>in spite all the medical progress,</w:t>
      </w:r>
    </w:p>
    <w:p>
      <w:pPr>
        <w:jc w:val="right"/>
      </w:pPr>
      <w:r>
        <w:t>ان سپائٹ آل دو میڈیکل پروگریس،</w:t>
      </w:r>
    </w:p>
    <w:p>
      <w:r>
        <w:rPr>
          <w:b/>
        </w:rPr>
        <w:t xml:space="preserve">[38:11] </w:t>
      </w:r>
      <w:r>
        <w:t>in spite all the medical development, it is not possible to save.</w:t>
      </w:r>
    </w:p>
    <w:p>
      <w:pPr>
        <w:jc w:val="right"/>
      </w:pPr>
      <w:r>
        <w:t>ان سپائٹ آل دو میڈیکل ڈویلپمنٹ، اِٹ از ناٹ پاسیبل ٹو سیو۔</w:t>
      </w:r>
    </w:p>
    <w:p>
      <w:r>
        <w:rPr>
          <w:b/>
        </w:rPr>
        <w:t xml:space="preserve">[38:21] </w:t>
      </w:r>
      <w:r>
        <w:t>it was not possible to save. it was not possible to any one to save himself from death. this statement also become a proof to the veracity of the quran.</w:t>
      </w:r>
    </w:p>
    <w:p>
      <w:pPr>
        <w:jc w:val="right"/>
      </w:pPr>
      <w:r>
        <w:t>اِٹ واز ناٹ پاسیبل ٹو سیو۔ اِٹ واز ناٹ پاسیبل ٹو اینی ون ٹو سیو ہم سیلف فرام ڈیتھ۔ دس سٹیٹمنٹ آل سو بیکم اے پروف ٹو دا ویرسٹی آف دا قرآن۔</w:t>
      </w:r>
    </w:p>
    <w:p>
      <w:r>
        <w:rPr>
          <w:b/>
        </w:rPr>
        <w:t xml:space="preserve">[38:33] </w:t>
      </w:r>
      <w:r>
        <w:t>i think that one who want to know about the quran,</w:t>
      </w:r>
    </w:p>
    <w:p>
      <w:pPr>
        <w:jc w:val="right"/>
      </w:pPr>
      <w:r>
        <w:t>آئی تھنک دیٹ ون ہو وانٹ ٹو نو اباؤٹ دا قرآن،</w:t>
      </w:r>
    </w:p>
    <w:p>
      <w:r>
        <w:rPr>
          <w:b/>
        </w:rPr>
        <w:t xml:space="preserve">[38:41] </w:t>
      </w:r>
      <w:r>
        <w:t>he must learn arabic language.</w:t>
      </w:r>
    </w:p>
    <w:p>
      <w:pPr>
        <w:jc w:val="right"/>
      </w:pPr>
      <w:r>
        <w:t>ہی مسٹ لرن عربک لینگویج۔</w:t>
      </w:r>
    </w:p>
    <w:p>
      <w:r>
        <w:rPr>
          <w:b/>
        </w:rPr>
        <w:t xml:space="preserve">[38:51] </w:t>
      </w:r>
      <w:r>
        <w:t>simply translation is not enough.</w:t>
      </w:r>
    </w:p>
    <w:p>
      <w:pPr>
        <w:jc w:val="right"/>
      </w:pPr>
      <w:r>
        <w:t>سمپلی ٹرانسلیشن از ناٹ انف۔</w:t>
      </w:r>
    </w:p>
    <w:p>
      <w:r>
        <w:rPr>
          <w:b/>
        </w:rPr>
        <w:t xml:space="preserve">[38:57] </w:t>
      </w:r>
      <w:r>
        <w:t>you know, doctor Maurice Bucaille, who has compile the book "bible the quran and science".</w:t>
      </w:r>
    </w:p>
    <w:p>
      <w:pPr>
        <w:jc w:val="right"/>
      </w:pPr>
      <w:r>
        <w:t>یو نو، ڈاکٹر مورث بقائی، ہو ہیز کمپائل دا بک "بائبل دا قرآن اینڈ سائنس"۔</w:t>
      </w:r>
    </w:p>
    <w:p>
      <w:r>
        <w:rPr>
          <w:b/>
        </w:rPr>
        <w:t xml:space="preserve">[39:07] </w:t>
      </w:r>
      <w:r>
        <w:t>so, before writing this book, he learnt arabic.</w:t>
      </w:r>
    </w:p>
    <w:p>
      <w:pPr>
        <w:jc w:val="right"/>
      </w:pPr>
      <w:r>
        <w:t>سو، بیفور رائٹنگ دس بک، ہی لرنٹ عربک۔</w:t>
      </w:r>
    </w:p>
    <w:p>
      <w:r>
        <w:rPr>
          <w:b/>
        </w:rPr>
        <w:t xml:space="preserve">[39:16] </w:t>
      </w:r>
      <w:r>
        <w:t>after learning arabic language and after reading the quran, then he compile this book.</w:t>
      </w:r>
    </w:p>
    <w:p>
      <w:pPr>
        <w:jc w:val="right"/>
      </w:pPr>
      <w:r>
        <w:t>آفٹر لرننگ عربک لینگویج اینڈ آفٹر ریڈنگ دا قرآن، دین ہی کمپائل دس بک۔</w:t>
      </w:r>
    </w:p>
    <w:p>
      <w:r>
        <w:rPr>
          <w:b/>
        </w:rPr>
        <w:t xml:space="preserve">[39:25] </w:t>
      </w:r>
      <w:r>
        <w:t>then he wrote this book.</w:t>
      </w:r>
    </w:p>
    <w:p>
      <w:pPr>
        <w:jc w:val="right"/>
      </w:pPr>
      <w:r>
        <w:t>دین ہی روٹ دس بک۔</w:t>
      </w:r>
    </w:p>
    <w:p>
      <w:r>
        <w:rPr>
          <w:b/>
        </w:rPr>
        <w:t xml:space="preserve">[39:29] </w:t>
      </w:r>
      <w:r>
        <w:t>so, one who want to know about the</w:t>
      </w:r>
    </w:p>
    <w:p>
      <w:pPr>
        <w:jc w:val="right"/>
      </w:pPr>
      <w:r>
        <w:t>سو، ون ہو وانٹ ٹو نو اباؤٹ دا</w:t>
      </w:r>
    </w:p>
    <w:p>
      <w:r>
        <w:rPr>
          <w:b/>
        </w:rPr>
        <w:t xml:space="preserve">[39:38] </w:t>
      </w:r>
      <w:r>
        <w:t>veracity of the quran, he must learn arabic language. simply translation will not suffice.</w:t>
      </w:r>
    </w:p>
    <w:p>
      <w:pPr>
        <w:jc w:val="right"/>
      </w:pPr>
      <w:r>
        <w:t>ویرسٹی آف دا قرآن، ہی مسٹ لرن عربک لینگویج۔ سمپلی ٹرانسلیشن ویل ناٹ سفائس۔</w:t>
      </w:r>
    </w:p>
    <w:p>
      <w:r>
        <w:rPr>
          <w:b/>
        </w:rPr>
        <w:t xml:space="preserve">[39:54] </w:t>
      </w:r>
      <w:r>
        <w:t>so, i have—i—i—i—i know—i know arabic language. i can read quran from its original language.</w:t>
      </w:r>
    </w:p>
    <w:p>
      <w:pPr>
        <w:jc w:val="right"/>
      </w:pPr>
      <w:r>
        <w:t>سو، آئی ہیو—آئی—آئی—آئی—آئی نو—آئی نو عربک لینگویج۔ آئی کین ریڈ قرآن فرام اِٹس اوریجنل لینگویج۔</w:t>
      </w:r>
    </w:p>
    <w:p>
      <w:r>
        <w:rPr>
          <w:b/>
        </w:rPr>
        <w:t xml:space="preserve">[40:07] </w:t>
      </w:r>
      <w:r>
        <w:t>so, i can see that when i read quran, i—i—i feel that i am reading a very special kind of book.</w:t>
      </w:r>
    </w:p>
    <w:p>
      <w:pPr>
        <w:jc w:val="right"/>
      </w:pPr>
      <w:r>
        <w:t>سو، آئی کین سی دیٹ وین آئی ریڈ قرآن، آئی—آئی—آئی فیل دیٹ آئی ایم ریڈنگ اے ویری اسپیشل کائنڈ آف بک۔</w:t>
      </w:r>
    </w:p>
    <w:p>
      <w:r>
        <w:rPr>
          <w:b/>
        </w:rPr>
        <w:t xml:space="preserve">[40:19] </w:t>
      </w:r>
      <w:r>
        <w:t>when i read quran in arabic language,</w:t>
      </w:r>
    </w:p>
    <w:p>
      <w:pPr>
        <w:jc w:val="right"/>
      </w:pPr>
      <w:r>
        <w:t>وین آئی ریڈ قرآن ان عربک لینگویج،</w:t>
      </w:r>
    </w:p>
    <w:p>
      <w:r>
        <w:rPr>
          <w:b/>
        </w:rPr>
        <w:t xml:space="preserve">[40:24] </w:t>
      </w:r>
      <w:r>
        <w:t>i feel that i am reading a very unique book, a very special kind of book.</w:t>
      </w:r>
    </w:p>
    <w:p>
      <w:pPr>
        <w:jc w:val="right"/>
      </w:pPr>
      <w:r>
        <w:t>آئی فیل دیٹ آئی ایم ریڈنگ اے ویری یونیک بک، اے ویری اسپیشل کائنڈ آف بک۔</w:t>
      </w:r>
    </w:p>
    <w:p>
      <w:r>
        <w:rPr>
          <w:b/>
        </w:rPr>
        <w:t xml:space="preserve">[40:36] </w:t>
      </w:r>
      <w:r>
        <w:t>the language of the quran is quite different from all other languages. i have read so many writers, so many arabic writers.</w:t>
      </w:r>
    </w:p>
    <w:p>
      <w:pPr>
        <w:jc w:val="right"/>
      </w:pPr>
      <w:r>
        <w:t>دا لینگویج آف دا قرآن از کوائٹ ڈفرنٹ فرام آل ادر لینگویجز۔ آئی ہیو ریڈ سو مینی رائٹرز، سو مینی عربک رائٹرز۔</w:t>
      </w:r>
    </w:p>
    <w:p>
      <w:r>
        <w:rPr>
          <w:b/>
        </w:rPr>
        <w:t xml:space="preserve">[40:55] </w:t>
      </w:r>
      <w:r>
        <w:t>you know, arabic language is a very developed language. so, i have read so many arabic writers, but i found that there is a great difference between the language of other writers and the quran.</w:t>
      </w:r>
    </w:p>
    <w:p>
      <w:pPr>
        <w:jc w:val="right"/>
      </w:pPr>
      <w:r>
        <w:t>یو نو، عربک لینگویج از اے ویری ڈیولپڈ لینگویج۔ سو، آئی ہیو ریڈ سو مینی عربک رائٹرز، بٹ آئی فاؤنڈ دیٹ دیر از اے گریٹ ڈفرنس بٹوین دا لینگویج آف ادر رائٹرز اینڈ دا قرآن۔</w:t>
      </w:r>
    </w:p>
    <w:p>
      <w:r>
        <w:rPr>
          <w:b/>
        </w:rPr>
        <w:t xml:space="preserve">[41:20] </w:t>
      </w:r>
      <w:r>
        <w:t>here, i recall an event.</w:t>
      </w:r>
    </w:p>
    <w:p>
      <w:pPr>
        <w:jc w:val="right"/>
      </w:pPr>
      <w:r>
        <w:t>ہیر، آئی ریکال این ایونٹ۔</w:t>
      </w:r>
    </w:p>
    <w:p>
      <w:r>
        <w:rPr>
          <w:b/>
        </w:rPr>
        <w:t xml:space="preserve">[41:28] </w:t>
      </w:r>
      <w:r>
        <w:t>a japanese muslim, hade baad hade name was professor Funck. he was a friend of professor Jilani.</w:t>
      </w:r>
    </w:p>
    <w:p>
      <w:pPr>
        <w:jc w:val="right"/>
      </w:pPr>
      <w:r>
        <w:t>اے جاپانی مشترک، ہدے بعد ہدے نیم واز پروفیسر فنکل۔ ہی واز اے فرینڈ آف پروفیسر جیلانی۔</w:t>
      </w:r>
    </w:p>
    <w:p>
      <w:r>
        <w:rPr>
          <w:b/>
        </w:rPr>
        <w:t xml:space="preserve">[41:39] </w:t>
      </w:r>
      <w:r>
        <w:t>he was a egyptian professor. so, this egyptian professor and that german professor both met in a in a conference.</w:t>
      </w:r>
    </w:p>
    <w:p>
      <w:pPr>
        <w:jc w:val="right"/>
      </w:pPr>
      <w:r>
        <w:t>ہی واز اے ایجپشن پروفیسر۔ سو، دس ایجپشن پروفیسر اینڈ دیٹ جرمن پروفیسر بوتھ میٹ ان اے ان اے کانفرنس۔</w:t>
      </w:r>
    </w:p>
    <w:p>
      <w:r>
        <w:rPr>
          <w:b/>
        </w:rPr>
        <w:t xml:space="preserve">[41:51] </w:t>
      </w:r>
      <w:r>
        <w:t>this event was reported by by al-razi in his in his commentary of the quran, that is that is tafsir kabir</w:t>
      </w:r>
    </w:p>
    <w:p>
      <w:pPr>
        <w:jc w:val="right"/>
      </w:pPr>
      <w:r>
        <w:t>دس ایونٹ واز رپورٹڈ بائی بائی الراضی ان ہز ان ہز کمنٹری آف دا قرآن، دیٹ از دیٹ از تفسیر کبیر</w:t>
      </w:r>
    </w:p>
    <w:p>
      <w:r>
        <w:rPr>
          <w:b/>
        </w:rPr>
        <w:t xml:space="preserve">[42:12] </w:t>
      </w:r>
      <w:r>
        <w:t>. so, so commentator al-razi has reported this event</w:t>
      </w:r>
    </w:p>
    <w:p>
      <w:pPr>
        <w:jc w:val="right"/>
      </w:pPr>
      <w:r>
        <w:t>۔ سو، سو کمنٹیٹر الراضی ہیز رپورٹڈ دس ایونٹ</w:t>
      </w:r>
    </w:p>
    <w:p>
      <w:r>
        <w:rPr>
          <w:b/>
        </w:rPr>
        <w:t xml:space="preserve">[42:21] </w:t>
      </w:r>
      <w:r>
        <w:t>in chapter qaf. so, he says that professor finkel and professor that german professor and and the egyptian professor</w:t>
      </w:r>
    </w:p>
    <w:p>
      <w:pPr>
        <w:jc w:val="right"/>
      </w:pPr>
      <w:r>
        <w:t>ان چیپٹر قاف۔ سو، ہی سیز دیٹ پروفیسر فنکل اینڈ پروفیسر دیٹ جرمن پروفیسر اینڈ اینڈ دا ایجپشن پروفیسر</w:t>
      </w:r>
    </w:p>
    <w:p>
      <w:r>
        <w:rPr>
          <w:b/>
        </w:rPr>
        <w:t xml:space="preserve">[42:38] </w:t>
      </w:r>
      <w:r>
        <w:t>geelani both were expert in english,</w:t>
      </w:r>
    </w:p>
    <w:p>
      <w:pPr>
        <w:jc w:val="right"/>
      </w:pPr>
      <w:r>
        <w:t>گیلانی بوتھ ویر ایکسپرٹ ان انگلش،</w:t>
      </w:r>
    </w:p>
    <w:p>
      <w:r>
        <w:rPr>
          <w:b/>
        </w:rPr>
        <w:t xml:space="preserve">[42:42] </w:t>
      </w:r>
      <w:r>
        <w:t>both were expert in arabic language. so, professor finkel said: "mister geelani, do you believe that quran is the book of god?</w:t>
      </w:r>
    </w:p>
    <w:p>
      <w:pPr>
        <w:jc w:val="right"/>
      </w:pPr>
      <w:r>
        <w:t>بوتھ ویر ایکسپرٹ ان عربک لینگویج۔ سو، پروفیسر فنکل سیڈ: "مسٹر جیلانی، ڈو یو بیلیو دیٹ قرآن از دا بک آف گاڈ؟</w:t>
      </w:r>
    </w:p>
    <w:p>
      <w:r>
        <w:rPr>
          <w:b/>
        </w:rPr>
        <w:t xml:space="preserve">[42:52] </w:t>
      </w:r>
      <w:r>
        <w:t>word word of god?" he said: "yes." so, professor finkel said: "but i don't believe.</w:t>
      </w:r>
    </w:p>
    <w:p>
      <w:pPr>
        <w:jc w:val="right"/>
      </w:pPr>
      <w:r>
        <w:t>ورڈ ورڈ آف گاڈ؟" ہی سیڈ: "یس۔" سو، پروفیسر فنکل سیڈ: "بٹ آئی ڈونٹ بیلیو۔</w:t>
      </w:r>
    </w:p>
    <w:p>
      <w:r>
        <w:rPr>
          <w:b/>
        </w:rPr>
        <w:t xml:space="preserve">[43:04] </w:t>
      </w:r>
      <w:r>
        <w:t>it is a man made book.</w:t>
      </w:r>
    </w:p>
    <w:p>
      <w:pPr>
        <w:jc w:val="right"/>
      </w:pPr>
      <w:r>
        <w:t>اٹ از اے مین میڈ بک۔</w:t>
      </w:r>
    </w:p>
    <w:p>
      <w:r>
        <w:rPr>
          <w:b/>
        </w:rPr>
        <w:t xml:space="preserve">[43:09] </w:t>
      </w:r>
      <w:r>
        <w:t>"professor geelani said: "that you are expert in arabic language and i am all so was born in arabic country.</w:t>
      </w:r>
    </w:p>
    <w:p>
      <w:pPr>
        <w:jc w:val="right"/>
      </w:pPr>
      <w:r>
        <w:t>" پروفیسر گیلانی سیڈ: "دیٹ یو آر ایکسپرٹ ان عربک لینگویج اینڈ آئی ایم آل سو واز بارن ان عربک کنٹری۔</w:t>
      </w:r>
    </w:p>
    <w:p>
      <w:r>
        <w:rPr>
          <w:b/>
        </w:rPr>
        <w:t xml:space="preserve">[43:22] </w:t>
      </w:r>
      <w:r>
        <w:t>so, we both will try to imitate the quran."</w:t>
      </w:r>
    </w:p>
    <w:p>
      <w:pPr>
        <w:jc w:val="right"/>
      </w:pPr>
      <w:r>
        <w:t>سو، وی بوتھ ویل ٹرائی ٹو ایمیٹیٹ دا قرآن۔"</w:t>
      </w:r>
    </w:p>
    <w:p>
      <w:r>
        <w:rPr>
          <w:b/>
        </w:rPr>
        <w:t xml:space="preserve">[43:31] </w:t>
      </w:r>
      <w:r>
        <w:t>professor geelani said: "i i i i will i will give you an idea and you have to translate it in arabic sentences." that idea was that hell is very vast.</w:t>
      </w:r>
    </w:p>
    <w:p>
      <w:pPr>
        <w:jc w:val="right"/>
      </w:pPr>
      <w:r>
        <w:t>پروفیسر گیلانی سیڈ: "آئی آئی آئی آئی ویل آئی ویل گیو یو این آئیڈیا اینڈ یو ہیو ٹو ٹرانسلیٹ اٹ ان عربک سینٹنسز۔" دیٹ آئیڈیا واز دیٹ ہیل از ویری واسٹ۔</w:t>
      </w:r>
    </w:p>
    <w:p>
      <w:r>
        <w:rPr>
          <w:b/>
        </w:rPr>
        <w:t xml:space="preserve">[43:50] </w:t>
      </w:r>
      <w:r>
        <w:t>hell is a very vast place</w:t>
      </w:r>
    </w:p>
    <w:p>
      <w:pPr>
        <w:jc w:val="right"/>
      </w:pPr>
      <w:r>
        <w:t>ہیل از اے ویری واسٹ پلیس</w:t>
      </w:r>
    </w:p>
    <w:p>
      <w:r>
        <w:rPr>
          <w:b/>
        </w:rPr>
        <w:t xml:space="preserve">[43:55] </w:t>
      </w:r>
      <w:r>
        <w:t>. he gave this idea and said to that german professor that: "you have to translate this idea into arabic sentences." so, both tried and both compile some two dozen sentences</w:t>
      </w:r>
    </w:p>
    <w:p>
      <w:pPr>
        <w:jc w:val="right"/>
      </w:pPr>
      <w:r>
        <w:t>۔ ہی گیو دس آئیڈیا اینڈ سیڈ ٹو دیٹ جرمن پروفیسر دیٹ: "یو ہیو ٹو ٹرانسلیٹ دس آئیڈیا انٹو عربک سینٹنسز۔" سو، بوتھ ٹرائیڈ اینڈ بوتھ کمپائل سم ٹو ڈزن سینٹنسز</w:t>
      </w:r>
    </w:p>
    <w:p>
      <w:r>
        <w:rPr>
          <w:b/>
        </w:rPr>
        <w:t xml:space="preserve">[44:19] </w:t>
      </w:r>
      <w:r>
        <w:t>like: "inna jahannama lusi'a, inna jahannama lafsi'a, inna jahannama lusam مما تظنون." so,</w:t>
      </w:r>
    </w:p>
    <w:p>
      <w:pPr>
        <w:jc w:val="right"/>
      </w:pPr>
      <w:r>
        <w:t>لائک: "انا جہنم لوسیۃ، ان جہنم لفصیۃ، ان جہنم لوس مما تظنون۔" سو،</w:t>
      </w:r>
    </w:p>
    <w:p>
      <w:r>
        <w:rPr>
          <w:b/>
        </w:rPr>
        <w:t xml:space="preserve">[44:35] </w:t>
      </w:r>
      <w:r>
        <w:t>they compile near about two dozens of of like these sentences.</w:t>
      </w:r>
    </w:p>
    <w:p>
      <w:pPr>
        <w:jc w:val="right"/>
      </w:pPr>
      <w:r>
        <w:t>دے کمپائل نیئر اباؤٹ ٹو ڈزنز آف آف لائک دیز سینٹنسز۔</w:t>
      </w:r>
    </w:p>
    <w:p>
      <w:r>
        <w:rPr>
          <w:b/>
        </w:rPr>
        <w:t xml:space="preserve">[44:46] </w:t>
      </w:r>
      <w:r>
        <w:t>then professor finkel said: "that i have finish my job, now i have no other sentence." then he said: "that now tell me what what is the sentence of the quran." so, professor geelani recited this verse:</w:t>
      </w:r>
    </w:p>
    <w:p>
      <w:pPr>
        <w:jc w:val="right"/>
      </w:pPr>
      <w:r>
        <w:t>دین پروفیسر فنکل سیڈ: "دیٹ آئی ہیو فنش مائی جاب، ناو آئی ہیو نو ادر سینٹنس۔" دین ہی سیڈ: "دیٹ ناو ٹیل می واٹ واٹ از دا سینٹنس آف دا قرآن۔" سو، پروفیسر جیلانی ریسائیٹڈ دس ورس:</w:t>
      </w:r>
    </w:p>
    <w:p>
      <w:r>
        <w:rPr>
          <w:b/>
        </w:rPr>
        <w:t xml:space="preserve">[45:15] </w:t>
      </w:r>
      <w:r>
        <w:t>"yawma yaqulu jahannamu halumti wa taqulu halum mazid." yawma yaqulu yawma yaqulu jahannamu halumti wa taqulu halum mazid.</w:t>
      </w:r>
    </w:p>
    <w:p>
      <w:pPr>
        <w:jc w:val="right"/>
      </w:pPr>
      <w:r>
        <w:t>"یوم یوم نقول جہنم حلمت وتقول حلم مزید۔" یوم نقول یوم نقول جہنم حلمت وتقول حلم مزید۔</w:t>
      </w:r>
    </w:p>
    <w:p>
      <w:r>
        <w:rPr>
          <w:b/>
        </w:rPr>
        <w:t xml:space="preserve">[45:31] </w:t>
      </w:r>
      <w:r>
        <w:t>so, when he recited this verse, professor finkel said: "that you are right, quran is the book of god.</w:t>
      </w:r>
    </w:p>
    <w:p>
      <w:pPr>
        <w:jc w:val="right"/>
      </w:pPr>
      <w:r>
        <w:t>سو، وین ہی ریسائیٹڈ دس ورس، پروفیسر فنکل سیڈ: "دیٹ یو آر رائٹ، قرآن از دا بک آف گاڈ۔</w:t>
      </w:r>
    </w:p>
    <w:p>
      <w:r>
        <w:rPr>
          <w:b/>
        </w:rPr>
        <w:t xml:space="preserve">[45:43] </w:t>
      </w:r>
      <w:r>
        <w:t>we fail to compose like this sentence. we fail to to translate this idea like quranic sentence,</w:t>
      </w:r>
    </w:p>
    <w:p>
      <w:pPr>
        <w:jc w:val="right"/>
      </w:pPr>
      <w:r>
        <w:t>وی فیل ٹو کمپوز لائک دس سینٹنس۔ وی فیل ٹو ٹو ٹرانسلیٹ دس آئیڈیا لائک قرآنک سینٹنس،</w:t>
      </w:r>
    </w:p>
    <w:p>
      <w:r>
        <w:rPr>
          <w:b/>
        </w:rPr>
        <w:t xml:space="preserve">[45:57] </w:t>
      </w:r>
      <w:r>
        <w:t>like quranic verse." so, everyone who knows arabic language,</w:t>
      </w:r>
    </w:p>
    <w:p>
      <w:pPr>
        <w:jc w:val="right"/>
      </w:pPr>
      <w:r>
        <w:t>لائک قرآنک ورس۔" سو، ایوری ون ہو نوز عربک لینگویج،</w:t>
      </w:r>
    </w:p>
    <w:p>
      <w:r>
        <w:rPr>
          <w:b/>
        </w:rPr>
        <w:t xml:space="preserve">[46:07] </w:t>
      </w:r>
      <w:r>
        <w:t>when he when he reads quran and then he reads all those literatures produced by soul writers,</w:t>
      </w:r>
    </w:p>
    <w:p>
      <w:pPr>
        <w:jc w:val="right"/>
      </w:pPr>
      <w:r>
        <w:t>وین ہی وین ہی ریڈز قرآن اینڈ دین ہی ریڈز آل دو لٹریچرز پروڈیوسڈ بائی سول رائٹرز،</w:t>
      </w:r>
    </w:p>
    <w:p>
      <w:r>
        <w:rPr>
          <w:b/>
        </w:rPr>
        <w:t xml:space="preserve">[46:23] </w:t>
      </w:r>
      <w:r>
        <w:t>he finds very very difference between the two kind of books.</w:t>
      </w:r>
    </w:p>
    <w:p>
      <w:pPr>
        <w:jc w:val="right"/>
      </w:pPr>
      <w:r>
        <w:t>ہی فائنڈز ویری ویری ڈفرنس بٹوین دا ٹو کائنڈ آف بکس۔</w:t>
      </w:r>
    </w:p>
    <w:p>
      <w:r>
        <w:rPr>
          <w:b/>
        </w:rPr>
        <w:t xml:space="preserve">[46:32] </w:t>
      </w:r>
      <w:r>
        <w:t>the language of the quran is quite different from all other writers.</w:t>
      </w:r>
    </w:p>
    <w:p>
      <w:pPr>
        <w:jc w:val="right"/>
      </w:pPr>
      <w:r>
        <w:t>دا لینگویج آف دا قرآن از کوائٹ ڈفرنٹ فرام آل ادر رائٹرز۔</w:t>
      </w:r>
    </w:p>
    <w:p>
      <w:r>
        <w:rPr>
          <w:b/>
        </w:rPr>
        <w:t xml:space="preserve">[46:40] </w:t>
      </w:r>
      <w:r>
        <w:t>when you read the other other books compiled by other writers, you will feel that this is a common book, this is a man made book.</w:t>
      </w:r>
    </w:p>
    <w:p>
      <w:pPr>
        <w:jc w:val="right"/>
      </w:pPr>
      <w:r>
        <w:t>وین یو ریڈ دا ادر ادر بکس کمپائلڈ بائی ادر رائٹرز، یو ویل فیل دیٹ دس از اے کامن بک، دس از اے مین میڈ بک۔</w:t>
      </w:r>
    </w:p>
    <w:p>
      <w:r>
        <w:rPr>
          <w:b/>
        </w:rPr>
        <w:t xml:space="preserve">[46:55] </w:t>
      </w:r>
      <w:r>
        <w:t>this was written by some some man like you, but when you read the quran,</w:t>
      </w:r>
    </w:p>
    <w:p>
      <w:pPr>
        <w:jc w:val="right"/>
      </w:pPr>
      <w:r>
        <w:t>دس واز ریٹن بائی سم سم مین لائک یو، بٹ وین یو ریڈ دا قرآن،</w:t>
      </w:r>
    </w:p>
    <w:p>
      <w:r>
        <w:rPr>
          <w:b/>
        </w:rPr>
        <w:t xml:space="preserve">[47:05] </w:t>
      </w:r>
      <w:r>
        <w:t>you will find that its language is quite different. its language is like a royal language, a superior language.</w:t>
      </w:r>
    </w:p>
    <w:p>
      <w:pPr>
        <w:jc w:val="right"/>
      </w:pPr>
      <w:r>
        <w:t>یو ویل فائنڈ دیٹ اٹس لینگویج از کوائٹ ڈفرنٹ۔ اٹس لینگویج از لائک اے رائل لینگویج، اے سپیریئر لینگویج۔</w:t>
      </w:r>
    </w:p>
    <w:p>
      <w:r>
        <w:rPr>
          <w:b/>
        </w:rPr>
        <w:t xml:space="preserve">[47:21] </w:t>
      </w:r>
      <w:r>
        <w:t>if you know arabic language and then you read quran, you will feel that the quranic language is a superior language,</w:t>
      </w:r>
    </w:p>
    <w:p>
      <w:pPr>
        <w:jc w:val="right"/>
      </w:pPr>
      <w:r>
        <w:t>اف یو نو عربک لینگویج اینڈ دین یو ریڈ قرآن، یو ویل فیل دیٹ دا قرآنک لینگویج از اے سپیریئر لینگویج،</w:t>
      </w:r>
    </w:p>
    <w:p>
      <w:r>
        <w:rPr>
          <w:b/>
        </w:rPr>
        <w:t xml:space="preserve">[47:35] </w:t>
      </w:r>
      <w:r>
        <w:t>a kind of royal language.</w:t>
      </w:r>
    </w:p>
    <w:p>
      <w:pPr>
        <w:jc w:val="right"/>
      </w:pPr>
      <w:r>
        <w:t>اے کائنڈ آف رائل لینگویج۔</w:t>
      </w:r>
    </w:p>
    <w:p>
      <w:r>
        <w:rPr>
          <w:b/>
        </w:rPr>
        <w:t xml:space="preserve">[47:41] </w:t>
      </w:r>
      <w:r>
        <w:t>so, it is not very difficult to understand this this difference for those who know arabic language,</w:t>
      </w:r>
    </w:p>
    <w:p>
      <w:pPr>
        <w:jc w:val="right"/>
      </w:pPr>
      <w:r>
        <w:t>سو، اٹ از ناٹ ویری ڈیفیکلٹ ٹو انڈرسٹینڈ دس دس ڈفرنس فار دو ہو نو عربک لینگویج،</w:t>
      </w:r>
    </w:p>
    <w:p>
      <w:r>
        <w:rPr>
          <w:b/>
        </w:rPr>
        <w:t xml:space="preserve">[47:53] </w:t>
      </w:r>
      <w:r>
        <w:t>but those who read quran with translations, they may find difficulties to understand this fact.</w:t>
      </w:r>
    </w:p>
    <w:p>
      <w:pPr>
        <w:jc w:val="right"/>
      </w:pPr>
      <w:r>
        <w:t>بٹ دو ہو ریڈ قرآن ود ٹرانسلیشنز، دے می فائنڈ ڈیفیکلٹیز ٹو انڈرسٹینڈ دس فیکٹ۔</w:t>
      </w:r>
    </w:p>
    <w:p>
      <w:r>
        <w:rPr>
          <w:b/>
        </w:rPr>
        <w:t xml:space="preserve">[48:07] </w:t>
      </w:r>
      <w:r>
        <w:t>all the people who know arabic language and then they they read the quran directly from its original language,</w:t>
      </w:r>
    </w:p>
    <w:p>
      <w:pPr>
        <w:jc w:val="right"/>
      </w:pPr>
      <w:r>
        <w:t>آل دو پیپل ہو نو عربک لینگویج اینڈ دین دے دے ریڈ دا قرآن ڈائریکٹلی فرام اٹس اوریجنل لینگویج،</w:t>
      </w:r>
    </w:p>
    <w:p>
      <w:r>
        <w:rPr>
          <w:b/>
        </w:rPr>
        <w:t xml:space="preserve">[48:21] </w:t>
      </w:r>
      <w:r>
        <w:t>they may witness that, they may bear witness that quran is the book of god.</w:t>
      </w:r>
    </w:p>
    <w:p>
      <w:pPr>
        <w:jc w:val="right"/>
      </w:pPr>
      <w:r>
        <w:t>دے می وٹنس دیٹ، دے می بیئر وٹنس دیٹ قرآن از دا بک آف گاڈ۔</w:t>
      </w:r>
    </w:p>
    <w:p>
      <w:r>
        <w:rPr>
          <w:b/>
        </w:rPr>
        <w:t xml:space="preserve">[48:30] </w:t>
      </w:r>
      <w:r>
        <w:t>at least its style. no book, no arabic book was was written in this style.</w:t>
      </w:r>
    </w:p>
    <w:p>
      <w:pPr>
        <w:jc w:val="right"/>
      </w:pPr>
      <w:r>
        <w:t>ایٹ لیسٹ اٹس سٹائل۔ نو بک، نو عربک بک واز واز ریٹن ان دس سٹائل۔</w:t>
      </w:r>
    </w:p>
    <w:p>
      <w:r>
        <w:rPr>
          <w:b/>
        </w:rPr>
        <w:t xml:space="preserve">[48:41] </w:t>
      </w:r>
      <w:r>
        <w:t>it is a fact, universally accepted fact that the style of the quran is quite different and no one can imitate it.</w:t>
      </w:r>
    </w:p>
    <w:p>
      <w:pPr>
        <w:jc w:val="right"/>
      </w:pPr>
      <w:r>
        <w:t>اٹ از اے فیکٹ، یونیورسلی ایکسیپٹڈ فیکٹ دیٹ دا سٹائل آف دا قرآن از کوائٹ ڈفرنٹ اینڈ نو ون کین ایمیٹیٹ اٹ۔</w:t>
      </w:r>
    </w:p>
    <w:p>
      <w:r>
        <w:rPr>
          <w:b/>
        </w:rPr>
        <w:t xml:space="preserve">[48:55] </w:t>
      </w:r>
      <w:r>
        <w:t>there are some stories in the previous history</w:t>
      </w:r>
    </w:p>
    <w:p>
      <w:pPr>
        <w:jc w:val="right"/>
      </w:pPr>
      <w:r>
        <w:t>دیر ار سم سٹوریز ان دا پریویس ہسٹری</w:t>
      </w:r>
    </w:p>
    <w:p>
      <w:r>
        <w:rPr>
          <w:b/>
        </w:rPr>
        <w:t xml:space="preserve">[49:00] </w:t>
      </w:r>
      <w:r>
        <w:t>that some people wanted to imitate the quran, like like musailamah.</w:t>
      </w:r>
    </w:p>
    <w:p>
      <w:pPr>
        <w:jc w:val="right"/>
      </w:pPr>
      <w:r>
        <w:t>دیٹ سم پیپل وانٹڈ ٹو ایمیٹیٹ دا قرآن، لائک لائک مسیلمہ۔</w:t>
      </w:r>
    </w:p>
    <w:p>
      <w:r>
        <w:rPr>
          <w:b/>
        </w:rPr>
        <w:t xml:space="preserve">[49:09] </w:t>
      </w:r>
      <w:r>
        <w:t>he wanted to write a book like quran. then ibn muqaffa, ibn ibn muqaffa also wanted to write a book like quran,</w:t>
      </w:r>
    </w:p>
    <w:p>
      <w:pPr>
        <w:jc w:val="right"/>
      </w:pPr>
      <w:r>
        <w:t>ہی وانٹڈ ٹو رائٹ اے بک لائک قرآن۔ دین ابن مقفہ، ابن ابن مقفہ آل سو وانٹڈ ٹو رائٹ اے بک لائک قرآن،</w:t>
      </w:r>
    </w:p>
    <w:p>
      <w:r>
        <w:rPr>
          <w:b/>
        </w:rPr>
        <w:t xml:space="preserve">[49:28] </w:t>
      </w:r>
      <w:r>
        <w:t>but all these people failed to produce a book like the quran.</w:t>
      </w:r>
    </w:p>
    <w:p>
      <w:pPr>
        <w:jc w:val="right"/>
      </w:pPr>
      <w:r>
        <w:t>بٹ آل دیز پیپل فیل ٹو پروڈیوس اے بک لائک دا قرآن۔</w:t>
      </w:r>
    </w:p>
    <w:p>
      <w:r>
        <w:rPr>
          <w:b/>
        </w:rPr>
        <w:t xml:space="preserve">[49:41] </w:t>
      </w:r>
      <w:r>
        <w:t>not only musailamah or not only ibn muqaffa, there are some there other writers who tried to imitate quran, but they failed</w:t>
      </w:r>
    </w:p>
    <w:p>
      <w:pPr>
        <w:jc w:val="right"/>
      </w:pPr>
      <w:r>
        <w:t>ناٹ اونلی مسیلمہ اور ناٹ اونلی ابن مقفہ، دیر ار سم دیر ادر رائٹرز ہو ٹرائیڈ ٹو ایمیٹیٹ قرآن، بٹ دے فیلڈ</w:t>
      </w:r>
    </w:p>
    <w:p>
      <w:r>
        <w:rPr>
          <w:b/>
        </w:rPr>
        <w:t xml:space="preserve">[49:57] </w:t>
      </w:r>
      <w:r>
        <w:t>. the language of the quran is so excellent, so different that no one was able to imitate this language.</w:t>
      </w:r>
    </w:p>
    <w:p>
      <w:pPr>
        <w:jc w:val="right"/>
      </w:pPr>
      <w:r>
        <w:t>۔ دا لینگویج آف دا قرآن از سو ایکسیلنٹ، سو ڈفرنٹ دیٹ نو ون واز ایبل ٹو ایمیٹیٹ دس لینگویج۔</w:t>
      </w:r>
    </w:p>
    <w:p>
      <w:r>
        <w:rPr>
          <w:b/>
        </w:rPr>
        <w:t xml:space="preserve">[50:11] </w:t>
      </w:r>
      <w:r>
        <w:t>Then one Western scholar has rightly said that the sound art of the Quran is par excellence.</w:t>
      </w:r>
    </w:p>
    <w:p>
      <w:pPr>
        <w:jc w:val="right"/>
      </w:pPr>
      <w:r>
        <w:t>دین ون ویسٹرن سکالر ہیز رائٹلی سیڈ دیٹ دا ساؤنڈ آرٹ آف دا قرآن از پار اکسلام۔</w:t>
      </w:r>
    </w:p>
    <w:p>
      <w:r>
        <w:rPr>
          <w:b/>
        </w:rPr>
        <w:t xml:space="preserve">[50:23] </w:t>
      </w:r>
      <w:r>
        <w:t>The sound art in the Quran is per kalam.</w:t>
      </w:r>
    </w:p>
    <w:p>
      <w:pPr>
        <w:jc w:val="right"/>
      </w:pPr>
      <w:r>
        <w:t>دا ساؤنڈ آرٹ ان دا قرآن از پار اکسلام۔</w:t>
      </w:r>
    </w:p>
    <w:p>
      <w:r>
        <w:rPr>
          <w:b/>
        </w:rPr>
        <w:t xml:space="preserve">[50:28] </w:t>
      </w:r>
      <w:r>
        <w:t>so, the style of the language, the sound of the language, the fluency, all these things are quite different.</w:t>
      </w:r>
    </w:p>
    <w:p>
      <w:pPr>
        <w:jc w:val="right"/>
      </w:pPr>
      <w:r>
        <w:t>سو، دا سٹائل آف دا لینگویج، دی ساؤنڈ آف دا لینگویج، دا فلوئنسی، آل دیز تھنگز آر کوائٹ ڈفرنٹ۔</w:t>
      </w:r>
    </w:p>
    <w:p>
      <w:r>
        <w:rPr>
          <w:b/>
        </w:rPr>
        <w:t xml:space="preserve">[50:46] </w:t>
      </w:r>
      <w:r>
        <w:t>no one was able to imitate the style of the quran</w:t>
      </w:r>
    </w:p>
    <w:p>
      <w:pPr>
        <w:jc w:val="right"/>
      </w:pPr>
      <w:r>
        <w:t>نو ون واز ایبل ٹو ایمیٹیٹ دا سٹائل آف دا قر</w:t>
      </w:r>
    </w:p>
    <w:p>
      <w:r>
        <w:rPr>
          <w:b/>
        </w:rPr>
        <w:t xml:space="preserve">[50:51] </w:t>
      </w:r>
      <w:r>
        <w:t>. this this difference</w:t>
      </w:r>
    </w:p>
    <w:p>
      <w:pPr>
        <w:jc w:val="right"/>
      </w:pPr>
      <w:r>
        <w:t>آن۔ دس دس ڈفرنس</w:t>
      </w:r>
    </w:p>
    <w:p>
      <w:r>
        <w:rPr>
          <w:b/>
        </w:rPr>
        <w:t xml:space="preserve">[50:58] </w:t>
      </w:r>
      <w:r>
        <w:t>is very important. everyone must read the quran to understand what is the message of the quran.</w:t>
      </w:r>
    </w:p>
    <w:p>
      <w:pPr>
        <w:jc w:val="right"/>
      </w:pPr>
      <w:r>
        <w:t>از ویری امپورٹنٹ۔ ایوری ون مسٹ ریڈ دا قرآن ٹو انڈرسٹینڈ واٹ از دا میسج آف دا قرآن۔</w:t>
      </w:r>
    </w:p>
    <w:p>
      <w:r>
        <w:rPr>
          <w:b/>
        </w:rPr>
        <w:t xml:space="preserve">[51:10] </w:t>
      </w:r>
      <w:r>
        <w:t>if quran is a different book, if its style is not imitable</w:t>
      </w:r>
    </w:p>
    <w:p>
      <w:pPr>
        <w:jc w:val="right"/>
      </w:pPr>
      <w:r>
        <w:t>اف قرآن از اے ڈفرنٹ بک، اف اس اسٹائل از ناٹ ایمیٹیبل</w:t>
      </w:r>
    </w:p>
    <w:p>
      <w:r>
        <w:rPr>
          <w:b/>
        </w:rPr>
        <w:t xml:space="preserve">[51:21] </w:t>
      </w:r>
      <w:r>
        <w:t>, if its the fact that no one was able to imitate the style of the quran, then it is very important.</w:t>
      </w:r>
    </w:p>
    <w:p>
      <w:pPr>
        <w:jc w:val="right"/>
      </w:pPr>
      <w:r>
        <w:t>، اف از دا فیکٹ دیٹ نو ون واز ایبل ٹو ایمیٹیٹ دا سٹائل آف دا قرآن، دین اٹ از ویری امپورٹنٹ۔</w:t>
      </w:r>
    </w:p>
    <w:p>
      <w:r>
        <w:rPr>
          <w:b/>
        </w:rPr>
        <w:t xml:space="preserve">[51:31] </w:t>
      </w:r>
      <w:r>
        <w:t>everyone must read the quran to find what the message of the quran.</w:t>
      </w:r>
    </w:p>
    <w:p>
      <w:pPr>
        <w:jc w:val="right"/>
      </w:pPr>
      <w:r>
        <w:t>ایوری ون مسٹ ریڈ دا قرآن ٹو فائنڈ واٹ دا میسج آف دا قرآن۔</w:t>
      </w:r>
    </w:p>
    <w:p>
      <w:r>
        <w:rPr>
          <w:b/>
        </w:rPr>
        <w:t xml:space="preserve">[51:40] </w:t>
      </w:r>
      <w:r>
        <w:t>what is the message of the quran?</w:t>
      </w:r>
    </w:p>
    <w:p>
      <w:pPr>
        <w:jc w:val="right"/>
      </w:pPr>
      <w:r>
        <w:t>واٹ از دا میسج آف دا قرآن؟</w:t>
      </w:r>
    </w:p>
    <w:p>
      <w:r>
        <w:rPr>
          <w:b/>
        </w:rPr>
        <w:t xml:space="preserve">[51:44] </w:t>
      </w:r>
      <w:r>
        <w:t>without reading the quran, you can understand, you can know all the answers of all the questions.</w:t>
      </w:r>
    </w:p>
    <w:p>
      <w:pPr>
        <w:jc w:val="right"/>
      </w:pPr>
      <w:r>
        <w:t>وداؤٹ ریڈنگ دا قرآن، یو کین انڈرسٹینڈ، یو کین نو آل دو انسرز آف آل دو کوسچنز۔</w:t>
      </w:r>
    </w:p>
    <w:p>
      <w:r>
        <w:rPr>
          <w:b/>
        </w:rPr>
        <w:t xml:space="preserve">[51:55] </w:t>
      </w:r>
      <w:r>
        <w:t>you know, everyone want to know the reality of life. everyone, every man and woman want to know the reality of life.</w:t>
      </w:r>
    </w:p>
    <w:p>
      <w:pPr>
        <w:jc w:val="right"/>
      </w:pPr>
      <w:r>
        <w:t>یو نو، ایوری ون وانٹ ٹو نو دا ریلیٹی آف لائف۔ ایوری ون، ایوری مین اینڈ وومن وانٹ ٹو نو دا ریلیٹی آف لائف۔</w:t>
      </w:r>
    </w:p>
    <w:p>
      <w:r>
        <w:rPr>
          <w:b/>
        </w:rPr>
        <w:t xml:space="preserve">[52:10] </w:t>
      </w:r>
      <w:r>
        <w:t>who i am i</w:t>
      </w:r>
    </w:p>
    <w:p>
      <w:pPr>
        <w:jc w:val="right"/>
      </w:pPr>
      <w:r>
        <w:t>ہو آئی ایم آئی</w:t>
      </w:r>
    </w:p>
    <w:p>
      <w:r>
        <w:rPr>
          <w:b/>
        </w:rPr>
        <w:t xml:space="preserve">[52:13] </w:t>
      </w:r>
      <w:r>
        <w:t>? why i was born? why i am here in this world? what is life? what is death?</w:t>
      </w:r>
    </w:p>
    <w:p>
      <w:pPr>
        <w:jc w:val="right"/>
      </w:pPr>
      <w:r>
        <w:t>؟ وائی آئی واز بارن؟ وائی آئی ایم ہیر ان دس ورلڈ؟ واٹ از لائف؟ واٹ از ڈیتھ؟</w:t>
      </w:r>
    </w:p>
    <w:p>
      <w:r>
        <w:rPr>
          <w:b/>
        </w:rPr>
        <w:t xml:space="preserve">[52:24] </w:t>
      </w:r>
      <w:r>
        <w:t>so, all these questions are a common questions and everyone want to know the answer of this question.</w:t>
      </w:r>
    </w:p>
    <w:p>
      <w:pPr>
        <w:jc w:val="right"/>
      </w:pPr>
      <w:r>
        <w:t>سو، آل دیز کوسچنز آر اے کامن کوسچنز اینڈ ایوری ون وانٹ ٹو نو دا انسر آف دس کوسچن۔</w:t>
      </w:r>
    </w:p>
    <w:p>
      <w:r>
        <w:rPr>
          <w:b/>
        </w:rPr>
        <w:t xml:space="preserve">[52:38] </w:t>
      </w:r>
      <w:r>
        <w:t>so, if you restudy philosophical books or scientific books,</w:t>
      </w:r>
    </w:p>
    <w:p>
      <w:pPr>
        <w:jc w:val="right"/>
      </w:pPr>
      <w:r>
        <w:t>سو، اف یو ریسٹڈی فلاسفیکل بکس اور سائنٹیفک بکس،</w:t>
      </w:r>
    </w:p>
    <w:p>
      <w:r>
        <w:rPr>
          <w:b/>
        </w:rPr>
        <w:t xml:space="preserve">[52:43] </w:t>
      </w:r>
      <w:r>
        <w:t>they is not sufficient. you have to study the quran.</w:t>
      </w:r>
    </w:p>
    <w:p>
      <w:pPr>
        <w:jc w:val="right"/>
      </w:pPr>
      <w:r>
        <w:t>دے از ناٹ سفیشنٹ۔ یو ہیو ٹو اسٹڈی دا قرآن۔</w:t>
      </w:r>
    </w:p>
    <w:p>
      <w:r>
        <w:rPr>
          <w:b/>
        </w:rPr>
        <w:t xml:space="preserve">[52:54] </w:t>
      </w:r>
      <w:r>
        <w:t>quran gives you the answer of these questions.</w:t>
      </w:r>
    </w:p>
    <w:p>
      <w:pPr>
        <w:jc w:val="right"/>
      </w:pPr>
      <w:r>
        <w:t>قرآن گوز یو دا انسر آف دیز کوسچنز۔</w:t>
      </w:r>
    </w:p>
    <w:p>
      <w:r>
        <w:rPr>
          <w:b/>
        </w:rPr>
        <w:t xml:space="preserve">[53:06] </w:t>
      </w:r>
      <w:r>
        <w:t>so, then there is there is all so a very very unique difference that there are many religious books, many religious books, but no one book can claim the authenticity.</w:t>
      </w:r>
    </w:p>
    <w:p>
      <w:pPr>
        <w:jc w:val="right"/>
      </w:pPr>
      <w:r>
        <w:t>سو، دین دیر از دیر از آل سو اے ویری ویری یونیک ڈفرنس دیٹ دیر ار مینی ریلیجیس بکس، مینی ریلیجیس بکس، بٹ نو ون بک کین کلیم دا اتھنٹیسٹی۔</w:t>
      </w:r>
    </w:p>
    <w:p>
      <w:r>
        <w:rPr>
          <w:b/>
        </w:rPr>
        <w:t xml:space="preserve">[53:33] </w:t>
      </w:r>
      <w:r>
        <w:t>in every other books, there were alteration, there were interpolation. so, all though there are many religious books, but all these books are are</w:t>
      </w:r>
    </w:p>
    <w:p>
      <w:pPr>
        <w:jc w:val="right"/>
      </w:pPr>
      <w:r>
        <w:t>ان ایوری ادر بکس، دیر ویر الٹرشن، دیر ویر انٹرپولیشن۔ سو، آل دو دیر ار مینی ریلیجیس بکس، بٹ آل دیز بکس آر آر</w:t>
      </w:r>
    </w:p>
    <w:p>
      <w:r>
        <w:rPr>
          <w:b/>
        </w:rPr>
        <w:t xml:space="preserve">[53:53] </w:t>
      </w:r>
      <w:r>
        <w:t>all these books are not authentic due to interpolation</w:t>
      </w:r>
    </w:p>
    <w:p>
      <w:pPr>
        <w:jc w:val="right"/>
      </w:pPr>
      <w:r>
        <w:t>آل دیز بکس آر ناٹ اتھنٹک ڈیو ٹو انٹرپولیشن</w:t>
      </w:r>
    </w:p>
    <w:p>
      <w:r>
        <w:rPr>
          <w:b/>
        </w:rPr>
        <w:t xml:space="preserve">[54:02] </w:t>
      </w:r>
      <w:r>
        <w:t>, due to change. quran is the only book</w:t>
      </w:r>
    </w:p>
    <w:p>
      <w:pPr>
        <w:jc w:val="right"/>
      </w:pPr>
      <w:r>
        <w:t>، ڈیو ٹو چینج۔ قرآن از دا اونلی بک</w:t>
      </w:r>
    </w:p>
    <w:p>
      <w:r>
        <w:rPr>
          <w:b/>
        </w:rPr>
        <w:t xml:space="preserve">[54:10] </w:t>
      </w:r>
      <w:r>
        <w:t>where there was no change. quran is a preserved book in complete sense of the word.</w:t>
      </w:r>
    </w:p>
    <w:p>
      <w:pPr>
        <w:jc w:val="right"/>
      </w:pPr>
      <w:r>
        <w:t>ویر دیر واز نو چینج۔ قرآن از اے پریزروڈ بک ان کمپلیٹ سینس آف دا ورڈ۔</w:t>
      </w:r>
    </w:p>
    <w:p>
      <w:r>
        <w:rPr>
          <w:b/>
        </w:rPr>
        <w:t xml:space="preserve">[54:21] </w:t>
      </w:r>
      <w:r>
        <w:t>quran is a preserved book in its original form.</w:t>
      </w:r>
    </w:p>
    <w:p>
      <w:pPr>
        <w:jc w:val="right"/>
      </w:pPr>
      <w:r>
        <w:t>قرآن از اے پریزروڈ بک ان اٹس اوریجنل فارم۔</w:t>
      </w:r>
    </w:p>
    <w:p>
      <w:r>
        <w:rPr>
          <w:b/>
        </w:rPr>
        <w:t xml:space="preserve">[54:30] </w:t>
      </w:r>
      <w:r>
        <w:t>so, in term of history, quran is the most authentic book, most authentic book.</w:t>
      </w:r>
    </w:p>
    <w:p>
      <w:pPr>
        <w:jc w:val="right"/>
      </w:pPr>
      <w:r>
        <w:t>سو، ان ٹرم آف ہسٹری، قرآن از دا موسٹ اتھنٹک بک، موسٹ اتھنٹک بک۔</w:t>
      </w:r>
    </w:p>
    <w:p>
      <w:r>
        <w:rPr>
          <w:b/>
        </w:rPr>
        <w:t xml:space="preserve">[54:43] </w:t>
      </w:r>
      <w:r>
        <w:t>the historical credibility of quran is is</w:t>
      </w:r>
    </w:p>
    <w:p>
      <w:pPr>
        <w:jc w:val="right"/>
      </w:pPr>
      <w:r>
        <w:t>دا ہسٹوریکل کریڈیبلٹی آف قرآن از از</w:t>
      </w:r>
    </w:p>
    <w:p>
      <w:r>
        <w:rPr>
          <w:b/>
        </w:rPr>
        <w:t xml:space="preserve">[54:52] </w:t>
      </w:r>
      <w:r>
        <w:t>the historical credibility of the quran is beyond doubt.</w:t>
      </w:r>
    </w:p>
    <w:p>
      <w:pPr>
        <w:jc w:val="right"/>
      </w:pPr>
      <w:r>
        <w:t>دا ہسٹوریکل کریڈیبلٹی آف دا قرآن از بیانڈ ڈاؤٹ۔</w:t>
      </w:r>
    </w:p>
    <w:p>
      <w:r>
        <w:rPr>
          <w:b/>
        </w:rPr>
        <w:t xml:space="preserve">[55:01] </w:t>
      </w:r>
      <w:r>
        <w:t>the historical credibility of the quran is beyond all the doubts. so, we have no option other than to to take quran very seriously, very very seriously.</w:t>
      </w:r>
    </w:p>
    <w:p>
      <w:pPr>
        <w:jc w:val="right"/>
      </w:pPr>
      <w:r>
        <w:t>دا ہسٹوریکل کریڈیبلٹی آف دا قرآن از بیانڈ آل دو ڈاؤٹس۔ سو، وی ہیو نو آپشن ادر دین ٹو ٹو ٹیک قرآن ویری سیریسلی، ویری ویری سیریسلی۔</w:t>
      </w:r>
    </w:p>
    <w:p>
      <w:r>
        <w:rPr>
          <w:b/>
        </w:rPr>
        <w:t xml:space="preserve">[55:25] </w:t>
      </w:r>
      <w:r>
        <w:t>we cannot ignore it.</w:t>
      </w:r>
    </w:p>
    <w:p>
      <w:pPr>
        <w:jc w:val="right"/>
      </w:pPr>
      <w:r>
        <w:t>وی کین ناٹ اگنور اٹ۔</w:t>
      </w:r>
    </w:p>
    <w:p>
      <w:r>
        <w:rPr>
          <w:b/>
        </w:rPr>
        <w:t xml:space="preserve">[55:29] </w:t>
      </w:r>
      <w:r>
        <w:t>it is not possible for anyone to ignore the quran.</w:t>
      </w:r>
    </w:p>
    <w:p>
      <w:pPr>
        <w:jc w:val="right"/>
      </w:pPr>
      <w:r>
        <w:t>اٹ از ناٹ پاسیبل فار اینی ون ٹو اگنور دا قرآن۔</w:t>
      </w:r>
    </w:p>
    <w:p>
      <w:r>
        <w:rPr>
          <w:b/>
        </w:rPr>
        <w:t xml:space="preserve">[55:36] </w:t>
      </w:r>
      <w:r>
        <w:t>if you want to know about the questions of life, about if you want to know the answers of all the questions about life, about death, about destiny,</w:t>
      </w:r>
    </w:p>
    <w:p>
      <w:pPr>
        <w:jc w:val="right"/>
      </w:pPr>
      <w:r>
        <w:t>اف یو وانٹ ٹو نو اباؤٹ دا کوسچنز آف لائف، اباؤٹ اف یو وانٹ ٹو نو دا انسرز آف آل دو کوسچنز اباؤٹ لائف، اباؤٹ ڈیتھ، اباؤٹ ڈیسٹنی،</w:t>
      </w:r>
    </w:p>
    <w:p>
      <w:r>
        <w:rPr>
          <w:b/>
        </w:rPr>
        <w:t xml:space="preserve">[55:55] </w:t>
      </w:r>
      <w:r>
        <w:t>so, you have to read the quran.</w:t>
      </w:r>
    </w:p>
    <w:p>
      <w:pPr>
        <w:jc w:val="right"/>
      </w:pPr>
      <w:r>
        <w:t>سو، یو ہیو ٹو ریڈ دا قرآن۔</w:t>
      </w:r>
    </w:p>
    <w:p>
      <w:r>
        <w:rPr>
          <w:b/>
        </w:rPr>
        <w:t xml:space="preserve">[55:59] </w:t>
      </w:r>
      <w:r>
        <w:t>there no book other than quran in which you can find the answers of these questions in an authentic manner.</w:t>
      </w:r>
    </w:p>
    <w:p>
      <w:pPr>
        <w:jc w:val="right"/>
      </w:pPr>
      <w:r>
        <w:t>دیر نو بک ادر دین قرآن ان وچ یو کین فائنڈ دا انسرز آف دیز کوسچنز ان این اتھنٹک مینر۔</w:t>
      </w:r>
    </w:p>
    <w:p>
      <w:r>
        <w:rPr>
          <w:b/>
        </w:rPr>
        <w:t xml:space="preserve">[56:15] </w:t>
      </w:r>
      <w:r>
        <w:t>in this sense, quran says in its very first chapter that zalik al kitab fi al mutaqin.</w:t>
      </w:r>
    </w:p>
    <w:p>
      <w:pPr>
        <w:jc w:val="right"/>
      </w:pPr>
      <w:r>
        <w:t>ان دس سینس، قرآن سیز ان اٹس ویری فرسٹ چیپٹر دیٹ ذالک الکتاب فی المتقین۔</w:t>
      </w:r>
    </w:p>
    <w:p>
      <w:r>
        <w:rPr>
          <w:b/>
        </w:rPr>
        <w:t xml:space="preserve">[56:27] </w:t>
      </w:r>
      <w:r>
        <w:t>this is the first verse of the chapter al baqarah.</w:t>
      </w:r>
    </w:p>
    <w:p>
      <w:pPr>
        <w:jc w:val="right"/>
      </w:pPr>
      <w:r>
        <w:t>دس از دا فرسٹ ورس آف دا چیپٹر البقرہ۔</w:t>
      </w:r>
    </w:p>
    <w:p>
      <w:r>
        <w:rPr>
          <w:b/>
        </w:rPr>
        <w:t xml:space="preserve">[56:34] </w:t>
      </w:r>
      <w:r>
        <w:t>zalk alkitab almuttaqin.</w:t>
      </w:r>
    </w:p>
    <w:p>
      <w:pPr>
        <w:jc w:val="right"/>
      </w:pPr>
      <w:r>
        <w:t>ذالک الکتاب المتقین۔</w:t>
      </w:r>
    </w:p>
    <w:p>
      <w:r>
        <w:rPr>
          <w:b/>
        </w:rPr>
        <w:t xml:space="preserve">[56:40] </w:t>
      </w:r>
      <w:r>
        <w:t>This is the fact, this is the fact. There is no doubt about it.</w:t>
      </w:r>
    </w:p>
    <w:p>
      <w:pPr>
        <w:jc w:val="right"/>
      </w:pPr>
      <w:r>
        <w:t>دس از دا بک، دس از دا بک۔ دیر از نو ڈاؤٹ اباؤٹ اٹ۔</w:t>
      </w:r>
    </w:p>
    <w:p>
      <w:r>
        <w:rPr>
          <w:b/>
        </w:rPr>
        <w:t xml:space="preserve">[56:51] </w:t>
      </w:r>
      <w:r>
        <w:t>almuttaqin,</w:t>
      </w:r>
    </w:p>
    <w:p>
      <w:pPr>
        <w:jc w:val="right"/>
      </w:pPr>
      <w:r>
        <w:t>المتقین،</w:t>
      </w:r>
    </w:p>
    <w:p>
      <w:r>
        <w:rPr>
          <w:b/>
        </w:rPr>
        <w:t xml:space="preserve">[56:54] </w:t>
      </w:r>
      <w:r>
        <w:t>This book provides guidance to all those people who are serious, who are sincere.</w:t>
      </w:r>
    </w:p>
    <w:p>
      <w:pPr>
        <w:jc w:val="right"/>
      </w:pPr>
      <w:r>
        <w:t>دس بک پرووائیڈز گائیڈنس ٹو آل دو پیپل ہو آر سیریس، ہو آر سنسیر۔</w:t>
      </w:r>
    </w:p>
    <w:p>
      <w:r>
        <w:rPr>
          <w:b/>
        </w:rPr>
        <w:t xml:space="preserve">[57:09] </w:t>
      </w:r>
      <w:r>
        <w:t>so,</w:t>
      </w:r>
    </w:p>
    <w:p>
      <w:pPr>
        <w:jc w:val="right"/>
      </w:pPr>
      <w:r>
        <w:t>سو،</w:t>
      </w:r>
    </w:p>
    <w:p>
      <w:r>
        <w:rPr>
          <w:b/>
        </w:rPr>
        <w:t xml:space="preserve">[57:13] </w:t>
      </w:r>
      <w:r>
        <w:t>dis quranik vars iz laik e varning.</w:t>
      </w:r>
    </w:p>
    <w:p>
      <w:pPr>
        <w:jc w:val="right"/>
      </w:pPr>
      <w:r>
        <w:t>دس قرآنک ورس از لائک اے وارننگ۔</w:t>
      </w:r>
    </w:p>
    <w:p>
      <w:r>
        <w:rPr>
          <w:b/>
        </w:rPr>
        <w:t xml:space="preserve">[57:21] </w:t>
      </w:r>
      <w:r>
        <w:t>we have to read Quran to get the answers of all those questions. aqul qawli hada wa astaghfirullah wa lakum ajmaeen.</w:t>
      </w:r>
    </w:p>
    <w:p>
      <w:pPr>
        <w:jc w:val="right"/>
      </w:pPr>
      <w:r>
        <w:t>وی ہیو ٹو ریڈ قرآن ٹو گیٹ دا انسرز آف آل دو کوسچنز۔ اقول قولیھذا واستغفراللہ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