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Law of Success October 14, 2012</w:t>
      </w:r>
    </w:p>
    <w:p>
      <w:r>
        <w:t>https://youtu.be/GdbQzSNdf70</w:t>
      </w:r>
    </w:p>
    <w:p>
      <w:r>
        <w:rPr>
          <w:b/>
        </w:rPr>
        <w:t xml:space="preserve">[00:15] </w:t>
      </w:r>
      <w:r>
        <w:t>bismillah rahman rahim.</w:t>
      </w:r>
    </w:p>
    <w:p>
      <w:pPr>
        <w:jc w:val="right"/>
      </w:pPr>
      <w:r>
        <w:t>بسم اللہ الرحمن الرحیم۔</w:t>
      </w:r>
    </w:p>
    <w:p>
      <w:r>
        <w:rPr>
          <w:b/>
        </w:rPr>
        <w:t xml:space="preserve">[00:20] </w:t>
      </w:r>
      <w:r>
        <w:t>wa sali allah ala nabiy al karim.</w:t>
      </w:r>
    </w:p>
    <w:p>
      <w:pPr>
        <w:jc w:val="right"/>
      </w:pPr>
      <w:r>
        <w:t>وصلی اللہ علی النبی الکریم۔</w:t>
      </w:r>
    </w:p>
    <w:p>
      <w:r>
        <w:rPr>
          <w:b/>
        </w:rPr>
        <w:t xml:space="preserve">[00:26] </w:t>
      </w:r>
      <w:r>
        <w:t>rab ishrah li sadri, wa yassir li amri, wah lul uqdatan min lisani, yafqahu qawli.</w:t>
      </w:r>
    </w:p>
    <w:p>
      <w:pPr>
        <w:jc w:val="right"/>
      </w:pPr>
      <w:r>
        <w:t>رب اشرح لیصدری، و یسرلی امری، واحلالعقدۃ من لسانی، یفقہ قولی۔</w:t>
      </w:r>
    </w:p>
    <w:p>
      <w:r>
        <w:rPr>
          <w:b/>
        </w:rPr>
        <w:t xml:space="preserve">[00:42] </w:t>
      </w:r>
      <w:r>
        <w:t>aaj ka topic hai: divine law of success. kamyabi ka khudaai qanoon.</w:t>
      </w:r>
    </w:p>
    <w:p>
      <w:pPr>
        <w:jc w:val="right"/>
      </w:pPr>
      <w:r>
        <w:t>آجکا ٹاپکہے: ڈیوائن لا آف سکسیس ۔ کامیابیکا خدائی قانون ۔</w:t>
      </w:r>
    </w:p>
    <w:p>
      <w:r>
        <w:rPr>
          <w:b/>
        </w:rPr>
        <w:t xml:space="preserve">[00:58] </w:t>
      </w:r>
      <w:r>
        <w:t>yeh topic mere zehn mein is tarah aaya ke aaj maine ek urdu akhbar mein sir syed ahmed khan ka ek tasveer ke saath ek article dekha.</w:t>
      </w:r>
    </w:p>
    <w:p>
      <w:pPr>
        <w:jc w:val="right"/>
      </w:pPr>
      <w:r>
        <w:t>یہ ٹاپک میرےذہنمیںاسطرحآیا کہ آج میںنے ایک اردواخبارمیں سرسیداحمد خان کا ایک تصویرکےساتھ ایک آرٹیکل دیکھا۔</w:t>
      </w:r>
    </w:p>
    <w:p>
      <w:r>
        <w:rPr>
          <w:b/>
        </w:rPr>
        <w:t xml:space="preserve">[01:17] </w:t>
      </w:r>
      <w:r>
        <w:t>us par likha hua tha: "Sir Syed Ahmed Khan, an epoch-making personality", yaani ek epoch-making personality.</w:t>
      </w:r>
    </w:p>
    <w:p>
      <w:pPr>
        <w:jc w:val="right"/>
      </w:pPr>
      <w:r>
        <w:t>اسپرلکھاہواتھا: "سرسیداحمد خان ایک احس اس شخص یت "،یعنیایک ایپوک میکنگ پرسنیلٹی۔</w:t>
      </w:r>
    </w:p>
    <w:p>
      <w:r>
        <w:rPr>
          <w:b/>
        </w:rPr>
        <w:t xml:space="preserve">[01:31] </w:t>
      </w:r>
      <w:r>
        <w:t>main sochne laga ke hamari ummat ne epoch making personality to paida ki, magar khud ehd kahan hai?</w:t>
      </w:r>
    </w:p>
    <w:p>
      <w:pPr>
        <w:jc w:val="right"/>
      </w:pPr>
      <w:r>
        <w:t>میں سوچنےلگا کہہماریامتنے احساسشخص یت توپیدا کی ،مگرخود عہدکہاںہے ؟</w:t>
      </w:r>
    </w:p>
    <w:p>
      <w:r>
        <w:rPr>
          <w:b/>
        </w:rPr>
        <w:t xml:space="preserve">[01:42] </w:t>
      </w:r>
      <w:r>
        <w:t>woh ahad kahan hai jinhon ne jan</w:t>
      </w:r>
    </w:p>
    <w:p>
      <w:pPr>
        <w:jc w:val="right"/>
      </w:pPr>
      <w:r>
        <w:t>وہ عہدکہاںہےجنہوںنےجن</w:t>
      </w:r>
    </w:p>
    <w:p>
      <w:r>
        <w:rPr>
          <w:b/>
        </w:rPr>
        <w:t xml:space="preserve">[01:46] </w:t>
      </w:r>
      <w:r>
        <w:t>hazrat ne paida kiya? ehsas shakhsiatain hain ke is ek se ek bharmar lagi hui hai, lekin ahad kahin dikhai nahin deta.</w:t>
      </w:r>
    </w:p>
    <w:p>
      <w:pPr>
        <w:jc w:val="right"/>
      </w:pPr>
      <w:r>
        <w:t>حضراتنےپیدا کیا ؟ احساسشخص یتیں ہیںکہ اسایک سےایک بھرمارلگیہوئیہے، لیکن عہدکہیںدکھائینہیںدیتا۔</w:t>
      </w:r>
    </w:p>
    <w:p>
      <w:r>
        <w:rPr>
          <w:b/>
        </w:rPr>
        <w:t xml:space="preserve">[01:58] </w:t>
      </w:r>
      <w:r>
        <w:t>mein aap ko misaal deta hoon.</w:t>
      </w:r>
    </w:p>
    <w:p>
      <w:pPr>
        <w:jc w:val="right"/>
      </w:pPr>
      <w:r>
        <w:t>میںآپکو مثالدیتاہوں۔</w:t>
      </w:r>
    </w:p>
    <w:p>
      <w:r>
        <w:rPr>
          <w:b/>
        </w:rPr>
        <w:t xml:space="preserve">[02:03] </w:t>
      </w:r>
      <w:r>
        <w:t>Sir Syed Ahmed Khan ne ab se 140 saal pehle ek call qaim kiya Aligarh mein, jo 1920 mein university ban gaya.</w:t>
      </w:r>
    </w:p>
    <w:p>
      <w:pPr>
        <w:jc w:val="right"/>
      </w:pPr>
      <w:r>
        <w:t>سرسیداحمد خاننے ابسے 1 4 0 سال پہلے ایک کال جقائمکیا علی گڑھمیں، جو 19 20 میںیونیورسٹیبنگیا۔</w:t>
      </w:r>
    </w:p>
    <w:p>
      <w:r>
        <w:rPr>
          <w:b/>
        </w:rPr>
        <w:t xml:space="preserve">[02:20] </w:t>
      </w:r>
      <w:r>
        <w:t>Sir Syed Ahmed Khan ne jo maqsad bataya tha us ka ke hum aise afraad paida karna chahte hain jin ke ek hath mein Quran ho, doosre hath mein science ho,</w:t>
      </w:r>
    </w:p>
    <w:p>
      <w:pPr>
        <w:jc w:val="right"/>
      </w:pPr>
      <w:r>
        <w:t>سرسیداحمد خان نے جو مقصد بتایاتھااسکاکہہمایسےافراد پیدا کرناچاہتےہیں جنکےایکہاتھمیں قرآنہو ، دوسرےہاتھمیں سائنسہو،</w:t>
      </w:r>
    </w:p>
    <w:p>
      <w:r>
        <w:rPr>
          <w:b/>
        </w:rPr>
        <w:t xml:space="preserve">[02:35] </w:t>
      </w:r>
      <w:r>
        <w:t>aur un ke sar par "La ilaha illallah" ka taaj ho.</w:t>
      </w:r>
    </w:p>
    <w:p>
      <w:pPr>
        <w:jc w:val="right"/>
      </w:pPr>
      <w:r>
        <w:t>اورانکےسر پر "لاالہالا اللہ"کاتاجہو۔</w:t>
      </w:r>
    </w:p>
    <w:p>
      <w:r>
        <w:rPr>
          <w:b/>
        </w:rPr>
        <w:t xml:space="preserve">[02:42] </w:t>
      </w:r>
      <w:r>
        <w:t>Mere ilm ke mutabiq is taqreeban dedh sau saal ke muddat guzarne ke baad bhi koi ek shakhs bhi paida nahin hua Aligarh ki sarzameen se jo is sifat ka hamil ho.</w:t>
      </w:r>
    </w:p>
    <w:p>
      <w:pPr>
        <w:jc w:val="right"/>
      </w:pPr>
      <w:r>
        <w:t>میرےعلم کےمطابق اس تقریباً ڈیڑھسوسال کے مدتگزرنےکےبعدبھی کوئی ایک شخص بھی پیدا نہیں ہوا علیگڑھکیسرزمینسے جو اس صفتکاحاملہو۔</w:t>
      </w:r>
    </w:p>
    <w:p>
      <w:r>
        <w:rPr>
          <w:b/>
        </w:rPr>
        <w:t xml:space="preserve">[02:59] </w:t>
      </w:r>
      <w:r>
        <w:t>Ahad toh behtar door ki baat hai. Ummat aisi ho, woh toh behtar door ki</w:t>
      </w:r>
    </w:p>
    <w:p>
      <w:pPr>
        <w:jc w:val="right"/>
      </w:pPr>
      <w:r>
        <w:t>عہدتوبہتدور کیباتہے۔ امتایسیہو ،وہتوبہتدور کی</w:t>
      </w:r>
    </w:p>
    <w:p>
      <w:r>
        <w:rPr>
          <w:b/>
        </w:rPr>
        <w:t xml:space="preserve">[03:04] </w:t>
      </w:r>
      <w:r>
        <w:t>baat hai. Koi ek fard</w:t>
      </w:r>
    </w:p>
    <w:p>
      <w:pPr>
        <w:jc w:val="right"/>
      </w:pPr>
      <w:r>
        <w:t>باتہے۔ کوئیایک فرد</w:t>
      </w:r>
    </w:p>
    <w:p>
      <w:r>
        <w:rPr>
          <w:b/>
        </w:rPr>
        <w:t xml:space="preserve">[03:08] </w:t>
      </w:r>
      <w:r>
        <w:t>jiske ek hath mein Quran ho, doosre hath mein science ho, sar par "La ilaha illallah" ka taaj ho. Toh phir mein sochne laga ke yeh toh bohat lamba kahani hai.</w:t>
      </w:r>
    </w:p>
    <w:p>
      <w:pPr>
        <w:jc w:val="right"/>
      </w:pPr>
      <w:r>
        <w:t>جسکےایکہاتھمیںقرآنہو،دوسرےہاتھمیں سائنسہو ، سر پر "لاالہالااللہ"کاتاجہو۔ توپھرمیںسوچنےلگاکہیہتو بہت لمبیکہانیہے۔</w:t>
      </w:r>
    </w:p>
    <w:p>
      <w:r>
        <w:rPr>
          <w:b/>
        </w:rPr>
        <w:t xml:space="preserve">[03:24] </w:t>
      </w:r>
      <w:r>
        <w:t>Dekhiye, bachpan se mein ek Quran ki ek aayat bohat sunta raha hoon. Bachpan se</w:t>
      </w:r>
    </w:p>
    <w:p>
      <w:pPr>
        <w:jc w:val="right"/>
      </w:pPr>
      <w:r>
        <w:t>دیکھیے، بچپنسے میں ایک قرآنکیایکآیتبہت سنتارہاہوں۔ بچپنسے</w:t>
      </w:r>
    </w:p>
    <w:p>
      <w:r>
        <w:rPr>
          <w:b/>
        </w:rPr>
        <w:t xml:space="preserve">[03:32] </w:t>
      </w:r>
      <w:r>
        <w:t>Har muqarrir, har likhne wala, har bolne wala Quran ki is aayat ko dohrata hai jo Surah Aal-e-Imran mein hai: "Antum al-ghaliboon in kuntum mu'mineen".</w:t>
      </w:r>
    </w:p>
    <w:p>
      <w:pPr>
        <w:jc w:val="right"/>
      </w:pPr>
      <w:r>
        <w:t>ہر مقرر ،ہر لکھ نےوالا،ہربولنےوالا قرآنکی اسآیتکودہراتاہے جو سورہآلعمرانمیںہے: "أنتم الظالمون إنكنتم مؤمنين"۔</w:t>
      </w:r>
    </w:p>
    <w:p>
      <w:r>
        <w:rPr>
          <w:b/>
        </w:rPr>
        <w:t xml:space="preserve">[03:50] </w:t>
      </w:r>
      <w:r>
        <w:t>Tum ghalib raho ge agar tum momin ho.</w:t>
      </w:r>
    </w:p>
    <w:p>
      <w:pPr>
        <w:jc w:val="right"/>
      </w:pPr>
      <w:r>
        <w:t>تم غالب رہوگے اگر تم مومنہو ۔</w:t>
      </w:r>
    </w:p>
    <w:p>
      <w:r>
        <w:rPr>
          <w:b/>
        </w:rPr>
        <w:t xml:space="preserve">[04:00] </w:t>
      </w:r>
      <w:r>
        <w:t>You will have the upperhand</w:t>
      </w:r>
    </w:p>
    <w:p>
      <w:pPr>
        <w:jc w:val="right"/>
      </w:pPr>
      <w:r>
        <w:t>You will have theupperhand</w:t>
      </w:r>
    </w:p>
    <w:p>
      <w:r>
        <w:rPr>
          <w:b/>
        </w:rPr>
        <w:t xml:space="preserve">[04:07] </w:t>
      </w:r>
      <w:r>
        <w:t>if you are believers.</w:t>
      </w:r>
    </w:p>
    <w:p>
      <w:pPr>
        <w:jc w:val="right"/>
      </w:pPr>
      <w:r>
        <w:t>if youare believers.</w:t>
      </w:r>
    </w:p>
    <w:p>
      <w:r>
        <w:rPr>
          <w:b/>
        </w:rPr>
        <w:t xml:space="preserve">[04:13] </w:t>
      </w:r>
      <w:r>
        <w:t>Toh mein bachpan se yeh sunta raha hoon ke log is ko dohrate hain, aur beshumar tehreekein uthein, jamaatein bani,</w:t>
      </w:r>
    </w:p>
    <w:p>
      <w:pPr>
        <w:jc w:val="right"/>
      </w:pPr>
      <w:r>
        <w:t>تومیں بچپنسے یہسنتارہاہوںکہلوگاسکودہراتےہیں، اور بےشمار تحریکیںاٹھیں، جماعتیںبنیں،</w:t>
      </w:r>
    </w:p>
    <w:p>
      <w:r>
        <w:rPr>
          <w:b/>
        </w:rPr>
        <w:t xml:space="preserve">[04:22] </w:t>
      </w:r>
      <w:r>
        <w:t>dhuwan dhar hangame jari hue.</w:t>
      </w:r>
    </w:p>
    <w:p>
      <w:pPr>
        <w:jc w:val="right"/>
      </w:pPr>
      <w:r>
        <w:t>دھواںدھارہنگامےجاریہوئے۔</w:t>
      </w:r>
    </w:p>
    <w:p>
      <w:r>
        <w:rPr>
          <w:b/>
        </w:rPr>
        <w:t xml:space="preserve">[04:28] </w:t>
      </w:r>
      <w:r>
        <w:t>Lekin kahan yeh waqea hua ke Musalman ghalib aa gaye? Musalman upper hand ban gaye.</w:t>
      </w:r>
    </w:p>
    <w:p>
      <w:pPr>
        <w:jc w:val="right"/>
      </w:pPr>
      <w:r>
        <w:t>لیکن کہاں یہواقعہ ہوا کہمس لمانغالب آگئے؟ مس لمان اپرہینڈبنگئے۔</w:t>
      </w:r>
    </w:p>
    <w:p>
      <w:r>
        <w:rPr>
          <w:b/>
        </w:rPr>
        <w:t xml:space="preserve">[04:38] </w:t>
      </w:r>
      <w:r>
        <w:t>Hum sab jante hain ke abhi tak Musalman lower hand bane hue hain. Do sau saal ki tareekh ke bawajood Musalman upper hand nahin bane, lower hand bane hue hain.</w:t>
      </w:r>
    </w:p>
    <w:p>
      <w:pPr>
        <w:jc w:val="right"/>
      </w:pPr>
      <w:r>
        <w:t>ہمسب جانتےہیںکہابھیتک مسلمان لوئرہینڈبنےہوئےہیں۔ دو سو سالکیتاریخ کے باوجود مس لمان اپرہینڈنہیںبنے، لوئرہینڈبنےہوئےہیں۔</w:t>
      </w:r>
    </w:p>
    <w:p>
      <w:r>
        <w:rPr>
          <w:b/>
        </w:rPr>
        <w:t xml:space="preserve">[04:51] </w:t>
      </w:r>
      <w:r>
        <w:t>Do sau saal is liye kehta hoon ke yeh tareekh shuru hui hai 1799 se, jab ke Sultan Tipu Angrezon se ladte hue mare gaye the.</w:t>
      </w:r>
    </w:p>
    <w:p>
      <w:pPr>
        <w:jc w:val="right"/>
      </w:pPr>
      <w:r>
        <w:t>دو سوسالمیںاسلیےکہتاہوںکہ یہتاریخ شروع ہوئیہے 17 9 9 سے ،جب کہ سلطان ٹیپو انگریزوںسےلڑتےہوئے مارےگئےتھے۔</w:t>
      </w:r>
    </w:p>
    <w:p>
      <w:r>
        <w:rPr>
          <w:b/>
        </w:rPr>
        <w:t xml:space="preserve">[05:04] </w:t>
      </w:r>
      <w:r>
        <w:t>Woh bhi mare gaye, un ki fauj bhi tabaah ho gayi. Toh yeh waqea kahan bana? Aur is ke baad tehreek par tehreek, jamaat par jamaat, hangame par hangame jo ab tak jari hain.</w:t>
      </w:r>
    </w:p>
    <w:p>
      <w:pPr>
        <w:jc w:val="right"/>
      </w:pPr>
      <w:r>
        <w:t>وہبھی مارےگئے،انکی فوجبھی تباہہوگئی۔ تویہواقعہکہاںبنا ؟ اوراسکےبعد تحریکپرتحریک،جماعتپر جماعت،ہنگامےپرہنگامے جوابتکجاریہیں۔</w:t>
      </w:r>
    </w:p>
    <w:p>
      <w:r>
        <w:rPr>
          <w:b/>
        </w:rPr>
        <w:t xml:space="preserve">[05:20] </w:t>
      </w:r>
      <w:r>
        <w:t>Toh mein sochne laga ke aakhir maamla kya hai?</w:t>
      </w:r>
    </w:p>
    <w:p>
      <w:pPr>
        <w:jc w:val="right"/>
      </w:pPr>
      <w:r>
        <w:t>تو میںسوچنےلگاکہآخرمعاملہکیاہے؟</w:t>
      </w:r>
    </w:p>
    <w:p>
      <w:r>
        <w:rPr>
          <w:b/>
        </w:rPr>
        <w:t xml:space="preserve">[05:28] </w:t>
      </w:r>
      <w:r>
        <w:t>Is ka matlab yeh hai ke aaj hamein reassess karna chahiye. Ab waqt yeh woh nahin hai ke hum isi ko repeat karein, repeat karein isi tareeqe ko jo Sultan Tipu aur doosre logon ne do sau saal tak apnaya aur aaj bhi apnaye hue hain.</w:t>
      </w:r>
    </w:p>
    <w:p>
      <w:pPr>
        <w:jc w:val="right"/>
      </w:pPr>
      <w:r>
        <w:t>اسکامطلبیہہےکہآج ہمیں ریایسسکرناچاہیے۔ اب وقت یہ وہنہیںہےکہہماسیکوریپیٹکریں،ریپیٹکریں اسی طریقےکوجو سلطان ٹیپواوردوسرےلوگوںنے دو سوسالتک اپنایا اورآجبھیاپنائےہوئےہیں۔</w:t>
      </w:r>
    </w:p>
    <w:p>
      <w:r>
        <w:rPr>
          <w:b/>
        </w:rPr>
        <w:t xml:space="preserve">[05:50] </w:t>
      </w:r>
      <w:r>
        <w:t>Ab waqt aa gaya hai reassessment ka.</w:t>
      </w:r>
    </w:p>
    <w:p>
      <w:pPr>
        <w:jc w:val="right"/>
      </w:pPr>
      <w:r>
        <w:t>اب وقت آگیاہے ریایسسمنٹکا۔</w:t>
      </w:r>
    </w:p>
    <w:p>
      <w:r>
        <w:rPr>
          <w:b/>
        </w:rPr>
        <w:t xml:space="preserve">[05:56] </w:t>
      </w:r>
      <w:r>
        <w:t>Reassessment ka. Toh reassessment ke liye kya bani adah ho, kya base ho, woh khud isi aayat mein maujood hai.</w:t>
      </w:r>
    </w:p>
    <w:p>
      <w:pPr>
        <w:jc w:val="right"/>
      </w:pPr>
      <w:r>
        <w:t>ری ایسسمنٹکا۔ تو ریایسسمنٹکےلیے کیا بنی ادہو،کیا بیسہو ،وہخود اسیآیتمیںموجود ہے۔</w:t>
      </w:r>
    </w:p>
    <w:p>
      <w:r>
        <w:rPr>
          <w:b/>
        </w:rPr>
        <w:t xml:space="preserve">[06:11] </w:t>
      </w:r>
      <w:r>
        <w:t>yeh surah Aal-e-Imran ki do ayaten hain, aap unko ghar ja kar ke khoob achhi tarah se parhiye aur mutala'ah kijiye.</w:t>
      </w:r>
    </w:p>
    <w:p>
      <w:pPr>
        <w:jc w:val="right"/>
      </w:pPr>
      <w:r>
        <w:t>یہ سورہآل عمرانکیدوآیتیںہیں، آپانکو گھرجاکرکے خوباچھیطرحسے پڑھیےاور مطالعہکیجئے۔</w:t>
      </w:r>
    </w:p>
    <w:p>
      <w:r>
        <w:rPr>
          <w:b/>
        </w:rPr>
        <w:t xml:space="preserve">[06:22] </w:t>
      </w:r>
      <w:r>
        <w:t>woh do ayaten is tarah hain: Surah Aal-e-Imran, ayat</w:t>
      </w:r>
    </w:p>
    <w:p>
      <w:pPr>
        <w:jc w:val="right"/>
      </w:pPr>
      <w:r>
        <w:t>وہ دوآیتیںاسطرح ہیں: سورہآلعمر ان، آیت</w:t>
      </w:r>
    </w:p>
    <w:p>
      <w:r>
        <w:rPr>
          <w:b/>
        </w:rPr>
        <w:t xml:space="preserve">[06:31] </w:t>
      </w:r>
      <w:r>
        <w:t>139 - La tahnoo wa la tahzanoo wa antumul a'aloon in kuntum momineen</w:t>
      </w:r>
    </w:p>
    <w:p>
      <w:pPr>
        <w:jc w:val="right"/>
      </w:pPr>
      <w:r>
        <w:t>1 3 9 ۔ لا تہنوا ولا تہزنوا وانتم العالون ان کنتم مومنین</w:t>
      </w:r>
    </w:p>
    <w:p>
      <w:r>
        <w:rPr>
          <w:b/>
        </w:rPr>
        <w:t xml:space="preserve">[06:41] </w:t>
      </w:r>
      <w:r>
        <w:t>in tum mas-sakum qarah fa qad mas-sa qawman minkum wa tilkal ayyamu nudawiluha baynan naas</w:t>
      </w:r>
    </w:p>
    <w:p>
      <w:pPr>
        <w:jc w:val="right"/>
      </w:pPr>
      <w:r>
        <w:t>ان ی مس کمکرہ فقط مثل قومکرہمثل وت لك الايام ندا وہابن الناس</w:t>
      </w:r>
    </w:p>
    <w:p>
      <w:r>
        <w:rPr>
          <w:b/>
        </w:rPr>
        <w:t xml:space="preserve">[06:52] </w:t>
      </w:r>
      <w:r>
        <w:t>iska transition yeh hai ke ae musalmano! tum afsos na karo, tum gham na karo, tum hi ghalib ho ge agar tum momin ho.</w:t>
      </w:r>
    </w:p>
    <w:p>
      <w:pPr>
        <w:jc w:val="right"/>
      </w:pPr>
      <w:r>
        <w:t>اسکا ٹرانزیشنیہہے کہ اےمسلمانوں! تم افسوسنہکرو ،تم غمنہکرو ، تم ہی غالبہوگے اگر تم مومنہو ۔</w:t>
      </w:r>
    </w:p>
    <w:p>
      <w:r>
        <w:rPr>
          <w:b/>
        </w:rPr>
        <w:t xml:space="preserve">[07:10] </w:t>
      </w:r>
      <w:r>
        <w:t>agar</w:t>
      </w:r>
    </w:p>
    <w:p>
      <w:pPr>
        <w:jc w:val="right"/>
      </w:pPr>
      <w:r>
        <w:t>اگر</w:t>
      </w:r>
    </w:p>
    <w:p>
      <w:r>
        <w:rPr>
          <w:b/>
        </w:rPr>
        <w:t xml:space="preserve">[07:11] </w:t>
      </w:r>
      <w:r>
        <w:t>tum ko chot pahunchi hai to doosri fariq ko bhi chot pahunchi hai, aur yeh din hum</w:t>
      </w:r>
    </w:p>
    <w:p>
      <w:pPr>
        <w:jc w:val="right"/>
      </w:pPr>
      <w:r>
        <w:t>تم کو چوٹپہنچیہے تو فریق ث انیکوبھیچوٹپہنچیہے، اور اندنوںکوہم</w:t>
      </w:r>
    </w:p>
    <w:p>
      <w:r>
        <w:rPr>
          <w:b/>
        </w:rPr>
        <w:t xml:space="preserve">[07:27] </w:t>
      </w:r>
      <w:r>
        <w:t>dohrate rehte hain, yani kabhi unke hisse mein, kabhi unke hisse mein. yeh hain do ayaten, is par ghaur kijiye.</w:t>
      </w:r>
    </w:p>
    <w:p>
      <w:pPr>
        <w:jc w:val="right"/>
      </w:pPr>
      <w:r>
        <w:t>دہراتےرہتےہیں،یعنیکبھی انکےحص ےمیں،کبھیانکےحصےمیں۔ یہہیں دوآیتیں، اسپر غورکیجئے۔</w:t>
      </w:r>
    </w:p>
    <w:p>
      <w:r>
        <w:rPr>
          <w:b/>
        </w:rPr>
        <w:t xml:space="preserve">[07:37] </w:t>
      </w:r>
      <w:r>
        <w:t>main sochte sochte jahan tak pahancha, woh yeh hai ke sari ghalati yeh hai ke 'in kuntum momineen' ka matlab log samajhte hain ke agar tum musalman ho, agar tum ne kalma padh kar ke apne ko musalman ke register mein andaraj kara liya hai, yeh samajhte hain.</w:t>
      </w:r>
    </w:p>
    <w:p>
      <w:pPr>
        <w:jc w:val="right"/>
      </w:pPr>
      <w:r>
        <w:t>میں سوچتے سوچتےجہاںتکپہنچا،وہیہہےکہ ساریغلطییہہےکہ ان کنتممومنینکامطلبلوگسمجھتےہیں کہاگرتم مس لمانہو ، اگر تم نےکلمہپڑھکرکےاپنےکو مس لمان کےرجسٹرمیں اند راجکروالیاہے، یہسمجھتےہیں۔</w:t>
      </w:r>
    </w:p>
    <w:p>
      <w:r>
        <w:rPr>
          <w:b/>
        </w:rPr>
        <w:t xml:space="preserve">[07:57] </w:t>
      </w:r>
      <w:r>
        <w:t>ghalati yahan hai.</w:t>
      </w:r>
    </w:p>
    <w:p>
      <w:pPr>
        <w:jc w:val="right"/>
      </w:pPr>
      <w:r>
        <w:t>غلطییہاںہے۔</w:t>
      </w:r>
    </w:p>
    <w:p>
      <w:r>
        <w:rPr>
          <w:b/>
        </w:rPr>
        <w:t xml:space="preserve">[08:01] </w:t>
      </w:r>
      <w:r>
        <w:t>Allah ka jo qanoon hai, woh apni jagah paatla hai, lekin hum ne jo interpretation nikal rakha hai, woh bilashubah bilkul besilis hai.</w:t>
      </w:r>
    </w:p>
    <w:p>
      <w:pPr>
        <w:jc w:val="right"/>
      </w:pPr>
      <w:r>
        <w:t>اللہ کاجو قانون ہے،وہاپنیجگہپارٹلہے، لیکن ہمنےجو انٹرپریشن کانکالرکھاہے، وہ بلاشبہبالکل بیسلیسہے۔</w:t>
      </w:r>
    </w:p>
    <w:p>
      <w:r>
        <w:rPr>
          <w:b/>
        </w:rPr>
        <w:t xml:space="preserve">[08:13] </w:t>
      </w:r>
      <w:r>
        <w:t>dekhiye, yahan par momineen ka matlab kya hai?</w:t>
      </w:r>
    </w:p>
    <w:p>
      <w:pPr>
        <w:jc w:val="right"/>
      </w:pPr>
      <w:r>
        <w:t>دیکھیں،یہاںپر مومنینکامطلبکیاہے ؟</w:t>
      </w:r>
    </w:p>
    <w:p>
      <w:r>
        <w:rPr>
          <w:b/>
        </w:rPr>
        <w:t xml:space="preserve">[08:19] </w:t>
      </w:r>
      <w:r>
        <w:t>is se murad hai woh afraad, woh jama'at, woh giroh jisko Allah ki ma'rifat ho, jo sunnat Allah ko jaane, jo aap jo divine law ko samjhe.</w:t>
      </w:r>
    </w:p>
    <w:p>
      <w:pPr>
        <w:jc w:val="right"/>
      </w:pPr>
      <w:r>
        <w:t>اسسے مراد ہے وہ افراد ،وہ جماعت،وہ گرو ہ جسکواللہ کیمعرفتہو ، جو سنتاللہ کو جان ے، جو آپ جو ڈیوائنلاکوسمجھے۔</w:t>
      </w:r>
    </w:p>
    <w:p>
      <w:r>
        <w:rPr>
          <w:b/>
        </w:rPr>
        <w:t xml:space="preserve">[08:37] </w:t>
      </w:r>
      <w:r>
        <w:t>tareekh mein Allah ta'ala ka qanoon kis tarah jari-o-sari hai, is ko daryaft kare.</w:t>
      </w:r>
    </w:p>
    <w:p>
      <w:pPr>
        <w:jc w:val="right"/>
      </w:pPr>
      <w:r>
        <w:t>تاریخ میں اللہ تعالی کا قانون کسطرح جاریوساریہے، اسکو دریافتکرے۔</w:t>
      </w:r>
    </w:p>
    <w:p>
      <w:r>
        <w:rPr>
          <w:b/>
        </w:rPr>
        <w:t xml:space="preserve">[08:47] </w:t>
      </w:r>
      <w:r>
        <w:t>divine law ki ma'rifat kya hai, is ko jaane aur phir apni planning kare, is ke mutabiq. yeh matlab hai is ka.</w:t>
      </w:r>
    </w:p>
    <w:p>
      <w:pPr>
        <w:jc w:val="right"/>
      </w:pPr>
      <w:r>
        <w:t>ڈیوائناسک یمآفتھنگز کیاہے، اسکو جانےاور پھر اپنی پلاننگکرے، اسکے مطابق ۔ یہ مطلبہےاسکا ۔</w:t>
      </w:r>
    </w:p>
    <w:p>
      <w:r>
        <w:rPr>
          <w:b/>
        </w:rPr>
        <w:t xml:space="preserve">[08:59] </w:t>
      </w:r>
      <w:r>
        <w:t>yeh nahin hai ke aap musalman ghar mein paida ho gaye, aap ne kalma padh liya to bas aap momin ho gaye. ab jo bhi sharah lagayenge, aap jo bhi hangama jari karenge, to ghalba aap ke liye hoga.</w:t>
      </w:r>
    </w:p>
    <w:p>
      <w:pPr>
        <w:jc w:val="right"/>
      </w:pPr>
      <w:r>
        <w:t>یہنہیںہےکہ آپ مس لمانگھرمیںپیدا ہوگئے، آپ نےکلمہپڑھلیا توبس آپ مومنگروہہوگئے۔ ابجوبھی شرح لگائیںگے،آپ جوبھیہنگامہجاریکریںگے، تو غلبہآپکےلیےہوگا۔</w:t>
      </w:r>
    </w:p>
    <w:p>
      <w:r>
        <w:rPr>
          <w:b/>
        </w:rPr>
        <w:t xml:space="preserve">[09:12] </w:t>
      </w:r>
      <w:r>
        <w:t>hargiz nahin, hargiz nahin, hargiz nahin.</w:t>
      </w:r>
    </w:p>
    <w:p>
      <w:pPr>
        <w:jc w:val="right"/>
      </w:pPr>
      <w:r>
        <w:t>ہرگز نہیں،ہرگزنہیں،ہرگزنہیں۔</w:t>
      </w:r>
    </w:p>
    <w:p>
      <w:r>
        <w:rPr>
          <w:b/>
        </w:rPr>
        <w:t xml:space="preserve">[09:17] </w:t>
      </w:r>
      <w:r>
        <w:t>aap ko daryaft karna padega divine law ki ma'rifat. aap ko daryaft karne ka divine law.</w:t>
      </w:r>
    </w:p>
    <w:p>
      <w:pPr>
        <w:jc w:val="right"/>
      </w:pPr>
      <w:r>
        <w:t>آپ کو دریا فت کرناپڑےگا ڈیوائناسک یمآفتھنگز۔ آپکو دریا فتکرنے کا ڈیوائن لاز۔</w:t>
      </w:r>
    </w:p>
    <w:p>
      <w:r>
        <w:rPr>
          <w:b/>
        </w:rPr>
        <w:t xml:space="preserve">[09:27] </w:t>
      </w:r>
      <w:r>
        <w:t>aap ko daryaft karne ka history Allah ta'ala kis tarah manage kar raha hai. phir is ko samajh kar, is ke mutabiq apne aap ko dhalna hoga. is ke mutabiq apni planning karni hogi.</w:t>
      </w:r>
    </w:p>
    <w:p>
      <w:pPr>
        <w:jc w:val="right"/>
      </w:pPr>
      <w:r>
        <w:t>آپ کو دریافتکرنے کا کہہسٹریکو اللہ تعالی کسطرح مینجکررہاہے۔ پھر اسکو سمجھکر،اسکے مطابق اپنےآپکو ڈھالناہوگا۔اسکےمطابق اپنیپلاننگکرنیہوگی۔</w:t>
      </w:r>
    </w:p>
    <w:p>
      <w:r>
        <w:rPr>
          <w:b/>
        </w:rPr>
        <w:t xml:space="preserve">[09:43] </w:t>
      </w:r>
      <w:r>
        <w:t>woh kya hai? woh isi do ayaton mein bataya hua hai</w:t>
      </w:r>
    </w:p>
    <w:p>
      <w:pPr>
        <w:jc w:val="right"/>
      </w:pPr>
      <w:r>
        <w:t>وہکیا ہے ؟وہ اسی دوآیتوںمیںبتایاہواہے</w:t>
      </w:r>
    </w:p>
    <w:p>
      <w:r>
        <w:rPr>
          <w:b/>
        </w:rPr>
        <w:t xml:space="preserve">[09:52] </w:t>
      </w:r>
      <w:r>
        <w:t>ke tum gham na karo, fikr na karo, balke tum sunnat Allah ko daryaft karo.</w:t>
      </w:r>
    </w:p>
    <w:p>
      <w:pPr>
        <w:jc w:val="right"/>
      </w:pPr>
      <w:r>
        <w:t>کہ تم غمنہکرو،فکر نہ کرو، بلکہ تم سنتاللہکودریا فتکرو۔</w:t>
      </w:r>
    </w:p>
    <w:p>
      <w:r>
        <w:rPr>
          <w:b/>
        </w:rPr>
        <w:t xml:space="preserve">[10:06] </w:t>
      </w:r>
      <w:r>
        <w:t>aur phir yeh jo farmaya hai ke agar tum ko zakhm pahunchi hai to un ko bhi zakhm pahunchi hai.</w:t>
      </w:r>
    </w:p>
    <w:p>
      <w:pPr>
        <w:jc w:val="right"/>
      </w:pPr>
      <w:r>
        <w:t>اورپھریہ جوفرمایاہےکہ اگر تم کو زخمپہنچیہے تو انکوبھی زخمپہنچیے۔</w:t>
      </w:r>
    </w:p>
    <w:p>
      <w:r>
        <w:rPr>
          <w:b/>
        </w:rPr>
        <w:t xml:space="preserve">[10:16] </w:t>
      </w:r>
      <w:r>
        <w:t>aur yeh to dono taraf ka mamla hai, kabhi un ko, kabhi un ko. ab main aap ko is ayat ki tashreeh ke liye ek 'amli misaal ki taraf le aata hoon.</w:t>
      </w:r>
    </w:p>
    <w:p>
      <w:pPr>
        <w:jc w:val="right"/>
      </w:pPr>
      <w:r>
        <w:t>اور یہتو دونوںطرف کامعاملہہے،کبھیانکو،کبھیانکو ۔ ابمیں آپ کو اس آیتکیتشریحکےلیے ایک عم لی مثالکیطرفلےآتاہوں۔</w:t>
      </w:r>
    </w:p>
    <w:p>
      <w:r>
        <w:rPr>
          <w:b/>
        </w:rPr>
        <w:t xml:space="preserve">[10:28] </w:t>
      </w:r>
      <w:r>
        <w:t>maujud duniya mein sab se bada jo case hai musalmanon ka, woh hai Palestine ka case. sab se bada. saare musalmanon ke jazbat is se jure hue hain.</w:t>
      </w:r>
    </w:p>
    <w:p>
      <w:pPr>
        <w:jc w:val="right"/>
      </w:pPr>
      <w:r>
        <w:t>موجود دنیا میںسب سے بڑا جو کیسہےمسلمانوںکا،وہہے فلسطینکاکیس۔ سبسےبڑا۔ سارے مسلمانوںکے جذباتاسسےجڑےہوئےہیں۔</w:t>
      </w:r>
    </w:p>
    <w:p>
      <w:r>
        <w:rPr>
          <w:b/>
        </w:rPr>
        <w:t xml:space="preserve">[10:41] </w:t>
      </w:r>
      <w:r>
        <w:t>saare musalmanon ka ta'awun is is se wabasta hai. pichhle 60 saal mein 10 trillion dollar se zyada kharch kiya ja chuka hai Palestine ke muhaaz par.</w:t>
      </w:r>
    </w:p>
    <w:p>
      <w:pPr>
        <w:jc w:val="right"/>
      </w:pPr>
      <w:r>
        <w:t>سارے مسلمانوںکاتعاون اس اسسےوابستہہے۔ پچھلے 60سالمیں 10 ٹریلینڈالرسےزیادہ خرچکیا جاچکاہے فلسطینکےمحاذپر ۔</w:t>
      </w:r>
    </w:p>
    <w:p>
      <w:r>
        <w:rPr>
          <w:b/>
        </w:rPr>
        <w:t xml:space="preserve">[10:55] </w:t>
      </w:r>
      <w:r>
        <w:t>to saare musalmanon ka. main jab chhota tha, tab maine ek ek megazine dekha, is mein masjid aqsa ki tasveer bani hui thi.</w:t>
      </w:r>
    </w:p>
    <w:p>
      <w:pPr>
        <w:jc w:val="right"/>
      </w:pPr>
      <w:r>
        <w:t>تو سارے مسلمانوںکا ۔میںجب چھوٹاتھا، تب میںنے ایک ایکمی گزیندیکھا،اسمیں مسجداقصیٰکیتصویربنیہوئیتھی۔</w:t>
      </w:r>
    </w:p>
    <w:p>
      <w:r>
        <w:rPr>
          <w:b/>
        </w:rPr>
        <w:t xml:space="preserve">[11:07] </w:t>
      </w:r>
      <w:r>
        <w:t>iske neeche likha hua tha ke masjid aqsa, jis ke oopar tamam dunya ke musalmanon ki jaan nisaar hain. itni lambi muddat hai is jud-o-juhd ki.</w:t>
      </w:r>
    </w:p>
    <w:p>
      <w:pPr>
        <w:jc w:val="right"/>
      </w:pPr>
      <w:r>
        <w:t>اسکے نیچےلکھاہواتھا کہ مسجد اقصیٰ،جس کےاوپر تمام دنیا کے مسلمانوںکیجان یںنثار ہیں۔ اتنیلمبی مدتہےاس جد وجہدکی۔</w:t>
      </w:r>
    </w:p>
    <w:p>
      <w:r>
        <w:rPr>
          <w:b/>
        </w:rPr>
        <w:t xml:space="preserve">[11:21] </w:t>
      </w:r>
      <w:r>
        <w:t>aur jud-o-juhd ka natija kya hai?</w:t>
      </w:r>
    </w:p>
    <w:p>
      <w:pPr>
        <w:jc w:val="right"/>
      </w:pPr>
      <w:r>
        <w:t>اور جد وجہدکانتیجہکیاہے؟</w:t>
      </w:r>
    </w:p>
    <w:p>
      <w:r>
        <w:rPr>
          <w:b/>
        </w:rPr>
        <w:t xml:space="preserve">[11:24] </w:t>
      </w:r>
      <w:r>
        <w:t>bilkul fa-al-een nahin, balke ulta. yaani counter productive. dekhiye, falastini tehreek jo shuru hui hai musalmanon ki ya arabon ki,</w:t>
      </w:r>
    </w:p>
    <w:p>
      <w:pPr>
        <w:jc w:val="right"/>
      </w:pPr>
      <w:r>
        <w:t>بالکل فع لینہیں،بلکہالٹا۔ یعنی کاؤنٹر پروڈکٹیو۔ دیکھیے، فلسطینی تحریکجوشروع ہوئیہے مسلمانوںکی یاعرب وںکی،</w:t>
      </w:r>
    </w:p>
    <w:p>
      <w:r>
        <w:rPr>
          <w:b/>
        </w:rPr>
        <w:t xml:space="preserve">[11:40] </w:t>
      </w:r>
      <w:r>
        <w:t>1948 mein, jab british government thi, british empire qaim tha, unhon ne balfour commission bithaya.</w:t>
      </w:r>
    </w:p>
    <w:p>
      <w:pPr>
        <w:jc w:val="right"/>
      </w:pPr>
      <w:r>
        <w:t>1 9 4 8 میں ،جب برٹش گورنمنٹتھی، برٹشایمپائرقائمتھا، انہوں نے بال فورکمیشنبٹھایا۔</w:t>
      </w:r>
    </w:p>
    <w:p>
      <w:r>
        <w:rPr>
          <w:b/>
        </w:rPr>
        <w:t xml:space="preserve">[11:53] </w:t>
      </w:r>
      <w:r>
        <w:t>balfour ek angrez tha, ek. is ne kya kiya? ke roughly is ne ek partition kiya aur roughly aadha hissa diya arabon ko, aadha hissa diya israel ko.</w:t>
      </w:r>
    </w:p>
    <w:p>
      <w:pPr>
        <w:jc w:val="right"/>
      </w:pPr>
      <w:r>
        <w:t>بال فورایکانگریزتھا،ایک ۔اسنے کیا کیا ؟کہ رفلی اسنےایک پارٹیشنکیا اور رفلیآدھاحصہدیا عرب وںکو،آدھاحصہدیا اسرائیلکو ۔</w:t>
      </w:r>
    </w:p>
    <w:p>
      <w:r>
        <w:rPr>
          <w:b/>
        </w:rPr>
        <w:t xml:space="preserve">[12:08] </w:t>
      </w:r>
      <w:r>
        <w:t>bas wahan se shuru ho gayi tehreek musalmanon ki. hasan al banna us waqt zinda the, jo ikhwan al muslimoon ke bani hain.</w:t>
      </w:r>
    </w:p>
    <w:p>
      <w:pPr>
        <w:jc w:val="right"/>
      </w:pPr>
      <w:r>
        <w:t>بس وہاںسے شروع ہوگئیتحریکمسلمانوںکی۔ حسن البنااسوقت زندہتھے، جو اخوان مسلمونکے بانیہیں۔</w:t>
      </w:r>
    </w:p>
    <w:p>
      <w:r>
        <w:rPr>
          <w:b/>
        </w:rPr>
        <w:t xml:space="preserve">[12:20] </w:t>
      </w:r>
      <w:r>
        <w:t>unhon ne cairo ki sarkon par juloos nikala. kaha jata hai ke is mein ek lakh arab shareek the aur naare laga rahe the: "labbaik ya falasteen, labbaik ya falasteen".</w:t>
      </w:r>
    </w:p>
    <w:p>
      <w:pPr>
        <w:jc w:val="right"/>
      </w:pPr>
      <w:r>
        <w:t>انہوں نے قاہرہکیسڑکوںپرجلوسنکالا۔ کہاجاتاہےکہاسمیںایک لاکھ عرب شریکتھے اور نعرہلگارہےتھے:"لب یک یا فلسطین،لب یکیافلسطین"۔</w:t>
      </w:r>
    </w:p>
    <w:p>
      <w:r>
        <w:rPr>
          <w:b/>
        </w:rPr>
        <w:t xml:space="preserve">[12:34] </w:t>
      </w:r>
      <w:r>
        <w:t>us waqt se aaj tak yeh jaari hai. khooni jud-o-juhd, khooni. aur mila kya? dekhein, 1948 mein falasteen ka aadha hissa arabon ke paas tha,</w:t>
      </w:r>
    </w:p>
    <w:p>
      <w:pPr>
        <w:jc w:val="right"/>
      </w:pPr>
      <w:r>
        <w:t>اس وقت سےآجتک یہ جاریہے۔ خونیجد وجہد،خونی ۔ اورملاکیا ؟ دیکھیں، 19 4 8 میں فلسطینکا آدھاحصہ عربوںکےپاستھا،</w:t>
      </w:r>
    </w:p>
    <w:p>
      <w:r>
        <w:rPr>
          <w:b/>
        </w:rPr>
        <w:t xml:space="preserve">[12:51] </w:t>
      </w:r>
      <w:r>
        <w:t>including jerusalem, including bait ul maqdis.</w:t>
      </w:r>
    </w:p>
    <w:p>
      <w:pPr>
        <w:jc w:val="right"/>
      </w:pPr>
      <w:r>
        <w:t>انکلوڈنگ یروشلم، انکلوڈنگ بیت المقدس ۔</w:t>
      </w:r>
    </w:p>
    <w:p>
      <w:r>
        <w:rPr>
          <w:b/>
        </w:rPr>
        <w:t xml:space="preserve">[12:57] </w:t>
      </w:r>
      <w:r>
        <w:t>aaj kya hai? aaj falasteen ka hardly 5 percent un ke paas hai.</w:t>
      </w:r>
    </w:p>
    <w:p>
      <w:pPr>
        <w:jc w:val="right"/>
      </w:pPr>
      <w:r>
        <w:t>آجکیاہے؟ آج فلس طین کا ہارڈلی 5 پرسنٹانکےپاسہے۔</w:t>
      </w:r>
    </w:p>
    <w:p>
      <w:r>
        <w:rPr>
          <w:b/>
        </w:rPr>
        <w:t xml:space="preserve">[13:07] </w:t>
      </w:r>
      <w:r>
        <w:t>yaani 48 mein dono ke paas aadha aadha tha, aadha aadha. aaj yeh haal hai ke israel ke paas falasteen ka 95 percent hai aur arabon ke paas sirf ba-shakal 5 percent.</w:t>
      </w:r>
    </w:p>
    <w:p>
      <w:pPr>
        <w:jc w:val="right"/>
      </w:pPr>
      <w:r>
        <w:t>یعنی 4 8 میںدونوںکےپاسآدھاآدھاتھا،آدھاآدھا۔ آج یہحال ہےکہ اسرائیلکےپاس فلسطینکا 9 5 پرسنٹہے اور عرب وںکےپاس صرف بم شکل 5 پرسنٹ۔</w:t>
      </w:r>
    </w:p>
    <w:p>
      <w:r>
        <w:rPr>
          <w:b/>
        </w:rPr>
        <w:t xml:space="preserve">[13:26] </w:t>
      </w:r>
      <w:r>
        <w:t>to yeh jud-o-juhd kahan gayi? beshumar janen halaak huin, beshumar paisa barbaad hua aur nafraton ka janglaag gaya saari dunya mein musalmanon ke darmiyan.</w:t>
      </w:r>
    </w:p>
    <w:p>
      <w:pPr>
        <w:jc w:val="right"/>
      </w:pPr>
      <w:r>
        <w:t>تو یہ جد وجہدکہاںگئی؟ بےشمار جانیںہلاکہوئیں، بےشمار پیسہبربادہوا اور نفرتوںکاجنگلاگایاساری دنیا میںمسلمانوںکے درمیان۔</w:t>
      </w:r>
    </w:p>
    <w:p>
      <w:r>
        <w:rPr>
          <w:b/>
        </w:rPr>
        <w:t xml:space="preserve">[13:38] </w:t>
      </w:r>
      <w:r>
        <w:t>nafrat hi hai, nafrat, nafrat hi hai, nafrat. mila kya? kuch bhi nahin mila</w:t>
      </w:r>
    </w:p>
    <w:p>
      <w:pPr>
        <w:jc w:val="right"/>
      </w:pPr>
      <w:r>
        <w:t>نفرتہیہے،نفرت،نفرتہیہے،نفرت۔ ملاکیا ؟ کچھبھینہیںم</w:t>
      </w:r>
    </w:p>
    <w:p>
      <w:r>
        <w:rPr>
          <w:b/>
        </w:rPr>
        <w:t xml:space="preserve">[13:45] </w:t>
      </w:r>
      <w:r>
        <w:t>mila. to dekhiye, in logon ne, yaani arabon, chahe arab hon ya ghair arab, unhon ne ghaur nahin kiya quran ki roshni mein ke is masle ka kya quraani hal hai?</w:t>
      </w:r>
    </w:p>
    <w:p>
      <w:pPr>
        <w:jc w:val="right"/>
      </w:pPr>
      <w:r>
        <w:t>لا۔تودیکھیے، انلوگوںنے،یعنیعرب وں، چاہےعرب ہوںیانانعرب ، انہوں نے غورنہیں کیا قرآنکیروشنی میں کہ اس مسئلےکا کیا قرآنیحلہے؟</w:t>
      </w:r>
    </w:p>
    <w:p>
      <w:r>
        <w:rPr>
          <w:b/>
        </w:rPr>
        <w:t xml:space="preserve">[13:59] </w:t>
      </w:r>
      <w:r>
        <w:t>allah ka, yaani divine, divine law of success yeh hai, is ke mutabiq hamein kya karna chahiye?</w:t>
      </w:r>
    </w:p>
    <w:p>
      <w:pPr>
        <w:jc w:val="right"/>
      </w:pPr>
      <w:r>
        <w:t>اللہ کا، یعنی ڈیوائن، ڈیوائن لاآفسکسیسجوہے،اسکےمطابق ہمیںکیاکرناچاہیے؟</w:t>
      </w:r>
    </w:p>
    <w:p>
      <w:r>
        <w:rPr>
          <w:b/>
        </w:rPr>
        <w:t xml:space="preserve">[14:09] </w:t>
      </w:r>
      <w:r>
        <w:t>halanke isi ayat mein yeh bata diya gaya tha: "agar tum ko chot lagi hai to tum se pehle in ko bhi chot lag chuki hai". ab is ko aap falasteen par apply kar ke dekhiye.</w:t>
      </w:r>
    </w:p>
    <w:p>
      <w:pPr>
        <w:jc w:val="right"/>
      </w:pPr>
      <w:r>
        <w:t>حالانکہاسی آیتمیںیہبتادیاگیاتھا:"اگرتم کو چوٹلگیہے تو تم سے پہلے انکوبھیچوٹلگچکیہے"۔ اباسکوآپ فلسطینپراپلائیکرکےدیکھیے۔</w:t>
      </w:r>
    </w:p>
    <w:p>
      <w:r>
        <w:rPr>
          <w:b/>
        </w:rPr>
        <w:t xml:space="preserve">[14:27] </w:t>
      </w:r>
      <w:r>
        <w:t>yaani falasteen jo hai, 1948 mein is ka aadha hissa diya gaya israel ko. aadha hissa. achha, is se pehle hazrat umar farooq ke zamane mein falasteen musalmanon ke qabze mein aaya tha,</w:t>
      </w:r>
    </w:p>
    <w:p>
      <w:pPr>
        <w:jc w:val="right"/>
      </w:pPr>
      <w:r>
        <w:t>یعنی فلس طینجوہے، 19 4 8 میں اسکا آدھاحصہدیاگیا اسرائیلکو ۔ آدھاحصہ ۔اچھا،اسسےپہلے حضرتعمر فاروقکےزمان ےمیں فلس طین مسلمانوںکےقبضےمیںآیاتھا،</w:t>
      </w:r>
    </w:p>
    <w:p>
      <w:r>
        <w:rPr>
          <w:b/>
        </w:rPr>
        <w:t xml:space="preserve">[14:44] </w:t>
      </w:r>
      <w:r>
        <w:t>yaani 639 mein. 639 mein. to us waqt poora falasteen musalmanon ke qabze mein chala gaya tha.</w:t>
      </w:r>
    </w:p>
    <w:p>
      <w:pPr>
        <w:jc w:val="right"/>
      </w:pPr>
      <w:r>
        <w:t>یعنی 6 3 9 میں۔ 6 3 9 میں۔ تواسوقت پورافلسطینمسلمانوںکےقبضےمیںچلاگیاتھا۔</w:t>
      </w:r>
    </w:p>
    <w:p>
      <w:r>
        <w:rPr>
          <w:b/>
        </w:rPr>
        <w:t xml:space="preserve">[14:59] </w:t>
      </w:r>
      <w:r>
        <w:t>us waqt wahan par kya tha? room n bait, byzantine empire ke zamane mein tha. christian ke qabze mein tha falasteen.</w:t>
      </w:r>
    </w:p>
    <w:p>
      <w:pPr>
        <w:jc w:val="right"/>
      </w:pPr>
      <w:r>
        <w:t>اس وقت وہاںپر کیا تھا؟ روم ن بیت،بازنتینی ایمپائرکےزمان ےتھا۔ کرسچنکےقبضےمیںتھا فلسطین۔</w:t>
      </w:r>
    </w:p>
    <w:p>
      <w:r>
        <w:rPr>
          <w:b/>
        </w:rPr>
        <w:t xml:space="preserve">[15:09] </w:t>
      </w:r>
      <w:r>
        <w:t>poora falasteen jo tha, woh christian ke qabze mein tha. wahan yahood bhi rehte the. political jo power tha, woh christian ke paas tha.</w:t>
      </w:r>
    </w:p>
    <w:p>
      <w:pPr>
        <w:jc w:val="right"/>
      </w:pPr>
      <w:r>
        <w:t>پورافلس طینجوتھا، وہ کرسچنکےقبضےمیںتھا۔ وہاںیہودبھیرہتےتھے۔ پولیٹیکل جو پاورتھا، وہ کرسچنکےپاستھا۔</w:t>
      </w:r>
    </w:p>
    <w:p>
      <w:r>
        <w:rPr>
          <w:b/>
        </w:rPr>
        <w:t xml:space="preserve">[15:20] </w:t>
      </w:r>
      <w:r>
        <w:t>musalmanon ne un se cheen liya. wahan un ka ikhtedar qaim hua</w:t>
      </w:r>
    </w:p>
    <w:p>
      <w:pPr>
        <w:jc w:val="right"/>
      </w:pPr>
      <w:r>
        <w:t>مس لمانوںنےانسےچھینلیا۔ وہاںانکااقتدارقائمہوا</w:t>
      </w:r>
    </w:p>
    <w:p>
      <w:r>
        <w:rPr>
          <w:b/>
        </w:rPr>
        <w:t xml:space="preserve">[15:26] </w:t>
      </w:r>
      <w:r>
        <w:t>aur lambi muddat tak un ka ikhtedar wahan par qaim raha, usmani empire tak. 1948 mein yeh equation badla.</w:t>
      </w:r>
    </w:p>
    <w:p>
      <w:pPr>
        <w:jc w:val="right"/>
      </w:pPr>
      <w:r>
        <w:t>اور لمبیمدتتکانکا اقتداروہاںپرقائمرہا، عثمانی ایمپائرتک۔ 1 9 4 8 میں یہ ایکویشنبد لا۔</w:t>
      </w:r>
    </w:p>
    <w:p>
      <w:r>
        <w:rPr>
          <w:b/>
        </w:rPr>
        <w:t xml:space="preserve">[15:39] </w:t>
      </w:r>
      <w:r>
        <w:t>ayat kya keh rahi hai? fa in ashabakum quruha fa mithla qawmin mithla</w:t>
      </w:r>
    </w:p>
    <w:p>
      <w:pPr>
        <w:jc w:val="right"/>
      </w:pPr>
      <w:r>
        <w:t>آیتکیاکہہرہیہے؟ فإنأصحابكم قره فقط مثل قوم مثل</w:t>
      </w:r>
    </w:p>
    <w:p>
      <w:r>
        <w:rPr>
          <w:b/>
        </w:rPr>
        <w:t xml:space="preserve">[15:46] </w:t>
      </w:r>
      <w:r>
        <w:t>is ka ayat yeh keh rahi hai ke agar 1948 mein falasteen ka aadha hissa israel ne le liya hai to is se pehle 639 mein tum poora poora falasteen le chuke the,</w:t>
      </w:r>
    </w:p>
    <w:p>
      <w:pPr>
        <w:jc w:val="right"/>
      </w:pPr>
      <w:r>
        <w:t>اسکا آیتیہکہہرہیہےکہاگر 19 4 8 میں فلسطینکا آدھاحصہ اسرائیلنےلےلیاہے تو اسسے پہلے 6 3 9 میں تمپوراپورافلسطینلےچکےتھے،</w:t>
      </w:r>
    </w:p>
    <w:p>
      <w:r>
        <w:rPr>
          <w:b/>
        </w:rPr>
        <w:t xml:space="preserve">[16:03] </w:t>
      </w:r>
      <w:r>
        <w:t>ise chheencha tha. unhon ne tumne chheenta, chheentha tha poora falasteen. aaj to unhon ne sirf aadha hi chheentha hai, phir bhi aadha tumhare paas hai.</w:t>
      </w:r>
    </w:p>
    <w:p>
      <w:pPr>
        <w:jc w:val="right"/>
      </w:pPr>
      <w:r>
        <w:t>اسے چھینچکےتھے۔ انہوں نے تمنے چھینتا، چھیناتھاپورافلسطین۔ آجتوانہوںنےصرفآدھاہیچھیناہے، پھربھیآدھاتمہارےپاسہے۔</w:t>
      </w:r>
    </w:p>
    <w:p>
      <w:r>
        <w:rPr>
          <w:b/>
        </w:rPr>
        <w:t xml:space="preserve">[16:13] </w:t>
      </w:r>
      <w:r>
        <w:t>to maamla to barabar ho gaya.</w:t>
      </w:r>
    </w:p>
    <w:p>
      <w:pPr>
        <w:jc w:val="right"/>
      </w:pPr>
      <w:r>
        <w:t>تو معاملہتوبرابرہوگیا۔</w:t>
      </w:r>
    </w:p>
    <w:p>
      <w:r>
        <w:rPr>
          <w:b/>
        </w:rPr>
        <w:t xml:space="preserve">[16:16] </w:t>
      </w:r>
      <w:r>
        <w:t>is par ladaai kiya hai? ta kalayyam nadawa ibn al-nas kabhi political power tumhare paas rahega, kabhi unke paas rahega.</w:t>
      </w:r>
    </w:p>
    <w:p>
      <w:pPr>
        <w:jc w:val="right"/>
      </w:pPr>
      <w:r>
        <w:t>اسپر لڑائیکیاہے؟ وت لكالايام نداو ہا بن الناس کبھی پولیٹیکلپاورتمہارےپاسرہےگا،کبھیانکےپاسرہےگا۔</w:t>
      </w:r>
    </w:p>
    <w:p>
      <w:r>
        <w:rPr>
          <w:b/>
        </w:rPr>
        <w:t xml:space="preserve">[16:27] </w:t>
      </w:r>
      <w:r>
        <w:t>yeh hai sunnat allah, yeh hai law of nature, yeh hai divine law of success. lekin saare arbon ne, saare musalmanon ne, without any exception, kya kiya?</w:t>
      </w:r>
    </w:p>
    <w:p>
      <w:pPr>
        <w:jc w:val="right"/>
      </w:pPr>
      <w:r>
        <w:t>یہہے سنت اللہ ،یہہے لاآفنیچر ،یہہے ڈیوائنلاآفسکسیس۔ لیکن سارےعرب وںنے،سارے مس لمانوںنے، وداآؤٹاینیایکسیپشن، کیا کیا ؟</w:t>
      </w:r>
    </w:p>
    <w:p>
      <w:r>
        <w:rPr>
          <w:b/>
        </w:rPr>
        <w:t xml:space="preserve">[16:42] </w:t>
      </w:r>
      <w:r>
        <w:t>quran ki in aayaton ko nazar andaaz karke bas dhamkiya ki sun rabah fil barahmi yahood ko dhakail denge samandar mein, hum phir qabza karenge falasteen par.</w:t>
      </w:r>
    </w:p>
    <w:p>
      <w:pPr>
        <w:jc w:val="right"/>
      </w:pPr>
      <w:r>
        <w:t>قرآنکی انآیتوںکونظر اندازکرکے بس دھممچادیا کہ سن ربح فی البر ہمیہودکو دھکیلدیںگے سمندرمیں، ہمپھر قبضہکریںگےفلسطینپر ۔</w:t>
      </w:r>
    </w:p>
    <w:p>
      <w:r>
        <w:rPr>
          <w:b/>
        </w:rPr>
        <w:t xml:space="preserve">[16:58] </w:t>
      </w:r>
      <w:r>
        <w:t>yeh bilashubah quran ki iski mafthang ke khilaaf tha.</w:t>
      </w:r>
    </w:p>
    <w:p>
      <w:pPr>
        <w:jc w:val="right"/>
      </w:pPr>
      <w:r>
        <w:t>یہ بلاشبہ قرآنکی اسک یمآفتھنگکےخلاف تھا۔</w:t>
      </w:r>
    </w:p>
    <w:p>
      <w:r>
        <w:rPr>
          <w:b/>
        </w:rPr>
        <w:t xml:space="preserve">[17:04] </w:t>
      </w:r>
      <w:r>
        <w:t>quran keh raha hai ke ta kalayyam nadawa ibn al-nas yaani political power kisi ki manapoline nahin hai. political power kisi ki manapoline nahin hai.</w:t>
      </w:r>
    </w:p>
    <w:p>
      <w:pPr>
        <w:jc w:val="right"/>
      </w:pPr>
      <w:r>
        <w:t>قرآنکہہرہاہےکہ ت لكالايام نداوہابن الناس یعنیپولیٹیکلپ اور کسی کی مناپلینہیںہے۔ پولیٹیکلپاورکسی کیمن اپلینہیںہے۔</w:t>
      </w:r>
    </w:p>
    <w:p>
      <w:r>
        <w:rPr>
          <w:b/>
        </w:rPr>
        <w:t xml:space="preserve">[17:17] </w:t>
      </w:r>
      <w:r>
        <w:t>kabhi roomiyon ke paas tha, phir musalmanon ke paas aaya. ab iska aadha hissa yahoodiyon ke paas hai. yeh to hota hi rahega, according to the divine law.</w:t>
      </w:r>
    </w:p>
    <w:p>
      <w:pPr>
        <w:jc w:val="right"/>
      </w:pPr>
      <w:r>
        <w:t>کبھیروم نزکےپاستھا، پھر مسلمانوںکےپاسآیا۔ اباسکاآدھاحصہ یہودوںکےپاسہے۔ یہتوہوتاہیرہےگا، اکارڈنگٹودیڈیوائنلا۔</w:t>
      </w:r>
    </w:p>
    <w:p>
      <w:r>
        <w:rPr>
          <w:b/>
        </w:rPr>
        <w:t xml:space="preserve">[17:30] </w:t>
      </w:r>
      <w:r>
        <w:t>ta kalayyam nadawa ibn al-nas</w:t>
      </w:r>
    </w:p>
    <w:p>
      <w:pPr>
        <w:jc w:val="right"/>
      </w:pPr>
      <w:r>
        <w:t>ت لكالايام نداو ہابنالناس</w:t>
      </w:r>
    </w:p>
    <w:p>
      <w:r>
        <w:rPr>
          <w:b/>
        </w:rPr>
        <w:t xml:space="preserve">[17:34] </w:t>
      </w:r>
      <w:r>
        <w:t>to yeh musalman kyon yahan haar rahe hain? kyonke woh yahood se nahin lad rahe hain, woh allah ke qanoon se lad rahe hain, woh sunnat allah se lad rahe hain.</w:t>
      </w:r>
    </w:p>
    <w:p>
      <w:pPr>
        <w:jc w:val="right"/>
      </w:pPr>
      <w:r>
        <w:t>تو یہ مسلمان کیوں یہاں ہاررہےہیں؟ کیونکہوہ یہودسےنہیںلڑرہےہیں، وہ اللہ کے قانون سےلڑرہےہیں، وہ سنتاللہسےلڑرہےہیں۔</w:t>
      </w:r>
    </w:p>
    <w:p>
      <w:r>
        <w:rPr>
          <w:b/>
        </w:rPr>
        <w:t xml:space="preserve">[17:49] </w:t>
      </w:r>
      <w:r>
        <w:t>allah ki jo planning hai, us se lad rahe hain. to kaun jeetega? allah se lad kar koi nahin jeet sakta.</w:t>
      </w:r>
    </w:p>
    <w:p>
      <w:pPr>
        <w:jc w:val="right"/>
      </w:pPr>
      <w:r>
        <w:t>اللہ کی جوپلاننگہے،اسسےلڑرہےہیں۔ تو کونجیتےگا؟اللہسےلڑکے کوئینہیںجیتسکتا۔</w:t>
      </w:r>
    </w:p>
    <w:p>
      <w:r>
        <w:rPr>
          <w:b/>
        </w:rPr>
        <w:t xml:space="preserve">[18:00] </w:t>
      </w:r>
      <w:r>
        <w:t>yeh maamla dekhiye, iska jo aajkal hungama macha hua hai saari duniya mein, blasphemy ke khilaaf. yaani musalman kehta hai ke hamare rasool ke khilaaf koi gustakhi nahin kar sakta, koi aap ke khilaaf bol nahin sakta,</w:t>
      </w:r>
    </w:p>
    <w:p>
      <w:pPr>
        <w:jc w:val="right"/>
      </w:pPr>
      <w:r>
        <w:t>یہیمعاملہدیکھیے،اسکاجوآجکل ہنگامہمچاہواہےساریدنیا میں، بلاسفیمیکےخلاف ۔ یعنیمسلمانکہتاہےکہہمارےرسول کےخلاف کوئیگستاخینہیںکرسکتا، کوئیآپکےخلاف بولنہیںسکتا،</w:t>
      </w:r>
    </w:p>
    <w:p>
      <w:r>
        <w:rPr>
          <w:b/>
        </w:rPr>
        <w:t xml:space="preserve">[18:14] </w:t>
      </w:r>
      <w:r>
        <w:t>kisi ko haq nahin ke aap ke khilaaf koi kitaab chhape, cartoon chhape ya film banaye. to saari duniya hungama macha hua hai.</w:t>
      </w:r>
    </w:p>
    <w:p>
      <w:pPr>
        <w:jc w:val="right"/>
      </w:pPr>
      <w:r>
        <w:t>کسی کوحقنہیں کہ آپکےخلاف کوئیکتاب چھاپے، کارٹونچھاپے یا فلم بنائے۔ توساریدنیا ہنگامہمچایاہواہے۔</w:t>
      </w:r>
    </w:p>
    <w:p>
      <w:r>
        <w:rPr>
          <w:b/>
        </w:rPr>
        <w:t xml:space="preserve">[18:24] </w:t>
      </w:r>
      <w:r>
        <w:t>yahan bhi dekhiye, musalman mukammal taur par nakaam ho rahe hain.</w:t>
      </w:r>
    </w:p>
    <w:p>
      <w:pPr>
        <w:jc w:val="right"/>
      </w:pPr>
      <w:r>
        <w:t>یہاں بھیدیکھیے،مسلمان مک ملطورپر ناکامہورہےہیں۔</w:t>
      </w:r>
    </w:p>
    <w:p>
      <w:r>
        <w:rPr>
          <w:b/>
        </w:rPr>
        <w:t xml:space="preserve">[18:29] </w:t>
      </w:r>
      <w:r>
        <w:t>musalman yak tarfa taur par khud hi apne ko halaak kar rahe hain. abhi maine pakistan ke akhbaar mein report padhi ke pichhle jume ko wahan par juloos nikala gaya ehtejaj ke liye, protest ke liye.</w:t>
      </w:r>
    </w:p>
    <w:p>
      <w:pPr>
        <w:jc w:val="right"/>
      </w:pPr>
      <w:r>
        <w:t>مسلمان یکطرفہ طورپرخودہیاپنےکوہلاککررہےہیں۔ ابھیمیںنے پاکستان کےاخبارمیںرپورٹپڑھی کہ پچھلےجمعہکووہاںپر جلوسنکالاگیا احت جاجکےلیے، پروٹیسٹکےلیے۔</w:t>
      </w:r>
    </w:p>
    <w:p>
      <w:r>
        <w:rPr>
          <w:b/>
        </w:rPr>
        <w:t xml:space="preserve">[18:44] </w:t>
      </w:r>
      <w:r>
        <w:t>achha, nateeja kya hua?</w:t>
      </w:r>
    </w:p>
    <w:p>
      <w:pPr>
        <w:jc w:val="right"/>
      </w:pPr>
      <w:r>
        <w:t>اچھا،نتیجہکیاہوا ؟</w:t>
      </w:r>
    </w:p>
    <w:p>
      <w:r>
        <w:rPr>
          <w:b/>
        </w:rPr>
        <w:t xml:space="preserve">[18:48] </w:t>
      </w:r>
      <w:r>
        <w:t>film banane wala to baitha hua hai america mein, uska to kuch bigda nahin. aur pakistan mein musalmanon ne apne hi ko, yaani 32 musalman maare gaye sirf karachi mein, aur bahut saare zakhmi hue,</w:t>
      </w:r>
    </w:p>
    <w:p>
      <w:pPr>
        <w:jc w:val="right"/>
      </w:pPr>
      <w:r>
        <w:t>فلم بنانےوالاتوبیٹھاہواہےامریک ہمیں، اسکاتوکچھبگڑانہیں۔ اور پاکستانمیں مس لمانوںنے اپنے ہیکو ،یعنی32 مسلمان مارےگئے صرفکراچیمیں، اور بہت سارےزخمیہوئے،</w:t>
      </w:r>
    </w:p>
    <w:p>
      <w:r>
        <w:rPr>
          <w:b/>
        </w:rPr>
        <w:t xml:space="preserve">[19:02] </w:t>
      </w:r>
      <w:r>
        <w:t>caron jalai gayeen, ghar jalaye gaye. yaani karoron, yaani arbon ka nuqsaan hua.</w:t>
      </w:r>
    </w:p>
    <w:p>
      <w:pPr>
        <w:jc w:val="right"/>
      </w:pPr>
      <w:r>
        <w:t>کاریںجلائیگئیں،گھرجلائےگئے۔ یعنی کروڑوں،یعنیعرب وںکانقصانہوا۔</w:t>
      </w:r>
    </w:p>
    <w:p>
      <w:r>
        <w:rPr>
          <w:b/>
        </w:rPr>
        <w:t xml:space="preserve">[19:13] </w:t>
      </w:r>
      <w:r>
        <w:t>aur ab, ab haalaat dheere dheere kya ho rahe hain? dheere dheere musalman khaamosh ho rahe hain. aap dekhenge ke ek dum phir chup ho jayenge, jaise salman rushdie ke case mein chup ho gaye the.</w:t>
      </w:r>
    </w:p>
    <w:p>
      <w:pPr>
        <w:jc w:val="right"/>
      </w:pPr>
      <w:r>
        <w:t>اور اب ،اب حالات دھیرےدھیرےکیاہورہےہیں؟ دھیرےدھیرےمسلمانخاموشہورہےہیں۔ آپ دیکھیںگےکہایکدمپھرچپہوجائیںگے، جیسےسلمانرشدیکے کیسمیںچپہوگئےتھے۔</w:t>
      </w:r>
    </w:p>
    <w:p>
      <w:r>
        <w:rPr>
          <w:b/>
        </w:rPr>
        <w:t xml:space="preserve">[19:27] </w:t>
      </w:r>
      <w:r>
        <w:t>to kya mila? bataiye.</w:t>
      </w:r>
    </w:p>
    <w:p>
      <w:pPr>
        <w:jc w:val="right"/>
      </w:pPr>
      <w:r>
        <w:t>توکیا ملا؟بتائیے۔</w:t>
      </w:r>
    </w:p>
    <w:p>
      <w:r>
        <w:rPr>
          <w:b/>
        </w:rPr>
        <w:t xml:space="preserve">[19:30] </w:t>
      </w:r>
      <w:r>
        <w:t>is liye nahin mila ke yahan bhi musalman lad rahe hain, gustakh-e-rasool ke khilaaf nahin lad rahe hain. woh, woh divine law ke khilaaf lad rahe hain, khuda ki sunnat ke khilaaf lad rahe hain.</w:t>
      </w:r>
    </w:p>
    <w:p>
      <w:pPr>
        <w:jc w:val="right"/>
      </w:pPr>
      <w:r>
        <w:t>اس لیےنہیں ملاکہیہاںبھی مسلمان لڑرہےہیں، گستاخ رسولکےخلاف نہیںلڑرہےہیں۔وہ، وہ ڈیوائنلاکےخلاف لڑرہےہیں، خدا کی سنتکےخلاف لڑرہےہیں۔</w:t>
      </w:r>
    </w:p>
    <w:p>
      <w:r>
        <w:rPr>
          <w:b/>
        </w:rPr>
        <w:t xml:space="preserve">[19:44] </w:t>
      </w:r>
      <w:r>
        <w:t>woh kaise? dekhiye, allah ta'ala ne jo duniya banai hai, to musalmanon ke liye nahin banai hai.</w:t>
      </w:r>
    </w:p>
    <w:p>
      <w:pPr>
        <w:jc w:val="right"/>
      </w:pPr>
      <w:r>
        <w:t>وہ کیسے ؟دیکھیے،اللہ تعالینےجودنیا بنائیہے، تو مسلمانوںکےلیےنہیںبنائیہے۔</w:t>
      </w:r>
    </w:p>
    <w:p>
      <w:r>
        <w:rPr>
          <w:b/>
        </w:rPr>
        <w:t xml:space="preserve">[19:55] </w:t>
      </w:r>
      <w:r>
        <w:t>duniya par musalmanon ki koi ijaredari nahin hai.</w:t>
      </w:r>
    </w:p>
    <w:p>
      <w:pPr>
        <w:jc w:val="right"/>
      </w:pPr>
      <w:r>
        <w:t>دنیا پر مسلمانوںکی کوئی اجارہدارینہیںہے۔</w:t>
      </w:r>
    </w:p>
    <w:p>
      <w:r>
        <w:rPr>
          <w:b/>
        </w:rPr>
        <w:t xml:space="preserve">[20:00] </w:t>
      </w:r>
      <w:r>
        <w:t>duniya banai hai allah ta'ala ne har ek ke test ke liye. test to test sab ka lena hai. allah ta'ala ko hukumat bhi test hai, daulat bhi test hai, sehat bhi test hai,</w:t>
      </w:r>
    </w:p>
    <w:p>
      <w:pPr>
        <w:jc w:val="right"/>
      </w:pPr>
      <w:r>
        <w:t>دنیا بنائیہے اللہ تعالینےہرایک کےٹیسٹکےلیے۔ٹیسٹ تو اسٹیسٹ سبکالیناہے۔اللہتعالی کو حکومت بھیٹیسٹ ہے، دولتبھیٹیسٹ ہے، صحت بھیٹیسٹ ہے،</w:t>
      </w:r>
    </w:p>
    <w:p>
      <w:r>
        <w:rPr>
          <w:b/>
        </w:rPr>
        <w:t xml:space="preserve">[20:15] </w:t>
      </w:r>
      <w:r>
        <w:t>aql bhi test hai, ilm bhi test hai. jo kuch kisi ko milta hai, woh test hai.</w:t>
      </w:r>
    </w:p>
    <w:p>
      <w:pPr>
        <w:jc w:val="right"/>
      </w:pPr>
      <w:r>
        <w:t>عقلبھیٹیسٹ ہے،علم بھیٹیسٹ ہے۔ جوکچھکسی کوملتاہے، وہ ٹیسٹ ہے۔</w:t>
      </w:r>
    </w:p>
    <w:p>
      <w:r>
        <w:rPr>
          <w:b/>
        </w:rPr>
        <w:t xml:space="preserve">[20:23] </w:t>
      </w:r>
      <w:r>
        <w:t>to allah taala yehcheezein har ek kodega. allah taala hukoomat bhi har ek kodega, health bhi har ek kodega, dolat bhi har ek kodega.</w:t>
      </w:r>
    </w:p>
    <w:p>
      <w:pPr>
        <w:jc w:val="right"/>
      </w:pPr>
      <w:r>
        <w:t>تو اللہ تعالی یہچیزیںہرایککودےگا۔ اللہ تعالی حکومت بھیہرایککودےگا، ہیلتھبھیہرایککودےگا، دولتبھیہرایککودےگا۔</w:t>
      </w:r>
    </w:p>
    <w:p>
      <w:r>
        <w:rPr>
          <w:b/>
        </w:rPr>
        <w:t xml:space="preserve">[20:32] </w:t>
      </w:r>
      <w:r>
        <w:t>bari bari, kabhi inko, kabhi inko . wa lakaal ayyam nadawahabun naas kyunke allah ko test har ek kalenaha. dekhiye, yeh bilkul naam ki baat hai ke political power par musalmanon ki mapli qaim ho jaye.</w:t>
      </w:r>
    </w:p>
    <w:p>
      <w:pPr>
        <w:jc w:val="right"/>
      </w:pPr>
      <w:r>
        <w:t>باریباری، کبھیانکو،کبھیانکو ۔ وت لكالايام نداوہابن الناس کیونکہاللہ کوٹیسٹ ہرایککالیناہے۔ دیکھیے،یہ بالکل نام کی باتہےکہ پولیٹیکلپاور پر مسلمانوںکیمناپلیقائمہوجائے۔</w:t>
      </w:r>
    </w:p>
    <w:p>
      <w:r>
        <w:rPr>
          <w:b/>
        </w:rPr>
        <w:t xml:space="preserve">[20:49] </w:t>
      </w:r>
      <w:r>
        <w:t>hamare pahaad ko koi khaskana chahe apni jagah se, shayad khaskade, lekin will not find Rasool Allah tahweel Allah qanoon nahi badal sakta hai.</w:t>
      </w:r>
    </w:p>
    <w:p>
      <w:pPr>
        <w:jc w:val="right"/>
      </w:pPr>
      <w:r>
        <w:t>ہمارے پہاڑکو کوئی کھسکاناچاہےاپنی جگہسے،شایدکھسکادے، لیکن ول نتجد رسولاللہ تحویل اللہ قانون نہیںبدلسکتاہے۔</w:t>
      </w:r>
    </w:p>
    <w:p>
      <w:r>
        <w:rPr>
          <w:b/>
        </w:rPr>
        <w:t xml:space="preserve">[21:00] </w:t>
      </w:r>
      <w:r>
        <w:t>yeh impossible hai ke ghalba aur political power par musalmanon ki mapli qaim ho jaye, basanehiko hamesha mil raha hai. nahi ho sakta hai, kabhi nahi ho sakta hai.</w:t>
      </w:r>
    </w:p>
    <w:p>
      <w:pPr>
        <w:jc w:val="right"/>
      </w:pPr>
      <w:r>
        <w:t>یہ ام پاسیبلہےکہ غلب ہ اورپولیٹیکلپاورپر مسلمانوںکیمناپلیقائمہوجائے، بسانہیکو ہمیشہملارہے۔ نہیںہوسکتاہے، کبھینہیںہوسکتاہے۔</w:t>
      </w:r>
    </w:p>
    <w:p>
      <w:r>
        <w:rPr>
          <w:b/>
        </w:rPr>
        <w:t xml:space="preserve">[21:15] </w:t>
      </w:r>
      <w:r>
        <w:t>to yeh jo kar rahe hain log, hangame gustakhi ko lekar ke, kuch nahi hone wala hai.</w:t>
      </w:r>
    </w:p>
    <w:p>
      <w:pPr>
        <w:jc w:val="right"/>
      </w:pPr>
      <w:r>
        <w:t>تویہجو کررہےہیںلوگ ،ہنگامے گستاخی کولےکرکے، کچھ نہیںہونے والاہے۔</w:t>
      </w:r>
    </w:p>
    <w:p>
      <w:r>
        <w:rPr>
          <w:b/>
        </w:rPr>
        <w:t xml:space="preserve">[21:24] </w:t>
      </w:r>
      <w:r>
        <w:t>kyun? allah taala ko logon ka test lena hai ke isne rasool allah ko mana, kisne nahi mana, kisne aap ka itraf kiya, kisne aap ka itraf nahi kiya ,</w:t>
      </w:r>
    </w:p>
    <w:p>
      <w:pPr>
        <w:jc w:val="right"/>
      </w:pPr>
      <w:r>
        <w:t>کیوں ؟ اللہ تعالی کو لوگوںکا ٹیسٹ لیناہے کہاسنے رسولاللہکو مانا،کسنےنہیںمانا، کسنےآپکا اعترافکیا،کسنےآپکااعترافنہیںکیا ،</w:t>
      </w:r>
    </w:p>
    <w:p>
      <w:r>
        <w:rPr>
          <w:b/>
        </w:rPr>
        <w:t xml:space="preserve">[21:39] </w:t>
      </w:r>
      <w:r>
        <w:t>kisne aap ko abuse kiya, kisne aap ko abuse kiya. yeh sab test ke mamlaat hain.</w:t>
      </w:r>
    </w:p>
    <w:p>
      <w:pPr>
        <w:jc w:val="right"/>
      </w:pPr>
      <w:r>
        <w:t>کسنےآپکو ابیزکیا،کسنےآپکوابیزکیا۔یہسب ٹیسٹ کےمعاملات ہیں۔</w:t>
      </w:r>
    </w:p>
    <w:p>
      <w:r>
        <w:rPr>
          <w:b/>
        </w:rPr>
        <w:t xml:space="preserve">[21:46] </w:t>
      </w:r>
      <w:r>
        <w:t>aap ke dil ko agar chot lagti hai to lage, aap ka dil majrooh hota rahe. allah ki jo scheme hai test ki, woh badlega nahi.</w:t>
      </w:r>
    </w:p>
    <w:p>
      <w:pPr>
        <w:jc w:val="right"/>
      </w:pPr>
      <w:r>
        <w:t>آپ کےدل کواگر چوٹلگتیہےتولگے، آپ کا دل مجروحہوتاہوتارہے۔ اللہ کیجو اسکیمہے ٹیسٹ کی،وہ بدلےگینہیں۔</w:t>
      </w:r>
    </w:p>
    <w:p>
      <w:r>
        <w:rPr>
          <w:b/>
        </w:rPr>
        <w:t xml:space="preserve">[22:00] </w:t>
      </w:r>
      <w:r>
        <w:t>aap dekhiye, rasool allah sallallahu alaihi wasallam makkah mein paida hue, aap ne 610 AD mein wahan apna mission shuru kiya.</w:t>
      </w:r>
    </w:p>
    <w:p>
      <w:pPr>
        <w:jc w:val="right"/>
      </w:pPr>
      <w:r>
        <w:t>آپ دیکھیے،رسولاللہصلیاللہعلیہوسلم مکہمیں پیدا ہوئے، آپ نے6 10اےڈیایممیں وہاںاپنا مشنشروع کیا۔</w:t>
      </w:r>
    </w:p>
    <w:p>
      <w:r>
        <w:rPr>
          <w:b/>
        </w:rPr>
        <w:t xml:space="preserve">[22:09] </w:t>
      </w:r>
      <w:r>
        <w:t>to wahan kya hua?</w:t>
      </w:r>
    </w:p>
    <w:p>
      <w:pPr>
        <w:jc w:val="right"/>
      </w:pPr>
      <w:r>
        <w:t>تو وہاںکیاہوا ؟</w:t>
      </w:r>
    </w:p>
    <w:p>
      <w:r>
        <w:rPr>
          <w:b/>
        </w:rPr>
        <w:t xml:space="preserve">[22:12] </w:t>
      </w:r>
      <w:r>
        <w:t>wahan rasool allah ko naoozubillah madham kaha gaya, majnoon kaha gaya, saahir kaha gaya. is tarah pathar phenke, is tarah ko watan se nikal diya,</w:t>
      </w:r>
    </w:p>
    <w:p>
      <w:pPr>
        <w:jc w:val="right"/>
      </w:pPr>
      <w:r>
        <w:t>وہاں رسولاللہ کو نعوذباللہ مدم مکہاگیا ، مینون کہاگیا ، ساحرکہاگیا۔ اسطرحپتھرپھینکے، اسطرح کوکو وطن سےنکالدیا،</w:t>
      </w:r>
    </w:p>
    <w:p>
      <w:r>
        <w:rPr>
          <w:b/>
        </w:rPr>
        <w:t xml:space="preserve">[22:29] </w:t>
      </w:r>
      <w:r>
        <w:t>is tarah ka boycott karke shiawe watar mein daal diya, jahan khane peene ka bhi intezam nahi tha.</w:t>
      </w:r>
    </w:p>
    <w:p>
      <w:pPr>
        <w:jc w:val="right"/>
      </w:pPr>
      <w:r>
        <w:t>اسطرحکابائیکاٹکرکے شیوےوطاریمیںڈالدیا،جہاںکھانےپینےکابھیانتظامنہیںتھا۔</w:t>
      </w:r>
    </w:p>
    <w:p>
      <w:r>
        <w:rPr>
          <w:b/>
        </w:rPr>
        <w:t xml:space="preserve">[22:35] </w:t>
      </w:r>
      <w:r>
        <w:t>to allah taala ne in logon ko jo kar rahe the, karne diya, jo kar rahe the, karne diya. agar yeh cheezein allah ke liye ghair matlooba hoti to woh sab sabko allah halak kar deta, sabko sabki zaban band kar deta, sabke hath paon tod deta.</w:t>
      </w:r>
    </w:p>
    <w:p>
      <w:pPr>
        <w:jc w:val="right"/>
      </w:pPr>
      <w:r>
        <w:t>تو اللہ تعالی نے انلوگوںکوجوکررہےتھے،کرنے دیا، جو کررہےتھے،کرنے دیا۔ اگر یہ چیز یںاللہ کے کےلیےغیر مطلوبہوتی تو وہیسب سبکواللہ ہلاککردیتا،سبکو سبکیزبان یںبندکردیتا، سبکےہاتھپاؤںتوڑدیتا۔</w:t>
      </w:r>
    </w:p>
    <w:p>
      <w:r>
        <w:rPr>
          <w:b/>
        </w:rPr>
        <w:t xml:space="preserve">[22:58] </w:t>
      </w:r>
      <w:r>
        <w:t>to 13 saal tak rasool allah ka jo daur nabuwat hai, aap ke khilaf sab kuch kiya gaya, badnaam bhi kiya gaya,</w:t>
      </w:r>
    </w:p>
    <w:p>
      <w:pPr>
        <w:jc w:val="right"/>
      </w:pPr>
      <w:r>
        <w:t>تو 13 سال تک رسولاللہکاجودور نبوتہے، آپ کے خلاف سب کچھکیاگیا، بدنامبھیکیا گیا،</w:t>
      </w:r>
    </w:p>
    <w:p>
      <w:r>
        <w:rPr>
          <w:b/>
        </w:rPr>
        <w:t xml:space="preserve">[23:08] </w:t>
      </w:r>
      <w:r>
        <w:t>aap ko pathar bhi mare gaye, aap ke dantan bhi tode gaye, aap ko bure bure laqab diye gaye. to agar gustakhi rasool koi, yani punishable crime hai, punishable crime,</w:t>
      </w:r>
    </w:p>
    <w:p>
      <w:pPr>
        <w:jc w:val="right"/>
      </w:pPr>
      <w:r>
        <w:t>آپکو پتھربھیمارےگئے،آپکےدانتبھیتوڑےگئے، آپکو برےبرےالقابدیےگئے۔ تواگر گستا خی رسول کوئی ،یعنی پنش بل کرائمہے، پ نشبلکرائم،</w:t>
      </w:r>
    </w:p>
    <w:p>
      <w:r>
        <w:rPr>
          <w:b/>
        </w:rPr>
        <w:t xml:space="preserve">[23:28] </w:t>
      </w:r>
      <w:r>
        <w:t>to is waqt sare logon ko allah taala halak kar deta ya ashab rasool ko hukum deta ke to talwar se sabko zabah kar do.</w:t>
      </w:r>
    </w:p>
    <w:p>
      <w:pPr>
        <w:jc w:val="right"/>
      </w:pPr>
      <w:r>
        <w:t>تو اسیوقت سارےلوگوںکو اللہتعالیہلاککردیتا یااصحابرسولکوحکمدیتا کہتوابتلوارسےسبکوذبحکردو ۔</w:t>
      </w:r>
    </w:p>
    <w:p>
      <w:r>
        <w:rPr>
          <w:b/>
        </w:rPr>
        <w:t xml:space="preserve">[23:37] </w:t>
      </w:r>
      <w:r>
        <w:t>yeh sab kuch nahi hua.</w:t>
      </w:r>
    </w:p>
    <w:p>
      <w:pPr>
        <w:jc w:val="right"/>
      </w:pPr>
      <w:r>
        <w:t>یہسبکچھنہیںہوا۔</w:t>
      </w:r>
    </w:p>
    <w:p>
      <w:r>
        <w:rPr>
          <w:b/>
        </w:rPr>
        <w:t xml:space="preserve">[23:40] </w:t>
      </w:r>
      <w:r>
        <w:t>kyun? allah taala ko ek ek shakhs ka test lena tha, test lena tha ke kaun hai jo rasool allah ki zaban se quran ko sun kar sachai ko daryaft karta hai aur kaun nahi karta?</w:t>
      </w:r>
    </w:p>
    <w:p>
      <w:pPr>
        <w:jc w:val="right"/>
      </w:pPr>
      <w:r>
        <w:t>کیوں ؟ اللہ تعالی کوایک ایکشخص کا ٹیسٹ لیناتھا، ٹیسٹ لیناتھا کہ کون ہے جو رسولاللہکیزبان سےقرآن کوسنکر سچائیکودریافتکرتاہے اورکوننہیںکرتا ؟</w:t>
      </w:r>
    </w:p>
    <w:p>
      <w:r>
        <w:rPr>
          <w:b/>
        </w:rPr>
        <w:t xml:space="preserve">[23:58] </w:t>
      </w:r>
      <w:r>
        <w:t>kaun hai jo allah rasool allah sallallahu alaihi wasallam ke aala akhlaq ko dekh kar aap par iman lata hai? kaun nahi lata? kaun hai jo rasool allah ki zaban se dalail, dalail tawheed ke dalail sunta hai aur phir maan leta hai ya nahi manta?</w:t>
      </w:r>
    </w:p>
    <w:p>
      <w:pPr>
        <w:jc w:val="right"/>
      </w:pPr>
      <w:r>
        <w:t>کونہےجو اللہ رسولاللہصلیاللہعلیہوسلمکے اعلیٰاخلاقکودیکھکر آپ پرایمانلاتاہے؟کون نہیں لاتا؟ کونہے جورسولاللہکیزبان سے دل ائل ،دلائل توحیدکےدلائلسنتاہے اورپھرمانلیتاہےیا نہیںمانتا؟</w:t>
      </w:r>
    </w:p>
    <w:p>
      <w:r>
        <w:rPr>
          <w:b/>
        </w:rPr>
        <w:t xml:space="preserve">[24:15] </w:t>
      </w:r>
      <w:r>
        <w:t>yeh to test tha, test .</w:t>
      </w:r>
    </w:p>
    <w:p>
      <w:pPr>
        <w:jc w:val="right"/>
      </w:pPr>
      <w:r>
        <w:t>یہتوٹیسٹ تھا،ٹیسٹ ۔</w:t>
      </w:r>
    </w:p>
    <w:p>
      <w:r>
        <w:rPr>
          <w:b/>
        </w:rPr>
        <w:t xml:space="preserve">[24:19] </w:t>
      </w:r>
      <w:r>
        <w:t>to wahan par allah taala sabko halak kar deta hai. to test kaise hota?</w:t>
      </w:r>
    </w:p>
    <w:p>
      <w:pPr>
        <w:jc w:val="right"/>
      </w:pPr>
      <w:r>
        <w:t>تو وہاںپر اللہ تعالی سبکوہلاککردیتاہے۔توٹیسٹ کیسےہوتا؟</w:t>
      </w:r>
    </w:p>
    <w:p>
      <w:r>
        <w:rPr>
          <w:b/>
        </w:rPr>
        <w:t xml:space="preserve">[24:26] </w:t>
      </w:r>
      <w:r>
        <w:t>test kaise hota? to koi aadmi agar rasool allah ka itraf kar ke aap par iman lata hai to woh test mein poora utra.</w:t>
      </w:r>
    </w:p>
    <w:p>
      <w:pPr>
        <w:jc w:val="right"/>
      </w:pPr>
      <w:r>
        <w:t>ٹیسٹ کیسےہوتا؟ تو کوئی آدمی اگر رسولاللہ کااعترافکرکےآپپرایمانلاتاہےتووہٹیسٹ میںپورااترا۔</w:t>
      </w:r>
    </w:p>
    <w:p>
      <w:r>
        <w:rPr>
          <w:b/>
        </w:rPr>
        <w:t xml:space="preserve">[24:37] </w:t>
      </w:r>
      <w:r>
        <w:t>koi aadmi rasool allah ka inkar karta hai, aap ko naoozubillah madham kehta hai to woh test mein fail ho gaya. aur yeh allah taala ko dekhna hai ke kaun fail hua, kaun pass hua ,</w:t>
      </w:r>
    </w:p>
    <w:p>
      <w:pPr>
        <w:jc w:val="right"/>
      </w:pPr>
      <w:r>
        <w:t>کوئیآدمی رسولاللہکاانکارکرتاہے، آپ کو نعوذباللہ مدمومکہتاہےتووہٹیسٹ میں فیل ہوگیا۔ اور یہ اللہ تعالی کودیکھناہے کہکونفیل ہوا،کون پاسہوا ،</w:t>
      </w:r>
    </w:p>
    <w:p>
      <w:r>
        <w:rPr>
          <w:b/>
        </w:rPr>
        <w:t xml:space="preserve">[24:52] </w:t>
      </w:r>
      <w:r>
        <w:t>tata ke aakhir mein jo hone wala hai ke fariq fil jannah wa fariq fis sa'ir is ka faisla kiya jaye.</w:t>
      </w:r>
    </w:p>
    <w:p>
      <w:pPr>
        <w:jc w:val="right"/>
      </w:pPr>
      <w:r>
        <w:t>تاکہآخرتمیں جو ہونے والاہے کہ فريق فیالجنہ وفریق فی السیر اسکا فیصلہکیا جائے۔</w:t>
      </w:r>
    </w:p>
    <w:p>
      <w:r>
        <w:rPr>
          <w:b/>
        </w:rPr>
        <w:t xml:space="preserve">[25:01] </w:t>
      </w:r>
      <w:r>
        <w:t>quran mein hai ke liyahlak man halaq bain wa yuhy man yah bain a</w:t>
      </w:r>
    </w:p>
    <w:p>
      <w:pPr>
        <w:jc w:val="right"/>
      </w:pPr>
      <w:r>
        <w:t>قرآنمیںہےکہ لیاہلکمنحلقبین ا ویحییمنحی بین ا</w:t>
      </w:r>
    </w:p>
    <w:p>
      <w:r>
        <w:rPr>
          <w:b/>
        </w:rPr>
        <w:t xml:space="preserve">[25:10] </w:t>
      </w:r>
      <w:r>
        <w:t>yehbeh ta'ajeeb aayat hai ke jisko Allah ta'ala ko, jis jisko Allah ta'ala halaak karega, halaak ka matlab hai ke jisko, jisko jahannum ka mustahiq qarar dega,</w:t>
      </w:r>
    </w:p>
    <w:p>
      <w:pPr>
        <w:jc w:val="right"/>
      </w:pPr>
      <w:r>
        <w:t>یہبہتعجیبآیت ہے کہجسکو اللہ تعالیکو، جسجسکواللہ تعالی ہلاککرےگا،ہلاککامطلبہے کہجسکو ،جسکو جہنمکامست حققراردےگا،</w:t>
      </w:r>
    </w:p>
    <w:p>
      <w:r>
        <w:rPr>
          <w:b/>
        </w:rPr>
        <w:t xml:space="preserve">[25:25] </w:t>
      </w:r>
      <w:r>
        <w:t>to us ka bain ke zariye us ka saboot, woh apna apna saboot de chuka hoga.</w:t>
      </w:r>
    </w:p>
    <w:p>
      <w:pPr>
        <w:jc w:val="right"/>
      </w:pPr>
      <w:r>
        <w:t>تو اسکا بین ہکےذریعےاسکاثبوت، وہ اپنا اپناثبوتدےچکاہوگا۔</w:t>
      </w:r>
    </w:p>
    <w:p>
      <w:r>
        <w:rPr>
          <w:b/>
        </w:rPr>
        <w:t xml:space="preserve">[25:33] </w:t>
      </w:r>
      <w:r>
        <w:t>is duniya mein apne inkaar se, apne a'amal se, apne ghalat rawaiye se is baat ka saboot de chuka hoga woh ke fi waqe is ka mustahiq hai.</w:t>
      </w:r>
    </w:p>
    <w:p>
      <w:pPr>
        <w:jc w:val="right"/>
      </w:pPr>
      <w:r>
        <w:t>اسدنیا میں اپنے انکارسے ،اپنے اعمالسے ، اپنےغلط روی ےسے اسباتکا ثبوتدےچکاہوگاوہ کہ فی الواقعاسکاوہمستحقہے۔</w:t>
      </w:r>
    </w:p>
    <w:p>
      <w:r>
        <w:rPr>
          <w:b/>
        </w:rPr>
        <w:t xml:space="preserve">[25:45] </w:t>
      </w:r>
      <w:r>
        <w:t>liya halak man halak bain a is tareeqe se doosra insaan jisko jannat mein dakhil kiya jayega, woh bhi duniya mein apni zindagi ke dauran yeh saboot de chuka hoga ke is ka mustahiq hai ke is ko jannat mein dakhil kiya jay</w:t>
      </w:r>
    </w:p>
    <w:p>
      <w:pPr>
        <w:jc w:val="right"/>
      </w:pPr>
      <w:r>
        <w:t>لیاہلکمنحلق بین ا اس طریقےسےدوسراانسان جسکو جنتمیںداخلکیاجائےگا، وہبھی دنیا میں اپنی زندگی کےدوران یہ ثبوتدےچکاہوگا کہاسکا مستحقہےکہاسکوجنت میں داخلکیاجائ</w:t>
      </w:r>
    </w:p>
    <w:p>
      <w:r>
        <w:rPr>
          <w:b/>
        </w:rPr>
        <w:t xml:space="preserve">[26:03] </w:t>
      </w:r>
      <w:r>
        <w:t>e. to yeh to Khuda ki scheme ka mu'amla hai. Musalman ke dil majrooh hota hai, nahi majrooh hota, yeh mu'amla hi nahi hai. Yeh Allah ka concern nahi hai.</w:t>
      </w:r>
    </w:p>
    <w:p>
      <w:pPr>
        <w:jc w:val="right"/>
      </w:pPr>
      <w:r>
        <w:t>ے۔ تویہتوخداکیاسکیمکامعاملہہے۔ مسلمانکے دل مجروحہوتاہے،نہیںمجروحہوتا،یہمعاملہہینہیںہے۔ یہاللہ کاکنسرننہیںہے۔</w:t>
      </w:r>
    </w:p>
    <w:p>
      <w:r>
        <w:rPr>
          <w:b/>
        </w:rPr>
        <w:t xml:space="preserve">[26:15] </w:t>
      </w:r>
      <w:r>
        <w:t>yaad rakhiye, yeh Allah ka concern harghiz nahi hai ke Musalmanon ka dil majrooh hua hai, nahi hua. Yeh to, yeh to Musalman khud jaane, Musalman khud jaane, apne ghar mein baith kar jo chahen karein.</w:t>
      </w:r>
    </w:p>
    <w:p>
      <w:pPr>
        <w:jc w:val="right"/>
      </w:pPr>
      <w:r>
        <w:t>یادرکھیے، یہاللہ کاکنسرنہرگزنہیںہے کہ مسلمان وںکادلمجروحہواہے،نہیںہوا ۔ یہتو ،یہتو مس لمانخود جانے، مسلمان خودجانے، اپنےگھر میںبیٹھکرجوچاہیںکریں۔</w:t>
      </w:r>
    </w:p>
    <w:p>
      <w:r>
        <w:rPr>
          <w:b/>
        </w:rPr>
        <w:t xml:space="preserve">[26:33] </w:t>
      </w:r>
      <w:r>
        <w:t>Musalman kabhi bhi impossible hai ke duniya ke nizaam ko badal dalen is tareeqe se ke na koi gustakhi kare, na koi Rasool Allah ke khilaf boley.</w:t>
      </w:r>
    </w:p>
    <w:p>
      <w:pPr>
        <w:jc w:val="right"/>
      </w:pPr>
      <w:r>
        <w:t>مس لمان کبھیبھی امپاسیبل ہےکہ دنیا کےنظامکوبدلڈالیںاسطریقےسے کہ نہکوئیگستاخیکرے، نہ کوئیرسولاللہکےخلاف بولے۔</w:t>
      </w:r>
    </w:p>
    <w:p>
      <w:r>
        <w:rPr>
          <w:b/>
        </w:rPr>
        <w:t xml:space="preserve">[26:42] </w:t>
      </w:r>
      <w:r>
        <w:t>yeh to hone wala hi nahi. Kyun? Ya jab yeh karega kaun?</w:t>
      </w:r>
    </w:p>
    <w:p>
      <w:pPr>
        <w:jc w:val="right"/>
      </w:pPr>
      <w:r>
        <w:t>یہتوہونےوالاہینہیں۔ کیوں ؟ یا جب یہ کرےگاکون؟</w:t>
      </w:r>
    </w:p>
    <w:p>
      <w:r>
        <w:rPr>
          <w:b/>
        </w:rPr>
        <w:t xml:space="preserve">[26:48] </w:t>
      </w:r>
      <w:r>
        <w:t>Ya jab ke Khuda ki scheme hi koi badal dale, Khuda ki di hui azadi ko koi waris karde, Khuda ke yani maslehat imtehan mein koi bilkul ek naya inqilab barpa karde.</w:t>
      </w:r>
    </w:p>
    <w:p>
      <w:pPr>
        <w:jc w:val="right"/>
      </w:pPr>
      <w:r>
        <w:t>یا جب کہ خداکی اسکیمہیکوئیبدلڈالے، خداکی دی ہوئیآزادی کوکوئیوارثکردے، خداکے یعنی مصلحت امتحانمیںکوئی بالکل ایکنیاانقلاببرپاکردے۔</w:t>
      </w:r>
    </w:p>
    <w:p>
      <w:r>
        <w:rPr>
          <w:b/>
        </w:rPr>
        <w:t xml:space="preserve">[27:03] </w:t>
      </w:r>
      <w:r>
        <w:t>yeh kaun kar sakta hai? Duniya ka nizaam waise hi chalega jo Allah ne banaya hai. Duniya ka nizaam badlega nahi.</w:t>
      </w:r>
    </w:p>
    <w:p>
      <w:pPr>
        <w:jc w:val="right"/>
      </w:pPr>
      <w:r>
        <w:t>یہکونکرسکتاہے ؟ دنیا کانظامویسےہیچلےگاجو اللہ نےبنایاہے۔ دنیا کانظامبدلےگانہیں۔</w:t>
      </w:r>
    </w:p>
    <w:p>
      <w:r>
        <w:rPr>
          <w:b/>
        </w:rPr>
        <w:t xml:space="preserve">[27:13] </w:t>
      </w:r>
      <w:r>
        <w:t>aap chekhein chalayein to chek</w:t>
      </w:r>
    </w:p>
    <w:p>
      <w:pPr>
        <w:jc w:val="right"/>
      </w:pPr>
      <w:r>
        <w:t>آپ چیخیںچلائیںتوچیخ</w:t>
      </w:r>
    </w:p>
    <w:p>
      <w:r>
        <w:rPr>
          <w:b/>
        </w:rPr>
        <w:t xml:space="preserve">[27:15] </w:t>
      </w:r>
      <w:r>
        <w:t>hein chalayein, aap apne ko marwayein, marwate rahein.</w:t>
      </w:r>
    </w:p>
    <w:p>
      <w:pPr>
        <w:jc w:val="right"/>
      </w:pPr>
      <w:r>
        <w:t>یںچلائیں،آپ اپنے کومروائیں، مرواتےرہیں۔</w:t>
      </w:r>
    </w:p>
    <w:p>
      <w:r>
        <w:rPr>
          <w:b/>
        </w:rPr>
        <w:t xml:space="preserve">[27:21] </w:t>
      </w:r>
      <w:r>
        <w:t>Ya aakhir ye kijiye ke aisa hi hai jaise kisi ko sard mein takleef ho rahi hai aur woh chekhe to sard ka mausam kahan nahi aayega? Kisi ko garmi se takleef hoti hai aur woh chekhe to kya garmi ka mausam nahi aayega?</w:t>
      </w:r>
    </w:p>
    <w:p>
      <w:pPr>
        <w:jc w:val="right"/>
      </w:pPr>
      <w:r>
        <w:t>یا آخر ینکیجئےکہایساہیہےجیسےکسیکو سردیمیںتکلیفہورہیہےاوروہچیخے تو سردیکاموسمکہاںنہیںآئےگا؟ کسی کوگرمیسےتکلیفہوتیہےاوروہچیخے توکیاگرمیکاموسمنہیںآئےگا؟</w:t>
      </w:r>
    </w:p>
    <w:p>
      <w:r>
        <w:rPr>
          <w:b/>
        </w:rPr>
        <w:t xml:space="preserve">[27:35] </w:t>
      </w:r>
      <w:r>
        <w:t>Kisi ko barsat ke pani se takleef hoti hai aur woh chekhe to kya barsat ka mausam nahi aayega?</w:t>
      </w:r>
    </w:p>
    <w:p>
      <w:pPr>
        <w:jc w:val="right"/>
      </w:pPr>
      <w:r>
        <w:t>کسی کوبرساتکےپانیسے تکلیفہوتیہےاوروہچیخے توکیا برساتکاموسمنہیںآئےگا؟</w:t>
      </w:r>
    </w:p>
    <w:p>
      <w:r>
        <w:rPr>
          <w:b/>
        </w:rPr>
        <w:t xml:space="preserve">[27:43] </w:t>
      </w:r>
      <w:r>
        <w:t>aayega, barsat bhi aayegi, jaada bhi aayega, garmi bhi aayegi. Aap chekhte rahein, marte rahein, jeete rahein, yeh Allah ka concern nahi hai.</w:t>
      </w:r>
    </w:p>
    <w:p>
      <w:pPr>
        <w:jc w:val="right"/>
      </w:pPr>
      <w:r>
        <w:t>آئےگا، برساتبھیآئےگی،جاڑابھیآئےگا،گرمیبھیآئےگی۔ آپچیختےرہیے،مرتےرہیے،جیتےرہیے، یہاللہ کاکنسرننہیںہے۔</w:t>
      </w:r>
    </w:p>
    <w:p>
      <w:r>
        <w:rPr>
          <w:b/>
        </w:rPr>
        <w:t xml:space="preserve">[27:54] </w:t>
      </w:r>
      <w:r>
        <w:t>Isi tareeqe se insaan ko, ek ek shakhs ko, Allah ta'ala ko matloob hai ke us ke test, us ka test liya jaye, us ko imtehan ke maqam par khada kiya jaye</w:t>
      </w:r>
    </w:p>
    <w:p>
      <w:pPr>
        <w:jc w:val="right"/>
      </w:pPr>
      <w:r>
        <w:t>اسیطریقےسے انسان کو،ایک ایک شخص کو،اللہ تعالیکو مطلوبہے کہاسکےٹیسٹ ،اسکاٹیسٹ لیاجائے، اسکو امتحانکے مقام پرکھڑاکیاجائے</w:t>
      </w:r>
    </w:p>
    <w:p>
      <w:r>
        <w:rPr>
          <w:b/>
        </w:rPr>
        <w:t xml:space="preserve">[28:09] </w:t>
      </w:r>
      <w:r>
        <w:t>ke hona hi hona hai. Us ke liye zaroori hai ke azadi ho, us zaroori hai ke logon ko mawaqe hon aisa karne ke, waisa karne ke.</w:t>
      </w:r>
    </w:p>
    <w:p>
      <w:pPr>
        <w:jc w:val="right"/>
      </w:pPr>
      <w:r>
        <w:t>کہہوناہیہوناہے۔ اسکےلیےضروریہےکہآزادیہو، اسضروریہےکہلوگوںکومواقع ہوں ایساکرنے کے،ویساکرنے کے۔</w:t>
      </w:r>
    </w:p>
    <w:p>
      <w:r>
        <w:rPr>
          <w:b/>
        </w:rPr>
        <w:t xml:space="preserve">[28:20] </w:t>
      </w:r>
      <w:r>
        <w:t>yani aisa hi hai jaise ke aap dekhiye, ek examination hall hai, is mein ladke aate hain apna paper karne ke liye.</w:t>
      </w:r>
    </w:p>
    <w:p>
      <w:pPr>
        <w:jc w:val="right"/>
      </w:pPr>
      <w:r>
        <w:t>یعنیایسےہیہےجیسےکہآپدیکھیے، ایک ایگزامینیشن ہالہے، اسمیں لڑکےآتےہیں اپنا پیپرکرنےکےلیے۔</w:t>
      </w:r>
    </w:p>
    <w:p>
      <w:r>
        <w:rPr>
          <w:b/>
        </w:rPr>
        <w:t xml:space="preserve">[28:32] </w:t>
      </w:r>
      <w:r>
        <w:t>to kya aap par pabandi lagayenge?</w:t>
      </w:r>
    </w:p>
    <w:p>
      <w:pPr>
        <w:jc w:val="right"/>
      </w:pPr>
      <w:r>
        <w:t>توکیاآپپرپابندیلگائیںگے؟</w:t>
      </w:r>
    </w:p>
    <w:p>
      <w:r>
        <w:rPr>
          <w:b/>
        </w:rPr>
        <w:t xml:space="preserve">[28:36] </w:t>
      </w:r>
      <w:r>
        <w:t>Jo talib ilm wohan baitha hai, teen ghante tak us ko azadi hai ke jo chahe likhe, woh kuch bhi woh likhe.</w:t>
      </w:r>
    </w:p>
    <w:p>
      <w:pPr>
        <w:jc w:val="right"/>
      </w:pPr>
      <w:r>
        <w:t>جو طالبعلموہاںبیٹھاہے، تینگھنٹےتک اسکو آز ادیہےکہجوچاہےلکھے،وہ کچھبھی وہلکھ ے۔</w:t>
      </w:r>
    </w:p>
    <w:p>
      <w:r>
        <w:rPr>
          <w:b/>
        </w:rPr>
        <w:t xml:space="preserve">[28:46] </w:t>
      </w:r>
      <w:r>
        <w:t>Farz kijiye ke parche jo hai, woh science ka hai, woh is mein history ki baatein likhne lage to koi us ko rok nahi sakta hai, koi nahi rok sakta hai. Woh</w:t>
      </w:r>
    </w:p>
    <w:p>
      <w:pPr>
        <w:jc w:val="right"/>
      </w:pPr>
      <w:r>
        <w:t>فرضکیجئےکہ پرچہجوہے، وہ سائنسکاہے، وہ اسمیںہسٹریکا باتیںلکھنےلگے تو کوئی اسکو روکنہیںسکتاہے، کوئینہیںروکسکتاہے۔وہ</w:t>
      </w:r>
    </w:p>
    <w:p>
      <w:r>
        <w:rPr>
          <w:b/>
        </w:rPr>
        <w:t xml:space="preserve">[29:02] </w:t>
      </w:r>
      <w:r>
        <w:t>teen ghante ke liye woh talib ilm azad hai ke jo chahe woh likhe. Isi tarah se duniya mein jo insaan paida kiye gaye hain, un ko right hai ke jo chahe karein, woh inkaar karein ya iqrar karein,</w:t>
      </w:r>
    </w:p>
    <w:p>
      <w:pPr>
        <w:jc w:val="right"/>
      </w:pPr>
      <w:r>
        <w:t>تینگھنٹےکےلیے وہ طالب علمآزادہے کہجو چاہےوہ لکھ ے۔ اسیطرحسے دنیا میں جو انسان پیدا کیےگئےہیں، انکو رائٹہےکہجوچاہےکریں،وہ انکارکریںیااقرارکریں،</w:t>
      </w:r>
    </w:p>
    <w:p>
      <w:r>
        <w:rPr>
          <w:b/>
        </w:rPr>
        <w:t xml:space="preserve">[29:18] </w:t>
      </w:r>
      <w:r>
        <w:t>achha bolein, bura bolein. Kitabein chhapien, cartoon chhapien, film chhapien, koi rok nahi sakta in ko.</w:t>
      </w:r>
    </w:p>
    <w:p>
      <w:pPr>
        <w:jc w:val="right"/>
      </w:pPr>
      <w:r>
        <w:t>اچھابولیں،برابولیں۔ کتاب یں چھاپیں،کارٹونچھاپیں،فلم چھاپیں، کوئیروکنہیںسکتاانکو ۔</w:t>
      </w:r>
    </w:p>
    <w:p>
      <w:r>
        <w:rPr>
          <w:b/>
        </w:rPr>
        <w:t xml:space="preserve">[29:28] </w:t>
      </w:r>
      <w:r>
        <w:t>Abhi maine dekha ke sare jo Muslim members hain United Nations ke, woh wohan jama hue aur wohan unhonein mutalba kiya ke United Nations mein qanoon banaya jaye, koi Rasool ki blasphemy mein mubtala na ho, koi Rasool ki gustakhi na kare.</w:t>
      </w:r>
    </w:p>
    <w:p>
      <w:pPr>
        <w:jc w:val="right"/>
      </w:pPr>
      <w:r>
        <w:t>ابھیمیںنےدیکھا کہ سارےجو مسلمممبرانہیں یونائٹڈنیشنزکے، وہوہاںجمع ہوئے اور وہاںانہوںنےمطالبہکیا کہ یونائٹڈنیشنزمیں قانون بنایاجائے، کوئی رسول کی بلاسفیمی میںمبتلانہہو،کوئیرسولکیگستاخینہکرے۔</w:t>
      </w:r>
    </w:p>
    <w:p>
      <w:r>
        <w:rPr>
          <w:b/>
        </w:rPr>
        <w:t xml:space="preserve">[29:48] </w:t>
      </w:r>
      <w:r>
        <w:t>Yeh, yeh, yeh modern ridiculous hai, yeh modern ridiculous hai.</w:t>
      </w:r>
    </w:p>
    <w:p>
      <w:pPr>
        <w:jc w:val="right"/>
      </w:pPr>
      <w:r>
        <w:t>یہ ،یہ، یہ موردینریڈیکولسہے، یہ موردینریڈیکولسہے۔</w:t>
      </w:r>
    </w:p>
    <w:p>
      <w:r>
        <w:rPr>
          <w:b/>
        </w:rPr>
        <w:t xml:space="preserve">[29:55] </w:t>
      </w:r>
      <w:r>
        <w:t>yani kia united nations ko yeh haq hai ke woh khuda ki sunnat ko abalish kar de? itna power hai united nations ke paas, sunnat elahi ko, divine law ko abalish kar de. woh</w:t>
      </w:r>
    </w:p>
    <w:p>
      <w:pPr>
        <w:jc w:val="right"/>
      </w:pPr>
      <w:r>
        <w:t>یعنیکیا یونائٹڈنیشنزکویہحقہےکہوہخداکیسنتکو ابالشکردے؟ اتناپاورہےیونائٹڈنیشنزکےپاس ، سنت الہیکو، ڈیوائن لاکو ابالشکردے۔وہ</w:t>
      </w:r>
    </w:p>
    <w:p>
      <w:r>
        <w:rPr>
          <w:b/>
        </w:rPr>
        <w:t xml:space="preserve">[30:12] </w:t>
      </w:r>
      <w:r>
        <w:t>bal farzan agar jo 194 members hain united nations ke, sab ke sab consensus ke saath yeh tay kar dein ke duniya mein koi aadmi bhi bughz e islam ki shaan mein gustakhi na kare, yeh to haq nahi hai.</w:t>
      </w:r>
    </w:p>
    <w:p>
      <w:pPr>
        <w:jc w:val="right"/>
      </w:pPr>
      <w:r>
        <w:t>بال فرضاگر جو 1 9 4 ممبرہیں یون ائٹڈنیشنزکے، سب کےسب کنسنسسکےساتھ یہ طےکردیں کہدنیا میںکوئیآدمیبھی بغض الاسلام کیشانمیںگستاخی نہکرے، یہتوحقنہیںہے۔</w:t>
      </w:r>
    </w:p>
    <w:p>
      <w:r>
        <w:rPr>
          <w:b/>
        </w:rPr>
        <w:t xml:space="preserve">[30:32] </w:t>
      </w:r>
      <w:r>
        <w:t>farz kijiye, tab bhi kuch nahi hone wala hai. kyun?</w:t>
      </w:r>
    </w:p>
    <w:p>
      <w:pPr>
        <w:jc w:val="right"/>
      </w:pPr>
      <w:r>
        <w:t>فر ضکیجئے، تب بھیکچھنہیںہونےوالاہے۔ کیوں ؟</w:t>
      </w:r>
    </w:p>
    <w:p>
      <w:r>
        <w:rPr>
          <w:b/>
        </w:rPr>
        <w:t xml:space="preserve">[30:38] </w:t>
      </w:r>
      <w:r>
        <w:t>manhattan mein jo building khadi hui hai, jahan mein gaya hoon ek baar, is building mein jo log baithte hain, woh rab ul alameen ke ke ke ke naqshe ko abalish kar sakte hain?</w:t>
      </w:r>
    </w:p>
    <w:p>
      <w:pPr>
        <w:jc w:val="right"/>
      </w:pPr>
      <w:r>
        <w:t>منہاٹنمیںجوبلڈنگکھڑیہوئیہے،جہاںمیںگیاہوںایکبار ، اس بلڈنگمیںجولوگبیٹھتےہیں، وہ ربالعالم ین کے کے کے نقشےکو ابالشکرسکتےہیں؟</w:t>
      </w:r>
    </w:p>
    <w:p>
      <w:r>
        <w:rPr>
          <w:b/>
        </w:rPr>
        <w:t xml:space="preserve">[30:54] </w:t>
      </w:r>
      <w:r>
        <w:t>khawand e kainat ke banaye hue qanoon ko woh undo kar sakte hain? kis ko ikhtiyar hai? yeh</w:t>
      </w:r>
    </w:p>
    <w:p>
      <w:pPr>
        <w:jc w:val="right"/>
      </w:pPr>
      <w:r>
        <w:t>خداوند کائنات کے بنائےہوئے قانون کووہ انڈوکرسکتےہیں؟ کسکو اختیارہے؟یہ</w:t>
      </w:r>
    </w:p>
    <w:p>
      <w:r>
        <w:rPr>
          <w:b/>
        </w:rPr>
        <w:t xml:space="preserve">[31:04] </w:t>
      </w:r>
      <w:r>
        <w:t>yaad rakhiye, yeh is masle ko underestimate karna hai jo masla dar pesh hai. yeh underestimate karna hai,</w:t>
      </w:r>
    </w:p>
    <w:p>
      <w:pPr>
        <w:jc w:val="right"/>
      </w:pPr>
      <w:r>
        <w:t>یادرکھیے،یہ اس مسئلےکو انڈ رایسٹیمیٹکرناہےجومسئلہ در پیشہے۔ یہانڈرایسٹیمیٹکرناہے،</w:t>
      </w:r>
    </w:p>
    <w:p>
      <w:r>
        <w:rPr>
          <w:b/>
        </w:rPr>
        <w:t xml:space="preserve">[31:15] </w:t>
      </w:r>
      <w:r>
        <w:t>yeh underestimate karna hai.</w:t>
      </w:r>
    </w:p>
    <w:p>
      <w:pPr>
        <w:jc w:val="right"/>
      </w:pPr>
      <w:r>
        <w:t>یہانڈرایسٹ یمیٹکرناہے۔</w:t>
      </w:r>
    </w:p>
    <w:p>
      <w:r>
        <w:rPr>
          <w:b/>
        </w:rPr>
        <w:t xml:space="preserve">[31:19] </w:t>
      </w:r>
      <w:r>
        <w:t>mein aksar sochta hoon ke Allah taala ne har daur mein paighambar bheje. thumma arsal rusulan lagataar paighambar aaye aur khud Quran batata hai ke saare paighambaron ko mazaq uraya gaya, unko ridicule kiya gaya, unko jhutlaya gaya.</w:t>
      </w:r>
    </w:p>
    <w:p>
      <w:pPr>
        <w:jc w:val="right"/>
      </w:pPr>
      <w:r>
        <w:t>میںاکثرسوچتاہوںکہ اللہ تعالینے ہر دور میںپیغمبربھیجے۔ ثم ارسل رسلا تطر لگاتار پیغمبرآئے اورخود قرآنبتاتاہےکہ سارےپیغمبروںکو مذاقاڑایاگیا،انکوریڈیکولکیاگیا،انکوجھٹلایاگیا۔</w:t>
      </w:r>
    </w:p>
    <w:p>
      <w:r>
        <w:rPr>
          <w:b/>
        </w:rPr>
        <w:t xml:space="preserve">[31:39] </w:t>
      </w:r>
      <w:r>
        <w:t>Quran mein hai ke ijtihad kiya, har nabbi ka ijtihad kiya gaya. ya hasrat alal ibad ma yati mere sir illa kaan bhi hast jaoon</w:t>
      </w:r>
    </w:p>
    <w:p>
      <w:pPr>
        <w:jc w:val="right"/>
      </w:pPr>
      <w:r>
        <w:t>قرآنمیںہےکہ اجتہادکیا،ہرنبیکااجتہادکیاگیا۔ یا حس رت علی العباد مایاتی میرےسر الا کان بھیاست جعون</w:t>
      </w:r>
    </w:p>
    <w:p>
      <w:r>
        <w:rPr>
          <w:b/>
        </w:rPr>
        <w:t xml:space="preserve">[31:48] </w:t>
      </w:r>
      <w:r>
        <w:t>yakeen nahi, aasman phat pada, kyun nahi? pahadon par toot pada, unke upar kyun nahi? sab ke sab ko goonga Allah taala ne bana diya. yeh mein sochta hoon aksar.</w:t>
      </w:r>
    </w:p>
    <w:p>
      <w:pPr>
        <w:jc w:val="right"/>
      </w:pPr>
      <w:r>
        <w:t>یقیننہیں،آسمانپھٹپڑا، کیوںنہیں؟پہاڑوںپرٹوٹپڑا،انکےاوپر کیوںنہیں؟سب کے سبکوگوگااللہتعالینےبنادیا ۔ یہمیںسوچتاہوںاکثر۔</w:t>
      </w:r>
    </w:p>
    <w:p>
      <w:r>
        <w:rPr>
          <w:b/>
        </w:rPr>
        <w:t xml:space="preserve">[32:00] </w:t>
      </w:r>
      <w:r>
        <w:t>puri tareekh mein yeh waqea dohraya jaata raha. kyun? yeh to Allah taala ki scheme thi ke insaan ko paida kare, insaanon ko azaad de de, unko aap pasande.</w:t>
      </w:r>
    </w:p>
    <w:p>
      <w:pPr>
        <w:jc w:val="right"/>
      </w:pPr>
      <w:r>
        <w:t>پوریتاریخ میںیہواقعہدہرایاجاتا رہا۔ کیوں ؟یہتو اللہ تعالی کیاسک یمتھی کہانسانکو پیدا کرے، انسانوںکوآز ادیدے، انکو آپشندے۔</w:t>
      </w:r>
    </w:p>
    <w:p>
      <w:r>
        <w:rPr>
          <w:b/>
        </w:rPr>
        <w:t xml:space="preserve">[32:17] </w:t>
      </w:r>
      <w:r>
        <w:t>phir koi maane, koi na maane.</w:t>
      </w:r>
    </w:p>
    <w:p>
      <w:pPr>
        <w:jc w:val="right"/>
      </w:pPr>
      <w:r>
        <w:t>پھرکوئیمانے،کوئینہمانے۔</w:t>
      </w:r>
    </w:p>
    <w:p>
      <w:r>
        <w:rPr>
          <w:b/>
        </w:rPr>
        <w:t xml:space="preserve">[32:22] </w:t>
      </w:r>
      <w:r>
        <w:t>koi paighambaron ki, koi paighambaron ka ijtihad kare, koi paighambaron ka ikram kare. yeh to uski scheme thi Allah taala ki.</w:t>
      </w:r>
    </w:p>
    <w:p>
      <w:pPr>
        <w:jc w:val="right"/>
      </w:pPr>
      <w:r>
        <w:t>کوئی پیغمبروںکی ،کوئی پیغمبروںکا اجتہادکرے، کوئی پیغمبروںکا اکرامکرے۔ یہتو اسکیمتھیاللہتعالیکی۔</w:t>
      </w:r>
    </w:p>
    <w:p>
      <w:r>
        <w:rPr>
          <w:b/>
        </w:rPr>
        <w:t xml:space="preserve">[32:33] </w:t>
      </w:r>
      <w:r>
        <w:t>kyun ke jo aakhirat aane wali hai, aakhirat mein jo hone wala hai ke fareeq fil jannati wa fareeq fis sair</w:t>
      </w:r>
    </w:p>
    <w:p>
      <w:pPr>
        <w:jc w:val="right"/>
      </w:pPr>
      <w:r>
        <w:t>کیونکہجوآخرتآنےوالی ہے، آخرتمیں جو ہونےوالاہے کہ فريق فیالجنہ وفریق فی السیر</w:t>
      </w:r>
    </w:p>
    <w:p>
      <w:r>
        <w:rPr>
          <w:b/>
        </w:rPr>
        <w:t xml:space="preserve">[32:41] </w:t>
      </w:r>
      <w:r>
        <w:t>ek giroh ka intekhab hoga jannat ke liye, ek giroh ka intekhab hoga jahannum ke liye. yeh kis se hoga? kaise hoga? yeh yeh hoga bain haq qaim karne ke baad.</w:t>
      </w:r>
    </w:p>
    <w:p>
      <w:pPr>
        <w:jc w:val="right"/>
      </w:pPr>
      <w:r>
        <w:t>ایک گروہکا انتخاب ہوگا جنتکےلیے ،ایک گروہکا انتخاب ہوگا جہنمکےلیے۔ یہکی سےہوگا؟ کیسےہوگا؟یہ یہہوگا بین ہقائمکرنےکےبعد ۔</w:t>
      </w:r>
    </w:p>
    <w:p>
      <w:r>
        <w:rPr>
          <w:b/>
        </w:rPr>
        <w:t xml:space="preserve">[32:58] </w:t>
      </w:r>
      <w:r>
        <w:t>liya halak man halqa bain a wa yahya min haybeen a bain haq qaim karne ke baad.</w:t>
      </w:r>
    </w:p>
    <w:p>
      <w:pPr>
        <w:jc w:val="right"/>
      </w:pPr>
      <w:r>
        <w:t>لیاہلکمنحلقہ بین ا ویحیی منحیبین ا بین ہقائمکرنےکےبعد ۔</w:t>
      </w:r>
    </w:p>
    <w:p>
      <w:r>
        <w:rPr>
          <w:b/>
        </w:rPr>
        <w:t xml:space="preserve">[33:07] </w:t>
      </w:r>
      <w:r>
        <w:t>bain haq ka matlab yeh hai ke har insaan ko jo azaadi hai, usko koi misuse karta hai, koi appropriate karta hai.</w:t>
      </w:r>
    </w:p>
    <w:p>
      <w:pPr>
        <w:jc w:val="right"/>
      </w:pPr>
      <w:r>
        <w:t>بین ہکامطلبیہہےکہ ہرانسان کوجوآزادیہے، اسکو کوئیمسیوزکرتاہے، کوئی پراپریوزکرتاہے۔</w:t>
      </w:r>
    </w:p>
    <w:p>
      <w:r>
        <w:rPr>
          <w:b/>
        </w:rPr>
        <w:t xml:space="preserve">[33:17] </w:t>
      </w:r>
      <w:r>
        <w:t>apni zabaan se, apne dimagh se, apne haath paon se, apni activities se, koi ek tarah ka kaam karta hai, koi doosre tarah ka kaam.</w:t>
      </w:r>
    </w:p>
    <w:p>
      <w:pPr>
        <w:jc w:val="right"/>
      </w:pPr>
      <w:r>
        <w:t>اپنی زبان سے ،اپنے دماغسے ،اپنے ہاتھ پاؤںسے ، اپنی ایکٹیویٹیزسے، کوئیایکطرح کاکامکرتاہے،کوئیدوسرےطرح کاکام ۔</w:t>
      </w:r>
    </w:p>
    <w:p>
      <w:r>
        <w:rPr>
          <w:b/>
        </w:rPr>
        <w:t xml:space="preserve">[33:28] </w:t>
      </w:r>
      <w:r>
        <w:t>koi iqrar ki taraf jaata hai, koi inkar ki taraf. to farishte uska record kar rahe hain.</w:t>
      </w:r>
    </w:p>
    <w:p>
      <w:pPr>
        <w:jc w:val="right"/>
      </w:pPr>
      <w:r>
        <w:t>کوئی اقرارکیطرف جاتاہے،کوئیانکارکیطرف ۔ تو فرشتےاسکاریکارڈکررہےہیں۔</w:t>
      </w:r>
    </w:p>
    <w:p>
      <w:r>
        <w:rPr>
          <w:b/>
        </w:rPr>
        <w:t xml:space="preserve">[33:39] </w:t>
      </w:r>
      <w:r>
        <w:t>yani Allah taala ne aisa farishta nahi muqarrar kiya hai duniya mein ke dekho, koi gustakh na karna pade mere paighambaron ki. Allah taala ne duniya mein Quran mein hai ke har insaan ke upar do farishte hain.</w:t>
      </w:r>
    </w:p>
    <w:p>
      <w:pPr>
        <w:jc w:val="right"/>
      </w:pPr>
      <w:r>
        <w:t>یعنیاللہتعالینے ایسا فرشتہنہیںمقررکیاہےدنیا میں کہ دیکھو، کوئی گستاخینہکرناپڑے میرےپیغمبروںکی۔ اللہ تعالی نے دنیا میں قرآنمیںہےکہ ہرانسان کےاوپر دو فرشتےہیں۔</w:t>
      </w:r>
    </w:p>
    <w:p>
      <w:r>
        <w:rPr>
          <w:b/>
        </w:rPr>
        <w:t xml:space="preserve">[33:56] </w:t>
      </w:r>
      <w:r>
        <w:t>iz qalab tal qayan an al yameen wa an al shimal qaeed</w:t>
      </w:r>
    </w:p>
    <w:p>
      <w:pPr>
        <w:jc w:val="right"/>
      </w:pPr>
      <w:r>
        <w:t>إذ ق لب ت لقیان عن اليمين وعن الشمال قعید</w:t>
      </w:r>
    </w:p>
    <w:p>
      <w:r>
        <w:rPr>
          <w:b/>
        </w:rPr>
        <w:t xml:space="preserve">[34:04] </w:t>
      </w:r>
      <w:r>
        <w:t>yani har insaan ke saath do farishte lage hue hain ke jo kuch woh zabaan se bole, jo kuch woh kare, jo activity woh dikhaye, usko woh likh lein.</w:t>
      </w:r>
    </w:p>
    <w:p>
      <w:pPr>
        <w:jc w:val="right"/>
      </w:pPr>
      <w:r>
        <w:t>یعنیہرانسان کےساتھ دوفرشتےلگےہوئےہیں کہجوکچھ وہزبان سےبول ے، جوکچھ وہکرے، جو ایکٹیویٹیوہدکھائے، اسکووہلکھ لیں۔</w:t>
      </w:r>
    </w:p>
    <w:p>
      <w:r>
        <w:rPr>
          <w:b/>
        </w:rPr>
        <w:t xml:space="preserve">[34:16] </w:t>
      </w:r>
      <w:r>
        <w:t>Quran mein yeh kahin nahi likha hua hai ke har insaan ke saath farishte lage hue hain ke jaise hi woh rasool ke saamne gustakhi kare, woh usko pathar maar ke halak kar de.</w:t>
      </w:r>
    </w:p>
    <w:p>
      <w:pPr>
        <w:jc w:val="right"/>
      </w:pPr>
      <w:r>
        <w:t>قرآنمیںیہکہیںنہیںلکھاہواہے کہہرانسانکےساتھ فرشتےلگےہوئےہیں کہجیسےہیوہرسول کےسامنےگستاخیکرے، وہاسکوپتھرمارکےہلاککردے۔</w:t>
      </w:r>
    </w:p>
    <w:p>
      <w:r>
        <w:rPr>
          <w:b/>
        </w:rPr>
        <w:t xml:space="preserve">[34:27] </w:t>
      </w:r>
      <w:r>
        <w:t>yeh kahin nahi likha hua hai.</w:t>
      </w:r>
    </w:p>
    <w:p>
      <w:pPr>
        <w:jc w:val="right"/>
      </w:pPr>
      <w:r>
        <w:t>یہکہیںنہیںلکھاہواہے۔</w:t>
      </w:r>
    </w:p>
    <w:p>
      <w:r>
        <w:rPr>
          <w:b/>
        </w:rPr>
        <w:t xml:space="preserve">[34:30] </w:t>
      </w:r>
      <w:r>
        <w:t>gustakhi karna chahe to woh gustakhi kare, iqrar karna chahe to iqrar kare. farishton ka kaam hai unko likhna, unko likhna.</w:t>
      </w:r>
    </w:p>
    <w:p>
      <w:pPr>
        <w:jc w:val="right"/>
      </w:pPr>
      <w:r>
        <w:t>گ ستا خی کرناچاہےتووہگستاخیکرے، اقرارکرناچاہےتواقرارکرے۔ فرشتوںکاکامہےانکولکھنا، انکالکھنا۔</w:t>
      </w:r>
    </w:p>
    <w:p>
      <w:r>
        <w:rPr>
          <w:b/>
        </w:rPr>
        <w:t xml:space="preserve">[34:44] </w:t>
      </w:r>
      <w:r>
        <w:t>yeh sari tareekh jo hangame hain, abas hain, abas . kuch bhi inka nateeja nikalne wala nahi hai.</w:t>
      </w:r>
    </w:p>
    <w:p>
      <w:pPr>
        <w:jc w:val="right"/>
      </w:pPr>
      <w:r>
        <w:t>یہ ساری تاریخ جو ہنگامےہیں،عبثہیں،عبث ۔ کچھبھی انکا نتیجہنکلنےوالانہیںہے۔</w:t>
      </w:r>
    </w:p>
    <w:p>
      <w:r>
        <w:rPr>
          <w:b/>
        </w:rPr>
        <w:t xml:space="preserve">[34:56] </w:t>
      </w:r>
      <w:r>
        <w:t>toh dekhiye, woh waqt aa gaya hai ke hum saare log</w:t>
      </w:r>
    </w:p>
    <w:p>
      <w:pPr>
        <w:jc w:val="right"/>
      </w:pPr>
      <w:r>
        <w:t>تودیکھیے، وہوقت آگیاہے کہہمسارےلوگ</w:t>
      </w:r>
    </w:p>
    <w:p>
      <w:r>
        <w:rPr>
          <w:b/>
        </w:rPr>
        <w:t xml:space="preserve">[35:03] </w:t>
      </w:r>
      <w:r>
        <w:t>poori apni tareekh ko , do sau saal, do sau saala tareekh ko hum phir se iski chhanbeen karein, re-assess karein, revise karein, phir se sochein ke kya humne kiya ?</w:t>
      </w:r>
    </w:p>
    <w:p>
      <w:pPr>
        <w:jc w:val="right"/>
      </w:pPr>
      <w:r>
        <w:t>پوری اپنی تاریخ کو ، دو سو سال،دو سوسالہتاریخ کوہم پھرسے اسکیچھانبین کریں، ری ایسسکریں،ریوائزکریں، پھرسے سوچیں کہکیا ہمنےکیا ؟</w:t>
      </w:r>
    </w:p>
    <w:p>
      <w:r>
        <w:rPr>
          <w:b/>
        </w:rPr>
        <w:t xml:space="preserve">[35:19] </w:t>
      </w:r>
      <w:r>
        <w:t>hum insaan se iski azaadi chheen lete hain, chheenna chahte hain, jab ke azaadi khuda hi toh chheenga ya dega. hum insaan se iska haq chheenna chahte hain ke woh iqraar kare ya inkaar kare.</w:t>
      </w:r>
    </w:p>
    <w:p>
      <w:pPr>
        <w:jc w:val="right"/>
      </w:pPr>
      <w:r>
        <w:t>ہم انسان سےاسکیآزادیچھینلیتےہیں،چھینناچاہتےہیں، جب کہ آزادی خدا یاتوچھینےگایادےگا۔ ہمانسانسے اسکاحقچھینناچاہتےہیںکہوہ اقرارکرےیاانکار کرے۔</w:t>
      </w:r>
    </w:p>
    <w:p>
      <w:r>
        <w:rPr>
          <w:b/>
        </w:rPr>
        <w:t xml:space="preserve">[35:33] </w:t>
      </w:r>
      <w:r>
        <w:t>isko khuda ne de rakha hai do option : iqraar ka aur inkaar ka . hum chahte hain ke nahi, tum ko inkaar, inkaar nahi karne paoge, tum ko iqraar hi karna padega.</w:t>
      </w:r>
    </w:p>
    <w:p>
      <w:pPr>
        <w:jc w:val="right"/>
      </w:pPr>
      <w:r>
        <w:t>اسکو خدانےدےرکھاہےدوآپشن : اقرارکااورانکارکا ۔ہمچاہتےہیںکہنہیں ، تم کوانکار،انکارنہیںکرنےپاؤگے،تمکواقرارہیکرناپڑےگا۔</w:t>
      </w:r>
    </w:p>
    <w:p>
      <w:r>
        <w:rPr>
          <w:b/>
        </w:rPr>
        <w:t xml:space="preserve">[35:45] </w:t>
      </w:r>
      <w:r>
        <w:t>yaani khuda ne de rakha hai har insaan ko do option ke paighambar ka toh maano ya inkaar karo. paighambar ko chahe ikraam karo ya tazheek karo ,</w:t>
      </w:r>
    </w:p>
    <w:p>
      <w:pPr>
        <w:jc w:val="right"/>
      </w:pPr>
      <w:r>
        <w:t>یعنیخدانے دےرکھاہےہرانسانکو دوآپشن کہ پیغمبر کاتومانو یاانکارکرو۔ پیغمبر کوچاہے اکرامکرو یاتضحیککرو ،</w:t>
      </w:r>
    </w:p>
    <w:p>
      <w:r>
        <w:rPr>
          <w:b/>
        </w:rPr>
        <w:t xml:space="preserve">[35:59] </w:t>
      </w:r>
      <w:r>
        <w:t>paighambar ke bare mein chahe achha alfaaz bolo ya bure alfaaz bolo, yeh Allah ka diya hua haq hai. hum kehte hain ke nahi, tum ko ek hi option hai, doosra option nahi hai.</w:t>
      </w:r>
    </w:p>
    <w:p>
      <w:pPr>
        <w:jc w:val="right"/>
      </w:pPr>
      <w:r>
        <w:t>پیغمبر کےبارےمیںچاہےاچھاالفاظبولویا برےالفاظبولو، یہ اللہ کا دیاہوا حق ہے۔ ہمکہتےہیںکہنہیں، تم کوایکہیآپ شنہے، دوسراآپشننہیںہے۔</w:t>
      </w:r>
    </w:p>
    <w:p>
      <w:r>
        <w:rPr>
          <w:b/>
        </w:rPr>
        <w:t xml:space="preserve">[36:14] </w:t>
      </w:r>
      <w:r>
        <w:t>lekin aap jante hain ke itni lambi muddat se yeh kaam ho raha hai, aaj se nahi ho raha. yeh</w:t>
      </w:r>
    </w:p>
    <w:p>
      <w:pPr>
        <w:jc w:val="right"/>
      </w:pPr>
      <w:r>
        <w:t>لیکن آپ جانتےہیںکہ اتنی لمبی مد تسےیہکامہورہاہے،آجسےنہیںہورہا۔یہ</w:t>
      </w:r>
    </w:p>
    <w:p>
      <w:r>
        <w:rPr>
          <w:b/>
        </w:rPr>
        <w:t xml:space="preserve">[36:22] </w:t>
      </w:r>
      <w:r>
        <w:t>ghaaliban sabse pehli kitaab jo likhi gayi hai is mauzu par, woh hai aath sau saal pehle</w:t>
      </w:r>
    </w:p>
    <w:p>
      <w:pPr>
        <w:jc w:val="right"/>
      </w:pPr>
      <w:r>
        <w:t>غالباًسبسے پہلیکتاب جولکھیگئیہے اس موضوعپر، وہابسےآٹھسوسالپہلے</w:t>
      </w:r>
    </w:p>
    <w:p>
      <w:r>
        <w:rPr>
          <w:b/>
        </w:rPr>
        <w:t xml:space="preserve">[36:33] </w:t>
      </w:r>
      <w:r>
        <w:t>imam Taimiya ki kitaab "Al-Saarim al-Rasool ala Saam al-Rasool" hai. iske baad bahut si kitaabein hain, bahut se masle, bahut se fatwe aaj tak jaari hain.</w:t>
      </w:r>
    </w:p>
    <w:p>
      <w:pPr>
        <w:jc w:val="right"/>
      </w:pPr>
      <w:r>
        <w:t>امام تیمیہکیکتاب "الصاربالرسول علی ساتبالرسول" ہے۔اسکےبعد بہتسیکتاب یںہیں، بہتسے مسئلے،بہتسے فتوے آجتک جاریہیں۔</w:t>
      </w:r>
    </w:p>
    <w:p>
      <w:r>
        <w:rPr>
          <w:b/>
        </w:rPr>
        <w:t xml:space="preserve">[36:44] </w:t>
      </w:r>
      <w:r>
        <w:t>aap sochiye ke kya us waqt kami hui ? imam Taimiya ke zamane mein ek ek Isaai tha, usne gustakhi ki thi toh unhone kaha ke isko maaro, isko kaato, qatl karo isko.</w:t>
      </w:r>
    </w:p>
    <w:p>
      <w:pPr>
        <w:jc w:val="right"/>
      </w:pPr>
      <w:r>
        <w:t>آپسوچیے کہ کیا اسوقت کمیہوئی ؟امام تیمیہکےزمان ےمیں ایک ایک عیسائیتھا،اسنے گستاخیکیتھی توانہوںنےکہاکہاسکو مارو، اسکوکاٹو، قتلکرواسکو۔</w:t>
      </w:r>
    </w:p>
    <w:p>
      <w:r>
        <w:rPr>
          <w:b/>
        </w:rPr>
        <w:t xml:space="preserve">[37:01] </w:t>
      </w:r>
      <w:r>
        <w:t>hate ke is bechare ne Islam qabool kar liya. kitaabon mein aata hai ke "al-na-Islam" tab bhi unhone kaha ke nahi, isko maara jayega. "al-na-Islam" ka lafz aaya kitaabon mein</w:t>
      </w:r>
    </w:p>
    <w:p>
      <w:pPr>
        <w:jc w:val="right"/>
      </w:pPr>
      <w:r>
        <w:t>حتیکہ اس بیچارےنے اسلام قبولکرلیا۔ کتاب وںمیںآتاہےکہ"ال نااسلام " تببھیانہوںنےکہاکہنہیں،اسکوماراجائےگا۔ "ال نااسلام "کالفظآیاکتاب وںمیں</w:t>
      </w:r>
    </w:p>
    <w:p>
      <w:r>
        <w:rPr>
          <w:b/>
        </w:rPr>
        <w:t xml:space="preserve">[37:13] </w:t>
      </w:r>
      <w:r>
        <w:t>ke is aadmi ne kaha tauba kiya, Islam qabool kar liya toh ibn Taimiya ne kaha ke nahi, tab bhi maara jayega isko. achha, ibn Taimiya ke zamane mein jitna sab-o-shata tha, aaj ka usse kam ho gaya hai.</w:t>
      </w:r>
    </w:p>
    <w:p>
      <w:pPr>
        <w:jc w:val="right"/>
      </w:pPr>
      <w:r>
        <w:t>کہاسآدمینےکہا توبہکیا،اسلام قبولکرلیا توابنتیمیہ نےکہاکہنہیں،تببھیماراجائےگااسکو ۔ اچھا، ابن تیمیہکےزمان ےمیں جتناسب وشتہوتاتھا، آجکا اسسےکمہوگیاہے۔</w:t>
      </w:r>
    </w:p>
    <w:p>
      <w:r>
        <w:rPr>
          <w:b/>
        </w:rPr>
        <w:t xml:space="preserve">[37:30] </w:t>
      </w:r>
      <w:r>
        <w:t>aaj, aaj thousand times zyada ho gaya hai.</w:t>
      </w:r>
    </w:p>
    <w:p>
      <w:pPr>
        <w:jc w:val="right"/>
      </w:pPr>
      <w:r>
        <w:t>آج ،آج تھاؤزنڈٹائمزیادہ ہوگیاہے۔</w:t>
      </w:r>
    </w:p>
    <w:p>
      <w:r>
        <w:rPr>
          <w:b/>
        </w:rPr>
        <w:t xml:space="preserve">[37:36] </w:t>
      </w:r>
      <w:r>
        <w:t>dekhiye, ibn Taimiya ke zamane mein printing press nahi tha,</w:t>
      </w:r>
    </w:p>
    <w:p>
      <w:pPr>
        <w:jc w:val="right"/>
      </w:pPr>
      <w:r>
        <w:t>دیکھیے، ابن تیمیہکےزمانےمیںپرنٹنگپریسنہیںتھا،</w:t>
      </w:r>
    </w:p>
    <w:p>
      <w:r>
        <w:rPr>
          <w:b/>
        </w:rPr>
        <w:t xml:space="preserve">[37:41] </w:t>
      </w:r>
      <w:r>
        <w:t>kitaabein haath se likhi jaati thin,</w:t>
      </w:r>
    </w:p>
    <w:p>
      <w:pPr>
        <w:jc w:val="right"/>
      </w:pPr>
      <w:r>
        <w:t>کتاب یںہاتھسےلکھیجاتیتھیں،</w:t>
      </w:r>
    </w:p>
    <w:p>
      <w:r>
        <w:rPr>
          <w:b/>
        </w:rPr>
        <w:t xml:space="preserve">[37:46] </w:t>
      </w:r>
      <w:r>
        <w:t>na akhbaar tha, na magazine tha, na TV tha, kuch bhi nahi tha. toh koi ek shakhs kahin gustakhi kar deta tha.</w:t>
      </w:r>
    </w:p>
    <w:p>
      <w:pPr>
        <w:jc w:val="right"/>
      </w:pPr>
      <w:r>
        <w:t>نہاخبار تھا،نہ میگزینتھا، نہ ٹیویتھا ،کچھبھینہیں تھا۔ تو کوئی ایک شخص کہیں گستاخیکردیتاتھا۔</w:t>
      </w:r>
    </w:p>
    <w:p>
      <w:r>
        <w:rPr>
          <w:b/>
        </w:rPr>
        <w:t xml:space="preserve">[37:59] </w:t>
      </w:r>
      <w:r>
        <w:t>aaj toh naye daur mein jo naya jo daur aaya hai, print media, electronic media, aaj toh beshumaar log is mein mubtala hain.</w:t>
      </w:r>
    </w:p>
    <w:p>
      <w:pPr>
        <w:jc w:val="right"/>
      </w:pPr>
      <w:r>
        <w:t>آج تو نئے دورمیںجو نیاجو دور آیاہے، پرنٹمیڈیا،الیکٹرانکمیڈیا، آجتو بےشمار لوگاسمیںمبتلاہیں۔</w:t>
      </w:r>
    </w:p>
    <w:p>
      <w:r>
        <w:rPr>
          <w:b/>
        </w:rPr>
        <w:t xml:space="preserve">[38:10] </w:t>
      </w:r>
      <w:r>
        <w:t>kisi ek ka aa jata hai, flash hokar ke saamne, unhe log karte hi rehte hain gustakhi ki baatein. aaj azaadi play se badh gayi hai,</w:t>
      </w:r>
    </w:p>
    <w:p>
      <w:pPr>
        <w:jc w:val="right"/>
      </w:pPr>
      <w:r>
        <w:t>کسی ایک کا آجاتاہے، فلیشہوکرکےسامنے ،انہیں لوگ کرتے ہیرہتےہیںگستاخی کیباتیں۔ آج آز ادی پلےسے بڑھگئیہے،</w:t>
      </w:r>
    </w:p>
    <w:p>
      <w:r>
        <w:rPr>
          <w:b/>
        </w:rPr>
        <w:t xml:space="preserve">[38:24] </w:t>
      </w:r>
      <w:r>
        <w:t>azaadi badh gayi hai, saadhan badh gaye hain. aaj log kitaabein chhaapte hain, mazameen likhte hain, film banate hain.</w:t>
      </w:r>
    </w:p>
    <w:p>
      <w:pPr>
        <w:jc w:val="right"/>
      </w:pPr>
      <w:r>
        <w:t>آزادی بڑھگئیہے، سادھنبڑھگئےہیں۔ آجلوگکتاب یںچھاپتےہیں، مضامینلکھتےہیں، فلم بناتےہیں۔</w:t>
      </w:r>
    </w:p>
    <w:p>
      <w:r>
        <w:rPr>
          <w:b/>
        </w:rPr>
        <w:t xml:space="preserve">[38:36] </w:t>
      </w:r>
      <w:r>
        <w:t>toh pehle ke muqable mein, aur dekhiye, pehle zamane mein aisa tha ke in logon ko koi protection nahi milti thi. protection, misaal ke taur par, Salman Rushdie ne ek kitaab likhi jiske khilaaf fatwa diya gaya.</w:t>
      </w:r>
    </w:p>
    <w:p>
      <w:pPr>
        <w:jc w:val="right"/>
      </w:pPr>
      <w:r>
        <w:t>تو پہلے کے مقابلےمیں، اور دیکھیے، پہلے زمان ےمیںایساتھا کہ ان لوگوںکوکوئی پروٹیکشننہیںملتاتھا۔پروٹیکشن، مثالکےطورپر، سلمان رشدینے ایککتاب لکھ ی جسکے خلاف فتویدیا گیا۔</w:t>
      </w:r>
    </w:p>
    <w:p>
      <w:r>
        <w:rPr>
          <w:b/>
        </w:rPr>
        <w:t xml:space="preserve">[38:54] </w:t>
      </w:r>
      <w:r>
        <w:t>saare ulama mushk ko chhod kar ke bas maaro, maaro, kaato isko, aur kai billion dollar ka inteqaam inaam is par rakha gaya.</w:t>
      </w:r>
    </w:p>
    <w:p>
      <w:pPr>
        <w:jc w:val="right"/>
      </w:pPr>
      <w:r>
        <w:t>سارے علم اء مشککوچھوڑکرکے بس مار و،مارو،کاٹواسکو، اور کئی بل ینڈالرکاانتقام انعاماسپررکھاگیا۔</w:t>
      </w:r>
    </w:p>
    <w:p>
      <w:r>
        <w:rPr>
          <w:b/>
        </w:rPr>
        <w:t xml:space="preserve">[39:04] </w:t>
      </w:r>
      <w:r>
        <w:t>kai billion dollar.</w:t>
      </w:r>
    </w:p>
    <w:p>
      <w:pPr>
        <w:jc w:val="right"/>
      </w:pPr>
      <w:r>
        <w:t>کئیبلینڈالر۔</w:t>
      </w:r>
    </w:p>
    <w:p>
      <w:r>
        <w:rPr>
          <w:b/>
        </w:rPr>
        <w:t xml:space="preserve">[39:07] </w:t>
      </w:r>
      <w:r>
        <w:t>ab kya hai? meri zindagi ke waqea hai ke fatwa dene wale aur is se is par saath karne wale bahut se log mar chuke, mar ke qabr mein dafna ho chuke, aur iska zinda hai, Rushdie Salman Rushdie zinda hai.</w:t>
      </w:r>
    </w:p>
    <w:p>
      <w:pPr>
        <w:jc w:val="right"/>
      </w:pPr>
      <w:r>
        <w:t>ابکیاہے؟ میریزندگی کے واقعہہے کہ فت ویدینےوالے اور اسسے اس پر ساتھ کرنےوالے بہت سےلوگ مرچکے، مرکےقبرمیںدفنہوچکے، اور اسکازندہہے، رشدیسلمانرشدیزندہہے۔</w:t>
      </w:r>
    </w:p>
    <w:p>
      <w:r>
        <w:rPr>
          <w:b/>
        </w:rPr>
        <w:t xml:space="preserve">[39:25] </w:t>
      </w:r>
      <w:r>
        <w:t>yaani UK mein woh royal security ke andar rehta hai. royal security uski kitaabon ke bahut se edition chhape, tarjume bhi chhape.</w:t>
      </w:r>
    </w:p>
    <w:p>
      <w:pPr>
        <w:jc w:val="right"/>
      </w:pPr>
      <w:r>
        <w:t>یعنییوکے میںوہ رائل سیکیورٹیکےاندررہتاہے۔ رائلسیکیورٹیاس کیکتاب وںکے بہت سےایڈیشن چھپے،ترجمےبھیچھپے۔</w:t>
      </w:r>
    </w:p>
    <w:p>
      <w:r>
        <w:rPr>
          <w:b/>
        </w:rPr>
        <w:t xml:space="preserve">[39:38] </w:t>
      </w:r>
      <w:r>
        <w:t>30 saal beet gaye, ab musalman kuch bhi nahi kar sake. To fatwe se kya faida? Is daur mein yaad rakhiye, protection, protection mil jata hai un logon ko, kyunke yeh daur jo hai,</w:t>
      </w:r>
    </w:p>
    <w:p>
      <w:pPr>
        <w:jc w:val="right"/>
      </w:pPr>
      <w:r>
        <w:t>30سال بیتگئے،ابمس لمانکچھبھینہیںکرسکے۔ توفتوےسےکیافائدہ؟ اس دورمیںیادرکھیے، پروٹیکشن،پروٹیکشنملجاتا ہےانلوگوںکو ،کیونکہ یہدور جوہے،</w:t>
      </w:r>
    </w:p>
    <w:p>
      <w:r>
        <w:rPr>
          <w:b/>
        </w:rPr>
        <w:t xml:space="preserve">[39:52] </w:t>
      </w:r>
      <w:r>
        <w:t>yeh jo aaj ka daur jo hai, is mein freedom of expression jo hai, woh itna muqaddas hai jaise hamare naik kalma muqaddas hai.</w:t>
      </w:r>
    </w:p>
    <w:p>
      <w:pPr>
        <w:jc w:val="right"/>
      </w:pPr>
      <w:r>
        <w:t>یہجوآجکادور جوہے، اسمیں فریڈم آفایکسپریشنجوہے، وہاتناہیمقدسہےجیسےہمارے نیککلمہمقدسہے۔</w:t>
      </w:r>
    </w:p>
    <w:p>
      <w:r>
        <w:rPr>
          <w:b/>
        </w:rPr>
        <w:t xml:space="preserve">[40:02] </w:t>
      </w:r>
      <w:r>
        <w:t>yani aaj ke daur ka kalma hai, yeh freedom of expression. To poora daur is ki himayat mein aa jata hai. To bebas hain, bebas hain.</w:t>
      </w:r>
    </w:p>
    <w:p>
      <w:pPr>
        <w:jc w:val="right"/>
      </w:pPr>
      <w:r>
        <w:t>یعنیآجکے دور کا کلمہ ہے،یہ فریڈمآفایکسپریشن۔ تو پورا دور اسکیحمایتمیںآجاتاہے۔ تو بےبسہیں، بےبسہیں۔</w:t>
      </w:r>
    </w:p>
    <w:p>
      <w:r>
        <w:rPr>
          <w:b/>
        </w:rPr>
        <w:t xml:space="preserve">[40:15] </w:t>
      </w:r>
      <w:r>
        <w:t>To Ibn Taymiyyah ke zamane mein agar</w:t>
      </w:r>
    </w:p>
    <w:p>
      <w:pPr>
        <w:jc w:val="right"/>
      </w:pPr>
      <w:r>
        <w:t>تو ابن تیمیہکےزمان ےمیں اگر</w:t>
      </w:r>
    </w:p>
    <w:p>
      <w:r>
        <w:rPr>
          <w:b/>
        </w:rPr>
        <w:t xml:space="preserve">[40:21] </w:t>
      </w:r>
      <w:r>
        <w:t>one person tha, sab wusht, aaj to thousand times ho raha hai. To bataiye, in fatwon ka faida kya? In kitabon ka faida kya?</w:t>
      </w:r>
    </w:p>
    <w:p>
      <w:pPr>
        <w:jc w:val="right"/>
      </w:pPr>
      <w:r>
        <w:t>ون پرسن ٹتھا، سب وشت، آجتو تھاؤزنڈٹائمہورہاہے۔ تو بتائیے،انفتووںکافائدہکیا ؟ان کتاب وںکافائدہکیا ؟</w:t>
      </w:r>
    </w:p>
    <w:p>
      <w:r>
        <w:rPr>
          <w:b/>
        </w:rPr>
        <w:t xml:space="preserve">[40:32] </w:t>
      </w:r>
      <w:r>
        <w:t>Is tarah ki yani taghiron ka faida kya? Wajah kya hai? Wajah yeh hai ke hum lad rahe hain Allah ke qanoon ke khilaf.</w:t>
      </w:r>
    </w:p>
    <w:p>
      <w:pPr>
        <w:jc w:val="right"/>
      </w:pPr>
      <w:r>
        <w:t>اسطرح کی یعنی تغیروںکافائدہکیا ؟ وجہ کیاہے؟وجہ یہہےکہہملڑرہےہیں اللہ کے قانون کےخلاف ۔</w:t>
      </w:r>
    </w:p>
    <w:p>
      <w:r>
        <w:rPr>
          <w:b/>
        </w:rPr>
        <w:t xml:space="preserve">[40:47] </w:t>
      </w:r>
      <w:r>
        <w:t>Koi lade ke kal subah, kal suraj na nikle to kya suraj nahi niklega? Koi lade ke December aur January ka mahina na aaye to kya nahi aayega? Woh</w:t>
      </w:r>
    </w:p>
    <w:p>
      <w:pPr>
        <w:jc w:val="right"/>
      </w:pPr>
      <w:r>
        <w:t>کوئیلڑےکہکل صبح ،کل سورجنہنکلے تو کیاسورجنہیںنکلےگا؟ کوئیلڑےکہدسمبر اورجنوریکامہینہنہآئےتوکیا نہیںآئےگا؟وہ</w:t>
      </w:r>
    </w:p>
    <w:p>
      <w:r>
        <w:rPr>
          <w:b/>
        </w:rPr>
        <w:t xml:space="preserve">[40:59] </w:t>
      </w:r>
      <w:r>
        <w:t>koi lade ke garmi ka zamana na aaye to kya nahi aayega? Woh aise hi kar rahe hain musalman.</w:t>
      </w:r>
    </w:p>
    <w:p>
      <w:pPr>
        <w:jc w:val="right"/>
      </w:pPr>
      <w:r>
        <w:t>کوئیلڑےکہگرمیکازمانہنہآئےتوکیانہیںآئےگا؟وہ ایسےہیکررہےہیںمس لمان ۔</w:t>
      </w:r>
    </w:p>
    <w:p>
      <w:r>
        <w:rPr>
          <w:b/>
        </w:rPr>
        <w:t xml:space="preserve">[41:09] </w:t>
      </w:r>
      <w:r>
        <w:t>Yeh kisi gustakh-e-rasool ke sath nahi ladai hai, unki khud Allah ke qanoon ke khilaf ladai hai.</w:t>
      </w:r>
    </w:p>
    <w:p>
      <w:pPr>
        <w:jc w:val="right"/>
      </w:pPr>
      <w:r>
        <w:t>یہ کسی گستاخرسولکےساتھ نہیں لڑائیہے،انکی خود اللہ کے قانون کےخلاف لڑائیہے۔</w:t>
      </w:r>
    </w:p>
    <w:p>
      <w:r>
        <w:rPr>
          <w:b/>
        </w:rPr>
        <w:t xml:space="preserve">[41:18] </w:t>
      </w:r>
      <w:r>
        <w:t>Achhi tarah samajh lijiye ke Quran ke maqsad-e-takhlīq kya hai?</w:t>
      </w:r>
    </w:p>
    <w:p>
      <w:pPr>
        <w:jc w:val="right"/>
      </w:pPr>
      <w:r>
        <w:t>اچھیطرح سمجھلیجئےکہ قرآن کے مقصد تخلیقکیاہے؟</w:t>
      </w:r>
    </w:p>
    <w:p>
      <w:r>
        <w:rPr>
          <w:b/>
        </w:rPr>
        <w:t xml:space="preserve">[41:25] </w:t>
      </w:r>
      <w:r>
        <w:t>Quran mein hai ke khalaq al maut wal hayat li yubluakum ayyukum ahsan amal yeh hai maqsad-e-takhlīq. Yani Allah ne paida kiya insaan ko, mardon ko bhi, auraton ko bhi, aur is zameen par rakha kis liye?</w:t>
      </w:r>
    </w:p>
    <w:p>
      <w:pPr>
        <w:jc w:val="right"/>
      </w:pPr>
      <w:r>
        <w:t>قرآنمیںہےکہخلق الموت وال حیات ل عبل کمایم احسنعمل یہہےمقصد تخلیق۔ یعنیاللہ نے پیدا کیا انسانکو ،مرد وںکوبھی،عورتوںکوبھی ،اور اسزمین پررکھا کسلیے؟</w:t>
      </w:r>
    </w:p>
    <w:p>
      <w:r>
        <w:rPr>
          <w:b/>
        </w:rPr>
        <w:t xml:space="preserve">[41:43] </w:t>
      </w:r>
      <w:r>
        <w:t>Test ke liye. Yeh hai testing ground. Har aadmi ko jo cheez milti hai, woh uska, uska yani uska paper hota hai.</w:t>
      </w:r>
    </w:p>
    <w:p>
      <w:pPr>
        <w:jc w:val="right"/>
      </w:pPr>
      <w:r>
        <w:t>ٹیسٹ کےلیے۔یہہے ٹیسٹ نگگراؤنڈ۔ ہرآدمیکو جو چیزملتیہے،وہاسکا ،اسکا یعنی اسکا پیپرہوتاہے۔</w:t>
      </w:r>
    </w:p>
    <w:p>
      <w:r>
        <w:rPr>
          <w:b/>
        </w:rPr>
        <w:t xml:space="preserve">[41:53] </w:t>
      </w:r>
      <w:r>
        <w:t>Misaalan aapko health mili, paisa mila, aapko hukumat mili, aap ke hath mein qalam aaya, aap writer ban gaye, aap film saaz ban gaye, kuch bhi aap hain, woh sab aap ka test paper hai.</w:t>
      </w:r>
    </w:p>
    <w:p>
      <w:pPr>
        <w:jc w:val="right"/>
      </w:pPr>
      <w:r>
        <w:t>مث لاًآپکوہیلتھملی ،پیسہملا، آپکو حکومت ملی ، آپ کےہاتھمیںقلمآیا، آپ رائٹربنگئے، آپ فلم ساز بنگئے،کچھبھیآپ ہیں، وہ سب آپکا ٹیسٹ پیپرہے۔</w:t>
      </w:r>
    </w:p>
    <w:p>
      <w:r>
        <w:rPr>
          <w:b/>
        </w:rPr>
        <w:t xml:space="preserve">[42:11] </w:t>
      </w:r>
      <w:r>
        <w:t>Isi ke zariye se Allah ta'ala aap ko jaanch raha hai. Is zariye se farishte aap ke record tayyar kar rahe hain. Yeh poora nizam hai, imtehan jo hai, is mein inwal hai.</w:t>
      </w:r>
    </w:p>
    <w:p>
      <w:pPr>
        <w:jc w:val="right"/>
      </w:pPr>
      <w:r>
        <w:t>اسیکےذریعےسےاللہتعالیآپکو جانچرہاہے۔ اسذریعےسےفرشتے آپکے ریکارڈتیار کررہےہیں۔ یہ پورانظامہے، امتحانجوہے، اسمیں انوالوہے۔</w:t>
      </w:r>
    </w:p>
    <w:p>
      <w:r>
        <w:rPr>
          <w:b/>
        </w:rPr>
        <w:t xml:space="preserve">[42:24] </w:t>
      </w:r>
      <w:r>
        <w:t>To kaun kaun kaun hai jo is ko abolish kar de, is ko undo kar de? Yeh bahut hi ridiculous hai. Yeh baat ke hangame kar rahe hain musalman.</w:t>
      </w:r>
    </w:p>
    <w:p>
      <w:pPr>
        <w:jc w:val="right"/>
      </w:pPr>
      <w:r>
        <w:t>توکون کون کونہےجواسکو ابالشکردے، اسکوانڈوکردے؟ یہ بورڈدینریڈیکولسہے۔یہبات کہ ہنگامےکررہےہیںمسلمان ۔</w:t>
      </w:r>
    </w:p>
    <w:p>
      <w:r>
        <w:rPr>
          <w:b/>
        </w:rPr>
        <w:t xml:space="preserve">[42:38] </w:t>
      </w:r>
      <w:r>
        <w:t>To isi ko le kar sochiye aap, in terms of, in terms of results sochiye, le kar in terms of result jannat nateeja kya nikal raha hai.</w:t>
      </w:r>
    </w:p>
    <w:p>
      <w:pPr>
        <w:jc w:val="right"/>
      </w:pPr>
      <w:r>
        <w:t>تواسیکولےکرسوچیےآپ ،انٹرمز آف، انٹرمزآفرزلٹسوچیے،لےکر انٹرمزآفرزلٹ جنن تیجہکیانکلرہاہے۔</w:t>
      </w:r>
    </w:p>
    <w:p>
      <w:r>
        <w:rPr>
          <w:b/>
        </w:rPr>
        <w:t xml:space="preserve">[42:50] </w:t>
      </w:r>
      <w:r>
        <w:t>Jis cheez ko mitane ke liye hangama kar rahe hain, woh aur badh rahi hai, aur badh rahi hai, aur badh rahi hai. Kyun? Aap apne aap ko maar sakte hain.</w:t>
      </w:r>
    </w:p>
    <w:p>
      <w:pPr>
        <w:jc w:val="right"/>
      </w:pPr>
      <w:r>
        <w:t>جس چیزکو مٹانےکےلیےہنگامہکررہےہیں،وہاوربڑھرہیہے،اوربڑھرہیہے،اوربڑھرہیہے۔ کیوں؟آپ اپنےآپکومارسکتےہیں۔</w:t>
      </w:r>
    </w:p>
    <w:p>
      <w:r>
        <w:rPr>
          <w:b/>
        </w:rPr>
        <w:t xml:space="preserve">[43:02] </w:t>
      </w:r>
      <w:r>
        <w:t>Log suicide bombing kar rahe hain, apne aap ko maar rahe hain. Lekin aap kya Khuda ke qanoon ko badal denge? Khuda ke nizam ko badal denge?</w:t>
      </w:r>
    </w:p>
    <w:p>
      <w:pPr>
        <w:jc w:val="right"/>
      </w:pPr>
      <w:r>
        <w:t>لوگ سوسائیڈبمبنگکررہےہیں، اپنےآپکوماررہےہیں۔ لیکن آپ کیاخداکےقانون کوبدلدیںگے؟ خداکےنظامکوبدلدیںگے؟</w:t>
      </w:r>
    </w:p>
    <w:p>
      <w:r>
        <w:rPr>
          <w:b/>
        </w:rPr>
        <w:t xml:space="preserve">[43:14] </w:t>
      </w:r>
      <w:r>
        <w:t>Kaise badlenge aap? Kahan se woh power layenge aap?</w:t>
      </w:r>
    </w:p>
    <w:p>
      <w:pPr>
        <w:jc w:val="right"/>
      </w:pPr>
      <w:r>
        <w:t>کیسےبدلیںگےآپ ؟کہاںسےوہپاورلائیںگےآپ؟</w:t>
      </w:r>
    </w:p>
    <w:p>
      <w:r>
        <w:rPr>
          <w:b/>
        </w:rPr>
        <w:t xml:space="preserve">[43:24] </w:t>
      </w:r>
      <w:r>
        <w:t>Rasool Allah (SAW) jab Makke ke aakhri daur mein Ta'if gaye, jo wahan ka bahut bada shahar hua karta tha, to wahan ke log jo the, bahut sarkash the.</w:t>
      </w:r>
    </w:p>
    <w:p>
      <w:pPr>
        <w:jc w:val="right"/>
      </w:pPr>
      <w:r>
        <w:t>رسولاللہصلیاللہعلیہوسلمجب مکےکےآخریدورمیں طائفگئے، جووہاںکابہتبڑاشہر ہواکرتاتھا، تو وہاں کےلوگ جوتھے،بہت سرکشتھے۔</w:t>
      </w:r>
    </w:p>
    <w:p>
      <w:r>
        <w:rPr>
          <w:b/>
        </w:rPr>
        <w:t xml:space="preserve">[43:40] </w:t>
      </w:r>
      <w:r>
        <w:t>Unhone aap ko pathar maare, aap ko naoozubillah be-izzati kiya, aap ka mazaaq udaya, yeh</w:t>
      </w:r>
    </w:p>
    <w:p>
      <w:pPr>
        <w:jc w:val="right"/>
      </w:pPr>
      <w:r>
        <w:t>انہوں نے آپکو پتھرمارے، آپ کو نعوذباللہبےعزتکیا، آپکومذاقاڑایا، یہ</w:t>
      </w:r>
    </w:p>
    <w:p>
      <w:r>
        <w:rPr>
          <w:b/>
        </w:rPr>
        <w:t xml:space="preserve">[43:51] </w:t>
      </w:r>
      <w:r>
        <w:t>wahan tak ke aap wahan se wapas hue to aap ki jis jis khoon beh raha tha, yeh sab kitabon mein likha hua hai. Us waqt aata hai ke Allah ta'ala ne ek farishta bheja aap ke paas.</w:t>
      </w:r>
    </w:p>
    <w:p>
      <w:pPr>
        <w:jc w:val="right"/>
      </w:pPr>
      <w:r>
        <w:t>اںتک کہآپ وہاںسے واپس ہوئے توآپکیجس جسخون بہہرہاتھا، یہسبکتاب وںمیںلکھاہواہے۔ اس وقت آتاہےکہ اللہ تعالینےایک فرشتہبھیجا آپکےپاس ۔</w:t>
      </w:r>
    </w:p>
    <w:p>
      <w:r>
        <w:rPr>
          <w:b/>
        </w:rPr>
        <w:t xml:space="preserve">[44:08] </w:t>
      </w:r>
      <w:r>
        <w:t>Us ne aa kar kaha kaha ae, kaha ke main Malik al Jalaal hoon,</w:t>
      </w:r>
    </w:p>
    <w:p>
      <w:pPr>
        <w:jc w:val="right"/>
      </w:pPr>
      <w:r>
        <w:t>اسنےآکرکہاکہا ے اے ،کہاکہمیں ملک الجلالہوں،</w:t>
      </w:r>
    </w:p>
    <w:p>
      <w:r>
        <w:rPr>
          <w:b/>
        </w:rPr>
        <w:t xml:space="preserve">[44:16] </w:t>
      </w:r>
      <w:r>
        <w:t>yani pahadon ka farishta, angel of mountains, yani mujh ko Allah ne yeh taqat di hai ke pahadon ko ulat pulat doon.</w:t>
      </w:r>
    </w:p>
    <w:p>
      <w:pPr>
        <w:jc w:val="right"/>
      </w:pPr>
      <w:r>
        <w:t>یعنی پہاڑوںکا فرشتہ، اینجل آفوائٹماؤنٹینز ،یعنی مجھکواللہنےیہطاقتدیہےکہ پہاڑوںکوالٹپلٹدوں۔</w:t>
      </w:r>
    </w:p>
    <w:p>
      <w:r>
        <w:rPr>
          <w:b/>
        </w:rPr>
        <w:t xml:space="preserve">[44:30] </w:t>
      </w:r>
      <w:r>
        <w:t>To main Malik al Jalaal hoon. Aap ijazat dijiye to yeh jo logon ne aap ke sath gustakhi ki hai, aap ko yahan be-izzati kiya hai, aap par pathar maar rahe hain, in pahadon ko upar gira doon aur sab ke sab chalkar khatam ho jayen.</w:t>
      </w:r>
    </w:p>
    <w:p>
      <w:pPr>
        <w:jc w:val="right"/>
      </w:pPr>
      <w:r>
        <w:t>تومیں ملکالجلالہوں۔ آپ اجازتدیجئےتویہ جولوگوںنےآپکےساتھ گستاخیکیہے، آپ کویہاں بےعزتکیا ہے،آپپرپتھرماررہےہیں، ان پہاڑوں کو اوپر گرادوںاورسبکےسبکچلکرختمہوجائیں۔</w:t>
      </w:r>
    </w:p>
    <w:p>
      <w:r>
        <w:rPr>
          <w:b/>
        </w:rPr>
        <w:t xml:space="preserve">[44:47] </w:t>
      </w:r>
      <w:r>
        <w:t>wahanpar taif jo tha, uske donon taraf pahad the. to farishte ne kaha ke donon pahadon ko aise mila doon ga main aur isi wajah se kuchal kar khatam ho jayen ge. to aap ne farmaya ke nahin nahin,</w:t>
      </w:r>
    </w:p>
    <w:p>
      <w:pPr>
        <w:jc w:val="right"/>
      </w:pPr>
      <w:r>
        <w:t>وہاںپر طائفجوتھا،اسکےدونوںطرف پہاڑتھے۔ تو فرشتےنےکہاکہ دونوںپہاڑوںکوایسےملادوںگامیں اوراسیوجہسےکچلکرختمہوجائیںگے۔ تو آپ نےفرمایاکہنہیں نہیں ،</w:t>
      </w:r>
    </w:p>
    <w:p>
      <w:r>
        <w:rPr>
          <w:b/>
        </w:rPr>
        <w:t xml:space="preserve">[45:03] </w:t>
      </w:r>
      <w:r>
        <w:t>yeh yeh jo hai, iske peeche yeh saada baat nahin. nahin kyun kaha aap ne? aap jante the ke yeh mamla Allah ke sunne tak ka hai.</w:t>
      </w:r>
    </w:p>
    <w:p>
      <w:pPr>
        <w:jc w:val="right"/>
      </w:pPr>
      <w:r>
        <w:t>یہ یہجو ہے، اسکےپیچھے یہسادہباتنہیں۔نہیںکیوںکہاآپنے ؟ آپ جانتےتھے کہیہمعاملہ اللہ کیسن تکاہے۔</w:t>
      </w:r>
    </w:p>
    <w:p>
      <w:r>
        <w:rPr>
          <w:b/>
        </w:rPr>
        <w:t xml:space="preserve">[45:16] </w:t>
      </w:r>
      <w:r>
        <w:t>yeh insaan ke sar kashik ka mamla sirf nahin hai, saada taur par yeh sara mamla Allah ke sunnat se wabasta hai.</w:t>
      </w:r>
    </w:p>
    <w:p>
      <w:pPr>
        <w:jc w:val="right"/>
      </w:pPr>
      <w:r>
        <w:t>یہانسان کیسرکشیکامعاملہصرفنہیںہے،سادہطورپر یہ سارا معاملہ اللہ کیسنتسے وابستہہے۔</w:t>
      </w:r>
    </w:p>
    <w:p>
      <w:r>
        <w:rPr>
          <w:b/>
        </w:rPr>
        <w:t xml:space="preserve">[45:27] </w:t>
      </w:r>
      <w:r>
        <w:t>taif walon ko Allah taala ne jo kuch diya hai, woh unke liye parche imtehan hai. is parche imtehan mein Allah ko dekhna hai ke woh fail hote hain, pass hote hain, woh pathar phenkte hain ya phool phenkte hain,</w:t>
      </w:r>
    </w:p>
    <w:p>
      <w:pPr>
        <w:jc w:val="right"/>
      </w:pPr>
      <w:r>
        <w:t>طائفوالوںکو اللہ تعالینے جو کچھدیاہے،وہانکےلیےپرچہامتحانہے۔ اس پرچہامتحانمیںاللہ کودیکھناہے کہ وہفیل ہوتےہیں،پاسہوتےہیں، وہ پتھرپھینکتےہیںیاپھولپھینکتےہیں،</w:t>
      </w:r>
    </w:p>
    <w:p>
      <w:r>
        <w:rPr>
          <w:b/>
        </w:rPr>
        <w:t xml:space="preserve">[45:41] </w:t>
      </w:r>
      <w:r>
        <w:t>woh inkar karte hain ya iqrar karte hain,</w:t>
      </w:r>
    </w:p>
    <w:p>
      <w:pPr>
        <w:jc w:val="right"/>
      </w:pPr>
      <w:r>
        <w:t>وہانکار کرتےہیںیا اقرارکرتےہیں،</w:t>
      </w:r>
    </w:p>
    <w:p>
      <w:r>
        <w:rPr>
          <w:b/>
        </w:rPr>
        <w:t xml:space="preserve">[45:45] </w:t>
      </w:r>
      <w:r>
        <w:t>woh bure bante hain ya achhe bante hain, apne ko jannat ka mustahiq banate hain ya jahannum ka mustahiq banate hain.</w:t>
      </w:r>
    </w:p>
    <w:p>
      <w:pPr>
        <w:jc w:val="right"/>
      </w:pPr>
      <w:r>
        <w:t>وہ برےبنتےہیںیااچھےبنتےہیں، اپنےکو جنتکامستحقبناتےہیںیا جہنمکامستحقبناتےہیں۔</w:t>
      </w:r>
    </w:p>
    <w:p>
      <w:r>
        <w:rPr>
          <w:b/>
        </w:rPr>
        <w:t xml:space="preserve">[45:56] </w:t>
      </w:r>
      <w:r>
        <w:t>to jo Rasool Allah S.A.W ne mana kiya ke nahin mila le jalal ko, to woh saada baat nahin thi. Rasool Allah jante the ke yeh mamla sirf pathar unke upar, patharon ko unko kuchal dene ka mamla nahin hai.</w:t>
      </w:r>
    </w:p>
    <w:p>
      <w:pPr>
        <w:jc w:val="right"/>
      </w:pPr>
      <w:r>
        <w:t>تو جو رسولاللہصلیاللہعلیہوسلمنےمنعکیاکہنہیں مل ک الجلالکو،تووہسادہباتنہیںتھی۔ رسولاللہجانتےتھےکہیہ معاملہ صرف پتھر انکےاوپر، پتھروںکو انکوکچلدینےکامعاملہنہیں ہے۔</w:t>
      </w:r>
    </w:p>
    <w:p>
      <w:r>
        <w:rPr>
          <w:b/>
        </w:rPr>
        <w:t xml:space="preserve">[46:13] </w:t>
      </w:r>
      <w:r>
        <w:t>doosre insaan paida honge to woh bhi yeh hi karenge.</w:t>
      </w:r>
    </w:p>
    <w:p>
      <w:pPr>
        <w:jc w:val="right"/>
      </w:pPr>
      <w:r>
        <w:t>دوسرےانسان پیدا ہوںگےتووہبھییہیکریںگے۔</w:t>
      </w:r>
    </w:p>
    <w:p>
      <w:r>
        <w:rPr>
          <w:b/>
        </w:rPr>
        <w:t xml:space="preserve">[46:19] </w:t>
      </w:r>
      <w:r>
        <w:t>dekhiye, jab tak qayamat nahin aati, qayamat tak yeh sab hona hi hona hai.</w:t>
      </w:r>
    </w:p>
    <w:p>
      <w:pPr>
        <w:jc w:val="right"/>
      </w:pPr>
      <w:r>
        <w:t>دیکھیے،جب تک قیامت نہیں آتی، قیامتتک یہسب ہوناہیہوناہے۔</w:t>
      </w:r>
    </w:p>
    <w:p>
      <w:r>
        <w:rPr>
          <w:b/>
        </w:rPr>
        <w:t xml:space="preserve">[46:28] </w:t>
      </w:r>
      <w:r>
        <w:t>qayamat tak yeh sab hona hi hona hai. qayamat tak log jo chahenge, woh bolenge, jo chahenge, chhapenge.</w:t>
      </w:r>
    </w:p>
    <w:p>
      <w:pPr>
        <w:jc w:val="right"/>
      </w:pPr>
      <w:r>
        <w:t>قیامتتکیہسبہوناہیہوناہے۔ قیامتتک لوگ جو چاہیںگے،وہ بولیںگے، جو چاہیںگے،چھاپیںگے۔</w:t>
      </w:r>
    </w:p>
    <w:p>
      <w:r>
        <w:rPr>
          <w:b/>
        </w:rPr>
        <w:t xml:space="preserve">[46:39] </w:t>
      </w:r>
      <w:r>
        <w:t>koi international ke bas mein nahin hai ke koi rok sake, kisi superpower ke bas mein nahin hai ke woh rok sake.</w:t>
      </w:r>
    </w:p>
    <w:p>
      <w:pPr>
        <w:jc w:val="right"/>
      </w:pPr>
      <w:r>
        <w:t>کوئی انٹرنیشنز کے بسمیںنہیںہےکہکوئیروکسکے، کسی سپر پاورکےبسمیںنہیںہےکہوہروکسکے۔</w:t>
      </w:r>
    </w:p>
    <w:p>
      <w:r>
        <w:rPr>
          <w:b/>
        </w:rPr>
        <w:t xml:space="preserve">[46:52] </w:t>
      </w:r>
      <w:r>
        <w:t>to dekhiye, khulasa kya hai ke khud hum ne galat aap shun le rakha hai, yaani musalmanon ne. dekhiye, agar log Rasool Allah ka inkar karen, Rasool Allah ke samne gustakhi karen to humein kya karna hai?</w:t>
      </w:r>
    </w:p>
    <w:p>
      <w:pPr>
        <w:jc w:val="right"/>
      </w:pPr>
      <w:r>
        <w:t>تو دیکھیے،خلاصہکیاہے کہ خود ہمنے غلط آپ شن لےرکھاہے،یعنیمسلمانوںنے۔ دیکھیے،اگر لوگ رسولاللہکا انکارکریں، رسولاللہکےسامنےگستاخیکریںتو ہمیںکیاکرناہے ؟</w:t>
      </w:r>
    </w:p>
    <w:p>
      <w:r>
        <w:rPr>
          <w:b/>
        </w:rPr>
        <w:t xml:space="preserve">[47:06] </w:t>
      </w:r>
      <w:r>
        <w:t>hamara response kya hona chahiye?</w:t>
      </w:r>
    </w:p>
    <w:p>
      <w:pPr>
        <w:jc w:val="right"/>
      </w:pPr>
      <w:r>
        <w:t>ہمارا رسپانس کیاہوناچاہیے؟</w:t>
      </w:r>
    </w:p>
    <w:p>
      <w:r>
        <w:rPr>
          <w:b/>
        </w:rPr>
        <w:t xml:space="preserve">[47:10] </w:t>
      </w:r>
      <w:r>
        <w:t>sirf dawat, dawat, dawat bas. yaani bajaye iske ke hum unse mang karen ke tum apni zuban band karo, apne qalam ko tod do, apni kitabon ko jala do.</w:t>
      </w:r>
    </w:p>
    <w:p>
      <w:pPr>
        <w:jc w:val="right"/>
      </w:pPr>
      <w:r>
        <w:t>صرف دعوت،دعوت،دعوتبس۔ یعنیبجائےاسکےکہہمانسےمانگکریں کہتم اپنی زبان یںبندکرو ، اپنے قلمکوتوڑدو ، اپنی کتاب وںکوجلادو ۔</w:t>
      </w:r>
    </w:p>
    <w:p>
      <w:r>
        <w:rPr>
          <w:b/>
        </w:rPr>
        <w:t xml:space="preserve">[47:24] </w:t>
      </w:r>
      <w:r>
        <w:t>that is not right as response. right as response kya hai? aur hum active ho jayen, aur active ho jayen.</w:t>
      </w:r>
    </w:p>
    <w:p>
      <w:pPr>
        <w:jc w:val="right"/>
      </w:pPr>
      <w:r>
        <w:t>Thatisnot rightas respons e. رائٹازرسپانسکیاہے؟ اورہمایکٹیوہوجائیں، اور ایکٹیوہوجائیں۔</w:t>
      </w:r>
    </w:p>
    <w:p>
      <w:r>
        <w:rPr>
          <w:b/>
        </w:rPr>
        <w:t xml:space="preserve">[47:35] </w:t>
      </w:r>
      <w:r>
        <w:t>aur abhi dekhiye, hamare saath yeh gaye hue hain Germany, wahan Frankfurt mein unhone stall lagaya hai aur uski tasveeren aa rahi hain, aap internet par dekh sakte hain.</w:t>
      </w:r>
    </w:p>
    <w:p>
      <w:pPr>
        <w:jc w:val="right"/>
      </w:pPr>
      <w:r>
        <w:t>اور ابھیدیکھیے،ہمارےساتھ ی گئےہوئےہیںجرمنی، وہاں فرینکفرٹمیںانہوںنے اسٹاللگایاہے اور اسکی تصویریںآرہیہیں،آپ انٹرنیٹپردیکھسکتےہیں۔</w:t>
      </w:r>
    </w:p>
    <w:p>
      <w:r>
        <w:rPr>
          <w:b/>
        </w:rPr>
        <w:t xml:space="preserve">[47:50] </w:t>
      </w:r>
      <w:r>
        <w:t>wahan par Quran ko German zuban mein tarjuma karke le gaye hain, woh hamare saathi C.F.S ke log</w:t>
      </w:r>
    </w:p>
    <w:p>
      <w:pPr>
        <w:jc w:val="right"/>
      </w:pPr>
      <w:r>
        <w:t>وہاںپر قرآن کو جرمن زبان میںترجمہکرکےلےگئےہیں،وہ ہمارےساتھی سیایفایسکےلوگ</w:t>
      </w:r>
    </w:p>
    <w:p>
      <w:r>
        <w:rPr>
          <w:b/>
        </w:rPr>
        <w:t xml:space="preserve">[47:58] </w:t>
      </w:r>
      <w:r>
        <w:t>wahan par display kiya, unhone to bahut zabardast positive response mil raha hai. misaal ke taur par ek German lady aayi to usne kaha ke kya Quran ko lene ke liye mujhe apne hath ko dhona padega? pehle</w:t>
      </w:r>
    </w:p>
    <w:p>
      <w:pPr>
        <w:jc w:val="right"/>
      </w:pPr>
      <w:r>
        <w:t>وہاںپر ڈسپلےکیا،انہوںنے توبہت زبرد ست پازیٹیورسپانسملرہاہے۔ مثلاًایکجرمنلیڈیآئی تواسنےکہا کہ کیا قرآنکو لینےکےلیےمجھےاپنےہاتھکو دھوناپڑےگا؟پہلے</w:t>
      </w:r>
    </w:p>
    <w:p>
      <w:r>
        <w:rPr>
          <w:b/>
        </w:rPr>
        <w:t xml:space="preserve">[48:20] </w:t>
      </w:r>
      <w:r>
        <w:t>is muqaddas kitab ko lene ke liye kya mujhe pehle apne hath ko dhona padega?</w:t>
      </w:r>
    </w:p>
    <w:p>
      <w:pPr>
        <w:jc w:val="right"/>
      </w:pPr>
      <w:r>
        <w:t>اس مقدسکتاب کولینےکےلیےکیامجھےپہلےاپنےہاتھکودھوناپڑےگا؟</w:t>
      </w:r>
    </w:p>
    <w:p>
      <w:r>
        <w:rPr>
          <w:b/>
        </w:rPr>
        <w:t xml:space="preserve">[48:27] </w:t>
      </w:r>
      <w:r>
        <w:t>ek aur German aaya, woh bahut khush hua, usne kaha ke hum to samajhte the ke Quran ko janne ke liye Quran mein kya hai? humein Arab culture language seekhni padegi.</w:t>
      </w:r>
    </w:p>
    <w:p>
      <w:pPr>
        <w:jc w:val="right"/>
      </w:pPr>
      <w:r>
        <w:t>ایکاور جرمن آیا، وہبہتخوشہوا،اسنےکہاکہ ہمتوسمجھتےتھےکہ قرآنکو جاننےکےلیےقرآنمیںکیاہے؟ہمیں عرب کلینگویجسیکھنیپڑےگی۔</w:t>
      </w:r>
    </w:p>
    <w:p>
      <w:r>
        <w:rPr>
          <w:b/>
        </w:rPr>
        <w:t xml:space="preserve">[48:40] </w:t>
      </w:r>
      <w:r>
        <w:t>hum itna hi jante the ke Quran Arabi zuban mein utra tha, Arabi zuban mein woh hai. to Arabi zuban seekh kar seekhenge, hum tab jaan payenge Quran mein kya baaten hain.</w:t>
      </w:r>
    </w:p>
    <w:p>
      <w:pPr>
        <w:jc w:val="right"/>
      </w:pPr>
      <w:r>
        <w:t>ہم اتناہیجانتےتھےکہقرآنعرب کزبان میںاتراتھا، عربکزبان میںوہہے۔ تو عربکزبان سیکھکر سیکھیںگے،ہمتب جان پائیںگےقرآنمیںکیاب اتیںہیں۔</w:t>
      </w:r>
    </w:p>
    <w:p>
      <w:r>
        <w:rPr>
          <w:b/>
        </w:rPr>
        <w:t xml:space="preserve">[48:52] </w:t>
      </w:r>
      <w:r>
        <w:t>yeh to meri apni zuban mein hai. bahut khush hokar le gaya woh.</w:t>
      </w:r>
    </w:p>
    <w:p>
      <w:pPr>
        <w:jc w:val="right"/>
      </w:pPr>
      <w:r>
        <w:t>یہتومیریاپنیزبان میںہے۔ بہت خوشہوکرلےگیاوہ۔</w:t>
      </w:r>
    </w:p>
    <w:p>
      <w:r>
        <w:rPr>
          <w:b/>
        </w:rPr>
        <w:t xml:space="preserve">[48:59] </w:t>
      </w:r>
      <w:r>
        <w:t>aise hi log wahan par toot pad rahe hain aur le ja rahe hain yeh karne ka kaam.</w:t>
      </w:r>
    </w:p>
    <w:p>
      <w:pPr>
        <w:jc w:val="right"/>
      </w:pPr>
      <w:r>
        <w:t>ایسےہیلوگ وہاںپر ٹوٹ پڑرہےہیںاورلےجارہےہیں یہ کرنے کا کام ۔</w:t>
      </w:r>
    </w:p>
    <w:p>
      <w:r>
        <w:rPr>
          <w:b/>
        </w:rPr>
        <w:t xml:space="preserve">[49:09] </w:t>
      </w:r>
      <w:r>
        <w:t>aur jab koi shakhs Rasool Allah ke samne gustakhi karta hai to jante hain uska ek positive aspect hai, woh ek news create karta hai. news</w:t>
      </w:r>
    </w:p>
    <w:p>
      <w:pPr>
        <w:jc w:val="right"/>
      </w:pPr>
      <w:r>
        <w:t>اور جب کوئی شخص رسولاللہکےسامنےگستاخیکرتاہے تو جانتےہیںاسکا ایک پازیٹیوایسپیکٹہے، وہایک نیوزکریٹکرتاہے۔نیوز</w:t>
      </w:r>
    </w:p>
    <w:p>
      <w:r>
        <w:rPr>
          <w:b/>
        </w:rPr>
        <w:t xml:space="preserve">[49:21] </w:t>
      </w:r>
      <w:r>
        <w:t>yaad rakhiye jo Quran mein kaha gaya 'wa rafa'na laka zikrak' ke har takzeeb, har gustakhi, har yaani har kalma jo khilaf bola jaye, uska positive aspect kya hai?</w:t>
      </w:r>
    </w:p>
    <w:p>
      <w:pPr>
        <w:jc w:val="right"/>
      </w:pPr>
      <w:r>
        <w:t>یادرکھیے جوقرآنمیںکہاگیا وَرَفَعْنَاعَلَيْ كَذِكْ رَكَکہہر تکذیب ،ہر گستا خی، ہر یعنی ہر کلمہجو خلاف بولاجائے، اسکا پازیٹیو ایسپیکٹکیاہے؟</w:t>
      </w:r>
    </w:p>
    <w:p>
      <w:r>
        <w:rPr>
          <w:b/>
        </w:rPr>
        <w:t xml:space="preserve">[49:40] </w:t>
      </w:r>
      <w:r>
        <w:t>iska pluspointkya hai? ek news create hui, ab logon ke andar tajassus aaya, curiosity aai ke bhai yeh kya hai quran?</w:t>
      </w:r>
    </w:p>
    <w:p>
      <w:pPr>
        <w:jc w:val="right"/>
      </w:pPr>
      <w:r>
        <w:t>اسکا پلسپوائنٹکیاہے؟ ایک نیوزکریٹہوئی، ابلوگوںکےاندرتجسسآیا، کریوسٹیآئی کہبھئییہکیاہےقرآن ؟</w:t>
      </w:r>
    </w:p>
    <w:p>
      <w:r>
        <w:rPr>
          <w:b/>
        </w:rPr>
        <w:t xml:space="preserve">[49:49] </w:t>
      </w:r>
      <w:r>
        <w:t>yeh kya hai</w:t>
      </w:r>
    </w:p>
    <w:p>
      <w:pPr>
        <w:jc w:val="right"/>
      </w:pPr>
      <w:r>
        <w:t>یہکیاہے</w:t>
      </w:r>
    </w:p>
    <w:p>
      <w:r>
        <w:rPr>
          <w:b/>
        </w:rPr>
        <w:t xml:space="preserve">[49:50] </w:t>
      </w:r>
      <w:r>
        <w:t>islam? isko jano. yahi wajah hai ke frankfurt mein jo hamara stall laga gaya hai, is par log toot pade hain. to isko istemal karo, bajaye iske ke in logon ke khilaf humahe karain,</w:t>
      </w:r>
    </w:p>
    <w:p>
      <w:pPr>
        <w:jc w:val="right"/>
      </w:pPr>
      <w:r>
        <w:t>اسلام ؟اسکوجانو۔ یہیوجہہےکہ فرینکفرٹمیں جوہمارا اسٹاللگاگیاہے،اسپرلوگٹوٹپڑےہیں۔ تواسکواستعمال کرو، بجائے اسکے کہ انلوگوںکےخلاف ہمہنگامےکریں،</w:t>
      </w:r>
    </w:p>
    <w:p>
      <w:r>
        <w:rPr>
          <w:b/>
        </w:rPr>
        <w:t xml:space="preserve">[50:08] </w:t>
      </w:r>
      <w:r>
        <w:t>inke kitabon se, inke cartoons se, inki film se jo ek nai opportunity paida hui, opportunity</w:t>
      </w:r>
    </w:p>
    <w:p>
      <w:pPr>
        <w:jc w:val="right"/>
      </w:pPr>
      <w:r>
        <w:t>انکے کتاب وںسے،انکے کارٹونسے،انکیفلم سے جوایکنئیاپرچونیٹیپیدا ہوئی،اپرچونیٹی</w:t>
      </w:r>
    </w:p>
    <w:p>
      <w:r>
        <w:rPr>
          <w:b/>
        </w:rPr>
        <w:t xml:space="preserve">[50:18] </w:t>
      </w:r>
      <w:r>
        <w:t>logon mein tajassus aaya, logon mein curiosity aai, log dhoondne lage ke bhai kahan hai quran? isko avail karo dawat ke liye.</w:t>
      </w:r>
    </w:p>
    <w:p>
      <w:pPr>
        <w:jc w:val="right"/>
      </w:pPr>
      <w:r>
        <w:t>لوگوںمیںتجسسآیا ،لوگوںمیں کریوسٹیآئی، لوگ ڈھونڈنےلگےکہبھئی کہاںہے قرآن ؟ اسکو اویلکرو دعوتکےلیے۔</w:t>
      </w:r>
    </w:p>
    <w:p>
      <w:r>
        <w:rPr>
          <w:b/>
        </w:rPr>
        <w:t xml:space="preserve">[50:30] </w:t>
      </w:r>
      <w:r>
        <w:t>to dawat ke liye sargaram ho jayen, musalman bajaye protest ke liye sargaram ho rahe hain. is waqt dawat ke liye sargaram hon.</w:t>
      </w:r>
    </w:p>
    <w:p>
      <w:pPr>
        <w:jc w:val="right"/>
      </w:pPr>
      <w:r>
        <w:t>تو دعوت کےلیے سرگرمہوجائیں،مسلمان بجائے پروٹیسٹکےلیےسرگرمہورہےہیں۔اسوقت دعوتکےلیےسرگرمہوں۔</w:t>
      </w:r>
    </w:p>
    <w:p>
      <w:r>
        <w:rPr>
          <w:b/>
        </w:rPr>
        <w:t xml:space="preserve">[50:41] </w:t>
      </w:r>
      <w:r>
        <w:t>dekhen, protest ke liye aap kitna hi hungama karen, kitni hungama karen,</w:t>
      </w:r>
    </w:p>
    <w:p>
      <w:pPr>
        <w:jc w:val="right"/>
      </w:pPr>
      <w:r>
        <w:t>دیکھیں،پروٹیسٹکےلیےآپ کتناہی ہنگامہکریں،کتنیہنگامہکریں،</w:t>
      </w:r>
    </w:p>
    <w:p>
      <w:r>
        <w:rPr>
          <w:b/>
        </w:rPr>
        <w:t xml:space="preserve">[50:48] </w:t>
      </w:r>
      <w:r>
        <w:t>wo kabhi bhi koi result na aayega. wo hamesha hi result less rahega, kyunke wo allah ke qanoon ko badalne ke barabar hai.</w:t>
      </w:r>
    </w:p>
    <w:p>
      <w:pPr>
        <w:jc w:val="right"/>
      </w:pPr>
      <w:r>
        <w:t>وہکبھیبھی کوئیرزلٹاٹھانہیںآئےگا۔ وہہمیشہہیرزلٹلیسرہےگا، کیونکہ وہاللہ کےقانون کو بدلنےکے برابرہے۔</w:t>
      </w:r>
    </w:p>
    <w:p>
      <w:r>
        <w:rPr>
          <w:b/>
        </w:rPr>
        <w:t xml:space="preserve">[50:58] </w:t>
      </w:r>
      <w:r>
        <w:t>aap quran ko badal nahin sakte. aap</w:t>
      </w:r>
    </w:p>
    <w:p>
      <w:pPr>
        <w:jc w:val="right"/>
      </w:pPr>
      <w:r>
        <w:t>آپ قرآنکوبدلنہیںسکتے۔آپ</w:t>
      </w:r>
    </w:p>
    <w:p>
      <w:r>
        <w:rPr>
          <w:b/>
        </w:rPr>
        <w:t xml:space="preserve">[51:03] </w:t>
      </w:r>
      <w:r>
        <w:t>jo jo sahi option aap ke liye kya hai, wo kya hai? wo yeh hai ke jo news create hui hai, jo tajassus logon ke andar barha hai, isko avail karen. aap</w:t>
      </w:r>
    </w:p>
    <w:p>
      <w:pPr>
        <w:jc w:val="right"/>
      </w:pPr>
      <w:r>
        <w:t>جو جوصحیحآپشن آپکےلیےکیاہے،وہکیاہے؟ وہیہہےکہ جو نیوزکریٹہوئیہے، جو تج سسلوگوںکےاندربڑھاہے،اسکو اویلکریں۔آپ</w:t>
      </w:r>
    </w:p>
    <w:p>
      <w:r>
        <w:rPr>
          <w:b/>
        </w:rPr>
        <w:t xml:space="preserve">[51:15] </w:t>
      </w:r>
      <w:r>
        <w:t>khoob quran pahunchayen, khoob rasool allah ki kasiyat ko logon ko batayen, wo bhi islam ka literature logon ke andar distribute karen, pahunchayen inko.</w:t>
      </w:r>
    </w:p>
    <w:p>
      <w:pPr>
        <w:jc w:val="right"/>
      </w:pPr>
      <w:r>
        <w:t>خوبقرآنپہنچائیں،خوبرسولاللہ کی کیسیرتکولوگوںکوبتائیں، وہبھیاسلام ک لٹریچرلوگوںکےاندر ڈسٹریبیوٹکریں،پہنچائیںانکو۔</w:t>
      </w:r>
    </w:p>
    <w:p>
      <w:r>
        <w:rPr>
          <w:b/>
        </w:rPr>
        <w:t xml:space="preserve">[51:26] </w:t>
      </w:r>
      <w:r>
        <w:t>log khareed khareed kar lene ke liye tayar hain, aur sari duniya mein ek naya, ek ek mang paida ho gayi hai. mang isko avail kijiye.</w:t>
      </w:r>
    </w:p>
    <w:p>
      <w:pPr>
        <w:jc w:val="right"/>
      </w:pPr>
      <w:r>
        <w:t>لوگخریدخریدکرلینےکےلیےتیار ہیں، اور ساری دنیا میںایک نیا ،ایک ایک مانگپیدا ہوگئیہے۔ مانگ اسکو اویلکیجئے۔</w:t>
      </w:r>
    </w:p>
    <w:p>
      <w:r>
        <w:rPr>
          <w:b/>
        </w:rPr>
        <w:t xml:space="preserve">[51:36] </w:t>
      </w:r>
      <w:r>
        <w:t>yeh humange kya hain? yeh humange kis liye?</w:t>
      </w:r>
    </w:p>
    <w:p>
      <w:pPr>
        <w:jc w:val="right"/>
      </w:pPr>
      <w:r>
        <w:t>یہہنگامےکیاہیں؟ یہہنگامےکسلیے ؟</w:t>
      </w:r>
    </w:p>
    <w:p>
      <w:r>
        <w:rPr>
          <w:b/>
        </w:rPr>
        <w:t xml:space="preserve">[51:44] </w:t>
      </w:r>
      <w:r>
        <w:t>to yeh sara mamla aisa hai jis par hum re-assess karen, phir se sochen, re-planning karen, apna poora naqsha phir se banayen.</w:t>
      </w:r>
    </w:p>
    <w:p>
      <w:pPr>
        <w:jc w:val="right"/>
      </w:pPr>
      <w:r>
        <w:t>تویہ سارا معاملہ ایساہےجسپرہم ریاسسکریں، پھرسےسوچیں، ریپلاننگکریں، اپناپورانقش ہپھرسےبن ائیں۔</w:t>
      </w:r>
    </w:p>
    <w:p>
      <w:r>
        <w:rPr>
          <w:b/>
        </w:rPr>
        <w:t xml:space="preserve">[52:01] </w:t>
      </w:r>
      <w:r>
        <w:t>warna hum mein se har shakhs ko banna hai, har shakhs ko qayamat pesh aane wali, har shakhs ke upar, har shakhs ko maada hashar mein allah ke samne khada hona hai.</w:t>
      </w:r>
    </w:p>
    <w:p>
      <w:pPr>
        <w:jc w:val="right"/>
      </w:pPr>
      <w:r>
        <w:t>ورنہ ہممیں سےہرشخصکوبنناہے، ہرشخص کو قیامت پیش آنےوالی،ہرشخصکےاوپر ،ہرشخص کو مادہحشر میں اللہ کےسامنےکھڑاہوناہے۔</w:t>
      </w:r>
    </w:p>
    <w:p>
      <w:r>
        <w:rPr>
          <w:b/>
        </w:rPr>
        <w:t xml:space="preserve">[52:13] </w:t>
      </w:r>
      <w:r>
        <w:t>wahan agar allah pooche</w:t>
      </w:r>
    </w:p>
    <w:p>
      <w:pPr>
        <w:jc w:val="right"/>
      </w:pPr>
      <w:r>
        <w:t>وہاںاگراللہ پوچھے</w:t>
      </w:r>
    </w:p>
    <w:p>
      <w:r>
        <w:rPr>
          <w:b/>
        </w:rPr>
        <w:t xml:space="preserve">[52:17] </w:t>
      </w:r>
      <w:r>
        <w:t>ke in logon ne gustakhi ki, tum ne kya kiya? kya tum ne inko dawat pahunchai? kya tum ne isko rasool allah ki taleem atbat aain?</w:t>
      </w:r>
    </w:p>
    <w:p>
      <w:pPr>
        <w:jc w:val="right"/>
      </w:pPr>
      <w:r>
        <w:t>کہ انلوگوںنے گستاخی کی،تمنےکیاکیا ؟ کیاتمنےانکودعوتپہنچائی ؟ کیا تم نےاسکورسولاللہ کی تعلیم اتبت ائیں ؟</w:t>
      </w:r>
    </w:p>
    <w:p>
      <w:r>
        <w:rPr>
          <w:b/>
        </w:rPr>
        <w:t xml:space="preserve">[52:34] </w:t>
      </w:r>
      <w:r>
        <w:t>abhi dekhiye, dil ka ek waqea hai, ek sahib jo rasool allah ke bare mein negative khayalat rakhte the, negative</w:t>
      </w:r>
    </w:p>
    <w:p>
      <w:pPr>
        <w:jc w:val="right"/>
      </w:pPr>
      <w:r>
        <w:t>ابھیدیکھیے،دلیکاایکواقعہہے،ایکصاحبجورسولاللہکےبارےمیں نیگیٹیوخیالاترکھتےتھے،نیگیٹیو</w:t>
      </w:r>
    </w:p>
    <w:p>
      <w:r>
        <w:rPr>
          <w:b/>
        </w:rPr>
        <w:t xml:space="preserve">[52:42] </w:t>
      </w:r>
      <w:r>
        <w:t>ke wo to violence ki taleem dete the, wo to aise the, waise the. to unko hamari kitab jo hai, prophet of peace, de di gayi.</w:t>
      </w:r>
    </w:p>
    <w:p>
      <w:pPr>
        <w:jc w:val="right"/>
      </w:pPr>
      <w:r>
        <w:t>کہوہتو وائیلنسکیتعلیم دیتےتھے، وہتو ایسےتھے،ویسےتھے۔ توانکوہماریکتاب جوہے، پرافٹآفپیس،دیگئی۔</w:t>
      </w:r>
    </w:p>
    <w:p>
      <w:r>
        <w:rPr>
          <w:b/>
        </w:rPr>
        <w:t xml:space="preserve">[52:52] </w:t>
      </w:r>
      <w:r>
        <w:t>isko parhne ke baad unhon ne kaha ke it is paradigm shift yeh to kuch se kuch ho gaya.</w:t>
      </w:r>
    </w:p>
    <w:p>
      <w:pPr>
        <w:jc w:val="right"/>
      </w:pPr>
      <w:r>
        <w:t>اسکوپڑھنےکےبعد انہوںنےکہاکہ itisparadigmshift یہتوک چھسےکچھہوگیا۔</w:t>
      </w:r>
    </w:p>
    <w:p>
      <w:r>
        <w:rPr>
          <w:b/>
        </w:rPr>
        <w:t xml:space="preserve">[53:02] </w:t>
      </w:r>
      <w:r>
        <w:t>hum samajhte the ke prophet jo hai, prophet of violence the, yeh to prophet of peace hain.</w:t>
      </w:r>
    </w:p>
    <w:p>
      <w:pPr>
        <w:jc w:val="right"/>
      </w:pPr>
      <w:r>
        <w:t>ہم سمجھتےتھےکہپرافٹجوہے، پرافٹآفوائیلنس تھے،یہتوپرافٹآفپیسہیں۔</w:t>
      </w:r>
    </w:p>
    <w:p>
      <w:r>
        <w:rPr>
          <w:b/>
        </w:rPr>
        <w:t xml:space="preserve">[53:09] </w:t>
      </w:r>
      <w:r>
        <w:t>to jo log gustakhi kar rahe hain, unko aap kitaben pahunchayen, literature pahunchayen, dawat pahunchayen.</w:t>
      </w:r>
    </w:p>
    <w:p>
      <w:pPr>
        <w:jc w:val="right"/>
      </w:pPr>
      <w:r>
        <w:t>تو جولوگ گستاخیکررہےہیں، انکوآپکتاب یںپہنچائیے،لٹریچرپہنچائیے، دعوتپہنچائیے۔</w:t>
      </w:r>
    </w:p>
    <w:p>
      <w:r>
        <w:rPr>
          <w:b/>
        </w:rPr>
        <w:t xml:space="preserve">[53:20] </w:t>
      </w:r>
      <w:r>
        <w:t>khud makke madine mein yaad rakhiye, jo log jin ko hum sahaba kehte hain, wo sahaba shuru mein aise hi the, negative khayalat rakhte the.</w:t>
      </w:r>
    </w:p>
    <w:p>
      <w:pPr>
        <w:jc w:val="right"/>
      </w:pPr>
      <w:r>
        <w:t>خود مک ےمدینےمیں یادرکھیے، جولوگ جنکوہمصحابہکہتےہیں،وہصحابہ شروع میںایسےہیتھے، نیگیٹیوخیالاترکھتےتھے۔</w:t>
      </w:r>
    </w:p>
    <w:p>
      <w:r>
        <w:rPr>
          <w:b/>
        </w:rPr>
        <w:t xml:space="preserve">[53:31] </w:t>
      </w:r>
      <w:r>
        <w:t>lekin jab quran suna gaya, jab unko allah ka paigham pahunchaya gaya, unki dawayen ki gayeen.</w:t>
      </w:r>
    </w:p>
    <w:p>
      <w:pPr>
        <w:jc w:val="right"/>
      </w:pPr>
      <w:r>
        <w:t>لیکن جب قرآنسن ایاگیا ،جبانکو اللہ کاپیغامپہنچایاگیا، انکیدعائیںکیگئیں۔</w:t>
      </w:r>
    </w:p>
    <w:p>
      <w:r>
        <w:rPr>
          <w:b/>
        </w:rPr>
        <w:t xml:space="preserve">[53:39] </w:t>
      </w:r>
      <w:r>
        <w:t>rasool allah dawayen karte the, sahaba dawayen karte the. to dawayen ki gayeen, dawat di gayi. to kya hua? wohi log badal gaye, wohi log sahaba ban gaye.</w:t>
      </w:r>
    </w:p>
    <w:p>
      <w:pPr>
        <w:jc w:val="right"/>
      </w:pPr>
      <w:r>
        <w:t>رسولاللہ دعائیںکرتے تھے،صحابہدعائیںکرتے تھے۔ تو دعائیںکی گئیں،دعوتدیگئی۔توکیاہوا؟وہیلوگبدلگئے،وہیلوگصحابہبنگئے۔</w:t>
      </w:r>
    </w:p>
    <w:p>
      <w:r>
        <w:rPr>
          <w:b/>
        </w:rPr>
        <w:t xml:space="preserve">[53:50] </w:t>
      </w:r>
      <w:r>
        <w:t>aajbhiyehikijiye, aap aapduaen kijiye,</w:t>
      </w:r>
    </w:p>
    <w:p>
      <w:pPr>
        <w:jc w:val="right"/>
      </w:pPr>
      <w:r>
        <w:t>آجبھییہیکیجئے،آپ آپدعائیںکیجئے،</w:t>
      </w:r>
    </w:p>
    <w:p>
      <w:r>
        <w:rPr>
          <w:b/>
        </w:rPr>
        <w:t xml:space="preserve">[53:57] </w:t>
      </w:r>
      <w:r>
        <w:t>duaen kijiye. unke paas aap islami literature pahunchaiye, quran pahunchaiye, inse discussion kijiye,</w:t>
      </w:r>
    </w:p>
    <w:p>
      <w:pPr>
        <w:jc w:val="right"/>
      </w:pPr>
      <w:r>
        <w:t>دعائیںکیجئے۔ انکےپاس آپ اسلامی لٹریچرپہنچائیے،قرآنپہنچائیے، انسے ڈسکشنکیجئے،</w:t>
      </w:r>
    </w:p>
    <w:p>
      <w:r>
        <w:rPr>
          <w:b/>
        </w:rPr>
        <w:t xml:space="preserve">[54:08] </w:t>
      </w:r>
      <w:r>
        <w:t>khairkhwaheekesath islam kimisbat taalim at inhko pahunchaiye.</w:t>
      </w:r>
    </w:p>
    <w:p>
      <w:pPr>
        <w:jc w:val="right"/>
      </w:pPr>
      <w:r>
        <w:t>خیرخواہیکےساتھ اسلام کیمث بتتعلیم ات انکوپہنچائیے۔</w:t>
      </w:r>
    </w:p>
    <w:p>
      <w:r>
        <w:rPr>
          <w:b/>
        </w:rPr>
        <w:t xml:space="preserve">[54:18] </w:t>
      </w:r>
      <w:r>
        <w:t>meratejarbahiye hai ke islam ki ekai ektaalim bhi logonkelie, logonkelie ek bahut bada samana hai.</w:t>
      </w:r>
    </w:p>
    <w:p>
      <w:pPr>
        <w:jc w:val="right"/>
      </w:pPr>
      <w:r>
        <w:t>میراتجربہیہہےکہ اسلام کیایکایکتعلیم بھیلوگوںکےلیے، لوگوںکےلیے ایک بہت بڑا سامانہے۔</w:t>
      </w:r>
    </w:p>
    <w:p>
      <w:r>
        <w:rPr>
          <w:b/>
        </w:rPr>
        <w:t xml:space="preserve">[54:27] </w:t>
      </w:r>
      <w:r>
        <w:t>main ekbar bahar gaya to ek airport par, ek european country mein, ek airport par main jahaz ke intezar mein baithatha.</w:t>
      </w:r>
    </w:p>
    <w:p>
      <w:pPr>
        <w:jc w:val="right"/>
      </w:pPr>
      <w:r>
        <w:t>میںایکبار باہرگیا توایک ایئرپورٹپر، ایک یورپین کنٹریمیں،ایکایئرپورٹپرمیں جہازکےانتظارمیں بیٹھاتھا۔</w:t>
      </w:r>
    </w:p>
    <w:p>
      <w:r>
        <w:rPr>
          <w:b/>
        </w:rPr>
        <w:t xml:space="preserve">[54:38] </w:t>
      </w:r>
      <w:r>
        <w:t>to wahan ek aadmi aaya, woh japan ka tha. woh to baat cheet mein usne bataya ke main research scholar hoon, main silence par research kar raha hoon.</w:t>
      </w:r>
    </w:p>
    <w:p>
      <w:pPr>
        <w:jc w:val="right"/>
      </w:pPr>
      <w:r>
        <w:t>تو وہاں ایک آدمیآیا، وہ جاپانکاتھا۔وہ تو باتچیتمیںاسنےبتایاکہمیں ریسرچسکالرہوں، میں سائلنس پرریسرچکررہاہوں۔</w:t>
      </w:r>
    </w:p>
    <w:p>
      <w:r>
        <w:rPr>
          <w:b/>
        </w:rPr>
        <w:t xml:space="preserve">[54:50] </w:t>
      </w:r>
      <w:r>
        <w:t>silence, science of silence, yaani khamoshi. khamoshi kya cheez hai?</w:t>
      </w:r>
    </w:p>
    <w:p>
      <w:pPr>
        <w:jc w:val="right"/>
      </w:pPr>
      <w:r>
        <w:t>سائلنس، سائنس آف سائلنس ،یعنیخاموشی ۔خاموشی کیاچیزہے؟</w:t>
      </w:r>
    </w:p>
    <w:p>
      <w:r>
        <w:rPr>
          <w:b/>
        </w:rPr>
        <w:t xml:space="preserve">[55:00] </w:t>
      </w:r>
      <w:r>
        <w:t>to is par research kar raha hai. woh philosophy ne kya kaha, mazahib mein kya hai waghera. to maine usko ek hadith sunai, woh itna zyada woh usse mutasir hua ke usne kaha ke mujhe to prophet ki seerat dijiye, usko padhna hai. mujhe woh hadith yeh hai,</w:t>
      </w:r>
    </w:p>
    <w:p>
      <w:pPr>
        <w:jc w:val="right"/>
      </w:pPr>
      <w:r>
        <w:t>تواسپرریسرچکررہاہے۔وہ فلس فیوںنےکیا کہا، مذاہبمیںکیاہے وغیرہ۔ تو میںنےاسکوایکحدیثسنائی، وہ اتنا زیادہ وہ اسسے متاثرہوا کہاسنےکہاکہمجھےتو پرافٹکیسیرتدیجئے،اسکوپڑھناہے۔مجھے وہحدیثیہہے،</w:t>
      </w:r>
    </w:p>
    <w:p>
      <w:r>
        <w:rPr>
          <w:b/>
        </w:rPr>
        <w:t xml:space="preserve">[55:20] </w:t>
      </w:r>
      <w:r>
        <w:t>bas choti si hadith hai: mun samt naja</w:t>
      </w:r>
    </w:p>
    <w:p>
      <w:pPr>
        <w:jc w:val="right"/>
      </w:pPr>
      <w:r>
        <w:t>بس چھوٹیسیحدی ثہے: من س مت نجا</w:t>
      </w:r>
    </w:p>
    <w:p>
      <w:r>
        <w:rPr>
          <w:b/>
        </w:rPr>
        <w:t xml:space="preserve">[55:27] </w:t>
      </w:r>
      <w:r>
        <w:t>rasool Allah ne farmaya: mun samt naja jo chup raha, usne nijat pai. yaani salvation lies in silence. ab kya ajeeb, usko ek thalwa ke aisa bhi qaul hai prophet alehissalam ka.</w:t>
      </w:r>
    </w:p>
    <w:p>
      <w:pPr>
        <w:jc w:val="right"/>
      </w:pPr>
      <w:r>
        <w:t>رسولاللہنےفرمایا: من سمت نجا جو چپرہا، اسنے نجاتپائی۔ یعنیsal v ation lies insil ence ۔ابکیا عجیب،اسکوایک تھلہواکہایسابھی قولہے پرافٹعلیہالسلامکا ۔</w:t>
      </w:r>
    </w:p>
    <w:p>
      <w:r>
        <w:rPr>
          <w:b/>
        </w:rPr>
        <w:t xml:space="preserve">[55:45] </w:t>
      </w:r>
      <w:r>
        <w:t>to usne kaha ke mujhe aur bhi padhna hai, aur bhi padhna hai, aur bhi padhna hai. to rasool Allah ki image agar kisi ne bigadi hai to apni image ko sahi kijiye,</w:t>
      </w:r>
    </w:p>
    <w:p>
      <w:pPr>
        <w:jc w:val="right"/>
      </w:pPr>
      <w:r>
        <w:t>تواسنےکہاکہمجھےاوربھیپڑھناہے،اوربھیپڑھناہے،اوربھیپڑھناہے۔ تو رسولاللہ کی امیجاگر کسی نے بگاڑیہےتواپنیامیجکوصحیحکیجئے،</w:t>
      </w:r>
    </w:p>
    <w:p>
      <w:r>
        <w:rPr>
          <w:b/>
        </w:rPr>
        <w:t xml:space="preserve">[55:57] </w:t>
      </w:r>
      <w:r>
        <w:t>durust banaiye is image ko. aap ki positive taalim at logon ko pahunchaiye, jisko hum kehte hain dawat e Allah.</w:t>
      </w:r>
    </w:p>
    <w:p>
      <w:pPr>
        <w:jc w:val="right"/>
      </w:pPr>
      <w:r>
        <w:t>درست بنائیےاس امیجکو ۔آپ کی پازیٹیوتعلیم اتلوگوںکوپہنچائیے، جسکوہمکہتےہیںدعوت اللہ ۔</w:t>
      </w:r>
    </w:p>
    <w:p>
      <w:r>
        <w:rPr>
          <w:b/>
        </w:rPr>
        <w:t xml:space="preserve">[56:06] </w:t>
      </w:r>
      <w:r>
        <w:t>dawat e Allah ka kaam kijiye.</w:t>
      </w:r>
    </w:p>
    <w:p>
      <w:pPr>
        <w:jc w:val="right"/>
      </w:pPr>
      <w:r>
        <w:t>دعوتاللہکاکام کیجئے۔</w:t>
      </w:r>
    </w:p>
    <w:p>
      <w:r>
        <w:rPr>
          <w:b/>
        </w:rPr>
        <w:t xml:space="preserve">[56:14] </w:t>
      </w:r>
      <w:r>
        <w:t>to sari duniya ke musalmanon ko farz ke darje mein yeh karna zaruri hai ke woh reas karein.</w:t>
      </w:r>
    </w:p>
    <w:p>
      <w:pPr>
        <w:jc w:val="right"/>
      </w:pPr>
      <w:r>
        <w:t>تو ساری دنیا کے مسلمانوںکو فرضکےدرجےمیںیہکرناضروریہےکہوہ ریاسسکریں۔</w:t>
      </w:r>
    </w:p>
    <w:p>
      <w:r>
        <w:rPr>
          <w:b/>
        </w:rPr>
        <w:t xml:space="preserve">[56:24] </w:t>
      </w:r>
      <w:r>
        <w:t>woh reas karein ke aakhir kya wajah hai ke hum itni qurbaniyan, itni qurbaniyan, itni qurbaniyan de rahe hain? 200 saal se nataja kuch bhi nahin, balki aur peeche jayein to 800 saal se aur nataja kuch bhi nahin.</w:t>
      </w:r>
    </w:p>
    <w:p>
      <w:pPr>
        <w:jc w:val="right"/>
      </w:pPr>
      <w:r>
        <w:t>وہ ریاس س کریںکہآخرکیاوجہہےکہہم اتنی قربانیاں،اتنیقربانیاں،اتنیقربانیاںدےرہےہیں؟200سالسے نتیجہکچھبھینہیں، بلکہاور پیچھےجائیںتو800سالسے اورنتیجہکچھبھینہیں۔</w:t>
      </w:r>
    </w:p>
    <w:p>
      <w:r>
        <w:rPr>
          <w:b/>
        </w:rPr>
        <w:t xml:space="preserve">[56:45] </w:t>
      </w:r>
      <w:r>
        <w:t>sahaba ka tareeqa ek ek yeh bhi tha. sahaba ki ek sunnat yeh bhi hai ke jab koi kaam nahin banta tha, koshish kar rahe hain, koshish kar rahe hain, aur kaam nahin ban raha hai to baithte the,</w:t>
      </w:r>
    </w:p>
    <w:p>
      <w:pPr>
        <w:jc w:val="right"/>
      </w:pPr>
      <w:r>
        <w:t>صحابہکاطریقہایک ایکیہبھیتھا۔ صحابہکیایکسنتیہبھیہے کہجب کوئی کام نہیں بنتاتھا، کوششکررہےہیں،کوششکررہےہیں، اور کامنہیں بنرہاہے تو بیٹھتےتھے،</w:t>
      </w:r>
    </w:p>
    <w:p>
      <w:r>
        <w:rPr>
          <w:b/>
        </w:rPr>
        <w:t xml:space="preserve">[56:59] </w:t>
      </w:r>
      <w:r>
        <w:t>aapas mein discuss karte the ke koi galti humse ho rahi hai. is galti ko daryaft karte the.</w:t>
      </w:r>
    </w:p>
    <w:p>
      <w:pPr>
        <w:jc w:val="right"/>
      </w:pPr>
      <w:r>
        <w:t>آپسمیں ڈسکسکرتے تھے کہکوئیغلطیہمسےہورہیہے۔ اسغلطیکودریا فتکرتے تھے۔</w:t>
      </w:r>
    </w:p>
    <w:p>
      <w:r>
        <w:rPr>
          <w:b/>
        </w:rPr>
        <w:t xml:space="preserve">[57:10] </w:t>
      </w:r>
      <w:r>
        <w:t>yaani abhi sahaba ki ek sunnat hai ke is sunnat par amal kijiye. kai generation beet gayi, kitne beshumar log mar gaye, beshumar daulat barbad hui, khandan ke khandan ujad gaye.</w:t>
      </w:r>
    </w:p>
    <w:p>
      <w:pPr>
        <w:jc w:val="right"/>
      </w:pPr>
      <w:r>
        <w:t>یعنی ابھی صحابہکیایکسنتہے کہاسسنتپرعملکیجئے۔ کئی جنریشن زبیتگئی، کتنے بےشمارلوگ مرگئے، بےشمار دولتبربادہوئی ، خاندان کےخاندان اجڑگئے۔</w:t>
      </w:r>
    </w:p>
    <w:p>
      <w:r>
        <w:rPr>
          <w:b/>
        </w:rPr>
        <w:t xml:space="preserve">[57:27] </w:t>
      </w:r>
      <w:r>
        <w:t>to ab to sochiye</w:t>
      </w:r>
    </w:p>
    <w:p>
      <w:pPr>
        <w:jc w:val="right"/>
      </w:pPr>
      <w:r>
        <w:t>توابتوسوچیے</w:t>
      </w:r>
    </w:p>
    <w:p>
      <w:r>
        <w:rPr>
          <w:b/>
        </w:rPr>
        <w:t xml:space="preserve">[57:31] </w:t>
      </w:r>
      <w:r>
        <w:t>ke galti kahan ho rahi hai.</w:t>
      </w:r>
    </w:p>
    <w:p>
      <w:pPr>
        <w:jc w:val="right"/>
      </w:pPr>
      <w:r>
        <w:t>کہغلطیکہاںہورہیہے۔</w:t>
      </w:r>
    </w:p>
    <w:p>
      <w:r>
        <w:rPr>
          <w:b/>
        </w:rPr>
        <w:t xml:space="preserve">[57:36] </w:t>
      </w:r>
      <w:r>
        <w:t>to mere tajurbe ke mutabiq galti yeh ho rahi hai ke jo case hai dawat e Allah ki s, isko humne bana rakha hai hangame aur juloos aur protest ka case.</w:t>
      </w:r>
    </w:p>
    <w:p>
      <w:pPr>
        <w:jc w:val="right"/>
      </w:pPr>
      <w:r>
        <w:t>تو میرےتجربے کےمطابق غلطییہ ہو رہیہےکہ جو کیسہے دعوت اللہ کی س،اسکوہمنےبنارکھاہے ہنگامےاور جلوس اورپروٹیسٹکاکیس۔</w:t>
      </w:r>
    </w:p>
    <w:p>
      <w:r>
        <w:rPr>
          <w:b/>
        </w:rPr>
        <w:t xml:space="preserve">[57:51] </w:t>
      </w:r>
      <w:r>
        <w:t>yaani jis waqea par hamein karna chahiye dawat, us maqam mein hum kar rahe hain protest. sari galti ka khulasa yeh hai ke</w:t>
      </w:r>
    </w:p>
    <w:p>
      <w:pPr>
        <w:jc w:val="right"/>
      </w:pPr>
      <w:r>
        <w:t>یعنیجسواقع ےپر ہمیںکرناچاہیےدعوت ،اس مقاممیںہم کررہےہیںپروٹیسٹ۔ ساریغلطیکاخلاصہیہہےکہ</w:t>
      </w:r>
    </w:p>
    <w:p>
      <w:r>
        <w:rPr>
          <w:b/>
        </w:rPr>
        <w:t xml:space="preserve">[58:04] </w:t>
      </w:r>
      <w:r>
        <w:t>jahan hamein logon ke darmiyan Allah ke paigham pahunchane ke liye uthna chahiye, wahan hum jhande le kar juloos nikal rahe hain sadkon ke upar.</w:t>
      </w:r>
    </w:p>
    <w:p>
      <w:pPr>
        <w:jc w:val="right"/>
      </w:pPr>
      <w:r>
        <w:t>جہاں ہمیں لوگوںکےدرمیان اللہ کے پیغامپہنچانےکےلیے اٹھناچاہیے، وہاںہمجھنڈالےکر جلوسنکالرہےہیںسڑکوںکےاوپر ۔</w:t>
      </w:r>
    </w:p>
    <w:p>
      <w:r>
        <w:rPr>
          <w:b/>
        </w:rPr>
        <w:t xml:space="preserve">[58:16] </w:t>
      </w:r>
      <w:r>
        <w:t>galti yahan hai. to behal mujhko aur aapko is baat par bahut zyada sanjeedgi ka ghor karna chahiye.</w:t>
      </w:r>
    </w:p>
    <w:p>
      <w:pPr>
        <w:jc w:val="right"/>
      </w:pPr>
      <w:r>
        <w:t>غلطییہاںہے۔ تو بہرحال مجھکواورآپکو اسباتپربہت زیادہ سنجیدگی کا غورکرناہے۔</w:t>
      </w:r>
    </w:p>
    <w:p>
      <w:r>
        <w:rPr>
          <w:b/>
        </w:rPr>
        <w:t xml:space="preserve">[58:29] </w:t>
      </w:r>
      <w:r>
        <w:t>hamara farz hai ke hum khud mamle ko achhi tarah samjhein aur logon ke samne mamle ko durust shakl mein pesh karein.</w:t>
      </w:r>
    </w:p>
    <w:p>
      <w:pPr>
        <w:jc w:val="right"/>
      </w:pPr>
      <w:r>
        <w:t>ہمارا فرضہےکہہم خود معاملےکو اچھیطرح سمجھیں اور لوگوںکےسامنے معاملےکو درستشکلمیںپیشکریں۔</w:t>
      </w:r>
    </w:p>
    <w:p>
      <w:r>
        <w:rPr>
          <w:b/>
        </w:rPr>
        <w:t xml:space="preserve">[58:43] </w:t>
      </w:r>
      <w:r>
        <w:t>intehai sanjidgi ke saath Allah ko hazir o nazir jante hue is mamle par phir se is ka tajziya karen</w:t>
      </w:r>
    </w:p>
    <w:p>
      <w:pPr>
        <w:jc w:val="right"/>
      </w:pPr>
      <w:r>
        <w:t>انتہائی سنجیدگیکےساتھ اللہ کو حاضروناظر جانتےہوئے اس معاملےپر پھرسے اسکاتجزیہکریں</w:t>
      </w:r>
    </w:p>
    <w:p>
      <w:r>
        <w:rPr>
          <w:b/>
        </w:rPr>
        <w:t xml:space="preserve">[58:58] </w:t>
      </w:r>
      <w:r>
        <w:t>aur sahi faisle tak pohnchne ke liye jo bhi tareeqe hote hain, un sab ko istemal karen.</w:t>
      </w:r>
    </w:p>
    <w:p>
      <w:pPr>
        <w:jc w:val="right"/>
      </w:pPr>
      <w:r>
        <w:t>اور صحیحفیصلےتکپہنچنےکےلیے جوبھی طریقےہوتےہیں، انسبکواستعمال کریں۔</w:t>
      </w:r>
    </w:p>
    <w:p>
      <w:r>
        <w:rPr>
          <w:b/>
        </w:rPr>
        <w:t xml:space="preserve">[59:07] </w:t>
      </w:r>
      <w:r>
        <w:t>apne pure rawaiye par nazar sani karen.</w:t>
      </w:r>
    </w:p>
    <w:p>
      <w:pPr>
        <w:jc w:val="right"/>
      </w:pPr>
      <w:r>
        <w:t>اپنے پورےروی ےپر نظر ثانیکریں۔</w:t>
      </w:r>
    </w:p>
    <w:p>
      <w:r>
        <w:rPr>
          <w:b/>
        </w:rPr>
        <w:t xml:space="preserve">[59:12] </w:t>
      </w:r>
      <w:r>
        <w:t>shakhsi rawaiyah, qoumi rawaiyah, jo hamara hai is waqt, woh bilashubah is qabil hai ke is par nazar sani ki jaye, is ko revise kiya jaye.</w:t>
      </w:r>
    </w:p>
    <w:p>
      <w:pPr>
        <w:jc w:val="right"/>
      </w:pPr>
      <w:r>
        <w:t>شخص یروی ہ ،قومیروی ہ ،جوہمارا ہےاسوقت، وہ بلاشبہ اسقابلہے کہاسپر نظر ثانیکیجائے، اسکوریوائزکیا جائے۔</w:t>
      </w:r>
    </w:p>
    <w:p>
      <w:r>
        <w:rPr>
          <w:b/>
        </w:rPr>
        <w:t xml:space="preserve">[59:25] </w:t>
      </w:r>
      <w:r>
        <w:t>natija chila chila kar keh raha hai ke revise karo, revise karo. Negative results woh hain, woh chila chila kar keh raha hai ke phir se socho, phir socho.</w:t>
      </w:r>
    </w:p>
    <w:p>
      <w:pPr>
        <w:jc w:val="right"/>
      </w:pPr>
      <w:r>
        <w:t>نتیجہ چلا چلاکےکہہرہاہے کہریوائزکرو،ریوائزکرو۔ نیگیٹیورزلٹجوہے،وہ چلا چلاکرکہہرہاہے کہپھرسےسوچو،پھرسوچو۔</w:t>
      </w:r>
    </w:p>
    <w:p>
      <w:r>
        <w:rPr>
          <w:b/>
        </w:rPr>
        <w:t xml:space="preserve">[59:39] </w:t>
      </w:r>
      <w:r>
        <w:t>to meri dua hai ke Allah ta'ala hum ko aur aap ko tofeeq de ke hum khud is par qaim hon aur doosron ko yahi paigham dein.</w:t>
      </w:r>
    </w:p>
    <w:p>
      <w:pPr>
        <w:jc w:val="right"/>
      </w:pPr>
      <w:r>
        <w:t>تومیریدعاہےکہاللہتعالی ہمکو اورآپکو توفیقدے کہہمخود اسپرقائمہوں اور دوسروںکو یہیپیغام دیں۔</w:t>
      </w:r>
    </w:p>
    <w:p>
      <w:r>
        <w:rPr>
          <w:b/>
        </w:rPr>
        <w:t xml:space="preserve">[59:52] </w:t>
      </w:r>
      <w:r>
        <w:t>aqoolu qawli hadha wa astaghfirullaha li walakum ajmaeen</w:t>
      </w:r>
    </w:p>
    <w:p>
      <w:pPr>
        <w:jc w:val="right"/>
      </w:pPr>
      <w:r>
        <w:t>أقول قوليهذا واستغفراللہ ليولكم اجمعین</w:t>
      </w:r>
    </w:p>
    <w:p>
      <w:r>
        <w:rPr>
          <w:b/>
        </w:rPr>
        <w:t xml:space="preserve">[1:00:11] </w:t>
      </w:r>
      <w:r>
        <w:t>maulana, yeh sawal UP se aya hai, misr Athar Shamsi sahib ka. Unhon ne aapse poocha hai ke what is the difference between criticism and humiliating remark ?</w:t>
      </w:r>
    </w:p>
    <w:p>
      <w:pPr>
        <w:jc w:val="right"/>
      </w:pPr>
      <w:r>
        <w:t>مولانا،یہسوال یوپیسےآیاہے، مسٹراطہر شمسیصاحبکا ۔انہوںنےآپسےپوچھاہےکہ Whatisthe differ ence between crit icism and hum ili ating remark ?</w:t>
      </w:r>
    </w:p>
    <w:p>
      <w:r>
        <w:rPr>
          <w:b/>
        </w:rPr>
        <w:t xml:space="preserve">[1:00:30] </w:t>
      </w:r>
      <w:r>
        <w:t>dekhen, criticism jo hai, woh naam hai</w:t>
      </w:r>
    </w:p>
    <w:p>
      <w:pPr>
        <w:jc w:val="right"/>
      </w:pPr>
      <w:r>
        <w:t>دیکھیں، crit icism جوہے، وہ نام ہے</w:t>
      </w:r>
    </w:p>
    <w:p>
      <w:r>
        <w:rPr>
          <w:b/>
        </w:rPr>
        <w:t xml:space="preserve">[1:00:37] </w:t>
      </w:r>
      <w:r>
        <w:t>yani logical analysis ka.</w:t>
      </w:r>
    </w:p>
    <w:p>
      <w:pPr>
        <w:jc w:val="right"/>
      </w:pPr>
      <w:r>
        <w:t>یعنی log ical anal ysisکا ۔</w:t>
      </w:r>
    </w:p>
    <w:p>
      <w:r>
        <w:rPr>
          <w:b/>
        </w:rPr>
        <w:t xml:space="preserve">[1:00:44] </w:t>
      </w:r>
      <w:r>
        <w:t>yani dil o dimagh ki zuban mein tajziya karna,</w:t>
      </w:r>
    </w:p>
    <w:p>
      <w:pPr>
        <w:jc w:val="right"/>
      </w:pPr>
      <w:r>
        <w:t>یعنی دل یل کی زبان میں تجزیہکرنا ،</w:t>
      </w:r>
    </w:p>
    <w:p>
      <w:r>
        <w:rPr>
          <w:b/>
        </w:rPr>
        <w:t xml:space="preserve">[1:00:51] </w:t>
      </w:r>
      <w:r>
        <w:t>yeh hai criticism. Aur humiliating remark yeh hai ke aap daleel kuch nahi hain, bas aap is ka ek</w:t>
      </w:r>
    </w:p>
    <w:p>
      <w:pPr>
        <w:jc w:val="right"/>
      </w:pPr>
      <w:r>
        <w:t>یہہےcrit icism۔ اور humiliatingremarkیہہےکہآپدلیلکچھنہیںہیں، بس آپ اسکا ایک</w:t>
      </w:r>
    </w:p>
    <w:p>
      <w:r>
        <w:rPr>
          <w:b/>
        </w:rPr>
        <w:t xml:space="preserve">[1:01:05] </w:t>
      </w:r>
      <w:r>
        <w:t>yani sakht alfaaz bol kar is ko aap ridicule kar rahe hain biladaleel. Yani biladaleel kisi ko kisi ki tazheek karna, biladaleel. Main yeh kahoon ke jab bhi biladaleel koi rawayat dein, aap chahe humiliating na ho, tab bhi woh bilashubah najayaz hai.</w:t>
      </w:r>
    </w:p>
    <w:p>
      <w:pPr>
        <w:jc w:val="right"/>
      </w:pPr>
      <w:r>
        <w:t>یعنیسختالفاظ بولکر اسکو آپ ridic uleکررہےہیں بلادلیل ۔ یعنی بلادلیل کسی کو کسی کیتضحیککرنا ،بلادلیل ۔میںیہکہوںکہ جب بھی بلادلیل کوئی رواقدیں،آپچاہےhumiliatingنہہو،تببھی وہ بلاشبہناجائزہے۔</w:t>
      </w:r>
    </w:p>
    <w:p>
      <w:r>
        <w:rPr>
          <w:b/>
        </w:rPr>
        <w:t xml:space="preserve">[1:01:30] </w:t>
      </w:r>
      <w:r>
        <w:t>kisi ke khilaf aap koi bhi rawayat dein baghair daleel ke, to woh Islam mein jayaz nahi hai. Islam mein sirf ek hi jayaz cheez jayaz hai ke aap daleel ki zuban mein kisi ke baaton ka tajziya karen.</w:t>
      </w:r>
    </w:p>
    <w:p>
      <w:pPr>
        <w:jc w:val="right"/>
      </w:pPr>
      <w:r>
        <w:t>کسی کےخلاف آپ کوئیبھی رواقدیں بغیردلیل کے ،تو وہ اسلام میں جائزنہیںہے۔ اسلام میں صرف ایکہیجائز چیز جائزہےکہآپ دلیل کیزبان میں کسی کے باتوںکا تجزیہکریں۔</w:t>
      </w:r>
    </w:p>
    <w:p>
      <w:r>
        <w:rPr>
          <w:b/>
        </w:rPr>
        <w:t xml:space="preserve">[1:01:49] </w:t>
      </w:r>
      <w:r>
        <w:t>aur phir yeh bhi lazim hai, dekhen ke aap tayyar rahen ke fareeqe sani agar is ka jawab deta hai to us ke jawab par dhyan dein ke us ne kya kaha.</w:t>
      </w:r>
    </w:p>
    <w:p>
      <w:pPr>
        <w:jc w:val="right"/>
      </w:pPr>
      <w:r>
        <w:t>اورپھریہبھیلازمہے،دیکھیے کہآپ تیار رہیں کہ فریق ثانی اگر اسکاجوابدیتاہے تو اسکےجوابپردھیاندیں کہ اسنےکیاکہا۔</w:t>
      </w:r>
    </w:p>
    <w:p>
      <w:r>
        <w:rPr>
          <w:b/>
        </w:rPr>
        <w:t xml:space="preserve">[1:02:00] </w:t>
      </w:r>
      <w:r>
        <w:t>agar is ne is ko jo baat kahi hai, woh zyada maeqool baat hai to is ko maan lein. Aap</w:t>
      </w:r>
    </w:p>
    <w:p>
      <w:pPr>
        <w:jc w:val="right"/>
      </w:pPr>
      <w:r>
        <w:t>اگر اسنے اسکو جو بات کہیہے،وہ زیادہ معقولباتہےتواسکو مانلیں۔آپ</w:t>
      </w:r>
    </w:p>
    <w:p>
      <w:r>
        <w:rPr>
          <w:b/>
        </w:rPr>
        <w:t xml:space="preserve">[1:02:11] </w:t>
      </w:r>
      <w:r>
        <w:t>to sahi tanqeed woh hai jo daleel par qaim ho, mazeed yeh ke naqad is ke liye tayyar ho</w:t>
      </w:r>
    </w:p>
    <w:p>
      <w:pPr>
        <w:jc w:val="right"/>
      </w:pPr>
      <w:r>
        <w:t>تو صحیح تنقیدوہہےجو دلیل پرقائمہو، مزید یہکہناقداسکےلیےتیارہو</w:t>
      </w:r>
    </w:p>
    <w:p>
      <w:r>
        <w:rPr>
          <w:b/>
        </w:rPr>
        <w:t xml:space="preserve">[1:02:18] </w:t>
      </w:r>
      <w:r>
        <w:t>ke ghalati wazeh hone ke baad woh apne aap ko</w:t>
      </w:r>
    </w:p>
    <w:p>
      <w:pPr>
        <w:jc w:val="right"/>
      </w:pPr>
      <w:r>
        <w:t>کہغلطی واضحہونےکےبعد وہ اپنے آپ کو</w:t>
      </w:r>
    </w:p>
    <w:p>
      <w:r>
        <w:rPr>
          <w:b/>
        </w:rPr>
        <w:t xml:space="preserve">[1:02:26] </w:t>
      </w:r>
      <w:r>
        <w:t>yani is ko maan lega, apni baat ko wapas le lega.</w:t>
      </w:r>
    </w:p>
    <w:p>
      <w:pPr>
        <w:jc w:val="right"/>
      </w:pPr>
      <w:r>
        <w:t>یعنی اسکو مانلےگا، اپنی باتکوواپسلےلےگا۔</w:t>
      </w:r>
    </w:p>
    <w:p>
      <w:r>
        <w:rPr>
          <w:b/>
        </w:rPr>
        <w:t xml:space="preserve">[1:02:33] </w:t>
      </w:r>
      <w:r>
        <w:t>aur humiliating remark woh hai jismein ke aadmi sirf kisi ko badnaam karna chahta hai,</w:t>
      </w:r>
    </w:p>
    <w:p>
      <w:pPr>
        <w:jc w:val="right"/>
      </w:pPr>
      <w:r>
        <w:t>اور hum iliating remark وہہےجسمیں کہ آدمیصرف کسی کو بدنام کرناچاہتاہے،</w:t>
      </w:r>
    </w:p>
    <w:p>
      <w:r>
        <w:rPr>
          <w:b/>
        </w:rPr>
        <w:t xml:space="preserve">[1:02:41] </w:t>
      </w:r>
      <w:r>
        <w:t>biladaleel us ke khilaf bol raha hai. Woh Islam mein bilashubah jayaz nahi hai. Aur aise logon ki bohat sakht pakar hogi Allah ta'ala ki.</w:t>
      </w:r>
    </w:p>
    <w:p>
      <w:pPr>
        <w:jc w:val="right"/>
      </w:pPr>
      <w:r>
        <w:t>بلادلیلاسکےخلاف بولرہاہے۔ وہ اسلام میں بلاشبہجائزنہیںہے۔ اور ایسےلوگوںکے بہتسختپکڑہوگیاللہتعالی کے۔</w:t>
      </w:r>
    </w:p>
    <w:p>
      <w:r>
        <w:rPr>
          <w:b/>
        </w:rPr>
        <w:t xml:space="preserve">[1:02:54] </w:t>
      </w:r>
      <w:r>
        <w:t>maulana, un ka ek aur sawal hai, woh aapse poochna chahte hain ke prophets se mohabbat ki pehchan aur is ka taqaza kya hai ?</w:t>
      </w:r>
    </w:p>
    <w:p>
      <w:pPr>
        <w:jc w:val="right"/>
      </w:pPr>
      <w:r>
        <w:t>مولانا،انکا ایک اور سوال ہے، وہ آپسےپوچھناچاہرہےہیںکہ پرافٹسے مح بتکیپہچاناور اسکا تقاضا کیا ہے ؟</w:t>
      </w:r>
    </w:p>
    <w:p>
      <w:r>
        <w:rPr>
          <w:b/>
        </w:rPr>
        <w:t xml:space="preserve">[1:03:04] </w:t>
      </w:r>
      <w:r>
        <w:t>is asas ke bare mein bataen.</w:t>
      </w:r>
    </w:p>
    <w:p>
      <w:pPr>
        <w:jc w:val="right"/>
      </w:pPr>
      <w:r>
        <w:t>اساسکےبارےمیں بتائیں۔</w:t>
      </w:r>
    </w:p>
    <w:p>
      <w:r>
        <w:rPr>
          <w:b/>
        </w:rPr>
        <w:t xml:space="preserve">[1:03:09] </w:t>
      </w:r>
      <w:r>
        <w:t>yeh to har giz nahi hai jo abhi ho raha hai. Yeh mohabbat nahi, yeh to yeh to ek leadership hai. Kuch bhi kahiye, is ko yeh street activism hai.</w:t>
      </w:r>
    </w:p>
    <w:p>
      <w:pPr>
        <w:jc w:val="right"/>
      </w:pPr>
      <w:r>
        <w:t>یہتوہرگزنہیںہےجوابھیہورہاہے۔ یہمحبت نہیں،یہتو یہتو ایکلیڈریہے۔ کچھبھی کہیے،اسکو یہسٹریٹ ایکٹیوزمہے۔</w:t>
      </w:r>
    </w:p>
    <w:p>
      <w:r>
        <w:rPr>
          <w:b/>
        </w:rPr>
        <w:t xml:space="preserve">[1:03:21] </w:t>
      </w:r>
      <w:r>
        <w:t>Rasool Allah se mohabbat ka taqaza yeh koi zati mohabbat nahi hoti, ishq. Ishq ka mamla nahi hai, yeh ishq ka mamla nahi hai. Aap ke mission mein apne aap ko lagana,</w:t>
      </w:r>
    </w:p>
    <w:p>
      <w:pPr>
        <w:jc w:val="right"/>
      </w:pPr>
      <w:r>
        <w:t>رسولاللہ سے محبت کا تقاضا یہکوئی ذاتیمحبتنہیںہوتی، عشق۔عشقکامعاملہنہیںہے،یہ عشقکامعاملہنہیںہے۔آپ کے مشنمیں اپنےآپکو لگانا،</w:t>
      </w:r>
    </w:p>
    <w:p>
      <w:r>
        <w:rPr>
          <w:b/>
        </w:rPr>
        <w:t xml:space="preserve">[1:03:35] </w:t>
      </w:r>
      <w:r>
        <w:t>apne aap ko jo dawat e mission tha, us mein aap ko shamil karna, yeh hai. Yeh koi jaise ke love effort hota hai, ishq hota hai, ek ko doosre, woh woh mamla nahi hai.</w:t>
      </w:r>
    </w:p>
    <w:p>
      <w:pPr>
        <w:jc w:val="right"/>
      </w:pPr>
      <w:r>
        <w:t>اپنے آپکاجودعوتیمشنتھا،اسمیںآپکو شامل کرنا ، یہہے۔ یہ کوئی جیسےکہ لو ایفرٹہوتاہے، عشقہوتاہے، ایککودوسرے،وہوہمعاملہنہیںہے۔</w:t>
      </w:r>
    </w:p>
    <w:p>
      <w:r>
        <w:rPr>
          <w:b/>
        </w:rPr>
        <w:t xml:space="preserve">[1:03:50] </w:t>
      </w:r>
      <w:r>
        <w:t>Qul in kuntum tuhibbun Allaha fattabi'uni yuwfir lakum dhunubakum. Allah kehta hai ke agar tum Allah se mohabbat karte ho to barah e raast mera itteba' karo. Itteba' ka matlab yeh hai ke ab main jo mission le kar aaya hoon, is mission mein mera saath do.</w:t>
      </w:r>
    </w:p>
    <w:p>
      <w:pPr>
        <w:jc w:val="right"/>
      </w:pPr>
      <w:r>
        <w:t>قلانکنتم تب ون اللہ فاتبعونیو فقولاللہ کہوکہاگرتمکواللہ سےمحبتہےتو براہاتباعکرو ۔ اتباعکامطلبیہہےکہ ابمیںجومشنلےکرآیاہوں، اس مشنمیںمیراساتھ دو ۔</w:t>
      </w:r>
    </w:p>
    <w:p>
      <w:r>
        <w:rPr>
          <w:b/>
        </w:rPr>
        <w:t xml:space="preserve">[1:04:05] </w:t>
      </w:r>
      <w:r>
        <w:t>aap ka mission woh hai, aap jante hain, aap ki dawat Allah tha. To mohabbat e Rasool agar dawat Allah ki shakal mein zahir ho, tab woh mohabbat hai, warna har giz har giz mohabbat nahi hai.</w:t>
      </w:r>
    </w:p>
    <w:p>
      <w:pPr>
        <w:jc w:val="right"/>
      </w:pPr>
      <w:r>
        <w:t>آپکامشنجوہے، آپجانتےہیں،آپکیدعوت اللہ تھا۔ تو محبت رسول اگر دعوت اللہ کیشکلمیںظاہرہو ، تبوہ محبتہے، ورنہہرگزہرگزمحبتنہیںہے۔</w:t>
      </w:r>
    </w:p>
    <w:p>
      <w:r>
        <w:rPr>
          <w:b/>
        </w:rPr>
        <w:t xml:space="preserve">[1:04:17] </w:t>
      </w:r>
      <w:r>
        <w:t>hargiz nahin, muhabbat koi iski uleen nahin hai dunya mein na aakhrat mein. hargiz nahin, koi uliya iskiya hai.</w:t>
      </w:r>
    </w:p>
    <w:p>
      <w:pPr>
        <w:jc w:val="right"/>
      </w:pPr>
      <w:r>
        <w:t>ہرگزنہیں،محبت کوئی اسکیولینہیںہےدنیا میںنہآخرتمیں۔ ہرگزنہیں، کوئیولیاسکیہے۔</w:t>
      </w:r>
    </w:p>
    <w:p>
      <w:r>
        <w:rPr>
          <w:b/>
        </w:rPr>
        <w:t xml:space="preserve">[1:04:28] </w:t>
      </w:r>
      <w:r>
        <w:t>maulana, agla sawal dilli se hai. maulana zakwanandvi sahib ne likha hai,</w:t>
      </w:r>
    </w:p>
    <w:p>
      <w:pPr>
        <w:jc w:val="right"/>
      </w:pPr>
      <w:r>
        <w:t>مولانا،اگلاسوال دلیسےہے۔ مول انا زکوانندویصاحبنے لکھاہے،</w:t>
      </w:r>
    </w:p>
    <w:p>
      <w:r>
        <w:rPr>
          <w:b/>
        </w:rPr>
        <w:t xml:space="preserve">[1:04:33] </w:t>
      </w:r>
      <w:r>
        <w:t>unhon ne likha hai ke aap ne likha hai ke insan do tarah ke hote hain: believing nature ke insan aur rational nature ke insan.</w:t>
      </w:r>
    </w:p>
    <w:p>
      <w:pPr>
        <w:jc w:val="right"/>
      </w:pPr>
      <w:r>
        <w:t>انہوںنےلکھاہےکہ آپ نے لکھاہےکہ انسان دوطرح کےہوتےہیں: بیلیونگنیچرکےانسان اور ریشن لسٹنیچرکے انسان ۔</w:t>
      </w:r>
    </w:p>
    <w:p>
      <w:r>
        <w:rPr>
          <w:b/>
        </w:rPr>
        <w:t xml:space="preserve">[1:04:44] </w:t>
      </w:r>
      <w:r>
        <w:t>mera sawal yeh hai ke dono tarah ke insano ke mind ko address karne ka tareeqa kya hai? ek daai ke liye dono tarah ke insano ki raayat karna kis qadar zaroori hai?</w:t>
      </w:r>
    </w:p>
    <w:p>
      <w:pPr>
        <w:jc w:val="right"/>
      </w:pPr>
      <w:r>
        <w:t>میرا سوال یہہے کہ دونوںطرح کے انسان وںکے مائنڈکو ایڈریسکرنے کا طریقہ کیا ہے ؟ ایک داعیکےلیے دونوںطرح کےانسانوںکیرعایتکرنا کس قدر ضروریہے ؟</w:t>
      </w:r>
    </w:p>
    <w:p>
      <w:r>
        <w:rPr>
          <w:b/>
        </w:rPr>
        <w:t xml:space="preserve">[1:04:57] </w:t>
      </w:r>
      <w:r>
        <w:t>isko wazeh karen.</w:t>
      </w:r>
    </w:p>
    <w:p>
      <w:pPr>
        <w:jc w:val="right"/>
      </w:pPr>
      <w:r>
        <w:t>اسکو واضحکریں۔</w:t>
      </w:r>
    </w:p>
    <w:p>
      <w:r>
        <w:rPr>
          <w:b/>
        </w:rPr>
        <w:t xml:space="preserve">[1:05:00] </w:t>
      </w:r>
      <w:r>
        <w:t>yeh to dekhiye, ek sahabi ne kaha tha ke kalil nas ala qadr uqool logon se khitab karo unki aqal ke mayar ke mutabiq.</w:t>
      </w:r>
    </w:p>
    <w:p>
      <w:pPr>
        <w:jc w:val="right"/>
      </w:pPr>
      <w:r>
        <w:t>یہتودیکھیے،ایکصحابینےکہاکہ ك لم الناس علی قدر عقول لوگوںسے خطاب کرو انکی عقل کے معیارکےمطابق ۔</w:t>
      </w:r>
    </w:p>
    <w:p>
      <w:r>
        <w:rPr>
          <w:b/>
        </w:rPr>
        <w:t xml:space="preserve">[1:05:13] </w:t>
      </w:r>
      <w:r>
        <w:t>to ek insan woh hota hai jo seedhi saadi baaton hi ko samajh pata hai,</w:t>
      </w:r>
    </w:p>
    <w:p>
      <w:pPr>
        <w:jc w:val="right"/>
      </w:pPr>
      <w:r>
        <w:t>توایک انسان وہہوتاہےجو سیدھیسادی باتوںہیکوسمجھپاتاہے،</w:t>
      </w:r>
    </w:p>
    <w:p>
      <w:r>
        <w:rPr>
          <w:b/>
        </w:rPr>
        <w:t xml:space="preserve">[1:05:18] </w:t>
      </w:r>
      <w:r>
        <w:t>gehri baat jo samajh mein nahin aati. to uske samne aap gehri manaaq pesh karen to bilkul bekar hoga woh. aur ek shakhs woh hota hai jo taleem yafta hai, zaheen hai, uska aqli mayar buland hai.</w:t>
      </w:r>
    </w:p>
    <w:p>
      <w:pPr>
        <w:jc w:val="right"/>
      </w:pPr>
      <w:r>
        <w:t>گہریبات جوسمجھمیںنہیںآتی۔ تواسکےسامنےآپ گہریمنط قپیشکریںتو بالکل بیکارہوگاوہ۔ اور ایک شخص وہہوتاہےجو تعلیم یافت ہہے، ذہینہے، اسکا عقلیمعیاربلندہے۔</w:t>
      </w:r>
    </w:p>
    <w:p>
      <w:r>
        <w:rPr>
          <w:b/>
        </w:rPr>
        <w:t xml:space="preserve">[1:05:34] </w:t>
      </w:r>
      <w:r>
        <w:t>to uske samne daleel aur manaaq pesh ki jayegi, yeh to aadaab-e-daawat mein se hai, warna koi faida nahin hoga dawat ka.</w:t>
      </w:r>
    </w:p>
    <w:p>
      <w:pPr>
        <w:jc w:val="right"/>
      </w:pPr>
      <w:r>
        <w:t>تواسکےسامنےدلیل اورمنطقپیشکیجائےگی، یہتوآداب دعوتمیںسےہے، ورنہ کوئیفائدہنہیںہوگادعوتکا ۔</w:t>
      </w:r>
    </w:p>
    <w:p>
      <w:r>
        <w:rPr>
          <w:b/>
        </w:rPr>
        <w:t xml:space="preserve">[1:05:46] </w:t>
      </w:r>
      <w:r>
        <w:t>to aap daai ko chahiye ke sab se pehle yeh samjhe ke jo mad'u uske samne hai, us mad'u ka mayar form kya hai, uska mayar-e-aqal kya hai.</w:t>
      </w:r>
    </w:p>
    <w:p>
      <w:pPr>
        <w:jc w:val="right"/>
      </w:pPr>
      <w:r>
        <w:t>تو آپ داعیکوچاہیےکہسبسےپہلے یہسمجھےکہ جو مد عو اسکےسامنے ہے، اس مدعوکامعیار فارمکیاہے، اسکامعیارعقلکیاہے۔</w:t>
      </w:r>
    </w:p>
    <w:p>
      <w:r>
        <w:rPr>
          <w:b/>
        </w:rPr>
        <w:t xml:space="preserve">[1:05:58] </w:t>
      </w:r>
      <w:r>
        <w:t>isi ke mutabiq usko baatein bataen.</w:t>
      </w:r>
    </w:p>
    <w:p>
      <w:pPr>
        <w:jc w:val="right"/>
      </w:pPr>
      <w:r>
        <w:t>اسیکےمطابق اسکو باتیںبت ائے۔</w:t>
      </w:r>
    </w:p>
    <w:p>
      <w:r>
        <w:rPr>
          <w:b/>
        </w:rPr>
        <w:t xml:space="preserve">[1:06:03] </w:t>
      </w:r>
      <w:r>
        <w:t>aisa nahin ke ek aisa aadmi jo logic aur reason ki zabaan mein samajh jata tha baaton ko, usko fazail sunayen, usko samajh mein kuch nahin aayega.</w:t>
      </w:r>
    </w:p>
    <w:p>
      <w:pPr>
        <w:jc w:val="right"/>
      </w:pPr>
      <w:r>
        <w:t>ایسا نہیں کہ ایک ایساآدمیجو لاجک اور ریزنکیزبان میں سمجھجاتا تھا باتوںکو ،اسکوفضائلسن ایا، اسکیسمجھمیںکچھبھینہیںآئےگا۔</w:t>
      </w:r>
    </w:p>
    <w:p>
      <w:r>
        <w:rPr>
          <w:b/>
        </w:rPr>
        <w:t xml:space="preserve">[1:06:19] </w:t>
      </w:r>
      <w:r>
        <w:t>to yeh to bohat hi moti baat hai, bohat hi wazeh baat hai ke insano mein mukhtalif qism ke log hote hain. to daai ko chahiye ke woh har ek ko samjhe ke woh kis mayar ka aadmi hai aur usi ke lihaaz se uske samne paigham pesh kare.</w:t>
      </w:r>
    </w:p>
    <w:p>
      <w:pPr>
        <w:jc w:val="right"/>
      </w:pPr>
      <w:r>
        <w:t>تو یہتوبہتہیموٹیباتہے،بہت ہیواضحباتہےکہ انسان وںمیںمختلف قسم کےلوگہوتےہیں۔ تو داعیکوچاہیےکہوہ ہرایککو سمجھےکہوہکسمعیارکاآدمیہے اوراسیکےلحاظسےاسکےسامنے پیغام پیش کرے۔</w:t>
      </w:r>
    </w:p>
    <w:p>
      <w:r>
        <w:rPr>
          <w:b/>
        </w:rPr>
        <w:t xml:space="preserve">[1:06:39] </w:t>
      </w:r>
      <w:r>
        <w:t>maulana, agla sawal Pakistan se aaya hai, Mr. Aamir bin Yusuf sahib ka</w:t>
      </w:r>
    </w:p>
    <w:p>
      <w:pPr>
        <w:jc w:val="right"/>
      </w:pPr>
      <w:r>
        <w:t>مولانا،اگلاسوال پاکستان سےآیاہے، مسٹر عامربن یوسفصاحبکا</w:t>
      </w:r>
    </w:p>
    <w:p>
      <w:r>
        <w:rPr>
          <w:b/>
        </w:rPr>
        <w:t xml:space="preserve">[1:06:45] </w:t>
      </w:r>
      <w:r>
        <w:t>unhon ne likha hai ke aap ne aaj ki taqreer mein jo Ibn Taymiyyah ka zikr kiya, to kya iska matlab yeh hai ke Imam Ibn Taymiyyah se ghalti hui blasphemy ke maamle mein aur musalman is ghalti ko repeat kar rahe hain?</w:t>
      </w:r>
    </w:p>
    <w:p>
      <w:pPr>
        <w:jc w:val="right"/>
      </w:pPr>
      <w:r>
        <w:t>۔انہوںنےلکھاہے کہ آپ نے آج کی تقریرمیںجو ابن تیمیہکاذکرکیا، تو کیا اسکا مطلب یہ ہے کہ امام ابن تیمیہسے غلطیہوئی بلیسفیمیکےمعاملےمیں اور مسلمان اسغلطیکو ریپیٹکررہےہیں؟</w:t>
      </w:r>
    </w:p>
    <w:p>
      <w:r>
        <w:rPr>
          <w:b/>
        </w:rPr>
        <w:t xml:space="preserve">[1:07:01] </w:t>
      </w:r>
      <w:r>
        <w:t>iske baare mein bataen. dekhiye, masla Ibn Taymiyyah ka nahin, har insan ka hai. har insan khata kar sakta hai.</w:t>
      </w:r>
    </w:p>
    <w:p>
      <w:pPr>
        <w:jc w:val="right"/>
      </w:pPr>
      <w:r>
        <w:t>اسکےبارےمیں بت ائیں۔ دیکھیے، مسئلہ ابن تیمیہکانہیں،ہرانسان کاہے۔ ہرانسان خطاکرسکتاہے۔</w:t>
      </w:r>
    </w:p>
    <w:p>
      <w:r>
        <w:rPr>
          <w:b/>
        </w:rPr>
        <w:t xml:space="preserve">[1:07:12] </w:t>
      </w:r>
      <w:r>
        <w:t>yeh to hadith-e-sabit hai, kul ibne aadam khata'un, har insan khata karta hai. to ismein Ibn Taymiyyah koi ek exception nahin hai.</w:t>
      </w:r>
    </w:p>
    <w:p>
      <w:pPr>
        <w:jc w:val="right"/>
      </w:pPr>
      <w:r>
        <w:t>یہتو حدیثث ابت ہے قل بن آدم خطان ہرانسان خطاکرتاہے۔ تو اسمیں ابن تیمیہکوئیایکسیپشننہیںہے۔</w:t>
      </w:r>
    </w:p>
    <w:p>
      <w:r>
        <w:rPr>
          <w:b/>
        </w:rPr>
        <w:t xml:space="preserve">[1:07:27] </w:t>
      </w:r>
      <w:r>
        <w:t>to yeh koi aisi baat nahin hai jo main ne koi anokhi kahi ho. saare logon ka is pe ittefaq hai ke insan ghalti karta hai.</w:t>
      </w:r>
    </w:p>
    <w:p>
      <w:pPr>
        <w:jc w:val="right"/>
      </w:pPr>
      <w:r>
        <w:t>تو یہ کوئیایسیباتنہیں ہےجو میںنےکوئیانوکھیکہیہو۔ سارے لوگوںکااسپہاتفاقہےکہانسان غلطیکرتاہے۔</w:t>
      </w:r>
    </w:p>
    <w:p>
      <w:r>
        <w:rPr>
          <w:b/>
        </w:rPr>
        <w:t xml:space="preserve">[1:07:37] </w:t>
      </w:r>
      <w:r>
        <w:t>aap ko haq hai ke uski ghalti ka tajziya karen.</w:t>
      </w:r>
    </w:p>
    <w:p>
      <w:pPr>
        <w:jc w:val="right"/>
      </w:pPr>
      <w:r>
        <w:t>آپکوحق ہےکہاسکیغلطیکاتجزیہکریں۔</w:t>
      </w:r>
    </w:p>
    <w:p>
      <w:r>
        <w:rPr>
          <w:b/>
        </w:rPr>
        <w:t xml:space="preserve">[1:07:43] </w:t>
      </w:r>
      <w:r>
        <w:t>tajziya karen.</w:t>
      </w:r>
    </w:p>
    <w:p>
      <w:pPr>
        <w:jc w:val="right"/>
      </w:pPr>
      <w:r>
        <w:t>تجزیہکری</w:t>
      </w:r>
    </w:p>
    <w:p>
      <w:r>
        <w:rPr>
          <w:b/>
        </w:rPr>
        <w:t xml:space="preserve">[1:07:44] </w:t>
      </w:r>
      <w:r>
        <w:t>Imam Abu Hanifa ne kaha tha ke agar ek ek ek ek fatwa ko main ne diya hai, agar tum ko koi hadith mil jaye is fatwe ke khilaaf to mere fatwe ko pathar maar do, pathar pe maar do,</w:t>
      </w:r>
    </w:p>
    <w:p>
      <w:pPr>
        <w:jc w:val="right"/>
      </w:pPr>
      <w:r>
        <w:t>ں۔ امامابوحنیفہنےکہاتھاکہ اگر ایک ایک ایک ایک فتویٰکومیںنےدیاہے،اگر تم کو کوئیحدیث ملجائےاسفتوےکےخلاف تو میرے فتوےکوپتھرمار دو،پتھرپہماردو،</w:t>
      </w:r>
    </w:p>
    <w:p>
      <w:r>
        <w:rPr>
          <w:b/>
        </w:rPr>
        <w:t xml:space="preserve">[1:07:58] </w:t>
      </w:r>
      <w:r>
        <w:t>mere fatwe ko chhod do, hadith ko qabool kar lo. yeh to hote hi rehta hai. ulama mein ikhtilaf, saare ulama mein aapas mein ikhtilafat hue hain. isi liye yeh koi aisi baat nahin hai ke kisi ki kitaab muqaddas nahin hai.</w:t>
      </w:r>
    </w:p>
    <w:p>
      <w:pPr>
        <w:jc w:val="right"/>
      </w:pPr>
      <w:r>
        <w:t>میرےفتوےکوچھوڑدو،حدیثکوقبولکرلو۔ یہتوہوتےہیرہتاہے۔علم اءمیںاختلاف ، سارےعلماءمیںآپسمیںاختلافاتہوئےہیں۔اسیلیے یہکوئیایسیباتنہیںہےکہکسی کیکتاب مقدسنہیںہے۔</w:t>
      </w:r>
    </w:p>
    <w:p>
      <w:r>
        <w:rPr>
          <w:b/>
        </w:rPr>
        <w:t xml:space="preserve">[1:08:11] </w:t>
      </w:r>
      <w:r>
        <w:t>Quran ke tareeqe se</w:t>
      </w:r>
    </w:p>
    <w:p>
      <w:pPr>
        <w:jc w:val="right"/>
      </w:pPr>
      <w:r>
        <w:t>قرآنکےطریقےسے</w:t>
      </w:r>
    </w:p>
    <w:p>
      <w:r>
        <w:rPr>
          <w:b/>
        </w:rPr>
        <w:t xml:space="preserve">[1:08:14] </w:t>
      </w:r>
      <w:r>
        <w:t>kisi bhi shakhs ki kitaab Quran ki tarah muqaddas nahin hai.</w:t>
      </w:r>
    </w:p>
    <w:p>
      <w:pPr>
        <w:jc w:val="right"/>
      </w:pPr>
      <w:r>
        <w:t>کسی بھی شخص کیکتاب قرآنکیطرح مقدسنہیںہے۔</w:t>
      </w:r>
    </w:p>
    <w:p>
      <w:r>
        <w:rPr>
          <w:b/>
        </w:rPr>
        <w:t xml:space="preserve">[1:08:22] </w:t>
      </w:r>
      <w:r>
        <w:t>Imam Malik ke baare mein kaha jata hai ke woh jab Madinah mein Rasool Allah ki qabr ke paas dars-e-hadith dete the to wahan ek aate the ke koi bhi insan aisa nahin hai jiski baaton mein se kuch lene ka ho, kuch na lene ka ho, siwaye illa saahib-e-qabr.</w:t>
      </w:r>
    </w:p>
    <w:p>
      <w:pPr>
        <w:jc w:val="right"/>
      </w:pPr>
      <w:r>
        <w:t>اماممالککےبارےمیں کہاجاتاہےکہوہ جب مدینےمیں رسولاللہقبرکےپاس درسحدیثدیتےتھے تو وہاںایک آتےتھے کہ کوئیبھی انسان ایسانہیںہےجسکی باتوںمیںسےکچھ لینےکاہو،کچھ نہلینےکاہو،سوائے الا صاحببہادر قبر۔</w:t>
      </w:r>
    </w:p>
    <w:p>
      <w:r>
        <w:rPr>
          <w:b/>
        </w:rPr>
        <w:t xml:space="preserve">[1:08:40] </w:t>
      </w:r>
      <w:r>
        <w:t>yeh to ek mutafiq alaih baat hai, is mein koi do rai nahi hai.</w:t>
      </w:r>
    </w:p>
    <w:p>
      <w:pPr>
        <w:jc w:val="right"/>
      </w:pPr>
      <w:r>
        <w:t>یہتوایک مت فق علیہباتہے،اسمیںکوئی دو رائےنہیںہے۔</w:t>
      </w:r>
    </w:p>
    <w:p>
      <w:r>
        <w:rPr>
          <w:b/>
        </w:rPr>
        <w:t xml:space="preserve">[1:08:46] </w:t>
      </w:r>
      <w:r>
        <w:t>Maulana, agla sawal Delhi se hai, Miss Naghma Siddiqui ka. Unhon ne likha hai All of us are involved in some work that is result less, but we are not able to re assess.</w:t>
      </w:r>
    </w:p>
    <w:p>
      <w:pPr>
        <w:jc w:val="right"/>
      </w:pPr>
      <w:r>
        <w:t>مولانا،اگلاسوال دلیسےہے، مس نغمہ صدی قیکا ۔انہوںنےلکھاہے All ofus are invol ved in some work that is result less ,but wearenot able to re assess.</w:t>
      </w:r>
    </w:p>
    <w:p>
      <w:r>
        <w:rPr>
          <w:b/>
        </w:rPr>
        <w:t xml:space="preserve">[1:09:01] </w:t>
      </w:r>
      <w:r>
        <w:t>Kindly guide us as to how we can re assess.</w:t>
      </w:r>
    </w:p>
    <w:p>
      <w:pPr>
        <w:jc w:val="right"/>
      </w:pPr>
      <w:r>
        <w:t>Kindlyguideus asto how we can re assess.</w:t>
      </w:r>
    </w:p>
    <w:p>
      <w:r>
        <w:rPr>
          <w:b/>
        </w:rPr>
        <w:t xml:space="preserve">[1:09:07] </w:t>
      </w:r>
      <w:r>
        <w:t>Dekhiye, yeh bohat hi serious baat hai ke har aadmi ko apna kaam jo hai, us ko result ke terms mein jaanchna chahiye.</w:t>
      </w:r>
    </w:p>
    <w:p>
      <w:pPr>
        <w:jc w:val="right"/>
      </w:pPr>
      <w:r>
        <w:t>دیکھیے،یہ بہتہی سیریسباتہے کہہرآدمیکو اپناکامجوہے، اسکو رزلٹ کے ٹرممیںجانچناچاہیے۔</w:t>
      </w:r>
    </w:p>
    <w:p>
      <w:r>
        <w:rPr>
          <w:b/>
        </w:rPr>
        <w:t xml:space="preserve">[1:09:21] </w:t>
      </w:r>
      <w:r>
        <w:t>Result, result do qism ka hota hai: ek psychological result, ek hai practical result.</w:t>
      </w:r>
    </w:p>
    <w:p>
      <w:pPr>
        <w:jc w:val="right"/>
      </w:pPr>
      <w:r>
        <w:t>رزلٹ ،رزلٹدوقسم کاہوتاہے: ایک سائیکلوجیکلرزلٹ ،ایک ہےپریکٹیکلرزلٹ۔</w:t>
      </w:r>
    </w:p>
    <w:p>
      <w:r>
        <w:rPr>
          <w:b/>
        </w:rPr>
        <w:t xml:space="preserve">[1:09:31] </w:t>
      </w:r>
      <w:r>
        <w:t>Misaalan, aap agar blasphemy ko band karne ke liye protest kar rahe hain to wahan par result is aitbaar se dekha jayega ke kya blasphemy band ho gayi ya badh rahi hai.</w:t>
      </w:r>
    </w:p>
    <w:p>
      <w:pPr>
        <w:jc w:val="right"/>
      </w:pPr>
      <w:r>
        <w:t>مثلاً،آپ اگر بلاسفیمیکوبندکرنےکےلیے پروٹیسٹکررہےہیں تو وہاںپر رزلٹاساعتبارسےدیکھاجائےگا کہکیا بلاسفیمیبندہوگئی یا بڑھرہیہے۔</w:t>
      </w:r>
    </w:p>
    <w:p>
      <w:r>
        <w:rPr>
          <w:b/>
        </w:rPr>
        <w:t xml:space="preserve">[1:09:44] </w:t>
      </w:r>
      <w:r>
        <w:t>To wahan par is aitbaar se result ko dekha jayega. Accha, agar aap deen ka koi kaam kar rahe hain tazkiya ke liye to aap ko wahan dekhna padega ke kya mera tazkiya ho raha hai,</w:t>
      </w:r>
    </w:p>
    <w:p>
      <w:pPr>
        <w:jc w:val="right"/>
      </w:pPr>
      <w:r>
        <w:t>تووہاںپراس اعتبارسے رزلٹکودیکھاجائےگا۔ اچھا،اگرآپ دینکا کوئیکام کررہےہیں تزکیہکےلیے تو آپ کووہاں دیکھناپڑےگاکہ کیا میراتزکیہہورہاہے،</w:t>
      </w:r>
    </w:p>
    <w:p>
      <w:r>
        <w:rPr>
          <w:b/>
        </w:rPr>
        <w:t xml:space="preserve">[1:09:58] </w:t>
      </w:r>
      <w:r>
        <w:t>kya mere dil mein Allah ka khauf badh raha hai,</w:t>
      </w:r>
    </w:p>
    <w:p>
      <w:pPr>
        <w:jc w:val="right"/>
      </w:pPr>
      <w:r>
        <w:t>کیا میرےدلمیں اللہ کاخوفبڑھرہاہے،</w:t>
      </w:r>
    </w:p>
    <w:p>
      <w:r>
        <w:rPr>
          <w:b/>
        </w:rPr>
        <w:t xml:space="preserve">[1:10:01] </w:t>
      </w:r>
      <w:r>
        <w:t>kya mere dil mein Allah ka concern badh raha hai. To wahan psychological test ke aitbaar se jaancha jayega. To jaisa kaam hai, us ke lihaaz se. Lekin result to result is the only criteria,</w:t>
      </w:r>
    </w:p>
    <w:p>
      <w:pPr>
        <w:jc w:val="right"/>
      </w:pPr>
      <w:r>
        <w:t>کیا میرےدلمیںاللہ کا کنسرنبڑھرہاہے۔ تو وہاں سائیکلوجیکل ٹیسٹ کےاعتبارسےجانچاجائےگا۔ تو جیساکامہے،اسکےلحاظسے ۔لیکن رز لٹتو رزلٹازدااونلیکرائٹیریا،</w:t>
      </w:r>
    </w:p>
    <w:p>
      <w:r>
        <w:rPr>
          <w:b/>
        </w:rPr>
        <w:t xml:space="preserve">[1:10:17] </w:t>
      </w:r>
      <w:r>
        <w:t>is mein koi shaq nahi hai. Aur aadmi ko hamesha sochna chahiye, sochna rozana subah shaam sochna chahiye ke jo meri activities hain, jo mera kaam hai, woh positive result nikal raha hai ya nahi nikal raha hai.</w:t>
      </w:r>
    </w:p>
    <w:p>
      <w:pPr>
        <w:jc w:val="right"/>
      </w:pPr>
      <w:r>
        <w:t>اسمیںکوئیشکنہیںہے۔ اورآدمیکوہمیشہ سوچناچاہیے،سوچناروز انہصبحشامسوچناچاہیے کہجو میریایکٹیویٹیزہیں،جو میراکامہے، وہ پازیٹیورزلٹکانکلرہاہےیانہیںنکلرہا۔</w:t>
      </w:r>
    </w:p>
    <w:p>
      <w:r>
        <w:rPr>
          <w:b/>
        </w:rPr>
        <w:t xml:space="preserve">[1:10:32] </w:t>
      </w:r>
      <w:r>
        <w:t>Agar nahi nikal raha to re assess karna chahiye.</w:t>
      </w:r>
    </w:p>
    <w:p>
      <w:pPr>
        <w:jc w:val="right"/>
      </w:pPr>
      <w:r>
        <w:t>اگر نہیںنکلرہاتوریایسسکرناچاہیے۔</w:t>
      </w:r>
    </w:p>
    <w:p>
      <w:r>
        <w:rPr>
          <w:b/>
        </w:rPr>
        <w:t xml:space="preserve">[1:10:38] </w:t>
      </w:r>
      <w:r>
        <w:t>Maulana, agla sawal Roadies se hai, Mr. Sajid Anwar sahib ka.</w:t>
      </w:r>
    </w:p>
    <w:p>
      <w:pPr>
        <w:jc w:val="right"/>
      </w:pPr>
      <w:r>
        <w:t>مولانا،اگلاسوال روڑکیسےہے، مسٹرساجدانورصاحبکا ۔</w:t>
      </w:r>
    </w:p>
    <w:p>
      <w:r>
        <w:rPr>
          <w:b/>
        </w:rPr>
        <w:t xml:space="preserve">[1:10:43] </w:t>
      </w:r>
      <w:r>
        <w:t>Unhon ne likha hai ke Maulana Why in Islam a great importance is attached to صبر ? Please guide us as to how we can develop the quality of صبر in ourselves.</w:t>
      </w:r>
    </w:p>
    <w:p>
      <w:pPr>
        <w:jc w:val="right"/>
      </w:pPr>
      <w:r>
        <w:t>انہوںنےلکھاہے کہمول انا Why inIslam agreat import ance is atta chedto صبر ?Please guide us asto how wecan develop thequal ityof صبرin ourselv es.</w:t>
      </w:r>
    </w:p>
    <w:p>
      <w:r>
        <w:rPr>
          <w:b/>
        </w:rPr>
        <w:t xml:space="preserve">[1:10:58] </w:t>
      </w:r>
      <w:r>
        <w:t>Dekhiye, صبر ka matlab jo hai, صبر koi passive attitude ka naam nahi hai.</w:t>
      </w:r>
    </w:p>
    <w:p>
      <w:pPr>
        <w:jc w:val="right"/>
      </w:pPr>
      <w:r>
        <w:t>دیکھیے،صبرکامطلبجوہے، صبرکوئی پی سوایٹیٹیوڈکانامنہیںہے۔</w:t>
      </w:r>
    </w:p>
    <w:p>
      <w:r>
        <w:rPr>
          <w:b/>
        </w:rPr>
        <w:t xml:space="preserve">[1:11:05] </w:t>
      </w:r>
      <w:r>
        <w:t>Sabr ka matlab hai Allah ka jo, jo abhi maine kaha ke jo divine plan hai, jo divine scheme of things hai, us se mutabiqat karna.</w:t>
      </w:r>
    </w:p>
    <w:p>
      <w:pPr>
        <w:jc w:val="right"/>
      </w:pPr>
      <w:r>
        <w:t>صبرکامطلب ہے اللہ کاجو ،جو ابھیمیںنےکہا کہجو ڈیوائنپلانہے، جو ڈیوائناسکیمآفتھنگزہے،اسسے مط ابقت کرنا۔</w:t>
      </w:r>
    </w:p>
    <w:p>
      <w:r>
        <w:rPr>
          <w:b/>
        </w:rPr>
        <w:t xml:space="preserve">[1:11:20] </w:t>
      </w:r>
      <w:r>
        <w:t>Jab bhi hamare muafiq koi baat hai, us se mutabiqat karna. Misaalan, har aadmi azaad hai, aap bhi azaadi ko misuse karta hai.</w:t>
      </w:r>
    </w:p>
    <w:p>
      <w:pPr>
        <w:jc w:val="right"/>
      </w:pPr>
      <w:r>
        <w:t>جب بھیہمارے موافقکوئیباتہے، اسسے مط ابقتکرنا۔ مثلاً،ہرآدمی آز ادہے، آپ بھیآز ادیکومسیوزکرتاہے۔</w:t>
      </w:r>
    </w:p>
    <w:p>
      <w:r>
        <w:rPr>
          <w:b/>
        </w:rPr>
        <w:t xml:space="preserve">[1:11:30] </w:t>
      </w:r>
      <w:r>
        <w:t>Us ka misuse karna hamein bura lagta hai, hamein takleef hoti hai. To hamein sabr karna padega kyunke woh jo kar raha hai, woh to Allah ke di hui azaadi ki bina par kar raha hai.</w:t>
      </w:r>
    </w:p>
    <w:p>
      <w:pPr>
        <w:jc w:val="right"/>
      </w:pPr>
      <w:r>
        <w:t>اسکا مسیوزکرنا ہمیںبرالگتاہے، ہمیںتکلیفہوتیہے۔ توہمیںصبرکرناپڑےگا کیونکہوہجو کررہاہے،وہتواللہ کے دی ہوئی آز ادیکیبناپرکررہاہے۔</w:t>
      </w:r>
    </w:p>
    <w:p>
      <w:r>
        <w:rPr>
          <w:b/>
        </w:rPr>
        <w:t xml:space="preserve">[1:11:41] </w:t>
      </w:r>
      <w:r>
        <w:t>Hum us ki azaadi ko waris nahi kar sakte.</w:t>
      </w:r>
    </w:p>
    <w:p>
      <w:pPr>
        <w:jc w:val="right"/>
      </w:pPr>
      <w:r>
        <w:t>ہم اسکیآز ادیکووارثنہیںکرسکتے۔</w:t>
      </w:r>
    </w:p>
    <w:p>
      <w:r>
        <w:rPr>
          <w:b/>
        </w:rPr>
        <w:t xml:space="preserve">[1:11:44] </w:t>
      </w:r>
      <w:r>
        <w:t>To sabr ka matlab hai Allah ke, Allah ke muqarrar kiye hue nizaam. Agar hamein kahin hamare muafiq nahi aa raha to phir sabr karna.</w:t>
      </w:r>
    </w:p>
    <w:p>
      <w:pPr>
        <w:jc w:val="right"/>
      </w:pPr>
      <w:r>
        <w:t>تو صبرکامطلبہے اللہ کے ،اللہ کے مقررکیےہوئےنظام ۔اگر ہمیںکہیں ہمارےموافق نہیںآرہاتوپھرصبرکرنا۔</w:t>
      </w:r>
    </w:p>
    <w:p>
      <w:r>
        <w:rPr>
          <w:b/>
        </w:rPr>
        <w:t xml:space="preserve">[1:11:58] </w:t>
      </w:r>
      <w:r>
        <w:t>To wa ma sabru illa billah Quran mein aata hai, isi liye fa sabr kama wa ma sabru illa billah sabr karo kyunke tumhara sabr Allah ke liye hai.</w:t>
      </w:r>
    </w:p>
    <w:p>
      <w:pPr>
        <w:jc w:val="right"/>
      </w:pPr>
      <w:r>
        <w:t>تو وماصبركإلابالله قرآنمیںآتاہے،اسیلیے فاصبر كما وماصبركإلابالله صبر کرو کیونکہتمہاراصبر اللہ کےلیے ہے۔</w:t>
      </w:r>
    </w:p>
    <w:p>
      <w:r>
        <w:rPr>
          <w:b/>
        </w:rPr>
        <w:t xml:space="preserve">[1:12:09] </w:t>
      </w:r>
      <w:r>
        <w:t>Nizaam e Khuda wandi se muafiqat jab aap karenge to aap ko sabr hi karna padega</w:t>
      </w:r>
    </w:p>
    <w:p>
      <w:pPr>
        <w:jc w:val="right"/>
      </w:pPr>
      <w:r>
        <w:t>نظ ام خداوندی سے موافقتجبآپکریںگےتوآپکوصبرہیکرناپڑےگا</w:t>
      </w:r>
    </w:p>
    <w:p>
      <w:r>
        <w:rPr>
          <w:b/>
        </w:rPr>
        <w:t xml:space="preserve">[1:12:18] </w:t>
      </w:r>
      <w:r>
        <w:t>kyunke woh aap ka ikhtiyar mein nahi hai ke nizaam e Khuda wandi ke bina apne hisaab se. Woh to Allah ne apne hisaab se bana rakha hai. To sabr jo hai, Allah ke jo creation, Allah ka jo creation plan hai,</w:t>
      </w:r>
    </w:p>
    <w:p>
      <w:pPr>
        <w:jc w:val="right"/>
      </w:pPr>
      <w:r>
        <w:t>کیونکہوہآپکااختیار میںنہیںہےکہنظامخداوندی کے بن ائیں اپنے حسابسے ۔وہتواللہ نے اپنےحسابسےبنارکھاہے۔ تو صبرجوہے، اللہ کے جو کریشن، اللہ کاجو کریشن پلانہے،</w:t>
      </w:r>
    </w:p>
    <w:p>
      <w:r>
        <w:rPr>
          <w:b/>
        </w:rPr>
        <w:t xml:space="preserve">[1:12:34] </w:t>
      </w:r>
      <w:r>
        <w:t>Allah ka jo divine scheme of things hai, us se apne ko mutabiq karna, us se adjust karna apne aap ko, usi ka naam sabr hai.</w:t>
      </w:r>
    </w:p>
    <w:p>
      <w:pPr>
        <w:jc w:val="right"/>
      </w:pPr>
      <w:r>
        <w:t>اللہ کاجو جو ڈیوائناسکیمآفتھنگزہے، اسسے اپنے کومط ابق کرنا، اسسے ایڈجسٹکرنااپنےآپکو ،اسیکانام صبرہے۔</w:t>
      </w:r>
    </w:p>
    <w:p>
      <w:r>
        <w:rPr>
          <w:b/>
        </w:rPr>
        <w:t xml:space="preserve">[1:12:48] </w:t>
      </w:r>
      <w:r>
        <w:t>Maulana, agla sawal Tamil Nadu se hai, Maulana Iqbal Umri sahib ka. Unhon ne aapse poocha hai ke Maulana ek sahib ne kaha ke jab ulama ghalat fehmi ka ilm e jawab nahi dete aur chup rehte hain to awam hazraat ladai pe utar aate hain.</w:t>
      </w:r>
    </w:p>
    <w:p>
      <w:pPr>
        <w:jc w:val="right"/>
      </w:pPr>
      <w:r>
        <w:t>مولانا،اگلاسوال تملناڈوسےہے، مول انااقبال عمریصاحبکا ۔ انہوںنے آپسےپوچھاہے کہ مول اناایک صاحبنےکہا کہ جب علم اءغلط فہمیکاعلم ی جواب نہیں دیتے اور چپرہتےہیں تو عوام حضرات لڑائیپہاترآتےہیں۔</w:t>
      </w:r>
    </w:p>
    <w:p>
      <w:r>
        <w:rPr>
          <w:b/>
        </w:rPr>
        <w:t xml:space="preserve">[1:13:06] </w:t>
      </w:r>
      <w:r>
        <w:t>Yeh awam ki ghalati hai, ulama ki nahi. Is ke bare mein aap kya kahenge? Nahi, hargiz nahi, ulama ki ghalati hai.</w:t>
      </w:r>
    </w:p>
    <w:p>
      <w:pPr>
        <w:jc w:val="right"/>
      </w:pPr>
      <w:r>
        <w:t>یہ عوامکیغلطیہے، علم اءکینہیں ۔ اسکےبارےمیں آپ کیا کہیںگے؟نہیں،ہرگزنہیں،علم اءکیغلطیہے۔</w:t>
      </w:r>
    </w:p>
    <w:p>
      <w:r>
        <w:rPr>
          <w:b/>
        </w:rPr>
        <w:t xml:space="preserve">[1:13:15] </w:t>
      </w:r>
      <w:r>
        <w:t>hadith mein aata hai ke agar ek aalim kisi baat ko jaane ki galat hai to usko bolna padega. agar woh nahi bolta hai to woh usko kaha gaya ke shaitan aakhres, goong shaitan.</w:t>
      </w:r>
    </w:p>
    <w:p>
      <w:pPr>
        <w:jc w:val="right"/>
      </w:pPr>
      <w:r>
        <w:t>حدیث میںآتاہےکہاگر ایکعالم کسی باتکو جانےکیغلطہےتواسکوبولناپڑےگا۔ اگر وہنہیںبولتاہےتووہ اسکو کہا گیاکہ شیطان اخرس، گونگاشیطان ۔</w:t>
      </w:r>
    </w:p>
    <w:p>
      <w:r>
        <w:rPr>
          <w:b/>
        </w:rPr>
        <w:t xml:space="preserve">[1:13:30] </w:t>
      </w:r>
      <w:r>
        <w:t>yani aise insaan ko jo galati ko jaane ki galati hai, phir bhi chup hai, bolna nahi to woh shaitan aakhres kaha gaya hadith mein.</w:t>
      </w:r>
    </w:p>
    <w:p>
      <w:pPr>
        <w:jc w:val="right"/>
      </w:pPr>
      <w:r>
        <w:t>یعنی ایسےانسان کو جو غلطیکو جانےکیغلطیہے،پھربھیچپرہاہے،بولانہیںتووہشیطان اخرسکہاگیاحدیثمیں۔</w:t>
      </w:r>
    </w:p>
    <w:p>
      <w:r>
        <w:rPr>
          <w:b/>
        </w:rPr>
        <w:t xml:space="preserve">[1:13:41] </w:t>
      </w:r>
      <w:r>
        <w:t>yeh toh bohat badi zimmedari hai ke jaante hue aap is par, iske khilaf na bolein. haan, bolne mein khair khwahi honi chahiye, daleel ki zuban mein honi chahiye, hikmat ke saath bolna chahiye.</w:t>
      </w:r>
    </w:p>
    <w:p>
      <w:pPr>
        <w:jc w:val="right"/>
      </w:pPr>
      <w:r>
        <w:t>یہتوبہت بڑیذمہداریہے کہ جانتے ہوئےآپ اسپر ،اسکےخلاف نہبولیں۔ ہاں،بول نےمیںخیرخواہیہونیچاہیے، دلیلکیزبان میںہونیچاہیے،حکمتکےساتھبولناچاہیے۔</w:t>
      </w:r>
    </w:p>
    <w:p>
      <w:r>
        <w:rPr>
          <w:b/>
        </w:rPr>
        <w:t xml:space="preserve">[1:13:53] </w:t>
      </w:r>
      <w:r>
        <w:t>woh theek hai apni jagah pe, lekin na bolna toh yeh toh shaitan aakhres apne ko sabit karna hai.</w:t>
      </w:r>
    </w:p>
    <w:p>
      <w:pPr>
        <w:jc w:val="right"/>
      </w:pPr>
      <w:r>
        <w:t>وہٹھیکہےاپنی جگہپہ، لیکن نہبولناتویہتوشیطاناخرس اپنے کو ثابت کرناہے۔</w:t>
      </w:r>
    </w:p>
    <w:p>
      <w:r>
        <w:rPr>
          <w:b/>
        </w:rPr>
        <w:t xml:space="preserve">[1:14:04] </w:t>
      </w:r>
      <w:r>
        <w:t>maulana, yeh upsc mistar athar shamsi sahab ka sawal aaya hai.</w:t>
      </w:r>
    </w:p>
    <w:p>
      <w:pPr>
        <w:jc w:val="right"/>
      </w:pPr>
      <w:r>
        <w:t>مولانا،یوپیسے مسٹراطہرشمسیصاحبکاسوالآیاہے۔</w:t>
      </w:r>
    </w:p>
    <w:p>
      <w:r>
        <w:rPr>
          <w:b/>
        </w:rPr>
        <w:t xml:space="preserve">[1:14:08] </w:t>
      </w:r>
      <w:r>
        <w:t>unhone aapse poocha hai ke How can we perform spirited salat? iske bare mein bataein. main, main toh yeh samajhta hoon ke namaz mein jo padhaya jata hai, jo afaal kiye jate hain,</w:t>
      </w:r>
    </w:p>
    <w:p>
      <w:pPr>
        <w:jc w:val="right"/>
      </w:pPr>
      <w:r>
        <w:t>انہوںنےآپسےپوچھاہےکہ How canwe perform spirited صلاۃ ؟اسکےبارےمیںبت ائیں۔ میں ،میںتویہیسمجھتاہوںکہ نمازمیں جوپڑھایاجاتاہے، جو افعالکیےجاتےہیں،</w:t>
      </w:r>
    </w:p>
    <w:p>
      <w:r>
        <w:rPr>
          <w:b/>
        </w:rPr>
        <w:t xml:space="preserve">[1:14:22] </w:t>
      </w:r>
      <w:r>
        <w:t>isko samajhte hue karna, isse spirit aati hai.</w:t>
      </w:r>
    </w:p>
    <w:p>
      <w:pPr>
        <w:jc w:val="right"/>
      </w:pPr>
      <w:r>
        <w:t>اسکو سمجھتےہوئے کرنا، اسیسےسپرٹآتیہے۔</w:t>
      </w:r>
    </w:p>
    <w:p>
      <w:r>
        <w:rPr>
          <w:b/>
        </w:rPr>
        <w:t xml:space="preserve">[1:14:33] </w:t>
      </w:r>
      <w:r>
        <w:t>jo quran ke alfaaz padhte hain, hum jo dua aur zikr ke jo alfaaz padhte hain, hum isko agar hum samajh boojh kar padhein aur jis tarah hum khade hote hain, jhukte hain, sajde mein jate hain, isko hum sochein ke kiski, yani kis liye mein aisa kar raha hoon,</w:t>
      </w:r>
    </w:p>
    <w:p>
      <w:pPr>
        <w:jc w:val="right"/>
      </w:pPr>
      <w:r>
        <w:t>جو قرآن کے الفاظپڑھتےہیں،ہم جو دعااورذکرکےجوالفاظپڑھتےہیں،ہم اسکواگرہمسمجھبوجھکرپڑھیں اور جس طرحہمکھڑےہوتےہیں،جھکتےہیں، سجدےمیںجاتےہیں، اسکو ہمسوچیںکہ کہکسکی ،یعنی کسلیےمیںایساکررہاہوں،</w:t>
      </w:r>
    </w:p>
    <w:p>
      <w:r>
        <w:rPr>
          <w:b/>
        </w:rPr>
        <w:t xml:space="preserve">[1:14:56] </w:t>
      </w:r>
      <w:r>
        <w:t>to soch se aati hai spirit. koi iska pur asrar tareeqa nahi hai.</w:t>
      </w:r>
    </w:p>
    <w:p>
      <w:pPr>
        <w:jc w:val="right"/>
      </w:pPr>
      <w:r>
        <w:t>تو سو چ سے آتیہے اسپرٹ۔ کوئیاسکا پراسرارطریقہنہیںہے۔</w:t>
      </w:r>
    </w:p>
    <w:p>
      <w:r>
        <w:rPr>
          <w:b/>
        </w:rPr>
        <w:t xml:space="preserve">[1:15:04] </w:t>
      </w:r>
      <w:r>
        <w:t>jitna aadmi sochega, utna hi iske andar spirit aayegi. aur dua, dua toh hamesha har kaam mein karte hain, karna hi hai humein.</w:t>
      </w:r>
    </w:p>
    <w:p>
      <w:pPr>
        <w:jc w:val="right"/>
      </w:pPr>
      <w:r>
        <w:t>جتناآدمیسوچےگا، اتناہیاسکےاندراسپرٹآئےگی۔ اور دعا، دعاتوہمیشہ ہرکام میںکرتے ہیں، کرناہیہےہمیں۔</w:t>
      </w:r>
    </w:p>
    <w:p>
      <w:r>
        <w:rPr>
          <w:b/>
        </w:rPr>
        <w:t xml:space="preserve">[1:15:20] </w:t>
      </w:r>
      <w:r>
        <w:t>maulana, agla sawal dilli se hai, mistar muhammad ans sahab</w:t>
      </w:r>
    </w:p>
    <w:p>
      <w:pPr>
        <w:jc w:val="right"/>
      </w:pPr>
      <w:r>
        <w:t>مولانا،اگلاسوال دلیسےہے، مسٹرمحمد انسصاح</w:t>
      </w:r>
    </w:p>
    <w:p>
      <w:r>
        <w:rPr>
          <w:b/>
        </w:rPr>
        <w:t xml:space="preserve">[1:15:24] </w:t>
      </w:r>
      <w:r>
        <w:t>ka. unhone likha hai ke Maulana, maine aap ki kitabon mein padha tha ke humein higher education hasil karni chahiye, vocational education nahi.</w:t>
      </w:r>
    </w:p>
    <w:p>
      <w:pPr>
        <w:jc w:val="right"/>
      </w:pPr>
      <w:r>
        <w:t>بکا۔ انہوںنےلکھاہے کہمولانا،میںنےآپ کیکتاب وںمیںپڑھاتھا کہ ہمیں ہائر ایجوکی شن حاصل کرنیچاہیے، و کیشنلایجوکیشننہیں ۔</w:t>
      </w:r>
    </w:p>
    <w:p>
      <w:r>
        <w:rPr>
          <w:b/>
        </w:rPr>
        <w:t xml:space="preserve">[1:15:35] </w:t>
      </w:r>
      <w:r>
        <w:t>to hum aur hamare bachhe higher education kaise hasil karein? madaris se ya phir school aur colleges se? iske bare mein bataein.</w:t>
      </w:r>
    </w:p>
    <w:p>
      <w:pPr>
        <w:jc w:val="right"/>
      </w:pPr>
      <w:r>
        <w:t>تو ہماور ہمارے بچے ہائرایجوکیشن کیسے حاصل کریں ؟ مدارسسے یاپھر سکولاور کالجزسے ؟ اساسکےبارےمیںبت ائیں۔</w:t>
      </w:r>
    </w:p>
    <w:p>
      <w:r>
        <w:rPr>
          <w:b/>
        </w:rPr>
        <w:t xml:space="preserve">[1:15:47] </w:t>
      </w:r>
      <w:r>
        <w:t>higher education se meri murad hoti hai secular education. secular</w:t>
      </w:r>
    </w:p>
    <w:p>
      <w:pPr>
        <w:jc w:val="right"/>
      </w:pPr>
      <w:r>
        <w:t>ہائرایجوکیشنسےمیریمرادہوتیہے سیکولرایجوکیشن۔سیکولر</w:t>
      </w:r>
    </w:p>
    <w:p>
      <w:r>
        <w:rPr>
          <w:b/>
        </w:rPr>
        <w:t xml:space="preserve">[1:15:53] </w:t>
      </w:r>
      <w:r>
        <w:t>to deeni taleem bhi zaroori hai, woh apni jagah par, lekin aaj ki duniya mein koi bhi kaam karne ke liye, chahe da'wati kaam kyun na ho, zaroori hai ek modern education.</w:t>
      </w:r>
    </w:p>
    <w:p>
      <w:pPr>
        <w:jc w:val="right"/>
      </w:pPr>
      <w:r>
        <w:t>تو دینیتعلیم بھی ضروریہے، وہاپنیجگہپر ،لیکن آجکیدنیا میں کوئیبھی کام کرنےکےلیے،چاہےدعوتی کامکیوںنہہو ، ضروریہے ایک ماڈرنایجوکیشن ۔</w:t>
      </w:r>
    </w:p>
    <w:p>
      <w:r>
        <w:rPr>
          <w:b/>
        </w:rPr>
        <w:t xml:space="preserve">[1:16:09] </w:t>
      </w:r>
      <w:r>
        <w:t>agar hum sirf madarse ki taleem par, isi ko kaafi samajh lein to aaj ke lehaz se da'wat ka kaam nahi ho sakega.</w:t>
      </w:r>
    </w:p>
    <w:p>
      <w:pPr>
        <w:jc w:val="right"/>
      </w:pPr>
      <w:r>
        <w:t>اگر ہمصرف مدرس ےکیتعلیم پر، اسی کوکافیسمجھلیں تو آج کےلحاظسے دعوتکاکامنہیںہوسکےگا۔</w:t>
      </w:r>
    </w:p>
    <w:p>
      <w:r>
        <w:rPr>
          <w:b/>
        </w:rPr>
        <w:t xml:space="preserve">[1:16:21] </w:t>
      </w:r>
      <w:r>
        <w:t>phir downtrodden logon mein aap jaake da'watein dein ge aur jo educated class hai, us mein, yani iske mind ko adjust nahi kar payenge.</w:t>
      </w:r>
    </w:p>
    <w:p>
      <w:pPr>
        <w:jc w:val="right"/>
      </w:pPr>
      <w:r>
        <w:t>پھر ڈاؤنٹراڈڈلوگوںمیںآپجاکےدعوتیںدیںگے اور جو ایجوکیٹڈکلاسہے، اس میں، یعنیاسکے مائنڈکوایڈجسٹنہیںکرپائیںگے۔</w:t>
      </w:r>
    </w:p>
    <w:p>
      <w:r>
        <w:rPr>
          <w:b/>
        </w:rPr>
        <w:t xml:space="preserve">[1:16:32] </w:t>
      </w:r>
      <w:r>
        <w:t>to islam sirf lower class ke liye nahi hai, islam sab ke liye hai. to mera manna yeh hai ke ek tabqa agar lower class mein kaam kar raha hai to theek hai, woh kare, lekin ek aur tabqa banna chahiye</w:t>
      </w:r>
    </w:p>
    <w:p>
      <w:pPr>
        <w:jc w:val="right"/>
      </w:pPr>
      <w:r>
        <w:t>تواسلام صرف لوئرکلاسکےلیےنہیںہے، اسلام سبکےلیےہے۔ تو میراماننایہہےکہ ایک طبقہاگر لوئرکلاسمیںکامکررہاہےتوٹھیکہے،وہکرے،لیکن ایکاور طبقہبنناچاہیے</w:t>
      </w:r>
    </w:p>
    <w:p>
      <w:r>
        <w:rPr>
          <w:b/>
        </w:rPr>
        <w:t xml:space="preserve">[1:16:49] </w:t>
      </w:r>
      <w:r>
        <w:t>jo educated class ke mind ko padhe, khud apne aap ko taleem yafta banakar ke aur iske mind ko aur islam ko is tarah pesh kare ke unka is kaam mind address ho.</w:t>
      </w:r>
    </w:p>
    <w:p>
      <w:pPr>
        <w:jc w:val="right"/>
      </w:pPr>
      <w:r>
        <w:t>جو ایجوکیٹڈکلاس کے مائنڈکوپڑھے، خود اپنےآپکو تعلیم یافت ہبناکرکے اوراسکے مائنڈکو اور اسلام کواسطرح پیشکرےکہانکااسکامائنڈایڈریسہو۔</w:t>
      </w:r>
    </w:p>
    <w:p>
      <w:r>
        <w:rPr>
          <w:b/>
        </w:rPr>
        <w:t xml:space="preserve">[1:17:02] </w:t>
      </w:r>
      <w:r>
        <w:t>yeh islam ki ek zaroorat hai.</w:t>
      </w:r>
    </w:p>
    <w:p>
      <w:pPr>
        <w:jc w:val="right"/>
      </w:pPr>
      <w:r>
        <w:t>یہ اسلام کیایکضرورتہے۔</w:t>
      </w:r>
    </w:p>
    <w:p>
      <w:r>
        <w:rPr>
          <w:b/>
        </w:rPr>
        <w:t xml:space="preserve">[1:17:07] </w:t>
      </w:r>
      <w:r>
        <w:t>Maulana, dilli se doctor najm hussain siddiqui ka sawal hai. unhone likha hai ke Most of the people who attend your classes are very much influenced by your talks.</w:t>
      </w:r>
    </w:p>
    <w:p>
      <w:pPr>
        <w:jc w:val="right"/>
      </w:pPr>
      <w:r>
        <w:t>مولانا،دلیسے ڈاکٹر نجم ہ صدی قیکاسوال ہے۔ انہوںنےلکھاہےکہ Most ofthepeople who attendyourclass es are verymuch influ encedbyyourtalks.</w:t>
      </w:r>
    </w:p>
    <w:p>
      <w:r>
        <w:rPr>
          <w:b/>
        </w:rPr>
        <w:t xml:space="preserve">[1:17:18] </w:t>
      </w:r>
      <w:r>
        <w:t>They understand the situation and consider negative actions of protest etc. as wrong practices. How can we influence those, especially Muslims, who are involved in such negative actions?</w:t>
      </w:r>
    </w:p>
    <w:p>
      <w:pPr>
        <w:jc w:val="right"/>
      </w:pPr>
      <w:r>
        <w:t>They under stand thesitu ation and consider neg ative ac tions of protest etc. as wrongpractic es. How can we influ ence those, especially Muslims, who areinvol ved in such neg ative ac tions ?</w:t>
      </w:r>
    </w:p>
    <w:p>
      <w:r>
        <w:rPr>
          <w:b/>
        </w:rPr>
        <w:t xml:space="preserve">[1:17:34] </w:t>
      </w:r>
      <w:r>
        <w:t>Kindly advise us. dekhiye,</w:t>
      </w:r>
    </w:p>
    <w:p>
      <w:pPr>
        <w:jc w:val="right"/>
      </w:pPr>
      <w:r>
        <w:t>Kindlyadv iseus. دیکھیے،</w:t>
      </w:r>
    </w:p>
    <w:p>
      <w:r>
        <w:rPr>
          <w:b/>
        </w:rPr>
        <w:t xml:space="preserve">[1:17:42] </w:t>
      </w:r>
      <w:r>
        <w:t>majmooe ko lekar nahi sochna chahiye, individual ko lekar sochna chahiye.</w:t>
      </w:r>
    </w:p>
    <w:p>
      <w:pPr>
        <w:jc w:val="right"/>
      </w:pPr>
      <w:r>
        <w:t>مجموع ے کولےکرنہیںسوچناچاہیے، انڈیویجولکولےکرسوچناچاہ</w:t>
      </w:r>
    </w:p>
    <w:p>
      <w:r>
        <w:rPr>
          <w:b/>
        </w:rPr>
        <w:t xml:space="preserve">[1:17:46] </w:t>
      </w:r>
      <w:r>
        <w:t>agar hum kahein ke ek billion musalman jo duniya mein hain, sab ko hum badal dein, yeh koi nishan sahi nishan nahi hai. nishan-e-fard ko hona chahiye.</w:t>
      </w:r>
    </w:p>
    <w:p>
      <w:pPr>
        <w:jc w:val="right"/>
      </w:pPr>
      <w:r>
        <w:t>یے۔ اگر ہمکہیںکہایک بل ین مسلمانجودنیا میںہیں،سبکوہمبدلڈالیں، یہ کوئینشان ہصحیحنشانہنہیںہے۔ نشان ہفردکوہوناچاہیے۔</w:t>
      </w:r>
    </w:p>
    <w:p>
      <w:r>
        <w:rPr>
          <w:b/>
        </w:rPr>
        <w:t xml:space="preserve">[1:17:55] </w:t>
      </w:r>
      <w:r>
        <w:t>rasool Allah (SAW) ne jab kaam shuru kiya to poore Arab ka jo majmooa tha insani, usko address karne ki, yaani planning nahi ki aapne, balkeh fard fard ki planning ki.</w:t>
      </w:r>
    </w:p>
    <w:p>
      <w:pPr>
        <w:jc w:val="right"/>
      </w:pPr>
      <w:r>
        <w:t>رسولاللہصلیاللہعلیہوسلمنےجبکامشروع کیا تو پورےعرب کاجو مجموع ہتھا انسانی، اسکو ایڈریسکرنے کی ،یعنیپلاننگنہیںکیآپنے،بلکہفردفرد کیپلاننگکی۔</w:t>
      </w:r>
    </w:p>
    <w:p>
      <w:r>
        <w:rPr>
          <w:b/>
        </w:rPr>
        <w:t xml:space="preserve">[1:18:06] </w:t>
      </w:r>
      <w:r>
        <w:t>aap logon se akele akele milte jaa kar ke samjha dete hain. to tajruba yeh hai ke aise afraad mil rahe hain, masha Allah tadad badh rahi hai.</w:t>
      </w:r>
    </w:p>
    <w:p>
      <w:pPr>
        <w:jc w:val="right"/>
      </w:pPr>
      <w:r>
        <w:t>آپ لوگوںسے اکیلےاکیلےملتےجا کرکے سمجھا دیتےہیں۔ تو تجربہیہہےکہ ایسےافراد ملرہےہیں، ماشاءاللہ تعداد بڑھرہیہے۔</w:t>
      </w:r>
    </w:p>
    <w:p>
      <w:r>
        <w:rPr>
          <w:b/>
        </w:rPr>
        <w:t xml:space="preserve">[1:18:18] </w:t>
      </w:r>
      <w:r>
        <w:t>abhi jo maine kaha ke Germany mein hua hai, woh ho raha hai, wahan bhi aise afraad mil rahe hain jo kehte hain ke bhai yeh toh bada achha kaam aap kar rahe hain, hamein bhi is mein hissa lena hai.</w:t>
      </w:r>
    </w:p>
    <w:p>
      <w:pPr>
        <w:jc w:val="right"/>
      </w:pPr>
      <w:r>
        <w:t>ابھیجو میںنےکہاکہجرمنیمیںہواہے،وہل گاہواہے، وہاںبھیایسےافراد ملرہےہیںجوکہتےہیںکہبھئییہتوبڑااچھاکامآپکررہےہیں، ہمیںبھیاسمیں حصہلیناہے۔</w:t>
      </w:r>
    </w:p>
    <w:p>
      <w:r>
        <w:rPr>
          <w:b/>
        </w:rPr>
        <w:t xml:space="preserve">[1:18:30] </w:t>
      </w:r>
      <w:r>
        <w:t>to asal cheez yeh hai ke log bekhabar hain, logon ko pata nahi hai ke doosra pehlu kya hai zindagi ka. hamari jo kitabein hain, jo hamare akhbarat hain, jo hamare stage ki taqreerein hain,</w:t>
      </w:r>
    </w:p>
    <w:p>
      <w:pPr>
        <w:jc w:val="right"/>
      </w:pPr>
      <w:r>
        <w:t>تو اصلچیزیہہےکہلوگ بےخبرہیں،لوگوںکوپتہنہیںہےکہ دوس را پہلوکیاہےزندگی کا ۔ ہماریجوکتاب یںہیں،جوہمارےاخباراتہیں،جوہمارے اسٹی جکیتقریریںہیں،</w:t>
      </w:r>
    </w:p>
    <w:p>
      <w:r>
        <w:rPr>
          <w:b/>
        </w:rPr>
        <w:t xml:space="preserve">[1:18:43] </w:t>
      </w:r>
      <w:r>
        <w:t>woh kuch aur boli bolti hain.</w:t>
      </w:r>
    </w:p>
    <w:p>
      <w:pPr>
        <w:jc w:val="right"/>
      </w:pPr>
      <w:r>
        <w:t>وہ کچھ اور بولیبولتیہیں۔</w:t>
      </w:r>
    </w:p>
    <w:p>
      <w:r>
        <w:rPr>
          <w:b/>
        </w:rPr>
        <w:t xml:space="preserve">[1:18:46] </w:t>
      </w:r>
      <w:r>
        <w:t>to bahut se insaan jin ko aap is tareeqe se jab batayenge to unki fitrat address ho jayegi, woh aapko saath denge. yeh hamara tajruba hai, aap aap sab logon ka tajruba hai ke kitne saare log hain ke jab unse baat pesh ki gayi to unki unki fitrat address ho gayi aur unhone woh aapke saath lag gaye.</w:t>
      </w:r>
    </w:p>
    <w:p>
      <w:pPr>
        <w:jc w:val="right"/>
      </w:pPr>
      <w:r>
        <w:t>تو بہت سےانسان جن کو آپ اسطریقےسےجببتائیںگےتو انکیفطرت ایڈریسہوجائےگی، وہآپکو ساتھدیںگے۔ یہہمارا تجربہہے، آپ آپ سبلوگوںکاتجربہہے کہ کتنےسارےلوگ ہیں کہجبانسےباتپیشکیگئی توانکوانکیفطرتایڈریسہوگئی اورانہوںنےوہ آپکےساتھ لگگئے۔</w:t>
      </w:r>
    </w:p>
    <w:p>
      <w:r>
        <w:rPr>
          <w:b/>
        </w:rPr>
        <w:t xml:space="preserve">[1:19:12] </w:t>
      </w:r>
      <w:r>
        <w:t>yeh yeh ek process chal raha hai, lekin yeh process individual based hai. yeh yeh process jo hai, majmooa based nahi hai.</w:t>
      </w:r>
    </w:p>
    <w:p>
      <w:pPr>
        <w:jc w:val="right"/>
      </w:pPr>
      <w:r>
        <w:t>یہ یہایک پروسیسچلرہاہے، لیکن یہ پروسیس انڈیویجولبیسڈہے۔ یہ یہپروسیسجوہے، مجموع ہ بیسڈنہیںہے۔</w:t>
      </w:r>
    </w:p>
    <w:p>
      <w:r>
        <w:rPr>
          <w:b/>
        </w:rPr>
        <w:t xml:space="preserve">[1:19:22] </w:t>
      </w:r>
      <w:r>
        <w:t>majmooa based kabhi bhi koi koi process nahi chalta hai. abhi main ek radio sun raha tha, is mein ek lafz aaya, collective thinking.</w:t>
      </w:r>
    </w:p>
    <w:p>
      <w:pPr>
        <w:jc w:val="right"/>
      </w:pPr>
      <w:r>
        <w:t>مجموع ہ بیسڈکبھیبھی کوئی کوئی پراسیسنہیںچلتاہے۔ ابھیمیں ایکریڈیوسنرہاتھا، اسمیںایکلفظآیا، کل یکٹیوتھنکنگ۔</w:t>
      </w:r>
    </w:p>
    <w:p>
      <w:r>
        <w:rPr>
          <w:b/>
        </w:rPr>
        <w:t xml:space="preserve">[1:19:33] </w:t>
      </w:r>
      <w:r>
        <w:t>ek ajeebo ghareeb lafz hai, collective thinking. majmooa ko nahi sochta, ek fard sochta hai.</w:t>
      </w:r>
    </w:p>
    <w:p>
      <w:pPr>
        <w:jc w:val="right"/>
      </w:pPr>
      <w:r>
        <w:t>ایکعجیبوغریبلفظہے، کلیکٹیوتھنکنگ۔ مجموع ہکوئینہیںسوچتا،ایکفردسوچتاہے۔</w:t>
      </w:r>
    </w:p>
    <w:p>
      <w:r>
        <w:rPr>
          <w:b/>
        </w:rPr>
        <w:t xml:space="preserve">[1:19:41] </w:t>
      </w:r>
      <w:r>
        <w:t>collective thinking ek bahut khoobsurat lafz hai, lekin iske maani kuch bhi nahi hai. kyunke ek ek ek aadmi ka mind sochta hai, na ke poora majmooa jo hai, woh soche.</w:t>
      </w:r>
    </w:p>
    <w:p>
      <w:pPr>
        <w:jc w:val="right"/>
      </w:pPr>
      <w:r>
        <w:t>کلیکٹیوتھنکنگایکبہتخوبصورتلفظہے،لیکن اسمع نیکچھبھینہیںہے۔ کیونکہ ایک ایک ایک آدمی کامائنڈسوچتاہے،نہکہپورا مجموع ہجوہے، وہ سوچے۔</w:t>
      </w:r>
    </w:p>
    <w:p>
      <w:r>
        <w:rPr>
          <w:b/>
        </w:rPr>
        <w:t xml:space="preserve">[1:19:54] </w:t>
      </w:r>
      <w:r>
        <w:t>to fard ko nishana banaiye aur fard ke mind ko address kijiye. inshallah afraad milenge, jaisa ke milte mil rahe hain, masha Allah.</w:t>
      </w:r>
    </w:p>
    <w:p>
      <w:pPr>
        <w:jc w:val="right"/>
      </w:pPr>
      <w:r>
        <w:t>تو فردکونشان ہبنائیے اور فردکےمائنڈکوایڈریسکیجئے۔انشاءاللہافراد ملیںگے،جیساکہملتے ملرہےہیں،ماشاءاللہ۔</w:t>
      </w:r>
    </w:p>
    <w:p>
      <w:r>
        <w:rPr>
          <w:b/>
        </w:rPr>
        <w:t xml:space="preserve">[1:20:07] </w:t>
      </w:r>
      <w:r>
        <w:t>Maulana, Bangalore se sawal aaya hai, Mr. Niyarul Islam Nadvi sahab ka. unhone likha hai ke kya Falasteen ke khilaaf jehad hum band kar dein kyunke woh qibla awwal hai ?</w:t>
      </w:r>
    </w:p>
    <w:p>
      <w:pPr>
        <w:jc w:val="right"/>
      </w:pPr>
      <w:r>
        <w:t>مولانا،بنگلورسے سوال آیاہے، مسٹرنیارولاسلام ندویصاحبکا ۔انہوںنےلکھاہے کہکیا فلس طینکےخلاف جد وجہد ہم بندکردیں کیونکہوہ قبل ہ اول ہے ؟</w:t>
      </w:r>
    </w:p>
    <w:p>
      <w:r>
        <w:rPr>
          <w:b/>
        </w:rPr>
        <w:t xml:space="preserve">[1:20:20] </w:t>
      </w:r>
      <w:r>
        <w:t>yeh woh toh usay dhane ki koshish kar rahe hain. is silsile mein hamara tareeqa kar kya hona chahiye ? iske baare mein dekhein, qibla awwal ka tasawwur hi bilkul be asal hai.</w:t>
      </w:r>
    </w:p>
    <w:p>
      <w:pPr>
        <w:jc w:val="right"/>
      </w:pPr>
      <w:r>
        <w:t>یہ ود تواسے ڈھانےکیکوشش کررہےہیں۔ اس سلسلےمیں ہمارا طریقہ کار کیا ہوناچاہیے ؟ اسکےبارےمیں دیکھیں،قبل ہاول کاتص ورہیبالکل بےاصلہے۔</w:t>
      </w:r>
    </w:p>
    <w:p>
      <w:r>
        <w:rPr>
          <w:b/>
        </w:rPr>
        <w:t xml:space="preserve">[1:20:34] </w:t>
      </w:r>
      <w:r>
        <w:t>qibla awwal ke maani thode aap is par qabza kar lein. yeh aapka mamla tha ke aapne isko qibla awwal banaya, lekin yeh kahan se nikal aaya ke qabza kar lo iske upar ?</w:t>
      </w:r>
    </w:p>
    <w:p>
      <w:pPr>
        <w:jc w:val="right"/>
      </w:pPr>
      <w:r>
        <w:t>قبل ہاول کےمعنیتھوڑیکہآپاسپرقبضہکرلیں۔ یہآپکا معاملہتھاکہآپنےاسکوقبل ہاول بنایا، لیکن یہکہاںسےنکلآیاکہقب ضہکرواسکےاوپر ؟</w:t>
      </w:r>
    </w:p>
    <w:p>
      <w:r>
        <w:rPr>
          <w:b/>
        </w:rPr>
        <w:t xml:space="preserve">[1:20:44] </w:t>
      </w:r>
      <w:r>
        <w:t>yeh kaun sa Quran hai, kaun sa Hadees yeh kehta hai ke qibla awwal bana kar isko qabza kar lo iske upar ?</w:t>
      </w:r>
    </w:p>
    <w:p>
      <w:pPr>
        <w:jc w:val="right"/>
      </w:pPr>
      <w:r>
        <w:t>یہکونساقرآنہے،کونساحدیثیہکہتاہے کہ قبلہاول بناکےاسکوقبضہکرلواسکےاوپر ؟</w:t>
      </w:r>
    </w:p>
    <w:p>
      <w:r>
        <w:rPr>
          <w:b/>
        </w:rPr>
        <w:t xml:space="preserve">[1:20:51] </w:t>
      </w:r>
      <w:r>
        <w:t>yeh toh Rasool Allah (SAW) ki ek taaleef e qalb ke liye jab aap Madine gaye to kitabon mein aata hai ke taaleefan lil yahood, unki taaleef ke liye aapne toh idhar qibla is liye ke yeh is se kahan nikal aaya ke aap qabza karein iske upar ?</w:t>
      </w:r>
    </w:p>
    <w:p>
      <w:pPr>
        <w:jc w:val="right"/>
      </w:pPr>
      <w:r>
        <w:t>یہتورسولاللہ صلیاللہعلیہوسلمکیایکتالیف قلبکےلیے جب آپ مدینہگئے تو کتاب وںمیںآتاہےکہ تالیفاًللیہود، انکی تالیفکےلیےآپنے تو ادھرقبلہاس لیےکہیہاسسےکہاںنکلآیاکہآپقبضہکریںاسکےاوپر؟</w:t>
      </w:r>
    </w:p>
    <w:p>
      <w:r>
        <w:rPr>
          <w:b/>
        </w:rPr>
        <w:t xml:space="preserve">[1:21:08] </w:t>
      </w:r>
      <w:r>
        <w:t>yeh toh bilkul hi yaani dhutai ki baat hai, sarkashi ki baat hai. kya hamara qibla awwal tha jise aap qabza karenge iske upar ?</w:t>
      </w:r>
    </w:p>
    <w:p>
      <w:pPr>
        <w:jc w:val="right"/>
      </w:pPr>
      <w:r>
        <w:t>یہتوبالکل ہی یعنی ڈھٹائیکیباتہے، سرکشیکیباتہے۔ کیا ہمارا قبلہاول تھاجسےآپقبضہکریںگےاسکےاوپر ؟</w:t>
      </w:r>
    </w:p>
    <w:p>
      <w:r>
        <w:rPr>
          <w:b/>
        </w:rPr>
        <w:t xml:space="preserve">[1:21:18] </w:t>
      </w:r>
      <w:r>
        <w:t>awwal toh qibla awwal tha bhi nahi ke qibla awwal Kaba tha, darmiyan mein koi Masjid Aqsa nahi hai, balkeh Qubbat al-Sakhrah qibla bana tha. phir uske baad dobara Kaba ban gaya, is liye woh qibla darmiyani hai.</w:t>
      </w:r>
    </w:p>
    <w:p>
      <w:pPr>
        <w:jc w:val="right"/>
      </w:pPr>
      <w:r>
        <w:t>اولاتوقبلہاول تھابھینہیں کہ قبل ہ اول کعبہتھا، درمیانمیں کوئیمسجداقصیٰنہیںہے،بلکہقبت الصخرہ قبل ہبناتھا۔پھراسکےبعددوبارہ کعبہبنگیا، اسلیےوہقبل ہدرمیانیہے۔</w:t>
      </w:r>
    </w:p>
    <w:p>
      <w:r>
        <w:rPr>
          <w:b/>
        </w:rPr>
        <w:t xml:space="preserve">[1:21:35] </w:t>
      </w:r>
      <w:r>
        <w:t>yeh bhi galat hai ke Masjid Aqsa qibla hai, Masjid Aqsa hargiz qibla nahi tha. woh alag cheez hai, woh alag cheez hai.</w:t>
      </w:r>
    </w:p>
    <w:p>
      <w:pPr>
        <w:jc w:val="right"/>
      </w:pPr>
      <w:r>
        <w:t>یہبھیغلطہےکہ مسجداقصیٰقبلہہے، مسجد اقصیٰہرگزقبلہنہیںتھا۔ وہ الگچیزہے،وہالگچیزہے۔</w:t>
      </w:r>
    </w:p>
    <w:p>
      <w:r>
        <w:rPr>
          <w:b/>
        </w:rPr>
        <w:t xml:space="preserve">[1:21:43] </w:t>
      </w:r>
      <w:r>
        <w:t>isko bhi nahi jaante log jo jo tareeqa chala rahe hain, unhein khabar nahi hai ke jo Rasool Allah ne qibla banaya tha, woh woh Masjid Aqsa nahi thi. woh ek alag building hai, iska naam hai Qubbat al-Sakhrah, Dome of the Rock,</w:t>
      </w:r>
    </w:p>
    <w:p>
      <w:pPr>
        <w:jc w:val="right"/>
      </w:pPr>
      <w:r>
        <w:t>اسکوبھینہیںجانتےلوگجو جوطریقہچلارہےہیں،انہیںخبرہینہیںکہ جورسولاللہنےقبل ہبنایاتھا،وہ وہ مسجداقصیٰنہیںتھی۔وہ ایک الگ بلڈنگہے، اسکانام ہے قبت الصخرہ، ڈومآفراک،</w:t>
      </w:r>
    </w:p>
    <w:p>
      <w:r>
        <w:rPr>
          <w:b/>
        </w:rPr>
        <w:t xml:space="preserve">[1:21:57] </w:t>
      </w:r>
      <w:r>
        <w:t>jo Yahood muqaddas samajhte the. jis jis ko woh samajhte the ke Hazrat Ishaq ki qurbani yahan Hazrat Ibrahim ne ki thi, woh ek alag hi building hai.</w:t>
      </w:r>
    </w:p>
    <w:p>
      <w:pPr>
        <w:jc w:val="right"/>
      </w:pPr>
      <w:r>
        <w:t>جو یہودمقدسسمجھتےتھے۔جس جسکو وہسمجھتےتھےکہحضرتاسحاقکیقربانی یہاں حضرتابراہیمنےکیتھی، وہایکالگہیبلڈنگہے۔</w:t>
      </w:r>
    </w:p>
    <w:p>
      <w:r>
        <w:rPr>
          <w:b/>
        </w:rPr>
        <w:t xml:space="preserve">[1:22:06] </w:t>
      </w:r>
      <w:r>
        <w:t>to Rasool Allah ne jo qibla banaya tha, woh Masjid Aqsa ko nahi hai, Qubbat al-Sakhrah ko. to Kaba qibla awwal hai, Qubbat al-Sakhrah qibla saani hai, aur teesri baar phir aapne Kaba qibla banaya hai.</w:t>
      </w:r>
    </w:p>
    <w:p>
      <w:pPr>
        <w:jc w:val="right"/>
      </w:pPr>
      <w:r>
        <w:t>تورسولاللہنے جو قبل ہبنایاتھا،وہ مسجد اقصیٰکونہیںہے، قبتالصخرہکو۔ تو کعبہ قبلہاول ہے، قبت الصخرہقبلہثانیہے، اور تیسریبارپھرآپنےکعبہ قبل ہبنایاہے۔</w:t>
      </w:r>
    </w:p>
    <w:p>
      <w:r>
        <w:rPr>
          <w:b/>
        </w:rPr>
        <w:t xml:space="preserve">[1:22:23] </w:t>
      </w:r>
      <w:r>
        <w:t>yeh bilkul hi yaani yaani khud saakhta baatein hain ke qibla awwal hamara hai, is se qabza karenge. yeh toh dhundli ki baatein hain, na kahin Quran mein hai, na Hadees mein hai.</w:t>
      </w:r>
    </w:p>
    <w:p>
      <w:pPr>
        <w:jc w:val="right"/>
      </w:pPr>
      <w:r>
        <w:t>یہبالکل ہی یعنی یعنی خود ساخت ہباتیںہیں کہ قبلہاول ہماراہے،اس سےقبضہکریںگے۔ یہتودھاندلیکیباتیںہیں، نہکہیںقرآنمیںہے،نہحدیثمیںہے۔</w:t>
      </w:r>
    </w:p>
    <w:p>
      <w:r>
        <w:rPr>
          <w:b/>
        </w:rPr>
        <w:t xml:space="preserve">[1:22:34] </w:t>
      </w:r>
      <w:r>
        <w:t>aise thode din duniya mein saari chalti hai. agar aap agar dekhein, agar Musalmanon ka stand sahi hota to Allah ki madad unko hoti hai. yaani Falasteen ke qibla ya Masjid Aqsa ke muhaaz par beshumar jaane halak hui hain.</w:t>
      </w:r>
    </w:p>
    <w:p>
      <w:pPr>
        <w:jc w:val="right"/>
      </w:pPr>
      <w:r>
        <w:t>ایسےتھوڑیدنیا میںساریچلتیہے۔اگر آپ اگر دیکھیں، اگر مس لمانوںکا اسٹینڈصحیحہوتا تو اللہ کیمددانکوہوتیہے۔ یعنی فلسطینکے قبل ہ یایا مسجد اقصیٰکے محاذپر بےشمار جانیںہلاکہوئی ہیں۔</w:t>
      </w:r>
    </w:p>
    <w:p>
      <w:r>
        <w:rPr>
          <w:b/>
        </w:rPr>
        <w:t xml:space="preserve">[1:22:53] </w:t>
      </w:r>
      <w:r>
        <w:t>aaiye, maine internet pe nikla to maloom hua ke Moredin 10 trillion dollar nuksan hua hai, aur jo zameen thi unke qabze mein, woh bhi nikal gayi. sab</w:t>
      </w:r>
    </w:p>
    <w:p>
      <w:pPr>
        <w:jc w:val="right"/>
      </w:pPr>
      <w:r>
        <w:t>آئیے،میںنےانٹرنیٹپہنکلوایاتومعلومہواکہ موردین 10 ٹریلینڈالرنقصانہواہے، اور جو زمین تھیانکےقبضےمیں،وہبھینکلگئی ۔سب</w:t>
      </w:r>
    </w:p>
    <w:p>
      <w:r>
        <w:rPr>
          <w:b/>
        </w:rPr>
        <w:t xml:space="preserve">[1:23:03] </w:t>
      </w:r>
      <w:r>
        <w:t>to allah kitaiydkyunnahinhe? aapko allah kitaiydkyunnahinhe? aapiyah sab bilkul dhaindlikibatenhen, iski islam se koi taluq iskanahien.</w:t>
      </w:r>
    </w:p>
    <w:p>
      <w:pPr>
        <w:jc w:val="right"/>
      </w:pPr>
      <w:r>
        <w:t>تو اللہ کیتائیدکیوںنہیںہے؟آپکو اللہ کیتائیدکیوںنہیںہے؟آپیہسببالکل دھاندلیکیباتیںہیں، اسکی اسلام سےکوئیتعلق اسکانہیں۔</w:t>
      </w:r>
    </w:p>
    <w:p>
      <w:r>
        <w:rPr>
          <w:b/>
        </w:rPr>
        <w:t xml:space="preserve">[1:23:12] </w:t>
      </w:r>
      <w:r>
        <w:t>main isko qoumi sarkashikehta hoon, qoumi sarkashi yani islam ke naam par qoumi sarkashi.</w:t>
      </w:r>
    </w:p>
    <w:p>
      <w:pPr>
        <w:jc w:val="right"/>
      </w:pPr>
      <w:r>
        <w:t>میںاسکو قومی سرکشیکہتاہوں، قومیسرکشییعنیاسلام کےنامپرقومیسرکشی۔</w:t>
      </w:r>
    </w:p>
    <w:p>
      <w:r>
        <w:rPr>
          <w:b/>
        </w:rPr>
        <w:t xml:space="preserve">[1:23:20] </w:t>
      </w:r>
      <w:r>
        <w:t>maulana, inka dosra sawal yeh hai ke kya freedeom ka matlab yeh hai ke log hamare nabi ka cartoon chhappen, phir hadith man raa min kum minkar ka matlab kya hoga?</w:t>
      </w:r>
    </w:p>
    <w:p>
      <w:pPr>
        <w:jc w:val="right"/>
      </w:pPr>
      <w:r>
        <w:t>مولانا،انکادوسراسوال یہہے کہ کیا فریڈمکامطلب یہہے کہ لوگ ہمارے نبیکا کارٹونچھاپیں، پھر حدیث من رعا من کم منکرا کامطلبکیاہوگا؟</w:t>
      </w:r>
    </w:p>
    <w:p>
      <w:r>
        <w:rPr>
          <w:b/>
        </w:rPr>
        <w:t xml:space="preserve">[1:23:33] </w:t>
      </w:r>
      <w:r>
        <w:t>isk a aise kya taluq? ise aise kya taluq? cartoon chhappen to chhappen ge, chhappen ge. woh kyun? aap keh rahe hain nam bar chhappen ge? woh</w:t>
      </w:r>
    </w:p>
    <w:p>
      <w:pPr>
        <w:jc w:val="right"/>
      </w:pPr>
      <w:r>
        <w:t>اسکاایسےکیاتعلق ؟ اسے ایسےکیاتعلق ؟ کارٹونچھاپیںتو چھاپیںگے،چھاپیںگے۔وہکیوں؟آپ کہہرہےہیںنم برچھاپیںگے؟وہ</w:t>
      </w:r>
    </w:p>
    <w:p>
      <w:r>
        <w:rPr>
          <w:b/>
        </w:rPr>
        <w:t xml:space="preserve">[1:23:43] </w:t>
      </w:r>
      <w:r>
        <w:t>aap bhi kitab chhapte hain. yeh musalman jab se press press aaya hai duniya mein, khoob kitaben chhap rahe hain doosron ke khilaf, isaiyon ke khilaf, hinduo ke khilaf.</w:t>
      </w:r>
    </w:p>
    <w:p>
      <w:pPr>
        <w:jc w:val="right"/>
      </w:pPr>
      <w:r>
        <w:t>آپ بھیکتاب چھاپتےہیں۔ یہمس لمان جب سے پریڈکٹپریس آیاہےدنیا میں، خوبکتاب یںچھاپرہےہیںدوسروںکےخلاف ، عیسائیوںکےخلاف ، ہندوؤںکےخلاف ۔</w:t>
      </w:r>
    </w:p>
    <w:p>
      <w:r>
        <w:rPr>
          <w:b/>
        </w:rPr>
        <w:t xml:space="preserve">[1:23:55] </w:t>
      </w:r>
      <w:r>
        <w:t>to woh jaiz hai aap ke liye? man raa? woh jaiz hai aap ke liye? man kum? mislan india mein kitab chhapati thi is zamane mein, hamare bachpan ke zamane mein, kufr tod yani hinduo ka jo deen hai,</w:t>
      </w:r>
    </w:p>
    <w:p>
      <w:pPr>
        <w:jc w:val="right"/>
      </w:pPr>
      <w:r>
        <w:t>تووہجائزہےآپکےلیے؟ من رعا؟وہجائزہےآپکےلیے؟ من کم ؟ مثلاًانڈیامیںکتاب چھپیتھیاسزمانےمیں، ہمارےبچپنکےزمان ےمیں، کفر توڑ یعنی ہندو ؤںکاجو دینہے،</w:t>
      </w:r>
    </w:p>
    <w:p>
      <w:r>
        <w:rPr>
          <w:b/>
        </w:rPr>
        <w:t xml:space="preserve">[1:24:10] </w:t>
      </w:r>
      <w:r>
        <w:t>iske khilaf thi woh kitab. kufr tod</w:t>
      </w:r>
    </w:p>
    <w:p>
      <w:pPr>
        <w:jc w:val="right"/>
      </w:pPr>
      <w:r>
        <w:t>اسکےخلاف تھیوہکتاب ۔کفرتوڑ</w:t>
      </w:r>
    </w:p>
    <w:p>
      <w:r>
        <w:rPr>
          <w:b/>
        </w:rPr>
        <w:t xml:space="preserve">[1:24:13] </w:t>
      </w:r>
      <w:r>
        <w:t>to unke liye to yeh gustakhi thi, unke mazhab ki gustakhi thi. to aap ko haq hai ke aap kufr tod kitaben chhappen, unko haq nahin chahiye?</w:t>
      </w:r>
    </w:p>
    <w:p>
      <w:pPr>
        <w:jc w:val="right"/>
      </w:pPr>
      <w:r>
        <w:t>تو انکےلیے تویہ گستاخیتھی، انکے مذہبکیگستاخی تھی۔ توآپکوحق ہےکہآپکفرتوڑ کتاب یںچھاپیں،انکوحق نہیںچاہیے؟</w:t>
      </w:r>
    </w:p>
    <w:p>
      <w:r>
        <w:rPr>
          <w:b/>
        </w:rPr>
        <w:t xml:space="preserve">[1:24:24] </w:t>
      </w:r>
      <w:r>
        <w:t>aap bhi baat kijiye, khoob kitaben chhapte hain, taqreeren karte hain. hamare darmiyan aise log bohat maqbool ho rahe hain jo khulm khula stage par unki mazaaq udate hain, unka isaiyon ka aur yehudiyon ka, khoob maqbool ho rahe hain. unko taliyan bajti hain.</w:t>
      </w:r>
    </w:p>
    <w:p>
      <w:pPr>
        <w:jc w:val="right"/>
      </w:pPr>
      <w:r>
        <w:t>آپ بھیباتکیجئے، خوبکتاب یںچھاپتےہیں،تقریریںکرتے ہیں۔ ہمارےدرمیانایسےلوگبہت مقبولہورہےہیں جو کھ لمکھلا اسٹیجپرانکی مذاقاڑاتےہیں،انکا عیسائیوںکااوریہودیوںکا، خوبمقبولہورہےہیں۔انکوتالیاںبجتیہیں۔</w:t>
      </w:r>
    </w:p>
    <w:p>
      <w:r>
        <w:rPr>
          <w:b/>
        </w:rPr>
        <w:t xml:space="preserve">[1:24:39] </w:t>
      </w:r>
      <w:r>
        <w:t>to aap khud tazheek karen to isko aap sar chadhate hain, aise muqarreen ko. aur doosra agar karen to isko haq nahin karne ka.</w:t>
      </w:r>
    </w:p>
    <w:p>
      <w:pPr>
        <w:jc w:val="right"/>
      </w:pPr>
      <w:r>
        <w:t>تو آپ خود تضحیککریںتو اسکوآپ سرفچڑھاتےہیں،ایسےمقررینکو۔ اور دوسرااگرکریںتواسکوحقنہیںکرنے کا۔</w:t>
      </w:r>
    </w:p>
    <w:p>
      <w:r>
        <w:rPr>
          <w:b/>
        </w:rPr>
        <w:t xml:space="preserve">[1:24:48] </w:t>
      </w:r>
      <w:r>
        <w:t>to duniya musalmanon ke liye nahin banai gai hai, duniya sab ke liye banai gai hai. yaad rakhiye, yeh duniya musalmanon ke liye nahin banai gai ke musalmanon ko man apni degi. jo chahe karo, to doosron ko kuch karne ka haq nahin hai.</w:t>
      </w:r>
    </w:p>
    <w:p>
      <w:pPr>
        <w:jc w:val="right"/>
      </w:pPr>
      <w:r>
        <w:t>تو دنیا مسلمانوںکےلیےنہیںبنائیگئیہے،دنیا سبکےلیےبنائیگئیہے۔یادرکھیے، یہدنیا مسلمانوںکےلیےنہیںبنائیگئیکہمسلمانوںکو من اپنیدےگی۔جوچاہے کرو،تو دوسروںکو کچھکرنےکاحقنہیںہے۔</w:t>
      </w:r>
    </w:p>
    <w:p>
      <w:r>
        <w:rPr>
          <w:b/>
        </w:rPr>
        <w:t xml:space="preserve">[1:25:02] </w:t>
      </w:r>
      <w:r>
        <w:t>yeh bilashubah qoumi sarkashi hai, iska islam se koi taluq nahin.</w:t>
      </w:r>
    </w:p>
    <w:p>
      <w:pPr>
        <w:jc w:val="right"/>
      </w:pPr>
      <w:r>
        <w:t>یہ بلاشبہقومیسرکشیہے، اسکا اسلام سےکوئیتعلقنہیں ۔</w:t>
      </w:r>
    </w:p>
    <w:p>
      <w:r>
        <w:rPr>
          <w:b/>
        </w:rPr>
        <w:t xml:space="preserve">[1:25:08] </w:t>
      </w:r>
      <w:r>
        <w:t>maulana, agla sawal lene se pehle ek comment padhna chahenge jo doha, qatar se aaya hai, Maulana Abdul Basit Omri sahib ka.</w:t>
      </w:r>
    </w:p>
    <w:p>
      <w:pPr>
        <w:jc w:val="right"/>
      </w:pPr>
      <w:r>
        <w:t>مولانا،اگلا سواللینےسےپہلے ایک کمنٹپڑھناچاہیںگےجو دوحہ،قطرسےآیاہے، مول اناعبدالب اسطعمریصاحبکا۔</w:t>
      </w:r>
    </w:p>
    <w:p>
      <w:r>
        <w:rPr>
          <w:b/>
        </w:rPr>
        <w:t xml:space="preserve">[1:25:17] </w:t>
      </w:r>
      <w:r>
        <w:t>unhone likha hai: "maulana, aaj aap ne sunnat allah ke bare mein jo tashreeh ki aur jo misalen de kar samjhaya ke hum musalman falasteen ke masle mein aur shatm rasool ke masle mein kitna zyada sunnat allah se bekhabar hain, jo ke hamari nakami ka asal sabab hai,</w:t>
      </w:r>
    </w:p>
    <w:p>
      <w:pPr>
        <w:jc w:val="right"/>
      </w:pPr>
      <w:r>
        <w:t>انہوںنےلکھاہے: "مولانا،آجآپ نے سن ت اللہکےبارےمیں جو تش ریحکی اور جو مثالیںدےکرسمجھایا کہہم مس لمان فلس طینکے مسئلےمیں اور شتم رسولکے مسئلےمیں کتنازیادہ سنت اللہسے بےخبرہیں، جوکہہماری ناکامیکا اصل سببہے،</w:t>
      </w:r>
    </w:p>
    <w:p>
      <w:r>
        <w:rPr>
          <w:b/>
        </w:rPr>
        <w:t xml:space="preserve">[1:25:38] </w:t>
      </w:r>
      <w:r>
        <w:t>maulana aaj pehli bar bohat achhi tarah se samajh mein aaya aur sunnat allah ki ahmiyat bhi bohat zyada barh gai. jazaak allah khair." Maulana, agla sawal lene se pehle ek aur comment padhna chahenge jo abhi abhi frankfurt se aaya hai, Dr. Saniya Hussain Khan sahib jo wahan pe hain, unhone likha hai: "unhone likha hai ke masha allah, i am watching the program today clear and good voice.</w:t>
      </w:r>
    </w:p>
    <w:p>
      <w:pPr>
        <w:jc w:val="right"/>
      </w:pPr>
      <w:r>
        <w:t>مول اناآج پہلیبار بہت اچھیطرح سے سمجھمیںآیا اور سن ت اللہکی اہمیتبھی بہت زیادہ بڑھگئی ۔ جز اک ماللہ خیر۔" مولانا،اگلاسوال لینےسےپہلے ایک اور کمنٹپڑھناچاہیںگےجو ابھیابھیفرینکفرٹسےآیاہے، ڈاکٹرسانیہ حسین خان صاحبجووہاںپہہیں،انہوںنےلکھاہے: "انہوںنےلکھاہےکہ ماشاءاللہ،ائیایمواچنگداپروگرامودکلیر ٹیاینڈ انگڈ وائس۔</w:t>
      </w:r>
    </w:p>
    <w:p>
      <w:r>
        <w:rPr>
          <w:b/>
        </w:rPr>
        <w:t xml:space="preserve">[1:26:06] </w:t>
      </w:r>
      <w:r>
        <w:t>alhamdulillah, we may need to do good dawa work and ab kafi hai. here we are finding huge potential for the dawa work." Maulana, dekhiye, kaisi ajeeb baat hai!</w:t>
      </w:r>
    </w:p>
    <w:p>
      <w:pPr>
        <w:jc w:val="right"/>
      </w:pPr>
      <w:r>
        <w:t>الحمدل لہ،وی می نجٹوڈوگڈ داوا ورکاندابکفیئر۔ ہیئرویآرفائنڈنگ ہیوج پوٹینشلفار داواورک۔" مولانا،دیکھیے،کیسیعجیبباتہے!</w:t>
      </w:r>
    </w:p>
    <w:p>
      <w:r>
        <w:rPr>
          <w:b/>
        </w:rPr>
        <w:t xml:space="preserve">[1:26:19] </w:t>
      </w:r>
      <w:r>
        <w:t>huge potential hai dawa work ka, aur woh khwam khwah static hangama kar rahe hain. isko, isko istemal karo, isko avail karo. isko</w:t>
      </w:r>
    </w:p>
    <w:p>
      <w:pPr>
        <w:jc w:val="right"/>
      </w:pPr>
      <w:r>
        <w:t>ہیوج پوٹینشلہے داواورککا ، اوروہخوامخواہاسٹیٹکاہنگامہکررہےہیں۔ اسکو ،اسکواستعمالکرو ،اسکو اویلکرو۔اسکو</w:t>
      </w:r>
    </w:p>
    <w:p>
      <w:r>
        <w:rPr>
          <w:b/>
        </w:rPr>
        <w:t xml:space="preserve">[1:26:29] </w:t>
      </w:r>
      <w:r>
        <w:t>protest ko ek haram jaisi cheez samajh kar chhod dena chahiye, aur poori energy lagani chahiye dawat ke kaam mein.</w:t>
      </w:r>
    </w:p>
    <w:p>
      <w:pPr>
        <w:jc w:val="right"/>
      </w:pPr>
      <w:r>
        <w:t>پروٹیسٹکو ایک حرام جیسیچیزسمجھکر چھوڑدیناچاہیے، اور پوری انرجیکولگاناچاہیےدعوتکےکام میں۔</w:t>
      </w:r>
    </w:p>
    <w:p>
      <w:r>
        <w:rPr>
          <w:b/>
        </w:rPr>
        <w:t xml:space="preserve">[1:26:40] </w:t>
      </w:r>
      <w:r>
        <w:t>maulana, agla sawal aaya hai Abu Zikra Omri sahib ka Hyderabad se. unhone likha hai: "maulana, yeh point of view kahan tak sahi hai?</w:t>
      </w:r>
    </w:p>
    <w:p>
      <w:pPr>
        <w:jc w:val="right"/>
      </w:pPr>
      <w:r>
        <w:t>مولانا،اگلاسوال آیاہے ابوذکرہعمریصاحبکا حیدرآبادسے۔ انہوںنےلکھاہے: "مولانا،یہ پوائنٹآف ویوکہاںتک صحیحہے ؟</w:t>
      </w:r>
    </w:p>
    <w:p>
      <w:r>
        <w:rPr>
          <w:b/>
        </w:rPr>
        <w:t xml:space="preserve">[1:26:51] </w:t>
      </w:r>
      <w:r>
        <w:t>tazkiya aur dawat ke liye na aqwal salaf ki zaroorat hai, na kisi khaas manhaz ki.</w:t>
      </w:r>
    </w:p>
    <w:p>
      <w:pPr>
        <w:jc w:val="right"/>
      </w:pPr>
      <w:r>
        <w:t>تزکیہاور دعوتکےلیے نہ اقوال سلفکیضرورتہے، نہ کسی خاص منہازکی۔</w:t>
      </w:r>
    </w:p>
    <w:p>
      <w:r>
        <w:rPr>
          <w:b/>
        </w:rPr>
        <w:t xml:space="preserve">[1:26:57] </w:t>
      </w:r>
      <w:r>
        <w:t>ehtesab, aakhirat ka dar ho, Quran aur hadith ka gehra mutala aur dua kafi hai. kya yeh sahi hai?" Usuli taur par to yeh baat sahi hai.</w:t>
      </w:r>
    </w:p>
    <w:p>
      <w:pPr>
        <w:jc w:val="right"/>
      </w:pPr>
      <w:r>
        <w:t>احتساب ،اےآخرتکاڈرہو ، قرآناور حدیثکا گہرامطالعہ اور دعا کافیہے۔ کیا یہصحیحہے؟" اص ولیطورپر تویہباتصحیحہے۔</w:t>
      </w:r>
    </w:p>
    <w:p>
      <w:r>
        <w:rPr>
          <w:b/>
        </w:rPr>
        <w:t xml:space="preserve">[1:27:12] </w:t>
      </w:r>
      <w:r>
        <w:t>usuli taur par aap is par amal kar ke dekhiye, agar natija musbat nikal raha ho to iski tasdeeq ho jayegi. yeh sahi hai.</w:t>
      </w:r>
    </w:p>
    <w:p>
      <w:pPr>
        <w:jc w:val="right"/>
      </w:pPr>
      <w:r>
        <w:t>اصولیطورپر آپ اسپرعمل کرکے دیکھیے، اگر نتیجہمثبتنکلرہاہو تو اسکیتصدیقہوجائےگی۔یہ صحیحہے۔</w:t>
      </w:r>
    </w:p>
    <w:p>
      <w:r>
        <w:rPr>
          <w:b/>
        </w:rPr>
        <w:t xml:space="preserve">[1:27:20] </w:t>
      </w:r>
      <w:r>
        <w:t>baqayda usuli taur par main isko durust samajhta hoon ke tazkiya hota hai allah ki rehmat se. hum jitna zyada allah se taluq qaim karenge, jitna duaen karenge,</w:t>
      </w:r>
    </w:p>
    <w:p>
      <w:pPr>
        <w:jc w:val="right"/>
      </w:pPr>
      <w:r>
        <w:t>باقاعدہاصولیطورپر میںاسکودرستسمجھتاہوںکہتزکیہ ہوتاہے اللہ کی رحمتسے ۔ ہم جتنازیادہ اللہ سے تعلققائمکریںگے،جتنادعائیںکریںگے،</w:t>
      </w:r>
    </w:p>
    <w:p>
      <w:r>
        <w:rPr>
          <w:b/>
        </w:rPr>
        <w:t xml:space="preserve">[1:27:34] </w:t>
      </w:r>
      <w:r>
        <w:t>jitna zyada allah ki ibadat karenge, to allah ki taraf se tazkiya aata hai, kisi buzurg ki taraf se nahin aata, kisi ke daman thamelene se nahin aata, kisi ke hath par bait karne se nahin aata. tazkiya</w:t>
      </w:r>
    </w:p>
    <w:p>
      <w:pPr>
        <w:jc w:val="right"/>
      </w:pPr>
      <w:r>
        <w:t>جتنازیادہ اللہکیعبادتکریںگے، تو اللہ کیطرف سےتزکیہآتاہے، کسی بزرگ کیطرفسےنہیںآتا، کسی کےدامنتھاملینےسےنہیںآتا، کسی کےہاتھپربیعتکرنے سےنہیںآتا۔تزکیہ</w:t>
      </w:r>
    </w:p>
    <w:p>
      <w:r>
        <w:rPr>
          <w:b/>
        </w:rPr>
        <w:t xml:space="preserve">[1:27:50] </w:t>
      </w:r>
      <w:r>
        <w:t>yeh sab tasawwurat hain, yeh bilkul yani mazahib ke taur par aaye hain doosre mazahib se ke Hazrat ne aap ki nigah daal di aap ke upar, to bas aab tazkiya ho gaya.</w:t>
      </w:r>
    </w:p>
    <w:p>
      <w:pPr>
        <w:jc w:val="right"/>
      </w:pPr>
      <w:r>
        <w:t>یہسب تص وراتجوہیں،یہبالکل یعنی مضاحاتکےطورپرآئےہیںدوسرےمذہبوںسے کہ حضرت نے آپ کی نگاہ ڈالدیآپکےاوپر،توبسابتزکیہہوگیا۔</w:t>
      </w:r>
    </w:p>
    <w:p>
      <w:r>
        <w:rPr>
          <w:b/>
        </w:rPr>
        <w:t xml:space="preserve">[1:28:02] </w:t>
      </w:r>
      <w:r>
        <w:t>yeh bilkul be-haqeeqi baatein hain. tazkiya Allah taala ki ek rehmat hai, aur woh is bande ko pohnchti hai jo dua aur zikr ke zariye Allah se ta'alluq qaim kare.</w:t>
      </w:r>
    </w:p>
    <w:p>
      <w:pPr>
        <w:jc w:val="right"/>
      </w:pPr>
      <w:r>
        <w:t>یہبالکل بےحقیقتباتیںہیں۔ تزکیہ اللہ تعالیٰکیایکرحمتہے، اور وہ اس بندےکوپہنچتیہے جو دعااورذکر کےذریعے اللہ سےتعلققائمکرے۔</w:t>
      </w:r>
    </w:p>
    <w:p>
      <w:r>
        <w:rPr>
          <w:b/>
        </w:rPr>
        <w:t xml:space="preserve">[1:28:17] </w:t>
      </w:r>
      <w:r>
        <w:t>Maulana, agla sawal Raipur se aaya hai Mr Adrees sahib ka. unhon ne likha hai: "Dair are only two possible causes for blaspheming: first, ignorance, that is they don't know the truth; secondly, propaganda.</w:t>
      </w:r>
    </w:p>
    <w:p>
      <w:pPr>
        <w:jc w:val="right"/>
      </w:pPr>
      <w:r>
        <w:t>مولانا،اگلاسوال رائےپورسےآیاہے مسٹرادریسصاحبکا ۔ انہوںنےلکھاہے: "دیرآراونلی ٹو پوسیبل کاززفار بلیسفیمنگ: فرسٹ،اگنورنس، دیٹازدےڈونٹ نو داٹروتھ ؛سیکنڈلی،پروپیگنڈا۔</w:t>
      </w:r>
    </w:p>
    <w:p>
      <w:r>
        <w:rPr>
          <w:b/>
        </w:rPr>
        <w:t xml:space="preserve">[1:28:33] </w:t>
      </w:r>
      <w:r>
        <w:t>They know but intentionally spread falsehood. Protest or violence are not effective tools to fight ignorance or propaganda.</w:t>
      </w:r>
    </w:p>
    <w:p>
      <w:pPr>
        <w:jc w:val="right"/>
      </w:pPr>
      <w:r>
        <w:t>دےنو بٹ انٹینشن لی سپریڈدافالسہڈ ۔ پروٹیسٹاور وائل نسآرناٹایفیکٹیو ٹولزٹوفائٹاگنورنس اور پروپیگنڈا۔</w:t>
      </w:r>
    </w:p>
    <w:p>
      <w:r>
        <w:rPr>
          <w:b/>
        </w:rPr>
        <w:t xml:space="preserve">[1:28:42] </w:t>
      </w:r>
      <w:r>
        <w:t>The right tools are promoting education and propagating the truth.</w:t>
      </w:r>
    </w:p>
    <w:p>
      <w:pPr>
        <w:jc w:val="right"/>
      </w:pPr>
      <w:r>
        <w:t>دارائٹٹولزآر پروموٹنگ ایجوکی شن اینڈ پروپیگیٹنگداٹروتھ۔</w:t>
      </w:r>
    </w:p>
    <w:p>
      <w:r>
        <w:rPr>
          <w:b/>
        </w:rPr>
        <w:t xml:space="preserve">[1:28:48] </w:t>
      </w:r>
      <w:r>
        <w:t>Incidents in past confirms that with reference to blasphemy protest, they do not produce any positive results while promoting education. Maulana, why do ulema and leaders do not learn from their past experiences?</w:t>
      </w:r>
    </w:p>
    <w:p>
      <w:pPr>
        <w:jc w:val="right"/>
      </w:pPr>
      <w:r>
        <w:t>انسیڈنٹسان پاسٹ کنفرمز دیٹود ریفرنسٹوبلیسفیملیپروٹیسٹ، دےڈوناٹپروڈیوس اینی پوزیٹیورزلٹس وائل پروموٹنگ ایجوکیشن۔ڈز مولانا،وائیڈوعلم اءاینڈلیڈرزڈوناٹ لرن فرامدیرپاسٹایکسپیرینسز؟</w:t>
      </w:r>
    </w:p>
    <w:p>
      <w:r>
        <w:rPr>
          <w:b/>
        </w:rPr>
        <w:t xml:space="preserve">[1:29:05] </w:t>
      </w:r>
      <w:r>
        <w:t>" In ka analysis sahi hai, in ka bilkul durust hai jo analysis kiya hai. unhon ne ab yahi batana chahiye logon ko, aap kya karein? log baqa se be-khabar hain, hum ulema jante nahin,</w:t>
      </w:r>
    </w:p>
    <w:p>
      <w:pPr>
        <w:jc w:val="right"/>
      </w:pPr>
      <w:r>
        <w:t>" ان کا انالیسزصحیحہے،انکابالکل درستہے جوانالیسزکیاہے۔ انہوںنے اب یہیبتاناچاہیےلوگوںکو،آپکیاکریں؟ لوگ بقاسےبےخبرہیں، ہمعلم اءجانتےنہیں،</w:t>
      </w:r>
    </w:p>
    <w:p>
      <w:r>
        <w:rPr>
          <w:b/>
        </w:rPr>
        <w:t xml:space="preserve">[1:29:17] </w:t>
      </w:r>
      <w:r>
        <w:t>apne hujron mein rehte hain, dunya ki khabar nahin hai in ko ke dunya mein kya ho raha hai. in ko bataya jaye, yahi hal hai.</w:t>
      </w:r>
    </w:p>
    <w:p>
      <w:pPr>
        <w:jc w:val="right"/>
      </w:pPr>
      <w:r>
        <w:t>اپنے حجروںمیںرہتےہیں، دنیا کیخبرنہیںہےانکوکہدنیامیںکیاہورہاہے۔ انکوبتایاجائے، یہیحلہے۔</w:t>
      </w:r>
    </w:p>
    <w:p>
      <w:r>
        <w:rPr>
          <w:b/>
        </w:rPr>
        <w:t xml:space="preserve">[1:29:28] </w:t>
      </w:r>
      <w:r>
        <w:t>Maulana, agla sawal Delhi se hai Mr Rasheed sahib ka. unhon ne likha hai: "Quran mein bar bar Rasool aur Ashab-e-Rasool ko mukhatib karte hue kaha gaya hai ke wasabir 'ala ma yaq</w:t>
      </w:r>
    </w:p>
    <w:p>
      <w:pPr>
        <w:jc w:val="right"/>
      </w:pPr>
      <w:r>
        <w:t>مولانا،اگلاسوال دلیسےہے مسٹر رشید صاحبکا۔ انہوںنےلکھاہے: "قرآنمیں بار بار رسول اور اصحابرسول کو مخ اطبکرتے ہوئے کہاگیاہے کہ وصبر علی ما یک</w:t>
      </w:r>
    </w:p>
    <w:p>
      <w:r>
        <w:rPr>
          <w:b/>
        </w:rPr>
        <w:t xml:space="preserve">[1:29:42] </w:t>
      </w:r>
      <w:r>
        <w:t>uloon. Quran mein kahin bhi yeh nahin kaha gaya hai ke wa'tak 'ala ma yaq ulun. is ko aap clarify karein.</w:t>
      </w:r>
    </w:p>
    <w:p>
      <w:pPr>
        <w:jc w:val="right"/>
      </w:pPr>
      <w:r>
        <w:t>ولون۔ قرآنمیں کہیںبھییہنہیں کہاگیاہے کہ وقت علی ما یک ولون ۔ اسکو آپ کلیریفائیکریں۔</w:t>
      </w:r>
    </w:p>
    <w:p>
      <w:r>
        <w:rPr>
          <w:b/>
        </w:rPr>
        <w:t xml:space="preserve">[1:29:50] </w:t>
      </w:r>
      <w:r>
        <w:t>" Bahut sahi kaha unhon ne, bahut sahi kaha hai. 'yak ulun' se murad hai sat aanay wali baatein, wahi gustakhi karna, sat ana hai, aisi baat hai.</w:t>
      </w:r>
    </w:p>
    <w:p>
      <w:pPr>
        <w:jc w:val="right"/>
      </w:pPr>
      <w:r>
        <w:t>"بہتصحیحکہاانہوںنے، بہتصحیحکہاہے۔ یک ولونسےمراد ہے ست انےوالیباتیں، وہی گستا خی کرنا،ست اناہے،ایسیباتہے۔</w:t>
      </w:r>
    </w:p>
    <w:p>
      <w:r>
        <w:rPr>
          <w:b/>
        </w:rPr>
        <w:t xml:space="preserve">[1:30:02] </w:t>
      </w:r>
      <w:r>
        <w:t>Yeh bahut achhi baatein unhon ne kahi ke jis waqe' par aaj hangama kar rahe hain, hum aise waqe'at wahan musalsal ho rahe the.</w:t>
      </w:r>
    </w:p>
    <w:p>
      <w:pPr>
        <w:jc w:val="right"/>
      </w:pPr>
      <w:r>
        <w:t>یہبہت اچھیباتیںانہوںنےکہی کہ جس واقعےپرآجہنگامہکررہےہیں،ہم ایسے واقع اتوہاںمسلسلہورہےتھے۔</w:t>
      </w:r>
    </w:p>
    <w:p>
      <w:r>
        <w:rPr>
          <w:b/>
        </w:rPr>
        <w:t xml:space="preserve">[1:30:11] </w:t>
      </w:r>
      <w:r>
        <w:t>Bas yeh nahin kaha gaya ke aise logon ko qatl kar dalo jo aisi boli bol rahe hain, balkeh kaha ke is ko sabr karo. sabr ke ma'ni kiya hain?</w:t>
      </w:r>
    </w:p>
    <w:p>
      <w:pPr>
        <w:jc w:val="right"/>
      </w:pPr>
      <w:r>
        <w:t>بسیہنہیںکہاگیا کہ ایسےلوگوںکوقتلکرڈالو جوایسیبولیبولرہےہیں، بلکہکہاکہاسکوصبرکرو۔ صبرکےمعنیکیاہیں؟</w:t>
      </w:r>
    </w:p>
    <w:p>
      <w:r>
        <w:rPr>
          <w:b/>
        </w:rPr>
        <w:t xml:space="preserve">[1:30:20] </w:t>
      </w:r>
      <w:r>
        <w:t>Sabr ke ma'ni hain positive option lena. sabr ka matlab yeh nahin ke koi positive attitude, sabr ka matlab positive option lena hai. yani bajaye yeh ke aap react karein, ghussa hon, un ke khilaf hangama</w:t>
      </w:r>
    </w:p>
    <w:p>
      <w:pPr>
        <w:jc w:val="right"/>
      </w:pPr>
      <w:r>
        <w:t>صبر کےمعنیہیں پازیٹیوآپشنلینا۔ صبرکامطلبیہنہیںکہ کوئی پازیٹیوایٹیٹیوڈ، صبرکامطلب پازیٹیو آپشنلیناہے۔یعنی بجائے یہکہآپریایکٹکریں، غصہہوں ،انکےخلاف ہنگام</w:t>
      </w:r>
    </w:p>
    <w:p>
      <w:r>
        <w:rPr>
          <w:b/>
        </w:rPr>
        <w:t xml:space="preserve">[1:30:36] </w:t>
      </w:r>
      <w:r>
        <w:t>karein, nahin, khamoshi se apne aap ko tayyar karein dawat-o-tarkeeb ke liye. khamoshi se tayyar karein ke in ko kis tarah se address kiya jaye, kis tarah un ke mind ko badla jaye.</w:t>
      </w:r>
    </w:p>
    <w:p>
      <w:pPr>
        <w:jc w:val="right"/>
      </w:pPr>
      <w:r>
        <w:t>ہکریں، نہیں ، خاموشی سے اپنےآپکو تیار کریںدعوتورککےلیے۔ خاموشیسےتیارکریںکہانکوکسطرحسے ای ڈریسکیاجائے،کسطرحانکےمائنڈکو بد لاجائے۔</w:t>
      </w:r>
    </w:p>
    <w:p>
      <w:r>
        <w:rPr>
          <w:b/>
        </w:rPr>
        <w:t xml:space="preserve">[1:30:48] </w:t>
      </w:r>
      <w:r>
        <w:t>Yeh sabr ka matlab hai. sabr haqeeqat mein positive planning ka doosra naam hai. sabr jo hai, woh is baat ka naam hai ke aap negative aspect ko nazar andaz karke positive planning karein.</w:t>
      </w:r>
    </w:p>
    <w:p>
      <w:pPr>
        <w:jc w:val="right"/>
      </w:pPr>
      <w:r>
        <w:t>یہ صبرکامطلب ہے۔ صبر حقیقتمیں پازیٹیوپلاننگکادوسرانامہے۔ صبرجوہے، وہ اسباتکانامہےکہآپ نیگیٹیو اسپیکٹکو نظر اندازکرکے پازیٹیوپلاننگکریں۔</w:t>
      </w:r>
    </w:p>
    <w:p>
      <w:r>
        <w:rPr>
          <w:b/>
        </w:rPr>
        <w:t xml:space="preserve">[1:31:04] </w:t>
      </w:r>
      <w:r>
        <w:t>Isi ka naam sabr hai.</w:t>
      </w:r>
    </w:p>
    <w:p>
      <w:pPr>
        <w:jc w:val="right"/>
      </w:pPr>
      <w:r>
        <w:t>اسیکانام صبرہے۔</w:t>
      </w:r>
    </w:p>
    <w:p>
      <w:r>
        <w:rPr>
          <w:b/>
        </w:rPr>
        <w:t xml:space="preserve">[1:31:07] </w:t>
      </w:r>
      <w:r>
        <w:t>Maulana, in ka ek aur sawal hai. unhon ne likha hai: "Protest karne wale log yeh kehte hain ke hum ko peaceful protest karna chahiye.</w:t>
      </w:r>
    </w:p>
    <w:p>
      <w:pPr>
        <w:jc w:val="right"/>
      </w:pPr>
      <w:r>
        <w:t>مولانا،انکا ایک اورسوالہے۔ انہوںنےلکھاہے: "پروٹیسٹکرنے والے لوگ یہ کہتےہیں کہہمکو پیسفل پروٹیسٹکرناچاہیے۔</w:t>
      </w:r>
    </w:p>
    <w:p>
      <w:r>
        <w:rPr>
          <w:b/>
        </w:rPr>
        <w:t xml:space="preserve">[1:31:17] </w:t>
      </w:r>
      <w:r>
        <w:t>Protest ka right hum ko democracy ne diya hai. is ke bare mein aap kya kahenge? "Dekhein, yahan par main kahunga ke result dekho. result protest ka result kabhi positive nahin nikalta.</w:t>
      </w:r>
    </w:p>
    <w:p>
      <w:pPr>
        <w:jc w:val="right"/>
      </w:pPr>
      <w:r>
        <w:t>پروٹیسٹکارائٹہمکو ڈیموکریسینےدیاہے۔ اسکےبارےمیںآپ کیا کہیںگے؟ "دیکھیں،یہاںپر میں کہوںگا کہ رزلٹدیکھو۔رزلٹ پروٹیسٹکارزلٹکبھی پازیٹیونہیں نکلتا۔</w:t>
      </w:r>
    </w:p>
    <w:p>
      <w:r>
        <w:rPr>
          <w:b/>
        </w:rPr>
        <w:t xml:space="preserve">[1:31:33] </w:t>
      </w:r>
      <w:r>
        <w:t>Agar ba'az farz tashaddud na bhi ho, tab bhi negative-eity to aa hi jati hai. kyun ke koi aadmi aap farz kar lete hain ke woh hamara dushman hai, aap dushman ke khilaf protest kar rahe hain,</w:t>
      </w:r>
    </w:p>
    <w:p>
      <w:pPr>
        <w:jc w:val="right"/>
      </w:pPr>
      <w:r>
        <w:t>اگر بال فرضتشددنہبھیہو، تب بھی نیگیٹیوٹیتوآہیجاتیہے۔ کیونکہ کوئی آدمیآپ فرضکرلیتےہیںکہوہ ہمارادشمن ہے، آپدشمنکےخلاف پروٹیسٹکررہےہیں،</w:t>
      </w:r>
    </w:p>
    <w:p>
      <w:r>
        <w:rPr>
          <w:b/>
        </w:rPr>
        <w:t xml:space="preserve">[1:31:47] </w:t>
      </w:r>
      <w:r>
        <w:t>to is ke ma'ni hain ke aap mein nafrat ko barha rahe hain, hatred ko barha rahe hain, we and they concept ko barha rahe hain.</w:t>
      </w:r>
    </w:p>
    <w:p>
      <w:pPr>
        <w:jc w:val="right"/>
      </w:pPr>
      <w:r>
        <w:t>تو اسکےمعنیہیںکہآپ من نفرتکوبڑھارہےہیں، ہیٹریٹکوبڑھارہےہیں، ویاینڈدےکانسیپٹکوبڑھارہےہیں۔</w:t>
      </w:r>
    </w:p>
    <w:p>
      <w:r>
        <w:rPr>
          <w:b/>
        </w:rPr>
        <w:t xml:space="preserve">[1:31:58] </w:t>
      </w:r>
      <w:r>
        <w:t>To protest har haal mein evil hai, chahe woh tashaddud na ho, tab bhi. kyun ke dawat ka kaam jo hai, woh chahta hai ke we and they ka concept khatam ho, balkeh khairkhwahi ka mahol bane, nafratein khatam hon,</w:t>
      </w:r>
    </w:p>
    <w:p>
      <w:pPr>
        <w:jc w:val="right"/>
      </w:pPr>
      <w:r>
        <w:t>تو پروٹیسٹہرحال میں ایولہے،چاہےوہ تشددنہہو،تببھی۔ کیونکہ دعوتکاکامجوہے،وہچاہتاہےکہ ویاینڈدےکاکانسیپٹختمہو ، بل کہ خیرخواہیکاماحولبنے، نفرتیںختم ہوں،</w:t>
      </w:r>
    </w:p>
    <w:p>
      <w:r>
        <w:rPr>
          <w:b/>
        </w:rPr>
        <w:t xml:space="preserve">[1:32:15] </w:t>
      </w:r>
      <w:r>
        <w:t>normal situation bane. tabhi to dawat-o-tarkeeb ho</w:t>
      </w:r>
    </w:p>
    <w:p>
      <w:pPr>
        <w:jc w:val="right"/>
      </w:pPr>
      <w:r>
        <w:t>نارملسچوئیشن بن ے۔ تبھیتودعوت ورکہو</w:t>
      </w:r>
    </w:p>
    <w:p>
      <w:r>
        <w:rPr>
          <w:b/>
        </w:rPr>
        <w:t xml:space="preserve">[1:32:19] </w:t>
      </w:r>
      <w:r>
        <w:t>sakta hai. to protest har haal mein galat hai, chahe woh tashaddud is mein ho ya na ho, kyun ke dawat ke mahol ko woh kill karta hai.</w:t>
      </w:r>
    </w:p>
    <w:p>
      <w:pPr>
        <w:jc w:val="right"/>
      </w:pPr>
      <w:r>
        <w:t>سکتاہے۔ تو پروٹیسٹ ہرحالمیںغلطہے،چاہےوہ تشدداسمیںہویانہہو، کیونکہ دعوت کے ماحولکو وہ کل کرتاہے۔</w:t>
      </w:r>
    </w:p>
    <w:p>
      <w:r>
        <w:rPr>
          <w:b/>
        </w:rPr>
        <w:t xml:space="preserve">[1:32:32] </w:t>
      </w:r>
      <w:r>
        <w:t>Maulana, agla sawal Delhi se hai Mr Muhammad Anas sahib ka. unhon ne likha hai: "Maulana, aap ne jo higher aur vocational education ke bare mein bataya ke humein modern aur deeni education dono hasil karni chahiye, to</w:t>
      </w:r>
    </w:p>
    <w:p>
      <w:pPr>
        <w:jc w:val="right"/>
      </w:pPr>
      <w:r>
        <w:t>مولانا،اگلاسوال دلیسےہے مسٹرمحمد انسصاحبکا ۔ انہوںنےلکھاہے: "مولانا،آپنےجو ہائر اور وکیشنلایجوکیشنکےبارےمیںبت ایا کہہمیں ماڈرناور دینیایجوکیشن دونوںحاصل کرنیچاہیے، تو</w:t>
      </w:r>
    </w:p>
    <w:p>
      <w:r>
        <w:rPr>
          <w:b/>
        </w:rPr>
        <w:t xml:space="preserve">[1:32:48] </w:t>
      </w:r>
      <w:r>
        <w:t>yeh dono tarah ki education hum apne bachchon ko mukammal taur par kis tarah aur kahan, ya'ni kis institute se dilayein?"</w:t>
      </w:r>
    </w:p>
    <w:p>
      <w:pPr>
        <w:jc w:val="right"/>
      </w:pPr>
      <w:r>
        <w:t>یہ دونوں طرح کی ایجوکیشن ہم اپنے بچوںکو مک مل طور پر کسطرح اور کہاں ،یعنیکس انسٹیٹیوٹسےدل ائیں؟</w:t>
      </w:r>
    </w:p>
    <w:p>
      <w:r>
        <w:rPr>
          <w:b/>
        </w:rPr>
        <w:t xml:space="preserve">[1:32:57] </w:t>
      </w:r>
      <w:r>
        <w:t>iske bare mein bataein. "nahi, koi institute duniya mein aisa nahi hai. aap apne halaat ke lihaz se planning kijiye.</w:t>
      </w:r>
    </w:p>
    <w:p>
      <w:pPr>
        <w:jc w:val="right"/>
      </w:pPr>
      <w:r>
        <w:t>اسکےبارےمیںبت ائیں۔" نہیں،کوئیانسٹیٹیوٹدنیا میںایسانہیںہے۔ آپ اپنےحالاتکےلحاظسےپلاننگکیجئے۔</w:t>
      </w:r>
    </w:p>
    <w:p>
      <w:r>
        <w:rPr>
          <w:b/>
        </w:rPr>
        <w:t xml:space="preserve">[1:33:06] </w:t>
      </w:r>
      <w:r>
        <w:t>baqi koi institute nahi hai ke mein keh doon ke sahib falan judge bachchon ko bhejiye. aisa koi isteja hota nahi hai, na kabhi hoga.</w:t>
      </w:r>
    </w:p>
    <w:p>
      <w:pPr>
        <w:jc w:val="right"/>
      </w:pPr>
      <w:r>
        <w:t>باقیکوئیانسٹیٹیوٹنہیںہےکہمیںکہہدوںکہصاحبفلاںجج بچوںکوبھیجیے۔ ایسا کوئیسٹیجہوتانہیںہے،نہکبھیہوگا۔</w:t>
      </w:r>
    </w:p>
    <w:p>
      <w:r>
        <w:rPr>
          <w:b/>
        </w:rPr>
        <w:t xml:space="preserve">[1:33:14] </w:t>
      </w:r>
      <w:r>
        <w:t>aap ko khud planning karna hai. agar aap chahte hain apne bachchon ko theek raste par dalna, to khud planning kijiye halaat ke lihaz se.</w:t>
      </w:r>
    </w:p>
    <w:p>
      <w:pPr>
        <w:jc w:val="right"/>
      </w:pPr>
      <w:r>
        <w:t>آپکو خود پلاننگکرناہے۔ اگرآپچاہتےہیں اپنےبچوںکو ٹھیک راستےپرڈالنا،توخود پلاننگکیجئے حالاتکےلحاظسے۔</w:t>
      </w:r>
    </w:p>
    <w:p>
      <w:r>
        <w:rPr>
          <w:b/>
        </w:rPr>
        <w:t xml:space="preserve">[1:33:30] </w:t>
      </w:r>
      <w:r>
        <w:t>Maulana, agla sawal Kashmir se aaya hai Muhammad Saleem sahab ka. unhon ne likha hai: "word dhikr is mentioned in quran repeatedly as well as in hadith.</w:t>
      </w:r>
    </w:p>
    <w:p>
      <w:pPr>
        <w:jc w:val="right"/>
      </w:pPr>
      <w:r>
        <w:t>مولانا،اگلاسوال کشمیرسےآیاہے محمد سلیم صاحبکا ۔ انہوںنےلکھاہے: "ورڈ ذکر از مینشنڈانقرآن ریپیٹڈلیای زویلایزان حدیث ۔</w:t>
      </w:r>
    </w:p>
    <w:p>
      <w:r>
        <w:rPr>
          <w:b/>
        </w:rPr>
        <w:t xml:space="preserve">[1:33:42] </w:t>
      </w:r>
      <w:r>
        <w:t>I want to know the real meaning of dhikr and how we can practice it in our day to day life."</w:t>
      </w:r>
    </w:p>
    <w:p>
      <w:pPr>
        <w:jc w:val="right"/>
      </w:pPr>
      <w:r>
        <w:t>آئیوانٹٹونودا ریئلمیننگآف ذکر اینڈہاؤویکینپریکٹساٹاناڈ ےٹوڈےلائف۔"</w:t>
      </w:r>
    </w:p>
    <w:p>
      <w:r>
        <w:rPr>
          <w:b/>
        </w:rPr>
        <w:t xml:space="preserve">[1:33:52] </w:t>
      </w:r>
      <w:r>
        <w:t>dekhein, dhikr jo hai, iska lafzi matlab hai yaad karna, to remind,</w:t>
      </w:r>
    </w:p>
    <w:p>
      <w:pPr>
        <w:jc w:val="right"/>
      </w:pPr>
      <w:r>
        <w:t>دیکھیں،ذکر جوہے، اسکا لفظیمطلبہے یاد کرنا ، ٹوریمائنڈ،</w:t>
      </w:r>
    </w:p>
    <w:p>
      <w:r>
        <w:rPr>
          <w:b/>
        </w:rPr>
        <w:t xml:space="preserve">[1:34:04] </w:t>
      </w:r>
      <w:r>
        <w:t>aur dhikr ka ek matlab hota hai charcha karna.</w:t>
      </w:r>
    </w:p>
    <w:p>
      <w:pPr>
        <w:jc w:val="right"/>
      </w:pPr>
      <w:r>
        <w:t>اور ذکرکاایکمطلبہوتاہے چرچاکرنا۔</w:t>
      </w:r>
    </w:p>
    <w:p>
      <w:r>
        <w:rPr>
          <w:b/>
        </w:rPr>
        <w:t xml:space="preserve">[1:34:09] </w:t>
      </w:r>
      <w:r>
        <w:t>to yeh jo matlab hai remind karna, to aam to sufiyan ne jo culture chalaya hai, wohi ke alfaaz ko ginna, yaani itni baar hoti hai, baar hoti hai, baar.</w:t>
      </w:r>
    </w:p>
    <w:p>
      <w:pPr>
        <w:jc w:val="right"/>
      </w:pPr>
      <w:r>
        <w:t>تو یہ جو مطلبہے ریمائنڈکرنا،تو عام تو ص وفیاننےجوکلچرچلایاہے،وہیہکہ الفاظکو گننا ،یعنیاتنیبار ہوتیہے،بار ہوتیہے،بار ۔</w:t>
      </w:r>
    </w:p>
    <w:p>
      <w:r>
        <w:rPr>
          <w:b/>
        </w:rPr>
        <w:t xml:space="preserve">[1:34:22] </w:t>
      </w:r>
      <w:r>
        <w:t>mein samajhta hoon ke yeh dhikr nahi hai. alfaaz shumaari ka naam dhikr nahi hai. dhikr is ka naam hai ke Allah ke bare mein aap sochein, Allah ki azmaton ko yaad karein, Allah ki nematon ko, Allah ki blessings ko yaad karein.</w:t>
      </w:r>
    </w:p>
    <w:p>
      <w:pPr>
        <w:jc w:val="right"/>
      </w:pPr>
      <w:r>
        <w:t>میںسمجھتاہوںکہیہذکرنہیںہے۔ الفاظ شماریکانام ذکرنہیںہے۔ ذکر اسکانامہے کہ اللہ کے بارےمیںآپسوچیں، اللہ کیعظمتوںکویادکریں، اللہ کی نعمتوںکو ،اللہ کی بلیسنگکویادکریں۔</w:t>
      </w:r>
    </w:p>
    <w:p>
      <w:r>
        <w:rPr>
          <w:b/>
        </w:rPr>
        <w:t xml:space="preserve">[1:34:39] </w:t>
      </w:r>
      <w:r>
        <w:t>isse aap ke andar ek ek ek inspiration aayega, aap ka dil roshan hoga, aap ka zehn roshan hoga, aap ke andar rabbani khayalat aayenge.</w:t>
      </w:r>
    </w:p>
    <w:p>
      <w:pPr>
        <w:jc w:val="right"/>
      </w:pPr>
      <w:r>
        <w:t>اسسےآپ کےاندرایک ایک ایک انسپیریشنآئےگا، آپ کےدل روشنہوگا،آپکاذہن روشنہوگا، آپ کےاندرربانیخیالاتآئیںگے۔</w:t>
      </w:r>
    </w:p>
    <w:p>
      <w:r>
        <w:rPr>
          <w:b/>
        </w:rPr>
        <w:t xml:space="preserve">[1:34:50] </w:t>
      </w:r>
      <w:r>
        <w:t>to yeh tafakkur tadabbur ke zariye hota hai, yeh alfaaz shumaari ke zariye nahi hota hai. tafakkur, tadabbur, tazakkur, toassum, yeh jo alfaaz quran majeed mein aaye hain, yahi dhikr ka zariya hai.</w:t>
      </w:r>
    </w:p>
    <w:p>
      <w:pPr>
        <w:jc w:val="right"/>
      </w:pPr>
      <w:r>
        <w:t>تو یہ تف کر تد بر کےذریعےہوتاہے، یہ الفاظ شماریکےذریعےنہیںہوتاہے۔ تف کر ،تد بر،تذکر،توسم،یہجوالفاظقرآنمجیدمیںآئےہیں،یہیذکرکاذریعہہے۔</w:t>
      </w:r>
    </w:p>
    <w:p>
      <w:r>
        <w:rPr>
          <w:b/>
        </w:rPr>
        <w:t xml:space="preserve">[1:35:04] </w:t>
      </w:r>
      <w:r>
        <w:t>mein isko nahi manta ke kuch alfaaz hain muqaddas, inko takrar karo to dhikr ho jayega. woh mein isko nahi manta. mein dhikr ka zariya samajhta hoon tafakkur, tadabbur, tazakkur, toassum. isko</w:t>
      </w:r>
    </w:p>
    <w:p>
      <w:pPr>
        <w:jc w:val="right"/>
      </w:pPr>
      <w:r>
        <w:t>میںاسکونہیں مانتاکہکچھالفاظہیں مقدس، انکو تکرارکرو تو ذکرہوجائےگا۔وہ میںاسکونہیںمانتا۔ میں ذکر کاذریعہسمجھتاہوںتف کر،تد بر،تذکر،توسم۔اسکو</w:t>
      </w:r>
    </w:p>
    <w:p>
      <w:r>
        <w:rPr>
          <w:b/>
        </w:rPr>
        <w:t xml:space="preserve">[1:35:20] </w:t>
      </w:r>
      <w:r>
        <w:t>apne mind ko jab activate karte hain, soch soch kar ke Allah ke bare mein, to isse jo aap ko inspiration aata hai, jis mein aap ki rooh mein jo baladgi aati hai, sine mein aap ke jo ek rabbani roshni aati hai, usi ka naam hai dhikr.</w:t>
      </w:r>
    </w:p>
    <w:p>
      <w:pPr>
        <w:jc w:val="right"/>
      </w:pPr>
      <w:r>
        <w:t>اپنے مائنڈکوجبایکٹیویٹکرتےہیں،سوچسوچکرکے اللہ کےبارےمیں، تو اسسےجو آپکو انسپیریشنآتاہے،جسمیںآپکیروحمیںجو بالادگیآتیہے، سین ےمیںآپکےجو ایک ربانیروشنیآتیہے،اسیکانامہے ذکر ۔</w:t>
      </w:r>
    </w:p>
    <w:p>
      <w:r>
        <w:rPr>
          <w:b/>
        </w:rPr>
        <w:t xml:space="preserve">[1:35:37] </w:t>
      </w:r>
      <w:r>
        <w:t>wo hi matlab hai.</w:t>
      </w:r>
    </w:p>
    <w:p>
      <w:pPr>
        <w:jc w:val="right"/>
      </w:pPr>
      <w:r>
        <w:t>وہیمطلوبہے۔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