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 and Blasphemy 14th Dec, 2007 - Maulana Wahiduddin Khan</w:t>
      </w:r>
    </w:p>
    <w:p>
      <w:r>
        <w:t>https://www.youtube.com/watch?v=H88kexDiTwY</w:t>
      </w:r>
    </w:p>
    <w:p>
      <w:r>
        <w:rPr>
          <w:b/>
        </w:rPr>
        <w:t xml:space="preserve">[00:11] </w:t>
      </w:r>
      <w:r>
        <w:t>bismillah alrahman alrahim, wa salla Allahu ala alnabi alkarim. rab ishrah li sadri, wa yassir li amri, wa hll alqadta min lisani,</w:t>
      </w:r>
    </w:p>
    <w:p>
      <w:pPr>
        <w:jc w:val="right"/>
      </w:pPr>
      <w:r>
        <w:t>بسم اللہ الرحمن الرحیم، وصلی اللہ علی النبی الکریم۔ رب اشرح لی صدری، ویسر لی امری، واحل العقدۃ من لسانی،</w:t>
      </w:r>
    </w:p>
    <w:p>
      <w:r>
        <w:rPr>
          <w:b/>
        </w:rPr>
        <w:t xml:space="preserve">[00:27]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[00:32] </w:t>
      </w:r>
      <w:r>
        <w:t>da taitl for da prezant tak iz "islam and blasfimi".</w:t>
      </w:r>
    </w:p>
    <w:p>
      <w:pPr>
        <w:jc w:val="right"/>
      </w:pPr>
      <w:r>
        <w:t>دا ٹائٹل فار دا پریزنٹ ٹاک از "اسلام اینڈ بلاسفیمی"۔</w:t>
      </w:r>
    </w:p>
    <w:p>
      <w:r>
        <w:rPr>
          <w:b/>
        </w:rPr>
        <w:t xml:space="preserve">[00:46] </w:t>
      </w:r>
      <w:r>
        <w:t>islam and blasfimi.</w:t>
      </w:r>
    </w:p>
    <w:p>
      <w:pPr>
        <w:jc w:val="right"/>
      </w:pPr>
      <w:r>
        <w:t>اسلام اینڈ بلاسفیمی۔</w:t>
      </w:r>
    </w:p>
    <w:p>
      <w:r>
        <w:rPr>
          <w:b/>
        </w:rPr>
        <w:t xml:space="preserve">[00:53] </w:t>
      </w:r>
      <w:r>
        <w:t>janrali,</w:t>
      </w:r>
    </w:p>
    <w:p>
      <w:pPr>
        <w:jc w:val="right"/>
      </w:pPr>
      <w:r>
        <w:t>جنرلی،</w:t>
      </w:r>
    </w:p>
    <w:p>
      <w:r>
        <w:rPr>
          <w:b/>
        </w:rPr>
        <w:t xml:space="preserve">[00:57] </w:t>
      </w:r>
      <w:r>
        <w:t>blasfimi iz kald az "shatm rasul" or</w:t>
      </w:r>
    </w:p>
    <w:p>
      <w:pPr>
        <w:jc w:val="right"/>
      </w:pPr>
      <w:r>
        <w:t>بلاسفیمی از کالڈ ایز "شتم رسول" اور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